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quran · full transcripts with timestamps · exported 2026-09-22</w:t>
      </w:r>
    </w:p>
    <w:p>
      <w:pPr>
        <w:pStyle w:val="Heading2"/>
      </w:pPr>
      <w:r>
        <w:t>debunking claim that Caliph Uthman burned Qur'ans</w:t>
      </w:r>
    </w:p>
    <w:p>
      <w:r>
        <w:rPr>
          <w:color w:val="666666"/>
          <w:sz w:val="18"/>
        </w:rPr>
        <w:t>In Conversation with Maulana Wahiduddin Khan English · 3m 33s · at 1:09:49 · https://youtu.be/QZrkP8Z3Fv8?t=4189</w:t>
      </w:r>
    </w:p>
    <w:p>
      <w:r>
        <w:rPr>
          <w:i/>
        </w:rPr>
        <w:t>“Were many versions of the Qur'an burned by Uthman?”</w:t>
      </w:r>
    </w:p>
    <w:p>
      <w:r>
        <w:rPr>
          <w:sz w:val="20"/>
        </w:rPr>
        <w:t>1:09:49  reason. Everyone can understand this reason. Maulana, there were many versions of the Qur'an which were burned by Caliph Uthman.</w:t>
      </w:r>
      <w:r>
        <w:br/>
      </w:r>
      <w:r>
        <w:rPr>
          <w:sz w:val="20"/>
        </w:rPr>
        <w:t>1:10:00  Therefore, is it not true that the present version of the Qur'an was the one which was compiled by Caliph Uthman and not the one which was originally revealed by God?</w:t>
      </w:r>
      <w:r>
        <w:br/>
      </w:r>
      <w:r>
        <w:rPr>
          <w:sz w:val="20"/>
        </w:rPr>
        <w:t>1:10:11  It is completely an incorrect statement. No Qur'an was burned during the</w:t>
      </w:r>
      <w:r>
        <w:br/>
      </w:r>
      <w:r>
        <w:rPr>
          <w:sz w:val="20"/>
        </w:rPr>
        <w:t>1:10:26  Caliph Uthman.</w:t>
      </w:r>
      <w:r>
        <w:br/>
      </w:r>
      <w:r>
        <w:rPr>
          <w:sz w:val="20"/>
        </w:rPr>
        <w:t>1:10:29  It is wrong. It is wrong. Only some pieces of the Qur'an were burned during the first Caliph.</w:t>
      </w:r>
      <w:r>
        <w:br/>
      </w:r>
      <w:r>
        <w:rPr>
          <w:sz w:val="20"/>
        </w:rPr>
        <w:t>1:10:44  It was not the Qur'an. It is some pieces. You know, at that time, the Qur'an was</w:t>
      </w:r>
      <w:r>
        <w:br/>
      </w:r>
      <w:r>
        <w:rPr>
          <w:sz w:val="20"/>
        </w:rPr>
        <w:t>1:10:57  compiled in memor</w:t>
      </w:r>
      <w:r>
        <w:br/>
      </w:r>
      <w:r>
        <w:rPr>
          <w:sz w:val="20"/>
        </w:rPr>
        <w:t>1:10:59  y. There were thousands and thousands of people who had memorized the whole book. The whole book. They were able to read the book from A to Z.</w:t>
      </w:r>
      <w:r>
        <w:br/>
      </w:r>
      <w:r>
        <w:rPr>
          <w:sz w:val="20"/>
        </w:rPr>
        <w:t>1:11:13  So, in mind, the Qur'an was compiled. But in writing, there was no such compilation.</w:t>
      </w:r>
      <w:r>
        <w:br/>
      </w:r>
      <w:r>
        <w:rPr>
          <w:sz w:val="20"/>
        </w:rPr>
        <w:t>1:11:22  In writing, there were some fragmentary pieces.</w:t>
      </w:r>
      <w:r>
        <w:br/>
      </w:r>
      <w:r>
        <w:rPr>
          <w:sz w:val="20"/>
        </w:rPr>
        <w:t>1:11:27  So, when the first version was compiled during the Caliph Abu Bakr, so after this compilation, all those fragments were burned.</w:t>
      </w:r>
      <w:r>
        <w:br/>
      </w:r>
      <w:r>
        <w:rPr>
          <w:sz w:val="20"/>
        </w:rPr>
        <w:t>1:11:41  But during</w:t>
      </w:r>
      <w:r>
        <w:br/>
      </w:r>
      <w:r>
        <w:rPr>
          <w:sz w:val="20"/>
        </w:rPr>
        <w:t>1:11:45  Uthman, there was no such incident</w:t>
      </w:r>
      <w:r>
        <w:br/>
      </w:r>
      <w:r>
        <w:rPr>
          <w:sz w:val="20"/>
        </w:rPr>
        <w:t>1:11:50  . The third Caliph, Uthman, only copied that</w:t>
      </w:r>
      <w:r>
        <w:br/>
      </w:r>
      <w:r>
        <w:rPr>
          <w:sz w:val="20"/>
        </w:rPr>
        <w:t>1:12:01  copy which was compiled during the first Caliph.</w:t>
      </w:r>
      <w:r>
        <w:br/>
      </w:r>
      <w:r>
        <w:rPr>
          <w:sz w:val="20"/>
        </w:rPr>
        <w:t>1:12:08  The first copy of the Qur'an was compiled and prepared during the first Caliph. And this was preserved with one wife of the Prophet until the third</w:t>
      </w:r>
      <w:r>
        <w:br/>
      </w:r>
      <w:r>
        <w:rPr>
          <w:sz w:val="20"/>
        </w:rPr>
        <w:t>1:12:26  Caliph. The third Caliph</w:t>
      </w:r>
      <w:r>
        <w:br/>
      </w:r>
      <w:r>
        <w:rPr>
          <w:sz w:val="20"/>
        </w:rPr>
        <w:t>1:12:32  prepared some more copies by this first copy. And then he sent these copies to all the cities of that time.</w:t>
      </w:r>
      <w:r>
        <w:br/>
      </w:r>
      <w:r>
        <w:rPr>
          <w:sz w:val="20"/>
        </w:rPr>
        <w:t>1:12:44  No burning happened during the third Caliph. It is wrong to say</w:t>
      </w:r>
      <w:r>
        <w:br/>
      </w:r>
      <w:r>
        <w:rPr>
          <w:sz w:val="20"/>
        </w:rPr>
        <w:t>1:12:53  . Maulana Wahiduddin Khan, thank you very much for sharing your thoughts with us. Thank you.</w:t>
      </w:r>
    </w:p>
    <w:p>
      <w:pPr>
        <w:pStyle w:val="Heading2"/>
      </w:pPr>
      <w:r>
        <w:t>Spiritual awakening while praying at Al-Aqsa</w:t>
      </w:r>
    </w:p>
    <w:p>
      <w:r>
        <w:rPr>
          <w:color w:val="666666"/>
          <w:sz w:val="18"/>
        </w:rPr>
        <w:t>Journey to Aqsa Mosque November 10, 2008 · 5m 09s · at 25:51 · https://youtu.be/40kOr2jznE0?t=1551</w:t>
      </w:r>
    </w:p>
    <w:p>
      <w:r>
        <w:rPr>
          <w:i/>
        </w:rPr>
        <w:t>“جب میں نے دو رکعت نماز پڑھی وہاں پر”</w:t>
      </w:r>
    </w:p>
    <w:p>
      <w:r>
        <w:rPr>
          <w:sz w:val="20"/>
        </w:rPr>
        <w:t>25:51  ab main jab gaya 1995 mein to jab main ne do rak'at namaz parhi wahan par Eid al Masjid</w:t>
      </w:r>
      <w:r>
        <w:br/>
      </w:r>
      <w:r>
        <w:rPr>
          <w:sz w:val="20"/>
        </w:rPr>
        <w:t>26:00  pehli baar to jab main ne sajda kiya, achaanak hi mujhe ek inspiration hua kyunke woh manfi khayalat mere nahi the.</w:t>
      </w:r>
      <w:r>
        <w:br/>
      </w:r>
      <w:r>
        <w:rPr>
          <w:sz w:val="20"/>
        </w:rPr>
        <w:t>26:09  main hundred percent positive rehta hoon hamesha. dekhiye jo positive rahega, us ko Khuda ka inspiration milega, Khuda ka ilham milega. dekhiye wahi to band ho chuki hai, ilham band nahi hua hai.</w:t>
      </w:r>
      <w:r>
        <w:br/>
      </w:r>
      <w:r>
        <w:rPr>
          <w:sz w:val="20"/>
        </w:rPr>
        <w:t>26:22  yaad rakhiye wahi ko kehte hain angrezi mein revelation, ilham ko kehte hain inspiration. to</w:t>
      </w:r>
      <w:r>
        <w:br/>
      </w:r>
      <w:r>
        <w:rPr>
          <w:sz w:val="20"/>
        </w:rPr>
        <w:t>26:30  revelation band ho gaya hai kyunke paygambar par aata hai, inspiration baqi hai, woh bhi Khuda ki taraf se hota hai. to jab main sajde mein gaya to achaanak main tip tip aansu nikalne lagay.</w:t>
      </w:r>
      <w:r>
        <w:br/>
      </w:r>
      <w:r>
        <w:rPr>
          <w:sz w:val="20"/>
        </w:rPr>
        <w:t>26:45  achaanak bilkul kyunke ek inspiration aaya. main ne kaha ke Khuda ya yeh woh jagah hai jahan saare paygambar ikattha hue,</w:t>
      </w:r>
      <w:r>
        <w:br/>
      </w:r>
      <w:r>
        <w:rPr>
          <w:sz w:val="20"/>
        </w:rPr>
        <w:t>26:59  paygambar e Islam ne un ki imamat farmai. saare logon ne yahan jama'at mein kharay ho kar khitab bana kar ke to mujhe bhi is jama'at mein shamil kar de.</w:t>
      </w:r>
      <w:r>
        <w:br/>
      </w:r>
      <w:r>
        <w:rPr>
          <w:sz w:val="20"/>
        </w:rPr>
        <w:t>27:13  distance tere liye koi cheez nahi hai, space and time tere liye koi cheez nahi hai. to zaman o makan ki qaid ko khatam kar sakta hai. to mujhe is jama'at mein shamil kar de jab ke yahan paygambar namaz parh rahe the aur Rasool Allah imamat</w:t>
      </w:r>
      <w:r>
        <w:br/>
      </w:r>
      <w:r>
        <w:rPr>
          <w:sz w:val="20"/>
        </w:rPr>
        <w:t>27:27  farma rahe the. mujhe bhi is mein shareek farma de, time ki doori khatam kar de. yeh yeh itna uncha inspiration tha, aaj tak mujhe is ki lazzat mehsoos ho rahi hai.</w:t>
      </w:r>
      <w:r>
        <w:br/>
      </w:r>
      <w:r>
        <w:rPr>
          <w:sz w:val="20"/>
        </w:rPr>
        <w:t>27:39  is se log mahroom hain kyunke kyunke woh negativity mein jeete hain, shikayaton mein jeete hain, complaint mein jeete hain, yahudi nafrat mein jeete hain, banawati kahaniyon mein jeete hain.</w:t>
      </w:r>
      <w:r>
        <w:br/>
      </w:r>
      <w:r>
        <w:rPr>
          <w:sz w:val="20"/>
        </w:rPr>
        <w:t>27:55  kitni ajeeb baat hai ke itni bari wahan par sa'adat rakhi hui hai ke wahan ja kar ke woh woh ek woh ek sh'aar hai, woh ek yaadgar hai, woh ek reminder hai, ek historical reference wahan par hai,</w:t>
      </w:r>
      <w:r>
        <w:br/>
      </w:r>
      <w:r>
        <w:rPr>
          <w:sz w:val="20"/>
        </w:rPr>
        <w:t>28:11  ek point of reference hai wahan par historical sense mein jis se wahan ja kar ke aap us waqt ko yaad karein jab ke paygambar yahan aaye the. kaisa ajeeb lamha tha woh ke saare paygambar ikattha hue aur Rasool Allah ne imamat farmai.</w:t>
      </w:r>
      <w:r>
        <w:br/>
      </w:r>
      <w:r>
        <w:rPr>
          <w:sz w:val="20"/>
        </w:rPr>
        <w:t>28:26  to aap yahan to nahi soch sakte is baat ko. is ka is ka jo point of reference hai woh to wahin par hai, wahan par aap aap mahroom kiye hue hain, haram bataye hue hain ke wahan jana hi haram hai.</w:t>
      </w:r>
      <w:r>
        <w:br/>
      </w:r>
      <w:r>
        <w:rPr>
          <w:sz w:val="20"/>
        </w:rPr>
        <w:t>28:40  Rasool Allah gaye, non muslim ka occupation wahan par tha to Rasool Allah ke liye jaiz kaise ho gaya ke tumhare liye haram ho gaya hai? to yeh is ko is waqt ehsas mujhe bohat zabardast hua ke abhi bhi main is ki lazzat mehsoos karta hoon.</w:t>
      </w:r>
      <w:r>
        <w:br/>
      </w:r>
      <w:r>
        <w:rPr>
          <w:sz w:val="20"/>
        </w:rPr>
        <w:t>28:57  main sochta hoon ke mujhe yaqeen hai ke Allah taala ne mujhe us mein shamil farma</w:t>
      </w:r>
      <w:r>
        <w:br/>
      </w:r>
      <w:r>
        <w:rPr>
          <w:sz w:val="20"/>
        </w:rPr>
        <w:t>29:01  aya. kyon? dekhiye hadith mein aata hai: "ana 'inda dhanni 'abdi bi falyadhunni ma shaa'" . kaisi ajeeb hadith hai: "ana 'inda dhanni 'abdi bi falyadhunni ma shaa'" .</w:t>
      </w:r>
      <w:r>
        <w:br/>
      </w:r>
      <w:r>
        <w:rPr>
          <w:sz w:val="20"/>
        </w:rPr>
        <w:t>29:15  mein bande ke gumaan ke saath hoon to jo gumaan chahe woh kar le mere baare mein. kaisi ajeeb hadith hai! yeh hadith qudsi hai: "</w:t>
      </w:r>
      <w:r>
        <w:br/>
      </w:r>
      <w:r>
        <w:rPr>
          <w:sz w:val="20"/>
        </w:rPr>
        <w:t>29:26  ana 'inda dhanni 'abdi bi falyadhunni ma shaa'" . mein bande ke gumaan ke saath hoon to jitna chahe woh mere jo chahe mere baare mein gumaan kar le.</w:t>
      </w:r>
      <w:r>
        <w:br/>
      </w:r>
      <w:r>
        <w:rPr>
          <w:sz w:val="20"/>
        </w:rPr>
        <w:t>29:36  ab mein khuda ka ek banda hoon, maine yeh gumaan kiya ke khudaaya distance tere liye koi cheez nahin, time and space ka farq tere liye koi cheez nahin.</w:t>
      </w:r>
      <w:r>
        <w:br/>
      </w:r>
      <w:r>
        <w:rPr>
          <w:sz w:val="20"/>
        </w:rPr>
        <w:t>29:46  tu chahe to time ko khatm kar ke mujhe us jamaat mein shaamil kar de ke paighambar yahan parh rahe hain namaz, main bhi shaamil hoon usi jamaat mein.</w:t>
      </w:r>
      <w:r>
        <w:br/>
      </w:r>
      <w:r>
        <w:rPr>
          <w:sz w:val="20"/>
        </w:rPr>
        <w:t>29:55  yeh maine zann qaaim kiya khuda se to Allah taala poora kar dega us ko. kyon? "ana 'inda dhanni 'abdi bi falyadhunni ma shaa'" .</w:t>
      </w:r>
      <w:r>
        <w:br/>
      </w:r>
      <w:r>
        <w:rPr>
          <w:sz w:val="20"/>
        </w:rPr>
        <w:t>30:06  mein bande ke gumaan ke saath hoon to jo gumaan chahe mere baare mein kar le, main poora karunga us ko. bashart ke woh gumaan sahih gumaan ho.</w:t>
      </w:r>
      <w:r>
        <w:br/>
      </w:r>
      <w:r>
        <w:rPr>
          <w:sz w:val="20"/>
        </w:rPr>
        <w:t>30:17  to mujhe yaqeen hai ke is hadith ke mutabiq ke maine jo gumaan kiya tha Allah taala</w:t>
      </w:r>
      <w:r>
        <w:br/>
      </w:r>
      <w:r>
        <w:rPr>
          <w:sz w:val="20"/>
        </w:rPr>
        <w:t>30:22  se ke khudaaya tu doori ko khatm kar de, zamane ki doori ko khatm kar de, tere ikhtiyaar mein yeh bhi hai ke tu zamane ki doori ko khatm kar sakta hai.</w:t>
      </w:r>
      <w:r>
        <w:br/>
      </w:r>
      <w:r>
        <w:rPr>
          <w:sz w:val="20"/>
        </w:rPr>
        <w:t>30:34  tu bayan space and time hai aur mujhe is lamhe mein shaamil kar de jab ke yahan paighambar saare ikattha ho kar namaz parh rahe thay.</w:t>
      </w:r>
      <w:r>
        <w:br/>
      </w:r>
      <w:r>
        <w:rPr>
          <w:sz w:val="20"/>
        </w:rPr>
        <w:t>30:43  to mujhe yaqeen hai ke Allah taala ne mujhe yeh sa'adat bakhshi. is hadith ke mutabiq</w:t>
      </w:r>
      <w:r>
        <w:br/>
      </w:r>
      <w:r>
        <w:rPr>
          <w:sz w:val="20"/>
        </w:rPr>
        <w:t>30:49  kaisi mehroomi hai jise saare musalman apne aap ko apne daale hue hain is mein. kyon? negative thinking ki wajah se, yahudi nafrat ki wajah se, jhooti afwaahon ki wajah se.</w:t>
      </w:r>
    </w:p>
    <w:p>
      <w:pPr>
        <w:pStyle w:val="Heading2"/>
      </w:pPr>
      <w:r>
        <w:t>From naturalist's joy to Quran's impact</w:t>
      </w:r>
    </w:p>
    <w:p>
      <w:r>
        <w:rPr>
          <w:color w:val="666666"/>
          <w:sz w:val="18"/>
        </w:rPr>
        <w:t>Realization of God 12 May 2018 - Maulana Wahiduddin Khan · 5m 12s · at 0:32 · https://youtu.be/Z_0nn6MHsog?t=32</w:t>
      </w:r>
    </w:p>
    <w:p>
      <w:r>
        <w:rPr>
          <w:i/>
        </w:rPr>
        <w:t>“Aaj subah jab mein utha”</w:t>
      </w:r>
    </w:p>
    <w:p>
      <w:r>
        <w:rPr>
          <w:sz w:val="20"/>
        </w:rPr>
        <w:t>0:32  Aaj subah jab mein utha</w:t>
      </w:r>
      <w:r>
        <w:br/>
      </w:r>
      <w:r>
        <w:rPr>
          <w:sz w:val="20"/>
        </w:rPr>
        <w:t>0:39  toh mujhe ek waqia yaad aaya.</w:t>
      </w:r>
      <w:r>
        <w:br/>
      </w:r>
      <w:r>
        <w:rPr>
          <w:sz w:val="20"/>
        </w:rPr>
        <w:t>0:46  Ek shakhs jo apne ko naturalist kehta tha, fitrat pasand,</w:t>
      </w:r>
      <w:r>
        <w:br/>
      </w:r>
      <w:r>
        <w:rPr>
          <w:sz w:val="20"/>
        </w:rPr>
        <w:t>0:57  toh</w:t>
      </w:r>
      <w:r>
        <w:br/>
      </w:r>
      <w:r>
        <w:rPr>
          <w:sz w:val="20"/>
        </w:rPr>
        <w:t>1:00  woh subah ko so kar utha</w:t>
      </w:r>
      <w:r>
        <w:br/>
      </w:r>
      <w:r>
        <w:rPr>
          <w:sz w:val="20"/>
        </w:rPr>
        <w:t>1:06  toh uska kamra is tareeqe se tha ke subah ko uski window se suraj ki pehli kiran uske bedroom mein aati thi.</w:t>
      </w:r>
      <w:r>
        <w:br/>
      </w:r>
      <w:r>
        <w:rPr>
          <w:sz w:val="20"/>
        </w:rPr>
        <w:t>1:19  Toh subah ko jab woh uthta tha toh sab se pehle usko suraj dikhai deta tha. Usko bahut pasand tha yeh manzar, kyunki woh naturalist tha.</w:t>
      </w:r>
      <w:r>
        <w:br/>
      </w:r>
      <w:r>
        <w:rPr>
          <w:sz w:val="20"/>
        </w:rPr>
        <w:t>1:36  Toh usne likha tha ke apna ek din ka waqia ke woh subah ko jab so kar utha aur dekha ke uske bedroom mein suraj ki roshni aa rahi hai</w:t>
      </w:r>
      <w:r>
        <w:br/>
      </w:r>
      <w:r>
        <w:rPr>
          <w:sz w:val="20"/>
        </w:rPr>
        <w:t>1:54  toh woh chala utha.</w:t>
      </w:r>
      <w:r>
        <w:br/>
      </w:r>
      <w:r>
        <w:rPr>
          <w:sz w:val="20"/>
        </w:rPr>
        <w:t>2:00  Chala kar woh apne bistar se bahar aa gaya aur kaha ke "one more golden morning." "one more golden morning."</w:t>
      </w:r>
      <w:r>
        <w:br/>
      </w:r>
      <w:r>
        <w:rPr>
          <w:sz w:val="20"/>
        </w:rPr>
        <w:t>2:18  Toh yeh soch kar ke mera mind trigger hua. Main sochne laga ke yeh toh ek naturalist ki, yani fitrat pasand aadmi ki,</w:t>
      </w:r>
      <w:r>
        <w:br/>
      </w:r>
      <w:r>
        <w:rPr>
          <w:sz w:val="20"/>
        </w:rPr>
        <w:t>2:32  rooh ki awaz hai. Ek momin ki aise mauqe par awaz kya hogi?</w:t>
      </w:r>
      <w:r>
        <w:br/>
      </w:r>
      <w:r>
        <w:rPr>
          <w:sz w:val="20"/>
        </w:rPr>
        <w:t>2:40  Momin kya bolega?</w:t>
      </w:r>
      <w:r>
        <w:br/>
      </w:r>
      <w:r>
        <w:rPr>
          <w:sz w:val="20"/>
        </w:rPr>
        <w:t>2:46  to meri samajh mein aaya ke momin sab se pehle creator ki yaad karega jis ne is ko raat ko in par neend taari kar di.</w:t>
      </w:r>
      <w:r>
        <w:br/>
      </w:r>
      <w:r>
        <w:rPr>
          <w:sz w:val="20"/>
        </w:rPr>
        <w:t>3:00  agar aap kabhi aisa guzra ho aap ke upar</w:t>
      </w:r>
      <w:r>
        <w:br/>
      </w:r>
      <w:r>
        <w:rPr>
          <w:sz w:val="20"/>
        </w:rPr>
        <w:t>3:05  ke aap bed par hon lekin neend nahi aa rahi hai, karwat badal rahe hon aur neend nahi aa rahi ho, to aap ko pata hoga ke neend na aana kehti hai wahi museebat hai.</w:t>
      </w:r>
      <w:r>
        <w:br/>
      </w:r>
      <w:r>
        <w:rPr>
          <w:sz w:val="20"/>
        </w:rPr>
        <w:t>3:22  to jab raat ko aadmi soya, us ko sound sleep aai, phir subah ko utha to sab se pehle wo yaad karega momin ke kaisa ajeeb hai wo khuda jis ne</w:t>
      </w:r>
      <w:r>
        <w:br/>
      </w:r>
      <w:r>
        <w:rPr>
          <w:sz w:val="20"/>
        </w:rPr>
        <w:t>3:39  meri raat is tarah se guzri ke is ne mere upar neend taari kar di. main sound sleep le kar utha hoon.</w:t>
      </w:r>
      <w:r>
        <w:br/>
      </w:r>
      <w:r>
        <w:rPr>
          <w:sz w:val="20"/>
        </w:rPr>
        <w:t>3:51  phir mujhe yaad aaya</w:t>
      </w:r>
      <w:r>
        <w:br/>
      </w:r>
      <w:r>
        <w:rPr>
          <w:sz w:val="20"/>
        </w:rPr>
        <w:t>3:55  ke quran mein kuch logon ka zikr hai jo rasool Allah ke paas aaye madine mein.</w:t>
      </w:r>
      <w:r>
        <w:br/>
      </w:r>
      <w:r>
        <w:rPr>
          <w:sz w:val="20"/>
        </w:rPr>
        <w:t>4:08  aap ne un ko quran ka kuch hissa sunaya.</w:t>
      </w:r>
      <w:r>
        <w:br/>
      </w:r>
      <w:r>
        <w:rPr>
          <w:sz w:val="20"/>
        </w:rPr>
        <w:t>4:15  ghaliban wo arabi jante the.</w:t>
      </w:r>
      <w:r>
        <w:br/>
      </w:r>
      <w:r>
        <w:rPr>
          <w:sz w:val="20"/>
        </w:rPr>
        <w:t>4:20  to quran mein is ka jo jis tarah report kiya gaya hai wo yeh hai ke "wa idha sabaw ma unzila ar rasool</w:t>
      </w:r>
      <w:r>
        <w:br/>
      </w:r>
      <w:r>
        <w:rPr>
          <w:sz w:val="20"/>
        </w:rPr>
        <w:t>4:36  tara alam taf'eelun ala al tam mimma arafu min al haqq"</w:t>
      </w:r>
      <w:r>
        <w:br/>
      </w:r>
      <w:r>
        <w:rPr>
          <w:sz w:val="20"/>
        </w:rPr>
        <w:t>4:47  ke yeh aane wale log, wo zahir hai ke wo seeker the, wo. seeker the yeh log, ghaliban christian the.</w:t>
      </w:r>
      <w:r>
        <w:br/>
      </w:r>
      <w:r>
        <w:rPr>
          <w:sz w:val="20"/>
        </w:rPr>
        <w:t>5:00  jab unhone suna quran ke aayaton ko to un ki aankhein aansuon se beh parin.</w:t>
      </w:r>
      <w:r>
        <w:br/>
      </w:r>
      <w:r>
        <w:rPr>
          <w:sz w:val="20"/>
        </w:rPr>
        <w:t>5:15  is sabab se ke un ko in aayaton mein</w:t>
      </w:r>
      <w:r>
        <w:br/>
      </w:r>
      <w:r>
        <w:rPr>
          <w:sz w:val="20"/>
        </w:rPr>
        <w:t>5:20  ma'rifat ki pehchan ho gayi, yaani Allah rab ul alameen ki pehchan ho gayi.</w:t>
      </w:r>
      <w:r>
        <w:br/>
      </w:r>
      <w:r>
        <w:rPr>
          <w:sz w:val="20"/>
        </w:rPr>
        <w:t>5:29  un ko is baat ki pehchan ho gayi ke yeh kalam sirf khudai ka kalam ho sakta hai,</w:t>
      </w:r>
      <w:r>
        <w:br/>
      </w:r>
      <w:r>
        <w:rPr>
          <w:sz w:val="20"/>
        </w:rPr>
        <w:t>5:38  kisi insaan ka nahi ho sakta.</w:t>
      </w:r>
    </w:p>
    <w:p>
      <w:pPr>
        <w:pStyle w:val="Heading2"/>
      </w:pPr>
      <w:r>
        <w:t>Creative thinking produces new ideas beyond arts</w:t>
      </w:r>
    </w:p>
    <w:p>
      <w:r>
        <w:rPr>
          <w:color w:val="666666"/>
          <w:sz w:val="18"/>
        </w:rPr>
        <w:t>QA Session, November 28, 2013 · 4m 12s · at 1:16:43 · https://youtu.be/DvwywcoXWf0?t=4603</w:t>
      </w:r>
    </w:p>
    <w:p>
      <w:r>
        <w:rPr>
          <w:i/>
        </w:rPr>
        <w:t>“Creative ka matlab kya hai to produce new idea”</w:t>
      </w:r>
    </w:p>
    <w:p>
      <w:r>
        <w:rPr>
          <w:sz w:val="20"/>
        </w:rPr>
        <w:t>1:16:43  Creative ka matlab kya hai, to produce new idea, yaani creative us ko kehte hain jo naya idea ki takhleeq kar sake, aam taur par dekhiye hamari jo literature jo hai, dictionary mein aap dekhein toh creative ke bare mein woh nahi milte jo mein istemaal karta hoon, woh log shayar ko aur novel nigar ko is ko creative samajhte hain, kyunke woh nayi nayi baatein nikalta hai, har ek ko fiction hoti hai, shayari ki baat</w:t>
      </w:r>
      <w:r>
        <w:br/>
      </w:r>
      <w:r>
        <w:rPr>
          <w:sz w:val="20"/>
        </w:rPr>
        <w:t>1:17:13  mein fiction wali hoti hain, lekin creative usi ko maante hain log, ke mein- yaani mein ne pehli baar is ko istemaal kiya hai other than art, creativity ko, aap dictionary mein dekhein toh artists ko log creative maante hain, aur mein toh yaani zamanan un ko maan sakta hoon, asal jo hai woh creativity hai jo mein bolta hoon is zamane mein, fikri maamle mein, toh log jaante hi nahi, sachi baat yeh hai ke poori tareekh-</w:t>
      </w:r>
      <w:r>
        <w:br/>
      </w:r>
      <w:r>
        <w:rPr>
          <w:sz w:val="20"/>
        </w:rPr>
        <w:t>1:17:43  yaani tareekh bashri mein yeh hazf hai yeh cheez, ke fikri maamlaat mein creativity, log shayari mein creativity jaante hain, art mein jaante hain, novel nigari mein jaante hain, yeh jo mein kehta hoon is ko koi jaanta hi nahi, yeh toh Aristotle bhi nahi jaante the, aap- aap ko agar shakk ho toh aap mujhe iski kitaab bataiye jahan hai, yaani creativity jo hai, creative thinking jo hai, is maani mein jis maani mein bolta hoon, is maani mein tareekh mein yeh boli hi nahi gayi kabhi, woh toh bari art of shayari aur</w:t>
      </w:r>
      <w:r>
        <w:br/>
      </w:r>
      <w:r>
        <w:rPr>
          <w:sz w:val="20"/>
        </w:rPr>
        <w:t>1:18:13  funoon-e-lateefa mein boli jaati thi, achha ab mein creativity ko hi misaal jo hai woh aap ko batai thi, ke agar aap ka mind prepared hai, ab mein seedhi pe chadh raha tha toh chadh raha tha yahan haal mein aane ke liye, lekin mere mind mein ek naya idea create hua, mere mind mein ek naya idea create kiya, toh woh mera chadhna jo tha asal laga ke jaise mein aakhirat mein Allah ki taraf ja raha hoon,</w:t>
      </w:r>
      <w:r>
        <w:br/>
      </w:r>
      <w:r>
        <w:rPr>
          <w:sz w:val="20"/>
        </w:rPr>
        <w:t>1:18:43  yeh hai creative thinking, toh mujh ko toh Allah ka fazl hai, rozana hi is ke creative experience hote hain, lekin yeh tareekh mein yeh lafz is maani mein istemaal hi nahi hua, agarche dictionary mein bante hain yeh maani is ke, dictionary mein, istemaal ke lihaaz se nahi istemaal hua, istemaal kyunke shayari, mujhe ek qissa yaad aata hai ke hamare bhai jo the Abdul Majeed Khan woh engineer the,</w:t>
      </w:r>
      <w:r>
        <w:br/>
      </w:r>
      <w:r>
        <w:rPr>
          <w:sz w:val="20"/>
        </w:rPr>
        <w:t>1:19:14  toh ek bahar ka ek aadmi shayad England ka tha ya America ka, woh aaya, woh- yeh woh the polytechnic mein principal the, toh principalon ki training ke liye bulaya gaya tha America se ya Britain ka tha woh aadmi, aur Chandi Garh mein camp laga tha, toh sawal ke dauraan us ne kaha ke who are creatives</w:t>
      </w:r>
      <w:r>
        <w:br/>
      </w:r>
      <w:r>
        <w:rPr>
          <w:sz w:val="20"/>
        </w:rPr>
        <w:t>1:19:45  yeh sab principal log the woh jo baithe hue wahan par, hamare bhai bhi the, us ne kaha ke who are creatives, toh yeh log yaani kisi ne kaha ke poet- poet, toh us ne us ke saamne kaha ke kya keh rahe hain poet, kyunke poet bolte hain British accent mein, aur- aur American kehte hain poet, haan woh American tha woh, American us ko poet kehte hain, aur</w:t>
      </w:r>
      <w:r>
        <w:br/>
      </w:r>
      <w:r>
        <w:rPr>
          <w:sz w:val="20"/>
        </w:rPr>
        <w:t>1:20:16  Britishers kehte hain poet, us ko samajh mein nahi aaya, toh us ne poocha spelling, toh unhone kaha P-O-E-T, achha us ne kaha achha oh poet- poet, tab se mere zehan mein yeh baat hai ke duniya ne creativity ke lafz ko tabaah kar rakha hai, bas poet hai toh creative hai, novel likhne wala creative, art banane wala creative hai, is se bada jo maidan hai wahan toh us ko istemaal hi nahi kiya logon ne, toh is par mein ne</w:t>
      </w:r>
      <w:r>
        <w:br/>
      </w:r>
      <w:r>
        <w:rPr>
          <w:sz w:val="20"/>
        </w:rPr>
        <w:t>1:20:46  kaafi padha toh mujhe samajh mein yeh baat aayi.</w:t>
      </w:r>
    </w:p>
    <w:p>
      <w:pPr>
        <w:pStyle w:val="Heading2"/>
      </w:pPr>
      <w:r>
        <w:t>full history of how the Qur'an was compiled</w:t>
      </w:r>
    </w:p>
    <w:p>
      <w:r>
        <w:rPr>
          <w:color w:val="666666"/>
          <w:sz w:val="18"/>
        </w:rPr>
        <w:t>In Conversation with Maulana Wahiduddin Khan English · 5m 02s · at 14:17 · https://youtu.be/QZrkP8Z3Fv8?t=857</w:t>
      </w:r>
    </w:p>
    <w:p>
      <w:r>
        <w:rPr>
          <w:i/>
        </w:rPr>
        <w:t>“How was the Qur'an compiled into a book?”</w:t>
      </w:r>
    </w:p>
    <w:p>
      <w:r>
        <w:rPr>
          <w:sz w:val="20"/>
        </w:rPr>
        <w:t>14:17  But we all know that the verses were revealed over a period of time. My question to you is, how was the Qur'an compiled in the book form?</w:t>
      </w:r>
      <w:r>
        <w:br/>
      </w:r>
      <w:r>
        <w:rPr>
          <w:sz w:val="20"/>
        </w:rPr>
        <w:t>14:27  At that time I mean before the advent of printing press, people used to people were using their memory.</w:t>
      </w:r>
      <w:r>
        <w:br/>
      </w:r>
      <w:r>
        <w:rPr>
          <w:sz w:val="20"/>
        </w:rPr>
        <w:t>14:38  So, their memory was very, very strong everywhere in the world. So was the case of Arabs. Arabs' memory was very, very strong at that time.</w:t>
      </w:r>
      <w:r>
        <w:br/>
      </w:r>
      <w:r>
        <w:rPr>
          <w:sz w:val="20"/>
        </w:rPr>
        <w:t>14:51  So, when some part of the you know, the Qur'an was not revealed the whole the whole Qur'an was not revealed at a time.</w:t>
      </w:r>
      <w:r>
        <w:br/>
      </w:r>
      <w:r>
        <w:rPr>
          <w:sz w:val="20"/>
        </w:rPr>
        <w:t>15:01  But</w:t>
      </w:r>
      <w:r>
        <w:br/>
      </w:r>
      <w:r>
        <w:rPr>
          <w:sz w:val="20"/>
        </w:rPr>
        <w:t>15:05  it was revealed during 23 years. So, when a part of the Qur'an was revealed, people people take it by memory.</w:t>
      </w:r>
      <w:r>
        <w:br/>
      </w:r>
      <w:r>
        <w:rPr>
          <w:sz w:val="20"/>
        </w:rPr>
        <w:t>15:18  So, in the final days, there were thousands and thousands of people who were who had memorized the Qur'an. Then, at the same time,</w:t>
      </w:r>
      <w:r>
        <w:br/>
      </w:r>
      <w:r>
        <w:rPr>
          <w:sz w:val="20"/>
        </w:rPr>
        <w:t>15:32  they used to write the Qur'an in different pieces. So, during the Prophet's time, the Qur'an was preserved by two methods:</w:t>
      </w:r>
      <w:r>
        <w:br/>
      </w:r>
      <w:r>
        <w:rPr>
          <w:sz w:val="20"/>
        </w:rPr>
        <w:t>15:46  by memorization, by the way of memorization, and then by the way of writing on different pieces. So, what happened?</w:t>
      </w:r>
      <w:r>
        <w:br/>
      </w:r>
      <w:r>
        <w:rPr>
          <w:sz w:val="20"/>
        </w:rPr>
        <w:t>15:57  After the Prophet in the last in the last days, the Prophet compiled the Qur'an.</w:t>
      </w:r>
      <w:r>
        <w:br/>
      </w:r>
      <w:r>
        <w:rPr>
          <w:sz w:val="20"/>
        </w:rPr>
        <w:t>16:09  And he recited the Qur'an from A to Z</w:t>
      </w:r>
      <w:r>
        <w:br/>
      </w:r>
      <w:r>
        <w:rPr>
          <w:sz w:val="20"/>
        </w:rPr>
        <w:t>16:13  . So, people became aware that what is the Qur'an according to the compilation by the Prophet? Then, what happened?</w:t>
      </w:r>
      <w:r>
        <w:br/>
      </w:r>
      <w:r>
        <w:rPr>
          <w:sz w:val="20"/>
        </w:rPr>
        <w:t>16:25  During the first Caliph that is Abu Bakr as-Siddiq, the Sahaba wanted to compile the Qur'an in a single volum</w:t>
      </w:r>
      <w:r>
        <w:br/>
      </w:r>
      <w:r>
        <w:rPr>
          <w:sz w:val="20"/>
        </w:rPr>
        <w:t>16:37  e So, they gathered all those fragments and pieces.</w:t>
      </w:r>
      <w:r>
        <w:br/>
      </w:r>
      <w:r>
        <w:rPr>
          <w:sz w:val="20"/>
        </w:rPr>
        <w:t>16:48  So, they adopted a double-checking system. They checked the writing by their memory and memory by the writing.</w:t>
      </w:r>
      <w:r>
        <w:br/>
      </w:r>
      <w:r>
        <w:rPr>
          <w:sz w:val="20"/>
        </w:rPr>
        <w:t>16:59  So, by using this double-checking system, they wrote the whole Qur'an on paper.</w:t>
      </w:r>
      <w:r>
        <w:br/>
      </w:r>
      <w:r>
        <w:rPr>
          <w:sz w:val="20"/>
        </w:rPr>
        <w:t>17:11  You know, at that time, there was a kind of paper that is called perhaps pipers.</w:t>
      </w:r>
      <w:r>
        <w:br/>
      </w:r>
      <w:r>
        <w:rPr>
          <w:sz w:val="20"/>
        </w:rPr>
        <w:t>17:20  It was made by some plants.</w:t>
      </w:r>
      <w:r>
        <w:br/>
      </w:r>
      <w:r>
        <w:rPr>
          <w:sz w:val="20"/>
        </w:rPr>
        <w:t>17:26  So, they compiled the whole Qur'an. And they wrote the whole Qur'an in that</w:t>
      </w:r>
      <w:r>
        <w:br/>
      </w:r>
      <w:r>
        <w:rPr>
          <w:sz w:val="20"/>
        </w:rPr>
        <w:t>17:36  on that papers. So, it was said Rab'a. Rab'a means square. So, this first copy of the Qur'an was square.</w:t>
      </w:r>
      <w:r>
        <w:br/>
      </w:r>
      <w:r>
        <w:rPr>
          <w:sz w:val="20"/>
        </w:rPr>
        <w:t>17:50  So, this first copy was compiled during the first Caliph. Then, during the third Caliph, this first copy was again recopied.</w:t>
      </w:r>
      <w:r>
        <w:br/>
      </w:r>
      <w:r>
        <w:rPr>
          <w:sz w:val="20"/>
        </w:rPr>
        <w:t>18:04  So, there were several hundred copies. So, during the whole history, people were memorizing the Qur'an.</w:t>
      </w:r>
      <w:r>
        <w:br/>
      </w:r>
      <w:r>
        <w:rPr>
          <w:sz w:val="20"/>
        </w:rPr>
        <w:t>18:14  And at the same time, they were writing the Qur'an on the papers.</w:t>
      </w:r>
      <w:r>
        <w:br/>
      </w:r>
      <w:r>
        <w:rPr>
          <w:sz w:val="20"/>
        </w:rPr>
        <w:t>18:20  And now, you know now you are living in the age of printing age of printing.</w:t>
      </w:r>
      <w:r>
        <w:br/>
      </w:r>
      <w:r>
        <w:rPr>
          <w:sz w:val="20"/>
        </w:rPr>
        <w:t>18:28  So, when so, you know, in this age, Muslims established institutions.</w:t>
      </w:r>
      <w:r>
        <w:br/>
      </w:r>
      <w:r>
        <w:rPr>
          <w:sz w:val="20"/>
        </w:rPr>
        <w:t>18:38  And they</w:t>
      </w:r>
      <w:r>
        <w:br/>
      </w:r>
      <w:r>
        <w:rPr>
          <w:sz w:val="20"/>
        </w:rPr>
        <w:t>18:45  availed the printing method. And now, there are billion and billion copies available in every part of the world.</w:t>
      </w:r>
      <w:r>
        <w:br/>
      </w:r>
      <w:r>
        <w:rPr>
          <w:sz w:val="20"/>
        </w:rPr>
        <w:t>19:03  All these are printed copies. So, this is the history of the Qur'an, in short. Maulana, when Islam is against idol worship, why is it that Muslims bow down to the Kaaba in their prayer?</w:t>
      </w:r>
    </w:p>
    <w:p>
      <w:pPr>
        <w:pStyle w:val="Heading2"/>
      </w:pPr>
      <w:r>
        <w:t>Freedom of speech, human treatment, caliphate</w:t>
      </w:r>
    </w:p>
    <w:p>
      <w:r>
        <w:rPr>
          <w:color w:val="666666"/>
          <w:sz w:val="18"/>
        </w:rPr>
        <w:t>Terrorism in the name of Islam December 23, 2016 · 5m 51s · at 19:52 · https://youtu.be/sm_0z6s2UPs?t=1192</w:t>
      </w:r>
    </w:p>
    <w:p>
      <w:r>
        <w:rPr>
          <w:i/>
        </w:rPr>
        <w:t>“What Muslims call blasphemy is not intended as blasphemy.”</w:t>
      </w:r>
    </w:p>
    <w:p>
      <w:r>
        <w:rPr>
          <w:sz w:val="20"/>
        </w:rPr>
        <w:t>19:52  dekhiye, jis cheez ko musalman kehte hain yani rasool allah ke khilaf gustakhi to jo aadmi bol raha</w:t>
      </w:r>
      <w:r>
        <w:br/>
      </w:r>
      <w:r>
        <w:rPr>
          <w:sz w:val="20"/>
        </w:rPr>
        <w:t>19:55  hai woh gustakhi ko to nahi bolta woh.</w:t>
      </w:r>
      <w:r>
        <w:br/>
      </w:r>
      <w:r>
        <w:rPr>
          <w:sz w:val="20"/>
        </w:rPr>
        <w:t>19:58  yeh to freedom hai.</w:t>
      </w:r>
      <w:r>
        <w:br/>
      </w:r>
      <w:r>
        <w:rPr>
          <w:sz w:val="20"/>
        </w:rPr>
        <w:t>20:02  aaj ke zamane mein rai ki azadi hai.</w:t>
      </w:r>
      <w:r>
        <w:br/>
      </w:r>
      <w:r>
        <w:rPr>
          <w:sz w:val="20"/>
        </w:rPr>
        <w:t>20:05  har aadmi apni rai deta hai.</w:t>
      </w:r>
      <w:r>
        <w:br/>
      </w:r>
      <w:r>
        <w:rPr>
          <w:sz w:val="20"/>
        </w:rPr>
        <w:t>20:09  to sab ko sab ke liye bolte hain woh.</w:t>
      </w:r>
      <w:r>
        <w:br/>
      </w:r>
      <w:r>
        <w:rPr>
          <w:sz w:val="20"/>
        </w:rPr>
        <w:t>20:12  koi rasool allah ke khilaf nahi hai.</w:t>
      </w:r>
      <w:r>
        <w:br/>
      </w:r>
      <w:r>
        <w:rPr>
          <w:sz w:val="20"/>
        </w:rPr>
        <w:t>20:15  yeh azadi ka daur hai.</w:t>
      </w:r>
      <w:r>
        <w:br/>
      </w:r>
      <w:r>
        <w:rPr>
          <w:sz w:val="20"/>
        </w:rPr>
        <w:t>20:19  freedom of speech ka daur hai.</w:t>
      </w:r>
      <w:r>
        <w:br/>
      </w:r>
      <w:r>
        <w:rPr>
          <w:sz w:val="20"/>
        </w:rPr>
        <w:t>20:22  to log jo parhe likhe log hain wo wo study karte hain.</w:t>
      </w:r>
      <w:r>
        <w:br/>
      </w:r>
      <w:r>
        <w:rPr>
          <w:sz w:val="20"/>
        </w:rPr>
        <w:t>20:26  un ki rai banti hai.</w:t>
      </w:r>
      <w:r>
        <w:br/>
      </w:r>
      <w:r>
        <w:rPr>
          <w:sz w:val="20"/>
        </w:rPr>
        <w:t>20:29  is rai ka izhaar karte hain wo.</w:t>
      </w:r>
      <w:r>
        <w:br/>
      </w:r>
      <w:r>
        <w:rPr>
          <w:sz w:val="20"/>
        </w:rPr>
        <w:t>20:33  to aap un ka jawab dijiye.</w:t>
      </w:r>
      <w:r>
        <w:br/>
      </w:r>
      <w:r>
        <w:rPr>
          <w:sz w:val="20"/>
        </w:rPr>
        <w:t>20:36  tareekh se, qalam se, stage se.</w:t>
      </w:r>
      <w:r>
        <w:br/>
      </w:r>
      <w:r>
        <w:rPr>
          <w:sz w:val="20"/>
        </w:rPr>
        <w:t>20:39  wo bol rahe hain stage se to aap bhi stage se jawab dijiye.</w:t>
      </w:r>
      <w:r>
        <w:br/>
      </w:r>
      <w:r>
        <w:rPr>
          <w:sz w:val="20"/>
        </w:rPr>
        <w:t>20:43  unhon ne likha hai qalam se to aap bhi qalam se jawab dijiye.</w:t>
      </w:r>
      <w:r>
        <w:br/>
      </w:r>
      <w:r>
        <w:rPr>
          <w:sz w:val="20"/>
        </w:rPr>
        <w:t>20:46  idhar un ko marna kya hai? yeh Islam mein hai hi nahin.</w:t>
      </w:r>
      <w:r>
        <w:br/>
      </w:r>
      <w:r>
        <w:rPr>
          <w:sz w:val="20"/>
        </w:rPr>
        <w:t>20:50  main ne is par kitaab likhi hai satab rasool ka masla.</w:t>
      </w:r>
      <w:r>
        <w:br/>
      </w:r>
      <w:r>
        <w:rPr>
          <w:sz w:val="20"/>
        </w:rPr>
        <w:t>20:53  main ne dikhaya ke koi ek bhi na Quran hai na koi Hadees hai is bare mein.</w:t>
      </w:r>
      <w:r>
        <w:br/>
      </w:r>
      <w:r>
        <w:rPr>
          <w:sz w:val="20"/>
        </w:rPr>
        <w:t>20:57  na koi Quran ki aayat hai na koi Hadees hai ke jo satab ka hai us ko maro.</w:t>
      </w:r>
      <w:r>
        <w:br/>
      </w:r>
      <w:r>
        <w:rPr>
          <w:sz w:val="20"/>
        </w:rPr>
        <w:t>21:00  misalan yeh in alfaaz mein ho mun satab rasool ko faqatlo. har giz nahin.</w:t>
      </w:r>
      <w:r>
        <w:br/>
      </w:r>
      <w:r>
        <w:rPr>
          <w:sz w:val="20"/>
        </w:rPr>
        <w:t>21:03  saare Quran mein nahin.</w:t>
      </w:r>
      <w:r>
        <w:br/>
      </w:r>
      <w:r>
        <w:rPr>
          <w:sz w:val="20"/>
        </w:rPr>
        <w:t>21:07  saare Hadees kitaabon mein nahin.</w:t>
      </w:r>
      <w:r>
        <w:br/>
      </w:r>
      <w:r>
        <w:rPr>
          <w:sz w:val="20"/>
        </w:rPr>
        <w:t>21:10  yeh khud sakhta Islam hai.</w:t>
      </w:r>
      <w:r>
        <w:br/>
      </w:r>
      <w:r>
        <w:rPr>
          <w:sz w:val="20"/>
        </w:rPr>
        <w:t>21:14  khud ka banaya hua Islam hai.</w:t>
      </w:r>
      <w:r>
        <w:br/>
      </w:r>
      <w:r>
        <w:rPr>
          <w:sz w:val="20"/>
        </w:rPr>
        <w:t>21:17  is ka talluq Quran se aur Hadees se bilkul nahin hai.</w:t>
      </w:r>
      <w:r>
        <w:br/>
      </w:r>
      <w:r>
        <w:rPr>
          <w:sz w:val="20"/>
        </w:rPr>
        <w:t>21:21  molana sahib, so according to you, what should be the behavior of a muslim towards non muslims?</w:t>
      </w:r>
      <w:r>
        <w:br/>
      </w:r>
      <w:r>
        <w:rPr>
          <w:sz w:val="20"/>
        </w:rPr>
        <w:t>21:28  ek insaan samjhein in ko.</w:t>
      </w:r>
      <w:r>
        <w:br/>
      </w:r>
      <w:r>
        <w:rPr>
          <w:sz w:val="20"/>
        </w:rPr>
        <w:t>21:31  Rasool Allah ne Yahudi ke bare mein kaha tha ke alaihissalato wassalam kya wo insaan nahin? bas insaan samjhein.</w:t>
      </w:r>
      <w:r>
        <w:br/>
      </w:r>
      <w:r>
        <w:rPr>
          <w:sz w:val="20"/>
        </w:rPr>
        <w:t>21:35  alag kyun karte hain? yeh categorize aise hi galat hai ke yeh kafir hai ya Muslim hai.</w:t>
      </w:r>
      <w:r>
        <w:br/>
      </w:r>
      <w:r>
        <w:rPr>
          <w:sz w:val="20"/>
        </w:rPr>
        <w:t>21:39  sab insaan hain.</w:t>
      </w:r>
      <w:r>
        <w:br/>
      </w:r>
      <w:r>
        <w:rPr>
          <w:sz w:val="20"/>
        </w:rPr>
        <w:t>21:42  Quran padhein aap to Quran mein ayyuhal insaan ayyuhal insaan aata hai bar bar.</w:t>
      </w:r>
      <w:r>
        <w:br/>
      </w:r>
      <w:r>
        <w:rPr>
          <w:sz w:val="20"/>
        </w:rPr>
        <w:t>21:46  daga Quran ke mutabiq saari dunya darul insaan hai.</w:t>
      </w:r>
      <w:r>
        <w:br/>
      </w:r>
      <w:r>
        <w:rPr>
          <w:sz w:val="20"/>
        </w:rPr>
        <w:t>21:50  na darul kuffar nahin hai. darul insaan hai.</w:t>
      </w:r>
      <w:r>
        <w:br/>
      </w:r>
      <w:r>
        <w:rPr>
          <w:sz w:val="20"/>
        </w:rPr>
        <w:t>21:53  to sab ko insaan samjhiye.</w:t>
      </w:r>
      <w:r>
        <w:br/>
      </w:r>
      <w:r>
        <w:rPr>
          <w:sz w:val="20"/>
        </w:rPr>
        <w:t>21:57  sab ko insaan kaise behave kijiye? yeh yeh khud sakhta istilaah hai ke daarulkufr hai ya daarulislaam hai.</w:t>
      </w:r>
      <w:r>
        <w:br/>
      </w:r>
      <w:r>
        <w:rPr>
          <w:sz w:val="20"/>
        </w:rPr>
        <w:t>22:01  yeh istilaahein kabhi rasool Allah ke zamane mein nahi theen.</w:t>
      </w:r>
      <w:r>
        <w:br/>
      </w:r>
      <w:r>
        <w:rPr>
          <w:sz w:val="20"/>
        </w:rPr>
        <w:t>22:04  sahaba ke zamane mein nahi theen.</w:t>
      </w:r>
      <w:r>
        <w:br/>
      </w:r>
      <w:r>
        <w:rPr>
          <w:sz w:val="20"/>
        </w:rPr>
        <w:t>22:08  yeh baat ko bani hai baat ko.</w:t>
      </w:r>
      <w:r>
        <w:br/>
      </w:r>
      <w:r>
        <w:rPr>
          <w:sz w:val="20"/>
        </w:rPr>
        <w:t>22:12  to saari duniya daarul insaan hai.</w:t>
      </w:r>
      <w:r>
        <w:br/>
      </w:r>
      <w:r>
        <w:rPr>
          <w:sz w:val="20"/>
        </w:rPr>
        <w:t>22:15  sab yeksan taur par insaan hain.</w:t>
      </w:r>
      <w:r>
        <w:br/>
      </w:r>
      <w:r>
        <w:rPr>
          <w:sz w:val="20"/>
        </w:rPr>
        <w:t>22:19  sab se yeksan taur par amal karna chahiye.</w:t>
      </w:r>
      <w:r>
        <w:br/>
      </w:r>
      <w:r>
        <w:rPr>
          <w:sz w:val="20"/>
        </w:rPr>
        <w:t>22:23  equal base par.</w:t>
      </w:r>
      <w:r>
        <w:br/>
      </w:r>
      <w:r>
        <w:rPr>
          <w:sz w:val="20"/>
        </w:rPr>
        <w:t>22:27  ji. but molana sahib, there have been many muslim leaders who have spoken and written about dividing the world into darul islam and darul kufr. so can you elaborate a little more? what is your opinion on this?</w:t>
      </w:r>
      <w:r>
        <w:br/>
      </w:r>
      <w:r>
        <w:rPr>
          <w:sz w:val="20"/>
        </w:rPr>
        <w:t>22:42  dekhiye, daarulkufr aur daarulislaam ki istilaah baat ko bani hai.</w:t>
      </w:r>
      <w:r>
        <w:br/>
      </w:r>
      <w:r>
        <w:rPr>
          <w:sz w:val="20"/>
        </w:rPr>
        <w:t>22:45  ibadat period mein.</w:t>
      </w:r>
      <w:r>
        <w:br/>
      </w:r>
      <w:r>
        <w:rPr>
          <w:sz w:val="20"/>
        </w:rPr>
        <w:t>22:48  pehlay nahi thi.</w:t>
      </w:r>
      <w:r>
        <w:br/>
      </w:r>
      <w:r>
        <w:rPr>
          <w:sz w:val="20"/>
        </w:rPr>
        <w:t>22:51  misal ke ooper dekhiye.</w:t>
      </w:r>
      <w:r>
        <w:br/>
      </w:r>
      <w:r>
        <w:rPr>
          <w:sz w:val="20"/>
        </w:rPr>
        <w:t>22:54  makkah mein sab log buth poojhte thay.</w:t>
      </w:r>
      <w:r>
        <w:br/>
      </w:r>
      <w:r>
        <w:rPr>
          <w:sz w:val="20"/>
        </w:rPr>
        <w:t>22:57  to kai quran aur hadees banaye gaye ke yeh daarulkufr hai.</w:t>
      </w:r>
      <w:r>
        <w:br/>
      </w:r>
      <w:r>
        <w:rPr>
          <w:sz w:val="20"/>
        </w:rPr>
        <w:t>23:00  kisi ne nahi kaha ke makkah daarulkufr hai.</w:t>
      </w:r>
      <w:r>
        <w:br/>
      </w:r>
      <w:r>
        <w:rPr>
          <w:sz w:val="20"/>
        </w:rPr>
        <w:t>23:04  kisi ne nahi kaha. achha.</w:t>
      </w:r>
      <w:r>
        <w:br/>
      </w:r>
      <w:r>
        <w:rPr>
          <w:sz w:val="20"/>
        </w:rPr>
        <w:t>23:07  baat ko madina mein beshtar log islaam mein daakhil ho gaye.</w:t>
      </w:r>
      <w:r>
        <w:br/>
      </w:r>
      <w:r>
        <w:rPr>
          <w:sz w:val="20"/>
        </w:rPr>
        <w:t>23:10  to wahan is baani ke lihaaz se musalmanon ki hukoomat karna chahiye.</w:t>
      </w:r>
      <w:r>
        <w:br/>
      </w:r>
      <w:r>
        <w:rPr>
          <w:sz w:val="20"/>
        </w:rPr>
        <w:t>23:13  qaaim ho gayi.</w:t>
      </w:r>
      <w:r>
        <w:br/>
      </w:r>
      <w:r>
        <w:rPr>
          <w:sz w:val="20"/>
        </w:rPr>
        <w:t>23:16  tab bhi baani ka madina ko daarulislaam nahi kaha gaya.</w:t>
      </w:r>
      <w:r>
        <w:br/>
      </w:r>
      <w:r>
        <w:rPr>
          <w:sz w:val="20"/>
        </w:rPr>
        <w:t>23:19  na buth ke zamane mein makkah ko daarulkufr kaha gaya.</w:t>
      </w:r>
      <w:r>
        <w:br/>
      </w:r>
      <w:r>
        <w:rPr>
          <w:sz w:val="20"/>
        </w:rPr>
        <w:t>23:23  na islami hukoomat ke zamane mein madina ko daarulislaam kaha gaya.</w:t>
      </w:r>
      <w:r>
        <w:br/>
      </w:r>
      <w:r>
        <w:rPr>
          <w:sz w:val="20"/>
        </w:rPr>
        <w:t>23:26  yeh sab istilaahein baat ko bani hain.</w:t>
      </w:r>
      <w:r>
        <w:br/>
      </w:r>
      <w:r>
        <w:rPr>
          <w:sz w:val="20"/>
        </w:rPr>
        <w:t>23:29  jo jis ka naam wahi kaha jaye ga.</w:t>
      </w:r>
      <w:r>
        <w:br/>
      </w:r>
      <w:r>
        <w:rPr>
          <w:sz w:val="20"/>
        </w:rPr>
        <w:t>23:32  makkah hai to makkah kahengay.</w:t>
      </w:r>
      <w:r>
        <w:br/>
      </w:r>
      <w:r>
        <w:rPr>
          <w:sz w:val="20"/>
        </w:rPr>
        <w:t>23:35  madinah hai to madinah kahengay.</w:t>
      </w:r>
      <w:r>
        <w:br/>
      </w:r>
      <w:r>
        <w:rPr>
          <w:sz w:val="20"/>
        </w:rPr>
        <w:t>23:38  nah koi daarulkufr hai nah koi daarulislaam hai.</w:t>
      </w:r>
      <w:r>
        <w:br/>
      </w:r>
      <w:r>
        <w:rPr>
          <w:sz w:val="20"/>
        </w:rPr>
        <w:t>23:42  ji. molana sahib, so how should a muslim live in a western country which follows secular and modern culture? what would be your advice to all those muslims?</w:t>
      </w:r>
      <w:r>
        <w:br/>
      </w:r>
      <w:r>
        <w:rPr>
          <w:sz w:val="20"/>
        </w:rPr>
        <w:t>23:55  mera advice yeh hai ke in mulkon mein ya to musalman nah jaayen.</w:t>
      </w:r>
      <w:r>
        <w:br/>
      </w:r>
      <w:r>
        <w:rPr>
          <w:sz w:val="20"/>
        </w:rPr>
        <w:t>23:59  aur agar jaate hain to wahan ke jo law, jo law of land hai, us ko mukammal</w:t>
      </w:r>
      <w:r>
        <w:br/>
      </w:r>
      <w:r>
        <w:rPr>
          <w:sz w:val="20"/>
        </w:rPr>
        <w:t>24:03  tour par dil se follow karen.</w:t>
      </w:r>
      <w:r>
        <w:br/>
      </w:r>
      <w:r>
        <w:rPr>
          <w:sz w:val="20"/>
        </w:rPr>
        <w:t>24:07  in ke option is mein hai.</w:t>
      </w:r>
      <w:r>
        <w:br/>
      </w:r>
      <w:r>
        <w:rPr>
          <w:sz w:val="20"/>
        </w:rPr>
        <w:t>24:11  yeh nah keh wahan jaayen aur phir wahan shor o ghul karen.</w:t>
      </w:r>
      <w:r>
        <w:br/>
      </w:r>
      <w:r>
        <w:rPr>
          <w:sz w:val="20"/>
        </w:rPr>
        <w:t>24:15  وہاں جا کر کے وہاں soil bombing کریں۔</w:t>
      </w:r>
      <w:r>
        <w:br/>
      </w:r>
      <w:r>
        <w:rPr>
          <w:sz w:val="20"/>
        </w:rPr>
        <w:t>24:19  wahan jo bhi law of land hai, wahan ka jo bhi wahan ka culture hai, ya to us</w:t>
      </w:r>
      <w:r>
        <w:br/>
      </w:r>
      <w:r>
        <w:rPr>
          <w:sz w:val="20"/>
        </w:rPr>
        <w:t>24:23  ko apnaayiye aap lekin rehna hai aap ko.</w:t>
      </w:r>
      <w:r>
        <w:br/>
      </w:r>
      <w:r>
        <w:rPr>
          <w:sz w:val="20"/>
        </w:rPr>
        <w:t>24:27  aur aap ko woh manzoor nahain hai to aap wapas chale jaayen apne mulk mein wapas chale jaayen.</w:t>
      </w:r>
      <w:r>
        <w:br/>
      </w:r>
      <w:r>
        <w:rPr>
          <w:sz w:val="20"/>
        </w:rPr>
        <w:t>24:31  yeh tareeqa islami tareeqa nahain hai ke musalman in mulkon mein jaayen aur wahan par is ke khilaaf</w:t>
      </w:r>
      <w:r>
        <w:br/>
      </w:r>
      <w:r>
        <w:rPr>
          <w:sz w:val="20"/>
        </w:rPr>
        <w:t>24:35  protest karen aur hangaama karen.</w:t>
      </w:r>
      <w:r>
        <w:br/>
      </w:r>
      <w:r>
        <w:rPr>
          <w:sz w:val="20"/>
        </w:rPr>
        <w:t>24:39  yeh islaam mein nahain hai.</w:t>
      </w:r>
      <w:r>
        <w:br/>
      </w:r>
      <w:r>
        <w:rPr>
          <w:sz w:val="20"/>
        </w:rPr>
        <w:t>24:43  ji. molana sahib, many muslims seek to establish caliphate in the present time. so what would you say to this kind of follow up that many muslims are doing these days?</w:t>
      </w:r>
      <w:r>
        <w:br/>
      </w:r>
      <w:r>
        <w:rPr>
          <w:sz w:val="20"/>
        </w:rPr>
        <w:t>24:57  yeh bhi yeh bhi khud saakhta hai.</w:t>
      </w:r>
      <w:r>
        <w:br/>
      </w:r>
      <w:r>
        <w:rPr>
          <w:sz w:val="20"/>
        </w:rPr>
        <w:t>25:00  kahin quran mein nahain hai ke islami khilaafat qaaim karo.</w:t>
      </w:r>
      <w:r>
        <w:br/>
      </w:r>
      <w:r>
        <w:rPr>
          <w:sz w:val="20"/>
        </w:rPr>
        <w:t>25:04  hadees mein nahain hai ke islami khilaafat qaaim karo.</w:t>
      </w:r>
      <w:r>
        <w:br/>
      </w:r>
      <w:r>
        <w:rPr>
          <w:sz w:val="20"/>
        </w:rPr>
        <w:t>25:08  kahin bhi nahain.</w:t>
      </w:r>
      <w:r>
        <w:br/>
      </w:r>
      <w:r>
        <w:rPr>
          <w:sz w:val="20"/>
        </w:rPr>
        <w:t>25:12  nah aik hadees hai nah aik aayat hai quran ki.</w:t>
      </w:r>
      <w:r>
        <w:br/>
      </w:r>
      <w:r>
        <w:rPr>
          <w:sz w:val="20"/>
        </w:rPr>
        <w:t>25:16  jab yeh hukum diya gaya ho ke aap musalman ho to tumhari duty hai ke tum islami khilaafat qaaim karo.</w:t>
      </w:r>
      <w:r>
        <w:br/>
      </w:r>
      <w:r>
        <w:rPr>
          <w:sz w:val="20"/>
        </w:rPr>
        <w:t>25:20  yeh to bana yeh to bana liya logon ne baat ko.</w:t>
      </w:r>
      <w:r>
        <w:br/>
      </w:r>
      <w:r>
        <w:rPr>
          <w:sz w:val="20"/>
        </w:rPr>
        <w:t>25:23  yaani bilkul hi baseless hai yeh baat quran o hadees ke mutabiq.</w:t>
      </w:r>
      <w:r>
        <w:br/>
      </w:r>
      <w:r>
        <w:rPr>
          <w:sz w:val="20"/>
        </w:rPr>
        <w:t>25:27  koi aik bhi aayat hai hi nahain.</w:t>
      </w:r>
      <w:r>
        <w:br/>
      </w:r>
      <w:r>
        <w:rPr>
          <w:sz w:val="20"/>
        </w:rPr>
        <w:t>25:31  nah koi aik hadees hai jis mein yeh kaha gaya ho ke aap musalman ho tumhara farz yeh</w:t>
      </w:r>
      <w:r>
        <w:br/>
      </w:r>
      <w:r>
        <w:rPr>
          <w:sz w:val="20"/>
        </w:rPr>
        <w:t>25:35  hai ke tum saari duniya mein islami khilaafat qaaim karo.</w:t>
      </w:r>
      <w:r>
        <w:br/>
      </w:r>
      <w:r>
        <w:rPr>
          <w:sz w:val="20"/>
        </w:rPr>
        <w:t>25:39  is ka kuch bhi koi bhi baseless keh nahi hai.</w:t>
      </w:r>
      <w:r>
        <w:br/>
      </w:r>
      <w:r>
        <w:rPr>
          <w:sz w:val="20"/>
        </w:rPr>
        <w:t>25:43  ji. so molana sahib, according to you, what is the responsibility of muslims in present times? woh to yahi hai jo pehle thi. yani dawat il Allah. quran ko pahunchana. un ki koi un ki zimmedari badlegi nahi. wahi ki wahi rahegi. woh hai dawat aur tabligh. Allah ki kitab ko sari dunya mein pahunchana. bas. yeh pehle bhi tha. yahi aaj bhi hai.</w:t>
      </w:r>
    </w:p>
    <w:p>
      <w:pPr>
        <w:pStyle w:val="Heading2"/>
      </w:pPr>
      <w:r>
        <w:t>Generations and scholars' failure in Quran</w:t>
      </w:r>
    </w:p>
    <w:p>
      <w:r>
        <w:rPr>
          <w:color w:val="666666"/>
          <w:sz w:val="18"/>
        </w:rPr>
        <w:t>Dars-e-Quran, Chapter 2, Verses 83-86, July 8, 2018 · 4m 02s · at 3:51 · https://youtu.be/lMYyBKzipJI?t=231</w:t>
      </w:r>
    </w:p>
    <w:p>
      <w:r>
        <w:rPr>
          <w:i/>
        </w:rPr>
        <w:t>“Dekhiye, Quran ki inaayaton mein yahood ka zikr hai”</w:t>
      </w:r>
    </w:p>
    <w:p>
      <w:r>
        <w:rPr>
          <w:sz w:val="20"/>
        </w:rPr>
        <w:t>3:51  e gi. dekhiye, quran ki enayaton mein yahood ka zikr hai. is mein bataya gaya hai ke yahood se ahad liya gaya, iqrar liya gaya,</w:t>
      </w:r>
      <w:r>
        <w:br/>
      </w:r>
      <w:r>
        <w:rPr>
          <w:sz w:val="20"/>
        </w:rPr>
        <w:t>4:08  phir iqrar karne ke baad woh phir gaye aur iqrar ke khilaf karne lagay.</w:t>
      </w:r>
      <w:r>
        <w:br/>
      </w:r>
      <w:r>
        <w:rPr>
          <w:sz w:val="20"/>
        </w:rPr>
        <w:t>4:16  to is ka matlab yeh nahi hai ke idhar iqrar hua, idhar munkir ban gaye. woh yeh darwazay se aaye, iqrar karte hue, is darwazay se nikal gaye, phir ke nikal gaye.</w:t>
      </w:r>
      <w:r>
        <w:br/>
      </w:r>
      <w:r>
        <w:rPr>
          <w:sz w:val="20"/>
        </w:rPr>
        <w:t>4:30  yeh matlab nahi hai is ka. yeh do naslon ki baat hai. iqrar shuru ki naslon se hua tha, phir aur naslein paida huien, aur yani baap ke bete, bete ke pote.</w:t>
      </w:r>
      <w:r>
        <w:br/>
      </w:r>
      <w:r>
        <w:rPr>
          <w:sz w:val="20"/>
        </w:rPr>
        <w:t>4:48  to dheere dheere un mein degeneration aaya. degeneration to ibtidai naslon ne to iqrar kiya tha, lekin baad ki naslein jin mein degeneration aa chuka tha, to woh phir gaye.</w:t>
      </w:r>
      <w:r>
        <w:br/>
      </w:r>
      <w:r>
        <w:rPr>
          <w:sz w:val="20"/>
        </w:rPr>
        <w:t>5:05  yeh matlab hai is ka.</w:t>
      </w:r>
      <w:r>
        <w:br/>
      </w:r>
      <w:r>
        <w:rPr>
          <w:sz w:val="20"/>
        </w:rPr>
        <w:t>5:09  kyun ke aisa hota nahi, aisa kabhi ho sakta hai ke is darwazay se aayein, iqrar karte hue, is darwazay se nikal jayein, munkir bankar ke.</w:t>
      </w:r>
      <w:r>
        <w:br/>
      </w:r>
      <w:r>
        <w:rPr>
          <w:sz w:val="20"/>
        </w:rPr>
        <w:t>5:19  aisa nahi hota. jo hota hai amalan fitri andaaz mein, woh matlab liya jayega. yahan</w:t>
      </w:r>
      <w:r>
        <w:br/>
      </w:r>
      <w:r>
        <w:rPr>
          <w:sz w:val="20"/>
        </w:rPr>
        <w:t>5:29  to is par aur deep mein jaiye, aur sochiye, aur sochiye to aap payenge ke is mein yahood ke ulma ke ek khaas ghalati ke point out kiya gaya hai.</w:t>
      </w:r>
      <w:r>
        <w:br/>
      </w:r>
      <w:r>
        <w:rPr>
          <w:sz w:val="20"/>
        </w:rPr>
        <w:t>5:51  yahood ke ulma ki ek khaas ghalati ko point out kiya gaya hai. woh ghalati kya thi? yahood ki baad ki generation jis mein girawat aayi,</w:t>
      </w:r>
      <w:r>
        <w:br/>
      </w:r>
      <w:r>
        <w:rPr>
          <w:sz w:val="20"/>
        </w:rPr>
        <w:t>6:10  yani baap logon mein nahi, baad ke logon mein nahi, bete, pote, nawase, woh jo nai nasl bani, un mein aayi girawat.</w:t>
      </w:r>
      <w:r>
        <w:br/>
      </w:r>
      <w:r>
        <w:rPr>
          <w:sz w:val="20"/>
        </w:rPr>
        <w:t>6:23  to ulma ne is waqt, is waqt ke ulma ne, woh bhi pehle ulma nahi, pehle daur ke ulma mein nahi, baad ke daur ke ulma ne is waqt apni zimmedari ko ada nahi kiya.</w:t>
      </w:r>
      <w:r>
        <w:br/>
      </w:r>
      <w:r>
        <w:rPr>
          <w:sz w:val="20"/>
        </w:rPr>
        <w:t>6:39  yeh hai baat kahi gayi is mein.</w:t>
      </w:r>
      <w:r>
        <w:br/>
      </w:r>
      <w:r>
        <w:rPr>
          <w:sz w:val="20"/>
        </w:rPr>
        <w:t>6:43  aisa nahi ke idhar iqrar hua, idhar inkar hua. balkeh is ka matlab yeh hai ke iqrar kar ke ek ummat bani, unhon ne peghambaron ko mana, peghambaron ki baat ko mana,</w:t>
      </w:r>
      <w:r>
        <w:br/>
      </w:r>
      <w:r>
        <w:rPr>
          <w:sz w:val="20"/>
        </w:rPr>
        <w:t>6:59  is par chalne lagay. lekin jo baad ki naslein paida huien, baad ki naslon mein fitri taur par, yeh fitri taur par hota hai, fata'ala alaihim.</w:t>
      </w:r>
      <w:r>
        <w:br/>
      </w:r>
      <w:r>
        <w:rPr>
          <w:sz w:val="20"/>
        </w:rPr>
        <w:t>7:12  alaihim amd, tul amd se aati hai girawat. tul amd, fata'ala alaihim al-amd.</w:t>
      </w:r>
      <w:r>
        <w:br/>
      </w:r>
      <w:r>
        <w:rPr>
          <w:sz w:val="20"/>
        </w:rPr>
        <w:t>7:23  to is ko achhe se samajh lijiye ke is ka yeh matlab nahi ke pehle hi nasl mein girawat aa gayi. nahi, tul amd ke baad baad ki naslon mein girawat aayi.</w:t>
      </w:r>
      <w:r>
        <w:br/>
      </w:r>
      <w:r>
        <w:rPr>
          <w:sz w:val="20"/>
        </w:rPr>
        <w:t>7:36  to tul amd ke baad aayi to kya hua? us waqt ke jo ulma thay, baad ke zamane ke ulma thay, unhon ne is ko apni zimmedari ko ada nahi kiya aur bimari badhta gaya, badhta gaya.</w:t>
      </w:r>
    </w:p>
    <w:p>
      <w:pPr>
        <w:pStyle w:val="Heading2"/>
      </w:pPr>
      <w:r>
        <w:t>Ramadan's real purpose is year-round intellectual retreat</w:t>
      </w:r>
    </w:p>
    <w:p>
      <w:r>
        <w:rPr>
          <w:color w:val="666666"/>
          <w:sz w:val="18"/>
        </w:rPr>
        <w:t>Month of Ramadan and The Quran 15 July 2012 · 4m 58s · at 12:02 · https://youtu.be/BxiaMbKdoo8?t=722</w:t>
      </w:r>
    </w:p>
    <w:p>
      <w:r>
        <w:rPr>
          <w:i/>
        </w:rPr>
        <w:t>“رمضان کے مہینے میں کیا کرنا ہے؟ قرآن میں غرق ہونا ہے”</w:t>
      </w:r>
    </w:p>
    <w:p>
      <w:r>
        <w:rPr>
          <w:sz w:val="20"/>
        </w:rPr>
        <w:t>12:02  to ramzan ke mahine mein kya karna hai? quran mein ghark hona hai. taake aap janen ke quran mein kya hai.</w:t>
      </w:r>
      <w:r>
        <w:br/>
      </w:r>
      <w:r>
        <w:rPr>
          <w:sz w:val="20"/>
        </w:rPr>
        <w:t>12:14  ramzan ke mahine ko mein samajhta hoon ke wo jo aakhri dinon mein itikaf hota hai, wo ek ek ilamati itikaf hai.</w:t>
      </w:r>
      <w:r>
        <w:br/>
      </w:r>
      <w:r>
        <w:rPr>
          <w:sz w:val="20"/>
        </w:rPr>
        <w:t>12:24  asal itikaf to sara mahina hai. wo kya hai? intellectual itikaf. chand din physical itikaf kiya jata hai.</w:t>
      </w:r>
      <w:r>
        <w:br/>
      </w:r>
      <w:r>
        <w:rPr>
          <w:sz w:val="20"/>
        </w:rPr>
        <w:t>12:35  wo chand din jo hota hai, wo physical itikaf hota hai. lekin asal itikaf to intellectual itikaf hai.</w:t>
      </w:r>
      <w:r>
        <w:br/>
      </w:r>
      <w:r>
        <w:rPr>
          <w:sz w:val="20"/>
        </w:rPr>
        <w:t>12:42  wo sare mahine jaari rehta hai.</w:t>
      </w:r>
      <w:r>
        <w:br/>
      </w:r>
      <w:r>
        <w:rPr>
          <w:sz w:val="20"/>
        </w:rPr>
        <w:t>12:47  intellectual itikaf kya hai? dekhiye, hum is duniya mein rehte hain, beshumar sargharmiyan hain.</w:t>
      </w:r>
      <w:r>
        <w:br/>
      </w:r>
      <w:r>
        <w:rPr>
          <w:sz w:val="20"/>
        </w:rPr>
        <w:t>12:56  har waqt ek na ek sargharmi. ek na ek kaam, ek na ek zaroorat. ghar mein, bachon mein, society mein.</w:t>
      </w:r>
      <w:r>
        <w:br/>
      </w:r>
      <w:r>
        <w:rPr>
          <w:sz w:val="20"/>
        </w:rPr>
        <w:t>13:06  har waqt ek na ek activity.</w:t>
      </w:r>
      <w:r>
        <w:br/>
      </w:r>
      <w:r>
        <w:rPr>
          <w:sz w:val="20"/>
        </w:rPr>
        <w:t>13:11  to itikaf kya hai? activities ke darmiyan apne zehn ka focus jo hai, khuda par baqi rakhna.</w:t>
      </w:r>
      <w:r>
        <w:br/>
      </w:r>
      <w:r>
        <w:rPr>
          <w:sz w:val="20"/>
        </w:rPr>
        <w:t>13:24  yani insan goya ek dualism hai, dualism. is ko agar mein kahoon to yeh hoga ke diverse activities ke darmiyan focus sirf allah par hona.</w:t>
      </w:r>
      <w:r>
        <w:br/>
      </w:r>
      <w:r>
        <w:rPr>
          <w:sz w:val="20"/>
        </w:rPr>
        <w:t>13:39  focused mind. ek aitbar se aadmi focused mind hota hai. doosre aitbar se wo diverse activities ke darmiyan hota hai.</w:t>
      </w:r>
      <w:r>
        <w:br/>
      </w:r>
      <w:r>
        <w:rPr>
          <w:sz w:val="20"/>
        </w:rPr>
        <w:t>13:51  to aap ko sanyas nahi lena hai. ramzan ka matlab sanyas nahi hota. intellectual itikaf.</w:t>
      </w:r>
      <w:r>
        <w:br/>
      </w:r>
      <w:r>
        <w:rPr>
          <w:sz w:val="20"/>
        </w:rPr>
        <w:t>14:02  yani sochne ke aitbar se itikaf mein chale jana.</w:t>
      </w:r>
      <w:r>
        <w:br/>
      </w:r>
      <w:r>
        <w:rPr>
          <w:sz w:val="20"/>
        </w:rPr>
        <w:t>14:06  jaise mein ne arz kiya ke mug ka dhakkan gir gaya. to wo to ek maadi waqea tha. lekin is mein mein ne khuda ki glory ko daryaft kiya.</w:t>
      </w:r>
      <w:r>
        <w:br/>
      </w:r>
      <w:r>
        <w:rPr>
          <w:sz w:val="20"/>
        </w:rPr>
        <w:t>14:18  ke mein ek mug ko sambhal nahi sakta. aur khuda yaqoobi universe ko sambhale hue hai. yeh hai intellectual itikaf.</w:t>
      </w:r>
      <w:r>
        <w:br/>
      </w:r>
      <w:r>
        <w:rPr>
          <w:sz w:val="20"/>
        </w:rPr>
        <w:t>14:28  diverse activities ke darmiyan.</w:t>
      </w:r>
      <w:r>
        <w:br/>
      </w:r>
      <w:r>
        <w:rPr>
          <w:sz w:val="20"/>
        </w:rPr>
        <w:t>14:32  to aap ki jo practical life hai, jo physical life hai, wo bohat si activities ke darmiyan rahegi hamesha.</w:t>
      </w:r>
      <w:r>
        <w:br/>
      </w:r>
      <w:r>
        <w:rPr>
          <w:sz w:val="20"/>
        </w:rPr>
        <w:t>14:41  wo is mein aap badal nahi sakte. yahan tak ke aap pahaad pe chale jayen, tab bhi wo wahan bhi activity phir bhi wahi hogi.</w:t>
      </w:r>
      <w:r>
        <w:br/>
      </w:r>
      <w:r>
        <w:rPr>
          <w:sz w:val="20"/>
        </w:rPr>
        <w:t>14:51  ab yani in active to nahi ban jayenge wahan bhi.</w:t>
      </w:r>
      <w:r>
        <w:br/>
      </w:r>
      <w:r>
        <w:rPr>
          <w:sz w:val="20"/>
        </w:rPr>
        <w:t>14:56  to mukhtalif activities ke darmiyan, diverse activities ke darmiyan, zehn ka focus allah par bana rahen.</w:t>
      </w:r>
      <w:r>
        <w:br/>
      </w:r>
      <w:r>
        <w:rPr>
          <w:sz w:val="20"/>
        </w:rPr>
        <w:t>15:06  aakhirat par bana rahe hain. aakhirat ki baaton ko sochte rahen aap.</w:t>
      </w:r>
      <w:r>
        <w:br/>
      </w:r>
      <w:r>
        <w:rPr>
          <w:sz w:val="20"/>
        </w:rPr>
        <w:t>15:14  kyon ke insaan ko ek taraf se focused mind banna hai, focused mind. aur doosri taraf se diverse activities mein jaaye to rahega woh.</w:t>
      </w:r>
      <w:r>
        <w:br/>
      </w:r>
      <w:r>
        <w:rPr>
          <w:sz w:val="20"/>
        </w:rPr>
        <w:t>15:26  is mein to aap badal khatm nahin kar sakte. woh activities to aap jangal mein chale jaen, tab bhi rahengi.</w:t>
      </w:r>
      <w:r>
        <w:br/>
      </w:r>
      <w:r>
        <w:rPr>
          <w:sz w:val="20"/>
        </w:rPr>
        <w:t>15:34  to activities mein aap aap kai tarah ki mashghooliyat rahengi, kai tarah ki. is mein tanavv rehta hai, taaddud rehta hai, diversity rahegi.</w:t>
      </w:r>
      <w:r>
        <w:br/>
      </w:r>
      <w:r>
        <w:rPr>
          <w:sz w:val="20"/>
        </w:rPr>
        <w:t>15:46  lekin mind ke aitbaar se aap ke andar ek hi focus hona chahiye. to Ramzan ke mahine ka maqsad yahi hai.</w:t>
      </w:r>
      <w:r>
        <w:br/>
      </w:r>
      <w:r>
        <w:rPr>
          <w:sz w:val="20"/>
        </w:rPr>
        <w:t>15:55  ke aap zehni itekaaf ki haalat mein rehna seekhen. intellectual itekaaf ki zindagi guzarna seekhen.</w:t>
      </w:r>
      <w:r>
        <w:br/>
      </w:r>
      <w:r>
        <w:rPr>
          <w:sz w:val="20"/>
        </w:rPr>
        <w:t>16:09  yeh sirf Ramzan mein matloob nahin hai, yeh woh to training period hai. Ramzan ka mahina jo hai, woh ek training period</w:t>
      </w:r>
      <w:r>
        <w:br/>
      </w:r>
      <w:r>
        <w:rPr>
          <w:sz w:val="20"/>
        </w:rPr>
        <w:t>16:17  hai. is mein aakhirat ke chand dinon mein aur zyada aadmi ko yaani physical taur par bhi kaha jata hai ke ja ke masjid mein baith jao.</w:t>
      </w:r>
      <w:r>
        <w:br/>
      </w:r>
      <w:r>
        <w:rPr>
          <w:sz w:val="20"/>
        </w:rPr>
        <w:t>16:28  lekin asal maqsad physical taur par masjid mein baithna nahin hai. asal hai intellectual taur par apne aap ko alag karna.</w:t>
      </w:r>
      <w:r>
        <w:br/>
      </w:r>
      <w:r>
        <w:rPr>
          <w:sz w:val="20"/>
        </w:rPr>
        <w:t>16:37  apna andar determined thinking lana. determined thinking. yaani sargarmiyon mein rehte hue alag sochna.</w:t>
      </w:r>
      <w:r>
        <w:br/>
      </w:r>
      <w:r>
        <w:rPr>
          <w:sz w:val="20"/>
        </w:rPr>
        <w:t>16:48  to yeh aap jab Ramzan ke mahine mein apne ko access karke Quran ko padhenge. aap mein se har shakhs se main kahunga ke taraveeh ka Quran woh kafi nahin hai.</w:t>
      </w:r>
    </w:p>
    <w:p>
      <w:pPr>
        <w:pStyle w:val="Heading2"/>
      </w:pPr>
      <w:r>
        <w:t>Fasting as distraction-avoidance and the scholar who kept discovering new meanings</w:t>
      </w:r>
    </w:p>
    <w:p>
      <w:r>
        <w:rPr>
          <w:color w:val="666666"/>
          <w:sz w:val="18"/>
        </w:rPr>
        <w:t>Month of Spirituality July 28, 2013 · 4m 43s · at 22:17 · https://youtu.be/p4MM2gjJBxA?t=1337</w:t>
      </w:r>
    </w:p>
    <w:p>
      <w:r>
        <w:rPr>
          <w:i/>
        </w:rPr>
        <w:t>“Ye bhookh pyas ka mamla nahi hai”</w:t>
      </w:r>
    </w:p>
    <w:p>
      <w:r>
        <w:rPr>
          <w:sz w:val="20"/>
        </w:rPr>
        <w:t>22:17  Toh yeh is liye nahi ke aadmi subah shaam tak bhooka rehta hai. Yeh bhook pyas ka mamla nahi hai.</w:t>
      </w:r>
      <w:r>
        <w:br/>
      </w:r>
      <w:r>
        <w:rPr>
          <w:sz w:val="20"/>
        </w:rPr>
        <w:t>22:27  Yeh bhook pyas ka mamla, bhook pyas dekhiye yeh symbol hai distraction se apne aap ko bachane ka.</w:t>
      </w:r>
      <w:r>
        <w:br/>
      </w:r>
      <w:r>
        <w:rPr>
          <w:sz w:val="20"/>
        </w:rPr>
        <w:t>22:38  Bhook pyas mein aadmi jab apne aap ko dalta hai toh goya yeh keh raha hota hai ke Khuda ya main apne aap ko har distraction se bachaoonga.</w:t>
      </w:r>
      <w:r>
        <w:br/>
      </w:r>
      <w:r>
        <w:rPr>
          <w:sz w:val="20"/>
        </w:rPr>
        <w:t>22:49  Chahe iski list jo hai khaali paray tak pahunch jaye.</w:t>
      </w:r>
      <w:r>
        <w:br/>
      </w:r>
      <w:r>
        <w:rPr>
          <w:sz w:val="20"/>
        </w:rPr>
        <w:t>22:59  Jo aadmi Ramzan ke mahine mein roza rakhta hai woh amal ki zaban se goya yeh keh raha hota hai ke aye mere malik maabood!</w:t>
      </w:r>
      <w:r>
        <w:br/>
      </w:r>
      <w:r>
        <w:rPr>
          <w:sz w:val="20"/>
        </w:rPr>
        <w:t>23:10  Main teri khatir</w:t>
      </w:r>
      <w:r>
        <w:br/>
      </w:r>
      <w:r>
        <w:rPr>
          <w:sz w:val="20"/>
        </w:rPr>
        <w:t>23:14  Apne aap ko har distraction se bachaoonga. Chahe iski list khane peene tak pahunch jaye.</w:t>
      </w:r>
      <w:r>
        <w:br/>
      </w:r>
      <w:r>
        <w:rPr>
          <w:sz w:val="20"/>
        </w:rPr>
        <w:t>23:24  Toh phir bachaoonga kis liye? In distraction se bacha kar kya karunga?</w:t>
      </w:r>
      <w:r>
        <w:br/>
      </w:r>
      <w:r>
        <w:rPr>
          <w:sz w:val="20"/>
        </w:rPr>
        <w:t>23:30  Woh hai ke Khuda ya kitab ko padhna, Khuda ya kitab mein tadabbur karna, Khuda ya kitab mein</w:t>
      </w:r>
      <w:r>
        <w:br/>
      </w:r>
      <w:r>
        <w:rPr>
          <w:sz w:val="20"/>
        </w:rPr>
        <w:t>23:37  ma'ni ki talash karna.</w:t>
      </w:r>
      <w:r>
        <w:br/>
      </w:r>
      <w:r>
        <w:rPr>
          <w:sz w:val="20"/>
        </w:rPr>
        <w:t>23:43  aik sahib ne aik aik aik slogan diya tha aik bar mujhe pata chala mujhe ke "One verse a day keeps Satan away" .</w:t>
      </w:r>
      <w:r>
        <w:br/>
      </w:r>
      <w:r>
        <w:rPr>
          <w:sz w:val="20"/>
        </w:rPr>
        <w:t>23:54  yani quran ka aik verse rozana parho to shaitan bhag jayega.</w:t>
      </w:r>
      <w:r>
        <w:br/>
      </w:r>
      <w:r>
        <w:rPr>
          <w:sz w:val="20"/>
        </w:rPr>
        <w:t>24:00  yeh baat bohat achhe intention mein kahi gayi hai lekin yeh phir bhi mysterious baat hai. asal baat yeh nahi hai. asal baat yeh hai ke quran ka mutalia karoge, quran ke ma'ni ko gehrai mein utro ge to to is ke andar tumhare andar llahiyat paida hogi, rabbaniyat paida hogi.</w:t>
      </w:r>
      <w:r>
        <w:br/>
      </w:r>
      <w:r>
        <w:rPr>
          <w:sz w:val="20"/>
        </w:rPr>
        <w:t>24:22  tumhare andar aik nai percentage aye gi. woh shaitan ko bhaga degi.</w:t>
      </w:r>
      <w:r>
        <w:br/>
      </w:r>
      <w:r>
        <w:rPr>
          <w:sz w:val="20"/>
        </w:rPr>
        <w:t>24:28  to mein aap sab logon se yeh kahunga ke aap sab log jo hain yeh karen. ke quran ka jo jo pocket side mein chhupa hai is ka tarjuma urdu mein, english mein woh hamesha apne paas rakhen, apne pocket mein.</w:t>
      </w:r>
      <w:r>
        <w:br/>
      </w:r>
      <w:r>
        <w:rPr>
          <w:sz w:val="20"/>
        </w:rPr>
        <w:t>24:47  yani jo pocket aap ka hai is mein rahe. aur rozana aap is mein kuch na kuch hissa padhen.</w:t>
      </w:r>
      <w:r>
        <w:br/>
      </w:r>
      <w:r>
        <w:rPr>
          <w:sz w:val="20"/>
        </w:rPr>
        <w:t>24:57  aik few page padhna bhi kafi hai rozana. kyunke quran ka andaaz aisa hai ke aap aik page padhen usi mein aap ko aik aik aik rizq mil jayega, aik point mil jayega.</w:t>
      </w:r>
      <w:r>
        <w:br/>
      </w:r>
      <w:r>
        <w:rPr>
          <w:sz w:val="20"/>
        </w:rPr>
        <w:t>25:10  sochne ke liye. to har din quran ka koi hissa padhen aur sochte rahen, sochte rahen, sochte rahen.</w:t>
      </w:r>
      <w:r>
        <w:br/>
      </w:r>
      <w:r>
        <w:rPr>
          <w:sz w:val="20"/>
        </w:rPr>
        <w:t>25:19  mein ne apni zindagi mein sirf aik aadmi aisa paya hai jo jis ka thinking process quran ko le kar chalta tha.</w:t>
      </w:r>
      <w:r>
        <w:br/>
      </w:r>
      <w:r>
        <w:rPr>
          <w:sz w:val="20"/>
        </w:rPr>
        <w:t>25:27  woh the maulana jaleel ul hassan nadvi.</w:t>
      </w:r>
      <w:r>
        <w:br/>
      </w:r>
      <w:r>
        <w:rPr>
          <w:sz w:val="20"/>
        </w:rPr>
        <w:t>25:33  woh un ka jo thinking process tha woh subah sham raat din isi par sochte rehte the, sochte rehte the. chunancha unhon ne bohat si nai nai baaten daryaft ki theen.</w:t>
      </w:r>
      <w:r>
        <w:br/>
      </w:r>
      <w:r>
        <w:rPr>
          <w:sz w:val="20"/>
        </w:rPr>
        <w:t>25:44  jo ke tafsiron mein nahi theen. woh bohat achhe arabi zaban ke aalim the woh.</w:t>
      </w:r>
      <w:r>
        <w:br/>
      </w:r>
      <w:r>
        <w:rPr>
          <w:sz w:val="20"/>
        </w:rPr>
        <w:t>25:52  to un ki aik misaal woh hai jo mein ne apni tafsir mein likhi hai, tazkir ul quran mein. aap surah yusuf mein jo waqea hua tha ke hazrat yusuf ka jo bhai the binyamin, un ko un ko wapas kiya gaya tha.</w:t>
      </w:r>
      <w:r>
        <w:br/>
      </w:r>
      <w:r>
        <w:rPr>
          <w:sz w:val="20"/>
        </w:rPr>
        <w:t>26:12  to sari tafsiron mein is tarah bataya gaya jaise ke hazrat yusuf ne jaan boojh kar unhein nauzubillah chor banaya. aur phir chor ke hisse se unhein pakad kar apne paas rakha, rok liya.</w:t>
      </w:r>
      <w:r>
        <w:br/>
      </w:r>
      <w:r>
        <w:rPr>
          <w:sz w:val="20"/>
        </w:rPr>
        <w:t>26:25  sari tafsiron mein yahi baat hai. ke goya peghambar ne apne bhai ko chor banaya.</w:t>
      </w:r>
      <w:r>
        <w:br/>
      </w:r>
      <w:r>
        <w:rPr>
          <w:sz w:val="20"/>
        </w:rPr>
        <w:t>26:32  lekin maulana jaleel ul hassan nadvi ne bohat dinon sochte sochte is mein aik bohat ajeeb anokhi baat daryaft ki. aur bohat hi shandar baat.</w:t>
      </w:r>
      <w:r>
        <w:br/>
      </w:r>
      <w:r>
        <w:rPr>
          <w:sz w:val="20"/>
        </w:rPr>
        <w:t>26:42  jis mein woh yeh cheez hadaf, yeh yeh hazrat yusuf par yeh ilzam khatam ho jata hai. is baat ko samajhne ke liye aap meri tafsir jo hai tazkir ul quran use padhen.</w:t>
      </w:r>
      <w:r>
        <w:br/>
      </w:r>
      <w:r>
        <w:rPr>
          <w:sz w:val="20"/>
        </w:rPr>
        <w:t>26:54  jo baat mein ne likhi hai woh inhi ki baat hai. maulana jaleel ul hassan nadvi ki baat hai woh.</w:t>
      </w:r>
    </w:p>
    <w:p>
      <w:pPr>
        <w:pStyle w:val="Heading2"/>
      </w:pPr>
      <w:r>
        <w:t>Reassessing blame on Western civilization</w:t>
      </w:r>
    </w:p>
    <w:p>
      <w:r>
        <w:rPr>
          <w:color w:val="666666"/>
          <w:sz w:val="18"/>
        </w:rPr>
        <w:t>Rediscovering Islam From Its Original Sources - Maulana Wahiduddin Khan · 4m 40s · at 1:06:14 · https://youtu.be/KOUJnT0tl50?t=3974</w:t>
      </w:r>
    </w:p>
    <w:p>
      <w:r>
        <w:rPr>
          <w:i/>
        </w:rPr>
        <w:t>“People have been saying for over a century that Western civilization destroyed our religion.”</w:t>
      </w:r>
    </w:p>
    <w:p>
      <w:r>
        <w:rPr>
          <w:sz w:val="20"/>
        </w:rPr>
        <w:t>1:06:14  is ka khulasa yeh hai ke log so baras se bhi ziyada muddat se yeh ailan kar rahay hain ke western civilization ne hamare mazhab ko tabah kar diya hai. yeh baat bilkul baseless hai. asal baat yeh hai ke naya zamanay jo aaya hai, yeh scientific zamanay hai. scientific zamanay mein log chahtay hain ke cheezon ko rational way mein samjhen, logic ke sath samjhen. to pehlay jo hamara jo hum ne murattab kiya</w:t>
      </w:r>
      <w:r>
        <w:br/>
      </w:r>
      <w:r>
        <w:rPr>
          <w:sz w:val="20"/>
        </w:rPr>
        <w:t>1:06:44  tha, woh scientific nahin tha, woh traditional andaaz mein tha. to traditional framework jab tak tha dunya mein raaij, tab tak woh logon ko maloom hota raha ke theek hai, yeh ab scientific framework aa gaya hai. ab scientific framework ke mutabiq aap ko unhein islam ko batana parhe ga. yeh hai karnay ka kaam. is tareeqay se aap apni naslon ko bacha saken ge, is tareeqay se aap islam ki ziyada ach</w:t>
      </w:r>
      <w:r>
        <w:br/>
      </w:r>
      <w:r>
        <w:rPr>
          <w:sz w:val="20"/>
        </w:rPr>
        <w:t>1:07:14  hi khidmat karen ge, aur aik bohat bara faida yeh hoga ke nafratein khatam ho jayen gi. aaj jo hai muslim musalman, aaj ka musalman jo hai, nafrat pe jeeta hai, kyun ke yeh jo theory hai ke sab dunya hamare dushman ho gayi hai, europe dushman hai, america dushman hai, yeh dushman hai, woh dushman hai, to sab ko dushman bana rakha hai, sab ko apna enemy samajh rakha hai. to sab se nafrat, is nafrat ke nati</w:t>
      </w:r>
      <w:r>
        <w:br/>
      </w:r>
      <w:r>
        <w:rPr>
          <w:sz w:val="20"/>
        </w:rPr>
        <w:t>1:07:44  jay mein kya hua? aik bohat bara nuqsan hua ke musalmanon se da'wati spirit khatam ho gayi, da'wati spirit khatam ho gayi. yaani aik taraf to aap apni naslon ko bacha nahin paye, kyun ke jo boli aap bolte hain, us se un ka mind address nahin hota. aap fazail ki boli bolte hain, masail ki boli bolte hain, do's and don'ts ki boli bolte hain, un ka un ka mind address nahin hota, to bhag rahay hain woh. aik</w:t>
      </w:r>
      <w:r>
        <w:br/>
      </w:r>
      <w:r>
        <w:rPr>
          <w:sz w:val="20"/>
        </w:rPr>
        <w:t>1:08:14  nuqsan yeh hua, doosra nuqsan yeh hua ke is yeh jo theory hai, conspiracy ki, enmity ki, is se saari ki saari muslim dunya aaj ki negative thought mein parh gayi hai. yaani woh log jo hamare do mad'u thay, un ke baray mein hum nafrat karne lagay. jin ko aap enemy batatay hain, woh kon hain? woh mad'u hain. america hamara mad'u hai, europeans hamare mad'u hain, christians</w:t>
      </w:r>
      <w:r>
        <w:br/>
      </w:r>
      <w:r>
        <w:rPr>
          <w:sz w:val="20"/>
        </w:rPr>
        <w:t>1:08:44  hamare mad'u hain, hindu hamare mad'u hain, saara non muslim world hamara mad'u hai. mad'u yaani jis ke baray mein hum ne khuda ne yeh hukum diya hai ke un tak sachai ko pohnchao. to yeh jo nazariya hai, yeh jo theory hai, is ne aik taraf naslon ko hum bachane mein nakaam rahay, doosri taraf yeh hua ke hum ne khud apne andar bhi nafratein bhar leen,</w:t>
      </w:r>
      <w:r>
        <w:br/>
      </w:r>
      <w:r>
        <w:rPr>
          <w:sz w:val="20"/>
        </w:rPr>
        <w:t>1:09:14  aur saaray muslim naslon ko nafratein bhar deen. aur is ka nateeja kya nikla? ke mad'u ke baray mein khair khwahi khatam ho gayi, mad'u se mohabbat khatam ho gayi, mad'u ke baray mein yeh spirit khatam ho gayi ke us ko hum jahannum se bachayen, aur us ko jannat ka rasta dikhayen. to apni naslon ko bhi khoya hum ne, aur da'wati spirit ko bhi khoya hum ne. to mein samajhta hoon ke</w:t>
      </w:r>
      <w:r>
        <w:br/>
      </w:r>
      <w:r>
        <w:rPr>
          <w:sz w:val="20"/>
        </w:rPr>
        <w:t>1:09:48  hum re assess karen saaray mamlay ko, aur phir se planning karen, phir se planning karen. agar hum ne aisa nahin kiya to zahir hai ke tareekh apna apna rasta nahin badlay gi. scientific daur phir lot kar ke pichlay daur mein nahin chala jaye ga. aisa nahin hoga ke ab scientific framework khatam ho jaye, phir dobara traditional framework lot aaye dunya mein. aisa honay wala nahin hai, kabhi bhi nahin honay wala aisa.</w:t>
      </w:r>
      <w:r>
        <w:br/>
      </w:r>
      <w:r>
        <w:rPr>
          <w:sz w:val="20"/>
        </w:rPr>
        <w:t>1:10:23  to humein chahiye ke hum re assess karen, re examine karen, aur re planning karen apne saaray mamlay ki, aur negative boli bolna chhod dein ke islam, islam is in danger, muslims are in danger, muslim ummah is in danger. yeh sab boli bolna chhod dein, bilkul koi danger nahin hai, koi khatra nahin hai. masla sirf yeh hai ke hum in competent sabit hue hain</w:t>
      </w:r>
    </w:p>
    <w:p>
      <w:pPr>
        <w:pStyle w:val="Heading2"/>
      </w:pPr>
      <w:r>
        <w:t>Prophet's persecution in Mecca and the discipline of no complaint</w:t>
      </w:r>
    </w:p>
    <w:p>
      <w:r>
        <w:rPr>
          <w:color w:val="666666"/>
          <w:sz w:val="18"/>
        </w:rPr>
        <w:t>Quran A Book of God June 5, 2011 · 4m 55s · at 23:51 · https://youtu.be/xT0YdQ1Jgc8?t=1431</w:t>
      </w:r>
    </w:p>
    <w:p>
      <w:r>
        <w:rPr>
          <w:i/>
        </w:rPr>
        <w:t>“ایک عجیب واقعہ میں بتاؤں گا آپ کو”</w:t>
      </w:r>
    </w:p>
    <w:p>
      <w:r>
        <w:rPr>
          <w:sz w:val="20"/>
        </w:rPr>
        <w:t>23:51  makka mein jab 13 saal thay toh bohat ajeeb ajeeb tareeqe se pareshan kiya unhon ne. aik ajeeb waqia mein bataunga aap ko ke rasool allah sallallahu alaihi wasallam kaba mein namaz parh rahe thay, sajde mein thay.</w:t>
      </w:r>
      <w:r>
        <w:br/>
      </w:r>
      <w:r>
        <w:rPr>
          <w:sz w:val="20"/>
        </w:rPr>
        <w:t>24:05  aap ka sir sajde mein tha, namaz parh rahe thay. toh aik sharir aadmi jo mushrik tha, woh</w:t>
      </w:r>
      <w:r>
        <w:br/>
      </w:r>
      <w:r>
        <w:rPr>
          <w:sz w:val="20"/>
        </w:rPr>
        <w:t>24:17  kya kiya? us ne ouj jo hoti hai, ouj us ke zabah kiye hue janwar ki, ouj bohat gandi jo hoti hai, zabah ke baad nikal li jati hai, woh la kar ke aap ke daal diya aap ke upar.</w:t>
      </w:r>
      <w:r>
        <w:br/>
      </w:r>
      <w:r>
        <w:rPr>
          <w:sz w:val="20"/>
        </w:rPr>
        <w:t>24:34  aur sara isi mein aap ka chala gaya. aik aap ka ghutne lage, saans ghutne laga.</w:t>
      </w:r>
      <w:r>
        <w:br/>
      </w:r>
      <w:r>
        <w:rPr>
          <w:sz w:val="20"/>
        </w:rPr>
        <w:t>24:44  wahan aik tareeqa tha, kisi ko bohat buri tarah marna ho toh ouj daal dete us ki, us mein toh ghut ghut kar mar jaye woh.</w:t>
      </w:r>
      <w:r>
        <w:br/>
      </w:r>
      <w:r>
        <w:rPr>
          <w:sz w:val="20"/>
        </w:rPr>
        <w:t>24:54  yani yeh aik misaal hai, aise kai sare kaam kiya unhon ne. lekin jab aap migrate kar ke madina gaye, aik lafz bhi aap ne shikayat nahi ki, aik lafz bhi shikayat nahi ki.</w:t>
      </w:r>
      <w:r>
        <w:br/>
      </w:r>
      <w:r>
        <w:rPr>
          <w:sz w:val="20"/>
        </w:rPr>
        <w:t>25:10  yahan tak ke aap ke munh dar munh aap ko kehte thay ke muzammam, muzammam matlab condemned, you are a condemned person. aap kuch bhi nahi kehte thay, ghussa bhi nahi hotay thay.</w:t>
      </w:r>
      <w:r>
        <w:br/>
      </w:r>
      <w:r>
        <w:rPr>
          <w:sz w:val="20"/>
        </w:rPr>
        <w:t>25:26  tab ja kar aadmi quran ko samajhta hai. layamassu al-mutahharun ka matlab na toh yeh hai ke farishte us ko laate hain, woh alag cheez hai.</w:t>
      </w:r>
      <w:r>
        <w:br/>
      </w:r>
      <w:r>
        <w:rPr>
          <w:sz w:val="20"/>
        </w:rPr>
        <w:t>25:37  yeh ke baghair wuzu ke chhoo nahi sakte, aap woh alag cheez hai.</w:t>
      </w:r>
      <w:r>
        <w:br/>
      </w:r>
      <w:r>
        <w:rPr>
          <w:sz w:val="20"/>
        </w:rPr>
        <w:t>25:42  wuzu karna chahiye, woh alag cheez hai. bahar nahi karta, wuzu nahi karna chahiye. farishte laate hain, woh bhi laate hain, woh alag cheez hai. is se yahan jodte kyun?</w:t>
      </w:r>
      <w:r>
        <w:br/>
      </w:r>
      <w:r>
        <w:rPr>
          <w:sz w:val="20"/>
        </w:rPr>
        <w:t>25:50  aap in masail se is ka koi taluq nahi hai. is ka taluq yeh hai ke quran ke jo maani hain, quran tak jo yani meaning us ki jo hai, wahan tak pohnch un ki hoti hai jo negativity se pak ho.</w:t>
      </w:r>
      <w:r>
        <w:br/>
      </w:r>
      <w:r>
        <w:rPr>
          <w:sz w:val="20"/>
        </w:rPr>
        <w:t>26:07  isi liye mein toh zor deta hoon aap logon ko ke aap kisi bhi tareeqe se aap koi manfi khayal apne dil mein na laen.</w:t>
      </w:r>
      <w:r>
        <w:br/>
      </w:r>
      <w:r>
        <w:rPr>
          <w:sz w:val="20"/>
        </w:rPr>
        <w:t>26:16  kuch bhi hota hai, hota rahe. kisi ne aap ko gaali de di, kisi ne aap ko zulm kar diya, kisi ne aap ko pareshan kar diya, toh us ko aap negative ho jayen.</w:t>
      </w:r>
      <w:r>
        <w:br/>
      </w:r>
      <w:r>
        <w:rPr>
          <w:sz w:val="20"/>
        </w:rPr>
        <w:t>26:25  us ke liye le kar ke us ko aap bhula dijiye, maaf kar dijiye. aaj subah mere sath aik waqia hua, aaj hi subah ki baat hai.</w:t>
      </w:r>
      <w:r>
        <w:br/>
      </w:r>
      <w:r>
        <w:rPr>
          <w:sz w:val="20"/>
        </w:rPr>
        <w:t>26:36  aik waqia hua subah ko jis se mere dil mein thoda sa takleef ho gayi. mujhe jab negative aa gaya kuch der ke liye toh barabar mein bohat der tak jab tak yahan baitha nahi hoon, tab tak mein yahi dua karta raha hoon: khuda ya is aadmi ke liye mujhe maaf farma,</w:t>
      </w:r>
      <w:r>
        <w:br/>
      </w:r>
      <w:r>
        <w:rPr>
          <w:sz w:val="20"/>
        </w:rPr>
        <w:t>26:55  meri taraf se us ke liye dua-e-khair likh de. yeh aaj subah ki baat hai. kisi aadmi se mujhe aik thodi si takleef ho gayi aaj</w:t>
      </w:r>
      <w:r>
        <w:br/>
      </w:r>
      <w:r>
        <w:rPr>
          <w:sz w:val="20"/>
        </w:rPr>
        <w:t>27:04  to mein ne kuch bola to nahi is ko, lekin dil mein kuch aisa hua to maafi mangta raha aur yeh dua karta raha: khudaaya is aadmi ke liye meri taraf se dua-e-khair likh de.</w:t>
      </w:r>
      <w:r>
        <w:br/>
      </w:r>
      <w:r>
        <w:rPr>
          <w:sz w:val="20"/>
        </w:rPr>
        <w:t>27:15  kyun? yaad rakhiye, ek idea ke barabar bhi aap ke andar negative agar negativity agar aa gayi to khuda-e-kitab ko aap nahi samajh sakte.</w:t>
      </w:r>
      <w:r>
        <w:br/>
      </w:r>
      <w:r>
        <w:rPr>
          <w:sz w:val="20"/>
        </w:rPr>
        <w:t>27:24  aap yeh matlab hai is aayat ka.</w:t>
      </w:r>
      <w:r>
        <w:br/>
      </w:r>
      <w:r>
        <w:rPr>
          <w:sz w:val="20"/>
        </w:rPr>
        <w:t>27:30  to saare log to jee rahe hain negativity mein, yaani arab se le kar ajam tak, india se le kar america tak, har aadmi negativity mein jee raha hai.</w:t>
      </w:r>
      <w:r>
        <w:br/>
      </w:r>
      <w:r>
        <w:rPr>
          <w:sz w:val="20"/>
        </w:rPr>
        <w:t>27:40  kisi na kisi waqeye ko le kar negative bana hua hai. woh bosnia ka zulm, chechnya ka zulm, israel ka zulm, kashmir ka zulm, falasteen ka zulm, aur kaun kaun sa zulm ki dastaanein?</w:t>
      </w:r>
      <w:r>
        <w:br/>
      </w:r>
      <w:r>
        <w:rPr>
          <w:sz w:val="20"/>
        </w:rPr>
        <w:t>27:57  woh jo ke media khoobi cheezon ko phailata hai, us ko log dekhte hain aur padhte hain. har aadmi jo hai, yaani har musalman jo hai, without any exception negative bana hua hai, siwaye hamare jo yahan jo hamare jo saathi hain, jahan jo aate hain, un ko bohat zyada mein is par zor deta hoon ke aap ko negativity se paak hona chahiye.</w:t>
      </w:r>
      <w:r>
        <w:br/>
      </w:r>
      <w:r>
        <w:rPr>
          <w:sz w:val="20"/>
        </w:rPr>
        <w:t>28:21  aur to koi bacha hua nahi hai.</w:t>
      </w:r>
      <w:r>
        <w:br/>
      </w:r>
      <w:r>
        <w:rPr>
          <w:sz w:val="20"/>
        </w:rPr>
        <w:t>28:26  to is aayat ka matlab yeh hai ke agar tum quran ko samajhna chahte ho, us ki gehre maani tak tumhari pahunch ho, yeh tum chahte ho to apne aap ko negative thinking se aakhri had tak paak karo.</w:t>
      </w:r>
      <w:r>
        <w:br/>
      </w:r>
      <w:r>
        <w:rPr>
          <w:sz w:val="20"/>
        </w:rPr>
        <w:t>28:41  kyun? is ka author negative thinking se paak hai.</w:t>
      </w:r>
    </w:p>
    <w:p>
      <w:pPr>
        <w:pStyle w:val="Heading2"/>
      </w:pPr>
      <w:r>
        <w:t>Enemy versus attacker, and turning enemies to friends</w:t>
      </w:r>
    </w:p>
    <w:p>
      <w:r>
        <w:rPr>
          <w:color w:val="666666"/>
          <w:sz w:val="18"/>
        </w:rPr>
        <w:t>Message of The Quran October 20, 2007 · 4m 35s · at 11:10 · https://youtu.be/7GePL3JmwnE?t=670</w:t>
      </w:r>
    </w:p>
    <w:p>
      <w:r>
        <w:rPr>
          <w:i/>
        </w:rPr>
        <w:t>“Let me tell you an important principle of Islam”</w:t>
      </w:r>
    </w:p>
    <w:p>
      <w:r>
        <w:rPr>
          <w:sz w:val="20"/>
        </w:rPr>
        <w:t>11:10  yahan mein aap ko islam ka ek principle batana chahunga. islam differentiates between enemy and attacker.</w:t>
      </w:r>
      <w:r>
        <w:br/>
      </w:r>
      <w:r>
        <w:rPr>
          <w:sz w:val="20"/>
        </w:rPr>
        <w:t>11:20  it's very important to know this islamic principle.</w:t>
      </w:r>
      <w:r>
        <w:br/>
      </w:r>
      <w:r>
        <w:rPr>
          <w:sz w:val="20"/>
        </w:rPr>
        <w:t>11:25  islam differentiates between enemy and attacker. you can fight attackers, but you can not fight enemies.</w:t>
      </w:r>
      <w:r>
        <w:br/>
      </w:r>
      <w:r>
        <w:rPr>
          <w:sz w:val="20"/>
        </w:rPr>
        <w:t>11:40  kaise</w:t>
      </w:r>
      <w:r>
        <w:br/>
      </w:r>
      <w:r>
        <w:rPr>
          <w:sz w:val="20"/>
        </w:rPr>
        <w:t>11:42  ? quran mein dekhiye ek ayat hai</w:t>
      </w:r>
      <w:r>
        <w:br/>
      </w:r>
      <w:r>
        <w:rPr>
          <w:sz w:val="20"/>
        </w:rPr>
        <w:t>11:46  ke</w:t>
      </w:r>
      <w:r>
        <w:br/>
      </w:r>
      <w:r>
        <w:rPr>
          <w:sz w:val="20"/>
        </w:rPr>
        <w:t>11:51  اتقوا الله وقولوا قولا سديدا يصح لكم اعمالكم ويغفر لكم ذنوبكم ومن يطع الله ورسوله فقد فاز فوزا عظيما</w:t>
      </w:r>
      <w:r>
        <w:br/>
      </w:r>
      <w:r>
        <w:rPr>
          <w:sz w:val="20"/>
        </w:rPr>
        <w:t>12:00  iska matlab kya hai?</w:t>
      </w:r>
      <w:r>
        <w:br/>
      </w:r>
      <w:r>
        <w:rPr>
          <w:sz w:val="20"/>
        </w:rPr>
        <w:t>12:03  do good deeds in return for bad deeds, and you will see that your enemy has become your dearest friend.</w:t>
      </w:r>
      <w:r>
        <w:br/>
      </w:r>
      <w:r>
        <w:rPr>
          <w:sz w:val="20"/>
        </w:rPr>
        <w:t>12:14  aap is quranic verse ko lijiye. is mein kya bataya gaya ke agar koi aadmi tum ko enemy dikhai deta hai? enemy dekhiye, enemy hai ya nahi, ek alag baat hai.</w:t>
      </w:r>
      <w:r>
        <w:br/>
      </w:r>
      <w:r>
        <w:rPr>
          <w:sz w:val="20"/>
        </w:rPr>
        <w:t>12:27  woh, woh, woh only god knows.</w:t>
      </w:r>
      <w:r>
        <w:br/>
      </w:r>
      <w:r>
        <w:rPr>
          <w:sz w:val="20"/>
        </w:rPr>
        <w:t>12:31  is liye mein keh raha hoon ke agar aap koi aadmi aap ko enemy dikhai deta hai to aap ko yeh right nahi hai ke us par lage maarne.</w:t>
      </w:r>
      <w:r>
        <w:br/>
      </w:r>
      <w:r>
        <w:rPr>
          <w:sz w:val="20"/>
        </w:rPr>
        <w:t>12:42  us ko is verse mein kya kaha gaya hai? ke do good day, good, good, good deed, do good deed in return for bad deed.</w:t>
      </w:r>
      <w:r>
        <w:br/>
      </w:r>
      <w:r>
        <w:rPr>
          <w:sz w:val="20"/>
        </w:rPr>
        <w:t>12:54  yani enemy agar tumhare saath koi bura sulook kare to tum kya karo? achha sulook karo.</w:t>
      </w:r>
      <w:r>
        <w:br/>
      </w:r>
      <w:r>
        <w:rPr>
          <w:sz w:val="20"/>
        </w:rPr>
        <w:t>13:01  aur phir kya hoga? woh enemy tumhara friend ban jayega. فاذا الذی بینک بین وعداو کانہ ولی حمیم is ka matlab kya hua?</w:t>
      </w:r>
      <w:r>
        <w:br/>
      </w:r>
      <w:r>
        <w:rPr>
          <w:sz w:val="20"/>
        </w:rPr>
        <w:t>13:12  is ka matlab yeh hua ke every enemy is your potential friend. aap sochiye, kitni badi baat hai yeh?</w:t>
      </w:r>
      <w:r>
        <w:br/>
      </w:r>
      <w:r>
        <w:rPr>
          <w:sz w:val="20"/>
        </w:rPr>
        <w:t>13:26  your enemy is your potential friend. so turn this potential into actual. yeh dekhiye, islam ki teaching hai.</w:t>
      </w:r>
      <w:r>
        <w:br/>
      </w:r>
      <w:r>
        <w:rPr>
          <w:sz w:val="20"/>
        </w:rPr>
        <w:t>13:38  saari duniya mein jahan bhi gaya, jahan bhi gaya, jahan bhi gaya, jo log violence kar rahe hain ya woh log jo violence ko justify karte hain, yani khud to baithe hue hain apne office mein lekin bolte hain inhi ki favour mein, un ko justify karte hain.</w:t>
      </w:r>
      <w:r>
        <w:br/>
      </w:r>
      <w:r>
        <w:rPr>
          <w:sz w:val="20"/>
        </w:rPr>
        <w:t>13:57  donon ki language kya hoti hai? donon ki language keh sahib, yeh enemy hain, inhein to maarna hi hai. we have to eliminate the enemies.</w:t>
      </w:r>
      <w:r>
        <w:br/>
      </w:r>
      <w:r>
        <w:rPr>
          <w:sz w:val="20"/>
        </w:rPr>
        <w:t>14:09  keh yeh, yeh koi islam hai? yeh koi islam hai? quran jo, quran jo islam ki aik hi authentic book hai, woh yeh kehti hai ke agar koi tum ko dikhai de, enemy,</w:t>
      </w:r>
      <w:r>
        <w:br/>
      </w:r>
      <w:r>
        <w:rPr>
          <w:sz w:val="20"/>
        </w:rPr>
        <w:t>14:25  dushman to tumhein us ko maarna nahi hai.</w:t>
      </w:r>
      <w:r>
        <w:br/>
      </w:r>
      <w:r>
        <w:rPr>
          <w:sz w:val="20"/>
        </w:rPr>
        <w:t>14:30  us se acha behave karna hai. us ke nature ko jagana hai. us ke nature mein aik chupa hua hai dost insan.</w:t>
      </w:r>
      <w:r>
        <w:br/>
      </w:r>
      <w:r>
        <w:rPr>
          <w:sz w:val="20"/>
        </w:rPr>
        <w:t>14:41  apparently he took like a friend but us ke andar aik, aik dost insan chupa hua hai.</w:t>
      </w:r>
      <w:r>
        <w:br/>
      </w:r>
      <w:r>
        <w:rPr>
          <w:sz w:val="20"/>
        </w:rPr>
        <w:t>14:49  to bahar wale insan ko na dekho. andar wale insan ko dekho. andar ke insan ko jagao. us ke andar jo nature hai, nature, us ko jagao.</w:t>
      </w:r>
      <w:r>
        <w:br/>
      </w:r>
      <w:r>
        <w:rPr>
          <w:sz w:val="20"/>
        </w:rPr>
        <w:t>15:02  aur phir kya hoga? woh tumhara dost ban jayega. ab yahan par dekhiye, sari dunya mein log kisi ko enemy declare kar ke us ke khilaf attack kar rahe hain.</w:t>
      </w:r>
      <w:r>
        <w:br/>
      </w:r>
      <w:r>
        <w:rPr>
          <w:sz w:val="20"/>
        </w:rPr>
        <w:t>15:13  aur quran kya keh raha hai?</w:t>
      </w:r>
      <w:r>
        <w:br/>
      </w:r>
      <w:r>
        <w:rPr>
          <w:sz w:val="20"/>
        </w:rPr>
        <w:t>15:16  jo tum ko enemy dikhai de to tum kya karo? us ke potential ko jagao. aur phir kya hai?</w:t>
      </w:r>
      <w:r>
        <w:br/>
      </w:r>
      <w:r>
        <w:rPr>
          <w:sz w:val="20"/>
        </w:rPr>
        <w:t>15:26  woh tum ka friend ban jayega. yani enemy ko friend banana yeh hai formula islam ka.</w:t>
      </w:r>
      <w:r>
        <w:br/>
      </w:r>
      <w:r>
        <w:rPr>
          <w:sz w:val="20"/>
        </w:rPr>
        <w:t>15:35  aur in logon ka formula kya hai? enemy ko kill karo. enemy ko eliminate karo. isi liye dekhiye, in logon ko khuda ki help nahi mil rahi.</w:t>
      </w:r>
    </w:p>
    <w:p>
      <w:pPr>
        <w:pStyle w:val="Heading2"/>
      </w:pPr>
      <w:r>
        <w:t>22 young men fixing Islam's image</w:t>
      </w:r>
    </w:p>
    <w:p>
      <w:r>
        <w:rPr>
          <w:color w:val="666666"/>
          <w:sz w:val="18"/>
        </w:rPr>
        <w:t>Lessons from My Journey to Canada January 03, 2016 Maulana Wahiduddin Khan · 5m 06s · at 30:56 · https://youtu.be/Uh8DWul9IyY?t=1856</w:t>
      </w:r>
    </w:p>
    <w:p>
      <w:r>
        <w:rPr>
          <w:i/>
        </w:rPr>
        <w:t>“On the last day, those who invited us - a youth organization.”</w:t>
      </w:r>
    </w:p>
    <w:p>
      <w:r>
        <w:rPr>
          <w:sz w:val="20"/>
        </w:rPr>
        <w:t>30:56  Mr. Fauzan Khan ke sath 22 naujawan hain</w:t>
      </w:r>
      <w:r>
        <w:br/>
      </w:r>
      <w:r>
        <w:rPr>
          <w:sz w:val="20"/>
        </w:rPr>
        <w:t>31:01  sab ke sab aaye hamare hamare jahan hum ko thehraya tha unhon ne</w:t>
      </w:r>
      <w:r>
        <w:br/>
      </w:r>
      <w:r>
        <w:rPr>
          <w:sz w:val="20"/>
        </w:rPr>
        <w:t>31:08  wahan par aur mein kursi pe baitha tha woh log farsh pe baith gaye</w:t>
      </w:r>
      <w:r>
        <w:br/>
      </w:r>
      <w:r>
        <w:rPr>
          <w:sz w:val="20"/>
        </w:rPr>
        <w:t>31:16  aur bohat hi ziyada se jaise kisi buzurg se koi mile is tarah se mile woh</w:t>
      </w:r>
      <w:r>
        <w:br/>
      </w:r>
      <w:r>
        <w:rPr>
          <w:sz w:val="20"/>
        </w:rPr>
        <w:t>31:23  yeh bhi anokha anokha tajurba tha aur jahan mein jata hoon to aisa kahin nahi hota keh wahan</w:t>
      </w:r>
      <w:r>
        <w:br/>
      </w:r>
      <w:r>
        <w:rPr>
          <w:sz w:val="20"/>
        </w:rPr>
        <w:t>31:28  ke jo founder president hain apne sath sathiyon ko le kar aaye</w:t>
      </w:r>
      <w:r>
        <w:br/>
      </w:r>
      <w:r>
        <w:rPr>
          <w:sz w:val="20"/>
        </w:rPr>
        <w:t>31:34  to Mr. Fauzan Khan jo hain</w:t>
      </w:r>
      <w:r>
        <w:br/>
      </w:r>
      <w:r>
        <w:rPr>
          <w:sz w:val="20"/>
        </w:rPr>
        <w:t>31:37  unki kahani shuru hoti hai nine eleven se</w:t>
      </w:r>
      <w:r>
        <w:br/>
      </w:r>
      <w:r>
        <w:rPr>
          <w:sz w:val="20"/>
        </w:rPr>
        <w:t>31:42  America</w:t>
      </w:r>
      <w:r>
        <w:br/>
      </w:r>
      <w:r>
        <w:rPr>
          <w:sz w:val="20"/>
        </w:rPr>
        <w:t>31:42  mein jo nine eleven ka waqea hua</w:t>
      </w:r>
      <w:r>
        <w:br/>
      </w:r>
      <w:r>
        <w:rPr>
          <w:sz w:val="20"/>
        </w:rPr>
        <w:t>31:47  is ke baad sari dunya mein islam ki image kharab hui har jagah ye samjha jane laga ke islam terrorism ki taleem deta hai to ye aur wo 22 naujawan unhon ne mil kar ye tay kiya ke hum is image ko theek karenge</w:t>
      </w:r>
      <w:r>
        <w:br/>
      </w:r>
      <w:r>
        <w:rPr>
          <w:sz w:val="20"/>
        </w:rPr>
        <w:t>32:09  to unhon ne aik tehreek shuru ki is is tehreek mein unhon ne</w:t>
      </w:r>
      <w:r>
        <w:br/>
      </w:r>
      <w:r>
        <w:rPr>
          <w:sz w:val="20"/>
        </w:rPr>
        <w:t>32:16  hazaron hazar naujawano ko mobilize kiya hai</w:t>
      </w:r>
      <w:r>
        <w:br/>
      </w:r>
      <w:r>
        <w:rPr>
          <w:sz w:val="20"/>
        </w:rPr>
        <w:t>32:20  aur woh unhi ka ijtima tha jaise hum is ko aur kai logon ko bator speaker bulaya tha</w:t>
      </w:r>
      <w:r>
        <w:br/>
      </w:r>
      <w:r>
        <w:rPr>
          <w:sz w:val="20"/>
        </w:rPr>
        <w:t>32:28  unhon ne to jitne naujawan thay</w:t>
      </w:r>
      <w:r>
        <w:br/>
      </w:r>
      <w:r>
        <w:rPr>
          <w:sz w:val="20"/>
        </w:rPr>
        <w:t>32:33  sab ke sab positive kisi ek naujawan ne koi wahan par jangjoo'i ki baat nahi ki</w:t>
      </w:r>
      <w:r>
        <w:br/>
      </w:r>
      <w:r>
        <w:rPr>
          <w:sz w:val="20"/>
        </w:rPr>
        <w:t>32:43  yahan to ya alaik mein ek program tha merit university mein merit university mein tha program wahan par ek ek naujawan khada hoga laga shor karne</w:t>
      </w:r>
      <w:r>
        <w:br/>
      </w:r>
      <w:r>
        <w:rPr>
          <w:sz w:val="20"/>
        </w:rPr>
        <w:t>32:57  aur hamare jalsay ko yani</w:t>
      </w:r>
      <w:r>
        <w:br/>
      </w:r>
      <w:r>
        <w:rPr>
          <w:sz w:val="20"/>
        </w:rPr>
        <w:t>33:02  ki taqreer na ho ek hangama khara kar diya yeh halat India ki halat yeh hai</w:t>
      </w:r>
      <w:r>
        <w:br/>
      </w:r>
      <w:r>
        <w:rPr>
          <w:sz w:val="20"/>
        </w:rPr>
        <w:t>33:09  aisi halat har jagah hai</w:t>
      </w:r>
      <w:r>
        <w:br/>
      </w:r>
      <w:r>
        <w:rPr>
          <w:sz w:val="20"/>
        </w:rPr>
        <w:t>33:12  wahan kuch nahi</w:t>
      </w:r>
      <w:r>
        <w:br/>
      </w:r>
      <w:r>
        <w:rPr>
          <w:sz w:val="20"/>
        </w:rPr>
        <w:t>33:15  un ke sath jo 22 naujawan hain woh bhi sab ke sab bohat sanjeeda aur jo mukhtalif jagahon</w:t>
      </w:r>
      <w:r>
        <w:br/>
      </w:r>
      <w:r>
        <w:rPr>
          <w:sz w:val="20"/>
        </w:rPr>
        <w:t>33:23  se naujawan aaye thay woh sab sanjeeda</w:t>
      </w:r>
      <w:r>
        <w:br/>
      </w:r>
      <w:r>
        <w:rPr>
          <w:sz w:val="20"/>
        </w:rPr>
        <w:t>33:28  larkay aur larkiyan dono</w:t>
      </w:r>
      <w:r>
        <w:br/>
      </w:r>
      <w:r>
        <w:rPr>
          <w:sz w:val="20"/>
        </w:rPr>
        <w:t>33:32  kisi ne koi</w:t>
      </w:r>
      <w:r>
        <w:br/>
      </w:r>
      <w:r>
        <w:rPr>
          <w:sz w:val="20"/>
        </w:rPr>
        <w:t>33:36  koi negative baat nahi ki to mister fauzan khan ne ye tay kiya nine eleven ke baad ke hum islam ki image ko durust karenge to naujawano ko un ke sath 22 naujawan un ko sath dene ke liye khare hogaye is tarah ye ek group bana</w:t>
      </w:r>
      <w:r>
        <w:br/>
      </w:r>
      <w:r>
        <w:rPr>
          <w:sz w:val="20"/>
        </w:rPr>
        <w:t>34:03  aur wo</w:t>
      </w:r>
      <w:r>
        <w:br/>
      </w:r>
      <w:r>
        <w:rPr>
          <w:sz w:val="20"/>
        </w:rPr>
        <w:t>34:07  unhon ne kaam karna shuru kiya to unhi ne woh beshak woh naujawano ko mobilize kar rahay</w:t>
      </w:r>
      <w:r>
        <w:br/>
      </w:r>
      <w:r>
        <w:rPr>
          <w:sz w:val="20"/>
        </w:rPr>
        <w:t>34:14  hain to mere pas yeh log ikhatta hue</w:t>
      </w:r>
      <w:r>
        <w:br/>
      </w:r>
      <w:r>
        <w:rPr>
          <w:sz w:val="20"/>
        </w:rPr>
        <w:t>34:20  parson sham ko sab ke sab</w:t>
      </w:r>
      <w:r>
        <w:br/>
      </w:r>
      <w:r>
        <w:rPr>
          <w:sz w:val="20"/>
        </w:rPr>
        <w:t>34:25  aur ikhatta kis liye apna apne karname bayan karne nahi hain</w:t>
      </w:r>
      <w:r>
        <w:br/>
      </w:r>
      <w:r>
        <w:rPr>
          <w:sz w:val="20"/>
        </w:rPr>
        <w:t>34:29  apne ikhtilafat bayan karne ke liye nahi hain aam tor par jo hota hai ke log milte hain</w:t>
      </w:r>
      <w:r>
        <w:br/>
      </w:r>
      <w:r>
        <w:rPr>
          <w:sz w:val="20"/>
        </w:rPr>
        <w:t>34:36  to apne karname batatay hain ya ikhtilaf</w:t>
      </w:r>
      <w:r>
        <w:br/>
      </w:r>
      <w:r>
        <w:rPr>
          <w:sz w:val="20"/>
        </w:rPr>
        <w:t>34:41  do hi subjects hota hai logon ka ya to apna karname bayan karne ke ya hamare khilaf koi</w:t>
      </w:r>
      <w:r>
        <w:br/>
      </w:r>
      <w:r>
        <w:rPr>
          <w:sz w:val="20"/>
        </w:rPr>
        <w:t>34:48  bohat hi shadeed gheeb tanqideen</w:t>
      </w:r>
      <w:r>
        <w:br/>
      </w:r>
      <w:r>
        <w:rPr>
          <w:sz w:val="20"/>
        </w:rPr>
        <w:t>34:52  ke aap</w:t>
      </w:r>
      <w:r>
        <w:br/>
      </w:r>
      <w:r>
        <w:rPr>
          <w:sz w:val="20"/>
        </w:rPr>
        <w:t>34:53  aisa karte hain aap kaise israel pahunch gaye israel ko koi koi visit kiya aap ne ye ek baat ko wo baat ko babri mashriq ke bare mein aisa kyun keh diya aap ne to is liye ikattha hote hain mere pas ye log ikattha hue the ke humein guidance dijiye guidance</w:t>
      </w:r>
      <w:r>
        <w:br/>
      </w:r>
      <w:r>
        <w:rPr>
          <w:sz w:val="20"/>
        </w:rPr>
        <w:t>35:16  to mein ne kaha ke</w:t>
      </w:r>
      <w:r>
        <w:br/>
      </w:r>
      <w:r>
        <w:rPr>
          <w:sz w:val="20"/>
        </w:rPr>
        <w:t>35:19  dekhiye aap bohat acha kaam kar rahay hain ke Muslim naujawano ko aap mobilize kar rahay hain bohat</w:t>
      </w:r>
      <w:r>
        <w:br/>
      </w:r>
      <w:r>
        <w:rPr>
          <w:sz w:val="20"/>
        </w:rPr>
        <w:t>35:26  acha kaam kar rahay hain</w:t>
      </w:r>
      <w:r>
        <w:br/>
      </w:r>
      <w:r>
        <w:rPr>
          <w:sz w:val="20"/>
        </w:rPr>
        <w:t>35:29  to mein ne kaha ke aap ne bohat se</w:t>
      </w:r>
      <w:r>
        <w:br/>
      </w:r>
      <w:r>
        <w:rPr>
          <w:sz w:val="20"/>
        </w:rPr>
        <w:t>35:32  Muslim scholars ko yahan bulaya hai unhon ne speeches dein</w:t>
      </w:r>
      <w:r>
        <w:br/>
      </w:r>
      <w:r>
        <w:rPr>
          <w:sz w:val="20"/>
        </w:rPr>
        <w:t>35:36  is se un ko koi</w:t>
      </w:r>
      <w:r>
        <w:br/>
      </w:r>
      <w:r>
        <w:rPr>
          <w:sz w:val="20"/>
        </w:rPr>
        <w:t>35:39  koi gol mila hoga har ek ko</w:t>
      </w:r>
      <w:r>
        <w:br/>
      </w:r>
      <w:r>
        <w:rPr>
          <w:sz w:val="20"/>
        </w:rPr>
        <w:t>35:43  inshallah lekin ap ke pas ek common gol hona chahiye sab sab ka ek ek hi ek hi</w:t>
      </w:r>
      <w:r>
        <w:br/>
      </w:r>
      <w:r>
        <w:rPr>
          <w:sz w:val="20"/>
        </w:rPr>
        <w:t>35:49  gol ek hi nishana ek hi target</w:t>
      </w:r>
      <w:r>
        <w:br/>
      </w:r>
      <w:r>
        <w:rPr>
          <w:sz w:val="20"/>
        </w:rPr>
        <w:t>35:54  tab taake woh un ke andar woh ittehad ki taqat bane woh</w:t>
      </w:r>
      <w:r>
        <w:br/>
      </w:r>
      <w:r>
        <w:rPr>
          <w:sz w:val="20"/>
        </w:rPr>
        <w:t>36:00  to maine un ko kaha ke ap ka nishana</w:t>
      </w:r>
    </w:p>
    <w:p>
      <w:pPr>
        <w:pStyle w:val="Heading2"/>
      </w:pPr>
      <w:r>
        <w:t>Staying attached to Quran like the pious</w:t>
      </w:r>
    </w:p>
    <w:p>
      <w:r>
        <w:rPr>
          <w:color w:val="666666"/>
          <w:sz w:val="18"/>
        </w:rPr>
        <w:t>The Quran September 20, 2020 Maulana Wahiduddin Khan · 3m 35s · at 14:54 · https://youtu.be/yQZGg2A0-Tk?t=894</w:t>
      </w:r>
    </w:p>
    <w:p>
      <w:r>
        <w:rPr>
          <w:i/>
        </w:rPr>
        <w:t>“Quran ke baare mein woh jo hadith aayi hai”</w:t>
      </w:r>
    </w:p>
    <w:p>
      <w:r>
        <w:rPr>
          <w:sz w:val="20"/>
        </w:rPr>
        <w:t>14:54  quran ke bare mein wahi jo hadees aayi hai, uski zaroorat hai. "</w:t>
      </w:r>
      <w:r>
        <w:br/>
      </w:r>
      <w:r>
        <w:rPr>
          <w:sz w:val="20"/>
        </w:rPr>
        <w:t>15:02  taahud bil quran". haan, yahi yahi. taahud ke bare mein liptna, quran se liapte raho.</w:t>
      </w:r>
      <w:r>
        <w:br/>
      </w:r>
      <w:r>
        <w:rPr>
          <w:sz w:val="20"/>
        </w:rPr>
        <w:t>15:16  kehta hai aap ka matlab hai</w:t>
      </w:r>
      <w:r>
        <w:br/>
      </w:r>
      <w:r>
        <w:rPr>
          <w:sz w:val="20"/>
        </w:rPr>
        <w:t>15:17  quran? Maulana, taahud ka matlab hai barabar uski nigrani karte raho, uske paas lage raho, uske paas</w:t>
      </w:r>
      <w:r>
        <w:br/>
      </w:r>
      <w:r>
        <w:rPr>
          <w:sz w:val="20"/>
        </w:rPr>
        <w:t>15:26  barabar lage raho. maine ek aadmi ko padha hai, dekha hai, woh Taybah Ustad Maulana Abdullah to</w:t>
      </w:r>
      <w:r>
        <w:br/>
      </w:r>
      <w:r>
        <w:rPr>
          <w:sz w:val="20"/>
        </w:rPr>
        <w:t>15:44  un ke sirhane hamesha ek kitaab, dictionary rakhi rehti thi.</w:t>
      </w:r>
      <w:r>
        <w:br/>
      </w:r>
      <w:r>
        <w:rPr>
          <w:sz w:val="20"/>
        </w:rPr>
        <w:t>15:54  do jild mein ya teen jild mein thi kitaab mein</w:t>
      </w:r>
      <w:r>
        <w:br/>
      </w:r>
      <w:r>
        <w:rPr>
          <w:sz w:val="20"/>
        </w:rPr>
        <w:t>16:02  quran ki</w:t>
      </w:r>
      <w:r>
        <w:br/>
      </w:r>
      <w:r>
        <w:rPr>
          <w:sz w:val="20"/>
        </w:rPr>
        <w:t>16:05  jo dictionary thi, woh arabi zaban ki. to woh barabar usi ke sochte rehte the, alfaaz nikalte rehte the bar bar bar.</w:t>
      </w:r>
      <w:r>
        <w:br/>
      </w:r>
      <w:r>
        <w:rPr>
          <w:sz w:val="20"/>
        </w:rPr>
        <w:t>16:23  to un ko main ne paya hai.</w:t>
      </w:r>
      <w:r>
        <w:br/>
      </w:r>
      <w:r>
        <w:rPr>
          <w:sz w:val="20"/>
        </w:rPr>
        <w:t>16:28  aur tumhari kisi ko paya nahi. to quran se jitna zyada aap lapte rahenge, utne zyada aap par quran ki maani khulenge.</w:t>
      </w:r>
      <w:r>
        <w:br/>
      </w:r>
      <w:r>
        <w:rPr>
          <w:sz w:val="20"/>
        </w:rPr>
        <w:t>16:42  maulana, yeh mu'jam to nahi hai?</w:t>
      </w:r>
      <w:r>
        <w:br/>
      </w:r>
      <w:r>
        <w:rPr>
          <w:sz w:val="20"/>
        </w:rPr>
        <w:t>16:46  nahi. mu'jam? nahi, nahi. mu'jam teen jildon mein hai. lughat.</w:t>
      </w:r>
      <w:r>
        <w:br/>
      </w:r>
      <w:r>
        <w:rPr>
          <w:sz w:val="20"/>
        </w:rPr>
        <w:t>17:08  maulana, yeh hasan bin ali ka qaul hai, hazrat hasan bin ali rasool allah ke nawase: "in min kan qablakum al quran rasail min rabbihim fa kano yatadabbarunahu bil lail yatatafqadoonahu fi an nahar" ke tum mein se pehle jo log the, woh quran ko un ke rabb ki taraf se aya hua rasail ya khat samajhte the.</w:t>
      </w:r>
      <w:r>
        <w:br/>
      </w:r>
      <w:r>
        <w:rPr>
          <w:sz w:val="20"/>
        </w:rPr>
        <w:t>17:36  chunanche woh raat mein is mein tadabbur karte the aur din mein is ke baray mein ghor o fikr karte the, is ko khojte the.</w:t>
      </w:r>
      <w:r>
        <w:br/>
      </w:r>
      <w:r>
        <w:rPr>
          <w:sz w:val="20"/>
        </w:rPr>
        <w:t>17:46  bas is ka matlab yahi hai ke woh quran se lapte rehte the. main soch raha hoon yeh baat.</w:t>
      </w:r>
      <w:r>
        <w:br/>
      </w:r>
      <w:r>
        <w:rPr>
          <w:sz w:val="20"/>
        </w:rPr>
        <w:t>17:58  maulana, aap kisi sahib ka hawala dete hain, woh quran mein kisi doosre hawale se jo jis se hum lapte rehne ka matlab samajh sakte hain ke ghalib ke ashaar ke baray mein woh kehte the ke un ke zehn mein ghoomta rehta hai.</w:t>
      </w:r>
      <w:r>
        <w:br/>
      </w:r>
      <w:r>
        <w:rPr>
          <w:sz w:val="20"/>
        </w:rPr>
        <w:t>18:12  haan, main ne dekha hai sahib ko. to wohi quran ke baray mein hona chahiye ke quran ke mutabiq ghoomte rahen aap ke.</w:t>
      </w:r>
      <w:r>
        <w:br/>
      </w:r>
      <w:r>
        <w:rPr>
          <w:sz w:val="20"/>
        </w:rPr>
        <w:t>18:23  to aap dua mein.</w:t>
      </w:r>
    </w:p>
    <w:p>
      <w:pPr>
        <w:pStyle w:val="Heading2"/>
      </w:pPr>
      <w:r>
        <w:t>Modern age as Qaryah: opportunities and responsibility</w:t>
      </w:r>
    </w:p>
    <w:p>
      <w:r>
        <w:rPr>
          <w:color w:val="666666"/>
          <w:sz w:val="18"/>
        </w:rPr>
        <w:t>Dars-e-Quran, Chapter 2, Verses 58-59 April 01, 2018 · 5m 01s · at 9:55 · https://youtu.be/Zylb8MRnsew?t=595</w:t>
      </w:r>
    </w:p>
    <w:p>
      <w:r>
        <w:rPr>
          <w:i/>
        </w:rPr>
        <w:t>“Dekhiye, is mein farmaya ke is qaryah mein daakhil ho jao”</w:t>
      </w:r>
    </w:p>
    <w:p>
      <w:r>
        <w:rPr>
          <w:sz w:val="20"/>
        </w:rPr>
        <w:t>9:55  to is mein dekhen, is mein farmaya ke is is qaryah mein dakhil ho jao, is shahar mein dakhil ho jao aur wahan khoob, yani freedom ke sath khao pio.</w:t>
      </w:r>
      <w:r>
        <w:br/>
      </w:r>
      <w:r>
        <w:rPr>
          <w:sz w:val="20"/>
        </w:rPr>
        <w:t>10:13  to aap ko applied way mein samajhne ka matlab kya hai? aap ko qaryah ka radd badalna parre ga. qaryah ka radd is par mein ne ghor kiya to mujhe samajh mein aaya ke is se murad hai.</w:t>
      </w:r>
      <w:r>
        <w:br/>
      </w:r>
      <w:r>
        <w:rPr>
          <w:sz w:val="20"/>
        </w:rPr>
        <w:t>10:29  aaj ki dunya jis mein musalman dakhil hue hain, aaj musalman aik naye daur mein dakhil hue hain.</w:t>
      </w:r>
      <w:r>
        <w:br/>
      </w:r>
      <w:r>
        <w:rPr>
          <w:sz w:val="20"/>
        </w:rPr>
        <w:t>10:41  already woh aik naye daur mein dakhil ho chuke hain, to wahan un ke liye azadi hai, un ke liye poore maidan khule hue hain, tamam mawaqe un ke liye open hain, koi record nahi hai.</w:t>
      </w:r>
      <w:r>
        <w:br/>
      </w:r>
      <w:r>
        <w:rPr>
          <w:sz w:val="20"/>
        </w:rPr>
        <w:t>11:00  to applied way mein jab aap parhen ge is ayat ko to aap ko samajh mein aaye ga ke is se murad yeh hai ke musalmanon ko aik zamana aaye ga jab ke poori dunya un ke liye khol di jaye gi.</w:t>
      </w:r>
      <w:r>
        <w:br/>
      </w:r>
      <w:r>
        <w:rPr>
          <w:sz w:val="20"/>
        </w:rPr>
        <w:t>11:16  saari dunya mein azadi ho gi, mawaqe hon ge, rukawaten khatm ho chuki hon gi. to musalman is dunya mein dakhil ho jayen ge.</w:t>
      </w:r>
      <w:r>
        <w:br/>
      </w:r>
      <w:r>
        <w:rPr>
          <w:sz w:val="20"/>
        </w:rPr>
        <w:t>11:30  to aaj wahan dakhil ho chuke hain, already yani tareekh chalte chalte tareekh ka safar jari tha, jari tha, jari tha, yahan tak ke muslim tareekh aik naye daur mein dakhil ho gayi,</w:t>
      </w:r>
      <w:r>
        <w:br/>
      </w:r>
      <w:r>
        <w:rPr>
          <w:sz w:val="20"/>
        </w:rPr>
        <w:t>11:50  modern age jis ko kehte hain. aur yahan par musalmanon ke liye sare darwaze khule hain,</w:t>
      </w:r>
      <w:r>
        <w:br/>
      </w:r>
      <w:r>
        <w:rPr>
          <w:sz w:val="20"/>
        </w:rPr>
        <w:t>12:02  yani jo aaj ke yeh age mein jo peace hai, woh sab ke liye hai. aaj ke daur mein jo communication hai, woh sab sab ke liye hai.</w:t>
      </w:r>
      <w:r>
        <w:br/>
      </w:r>
      <w:r>
        <w:rPr>
          <w:sz w:val="20"/>
        </w:rPr>
        <w:t>12:13  aaj ke daur mein jo</w:t>
      </w:r>
      <w:r>
        <w:br/>
      </w:r>
      <w:r>
        <w:rPr>
          <w:sz w:val="20"/>
        </w:rPr>
        <w:t>12:17  maashi zarea hain, woh sab ke liye hain.</w:t>
      </w:r>
      <w:r>
        <w:br/>
      </w:r>
      <w:r>
        <w:rPr>
          <w:sz w:val="20"/>
        </w:rPr>
        <w:t>12:24  to sawal yeh hai ke to is ka matlab yeh hai ke aaj ke daur mein jo halaat hain, is ne musalmanon par sare darwaze khol diye.</w:t>
      </w:r>
      <w:r>
        <w:br/>
      </w:r>
      <w:r>
        <w:rPr>
          <w:sz w:val="20"/>
        </w:rPr>
        <w:t>12:34  ab dekhna yeh hai ke hatta musalmanon ne kaha ke nikah. to musalman jo apni mozu batate hain, is ka matlab hai ke woh hatta ki spirit ke sath is daur mein dakhil nahi hue,</w:t>
      </w:r>
      <w:r>
        <w:br/>
      </w:r>
      <w:r>
        <w:rPr>
          <w:sz w:val="20"/>
        </w:rPr>
        <w:t>12:50  jis tarah yahood hatta ki spirit ke sath falasteen mein dakhil nahi hue thay. to aaj aik naya daur hai aur woh daur mein sab ke sath aasaniyan hain musalmanon ke liye.</w:t>
      </w:r>
      <w:r>
        <w:br/>
      </w:r>
      <w:r>
        <w:rPr>
          <w:sz w:val="20"/>
        </w:rPr>
        <w:t>13:03  sare darwaze un ke liye khule hue hain, lekin hatta ki spirit leak kar rahi hai.</w:t>
      </w:r>
      <w:r>
        <w:br/>
      </w:r>
      <w:r>
        <w:rPr>
          <w:sz w:val="20"/>
        </w:rPr>
        <w:t>13:11  hatta ki spirit,</w:t>
      </w:r>
      <w:r>
        <w:br/>
      </w:r>
      <w:r>
        <w:rPr>
          <w:sz w:val="20"/>
        </w:rPr>
        <w:t>13:18  hutta ka ki spirit ka matlab yeh hai ke Allah se talluq, Allah se</w:t>
      </w:r>
      <w:r>
        <w:br/>
      </w:r>
      <w:r>
        <w:rPr>
          <w:sz w:val="20"/>
        </w:rPr>
        <w:t>13:31  maafi mangna, insanon ki humdardi, zimmedari ka ehsas,</w:t>
      </w:r>
      <w:r>
        <w:br/>
      </w:r>
      <w:r>
        <w:rPr>
          <w:sz w:val="20"/>
        </w:rPr>
        <w:t>13:41  dawat ka jazba. To yeh sab khatm ho gaya. Jo hutta musalmanon ke liye tha, woh yahi tha ke sari dunya se woh un ko talluq ho,</w:t>
      </w:r>
      <w:r>
        <w:br/>
      </w:r>
      <w:r>
        <w:rPr>
          <w:sz w:val="20"/>
        </w:rPr>
        <w:t>13:58  sari dunya ko ke liye woh dawat ka kaam karein, woh monestry ki zindagi guzarein, woh Allah se apna talluq jorein.</w:t>
      </w:r>
      <w:r>
        <w:br/>
      </w:r>
      <w:r>
        <w:rPr>
          <w:sz w:val="20"/>
        </w:rPr>
        <w:t>14:15  To yeh jo hutta mutloob tha musalmanon se, wahi wahi ghayab ho gaya. To ab musalman kya kar rahe hain?</w:t>
      </w:r>
      <w:r>
        <w:br/>
      </w:r>
      <w:r>
        <w:rPr>
          <w:sz w:val="20"/>
        </w:rPr>
        <w:t>14:24  Ke hum to mazloom hain, hum to mazloom hain, hum to mazloom hain, mazloom nahi hain, apni zimmedari ke ada karne hain, nahi kar sake woh.</w:t>
      </w:r>
      <w:r>
        <w:br/>
      </w:r>
      <w:r>
        <w:rPr>
          <w:sz w:val="20"/>
        </w:rPr>
        <w:t>14:36  To ab asal baat yeh hai ke aap apna muhasba karein, apni ghalti ko dhoondein, apni islaah karein, Allah ka shukar karein, badon ke bare mein aap ko jo haq aata hai, us ko daryaft karein aur us ke sath zindagi guzarein.</w:t>
      </w:r>
    </w:p>
    <w:p>
      <w:pPr>
        <w:pStyle w:val="Heading2"/>
      </w:pPr>
      <w:r>
        <w:t>Why God created selected individuals with total freedom</w:t>
      </w:r>
    </w:p>
    <w:p>
      <w:r>
        <w:rPr>
          <w:color w:val="666666"/>
          <w:sz w:val="18"/>
        </w:rPr>
        <w:t>The Purpose of Existence I 9th Sept. 2012 - Maulana Wahiduddin Khan · 5m 40s · at 15:56 · https://youtu.be/cevO-zpWlG8?t=956</w:t>
      </w:r>
    </w:p>
    <w:p>
      <w:r>
        <w:rPr>
          <w:i/>
        </w:rPr>
        <w:t>“Why did God create selected individuals with total freedom”</w:t>
      </w:r>
    </w:p>
    <w:p>
      <w:r>
        <w:rPr>
          <w:sz w:val="20"/>
        </w:rPr>
        <w:t>15:56  is par aap ghor kijiye. phir aap ko bilkul har cheez khul jaye gi.</w:t>
      </w:r>
      <w:r>
        <w:br/>
      </w:r>
      <w:r>
        <w:rPr>
          <w:sz w:val="20"/>
        </w:rPr>
        <w:t>16:04  is yeh jo yeh jo verses hain, from 30 to 33, aap surah al baqarah, is mein yeh bataya gaya hai ke jab farishton ne doubt create kiya ke yeh to fasad karein ge,</w:t>
      </w:r>
      <w:r>
        <w:br/>
      </w:r>
      <w:r>
        <w:rPr>
          <w:sz w:val="20"/>
        </w:rPr>
        <w:t>16:22  to kyun un ko aap zameen mein basa rahe hain? yani yeh woh woh waqt tha jab ke Allah Adam ko paida kar chuke hain. baqi naslein abhi paida hona baqi hain.</w:t>
      </w:r>
      <w:r>
        <w:br/>
      </w:r>
      <w:r>
        <w:rPr>
          <w:sz w:val="20"/>
        </w:rPr>
        <w:t>16:33  lekin quran mein bataya gaya hai ke sare insano ko paida kar ke Allah ne Adam ki peeth mein daal diya tha.</w:t>
      </w:r>
      <w:r>
        <w:br/>
      </w:r>
      <w:r>
        <w:rPr>
          <w:sz w:val="20"/>
        </w:rPr>
        <w:t>16:40  ab wahi sab unfold ho raha hai. hum sab unfolding hain.</w:t>
      </w:r>
      <w:r>
        <w:br/>
      </w:r>
      <w:r>
        <w:rPr>
          <w:sz w:val="20"/>
        </w:rPr>
        <w:t>16:47  to kya hua phir? Allah quran mein hai ke "allama Adam al asma'a lil mala'ikah".</w:t>
      </w:r>
      <w:r>
        <w:br/>
      </w:r>
      <w:r>
        <w:rPr>
          <w:sz w:val="20"/>
        </w:rPr>
        <w:t>16:58  yani jin logon ko paida hona tha is duniya mein, Allah ne un ko</w:t>
      </w:r>
      <w:r>
        <w:br/>
      </w:r>
      <w:r>
        <w:rPr>
          <w:sz w:val="20"/>
        </w:rPr>
        <w:t>17:04  paida kar ke un ka naam bataya Adam ko, aur phir us ko pesh kiya angels ke samne.</w:t>
      </w:r>
      <w:r>
        <w:br/>
      </w:r>
      <w:r>
        <w:rPr>
          <w:sz w:val="20"/>
        </w:rPr>
        <w:t>17:16  daikhen, naam kis ka bataya? yahi par hai masla jannay ka.</w:t>
      </w:r>
      <w:r>
        <w:br/>
      </w:r>
      <w:r>
        <w:rPr>
          <w:sz w:val="20"/>
        </w:rPr>
        <w:t>17:23  selected individuals ka, selected persons ka, saaray insanon ka nahin.</w:t>
      </w:r>
      <w:r>
        <w:br/>
      </w:r>
      <w:r>
        <w:rPr>
          <w:sz w:val="20"/>
        </w:rPr>
        <w:t>17:31  yani Allah taala ka jo naqsha tha, woh yeh hai ke ke Allah is is se yeh baat nikalti hai ke farishtoon ne poore majmooay insani ko day kar rai banai thi.</w:t>
      </w:r>
      <w:r>
        <w:br/>
      </w:r>
      <w:r>
        <w:rPr>
          <w:sz w:val="20"/>
        </w:rPr>
        <w:t>17:43  saaray mind kind ko Allah ka jo target hai, woh saaray mind kind nahin hai.</w:t>
      </w:r>
      <w:r>
        <w:br/>
      </w:r>
      <w:r>
        <w:rPr>
          <w:sz w:val="20"/>
        </w:rPr>
        <w:t>17:50  selected individuals hain jo is is jangall mein paida kiye jayen, aur phir woh apnay aap ko prove karen ke hum woh log hain jo jinhoon ne apni freedom ko misuse nahin kiya,</w:t>
      </w:r>
      <w:r>
        <w:br/>
      </w:r>
      <w:r>
        <w:rPr>
          <w:sz w:val="20"/>
        </w:rPr>
        <w:t>18:05  jinhoon ne</w:t>
      </w:r>
      <w:r>
        <w:br/>
      </w:r>
      <w:r>
        <w:rPr>
          <w:sz w:val="20"/>
        </w:rPr>
        <w:t>18:07  sachai ko discover kiya, jinhoon ne apnay mind ko sahi sahi istemal kiya. to aisay log Allah ke ke nazdeek selected log hain.</w:t>
      </w:r>
      <w:r>
        <w:br/>
      </w:r>
      <w:r>
        <w:rPr>
          <w:sz w:val="20"/>
        </w:rPr>
        <w:t>18:17  to in selected logon ko Allah ne paida kar ke</w:t>
      </w:r>
      <w:r>
        <w:br/>
      </w:r>
      <w:r>
        <w:rPr>
          <w:sz w:val="20"/>
        </w:rPr>
        <w:t>18:24  Adam ko un ka naam bataya. kyunke daikhen, aagay aata hai ke "ani aalim ghaybat samawat wal arz". main ghayb ko janta hoon, yani future ko janta hoon.</w:t>
      </w:r>
      <w:r>
        <w:br/>
      </w:r>
      <w:r>
        <w:rPr>
          <w:sz w:val="20"/>
        </w:rPr>
        <w:t>18:34  main future mein jo log paida honay walay hain, mujhe un ka pata hai. yahan ghayb maani future.</w:t>
      </w:r>
      <w:r>
        <w:br/>
      </w:r>
      <w:r>
        <w:rPr>
          <w:sz w:val="20"/>
        </w:rPr>
        <w:t>18:43  "ani aalim ghaybat samawat wal arz". to future ke generation mein jo selected log thay, un ko paida kar ke Allah ne bataya aik naam: yeh falan hai, yeh falan hai, yeh falan hai.</w:t>
      </w:r>
      <w:r>
        <w:br/>
      </w:r>
      <w:r>
        <w:rPr>
          <w:sz w:val="20"/>
        </w:rPr>
        <w:t>18:56  to Adam ne phir farishtoon ko bataya ke daikho, yeh hai, yeh hai, yeh hai. tab</w:t>
      </w:r>
      <w:r>
        <w:br/>
      </w:r>
      <w:r>
        <w:rPr>
          <w:sz w:val="20"/>
        </w:rPr>
        <w:t>19:01  farishtay mutma'in ho gaye.</w:t>
      </w:r>
      <w:r>
        <w:br/>
      </w:r>
      <w:r>
        <w:rPr>
          <w:sz w:val="20"/>
        </w:rPr>
        <w:t>19:06  yeh yeh is raat ko aap agar aap ghawr farmayen to poori baat samajh mein aa jati hai. poori baat yeh hai ke Allah ne paida kiya insaan ko, us ko freedom day diya.</w:t>
      </w:r>
      <w:r>
        <w:br/>
      </w:r>
      <w:r>
        <w:rPr>
          <w:sz w:val="20"/>
        </w:rPr>
        <w:t>19:19  freedom, total freedom,</w:t>
      </w:r>
      <w:r>
        <w:br/>
      </w:r>
      <w:r>
        <w:rPr>
          <w:sz w:val="20"/>
        </w:rPr>
        <w:t>19:23  total freedom. yani Allah ka jo creation plan hai, woh yeh hai ke aadmi khud apni choice se right ko lay aur wrong ko chhod day,</w:t>
      </w:r>
      <w:r>
        <w:br/>
      </w:r>
      <w:r>
        <w:rPr>
          <w:sz w:val="20"/>
        </w:rPr>
        <w:t>19:37  magar kisi compulsion ke.</w:t>
      </w:r>
      <w:r>
        <w:br/>
      </w:r>
      <w:r>
        <w:rPr>
          <w:sz w:val="20"/>
        </w:rPr>
        <w:t>19:41  to yeh dunya aik aik yun kehna chahiye ke aik jangall hai. logon ke logon ne jo misuse kiya apnay apnay right ko, us ne dunya ko jangall bana diya.</w:t>
      </w:r>
      <w:r>
        <w:br/>
      </w:r>
      <w:r>
        <w:rPr>
          <w:sz w:val="20"/>
        </w:rPr>
        <w:t>19:58  is jangall mein aik insaan paida hota hai, is mind ko le kar ke, woh sochta hai, rethink karta hai, revise karta hai, independently sochta hai.</w:t>
      </w:r>
      <w:r>
        <w:br/>
      </w:r>
      <w:r>
        <w:rPr>
          <w:sz w:val="20"/>
        </w:rPr>
        <w:t>20:13  yani kya</w:t>
      </w:r>
      <w:r>
        <w:br/>
      </w:r>
      <w:r>
        <w:rPr>
          <w:sz w:val="20"/>
        </w:rPr>
        <w:t>20:15  logon ne kya jangall create kiya hai? logon ne kya kiya dunya mein ideology phaila rakhi hai? kya kiya thought phaila rakhe hain?</w:t>
      </w:r>
      <w:r>
        <w:br/>
      </w:r>
      <w:r>
        <w:rPr>
          <w:sz w:val="20"/>
        </w:rPr>
        <w:t>20:27  in sab ke, yani in sab se oopar uth kar woh sochta hai,</w:t>
      </w:r>
      <w:r>
        <w:br/>
      </w:r>
      <w:r>
        <w:rPr>
          <w:sz w:val="20"/>
        </w:rPr>
        <w:t>20:34  jis ko main kehta hoon "big bird thinker". big bird thinker ban kar sochta hai. phir us ko self discovery hoti hai, khud soch kar daryaft karta hai.</w:t>
      </w:r>
      <w:r>
        <w:br/>
      </w:r>
      <w:r>
        <w:rPr>
          <w:sz w:val="20"/>
        </w:rPr>
        <w:t>20:45  woh phir woh khada hota hai, woh kehta hai: "Khuda sachai</w:t>
      </w:r>
      <w:r>
        <w:br/>
      </w:r>
      <w:r>
        <w:rPr>
          <w:sz w:val="20"/>
        </w:rPr>
        <w:t>20:49  yeh hai." Allah ko woh insaan matloob hai jo self discovery ke satah par khaday hon, jo apni azadi ko misuse na karen, jo jo self discipline ka saboot den.</w:t>
      </w:r>
      <w:r>
        <w:br/>
      </w:r>
      <w:r>
        <w:rPr>
          <w:sz w:val="20"/>
        </w:rPr>
        <w:t>21:06  to Allah taala ne Adam ke samne in in selected insano ko paida kar ke Adam ko un ka naam bataya, aur phir un ko is ne Adam ne far</w:t>
      </w:r>
    </w:p>
    <w:p>
      <w:pPr>
        <w:pStyle w:val="Heading2"/>
      </w:pPr>
      <w:r>
        <w:t>Hudaybiyyah treaty wisdom</w:t>
      </w:r>
    </w:p>
    <w:p>
      <w:r>
        <w:rPr>
          <w:color w:val="666666"/>
          <w:sz w:val="18"/>
        </w:rPr>
        <w:t>Al Risala January, 2018 · 3m 55s · at 29:48 · https://youtu.be/3rTdjPuZXyE?t=1788</w:t>
      </w:r>
    </w:p>
    <w:p>
      <w:r>
        <w:rPr>
          <w:i/>
        </w:rPr>
        <w:t>“Is mamle ki ek aur misaal yeh hai”</w:t>
      </w:r>
    </w:p>
    <w:p>
      <w:r>
        <w:rPr>
          <w:sz w:val="20"/>
        </w:rPr>
        <w:t>29:48  is maamlay ki aik aur misaal yeh hai ke aap ki nabuwat ke unneeswein saal taweel guft o shuneed ke baad qadeem makkah ke leaderon ke sath yeh tay hua ke dono fareeqon ke darmiyan das saal ke liye aman ka muahida ya treaty of peace ho jaye.</w:t>
      </w:r>
      <w:r>
        <w:br/>
      </w:r>
      <w:r>
        <w:rPr>
          <w:sz w:val="20"/>
        </w:rPr>
        <w:t>30:08  hudaybiya ke maqam par yeh guft o shuneed ho rahi thi. jab muahida likhne ka waqt aaya to aap ne is muahiday ke aaghaz mein likhwaya: "a</w:t>
      </w:r>
      <w:r>
        <w:br/>
      </w:r>
      <w:r>
        <w:rPr>
          <w:sz w:val="20"/>
        </w:rPr>
        <w:t>30:18  e ali! likho: bismillah rehman rehim. " to makkah ke numainda leader suhail bin umar ne kaha: "hum is ko nahi jante, aap likhein: bismik allahum. " aap ne aisa hi kiya.</w:t>
      </w:r>
      <w:r>
        <w:br/>
      </w:r>
      <w:r>
        <w:rPr>
          <w:sz w:val="20"/>
        </w:rPr>
        <w:t>30:32  phir aap ne kaha ke likho: "yeh woh dafaat hain jin par Muhammad rasool Allah ne Suhail bin</w:t>
      </w:r>
      <w:r>
        <w:br/>
      </w:r>
      <w:r>
        <w:rPr>
          <w:sz w:val="20"/>
        </w:rPr>
        <w:t>30:39  Umar se sulah ki."</w:t>
      </w:r>
      <w:r>
        <w:br/>
      </w:r>
      <w:r>
        <w:rPr>
          <w:sz w:val="20"/>
        </w:rPr>
        <w:t>30:40  to Suhail bin Umar ne dobara kaha: "agar mein manta ke aap Allah ke rasool hain to mein</w:t>
      </w:r>
      <w:r>
        <w:br/>
      </w:r>
      <w:r>
        <w:rPr>
          <w:sz w:val="20"/>
        </w:rPr>
        <w:t>30:46  aap se jang nahi karta, yani aap rasool Allah ka lafz mita dein."</w:t>
      </w:r>
      <w:r>
        <w:br/>
      </w:r>
      <w:r>
        <w:rPr>
          <w:sz w:val="20"/>
        </w:rPr>
        <w:t>30:51  aap ne aisa hi kiya aur kaha: "likho: yeh woh dafaat hain jin par Muhammad bin Abdullah ne</w:t>
      </w:r>
      <w:r>
        <w:br/>
      </w:r>
      <w:r>
        <w:rPr>
          <w:sz w:val="20"/>
        </w:rPr>
        <w:t>30:57  suhail bin umar se sulah ki ke das saal tak jang nahi hogi.</w:t>
      </w:r>
      <w:r>
        <w:br/>
      </w:r>
      <w:r>
        <w:rPr>
          <w:sz w:val="20"/>
        </w:rPr>
        <w:t>31:03  is mein log aman se rahenge. " musnad ahmad. is muahiday ke maamlay mein mutaliq pehlu yeh tha ke kisi bhi tareeqay se dono fareeq ke darmiyan aman qaim ho jaye.</w:t>
      </w:r>
      <w:r>
        <w:br/>
      </w:r>
      <w:r>
        <w:rPr>
          <w:sz w:val="20"/>
        </w:rPr>
        <w:t>31:15  is maamlay mein yeh ghair mutaliq pehlu tha ke muahiday mein kis qism ke alfaaz likhe jayein. chunancha rasool allah ne yeh hakeemana tareeqa ikhtiyar kiya ke mutaliq pehlu ko liya aur ghair mutaliq pehlu ko nazar andaaz kar diya.</w:t>
      </w:r>
      <w:r>
        <w:br/>
      </w:r>
      <w:r>
        <w:rPr>
          <w:sz w:val="20"/>
        </w:rPr>
        <w:t>31:32  is tarah yeh muahida aman kisi mazeed rukawat ke baghair mu'tadil tor par amal mein aa gaya.</w:t>
      </w:r>
      <w:r>
        <w:br/>
      </w:r>
      <w:r>
        <w:rPr>
          <w:sz w:val="20"/>
        </w:rPr>
        <w:t>31:43  waqar ka masla na banana: quran mein ahl e hikmat insanon ki sifat batayi gayi hai ke woh kisi maslay ko waqar ka masla nahi banate hain.</w:t>
      </w:r>
      <w:r>
        <w:br/>
      </w:r>
      <w:r>
        <w:rPr>
          <w:sz w:val="20"/>
        </w:rPr>
        <w:t>31:54  quran ki woh ayat us waqt nazil hui thi jab ke hudaybiya ka muahida tay ho raha tha.</w:t>
      </w:r>
      <w:r>
        <w:br/>
      </w:r>
      <w:r>
        <w:rPr>
          <w:sz w:val="20"/>
        </w:rPr>
        <w:t>32:01  us waqt ashaab-e-rasool ka haal kya tha, us ko quran mein un alfaaz mein bataya gaya hai:</w:t>
      </w:r>
      <w:r>
        <w:br/>
      </w:r>
      <w:r>
        <w:rPr>
          <w:sz w:val="20"/>
        </w:rPr>
        <w:t>32:07  az ja'ala alladhina kafaroo fi quloobihim al-hamiyata hamiyata al-jahiliyyati fa anzala allahu sakeenata 'ala rasoolihi wa 'ala al-mu'mineena wa alzamahum kalimata</w:t>
      </w:r>
      <w:r>
        <w:br/>
      </w:r>
      <w:r>
        <w:rPr>
          <w:sz w:val="20"/>
        </w:rPr>
        <w:t>32:21  al-taqwa wa kanoo ahhaqqahu wa ahlih</w:t>
      </w:r>
      <w:r>
        <w:br/>
      </w:r>
      <w:r>
        <w:rPr>
          <w:sz w:val="20"/>
        </w:rPr>
        <w:t>32:25  wa kanallahu bikulli shay'in 'aleeman ya'ni jab inkaar karne walon ne apne dil mein hamiyat paida ki, jahiliyat</w:t>
      </w:r>
      <w:r>
        <w:br/>
      </w:r>
      <w:r>
        <w:rPr>
          <w:sz w:val="20"/>
        </w:rPr>
        <w:t>32:35  ki hamiyat, phir Allah ne apni taraf se sakeenat nazil farmai</w:t>
      </w:r>
      <w:r>
        <w:br/>
      </w:r>
      <w:r>
        <w:rPr>
          <w:sz w:val="20"/>
        </w:rPr>
        <w:t>32:40  apne rasool par aur imaan walon par, aur allah ne un ko taqwa ki baat par jamaye rakha, aur woh is ke ziyada haqdar aur is ke ahal thay, aur allah har cheez ka janne wala hai.</w:t>
      </w:r>
      <w:r>
        <w:br/>
      </w:r>
      <w:r>
        <w:rPr>
          <w:sz w:val="20"/>
        </w:rPr>
        <w:t>32:55  jab kisi ikhtilafi maamlay mein do girohon ke darmiyan baat ho rahi ho to aam taur par aisa hota hai ke jo fareeq qoumi hamiyat mein mubtala ho, woh cheezon ko waqar ka masla ya prestige issue bana leta hai.</w:t>
      </w:r>
      <w:r>
        <w:br/>
      </w:r>
      <w:r>
        <w:rPr>
          <w:sz w:val="20"/>
        </w:rPr>
        <w:t>33:10  is bana par aise mauqe par pur aman muahida amalan sakht mushkil ban jata hai. aise mauqe par danishmand giroh woh hai jo cheezon ko waqar ka masla na banaye, woh aala akhlaq ka tareeqa ikhtiyar karte hue yak tarafah tor par sulah aur aman ka tareeqa ikhtiyar karne ke liye raazi ho jaye.</w:t>
      </w:r>
      <w:r>
        <w:br/>
      </w:r>
      <w:r>
        <w:rPr>
          <w:sz w:val="20"/>
        </w:rPr>
        <w:t>33:33  yeh log danishmand log hain, aur aise hi log zindagi mein aala kamyabi haasil karte hain.</w:t>
      </w:r>
    </w:p>
    <w:p>
      <w:pPr>
        <w:pStyle w:val="Heading2"/>
      </w:pPr>
      <w:r>
        <w:t>Quoting Quran isn't enough without genuine seeking, breaking conditioning</w:t>
      </w:r>
    </w:p>
    <w:p>
      <w:r>
        <w:rPr>
          <w:color w:val="666666"/>
          <w:sz w:val="18"/>
        </w:rPr>
        <w:t>Quran The Book of Guidance July 21, 2013 · 4m 45s · at 38:51 · https://youtu.be/DGDHIAde7eU?t=2331</w:t>
      </w:r>
    </w:p>
    <w:p>
      <w:r>
        <w:rPr>
          <w:i/>
        </w:rPr>
        <w:t>“Sachai maloom karna sirf us insaan ke liye mumkin hai jo talib ho”</w:t>
      </w:r>
    </w:p>
    <w:p>
      <w:r>
        <w:rPr>
          <w:sz w:val="20"/>
        </w:rPr>
        <w:t>38:51  to dekhiye, main yahan ek baat arz karna chahta hoon ke quran mein tadabbur karke</w:t>
      </w:r>
      <w:r>
        <w:br/>
      </w:r>
      <w:r>
        <w:rPr>
          <w:sz w:val="20"/>
        </w:rPr>
        <w:t>38:56  sachai ko maloom karna sirf is insaan ke liye mumkin hai jo waqatan talib ho, talib ho.</w:t>
      </w:r>
      <w:r>
        <w:br/>
      </w:r>
      <w:r>
        <w:rPr>
          <w:sz w:val="20"/>
        </w:rPr>
        <w:t>39:10  warna quran ka hawala sab log dete hain, sab quran ki baatein karte hain, lekin chuki woh quran ke talib nahi hote, woh apna, unka apna jo hai, unke mind mein basa hua, uske talib hain.</w:t>
      </w:r>
      <w:r>
        <w:br/>
      </w:r>
      <w:r>
        <w:rPr>
          <w:sz w:val="20"/>
        </w:rPr>
        <w:t>39:25  woh</w:t>
      </w:r>
      <w:r>
        <w:br/>
      </w:r>
      <w:r>
        <w:rPr>
          <w:sz w:val="20"/>
        </w:rPr>
        <w:t>39:27  woh quran ko refer karte hain sirf apne zehni mafrooze ko justify karne ke liye. aise logon ko quran se kuch faida nahi hoga.</w:t>
      </w:r>
      <w:r>
        <w:br/>
      </w:r>
      <w:r>
        <w:rPr>
          <w:sz w:val="20"/>
        </w:rPr>
        <w:t>39:38  to main samajhta hoon ke quran ke tadabbur se pehle ek pre tadabbur darkaar hai. pre tadabbur, yaani iska matlab hai apni conditioning ko todna.</w:t>
      </w:r>
      <w:r>
        <w:br/>
      </w:r>
      <w:r>
        <w:rPr>
          <w:sz w:val="20"/>
        </w:rPr>
        <w:t>39:53  apni conditioning ko todna.</w:t>
      </w:r>
      <w:r>
        <w:br/>
      </w:r>
      <w:r>
        <w:rPr>
          <w:sz w:val="20"/>
        </w:rPr>
        <w:t>39:57  agar aap conditioned mind ke sath quran ko padhenge to jo aapke mind mein bhara hua hai, jo obsession, wahi aap quran mein nazar aayega.</w:t>
      </w:r>
      <w:r>
        <w:br/>
      </w:r>
      <w:r>
        <w:rPr>
          <w:sz w:val="20"/>
        </w:rPr>
        <w:t>40:06  isko wahi aapko quraani bhi nazar aayega. to tadabbur se pehle ek pre tadabbur, pre tadabbur hai, woh hai apni conditioning ko todna.</w:t>
      </w:r>
      <w:r>
        <w:br/>
      </w:r>
      <w:r>
        <w:rPr>
          <w:sz w:val="20"/>
        </w:rPr>
        <w:t>40:23  ek bahut hi mushkil kaam hai conditioning ko todna,</w:t>
      </w:r>
      <w:r>
        <w:br/>
      </w:r>
      <w:r>
        <w:rPr>
          <w:sz w:val="20"/>
        </w:rPr>
        <w:t>40:27  is mein koi shaq nahi. lekin jo aadmi chahta ho ke usko jannat mein dakhila mile, to usko yeh kaam karna padega, apni condition ko todna padega.</w:t>
      </w:r>
      <w:r>
        <w:br/>
      </w:r>
      <w:r>
        <w:rPr>
          <w:sz w:val="20"/>
        </w:rPr>
        <w:t>40:41  usko</w:t>
      </w:r>
      <w:r>
        <w:br/>
      </w:r>
      <w:r>
        <w:rPr>
          <w:sz w:val="20"/>
        </w:rPr>
        <w:t>40:48  jannat ke bare mein hadees mein aaya hai ke</w:t>
      </w:r>
      <w:r>
        <w:br/>
      </w:r>
      <w:r>
        <w:rPr>
          <w:sz w:val="20"/>
        </w:rPr>
        <w:t>40:55  illa inna salatullah salatullah ghaliya yaani bahut hi mehngi hai jannat, bahut hi, bahut hi qeemti hai jannat.</w:t>
      </w:r>
      <w:r>
        <w:br/>
      </w:r>
      <w:r>
        <w:rPr>
          <w:sz w:val="20"/>
        </w:rPr>
        <w:t>41:06  to itni qeemti cheez ko paane ke liye hamein kuch karna padega.</w:t>
      </w:r>
      <w:r>
        <w:br/>
      </w:r>
      <w:r>
        <w:rPr>
          <w:sz w:val="20"/>
        </w:rPr>
        <w:t>41:12  aur main samajhta hoon ke har amal se sab se pehle jo cheez matloob hai, woh hai apni conditioning ko todna.</w:t>
      </w:r>
      <w:r>
        <w:br/>
      </w:r>
      <w:r>
        <w:rPr>
          <w:sz w:val="20"/>
        </w:rPr>
        <w:t>41:22  apni conditioning ko todna.</w:t>
      </w:r>
      <w:r>
        <w:br/>
      </w:r>
      <w:r>
        <w:rPr>
          <w:sz w:val="20"/>
        </w:rPr>
        <w:t>41:27  misal ke taur par quran ke bare mein jo conditioning chali aa rahi hai, woh kya hai? tilawat ko samajhte hain ke bas tilawat kar liya, uska sawab mil jayega.</w:t>
      </w:r>
      <w:r>
        <w:br/>
      </w:r>
      <w:r>
        <w:rPr>
          <w:sz w:val="20"/>
        </w:rPr>
        <w:t>41:36  sab se badi conditioning jo quran ko samajhne mein rukawat hai, woh yeh hai ke tilawat mahaz ko samajhte hain ke bas isi mein sawab mil jayega.</w:t>
      </w:r>
      <w:r>
        <w:br/>
      </w:r>
      <w:r>
        <w:rPr>
          <w:sz w:val="20"/>
        </w:rPr>
        <w:t>41:46  yani alfaaz ko dohra lo to sawab mil jaye ga. is conditioning ko torna pare ga.</w:t>
      </w:r>
      <w:r>
        <w:br/>
      </w:r>
      <w:r>
        <w:rPr>
          <w:sz w:val="20"/>
        </w:rPr>
        <w:t>41:57  main ne ek apne qissay yaad aata hai, mujhe</w:t>
      </w:r>
      <w:r>
        <w:br/>
      </w:r>
      <w:r>
        <w:rPr>
          <w:sz w:val="20"/>
        </w:rPr>
        <w:t>42:02  ek sahib jo parhay likhay thay, ek musalman, to woh</w:t>
      </w:r>
      <w:r>
        <w:br/>
      </w:r>
      <w:r>
        <w:rPr>
          <w:sz w:val="20"/>
        </w:rPr>
        <w:t>42:10  arabi jo bhi jantay thay, angrezi jantay thay, aur dindar samjhay jatay thay, woh dindar thay. to main aur woh ek baar chand din safar mein thay,</w:t>
      </w:r>
      <w:r>
        <w:br/>
      </w:r>
      <w:r>
        <w:rPr>
          <w:sz w:val="20"/>
        </w:rPr>
        <w:t>42:25  to main ne dekha ke woh woh sherwani pehantay thay. to woh sherwani mein yahan jeeb hota tha, andar wahan ek chotay sa quran rakhtay thay.</w:t>
      </w:r>
      <w:r>
        <w:br/>
      </w:r>
      <w:r>
        <w:rPr>
          <w:sz w:val="20"/>
        </w:rPr>
        <w:t>42:34  woh yeh kehtay hain jeebi quran. to jahan mauqa milta tha, likh parhtay rehtay thay, parhtay rehtay thay.</w:t>
      </w:r>
      <w:r>
        <w:br/>
      </w:r>
      <w:r>
        <w:rPr>
          <w:sz w:val="20"/>
        </w:rPr>
        <w:t>42:44  to yeh un ka mamool tha. to main ne un se poocha ke aap itna zabardast tareeqay se quran parhtay hain rozana</w:t>
      </w:r>
      <w:r>
        <w:br/>
      </w:r>
      <w:r>
        <w:rPr>
          <w:sz w:val="20"/>
        </w:rPr>
        <w:t>42:54  , yeh bataein ke quran ka khulasa kya hai? yani what is the gist of the quran? to bohat hi mujhe ajeeb maloom hua.</w:t>
      </w:r>
      <w:r>
        <w:br/>
      </w:r>
      <w:r>
        <w:rPr>
          <w:sz w:val="20"/>
        </w:rPr>
        <w:t>43:04  unhon ne jawab diya ke hum is hesiyat se parhtay hi nahi quran, hum to quran parhtay hain sawab ke liye. is liye hum ne kabhi ghor hi nahi kiya ke quran ka khulasa kya hai.</w:t>
      </w:r>
      <w:r>
        <w:br/>
      </w:r>
      <w:r>
        <w:rPr>
          <w:sz w:val="20"/>
        </w:rPr>
        <w:t>43:18  yeh hai conditioning.</w:t>
      </w:r>
      <w:r>
        <w:br/>
      </w:r>
      <w:r>
        <w:rPr>
          <w:sz w:val="20"/>
        </w:rPr>
        <w:t>43:22  saaray log is conditioning mein jee rahay hain ke quran ko bas bila samjhay samjhay parh lo, tilawat kar lo to bas sawab mile ga. bas yeh bilashuba bay bes bes les baat hai, bay buniyad baat hai.</w:t>
      </w:r>
    </w:p>
    <w:p>
      <w:pPr>
        <w:pStyle w:val="Heading2"/>
      </w:pPr>
      <w:r>
        <w:t>the caravan rumor about Aisha and Abu Ayyub Ansari's masterful reply</w:t>
      </w:r>
    </w:p>
    <w:p>
      <w:r>
        <w:rPr>
          <w:color w:val="666666"/>
          <w:sz w:val="18"/>
        </w:rPr>
        <w:t>Peace of Mind June 29, 2014 · 3m 59s · at 37:06 · https://youtu.be/oVwRc_FcAGk?t=2226</w:t>
      </w:r>
    </w:p>
    <w:p>
      <w:r>
        <w:rPr>
          <w:i/>
        </w:rPr>
        <w:t>“رسول اللہ کا وہ زمانہ جو مدینے میں گزرا، ایک واقعہ ہے”</w:t>
      </w:r>
    </w:p>
    <w:p>
      <w:r>
        <w:rPr>
          <w:sz w:val="20"/>
        </w:rPr>
        <w:t>37:06  rasool Allah ka woh zamana jo madine mein guzra, us ka ek waqea hai, yaani hijrat ke baad ka.</w:t>
      </w:r>
      <w:r>
        <w:br/>
      </w:r>
      <w:r>
        <w:rPr>
          <w:sz w:val="20"/>
        </w:rPr>
        <w:t>37:15  rasool Allah ki ahliya theen aisha. aik martaba woh bahar gayeen, rasool Allah sal Allah alaihi wasallam ke sath, aur pichar gayeen, aur qafila aage chala gaya, woh peechay reh gayeen.</w:t>
      </w:r>
      <w:r>
        <w:br/>
      </w:r>
      <w:r>
        <w:rPr>
          <w:sz w:val="20"/>
        </w:rPr>
        <w:t>37:31  is ke baad jab woh subah hui, woh so gayi theen. subah hui to aik nojawan sahabi ke sath woh wapas aayeen.</w:t>
      </w:r>
      <w:r>
        <w:br/>
      </w:r>
      <w:r>
        <w:rPr>
          <w:sz w:val="20"/>
        </w:rPr>
        <w:t>37:43  is tareeqay se ke woh baithi hui thi oont par, un ka jo hauz hota hai is mein, aur oont ki jo mahar aur nakeel kehte hain, us ko woh sahabi pakray hue andar dakhil hue madine mein.</w:t>
      </w:r>
      <w:r>
        <w:br/>
      </w:r>
      <w:r>
        <w:rPr>
          <w:sz w:val="20"/>
        </w:rPr>
        <w:t>37:59  yani Hazrat Aisha oont ki peeth pe theen, aur woh oont ki nakeel pakri hui thi.</w:t>
      </w:r>
      <w:r>
        <w:br/>
      </w:r>
      <w:r>
        <w:rPr>
          <w:sz w:val="20"/>
        </w:rPr>
        <w:t>38:06  to wahan par aik shakhs tha, bohat hi, yani woh is ke andar wohi tha mizaj ke manfi item ko toot kar us ko us ko flare up karna,</w:t>
      </w:r>
      <w:r>
        <w:br/>
      </w:r>
      <w:r>
        <w:rPr>
          <w:sz w:val="20"/>
        </w:rPr>
        <w:t>38:21  yeh mizaj tha is ka. to us ne keh diya ke: "wallah ma najat binah wa ma naja minhaa".</w:t>
      </w:r>
      <w:r>
        <w:br/>
      </w:r>
      <w:r>
        <w:rPr>
          <w:sz w:val="20"/>
        </w:rPr>
        <w:t>38:34  yeh bohat hi fitnay walay jumla tha, yeh:</w:t>
      </w:r>
      <w:r>
        <w:br/>
      </w:r>
      <w:r>
        <w:rPr>
          <w:sz w:val="20"/>
        </w:rPr>
        <w:t>38:40  "wallah ma najat binah wa ma naja minhaa". yani Khuda ke sath woh is se nahi bachi, woh is se nahi bacha. yeh bohat hi khatarnak jumla hai.</w:t>
      </w:r>
      <w:r>
        <w:br/>
      </w:r>
      <w:r>
        <w:rPr>
          <w:sz w:val="20"/>
        </w:rPr>
        <w:t>38:49  ab yeh saaray madine mein phail gayi yeh baat.</w:t>
      </w:r>
      <w:r>
        <w:br/>
      </w:r>
      <w:r>
        <w:rPr>
          <w:sz w:val="20"/>
        </w:rPr>
        <w:t>38:55  to aik sahabi thay, woh sahabi apnay ghar mein dakhil hue to un ki biwi se jab mulaqat hui to biwi kehti hain un se,</w:t>
      </w:r>
      <w:r>
        <w:br/>
      </w:r>
      <w:r>
        <w:rPr>
          <w:sz w:val="20"/>
        </w:rPr>
        <w:t>39:12  woh sahabi shayad Abu Ayub Ansari thay, ghaliban. to woh biwi kehti hain Abu Ayub Ansari apnay shohar se ke: "sunao aap ne kuch?</w:t>
      </w:r>
      <w:r>
        <w:br/>
      </w:r>
      <w:r>
        <w:rPr>
          <w:sz w:val="20"/>
        </w:rPr>
        <w:t>39:25  "kaha: "kya?" kaha: "Aisha ke baray mein kya kaha ja raha hai?"</w:t>
      </w:r>
      <w:r>
        <w:br/>
      </w:r>
      <w:r>
        <w:rPr>
          <w:sz w:val="20"/>
        </w:rPr>
        <w:t>39:31  yani biwi kehti hai apnay shohar se ke: "sunao aap ne kuch Aisha ke baray mein madine mein kya kaha ja raha hai?" to Abu Ayub Ansari jo thay, unhon ne jawab jo diya, master piece jawab tha,</w:t>
      </w:r>
      <w:r>
        <w:br/>
      </w:r>
      <w:r>
        <w:rPr>
          <w:sz w:val="20"/>
        </w:rPr>
        <w:t>39:49  unhon ne kaha: "unhon ne baghair tehqeeq ke keh diya ke jhoot hai".</w:t>
      </w:r>
      <w:r>
        <w:br/>
      </w:r>
      <w:r>
        <w:rPr>
          <w:sz w:val="20"/>
        </w:rPr>
        <w:t>39:54  unhon ne kaha aik aik fitri, aik bohat hi fitri jawab diya unhon ne. unhon ne kaha ke: "tum aisa karo gi?" apni biwi se unhon ne poocha: "kya tum aisa karo gi?" to unhon ne kaha: "hargiz nahi".</w:t>
      </w:r>
      <w:r>
        <w:br/>
      </w:r>
      <w:r>
        <w:rPr>
          <w:sz w:val="20"/>
        </w:rPr>
        <w:t>40:10  to unhon ne kaha ke: "phir tum Aisha ke baray mein kaise soch sakti ho ke woh aisa kareen gi? woh to tum se bohat behtar hain, woh payamber ki biwi hain".</w:t>
      </w:r>
      <w:r>
        <w:br/>
      </w:r>
      <w:r>
        <w:rPr>
          <w:sz w:val="20"/>
        </w:rPr>
        <w:t>40:20  aik fitri formula istemal kar ke un ke oopar diffuse kar diya. poochne nahi gayeen, discuss karne nahi gayeen. yeh hai self management.</w:t>
      </w:r>
      <w:r>
        <w:br/>
      </w:r>
      <w:r>
        <w:rPr>
          <w:sz w:val="20"/>
        </w:rPr>
        <w:t>40:35  yani Abu Ayub Ansari ne na to biwi se kuch baat cheet ki is mozu par, na yeh kaha ke: "acha, mein jata hoon, ja ke pooch ke aata hoon".</w:t>
      </w:r>
      <w:r>
        <w:br/>
      </w:r>
      <w:r>
        <w:rPr>
          <w:sz w:val="20"/>
        </w:rPr>
        <w:t>40:45  yani is ko pata kar ke aata hoon, yeh bhi nahi kaha unhon ne.</w:t>
      </w:r>
      <w:r>
        <w:br/>
      </w:r>
      <w:r>
        <w:rPr>
          <w:sz w:val="20"/>
        </w:rPr>
        <w:t>40:50  sirf yeh kaha ke: "kya tum aisa karo gi?" to jab woh kehti hai ke nahi, to kehti hai ke: "tum ne kaise samajh liya ke Aisha aisa kareen gi jo tum se behtar hai?" yeh hai self management.</w:t>
      </w:r>
    </w:p>
    <w:p>
      <w:pPr>
        <w:pStyle w:val="Heading2"/>
      </w:pPr>
      <w:r>
        <w:t>Self-discovery and philosopher's question</w:t>
      </w:r>
    </w:p>
    <w:p>
      <w:r>
        <w:rPr>
          <w:color w:val="666666"/>
          <w:sz w:val="18"/>
        </w:rPr>
        <w:t>Self Discovery | September 30, 2018 · 4m 10s · at 35:06 · https://youtu.be/ks3TBvsuttc?t=2106</w:t>
      </w:r>
    </w:p>
    <w:p>
      <w:r>
        <w:rPr>
          <w:i/>
        </w:rPr>
        <w:t>“Pehla kaam har aadmi ke liye self-discovery hai”</w:t>
      </w:r>
    </w:p>
    <w:p>
      <w:r>
        <w:rPr>
          <w:sz w:val="20"/>
        </w:rPr>
        <w:t>35:06  l de kar dunya mein paida kiya gaya hai.</w:t>
      </w:r>
      <w:r>
        <w:br/>
      </w:r>
      <w:r>
        <w:rPr>
          <w:sz w:val="20"/>
        </w:rPr>
        <w:t>35:13  har aadmi, har aadmi, har aadmi!</w:t>
      </w:r>
      <w:r>
        <w:br/>
      </w:r>
      <w:r>
        <w:rPr>
          <w:sz w:val="20"/>
        </w:rPr>
        <w:t>35:20  hata ke jo educated nahin hai, tab bhi.</w:t>
      </w:r>
      <w:r>
        <w:br/>
      </w:r>
      <w:r>
        <w:rPr>
          <w:sz w:val="20"/>
        </w:rPr>
        <w:t>35:26  to aadmi ko kya karna hai? pehla kaam, pehla kaam har aadmi ke liye self discovery hai.</w:t>
      </w:r>
      <w:r>
        <w:br/>
      </w:r>
      <w:r>
        <w:rPr>
          <w:sz w:val="20"/>
        </w:rPr>
        <w:t>35:33  pehla kaam apne aap ko discover karna hai</w:t>
      </w:r>
      <w:r>
        <w:br/>
      </w:r>
      <w:r>
        <w:rPr>
          <w:sz w:val="20"/>
        </w:rPr>
        <w:t>35:40  ke main kya kar sakta hoon, mere andar kya potential hai.</w:t>
      </w:r>
      <w:r>
        <w:br/>
      </w:r>
      <w:r>
        <w:rPr>
          <w:sz w:val="20"/>
        </w:rPr>
        <w:t>35:48  is ko discover karna aur is ko avail karna, yeh pehla kaam hai.</w:t>
      </w:r>
      <w:r>
        <w:br/>
      </w:r>
      <w:r>
        <w:rPr>
          <w:sz w:val="20"/>
        </w:rPr>
        <w:t>35:55  apne aap ko discover karna, apne potential ko discover karna aur is potential ko avail karna, is ko</w:t>
      </w:r>
      <w:r>
        <w:br/>
      </w:r>
      <w:r>
        <w:rPr>
          <w:sz w:val="20"/>
        </w:rPr>
        <w:t>36:03  actual banana, yeh hai pehla kaam.</w:t>
      </w:r>
      <w:r>
        <w:br/>
      </w:r>
      <w:r>
        <w:rPr>
          <w:sz w:val="20"/>
        </w:rPr>
        <w:t>36:11  agar aap ne is ko discover nahin kiya aur is ko avail nahin kiya jis maqsad se Allah</w:t>
      </w:r>
      <w:r>
        <w:br/>
      </w:r>
      <w:r>
        <w:rPr>
          <w:sz w:val="20"/>
        </w:rPr>
        <w:t>36:22  ne aap ke andar woh potential rakha hai, is pe is ko istemal nahin kiya, is ke mani</w:t>
      </w:r>
      <w:r>
        <w:br/>
      </w:r>
      <w:r>
        <w:rPr>
          <w:sz w:val="20"/>
        </w:rPr>
        <w:t>36:32  kya hue? jo aadmi aisa na kare, woh kya? dunya mein andha reh gaya, be khabar reh gaya,</w:t>
      </w:r>
      <w:r>
        <w:br/>
      </w:r>
      <w:r>
        <w:rPr>
          <w:sz w:val="20"/>
        </w:rPr>
        <w:t>36:42  dunya mein be khabar reh gaya.</w:t>
      </w:r>
      <w:r>
        <w:br/>
      </w:r>
      <w:r>
        <w:rPr>
          <w:sz w:val="20"/>
        </w:rPr>
        <w:t>36:50  to logon ko, har aadmi ko chahiye ke woh jaane ke is ki zindagi ka pehla sawal kya hai.</w:t>
      </w:r>
      <w:r>
        <w:br/>
      </w:r>
      <w:r>
        <w:rPr>
          <w:sz w:val="20"/>
        </w:rPr>
        <w:t>36:57  pehla sawal yahi hai.</w:t>
      </w:r>
      <w:r>
        <w:br/>
      </w:r>
      <w:r>
        <w:rPr>
          <w:sz w:val="20"/>
        </w:rPr>
        <w:t>37:05  ek qissa mein ne parha tha, grace yani ancient grace mein</w:t>
      </w:r>
      <w:r>
        <w:br/>
      </w:r>
      <w:r>
        <w:rPr>
          <w:sz w:val="20"/>
        </w:rPr>
        <w:t>37:13  ek philosopher tha, to woh yeh sochta tha ke main kya hoon, kya purpose hai mera, kis liye aaya hoon main is duniya mein. ek ek scientist ne is sawal par socha to us ki kitaab maine padhi thi, us mein yeh jumla</w:t>
      </w:r>
      <w:r>
        <w:br/>
      </w:r>
      <w:r>
        <w:rPr>
          <w:sz w:val="20"/>
        </w:rPr>
        <w:t>37:43  یہ تھا کہ "It appears that mind was created in a world that was not made for him."</w:t>
      </w:r>
      <w:r>
        <w:br/>
      </w:r>
      <w:r>
        <w:rPr>
          <w:sz w:val="20"/>
        </w:rPr>
        <w:t>37:53  is mein hota tha ke main yahan aa gaya hoon, koi mera purpose hi nahin.</w:t>
      </w:r>
      <w:r>
        <w:br/>
      </w:r>
      <w:r>
        <w:rPr>
          <w:sz w:val="20"/>
        </w:rPr>
        <w:t>38:03  "It appears that mind was created in a world that was not made for him."</w:t>
      </w:r>
      <w:r>
        <w:br/>
      </w:r>
      <w:r>
        <w:rPr>
          <w:sz w:val="20"/>
        </w:rPr>
        <w:t>38:13  to yeh pehla sawal hai.</w:t>
      </w:r>
      <w:r>
        <w:br/>
      </w:r>
      <w:r>
        <w:rPr>
          <w:sz w:val="20"/>
        </w:rPr>
        <w:t>38:20  isi ko ek grek, enshin grek ka ek falasfer yeh jaan nahin pata tha, to peR par charh</w:t>
      </w:r>
      <w:r>
        <w:br/>
      </w:r>
      <w:r>
        <w:rPr>
          <w:sz w:val="20"/>
        </w:rPr>
        <w:t>38:26  giya, oonche se peR par charh giya, woh oopar baitha hua tha.</w:t>
      </w:r>
      <w:r>
        <w:br/>
      </w:r>
      <w:r>
        <w:rPr>
          <w:sz w:val="20"/>
        </w:rPr>
        <w:t>38:33  to kisi ne poocha ke tum oopar kyon baithe ho? tum kaun ho? tum kaun ho? to kaha</w:t>
      </w:r>
      <w:r>
        <w:br/>
      </w:r>
      <w:r>
        <w:rPr>
          <w:sz w:val="20"/>
        </w:rPr>
        <w:t>38:40  yahi to nawale ko, main kaun hoon? isi liye yahan aa ke baitha hua hoon.</w:t>
      </w:r>
      <w:r>
        <w:br/>
      </w:r>
      <w:r>
        <w:rPr>
          <w:sz w:val="20"/>
        </w:rPr>
        <w:t>38:46  to "man kan fihdhi aema khauf fi aakhrat aema".</w:t>
      </w:r>
      <w:r>
        <w:br/>
      </w:r>
      <w:r>
        <w:rPr>
          <w:sz w:val="20"/>
        </w:rPr>
        <w:t>38:56  jo aaj ki dunya mein bekhabar raha, woh aakhrat mein bhi bekhabar rahega.</w:t>
      </w:r>
      <w:r>
        <w:br/>
      </w:r>
      <w:r>
        <w:rPr>
          <w:sz w:val="20"/>
        </w:rPr>
        <w:t>39:06  to aap bataiye ke kaisi ajeeb dunya hogi jahan aadmi bekhabar paRa rahe?</w:t>
      </w:r>
    </w:p>
    <w:p>
      <w:pPr>
        <w:pStyle w:val="Heading2"/>
      </w:pPr>
      <w:r>
        <w:t>Quran's divine origin proven by challenge and preservation</w:t>
      </w:r>
    </w:p>
    <w:p>
      <w:r>
        <w:rPr>
          <w:color w:val="666666"/>
          <w:sz w:val="18"/>
        </w:rPr>
        <w:t>2 20 29  Chapter Al Baqrah, Aug 02, 2015 · 6m 13s · at 12:35 · https://youtu.be/cTJGD7yxFyM?t=755</w:t>
      </w:r>
    </w:p>
    <w:p>
      <w:r>
        <w:rPr>
          <w:i/>
        </w:rPr>
        <w:t>“Wa in kuntum fi raybin mimma nazzalna ala abdina”</w:t>
      </w:r>
    </w:p>
    <w:p>
      <w:r>
        <w:rPr>
          <w:sz w:val="20"/>
        </w:rPr>
        <w:t>12:35  wa in kuntum fi raibin mimma nazzalna ala abdina.</w:t>
      </w:r>
      <w:r>
        <w:br/>
      </w:r>
      <w:r>
        <w:rPr>
          <w:sz w:val="20"/>
        </w:rPr>
        <w:t>12:38  ab yeh Quran ki baat aa gayi.</w:t>
      </w:r>
      <w:r>
        <w:br/>
      </w:r>
      <w:r>
        <w:rPr>
          <w:sz w:val="20"/>
        </w:rPr>
        <w:t>12:42  yani Quran mein yeh taleem di gayi hai.</w:t>
      </w:r>
      <w:r>
        <w:br/>
      </w:r>
      <w:r>
        <w:rPr>
          <w:sz w:val="20"/>
        </w:rPr>
        <w:t>12:45  yeh nazariya hayat bataya gaya hai.</w:t>
      </w:r>
      <w:r>
        <w:br/>
      </w:r>
      <w:r>
        <w:rPr>
          <w:sz w:val="20"/>
        </w:rPr>
        <w:t>12:48  to agar tum ko shakk ho Quran par, shakk ka matlab yeh hai ke Quran is tarah nahi</w:t>
      </w:r>
      <w:r>
        <w:br/>
      </w:r>
      <w:r>
        <w:rPr>
          <w:sz w:val="20"/>
        </w:rPr>
        <w:t>12:52  utra ke koi aasman se hum dekhen, aankh se, ke koi utar raha hai, utar raha hai, koi</w:t>
      </w:r>
      <w:r>
        <w:br/>
      </w:r>
      <w:r>
        <w:rPr>
          <w:sz w:val="20"/>
        </w:rPr>
        <w:t>12:55  farishta la kar ke de diya kitab.</w:t>
      </w:r>
      <w:r>
        <w:br/>
      </w:r>
      <w:r>
        <w:rPr>
          <w:sz w:val="20"/>
        </w:rPr>
        <w:t>12:58  aisa nahi hota.</w:t>
      </w:r>
      <w:r>
        <w:br/>
      </w:r>
      <w:r>
        <w:rPr>
          <w:sz w:val="20"/>
        </w:rPr>
        <w:t>13:02  balkay woh aik unseen waqea hai.</w:t>
      </w:r>
      <w:r>
        <w:br/>
      </w:r>
      <w:r>
        <w:rPr>
          <w:sz w:val="20"/>
        </w:rPr>
        <w:t>13:05  yani aik paighambar kehta hai ke mujh par wahi utri hai.</w:t>
      </w:r>
      <w:r>
        <w:br/>
      </w:r>
      <w:r>
        <w:rPr>
          <w:sz w:val="20"/>
        </w:rPr>
        <w:t>13:09  aur woh wahi Quran hai.</w:t>
      </w:r>
      <w:r>
        <w:br/>
      </w:r>
      <w:r>
        <w:rPr>
          <w:sz w:val="20"/>
        </w:rPr>
        <w:t>13:12  to aik unseen waqea yeh hai.</w:t>
      </w:r>
      <w:r>
        <w:br/>
      </w:r>
      <w:r>
        <w:rPr>
          <w:sz w:val="20"/>
        </w:rPr>
        <w:t>13:16  is mein logon ko shuk hota tha ke pata nahin kya baat hai.</w:t>
      </w:r>
      <w:r>
        <w:br/>
      </w:r>
      <w:r>
        <w:rPr>
          <w:sz w:val="20"/>
        </w:rPr>
        <w:t>13:20  to farmaaya ke agar tum ko shuk hai is quran par ke allah ki taraf se hai ke</w:t>
      </w:r>
      <w:r>
        <w:br/>
      </w:r>
      <w:r>
        <w:rPr>
          <w:sz w:val="20"/>
        </w:rPr>
        <w:t>13:24  nahin hai, to is ki ek jaanch hai.</w:t>
      </w:r>
      <w:r>
        <w:br/>
      </w:r>
      <w:r>
        <w:rPr>
          <w:sz w:val="20"/>
        </w:rPr>
        <w:t>13:27  is ko jaanch kar ke dekh lo.</w:t>
      </w:r>
      <w:r>
        <w:br/>
      </w:r>
      <w:r>
        <w:rPr>
          <w:sz w:val="20"/>
        </w:rPr>
        <w:t>13:31  woh kya hai? quran jaisi kitaab koi insaan nahin bana sakta.</w:t>
      </w:r>
      <w:r>
        <w:br/>
      </w:r>
      <w:r>
        <w:rPr>
          <w:sz w:val="20"/>
        </w:rPr>
        <w:t>13:35  is ka matlab kya hai? dekhiye, is</w:t>
      </w:r>
      <w:r>
        <w:br/>
      </w:r>
      <w:r>
        <w:rPr>
          <w:sz w:val="20"/>
        </w:rPr>
        <w:t>13:39  par mein ne tafseel se likha hai apni kitaabon mein.</w:t>
      </w:r>
      <w:r>
        <w:br/>
      </w:r>
      <w:r>
        <w:rPr>
          <w:sz w:val="20"/>
        </w:rPr>
        <w:t>13:44  quran ek aisi kitaab hai jo ab se taqreeban deyr hazaar saal pehle utri.</w:t>
      </w:r>
      <w:r>
        <w:br/>
      </w:r>
      <w:r>
        <w:rPr>
          <w:sz w:val="20"/>
        </w:rPr>
        <w:t>13:49  quran ke siwa koi aisi kitaab nahin hai jis ke statement ab tak valid hon.</w:t>
      </w:r>
      <w:r>
        <w:br/>
      </w:r>
      <w:r>
        <w:rPr>
          <w:sz w:val="20"/>
        </w:rPr>
        <w:t>13:54  yaani lambe muddat guzarne ke baad bhi is ke tamaam statement valid hain.</w:t>
      </w:r>
      <w:r>
        <w:br/>
      </w:r>
      <w:r>
        <w:rPr>
          <w:sz w:val="20"/>
        </w:rPr>
        <w:t>13:59  quran mein dekhiye, history ke baare mein kai references hain.</w:t>
      </w:r>
      <w:r>
        <w:br/>
      </w:r>
      <w:r>
        <w:rPr>
          <w:sz w:val="20"/>
        </w:rPr>
        <w:t>14:04  science ke baare mein kai references hain.</w:t>
      </w:r>
      <w:r>
        <w:br/>
      </w:r>
      <w:r>
        <w:rPr>
          <w:sz w:val="20"/>
        </w:rPr>
        <w:t>14:10  jo mukhtalif qism ke jo discipline hain, woh un ke baare mein references hain.</w:t>
      </w:r>
      <w:r>
        <w:br/>
      </w:r>
      <w:r>
        <w:rPr>
          <w:sz w:val="20"/>
        </w:rPr>
        <w:t>14:14  lekin aaj tak woh references apni validity ko baaqi rakhe hue hain.</w:t>
      </w:r>
      <w:r>
        <w:br/>
      </w:r>
      <w:r>
        <w:rPr>
          <w:sz w:val="20"/>
        </w:rPr>
        <w:t>14:18  is mein koi farq nahin aaya.</w:t>
      </w:r>
      <w:r>
        <w:br/>
      </w:r>
      <w:r>
        <w:rPr>
          <w:sz w:val="20"/>
        </w:rPr>
        <w:t>14:23  to koi insaan aisi kitaab nahin likh sakta jo kitaab itni lambi muddat tak apni validity ko baaqi</w:t>
      </w:r>
      <w:r>
        <w:br/>
      </w:r>
      <w:r>
        <w:rPr>
          <w:sz w:val="20"/>
        </w:rPr>
        <w:t>14:27  rakhe hue ho.</w:t>
      </w:r>
      <w:r>
        <w:br/>
      </w:r>
      <w:r>
        <w:rPr>
          <w:sz w:val="20"/>
        </w:rPr>
        <w:t>14:31  kuch dinon ke baad khatm ho jaati hai.</w:t>
      </w:r>
      <w:r>
        <w:br/>
      </w:r>
      <w:r>
        <w:rPr>
          <w:sz w:val="20"/>
        </w:rPr>
        <w:t>14:36  aise hi zabaan bhi dekhiye.</w:t>
      </w:r>
      <w:r>
        <w:br/>
      </w:r>
      <w:r>
        <w:rPr>
          <w:sz w:val="20"/>
        </w:rPr>
        <w:t>14:40  quran ki zabaan jo hai, deyr hazaar saal se wohi ki wohi hai.</w:t>
      </w:r>
      <w:r>
        <w:br/>
      </w:r>
      <w:r>
        <w:rPr>
          <w:sz w:val="20"/>
        </w:rPr>
        <w:t>14:44  duniya mein koi zabaan aisi nahin hai jo deyr hazaar saal se wohi ki wohi baaqi ho.</w:t>
      </w:r>
      <w:r>
        <w:br/>
      </w:r>
      <w:r>
        <w:rPr>
          <w:sz w:val="20"/>
        </w:rPr>
        <w:t>14:47  tamaam zabaanen badal gayeen. tamaam zabaanen.</w:t>
      </w:r>
      <w:r>
        <w:br/>
      </w:r>
      <w:r>
        <w:rPr>
          <w:sz w:val="20"/>
        </w:rPr>
        <w:t>14:51  jo zabaan angrezi, misaal ke taur par, angrezi zabaan jo hai, misaal ke taur par, jo zabaan bolte the Chaucer ya</w:t>
      </w:r>
      <w:r>
        <w:br/>
      </w:r>
      <w:r>
        <w:rPr>
          <w:sz w:val="20"/>
        </w:rPr>
        <w:t>14:55  Shakespeare, woh zabaan nahin hai aaj.</w:t>
      </w:r>
      <w:r>
        <w:br/>
      </w:r>
      <w:r>
        <w:rPr>
          <w:sz w:val="20"/>
        </w:rPr>
        <w:t>14:59  aaj mukhtalif ho chuki hai.</w:t>
      </w:r>
      <w:r>
        <w:br/>
      </w:r>
      <w:r>
        <w:rPr>
          <w:sz w:val="20"/>
        </w:rPr>
        <w:t>15:03  halankay shakespeare ki zaban sirf 300 sal hai.</w:t>
      </w:r>
      <w:r>
        <w:br/>
      </w:r>
      <w:r>
        <w:rPr>
          <w:sz w:val="20"/>
        </w:rPr>
        <w:t>15:06  chaser ki zaban 500</w:t>
      </w:r>
      <w:r>
        <w:br/>
      </w:r>
      <w:r>
        <w:rPr>
          <w:sz w:val="20"/>
        </w:rPr>
        <w:t>15:10  sal hai.</w:t>
      </w:r>
      <w:r>
        <w:br/>
      </w:r>
      <w:r>
        <w:rPr>
          <w:sz w:val="20"/>
        </w:rPr>
        <w:t>15:13  aur arabi zaban dehd hazar sal say wahi ki wahi hai.</w:t>
      </w:r>
      <w:r>
        <w:br/>
      </w:r>
      <w:r>
        <w:rPr>
          <w:sz w:val="20"/>
        </w:rPr>
        <w:t>15:16  yani jo zaban boltay thay rasool Allah, sahaba, wahi zaban aaj bhi boli jati hai.</w:t>
      </w:r>
      <w:r>
        <w:br/>
      </w:r>
      <w:r>
        <w:rPr>
          <w:sz w:val="20"/>
        </w:rPr>
        <w:t>15:19  wahi samjhi jati hai.</w:t>
      </w:r>
      <w:r>
        <w:br/>
      </w:r>
      <w:r>
        <w:rPr>
          <w:sz w:val="20"/>
        </w:rPr>
        <w:t>15:22  isi zaban mein aaj bhi kitabein likhi jati hain.</w:t>
      </w:r>
      <w:r>
        <w:br/>
      </w:r>
      <w:r>
        <w:rPr>
          <w:sz w:val="20"/>
        </w:rPr>
        <w:t>15:25  maamooli farq hai.</w:t>
      </w:r>
      <w:r>
        <w:br/>
      </w:r>
      <w:r>
        <w:rPr>
          <w:sz w:val="20"/>
        </w:rPr>
        <w:t>15:28  is maamooli farq ko to zamanay kay lihaz say hoga.</w:t>
      </w:r>
      <w:r>
        <w:br/>
      </w:r>
      <w:r>
        <w:rPr>
          <w:sz w:val="20"/>
        </w:rPr>
        <w:t>15:31  misal kay tor par telephone zamanay mein nahi tha.</w:t>
      </w:r>
      <w:r>
        <w:br/>
      </w:r>
      <w:r>
        <w:rPr>
          <w:sz w:val="20"/>
        </w:rPr>
        <w:t>15:34  to aap aik lafz ka izafa ho jayega.</w:t>
      </w:r>
      <w:r>
        <w:br/>
      </w:r>
      <w:r>
        <w:rPr>
          <w:sz w:val="20"/>
        </w:rPr>
        <w:t>15:37  arabi mein kehtay hain tali</w:t>
      </w:r>
      <w:r>
        <w:br/>
      </w:r>
      <w:r>
        <w:rPr>
          <w:sz w:val="20"/>
        </w:rPr>
        <w:t>15:40  phone, aur Arabi mein kaha jata hai hatif. to aisa hota hai. asal zaban to wohi ki wohi hai. asal zaban mein koi farq nahi hai. to yeh is baat ka saboot hai ke yeh koi insani kitab nahi hai.</w:t>
      </w:r>
      <w:r>
        <w:br/>
      </w:r>
      <w:r>
        <w:rPr>
          <w:sz w:val="20"/>
        </w:rPr>
        <w:t>15:57  fa'atu bisooratin mimthilihi wad'u shuhada'a min dunillahi.</w:t>
      </w:r>
      <w:r>
        <w:br/>
      </w:r>
      <w:r>
        <w:rPr>
          <w:sz w:val="20"/>
        </w:rPr>
        <w:t>16:02  haan. to agar tum ko shakk hai ke Quran Khuda ki kitab hai ke nahi, to aise hi aik Quran bana ke lao. aise hi aik Quran jo apni zaban ko, apne mani ko baqi rakhe, itni lambi muddat tak. to tum aisa nahi kar sako ge. chahe tum tumhare bohat se helper jama kar lo, tab bhi.</w:t>
      </w:r>
      <w:r>
        <w:br/>
      </w:r>
      <w:r>
        <w:rPr>
          <w:sz w:val="20"/>
        </w:rPr>
        <w:t>16:28  wad'u shuhada'a min dunillahi in kuntum sadiqeen.</w:t>
      </w:r>
      <w:r>
        <w:br/>
      </w:r>
      <w:r>
        <w:rPr>
          <w:sz w:val="20"/>
        </w:rPr>
        <w:t>16:32  yahan shuhadaa ba maani helper hain.</w:t>
      </w:r>
      <w:r>
        <w:br/>
      </w:r>
      <w:r>
        <w:rPr>
          <w:sz w:val="20"/>
        </w:rPr>
        <w:t>16:36  lao jo helper tumharay pas ho.</w:t>
      </w:r>
      <w:r>
        <w:br/>
      </w:r>
      <w:r>
        <w:rPr>
          <w:sz w:val="20"/>
        </w:rPr>
        <w:t>16:40  apnay helper ko bulao.</w:t>
      </w:r>
      <w:r>
        <w:br/>
      </w:r>
      <w:r>
        <w:rPr>
          <w:sz w:val="20"/>
        </w:rPr>
        <w:t>16:45  Allah kay siwa.</w:t>
      </w:r>
      <w:r>
        <w:br/>
      </w:r>
      <w:r>
        <w:rPr>
          <w:sz w:val="20"/>
        </w:rPr>
        <w:t>16:49  to tum kamyab nahi ho gay aisi kitab bananay mein.</w:t>
      </w:r>
      <w:r>
        <w:br/>
      </w:r>
      <w:r>
        <w:rPr>
          <w:sz w:val="20"/>
        </w:rPr>
        <w:t>16:53  tareekh mein aisi misalein hain kay kuch logon nay quran jaisi kitab likhnay ki koshish ki.</w:t>
      </w:r>
      <w:r>
        <w:br/>
      </w:r>
      <w:r>
        <w:rPr>
          <w:sz w:val="20"/>
        </w:rPr>
        <w:t>16:57  misal kay tor par qadeem zamanay mein, rasool Allah kay zamanay mein aik tha, musailmah. is</w:t>
      </w:r>
      <w:r>
        <w:br/>
      </w:r>
      <w:r>
        <w:rPr>
          <w:sz w:val="20"/>
        </w:rPr>
        <w:t>17:02  nay chaha kay quran jaisi aik kitab likhay.</w:t>
      </w:r>
      <w:r>
        <w:br/>
      </w:r>
      <w:r>
        <w:rPr>
          <w:sz w:val="20"/>
        </w:rPr>
        <w:t>17:05  lekin woh fail ho gaya.</w:t>
      </w:r>
      <w:r>
        <w:br/>
      </w:r>
      <w:r>
        <w:rPr>
          <w:sz w:val="20"/>
        </w:rPr>
        <w:t>17:08  baad kay zamanay mein aik tha, ibn muqaffah.</w:t>
      </w:r>
      <w:r>
        <w:br/>
      </w:r>
      <w:r>
        <w:rPr>
          <w:sz w:val="20"/>
        </w:rPr>
        <w:t>17:12  is nay bhi likhnay ki koshish ki quran jaisi aik kitab.</w:t>
      </w:r>
      <w:r>
        <w:br/>
      </w:r>
      <w:r>
        <w:rPr>
          <w:sz w:val="20"/>
        </w:rPr>
        <w:t>17:15  lekin woh fail ho gaya.</w:t>
      </w:r>
      <w:r>
        <w:br/>
      </w:r>
      <w:r>
        <w:rPr>
          <w:sz w:val="20"/>
        </w:rPr>
        <w:t>17:19  to quran aik ajeeb o ghareeb kitab hai jo bilkul sadah kitab lagti hai. sadah.</w:t>
      </w:r>
      <w:r>
        <w:br/>
      </w:r>
      <w:r>
        <w:rPr>
          <w:sz w:val="20"/>
        </w:rPr>
        <w:t>17:22  har aadmi samajh sakta hai is ko.</w:t>
      </w:r>
      <w:r>
        <w:br/>
      </w:r>
      <w:r>
        <w:rPr>
          <w:sz w:val="20"/>
        </w:rPr>
        <w:t>17:25  lekin is ke bawajood woh bohat hi anokhi kitaab hai.</w:t>
      </w:r>
      <w:r>
        <w:br/>
      </w:r>
      <w:r>
        <w:rPr>
          <w:sz w:val="20"/>
        </w:rPr>
        <w:t>17:29  aik moajza maloom hota hai. jo bhi</w:t>
      </w:r>
      <w:r>
        <w:br/>
      </w:r>
      <w:r>
        <w:rPr>
          <w:sz w:val="20"/>
        </w:rPr>
        <w:t>17:32  parhega is ko, moajza maloom hoga. jaise misal ke taur par dekhiye, Harbury aik angrez tha, woh Morocco gaya. wahan kisi hotel mein thehra. to mile hue kamray mein aik Arab wahan muqeem tha. us ne Quran ki tilawat, us par woh cassette bajane laga apne</w:t>
      </w:r>
      <w:r>
        <w:br/>
      </w:r>
      <w:r>
        <w:rPr>
          <w:sz w:val="20"/>
        </w:rPr>
        <w:t>18:02  kamre mein.</w:t>
      </w:r>
      <w:r>
        <w:br/>
      </w:r>
      <w:r>
        <w:rPr>
          <w:sz w:val="20"/>
        </w:rPr>
        <w:t>18:05  to us ne suna, harbour ne.</w:t>
      </w:r>
      <w:r>
        <w:br/>
      </w:r>
      <w:r>
        <w:rPr>
          <w:sz w:val="20"/>
        </w:rPr>
        <w:t>18:08  تو اس کو لگا کہ یہ different type کا کلام ہے۔</w:t>
      </w:r>
      <w:r>
        <w:br/>
      </w:r>
      <w:r>
        <w:rPr>
          <w:sz w:val="20"/>
        </w:rPr>
        <w:t>18:11  sound war different.</w:t>
      </w:r>
      <w:r>
        <w:br/>
      </w:r>
      <w:r>
        <w:rPr>
          <w:sz w:val="20"/>
        </w:rPr>
        <w:t>18:14  to us ne kaha ke yeh to koi aur hi kitaab maloom hoti hai.</w:t>
      </w:r>
      <w:r>
        <w:br/>
      </w:r>
      <w:r>
        <w:rPr>
          <w:sz w:val="20"/>
        </w:rPr>
        <w:t>18:18  to phir us ne tehqeeq ki, to maloom hua ke yeh to quran tha.</w:t>
      </w:r>
      <w:r>
        <w:br/>
      </w:r>
      <w:r>
        <w:rPr>
          <w:sz w:val="20"/>
        </w:rPr>
        <w:t>18:21  phir us ne arabi zabaan seekhi.</w:t>
      </w:r>
      <w:r>
        <w:br/>
      </w:r>
      <w:r>
        <w:rPr>
          <w:sz w:val="20"/>
        </w:rPr>
        <w:t>18:24  arabi zabaan seekh kar quran ko samjha.</w:t>
      </w:r>
      <w:r>
        <w:br/>
      </w:r>
      <w:r>
        <w:rPr>
          <w:sz w:val="20"/>
        </w:rPr>
        <w:t>18:27  phir us ne angrezi mein is quran ka tarjuma kiya.</w:t>
      </w:r>
      <w:r>
        <w:br/>
      </w:r>
      <w:r>
        <w:rPr>
          <w:sz w:val="20"/>
        </w:rPr>
        <w:t>18:30  to quran ka jo mukhtalif</w:t>
      </w:r>
      <w:r>
        <w:br/>
      </w:r>
      <w:r>
        <w:rPr>
          <w:sz w:val="20"/>
        </w:rPr>
        <w:t>18:33  zaban, mukhtalif usloob, mukhtalif awaz, yeh sab jo chezen hain, yeh insan ko majboor karti hain sochne ke liye ke yeh insani kalam nahi hai.</w:t>
      </w:r>
    </w:p>
    <w:p>
      <w:pPr>
        <w:pStyle w:val="Heading2"/>
      </w:pPr>
      <w:r>
        <w:t>Why fiqh schools formed later, and the basic vs non-basic distinction</w:t>
      </w:r>
    </w:p>
    <w:p>
      <w:r>
        <w:rPr>
          <w:color w:val="666666"/>
          <w:sz w:val="18"/>
        </w:rPr>
        <w:t>Sects in Islam December 21, 2008 · 5m 20s · at 16:50 · https://youtu.be/Y8C_ml3itz8?t=1010</w:t>
      </w:r>
    </w:p>
    <w:p>
      <w:r>
        <w:rPr>
          <w:i/>
        </w:rPr>
        <w:t>“Sahaba ke zamane mein firqe nahi bane, baad mein kyun bane”</w:t>
      </w:r>
    </w:p>
    <w:p>
      <w:r>
        <w:rPr>
          <w:sz w:val="20"/>
        </w:rPr>
        <w:t>16:50  to yeh baat mein kahunga ke sawal yeh hai ke jab Sahaba ke zamane mein yeh saare ikhtilaf, ikhtilaf ma'ni farq, differences maujood the, wahan par section nahi bane, fiqahiy school nahi bane, to baad ko fiqahiy school kyun banaye gaye?</w:t>
      </w:r>
      <w:r>
        <w:br/>
      </w:r>
      <w:r>
        <w:rPr>
          <w:sz w:val="20"/>
        </w:rPr>
        <w:t>17:09  yani fiqahiy school jo banaye gaye, alag alag Sahaba ke zamane mein nahi banaye gaye. Baad ko kyun banaye gaye?</w:t>
      </w:r>
      <w:r>
        <w:br/>
      </w:r>
      <w:r>
        <w:rPr>
          <w:sz w:val="20"/>
        </w:rPr>
        <w:t>17:18  jis tarah Sahaba ke zamane mein tha, waise hi baqi rehta. Yani inspired of all the differences, sab ek bane hue the. Yeh bahut zyada sochne ki baat hai ke fiqahiy school jin hadithon ko le kar bane, woh hadithein to bid'ati hadithein nahi thin, lekin alag alag fiqahiy school banana belashubah bid'at tha. Woh</w:t>
      </w:r>
      <w:r>
        <w:br/>
      </w:r>
      <w:r>
        <w:rPr>
          <w:sz w:val="20"/>
        </w:rPr>
        <w:t>17:42  yani fiqah ki categorization jo bid'at tha, woh agar che hadithein jo thin, woh apne aap maujood thin kitabon mein. To dekhiye, is masle par bahut si kitabein likhi gayi hain.</w:t>
      </w:r>
      <w:r>
        <w:br/>
      </w:r>
      <w:r>
        <w:rPr>
          <w:sz w:val="20"/>
        </w:rPr>
        <w:t>17:58  misal ke taur par ek kitab hai "Jami' Bayan al-'Ilm wa Fadlihi". Yeh kitab hai Ibn Abd al-Barr ki "Jami' Bayan al-'Ilm wa Fadlihi".</w:t>
      </w:r>
      <w:r>
        <w:br/>
      </w:r>
      <w:r>
        <w:rPr>
          <w:sz w:val="20"/>
        </w:rPr>
        <w:t>18:12  bahut detail se is masle ko liya hai unhon ne, sahih andaaz se. To dekhiye, jab yeh saamne aaya, yani Sahaba se jo riwayatein ikatthi ki gayin, mujhe yeh baat saamne aayi ke Rasool Allah ne different andaaz se namaz padhi hai.</w:t>
      </w:r>
      <w:r>
        <w:br/>
      </w:r>
      <w:r>
        <w:rPr>
          <w:sz w:val="20"/>
        </w:rPr>
        <w:t>18:33  to to us waqt sawal paida hua ke ab kya kiya jaye? To do raahein bani.</w:t>
      </w:r>
      <w:r>
        <w:br/>
      </w:r>
      <w:r>
        <w:rPr>
          <w:sz w:val="20"/>
        </w:rPr>
        <w:t>18:39  ek raah yeh thi ke "Al-haq la tata'addad". Haq ka hadd nahi ho sakta, yani ek hi tareeqa sahih hoga, baqi to phir galat hoga.</w:t>
      </w:r>
      <w:r>
        <w:br/>
      </w:r>
      <w:r>
        <w:rPr>
          <w:sz w:val="20"/>
        </w:rPr>
        <w:t>18:50  doosri raah yeh thi ke nahi, yeh hai tanawwu' ka maamla, yani diversity ka maamla. To jo bhi tum tareeqa ikhtiyar karo, woh sahih hoga.</w:t>
      </w:r>
      <w:r>
        <w:br/>
      </w:r>
      <w:r>
        <w:rPr>
          <w:sz w:val="20"/>
        </w:rPr>
        <w:t>19:02  aur is ki basis thi ek hadith par.</w:t>
      </w:r>
      <w:r>
        <w:br/>
      </w:r>
      <w:r>
        <w:rPr>
          <w:sz w:val="20"/>
        </w:rPr>
        <w:t>19:06  "Al-haq la tata'addad" to khud unhon ne nikala tha, fuqaha ne nikala tha ke haq sirf ek hoga, kai nahi hoga. Koi hadith nahi hai is qism ki. Lekin doosra jo maslak tha ke har ek ko ba taur tanawwu' ko lo, yani diversity ke taur par lo,</w:t>
      </w:r>
      <w:r>
        <w:br/>
      </w:r>
      <w:r>
        <w:rPr>
          <w:sz w:val="20"/>
        </w:rPr>
        <w:t>19:27  to is ki hadith, is ki basis hadithein maujood thin. Ek hadith hai ke aap ne farmaya, Rasool Allah sallallahu alaihi wasallam ne farmaya ke</w:t>
      </w:r>
      <w:r>
        <w:br/>
      </w:r>
      <w:r>
        <w:rPr>
          <w:sz w:val="20"/>
        </w:rPr>
        <w:t>19:39  aap ne farmaya ke "Ashabi kan-najoomu bi aihim-iqtadaytum".</w:t>
      </w:r>
      <w:r>
        <w:br/>
      </w:r>
      <w:r>
        <w:rPr>
          <w:sz w:val="20"/>
        </w:rPr>
        <w:t>19:49  mere Sahaba sitaron ke maanind hain. Un mein se jis ke jis ko tum itba' karoge, tum hidayat pa lo ge.</w:t>
      </w:r>
      <w:r>
        <w:br/>
      </w:r>
      <w:r>
        <w:rPr>
          <w:sz w:val="20"/>
        </w:rPr>
        <w:t>19:59  is kaam ka matlab yeh hai ke har tareeqa jo tha, apni jagah barabar tha.</w:t>
      </w:r>
      <w:r>
        <w:br/>
      </w:r>
      <w:r>
        <w:rPr>
          <w:sz w:val="20"/>
        </w:rPr>
        <w:t>20:06  har tareeqa barabar tha. "bi hum iqtidaa'i ijtidaa'i tum". is kaam ka matlab kya hua? yeh masla tanawwu' ka tha, diversity ka tha.</w:t>
      </w:r>
      <w:r>
        <w:br/>
      </w:r>
      <w:r>
        <w:rPr>
          <w:sz w:val="20"/>
        </w:rPr>
        <w:t>20:19  ismein ek iqsaani laane ki zaroorat nahi thi. ab mein isko mazeed detail karunga ke dekhiye, tamam sahaba ne bataya ke Rasool Allah ne paanch waqt namazein padhein:</w:t>
      </w:r>
      <w:r>
        <w:br/>
      </w:r>
      <w:r>
        <w:rPr>
          <w:sz w:val="20"/>
        </w:rPr>
        <w:t>20:33  fajr, zuhr, asr, maghrib, isha. tamam sahaba ne bataya ke aap ne fajr ki namaz do rakat padhi aur zuhr ki chaar, asr ki chaar, maghrib ki teen aur isha ki chaar.</w:t>
      </w:r>
      <w:r>
        <w:br/>
      </w:r>
      <w:r>
        <w:rPr>
          <w:sz w:val="20"/>
        </w:rPr>
        <w:t>20:48  ismein koi bhi ikhtilaf nahi hai. koi yeh nahi kehta ke Rasool Allah ne fajr ki namaz jo hai, woh teen rakat padhi aur maghrib ki namaz jo aap ne do rakat padhi.</w:t>
      </w:r>
      <w:r>
        <w:br/>
      </w:r>
      <w:r>
        <w:rPr>
          <w:sz w:val="20"/>
        </w:rPr>
        <w:t>21:02  to jin cheezon mein ikhtilaf tha, farq tha, woh basic nahi the. yaani ibaadat mein ek hai basic aur ek hai non-basic.</w:t>
      </w:r>
      <w:r>
        <w:br/>
      </w:r>
      <w:r>
        <w:rPr>
          <w:sz w:val="20"/>
        </w:rPr>
        <w:t>21:17  bas Allahu Akbar kehna, Allahu Akbar kehna basic hai. yaani baghair Allahu Akbar kiye hue aap namaz shuru nahi kar sakte. namaz jab shuru karte hain to aap kehte hain Allahu Akbar, lekin Allahu Akbar keh ke niyat kahan bandhein?</w:t>
      </w:r>
      <w:r>
        <w:br/>
      </w:r>
      <w:r>
        <w:rPr>
          <w:sz w:val="20"/>
        </w:rPr>
        <w:t>21:32  yeh basic mein nahi hai. kisi sahabi ne bataya ke aap ne namaz ya Allahu Akbar kehne ke baad yahan baandh li niyat.</w:t>
      </w:r>
      <w:r>
        <w:br/>
      </w:r>
      <w:r>
        <w:rPr>
          <w:sz w:val="20"/>
        </w:rPr>
        <w:t>21:40  kisi ne kaha ke aap ne yahan bhi niyat baandh li.</w:t>
      </w:r>
      <w:r>
        <w:br/>
      </w:r>
      <w:r>
        <w:rPr>
          <w:sz w:val="20"/>
        </w:rPr>
        <w:t>21:43  to kaha hai ke Allahu Akbar jo hai, ismein koi controversy nahi hai. isko kehna hai kehna hai. niyat kahan bandhein?</w:t>
      </w:r>
      <w:r>
        <w:br/>
      </w:r>
      <w:r>
        <w:rPr>
          <w:sz w:val="20"/>
        </w:rPr>
        <w:t>21:54  woh aap ki convenience par hai. yahan baandh dein, tab bhi theek hai. yahan baandh dein, tab bhi theek hai. to isi jo jo farq hain, jo ikhtilafat hain, woh sab non-basic mein hain.</w:t>
      </w:r>
      <w:r>
        <w:br/>
      </w:r>
      <w:r>
        <w:rPr>
          <w:sz w:val="20"/>
        </w:rPr>
        <w:t>22:07  basic mein koi ikhtilaf nahi hai.</w:t>
      </w:r>
    </w:p>
    <w:p>
      <w:pPr>
        <w:pStyle w:val="Heading2"/>
      </w:pPr>
      <w:r>
        <w:t>Moses' staff and Ummah's snakes</w:t>
      </w:r>
    </w:p>
    <w:p>
      <w:r>
        <w:rPr>
          <w:color w:val="666666"/>
          <w:sz w:val="18"/>
        </w:rPr>
        <w:t>The Straight Path October 30, 2011 Maulana Wahiduddin Khan · 5m 39s · at 14:01 · https://youtu.be/PKFHe82Jz58?t=841</w:t>
      </w:r>
    </w:p>
    <w:p>
      <w:r>
        <w:rPr>
          <w:i/>
        </w:rPr>
        <w:t>“Israili paighambar thay Hazrat Musa”</w:t>
      </w:r>
    </w:p>
    <w:p>
      <w:r>
        <w:rPr>
          <w:sz w:val="20"/>
        </w:rPr>
        <w:t>14:01  woh yeh ke quran mein bataya gaya hai ke</w:t>
      </w:r>
      <w:r>
        <w:br/>
      </w:r>
      <w:r>
        <w:rPr>
          <w:sz w:val="20"/>
        </w:rPr>
        <w:t>14:09  israili peghambar thay Hazrat Musa, woh Misr mein aaye. Misr mein us waqt qibti qaum thi, firoun ki hukumat thi,</w:t>
      </w:r>
      <w:r>
        <w:br/>
      </w:r>
      <w:r>
        <w:rPr>
          <w:sz w:val="20"/>
        </w:rPr>
        <w:t>14:23  in logon ka tareeqa shirk ka tareeqa tha. hazrat moosa toheed ke paighambar thay.</w:t>
      </w:r>
      <w:r>
        <w:br/>
      </w:r>
      <w:r>
        <w:rPr>
          <w:sz w:val="20"/>
        </w:rPr>
        <w:t>14:31  hazrat moosa ne in ke saamne, woh barah-e-raast firoun ke darbaar mein gaye, aur tamam darbaariyon ke saamne, aur firoun ke saamne, goya ke qibti qaum ke numainde wahan ikhatte thay.</w:t>
      </w:r>
      <w:r>
        <w:br/>
      </w:r>
      <w:r>
        <w:rPr>
          <w:sz w:val="20"/>
        </w:rPr>
        <w:t>14:49  darbaari kaun thay? qibti qaum ke numainde firoun tha, un ka head. to tamam ahle misr ko goya ke unhon ne toheed ka paigham diya.</w:t>
      </w:r>
      <w:r>
        <w:br/>
      </w:r>
      <w:r>
        <w:rPr>
          <w:sz w:val="20"/>
        </w:rPr>
        <w:t>15:05  to kya hua? aap jante hain ke firoun ne kaha ke tumhare paas koi saboot hai ke tum khuda ke paighambar ho? to un ke haath mein, jaisa ke aap jante hain, ek</w:t>
      </w:r>
      <w:r>
        <w:br/>
      </w:r>
      <w:r>
        <w:rPr>
          <w:sz w:val="20"/>
        </w:rPr>
        <w:t>15:16  ek asaa tha. asaa ko unhon ne daala. allah taala ne kaha tha hazrat moosa se: "tum asaa apna jab apna asaa daaloge to woh saamp ban jayega, ajdaha ban jayega." chunancha woh firoun ke saamne aur darbaariyon ke saamne ajdaha ban kar, saamp ban kar chalne laga.</w:t>
      </w:r>
      <w:r>
        <w:br/>
      </w:r>
      <w:r>
        <w:rPr>
          <w:sz w:val="20"/>
        </w:rPr>
        <w:t>15:40  quran mein do lafz aaye hain: "hiya" ek jagah hai, "faiza" hiya, "hiya-tad-dasa" ek jagah, "thubaan" ka lafz aaya hai, "faiza" hai, "thubaan mubeen".</w:t>
      </w:r>
      <w:r>
        <w:br/>
      </w:r>
      <w:r>
        <w:rPr>
          <w:sz w:val="20"/>
        </w:rPr>
        <w:t>15:51  thubaan kehte hain ajdehey ko, hiya kehte hain bade saamp ko.</w:t>
      </w:r>
      <w:r>
        <w:br/>
      </w:r>
      <w:r>
        <w:rPr>
          <w:sz w:val="20"/>
        </w:rPr>
        <w:t>15:59  to woh wahan par ek ek saamp ki shakal mein haasa jo tha, chalne laga idhar udhar. to woh log bohat khaufzada hue.</w:t>
      </w:r>
      <w:r>
        <w:br/>
      </w:r>
      <w:r>
        <w:rPr>
          <w:sz w:val="20"/>
        </w:rPr>
        <w:t>16:10  to unhon ne socha ke is ka koi tod kya hai? to is ka tod yeh un ke saamne aaya ke is waqt ka zamana jo misr ka tha, to wahan jadoo ka daur tha,</w:t>
      </w:r>
      <w:r>
        <w:br/>
      </w:r>
      <w:r>
        <w:rPr>
          <w:sz w:val="20"/>
        </w:rPr>
        <w:t>16:24  majician hua karte thay wahan par.</w:t>
      </w:r>
      <w:r>
        <w:br/>
      </w:r>
      <w:r>
        <w:rPr>
          <w:sz w:val="20"/>
        </w:rPr>
        <w:t>16:29  to unhon ne kaha ke theek hai, hum tum ko dawat dete hain ke tum ek din muqarrar karo, wahan apna yeh dikhao.</w:t>
      </w:r>
      <w:r>
        <w:br/>
      </w:r>
      <w:r>
        <w:rPr>
          <w:sz w:val="20"/>
        </w:rPr>
        <w:t>16:39  woh samajhte thay yeh koi kartab hai. to wahan par ek un ka din hua karta tha, qaumi din.</w:t>
      </w:r>
      <w:r>
        <w:br/>
      </w:r>
      <w:r>
        <w:rPr>
          <w:sz w:val="20"/>
        </w:rPr>
        <w:t>16:50  woh qaumi din tay hua</w:t>
      </w:r>
      <w:r>
        <w:br/>
      </w:r>
      <w:r>
        <w:rPr>
          <w:sz w:val="20"/>
        </w:rPr>
        <w:t>16:54  to saare misr se bade bade jo majician thay, bade jadoogar thay, woh bulaye gaye</w:t>
      </w:r>
      <w:r>
        <w:br/>
      </w:r>
      <w:r>
        <w:rPr>
          <w:sz w:val="20"/>
        </w:rPr>
        <w:t>17:03  is maidan mein aur bohat se tamashai wahan ikhattha hue. jaise aap jante hain ke jab india mein cricket hota hai to beshumar tamashai wahan stadium mein jama ho jate hain.</w:t>
      </w:r>
      <w:r>
        <w:br/>
      </w:r>
      <w:r>
        <w:rPr>
          <w:sz w:val="20"/>
        </w:rPr>
        <w:t>17:19  to wahan firoun bhi tha, majician bhi thay aur tamashai bhi. phir wahan par hazrat moosa aaye apne bhai haroon ke saath.</w:t>
      </w:r>
      <w:r>
        <w:br/>
      </w:r>
      <w:r>
        <w:rPr>
          <w:sz w:val="20"/>
        </w:rPr>
        <w:t>17:32  unhon ne apna asaa, unhon ne poocha jadoogaron se ke pehle tum daaloge ke pehle hum daalein?</w:t>
      </w:r>
      <w:r>
        <w:br/>
      </w:r>
      <w:r>
        <w:rPr>
          <w:sz w:val="20"/>
        </w:rPr>
        <w:t>17:44  to yeh tay hua ke pehle jadoogar daale apna.</w:t>
      </w:r>
      <w:r>
        <w:br/>
      </w:r>
      <w:r>
        <w:rPr>
          <w:sz w:val="20"/>
        </w:rPr>
        <w:t>17:49  to jadoogaron ne apna rassi aur haath lakri un ke haathon mein thi, us ko daal diya maidan mein. to woh logon ko laga ke sab bohat saare saamp hain jo maidan mein ghoom rahe hain, daud rahe hain.</w:t>
      </w:r>
      <w:r>
        <w:br/>
      </w:r>
      <w:r>
        <w:rPr>
          <w:sz w:val="20"/>
        </w:rPr>
        <w:t>18:05  un ke un ke un ke laathiyan, un ki rassiyan jo hain, dekhne walon ko saamp nazar aane lagay.</w:t>
      </w:r>
      <w:r>
        <w:br/>
      </w:r>
      <w:r>
        <w:rPr>
          <w:sz w:val="20"/>
        </w:rPr>
        <w:t>18:19  to yeh aisa manzar tha. khud hazrat moosa bhi is ko dekh kar ke.</w:t>
      </w:r>
      <w:r>
        <w:br/>
      </w:r>
      <w:r>
        <w:rPr>
          <w:sz w:val="20"/>
        </w:rPr>
        <w:t>18:29  to allah taala ne kaha ke aye moosa, la takhaf, mat daro,</w:t>
      </w:r>
      <w:r>
        <w:br/>
      </w:r>
      <w:r>
        <w:rPr>
          <w:sz w:val="20"/>
        </w:rPr>
        <w:t>18:41  apna asaa daal do.</w:t>
      </w:r>
      <w:r>
        <w:br/>
      </w:r>
      <w:r>
        <w:rPr>
          <w:sz w:val="20"/>
        </w:rPr>
        <w:t>18:46  to moosa ne apna asaa daal diya.</w:t>
      </w:r>
      <w:r>
        <w:br/>
      </w:r>
      <w:r>
        <w:rPr>
          <w:sz w:val="20"/>
        </w:rPr>
        <w:t>18:51  to woh asaa jab ghuma maidan mein to quran mein aata hai ke "faiza" ya "talqaf" ma yafiqoon.</w:t>
      </w:r>
      <w:r>
        <w:br/>
      </w:r>
      <w:r>
        <w:rPr>
          <w:sz w:val="20"/>
        </w:rPr>
        <w:t>19:02  jo jo unhon ne dala tha, sab ko nigal gaya. woh</w:t>
      </w:r>
      <w:r>
        <w:br/>
      </w:r>
      <w:r>
        <w:rPr>
          <w:sz w:val="20"/>
        </w:rPr>
        <w:t>19:09  jadoogaron ne jo cheezen dali theen, jo logon ko nazar aata tha ke saanp hain,</w:t>
      </w:r>
      <w:r>
        <w:br/>
      </w:r>
      <w:r>
        <w:rPr>
          <w:sz w:val="20"/>
        </w:rPr>
        <w:t>19:19  to Hazrat Musa ka jo asaa tha, woh ajdaha ban gaya, bohat bara saanp, woh sab ko nigal gaya.</w:t>
      </w:r>
      <w:r>
        <w:br/>
      </w:r>
      <w:r>
        <w:rPr>
          <w:sz w:val="20"/>
        </w:rPr>
        <w:t>19:29  ab dekhiye, main main jab socha to main dard tarp utha ke yeh jo ummat Muslima hai, jo apne ko kehti hai ke hum khair ummat hain,</w:t>
      </w:r>
    </w:p>
    <w:p>
      <w:pPr>
        <w:pStyle w:val="Heading2"/>
      </w:pPr>
      <w:r>
        <w:t>Bradley's 'scientific religion' and Islam as natural religion</w:t>
      </w:r>
    </w:p>
    <w:p>
      <w:r>
        <w:rPr>
          <w:color w:val="666666"/>
          <w:sz w:val="18"/>
        </w:rPr>
        <w:t>Revival of Islam November 7, 2010 · 5m 51s · at 10:18 · https://youtu.be/-aRS72WUTR8?t=618</w:t>
      </w:r>
    </w:p>
    <w:p>
      <w:r>
        <w:rPr>
          <w:i/>
        </w:rPr>
        <w:t>“Ek British philosopher tha, uska naam Bradley, uska intiqal 1924 mein hua”</w:t>
      </w:r>
    </w:p>
    <w:p>
      <w:r>
        <w:rPr>
          <w:sz w:val="20"/>
        </w:rPr>
        <w:t>10:18  to is ka inteqal hua 19 24 mein. ajeeb baat hai ke 1924 mein meri paidaish hui, is sal is ki death hui.</w:t>
      </w:r>
      <w:r>
        <w:br/>
      </w:r>
      <w:r>
        <w:rPr>
          <w:sz w:val="20"/>
        </w:rPr>
        <w:t>10:30  to is ki aik kitab hai: "appearance and reality". is kitab ka aik chapter hai jis ka title hai "scientific religion".</w:t>
      </w:r>
      <w:r>
        <w:br/>
      </w:r>
      <w:r>
        <w:rPr>
          <w:sz w:val="20"/>
        </w:rPr>
        <w:t>10:44  to is kitab mein woh batata hai ke insan ko religion ki zaroorat hai, lekin jo traditional religion hamare paas hai, is ki zaroorat nahi hai.</w:t>
      </w:r>
      <w:r>
        <w:br/>
      </w:r>
      <w:r>
        <w:rPr>
          <w:sz w:val="20"/>
        </w:rPr>
        <w:t>10:57  scientific religion ki zaroorat hai.</w:t>
      </w:r>
      <w:r>
        <w:br/>
      </w:r>
      <w:r>
        <w:rPr>
          <w:sz w:val="20"/>
        </w:rPr>
        <w:t>11:01  scientific religion ka matlab kya hai? woh mazhab jo aaj ke norm par stand kare, aaj ke standard par woh apne ko relevant sabit kare.</w:t>
      </w:r>
      <w:r>
        <w:br/>
      </w:r>
      <w:r>
        <w:rPr>
          <w:sz w:val="20"/>
        </w:rPr>
        <w:t>11:15  yani scientific age mein jo norm paida hui hain, scientific age mein jo standard bana hai, jo thinking aai hai, is par jo stand kare, jo is ko is mein apna relevant sabit kar sake, is ki zaroorat hai.</w:t>
      </w:r>
      <w:r>
        <w:br/>
      </w:r>
      <w:r>
        <w:rPr>
          <w:sz w:val="20"/>
        </w:rPr>
        <w:t>11:34  to is ko woh kehta hai "scientific religion". mein yeh kahoon ga ke scientific religion ka lafz jo hai, thora mis leading hai.</w:t>
      </w:r>
      <w:r>
        <w:br/>
      </w:r>
      <w:r>
        <w:rPr>
          <w:sz w:val="20"/>
        </w:rPr>
        <w:t>11:46  scientific religion koi cheez nahi hoti, natural religion. yani Allah ne nature ko banaya, Allah ne is dunya ko create kiya apne qanoon ke mutabiq. natural laws hain,</w:t>
      </w:r>
      <w:r>
        <w:br/>
      </w:r>
      <w:r>
        <w:rPr>
          <w:sz w:val="20"/>
        </w:rPr>
        <w:t>12:02  eternal nahi woh. to Khuda ke creation plan ke mutabiq jo eternal laws hain, jo is par stand kare, woh mazhab chahiye.</w:t>
      </w:r>
      <w:r>
        <w:br/>
      </w:r>
      <w:r>
        <w:rPr>
          <w:sz w:val="20"/>
        </w:rPr>
        <w:t>12:13  isi ko hum aaj scientific, scientific science kehte hain. isi ko science kya hai? science darasal naam hai nature ke mein chhpe hue jo laws hain, un ko daryaft karna.</w:t>
      </w:r>
      <w:r>
        <w:br/>
      </w:r>
      <w:r>
        <w:rPr>
          <w:sz w:val="20"/>
        </w:rPr>
        <w:t>12:28  bas science koi god made cheez nahi hai, hargiz nahi. science to god made hai.</w:t>
      </w:r>
      <w:r>
        <w:br/>
      </w:r>
      <w:r>
        <w:rPr>
          <w:sz w:val="20"/>
        </w:rPr>
        <w:t>12:41  yani nature mein jo Khuda ne qanoon rakhe thay, isi ko daryaft karna. misaal ke taur par nature par rakha tha Allah ta'ala ne ke pani ko aik khaas degree tak agar heat di jaye to kya hoga?</w:t>
      </w:r>
      <w:r>
        <w:br/>
      </w:r>
      <w:r>
        <w:rPr>
          <w:sz w:val="20"/>
        </w:rPr>
        <w:t>13:00  is mein</w:t>
      </w:r>
      <w:r>
        <w:br/>
      </w:r>
      <w:r>
        <w:rPr>
          <w:sz w:val="20"/>
        </w:rPr>
        <w:t>13:04  steam power ban jaye gi. yani is ke molecule disintegrate ho kar urrne lagen ge. molecule ka disintegration jo hai, yahi paida karta hai is cheez ko, jis ko aap kehte hain "steam power".</w:t>
      </w:r>
      <w:r>
        <w:br/>
      </w:r>
      <w:r>
        <w:rPr>
          <w:sz w:val="20"/>
        </w:rPr>
        <w:t>13:20  yeh nature mein maujood tha to is ko daryaft kiya. aisi hazaron hazar cheezein hain jin ko science ne daryaft kiya.</w:t>
      </w:r>
      <w:r>
        <w:br/>
      </w:r>
      <w:r>
        <w:rPr>
          <w:sz w:val="20"/>
        </w:rPr>
        <w:t>13:30  to jo cheez, jo cheez already nature mein exist kar rahi thi, usi ki discover karne ka naam hai science. bas yeh zyada aur kuch nahi.</w:t>
      </w:r>
      <w:r>
        <w:br/>
      </w:r>
      <w:r>
        <w:rPr>
          <w:sz w:val="20"/>
        </w:rPr>
        <w:t>13:40  to mein yeh kahoon ga ke Islam jo hai, jo saatvi sadi mein aaya, woh is sense mein scientific religion tha. yani woh scientific religion is sense mein ke woh nature par base karta tha.</w:t>
      </w:r>
      <w:r>
        <w:br/>
      </w:r>
      <w:r>
        <w:rPr>
          <w:sz w:val="20"/>
        </w:rPr>
        <w:t>13:54  jo eternal laws hain, divine laws, eternally,</w:t>
      </w:r>
      <w:r>
        <w:br/>
      </w:r>
      <w:r>
        <w:rPr>
          <w:sz w:val="20"/>
        </w:rPr>
        <w:t>14:01  woh hi tha Islam. Islam koi aur cheez ka naam nahi tha.</w:t>
      </w:r>
      <w:r>
        <w:br/>
      </w:r>
      <w:r>
        <w:rPr>
          <w:sz w:val="20"/>
        </w:rPr>
        <w:t>14:07  yani scientific religion jis ko kaha hai bradley ne, aino wohi tha Islam jis ko hum kehte hain "fitri mazhab". fitri, fitri mazhab.</w:t>
      </w:r>
      <w:r>
        <w:br/>
      </w:r>
      <w:r>
        <w:rPr>
          <w:sz w:val="20"/>
        </w:rPr>
        <w:t>14:22  ab is mein dekhiye, Islam aaya 7th century mein, saatvi sadi isvi mein.</w:t>
      </w:r>
      <w:r>
        <w:br/>
      </w:r>
      <w:r>
        <w:rPr>
          <w:sz w:val="20"/>
        </w:rPr>
        <w:t>14:28  us waqt ka zamaney mein science ki discovery nahi hui thi. us waqt ka zamanah jo tha, superstition par base karta tha.</w:t>
      </w:r>
      <w:r>
        <w:br/>
      </w:r>
      <w:r>
        <w:rPr>
          <w:sz w:val="20"/>
        </w:rPr>
        <w:t>14:38  sab cheezein jo hain, superstition, superstition, superstition, to hum ut. to hum ut ke tehat jo riwayat bani thi, to hum ut ke tehat jo culture bana tha, us mein insan jeeta tha.</w:t>
      </w:r>
      <w:r>
        <w:br/>
      </w:r>
      <w:r>
        <w:rPr>
          <w:sz w:val="20"/>
        </w:rPr>
        <w:t>14:54  is zaman ےmein quran ne ek aisa deen pesh kiya jo mustaqbil tak ko cover kar raha tha.</w:t>
      </w:r>
      <w:r>
        <w:br/>
      </w:r>
      <w:r>
        <w:rPr>
          <w:sz w:val="20"/>
        </w:rPr>
        <w:t>15:04  yani scientific door ko cover kar raha tha. kyun ke woh nature par base karta tha, woh fitri mazhab tha. fitri mazhab hone ki wajah se woh mustaqbil ko, future ko cover kar raha tha.</w:t>
      </w:r>
      <w:r>
        <w:br/>
      </w:r>
      <w:r>
        <w:rPr>
          <w:sz w:val="20"/>
        </w:rPr>
        <w:t>15:18  lekin hua kya?</w:t>
      </w:r>
      <w:r>
        <w:br/>
      </w:r>
      <w:r>
        <w:rPr>
          <w:sz w:val="20"/>
        </w:rPr>
        <w:t>15:20  rasool allah ke baad aur sahaba kiram ke baad zamani halaat wahin, wahin chha gaye.</w:t>
      </w:r>
      <w:r>
        <w:br/>
      </w:r>
      <w:r>
        <w:rPr>
          <w:sz w:val="20"/>
        </w:rPr>
        <w:t>15:30  zamani halaat ne prevail kiya aur islam ki jo original teaching thi, islam ki jo islahat thi, woh zamane mein na aakar ke zamana apne rawaiti riwaj par chalta raha.</w:t>
      </w:r>
      <w:r>
        <w:br/>
      </w:r>
      <w:r>
        <w:rPr>
          <w:sz w:val="20"/>
        </w:rPr>
        <w:t>15:46  yeh yeh hua .</w:t>
      </w:r>
      <w:r>
        <w:br/>
      </w:r>
      <w:r>
        <w:rPr>
          <w:sz w:val="20"/>
        </w:rPr>
        <w:t>15:49  ijtihad ke maani kya hain? keh hum islam ko zinda karein. beech mein jo rawaiti door chha gaya, us ko hta kar ke phir se is islam ko zinda karein jo fitri mazhab hai aur woh bilkul alfaaz mein scientific religion hai.</w:t>
      </w:r>
    </w:p>
    <w:p>
      <w:pPr>
        <w:pStyle w:val="Heading2"/>
      </w:pPr>
      <w:r>
        <w:t>Every hardship hides an opportunity, Prophet's Kaaba strategy</w:t>
      </w:r>
    </w:p>
    <w:p>
      <w:r>
        <w:rPr>
          <w:color w:val="666666"/>
          <w:sz w:val="18"/>
        </w:rPr>
        <w:t>The Role of Islam in Personality Development March 13, 2011 · 4m 35s · at 34:12 · https://youtu.be/jQP07IZoEy0?t=2052</w:t>
      </w:r>
    </w:p>
    <w:p>
      <w:r>
        <w:rPr>
          <w:i/>
        </w:rPr>
        <w:t>“Har hardship ke saath ease hai, Quran ki aayat”</w:t>
      </w:r>
    </w:p>
    <w:p>
      <w:r>
        <w:rPr>
          <w:sz w:val="20"/>
        </w:rPr>
        <w:t>34:12  to Quran mein raaz hayat hai. Quran mein yeh bataya gaya hai ke how to achieve a peaceful life. how to achieve a successful life.</w:t>
      </w:r>
      <w:r>
        <w:br/>
      </w:r>
      <w:r>
        <w:rPr>
          <w:sz w:val="20"/>
        </w:rPr>
        <w:t>34:24  yeh sab bataya gaya hai.</w:t>
      </w:r>
      <w:r>
        <w:br/>
      </w:r>
      <w:r>
        <w:rPr>
          <w:sz w:val="20"/>
        </w:rPr>
        <w:t>34:26  misal ke taur par main aapko ek misal deta hoon ke Quran ki ek ayat hai innama'al 'usri yusra. innama'al 'usri yusra. wid awri hard ship there is.</w:t>
      </w:r>
      <w:r>
        <w:br/>
      </w:r>
      <w:r>
        <w:rPr>
          <w:sz w:val="20"/>
        </w:rPr>
        <w:t>34:41  with every hard ship there is ease. iska matlab kya hai? socho jab sochenge to maloom hoga matlab kya hai. sochna padta hai.</w:t>
      </w:r>
      <w:r>
        <w:br/>
      </w:r>
      <w:r>
        <w:rPr>
          <w:sz w:val="20"/>
        </w:rPr>
        <w:t>34:53  iska matlab hai with every problem there are opportunities. yaani jab aap koi problem aaye aapko to wohi ek ek nayi opportunity hogi.</w:t>
      </w:r>
      <w:r>
        <w:br/>
      </w:r>
      <w:r>
        <w:rPr>
          <w:sz w:val="20"/>
        </w:rPr>
        <w:t>35:05  yaani ek cheez aapne khodi, ek problem aap face kar rahe hain to aap socho to wohin par maloom hoga ke ek nayi opportunity hai. yeh hai bayan is hasti ka jisne duniya ko banaya hai.</w:t>
      </w:r>
      <w:r>
        <w:br/>
      </w:r>
      <w:r>
        <w:rPr>
          <w:sz w:val="20"/>
        </w:rPr>
        <w:t>35:21  iska matlab kya hua?</w:t>
      </w:r>
      <w:r>
        <w:br/>
      </w:r>
      <w:r>
        <w:rPr>
          <w:sz w:val="20"/>
        </w:rPr>
        <w:t>35:23  ke law of nature hai. yeh law of nature hai. yaani it is the law of nature that with every problem there are opportunities.</w:t>
      </w:r>
      <w:r>
        <w:br/>
      </w:r>
      <w:r>
        <w:rPr>
          <w:sz w:val="20"/>
        </w:rPr>
        <w:t>35:34  ab aapne isko padha to kya hoga? aapke andar ek confidence aayega, ek yaqeen aayega. jab aap koi problem face karenge to foran aapko yeh ayat yaad aayegi</w:t>
      </w:r>
      <w:r>
        <w:br/>
      </w:r>
      <w:r>
        <w:rPr>
          <w:sz w:val="20"/>
        </w:rPr>
        <w:t>35:46  ke theek hai, problem hai to ho, hum to hma par opportunity ko talash kareinge. aur phir aap ek opportunity painge wohan par. iski misaal mein rasool Allah ki zindagi mein deta hoon aap ko. bohat hi, bohat hi ziyada anokhi misaal ke rasool Allah (SAW) makay mein 610 isvi mein sirf Hazrat Adam mein aap ne apna mission shuru kiya.</w:t>
      </w:r>
      <w:r>
        <w:br/>
      </w:r>
      <w:r>
        <w:rPr>
          <w:sz w:val="20"/>
        </w:rPr>
        <w:t>36:12  us waqt makay mein jo kaaba tha,</w:t>
      </w:r>
      <w:r>
        <w:br/>
      </w:r>
      <w:r>
        <w:rPr>
          <w:sz w:val="20"/>
        </w:rPr>
        <w:t>36:17  jo holiest place tha, wohan kaaba is mein unho ne but, sankron but rakh diye thay. sankron but to zahir hai ke problem tha, yeh bohat bara problem.</w:t>
      </w:r>
      <w:r>
        <w:br/>
      </w:r>
      <w:r>
        <w:rPr>
          <w:sz w:val="20"/>
        </w:rPr>
        <w:t>36:33  yani kaaba jo banaya gaya tha, yani tauheed ke liye, ek Khuda ki parastish ke liye, is mein but hi but bhare hue hain aur wohan but parasti ho rahi hai.</w:t>
      </w:r>
      <w:r>
        <w:br/>
      </w:r>
      <w:r>
        <w:rPr>
          <w:sz w:val="20"/>
        </w:rPr>
        <w:t>36:47  log aate hain, daily, daily aate hain. aap ne kya kiya? aap ne wohan par principle of dealing, dealing policy ikhtiyar kiya.</w:t>
      </w:r>
      <w:r>
        <w:br/>
      </w:r>
      <w:r>
        <w:rPr>
          <w:sz w:val="20"/>
        </w:rPr>
        <w:t>36:58  bohat hi ajeebo ghareeb baat hai yeh. dealing policy. yani aap ne dealing kiya buton ki maujoodgi ko aur doosri taraf assembly jo hoti thi, us ko.</w:t>
      </w:r>
      <w:r>
        <w:br/>
      </w:r>
      <w:r>
        <w:rPr>
          <w:sz w:val="20"/>
        </w:rPr>
        <w:t>37:10  that was dealing linking policy. yani kaaba mein buton ki maujoodgi ek cheez thi. doosri taraf unhi, unhi buton ki wajah se wohan par assembly hoti thi.</w:t>
      </w:r>
      <w:r>
        <w:br/>
      </w:r>
      <w:r>
        <w:rPr>
          <w:sz w:val="20"/>
        </w:rPr>
        <w:t>37:21  rozana log aate thay. to us ko phir to audience aap ne istemal kiya.</w:t>
      </w:r>
      <w:r>
        <w:br/>
      </w:r>
      <w:r>
        <w:rPr>
          <w:sz w:val="20"/>
        </w:rPr>
        <w:t>37:28  audience ke taur par. yani buton ko avoid kiya. buton ki maujoodgi ko avoid kiya. aur jo wohan log ikhatte hote thay, un ko as an audience aap ne istemal kiya.</w:t>
      </w:r>
      <w:r>
        <w:br/>
      </w:r>
      <w:r>
        <w:rPr>
          <w:sz w:val="20"/>
        </w:rPr>
        <w:t>37:41  to to aap ne kya kiya? rozana aap jaate thay, aap buton ke bare mein kuch nahi kehte thay. aur Quran parh ke sunate thay logon ko. Quran jo hai, bohat hi ziyada powerful language mein hai.</w:t>
      </w:r>
      <w:r>
        <w:br/>
      </w:r>
      <w:r>
        <w:rPr>
          <w:sz w:val="20"/>
        </w:rPr>
        <w:t>37:54  Quran ki language bohat hi powerful hai.</w:t>
      </w:r>
      <w:r>
        <w:br/>
      </w:r>
      <w:r>
        <w:rPr>
          <w:sz w:val="20"/>
        </w:rPr>
        <w:t>37:57  is se ziyada powerful language dunya mein kisi kitab ki nahi hai. to woh log to zahir hai ke, yani un ki understanding thi Arabic.</w:t>
      </w:r>
      <w:r>
        <w:br/>
      </w:r>
      <w:r>
        <w:rPr>
          <w:sz w:val="20"/>
        </w:rPr>
        <w:t>38:07  un logon ke jo wohan ikhatte hote thay. to jab Quran parhte thay Rasool Allah (SAW), to sab log bilkul hairan sunte thay, hairaan ho kar.</w:t>
      </w:r>
      <w:r>
        <w:br/>
      </w:r>
      <w:r>
        <w:rPr>
          <w:sz w:val="20"/>
        </w:rPr>
        <w:t>38:17  jo kehte hain na, pandra afsilence ho jata tha wohan par. ek ek aadmi bilkul sunne lagta tha. kyun ke is bohat hi strang language is ki hai.</w:t>
      </w:r>
      <w:r>
        <w:br/>
      </w:r>
      <w:r>
        <w:rPr>
          <w:sz w:val="20"/>
        </w:rPr>
        <w:t>38:27  yeh thi aur dealing policy. yeh kahan se liya aap ne? is ayat se. ke jahan par problem hai, wohin opportunity bhi hai.</w:t>
      </w:r>
      <w:r>
        <w:br/>
      </w:r>
      <w:r>
        <w:rPr>
          <w:sz w:val="20"/>
        </w:rPr>
        <w:t>38:39  to problem ko avoid karo. opportunity ko discover karke us ko avail karo. ab batao, kitni bari baat Quran majeed mein hai yeh.</w:t>
      </w:r>
    </w:p>
    <w:p>
      <w:pPr>
        <w:pStyle w:val="Heading2"/>
      </w:pPr>
      <w:r>
        <w:t>Political movement for God's rule is wrong</w:t>
      </w:r>
    </w:p>
    <w:p>
      <w:r>
        <w:rPr>
          <w:color w:val="666666"/>
          <w:sz w:val="18"/>
        </w:rPr>
        <w:t>Dars-e-Quran, Chapter 2, Verse 60 April 08, 2018 · 4m 01s · at 5:26 · https://youtu.be/0ACymzsx8vI?t=326</w:t>
      </w:r>
    </w:p>
    <w:p>
      <w:r>
        <w:rPr>
          <w:i/>
        </w:rPr>
        <w:t>“تو دیکھیں، یہ جو آیت پڑھی آپ کے سامنے”</w:t>
      </w:r>
    </w:p>
    <w:p>
      <w:r>
        <w:rPr>
          <w:sz w:val="20"/>
        </w:rPr>
        <w:t>5:26  to dekhen, yeh jo aayat padhi aap ke samne, yeh new testament ki aayat hai, jis mein masih kehte hain ke tum dua kiya karo "kingdom of god" ke liye,</w:t>
      </w:r>
      <w:r>
        <w:br/>
      </w:r>
      <w:r>
        <w:rPr>
          <w:sz w:val="20"/>
        </w:rPr>
        <w:t>5:41  "kingdom of god" ke liye dua kiya karo ke jis tarah se tera hukum chalta hai aasmanon mein, waise hi zameen mein chale.</w:t>
      </w:r>
      <w:r>
        <w:br/>
      </w:r>
      <w:r>
        <w:rPr>
          <w:sz w:val="20"/>
        </w:rPr>
        <w:t>5:53  to yeh jo dua karo jo hai, bohat important hai.</w:t>
      </w:r>
      <w:r>
        <w:br/>
      </w:r>
      <w:r>
        <w:rPr>
          <w:sz w:val="20"/>
        </w:rPr>
        <w:t>5:59  yaani rule of god jo hai, woh dua ka subject hai, woh political movement chalayen, iska subject nahi hai.</w:t>
      </w:r>
      <w:r>
        <w:br/>
      </w:r>
      <w:r>
        <w:rPr>
          <w:sz w:val="20"/>
        </w:rPr>
        <w:t>6:11  bohat anokhi baat meri samajh mein aayi.</w:t>
      </w:r>
      <w:r>
        <w:br/>
      </w:r>
      <w:r>
        <w:rPr>
          <w:sz w:val="20"/>
        </w:rPr>
        <w:t>6:17  aap movement chalayen ke hamein jihad karna hai, hamein marna hai, hamein yeh karna hai, aur hamein rule of god qaim karna hai duniya mein, establish karna hai.</w:t>
      </w:r>
      <w:r>
        <w:br/>
      </w:r>
      <w:r>
        <w:rPr>
          <w:sz w:val="20"/>
        </w:rPr>
        <w:t>6:31  yeh iska subject hi nahi hai, woh "an al hukm illa lillah" quran mein bhi hai, "an al hukm illa lillah".</w:t>
      </w:r>
      <w:r>
        <w:br/>
      </w:r>
      <w:r>
        <w:rPr>
          <w:sz w:val="20"/>
        </w:rPr>
        <w:t>6:41  lekin bible ke jo wording hai, usko le kar aap samjhen quran ke is hukum ko, to is mein ek cheez include ho jayegi ke dua karo.</w:t>
      </w:r>
      <w:r>
        <w:br/>
      </w:r>
      <w:r>
        <w:rPr>
          <w:sz w:val="20"/>
        </w:rPr>
        <w:t>6:56  kaisi ajeeb baat hai!</w:t>
      </w:r>
      <w:r>
        <w:br/>
      </w:r>
      <w:r>
        <w:rPr>
          <w:sz w:val="20"/>
        </w:rPr>
        <w:t>6:58  dua karo ka matlab hai ke peaceful parchar, peaceful andaaz mein logon ko batana.</w:t>
      </w:r>
      <w:r>
        <w:br/>
      </w:r>
      <w:r>
        <w:rPr>
          <w:sz w:val="20"/>
        </w:rPr>
        <w:t>7:08  to yeh nahi hai ke jihad karo, maro, kaato, aur politically isko establish karo, yeh hai hi nahi. ek peaceful movement ke insaan</w:t>
      </w:r>
      <w:r>
        <w:br/>
      </w:r>
      <w:r>
        <w:rPr>
          <w:sz w:val="20"/>
        </w:rPr>
        <w:t>7:23  god almighty ko maane, woh iska,</w:t>
      </w:r>
      <w:r>
        <w:br/>
      </w:r>
      <w:r>
        <w:rPr>
          <w:sz w:val="20"/>
        </w:rPr>
        <w:t>7:31  usko, iska aage surrender kare,</w:t>
      </w:r>
      <w:r>
        <w:br/>
      </w:r>
      <w:r>
        <w:rPr>
          <w:sz w:val="20"/>
        </w:rPr>
        <w:t>7:39  apne aap ko iske marzi pe chalaye, iska parchar karna hai. to yeh ek peaceful movement hai, yeh establish karne ka politically,</w:t>
      </w:r>
      <w:r>
        <w:br/>
      </w:r>
      <w:r>
        <w:rPr>
          <w:sz w:val="20"/>
        </w:rPr>
        <w:t>7:56  woh hai hi nahi. politically establish karna iska target hi nahi. kaisi ajeeb baat hai!</w:t>
      </w:r>
      <w:r>
        <w:br/>
      </w:r>
      <w:r>
        <w:rPr>
          <w:sz w:val="20"/>
        </w:rPr>
        <w:t>8:08  kaisi ajeeb baat hai! yaani jo hukum quran ka aap ko peaceful mission deta hai, usko aap ne kar diya ladai ka mission.</w:t>
      </w:r>
      <w:r>
        <w:br/>
      </w:r>
      <w:r>
        <w:rPr>
          <w:sz w:val="20"/>
        </w:rPr>
        <w:t>8:22  kyunke woh jo shuru mein jo hai, dua karo, yeh yeh aap ne wahan se liya nahi. yaani ek part is hukum ka bible mein tha, Hazrat masih ke waaz mein ke tum yun dua kiya karo, yaani</w:t>
      </w:r>
      <w:r>
        <w:br/>
      </w:r>
      <w:r>
        <w:rPr>
          <w:sz w:val="20"/>
        </w:rPr>
        <w:t>8:43  peaceful tareeqe se iske liye parchar karo, logon ko batao. to aaj mera thought of the day yeh hai, yaani subah ko utha mein to yeh yaad aaya mujhe, to meri samajh mein aaya ke jo log hukumat ilahiya ke naam se political movement chalate hain, jihad ka naara dete hain,</w:t>
      </w:r>
      <w:r>
        <w:br/>
      </w:r>
      <w:r>
        <w:rPr>
          <w:sz w:val="20"/>
        </w:rPr>
        <w:t>9:08  woh bilkul galat, ghalati par hain. woh</w:t>
      </w:r>
      <w:r>
        <w:br/>
      </w:r>
      <w:r>
        <w:rPr>
          <w:sz w:val="20"/>
        </w:rPr>
        <w:t>9:14  unhein pyar mohabbat ka mission chalana chahiye, kyunke aadmi ka dil badalta hai pyar mohabbat se, jihad se nahi badalta.</w:t>
      </w:r>
    </w:p>
    <w:p>
      <w:pPr>
        <w:pStyle w:val="Heading2"/>
      </w:pPr>
      <w:r>
        <w:t>Palestine's history: from full Muslim control to 95% loss</w:t>
      </w:r>
    </w:p>
    <w:p>
      <w:r>
        <w:rPr>
          <w:color w:val="666666"/>
          <w:sz w:val="18"/>
        </w:rPr>
        <w:t>Divine Law of Success October 14, 2012 · 3m 58s · at 10:28 · https://youtu.be/GdbQzSNdf70?t=628</w:t>
      </w:r>
    </w:p>
    <w:p>
      <w:r>
        <w:rPr>
          <w:i/>
        </w:rPr>
        <w:t>“موجودہ دنیا میں سب سے بڑا جو کیس ہے مسلمانوں کا، وہ ہے فلسطین کا کیس”</w:t>
      </w:r>
    </w:p>
    <w:p>
      <w:r>
        <w:rPr>
          <w:sz w:val="20"/>
        </w:rPr>
        <w:t>10:28  maujud duniya mein sab se bada jo case hai musalmanon ka, woh hai Palestine ka case. sab se bada. saare musalmanon ke jazbat is se jure hue hain.</w:t>
      </w:r>
      <w:r>
        <w:br/>
      </w:r>
      <w:r>
        <w:rPr>
          <w:sz w:val="20"/>
        </w:rPr>
        <w:t>10:41  saare musalmanon ka ta'awun is is se wabasta hai. pichhle 60 saal mein 10 trillion dollar se zyada kharch kiya ja chuka hai Palestine ke muhaaz par.</w:t>
      </w:r>
      <w:r>
        <w:br/>
      </w:r>
      <w:r>
        <w:rPr>
          <w:sz w:val="20"/>
        </w:rPr>
        <w:t>10:55  to saare musalmanon ka. main jab chhota tha, tab maine ek ek megazine dekha, is mein masjid aqsa ki tasveer bani hui thi.</w:t>
      </w:r>
      <w:r>
        <w:br/>
      </w:r>
      <w:r>
        <w:rPr>
          <w:sz w:val="20"/>
        </w:rPr>
        <w:t>11:07  iske neeche likha hua tha ke masjid aqsa, jis ke oopar tamam dunya ke musalmanon ki jaan nisaar hain. itni lambi muddat hai is jud-o-juhd ki.</w:t>
      </w:r>
      <w:r>
        <w:br/>
      </w:r>
      <w:r>
        <w:rPr>
          <w:sz w:val="20"/>
        </w:rPr>
        <w:t>11:21  aur jud-o-juhd ka natija kya hai?</w:t>
      </w:r>
      <w:r>
        <w:br/>
      </w:r>
      <w:r>
        <w:rPr>
          <w:sz w:val="20"/>
        </w:rPr>
        <w:t>11:24  bilkul fa-al-een nahin, balke ulta. yaani counter productive. dekhiye, falastini tehreek jo shuru hui hai musalmanon ki ya arabon ki,</w:t>
      </w:r>
      <w:r>
        <w:br/>
      </w:r>
      <w:r>
        <w:rPr>
          <w:sz w:val="20"/>
        </w:rPr>
        <w:t>11:40  1948 mein, jab british government thi, british empire qaim tha, unhon ne balfour commission bithaya.</w:t>
      </w:r>
      <w:r>
        <w:br/>
      </w:r>
      <w:r>
        <w:rPr>
          <w:sz w:val="20"/>
        </w:rPr>
        <w:t>11:53  balfour ek angrez tha, ek. is ne kya kiya? ke roughly is ne ek partition kiya aur roughly aadha hissa diya arabon ko, aadha hissa diya israel ko.</w:t>
      </w:r>
      <w:r>
        <w:br/>
      </w:r>
      <w:r>
        <w:rPr>
          <w:sz w:val="20"/>
        </w:rPr>
        <w:t>12:08  bas wahan se shuru ho gayi tehreek musalmanon ki. hasan al banna us waqt zinda the, jo ikhwan al muslimoon ke bani hain.</w:t>
      </w:r>
      <w:r>
        <w:br/>
      </w:r>
      <w:r>
        <w:rPr>
          <w:sz w:val="20"/>
        </w:rPr>
        <w:t>12:20  unhon ne cairo ki sarkon par juloos nikala. kaha jata hai ke is mein ek lakh arab shareek the aur naare laga rahe the: "labbaik ya falasteen, labbaik ya falasteen".</w:t>
      </w:r>
      <w:r>
        <w:br/>
      </w:r>
      <w:r>
        <w:rPr>
          <w:sz w:val="20"/>
        </w:rPr>
        <w:t>12:34  us waqt se aaj tak yeh jaari hai. khooni jud-o-juhd, khooni. aur mila kya? dekhein, 1948 mein falasteen ka aadha hissa arabon ke paas tha,</w:t>
      </w:r>
      <w:r>
        <w:br/>
      </w:r>
      <w:r>
        <w:rPr>
          <w:sz w:val="20"/>
        </w:rPr>
        <w:t>12:51  including jerusalem, including bait ul maqdis.</w:t>
      </w:r>
      <w:r>
        <w:br/>
      </w:r>
      <w:r>
        <w:rPr>
          <w:sz w:val="20"/>
        </w:rPr>
        <w:t>12:57  aaj kya hai? aaj falasteen ka hardly 5 percent un ke paas hai.</w:t>
      </w:r>
      <w:r>
        <w:br/>
      </w:r>
      <w:r>
        <w:rPr>
          <w:sz w:val="20"/>
        </w:rPr>
        <w:t>13:07  yaani 48 mein dono ke paas aadha aadha tha, aadha aadha. aaj yeh haal hai ke israel ke paas falasteen ka 95 percent hai aur arabon ke paas sirf ba-shakal 5 percent.</w:t>
      </w:r>
      <w:r>
        <w:br/>
      </w:r>
      <w:r>
        <w:rPr>
          <w:sz w:val="20"/>
        </w:rPr>
        <w:t>13:26  to yeh jud-o-juhd kahan gayi? beshumar janen halaak huin, beshumar paisa barbaad hua aur nafraton ka janglaag gaya saari dunya mein musalmanon ke darmiyan.</w:t>
      </w:r>
      <w:r>
        <w:br/>
      </w:r>
      <w:r>
        <w:rPr>
          <w:sz w:val="20"/>
        </w:rPr>
        <w:t>13:38  nafrat hi hai, nafrat, nafrat hi hai, nafrat. mila kya? kuch bhi nahin mila</w:t>
      </w:r>
      <w:r>
        <w:br/>
      </w:r>
      <w:r>
        <w:rPr>
          <w:sz w:val="20"/>
        </w:rPr>
        <w:t>13:45  mila. to dekhiye, in logon ne, yaani arabon, chahe arab hon ya ghair arab, unhon ne ghaur nahin kiya quran ki roshni mein ke is masle ka kya quraani hal hai?</w:t>
      </w:r>
      <w:r>
        <w:br/>
      </w:r>
      <w:r>
        <w:rPr>
          <w:sz w:val="20"/>
        </w:rPr>
        <w:t>13:59  allah ka, yaani divine, divine law of success yeh hai, is ke mutabiq hamein kya karna chahiye?</w:t>
      </w:r>
      <w:r>
        <w:br/>
      </w:r>
      <w:r>
        <w:rPr>
          <w:sz w:val="20"/>
        </w:rPr>
        <w:t>14:09  halanke isi ayat mein yeh bata diya gaya tha: "agar tum ko chot lagi hai to tum se pehle in ko bhi chot lag chuki hai". ab is ko aap falasteen par apply kar ke dekhiye.</w:t>
      </w:r>
    </w:p>
    <w:p>
      <w:pPr>
        <w:pStyle w:val="Heading2"/>
      </w:pPr>
      <w:r>
        <w:t>Full teaching on reciting Quran slowly with reflection</w:t>
      </w:r>
    </w:p>
    <w:p>
      <w:r>
        <w:rPr>
          <w:color w:val="666666"/>
          <w:sz w:val="18"/>
        </w:rPr>
        <w:t>Reflections on Surah Al-Muzzammil May 19, 2024 · 4m 19s · at 7:20 · https://youtu.be/4pduG4qDeDM?t=440</w:t>
      </w:r>
    </w:p>
    <w:p>
      <w:r>
        <w:rPr>
          <w:i/>
        </w:rPr>
        <w:t>“Ibn Masud said don't scatter your recitation like sand”</w:t>
      </w:r>
    </w:p>
    <w:p>
      <w:r>
        <w:rPr>
          <w:sz w:val="20"/>
        </w:rPr>
        <w:t>7:20  ibn masood razi allahu anhu wa nafi' degri test sahaba, and his voice was so beautiful that even the Prophet could listen to his recitation.</w:t>
      </w:r>
      <w:r>
        <w:br/>
      </w:r>
      <w:r>
        <w:rPr>
          <w:sz w:val="20"/>
        </w:rPr>
        <w:t>7:33  he said something beautiful about how to read the Quran.</w:t>
      </w:r>
      <w:r>
        <w:br/>
      </w:r>
      <w:r>
        <w:rPr>
          <w:sz w:val="20"/>
        </w:rPr>
        <w:t>7:37  ji. and he said,</w:t>
      </w:r>
      <w:r>
        <w:br/>
      </w:r>
      <w:r>
        <w:rPr>
          <w:sz w:val="20"/>
        </w:rPr>
        <w:t>7:41  "la tansuruhu nasr al-daqli." don't scatter your recitation, your reading, like you scatter the sand. like if you're resting on a shore, on a beach, you will just throw sand balls like this.</w:t>
      </w:r>
      <w:r>
        <w:br/>
      </w:r>
      <w:r>
        <w:rPr>
          <w:sz w:val="20"/>
        </w:rPr>
        <w:t>7:55  so don't do that. don't read the Quran mindlessly.</w:t>
      </w:r>
      <w:r>
        <w:br/>
      </w:r>
      <w:r>
        <w:rPr>
          <w:sz w:val="20"/>
        </w:rPr>
        <w:t>8:01  and he said, "wa la tahzu al-sha'ri," and don't read the Quran as hasty poetry. it's a very serious book. don't read it like poetry.</w:t>
      </w:r>
      <w:r>
        <w:br/>
      </w:r>
      <w:r>
        <w:rPr>
          <w:sz w:val="20"/>
        </w:rPr>
        <w:t>8:14  and, it's very</w:t>
      </w:r>
      <w:r>
        <w:br/>
      </w:r>
      <w:r>
        <w:rPr>
          <w:sz w:val="20"/>
        </w:rPr>
        <w:t>8:16  important. he said, "stop at its wonders, because when you read the Quran, you should stop and think and do the work." ji.</w:t>
      </w:r>
      <w:r>
        <w:br/>
      </w:r>
      <w:r>
        <w:rPr>
          <w:sz w:val="20"/>
        </w:rPr>
        <w:t>8:28  and the Prophet has said, "la tanqadu aja'ibuh." its wonders will never end. the wonders of the Quran will never end.</w:t>
      </w:r>
      <w:r>
        <w:br/>
      </w:r>
      <w:r>
        <w:rPr>
          <w:sz w:val="20"/>
        </w:rPr>
        <w:t>8:38  lie upon lie, it will open for you</w:t>
      </w:r>
      <w:r>
        <w:br/>
      </w:r>
      <w:r>
        <w:rPr>
          <w:sz w:val="20"/>
        </w:rPr>
        <w:t>8:42  . so if you read like in that way, and something interests you, so you should write it down. i think one should make a Quran journal.</w:t>
      </w:r>
      <w:r>
        <w:br/>
      </w:r>
      <w:r>
        <w:rPr>
          <w:sz w:val="20"/>
        </w:rPr>
        <w:t>8:54  Muslims don't use Quran journal much, but the Christians use it a lot. Bible journal, in which they note their reflections, their prayers.</w:t>
      </w:r>
      <w:r>
        <w:br/>
      </w:r>
      <w:r>
        <w:rPr>
          <w:sz w:val="20"/>
        </w:rPr>
        <w:t>9:05  so if you are reading the Quran and something strikes you, you should note it down. very important</w:t>
      </w:r>
      <w:r>
        <w:br/>
      </w:r>
      <w:r>
        <w:rPr>
          <w:sz w:val="20"/>
        </w:rPr>
        <w:t>9:11  important, doctor sahib. very important. then you can refer back. ji ji. you can make dua, you can make your own reflections. so in this way, you can make a very good sort of notebook that you can always come back to. and he said, "wa harrik al-qulub," and move the Quran, move your hearts to it.</w:t>
      </w:r>
      <w:r>
        <w:br/>
      </w:r>
      <w:r>
        <w:rPr>
          <w:sz w:val="20"/>
        </w:rPr>
        <w:t>9:33  move your heart to it, meaning, apply the effect.</w:t>
      </w:r>
      <w:r>
        <w:br/>
      </w:r>
      <w:r>
        <w:rPr>
          <w:sz w:val="20"/>
        </w:rPr>
        <w:t>9:37  it's not like you are reading, there is no effect in the heart, the mind is somewhere else, the heart is somewhere else. so you should move your heart to it.</w:t>
      </w:r>
      <w:r>
        <w:br/>
      </w:r>
      <w:r>
        <w:rPr>
          <w:sz w:val="20"/>
        </w:rPr>
        <w:t>9:46  and the last thing which he said, "wa la yakun hamu ahadikum akhir al-surah," that your goal should not be quickly to reach to the end of the surah, to finish the surah. ji. as we are now doing in tarawih, etc.</w:t>
      </w:r>
      <w:r>
        <w:br/>
      </w:r>
      <w:r>
        <w:rPr>
          <w:sz w:val="20"/>
        </w:rPr>
        <w:t>10:02  so it should be, it should be slow, so that you understand the message. so that it touches your heart, let it affect your heart, and let it sink in your heart.</w:t>
      </w:r>
      <w:r>
        <w:br/>
      </w:r>
      <w:r>
        <w:rPr>
          <w:sz w:val="20"/>
        </w:rPr>
        <w:t>10:14  that should be the goal. and Prophet (PBUH), Umm Salama (RA), she said that when the Prophet was used to read namaz, he would stop at every verse.</w:t>
      </w:r>
      <w:r>
        <w:br/>
      </w:r>
      <w:r>
        <w:rPr>
          <w:sz w:val="20"/>
        </w:rPr>
        <w:t>10:27  he would stop and think. so</w:t>
      </w:r>
      <w:r>
        <w:br/>
      </w:r>
      <w:r>
        <w:rPr>
          <w:sz w:val="20"/>
        </w:rPr>
        <w:t>10:30  in this way, you can, your mind will get involved, because you will start thinking about it. you will do the work</w:t>
      </w:r>
      <w:r>
        <w:br/>
      </w:r>
      <w:r>
        <w:rPr>
          <w:sz w:val="20"/>
        </w:rPr>
        <w:t>10:37  . so you are not just reading, but you are doing the work at the same time. and Huzaifah ibn al-Yaman, who was a great companion, (RA), he said once, he was very close to the Prophet.</w:t>
      </w:r>
      <w:r>
        <w:br/>
      </w:r>
      <w:r>
        <w:rPr>
          <w:sz w:val="20"/>
        </w:rPr>
        <w:t>10:52  so he said once, "I performed Tahajjud prayer with the Prophet, and I noticed that whenever he read, or he came across a verse which God was glorified, so he stopped there, and he glorified God. and</w:t>
      </w:r>
      <w:r>
        <w:br/>
      </w:r>
      <w:r>
        <w:rPr>
          <w:sz w:val="20"/>
        </w:rPr>
        <w:t>11:10  when he read something about dua was mentioned in the Quran, he stopped there, and made dua. and when Allah's protection was sought in the Quran, he read something about Allah's protection, he stopped there, and he sought Allah's protection.</w:t>
      </w:r>
      <w:r>
        <w:br/>
      </w:r>
      <w:r>
        <w:rPr>
          <w:sz w:val="20"/>
        </w:rPr>
        <w:t>11:32  so this is about the reading of the Quran, or tarteeb, he called it."</w:t>
      </w:r>
    </w:p>
    <w:p>
      <w:pPr>
        <w:pStyle w:val="Heading2"/>
      </w:pPr>
      <w:r>
        <w:t>Historical explosion of means for Quran</w:t>
      </w:r>
    </w:p>
    <w:p>
      <w:r>
        <w:rPr>
          <w:color w:val="666666"/>
          <w:sz w:val="18"/>
        </w:rPr>
        <w:t>The Modern Age October 20, 2018 · 5m 39s · at 10:41 · https://youtu.be/jcHURa9UnVY?t=641</w:t>
      </w:r>
    </w:p>
    <w:p>
      <w:r>
        <w:rPr>
          <w:i/>
        </w:rPr>
        <w:t>“Aap dekhiye, aaj main ek baat soch raha tha”</w:t>
      </w:r>
    </w:p>
    <w:p>
      <w:r>
        <w:rPr>
          <w:sz w:val="20"/>
        </w:rPr>
        <w:t>10:41  aap dekhiye, aaj main ek baat soch raha tha ke dunya mein jab aya door</w:t>
      </w:r>
      <w:r>
        <w:br/>
      </w:r>
      <w:r>
        <w:rPr>
          <w:sz w:val="20"/>
        </w:rPr>
        <w:t>10:55  is ka steamship ka, main ne is ki kahani padhi hai ke jab steamship ka door aya, yani yeh possible ho gaya ke aap yahan se wahan, wahan se wahan</w:t>
      </w:r>
      <w:r>
        <w:br/>
      </w:r>
      <w:r>
        <w:rPr>
          <w:sz w:val="20"/>
        </w:rPr>
        <w:t>11:16  tez safar kar ke pohanchen,</w:t>
      </w:r>
      <w:r>
        <w:br/>
      </w:r>
      <w:r>
        <w:rPr>
          <w:sz w:val="20"/>
        </w:rPr>
        <w:t>11:21  to mascot, vasco da gama paida hue, aur wo kaun kaun paida hue yahan se wahan jane ke, wo kya tha? unhon ne yeh is mein discover kiya ke almi tijarat ka door aa gaya, yeh to pehle hum apna saman local market mein bechte the,</w:t>
      </w:r>
      <w:r>
        <w:br/>
      </w:r>
      <w:r>
        <w:rPr>
          <w:sz w:val="20"/>
        </w:rPr>
        <w:t>11:43  local market mein, ab hum samundaron mein safar kar ke yahan se pohanche, wahan, wahan se pohanche, wahan.</w:t>
      </w:r>
      <w:r>
        <w:br/>
      </w:r>
      <w:r>
        <w:rPr>
          <w:sz w:val="20"/>
        </w:rPr>
        <w:t>11:53  chunanche bohat bade pemane par tijarat mein izafa hua. phir is ke baad ek martaba main kahin ja raha tha ke airport par bari bheed thi.</w:t>
      </w:r>
      <w:r>
        <w:br/>
      </w:r>
      <w:r>
        <w:rPr>
          <w:sz w:val="20"/>
        </w:rPr>
        <w:t>12:09  main ne kisi se poocha ke itne zyada log safar karte hain hawa jahaz par, yeh kaun log hote hain?</w:t>
      </w:r>
      <w:r>
        <w:br/>
      </w:r>
      <w:r>
        <w:rPr>
          <w:sz w:val="20"/>
        </w:rPr>
        <w:t>12:18  ek aadmi jo khud bhi safar musafir tha, to unhon ne poocha ke airport par itni jo bheed hai, itne insan safar kar rahe hain yahan wahan, aur har din, har din aap jante hain,</w:t>
      </w:r>
      <w:r>
        <w:br/>
      </w:r>
      <w:r>
        <w:rPr>
          <w:sz w:val="20"/>
        </w:rPr>
        <w:t>12:35  15 hazar hawai jahaz har din fiza modte hain, har lamha. yani is waqt jab aap yahan baithe hain to 15 hazar hawai jahaz ud rahe honge, raat din, raat din.</w:t>
      </w:r>
      <w:r>
        <w:br/>
      </w:r>
      <w:r>
        <w:rPr>
          <w:sz w:val="20"/>
        </w:rPr>
        <w:t>12:50  to main ne poocha kisi se ke itna zyada hawai safar kaun log karte hain? kyunke aap jante hain, hawai safar manga hota hai, to manga safar kar ke mange safar ka paisa de kar kaun log karte hain?</w:t>
      </w:r>
      <w:r>
        <w:br/>
      </w:r>
      <w:r>
        <w:rPr>
          <w:sz w:val="20"/>
        </w:rPr>
        <w:t>13:05  to ek aadmi ne bataya, janne wale ne ke zyada tar tajir hote hain, yeh zyada tar.</w:t>
      </w:r>
      <w:r>
        <w:br/>
      </w:r>
      <w:r>
        <w:rPr>
          <w:sz w:val="20"/>
        </w:rPr>
        <w:t>13:15  to jab steamship bana to logon ne daryaft kiya ke hum bahri tijarat karen, to daud pade.</w:t>
      </w:r>
      <w:r>
        <w:br/>
      </w:r>
      <w:r>
        <w:rPr>
          <w:sz w:val="20"/>
        </w:rPr>
        <w:t>13:25  aur jab hawa jahaz bana to logon ne maloom kiya to aur bhi tez taraf, is taraf se hum yahan se wahan ja sakte hain. to tijarati safar bohat badh gaya.</w:t>
      </w:r>
      <w:r>
        <w:br/>
      </w:r>
      <w:r>
        <w:rPr>
          <w:sz w:val="20"/>
        </w:rPr>
        <w:t>13:35  isi tarike se jab communication ka door aya, printing press ka zamana aya, communication ka zamana aya, to jo log quran ke hamel hain, jo log allah ki kitab jin ke paas hai, un ko janna chahiye tha ke ab wo waqt aa gaya ke hum allah ki kitab ko sari dunya mein phaila dein.</w:t>
      </w:r>
      <w:r>
        <w:br/>
      </w:r>
      <w:r>
        <w:rPr>
          <w:sz w:val="20"/>
        </w:rPr>
        <w:t>14:00  aur yeh mamooli baat nahin hai. aap surah furqan mein padhiye, ayat padhiye, shuru mein: tabarak allazi anzala al-furqana ala abdihiliyakuna lil alameen nazeera.</w:t>
      </w:r>
      <w:r>
        <w:br/>
      </w:r>
      <w:r>
        <w:rPr>
          <w:sz w:val="20"/>
        </w:rPr>
        <w:t>14:12  allah bara barkat wala hai jis ne quran utara, quran utara ke taake woh sare aalam ko warning dena wala bane.</w:t>
      </w:r>
      <w:r>
        <w:br/>
      </w:r>
      <w:r>
        <w:rPr>
          <w:sz w:val="20"/>
        </w:rPr>
        <w:t>14:29  ab aap ghor kijiye ke tareekh mein</w:t>
      </w:r>
      <w:r>
        <w:br/>
      </w:r>
      <w:r>
        <w:rPr>
          <w:sz w:val="20"/>
        </w:rPr>
        <w:t>14:37  itni lambi muddat guzar gayi, ab woh makka madina ki kidhar kitab bana raha hai? Woh aaj sare aalam mein kahan pahuncha?</w:t>
      </w:r>
      <w:r>
        <w:br/>
      </w:r>
      <w:r>
        <w:rPr>
          <w:sz w:val="20"/>
        </w:rPr>
        <w:t>14:48  masjido ki masjido aur aur madarso ki kitab bana raha hai, makka madina ki kitab bana raha hai, kyunke printing press nahi tha, haath se likhte the log.</w:t>
      </w:r>
      <w:r>
        <w:br/>
      </w:r>
      <w:r>
        <w:rPr>
          <w:sz w:val="20"/>
        </w:rPr>
        <w:t>15:00  main ne khud bachpan mein kitab haath se likhi hai, jab madarse mein padhta tha, main is zamane mein haath se likh kar ke toh aap mahino likhne ke liye toh ek quran tayar hoga.</w:t>
      </w:r>
      <w:r>
        <w:br/>
      </w:r>
      <w:r>
        <w:rPr>
          <w:sz w:val="20"/>
        </w:rPr>
        <w:t>15:17  ab printing press ke zamane mein yahi ke aap hazaron lakhon chhaap daaliye.</w:t>
      </w:r>
      <w:r>
        <w:br/>
      </w:r>
      <w:r>
        <w:rPr>
          <w:sz w:val="20"/>
        </w:rPr>
        <w:t>15:23  to jab yeh daur aaya</w:t>
      </w:r>
      <w:r>
        <w:br/>
      </w:r>
      <w:r>
        <w:rPr>
          <w:sz w:val="20"/>
        </w:rPr>
        <w:t>15:27  aur saath saath hawai jahaz aur</w:t>
      </w:r>
      <w:r>
        <w:br/>
      </w:r>
      <w:r>
        <w:rPr>
          <w:sz w:val="20"/>
        </w:rPr>
        <w:t>15:32  safar ke intezamat saare</w:t>
      </w:r>
      <w:r>
        <w:br/>
      </w:r>
      <w:r>
        <w:rPr>
          <w:sz w:val="20"/>
        </w:rPr>
        <w:t>15:35  aaye to aap ko, yani jo quran ke hamel hain, un ko cheekh uthna chahiye tha: arey bhai,</w:t>
      </w:r>
      <w:r>
        <w:br/>
      </w:r>
      <w:r>
        <w:rPr>
          <w:sz w:val="20"/>
        </w:rPr>
        <w:t>15:44  woh daur aa gaya jab ke allah ki manisha poori ho, allah ki barsati ki kitab pahunche tha</w:t>
      </w:r>
      <w:r>
        <w:br/>
      </w:r>
      <w:r>
        <w:rPr>
          <w:sz w:val="20"/>
        </w:rPr>
        <w:t>15:49  saari duniya mein, liakoon lil aalameen nazeera,</w:t>
      </w:r>
      <w:r>
        <w:br/>
      </w:r>
      <w:r>
        <w:rPr>
          <w:sz w:val="20"/>
        </w:rPr>
        <w:t>15:53  taake woh ho ba-khabar karne wala sari duniya walon ko. Toh aap cheenna chahiye tha ke aap daudein ke mere rab ka jo mansooba tha, mere rab ka jo rab jo plan tha, woh waqt uska waqt aa gaya, daudo</w:t>
      </w:r>
      <w:r>
        <w:br/>
      </w:r>
      <w:r>
        <w:rPr>
          <w:sz w:val="20"/>
        </w:rPr>
        <w:t>16:12  ! Aur aap daud rahe hain madad teresa ki taraf ke aap ko pata hai ke allah aap se khush hoga, ke aap se khush hota hoga.</w:t>
      </w:r>
    </w:p>
    <w:p>
      <w:pPr>
        <w:pStyle w:val="Heading2"/>
      </w:pPr>
      <w:r>
        <w:t>Tourism as applied meaning of Quran</w:t>
      </w:r>
    </w:p>
    <w:p>
      <w:r>
        <w:rPr>
          <w:color w:val="666666"/>
          <w:sz w:val="18"/>
        </w:rPr>
        <w:t>Dars e Quran, Ch 2 Vs 80 82, July 01, 2018 · 5m 27s · at 26:34 · https://youtu.be/BuLkoCE6j18?t=1594</w:t>
      </w:r>
    </w:p>
    <w:p>
      <w:r>
        <w:rPr>
          <w:i/>
        </w:rPr>
        <w:t>“Masan dekhiye, aap tadreb, tadreb mafhoom”</w:t>
      </w:r>
    </w:p>
    <w:p>
      <w:r>
        <w:rPr>
          <w:sz w:val="20"/>
        </w:rPr>
        <w:t>26:34  misal ke taur par dekhiye, aap tadreeb, tadreeb mafhoom kya cheez hai, is ki ek misal deta hoon. woh ayat parhiye to "wa in ahadun minal mushrikeenastajaraka".</w:t>
      </w:r>
      <w:r>
        <w:br/>
      </w:r>
      <w:r>
        <w:rPr>
          <w:sz w:val="20"/>
        </w:rPr>
        <w:t>26:45  "wa in ahadun minal mushrikeenastajaraka faji'ruhu hatta yasma'a kalamallahi thumma ablig'nahu ma'manahum la yalamoon".</w:t>
      </w:r>
      <w:r>
        <w:br/>
      </w:r>
      <w:r>
        <w:rPr>
          <w:sz w:val="20"/>
        </w:rPr>
        <w:t>26:56  aur mushrikeen mein se koi tum se panaah talab kare to tum panaah de do, yahan tak ke woh Allah ke kalaam ko sun le, phir un ko us ke aman ki jagah mein pahuncha do.</w:t>
      </w:r>
      <w:r>
        <w:br/>
      </w:r>
      <w:r>
        <w:rPr>
          <w:sz w:val="20"/>
        </w:rPr>
        <w:t>27:08  yeh is liye ke woh log aisay log hain, woh aisi qaum hai jo nahin jantay. Surah Tobah aayat number chhay. Dekhein, panaah ka matlab lafzi maani mein panaah nahin hai.</w:t>
      </w:r>
      <w:r>
        <w:br/>
      </w:r>
      <w:r>
        <w:rPr>
          <w:sz w:val="20"/>
        </w:rPr>
        <w:t>27:21  tumhare area mein aaye, tumhare area mein aaye, mislan maghrib ke insaan tumhare mulkon mein aayen,</w:t>
      </w:r>
      <w:r>
        <w:br/>
      </w:r>
      <w:r>
        <w:rPr>
          <w:sz w:val="20"/>
        </w:rPr>
        <w:t>27:35  America ke log tumhare mulkon mein aayen, yeh matlab hai is ka. Tumhare area mein, tumhare bilaad mein woh aayen to un ko kalaam Allah sunao,</w:t>
      </w:r>
      <w:r>
        <w:br/>
      </w:r>
      <w:r>
        <w:rPr>
          <w:sz w:val="20"/>
        </w:rPr>
        <w:t>27:49  un ko Quran se waaqif karao, aur aman ke saath un ko poora tahaffuz do. Un ko bomb maarna nahin hai, tahaffuz dena hai.</w:t>
      </w:r>
      <w:r>
        <w:br/>
      </w:r>
      <w:r>
        <w:rPr>
          <w:sz w:val="20"/>
        </w:rPr>
        <w:t>28:02  to dekhiye, is ka applied mafhoom kya hai? Qadeem zamanay mein to koi aik do mushrik is tareeqay se aa jata tha, idhar se udhar, idhar udhar.</w:t>
      </w:r>
      <w:r>
        <w:br/>
      </w:r>
      <w:r>
        <w:rPr>
          <w:sz w:val="20"/>
        </w:rPr>
        <w:t>28:14  ab aik culture bana, aalmi culture, is ko kehtay hain tourism. Maujooda zamanay mein tourism bohat hi bara aik aik culture hai.</w:t>
      </w:r>
      <w:r>
        <w:br/>
      </w:r>
      <w:r>
        <w:rPr>
          <w:sz w:val="20"/>
        </w:rPr>
        <w:t>28:27  saaray duniya ke musalman, saaray duniya ke log idhar se idhar ja rahay hain, idhar se idhar ja rahay hain, tourism ke taur par, yaani dekhnay ke liye mukhtalif mulkon ke jo yaadgaarein hain,</w:t>
      </w:r>
      <w:r>
        <w:br/>
      </w:r>
      <w:r>
        <w:rPr>
          <w:sz w:val="20"/>
        </w:rPr>
        <w:t>28:42  jo dekhnay ki cheezein hain, wahan ja rahay hain. To pehlay zamanay mein aik do mushrik idhar se idhar ja sakta tha, ab to poori duniya idhar se idhar ja rahi hai, idhar se idhar ja rahi hai,</w:t>
      </w:r>
      <w:r>
        <w:br/>
      </w:r>
      <w:r>
        <w:rPr>
          <w:sz w:val="20"/>
        </w:rPr>
        <w:t>28:58  aur zahir hai ke is mein Muslim mumalik bhi hain, beshumaar log Turkey mein aatay hain, beshumaar log India mein aatay hain, beshumaar log yeh Falasteen mein aur Shaam mein,</w:t>
      </w:r>
      <w:r>
        <w:br/>
      </w:r>
      <w:r>
        <w:rPr>
          <w:sz w:val="20"/>
        </w:rPr>
        <w:t>29:15  Iraq mein, Arab mumalik mein aatay hain. To is ka maani kya hai? Ke wohi cheez jis ka zikr hai Quran mein, maujooda zamanay mein bohat hi baray point par dohrai ja rahi hai,</w:t>
      </w:r>
      <w:r>
        <w:br/>
      </w:r>
      <w:r>
        <w:rPr>
          <w:sz w:val="20"/>
        </w:rPr>
        <w:t>29:30  bohat baray point par. To ab aap ko kya karna hai? Ab karna yeh hai ke saari duniya ke logon ki jo zubanein hain, un ki zubanon mein aap tarjuma tayyar karein, is ko chhapaayein, chhupa kar ke har jagah faraham karein,</w:t>
      </w:r>
      <w:r>
        <w:br/>
      </w:r>
      <w:r>
        <w:rPr>
          <w:sz w:val="20"/>
        </w:rPr>
        <w:t>29:47  jo jahan jahan tourist ke maqamat jo hain, wahan aur logon ko dein, bohat hi izzat ke saath, bohat hi ehtaraam ke saath, aur bohat hi achhay andaaz mein taake is ko parhein.</w:t>
      </w:r>
      <w:r>
        <w:br/>
      </w:r>
      <w:r>
        <w:rPr>
          <w:sz w:val="20"/>
        </w:rPr>
        <w:t>30:02  Hatta yusabbih kalaam Allah, hatta yusabbih kalaam Allah, yaani aap ko mauqa mila hai ke saari duniya ke logon ko kalaam Allah se waaqif karayein aur un ko un ko tahaffuz dein, un ko aman dein, aur phir un ko mauqa dein ke laut ke jayein apnay mulkon mein.</w:t>
      </w:r>
      <w:r>
        <w:br/>
      </w:r>
      <w:r>
        <w:rPr>
          <w:sz w:val="20"/>
        </w:rPr>
        <w:t>30:23  Yeh hai applied mafhoom. Applied mafhoom ka matlab yeh hai. To aaj jo hai, aap yeh yeh jo yeh jo bataya gaya hai Quran mein ke koi koi mushrik agar tumhare ilaqay mein aa jaye to us ko aman ke saath rakho aur us ko kalaam Allah ka samajhnay ka mauqa do, aur phir woh us ka wapas janay ka mauqa do.</w:t>
      </w:r>
      <w:r>
        <w:br/>
      </w:r>
      <w:r>
        <w:rPr>
          <w:sz w:val="20"/>
        </w:rPr>
        <w:t>30:52  To aaj yeh aik toofan hai, toofan. Saari duniya idhar se ja rahi hai, idhar ja rahi hai, idhar udhar ja rahi hai. Aap ko karna kya hai? Un ko aap aman dein, un ko un ko bomb maarna, pathar maarne ko haram samjhein, haram apnay liye dozakh samjhein, na ke un ke liye.</w:t>
      </w:r>
      <w:r>
        <w:br/>
      </w:r>
      <w:r>
        <w:rPr>
          <w:sz w:val="20"/>
        </w:rPr>
        <w:t>31:16  Aur phir Quran ke tarjumay tamam dauron mein tayyar karein aur har jagah us ko faraham karein logon ke liye, aur isi ke saath supporting literature bhi faraham karein.</w:t>
      </w:r>
      <w:r>
        <w:br/>
      </w:r>
      <w:r>
        <w:rPr>
          <w:sz w:val="20"/>
        </w:rPr>
        <w:t>31:30  To saari duniya jo hai, aap ki mad'u ban jati hai, ban gayi hai. Is zamanay mein saari duniya aap ki mad'u ban gayi hai, lekin chounkay musalman Quran ke applied mafhoom ko nahin jantay,</w:t>
      </w:r>
      <w:r>
        <w:br/>
      </w:r>
      <w:r>
        <w:rPr>
          <w:sz w:val="20"/>
        </w:rPr>
        <w:t>31:46  woh sirf literal maani ko jantay hain. Aik aayat o dua ke beech mein kya rabt hai? Bas nazm badl ayat isi ko jantay hain, isi mein lagtay, yaani isi mein tehqeeq karte rehtay hain.</w:t>
      </w:r>
    </w:p>
    <w:p>
      <w:pPr>
        <w:pStyle w:val="Heading2"/>
      </w:pPr>
      <w:r>
        <w:t>Fitri taqwa, the cancer story, and true sincerity</w:t>
      </w:r>
    </w:p>
    <w:p>
      <w:r>
        <w:rPr>
          <w:color w:val="666666"/>
          <w:sz w:val="18"/>
        </w:rPr>
        <w:t>The Importance of Sincerity 13 May 2014 · 5m 53s · at 19:58 · https://youtu.be/w5Rr0YFc5T0?t=1198</w:t>
      </w:r>
    </w:p>
    <w:p>
      <w:r>
        <w:rPr>
          <w:i/>
        </w:rPr>
        <w:t>“Yahan shar'i taqwa murad nahi, fitri taqwa murad hai”</w:t>
      </w:r>
    </w:p>
    <w:p>
      <w:r>
        <w:rPr>
          <w:sz w:val="20"/>
        </w:rPr>
        <w:t>19:58  mera khayal hai ke yahan par sharai taqwa murad nahi hai, balkeh fitri taqwa murad hai.</w:t>
      </w:r>
      <w:r>
        <w:br/>
      </w:r>
      <w:r>
        <w:rPr>
          <w:sz w:val="20"/>
        </w:rPr>
        <w:t>20:07  yeh jo hai farmaya ke hudda lil mutaqeen to yahan par jo taqwa aaya hai, to is se murad sharai taqwa nahi hai.</w:t>
      </w:r>
      <w:r>
        <w:br/>
      </w:r>
      <w:r>
        <w:rPr>
          <w:sz w:val="20"/>
        </w:rPr>
        <w:t>20:16  sharai taqwa woh hai jo iman lane ke baad aadmi ikhtiyar karta hai, lekin yahan to iman se pehle ki baat hai. Yani hidayat pane se pehle jo taqwa hota hai, woh aham murad hai.</w:t>
      </w:r>
      <w:r>
        <w:br/>
      </w:r>
      <w:r>
        <w:rPr>
          <w:sz w:val="20"/>
        </w:rPr>
        <w:t>20:30  to hidayat pane ke baad jo taqwa hai, us ko hum kahenge sharai taqwa aur hidayat pane se pehle jo taqwa hai, us ko hum kahenge fitri taqwa.</w:t>
      </w:r>
      <w:r>
        <w:br/>
      </w:r>
      <w:r>
        <w:rPr>
          <w:sz w:val="20"/>
        </w:rPr>
        <w:t>20:42  to matlab yeh hua ke agarchay is kitab mein fitrat insani ka jawab hai, lekin woh jawab us ko milega jis ke andar fitri taqwa zinda ho.</w:t>
      </w:r>
      <w:r>
        <w:br/>
      </w:r>
      <w:r>
        <w:rPr>
          <w:sz w:val="20"/>
        </w:rPr>
        <w:t>20:58  fitri taqwa zinda hone ka matlab kya hai? ke aadmi bohat ziyada sincere ho, bohat ziyada sochta ho, bohat ziyada woh distraction se apne ko bachaye,</w:t>
      </w:r>
      <w:r>
        <w:br/>
      </w:r>
      <w:r>
        <w:rPr>
          <w:sz w:val="20"/>
        </w:rPr>
        <w:t>21:16  bohat ziyada is ke zehen mein</w:t>
      </w:r>
      <w:r>
        <w:br/>
      </w:r>
      <w:r>
        <w:rPr>
          <w:sz w:val="20"/>
        </w:rPr>
        <w:t>21:21  yeh is ke andar yeh yeh sifat ho ke woh makhlooq aala se compare ki haisiyat se baradri na ho. yeh bhi bohat zaroori cheez hai ke aap ka jo maqsood aala hai,</w:t>
      </w:r>
      <w:r>
        <w:br/>
      </w:r>
      <w:r>
        <w:rPr>
          <w:sz w:val="20"/>
        </w:rPr>
        <w:t>21:36  aap ki fitrat jis maqsood aala ki talash mein hai, us se compare ki haisiyat se aap raazi na hon.</w:t>
      </w:r>
      <w:r>
        <w:br/>
      </w:r>
      <w:r>
        <w:rPr>
          <w:sz w:val="20"/>
        </w:rPr>
        <w:t>21:44  compare ka matlab kya hai? agar aap maal pe raazi ho jayen to maal aap ki fitrat ka</w:t>
      </w:r>
      <w:r>
        <w:br/>
      </w:r>
      <w:r>
        <w:rPr>
          <w:sz w:val="20"/>
        </w:rPr>
        <w:t>21:54  ka asal talab nahi hai, kyunke maal aap ko bohat mehdood maanon mein aap ke kaam aata hai.</w:t>
      </w:r>
      <w:r>
        <w:br/>
      </w:r>
      <w:r>
        <w:rPr>
          <w:sz w:val="20"/>
        </w:rPr>
        <w:t>22:07  aap ki jo asal, jo aap ki jo jo jo desire hai, woh desire to yani maal ya political position ya fame,</w:t>
      </w:r>
      <w:r>
        <w:br/>
      </w:r>
      <w:r>
        <w:rPr>
          <w:sz w:val="20"/>
        </w:rPr>
        <w:t>22:20  duniya ki jo kamyabiyan hain, us se ziyada ka talib hai, kyunke woh to mehdood hain. jo bhi duniya ki kamyabiyan hain, woh sab bohat mehdood hain, thore din ke liye.</w:t>
      </w:r>
      <w:r>
        <w:br/>
      </w:r>
      <w:r>
        <w:rPr>
          <w:sz w:val="20"/>
        </w:rPr>
        <w:t>22:36  abhi mein ne akhbar mein ek aurat ka qissa parha, woh doctor ne bata diya us ko ke tum ko cancer shuru ho chuka hai.</w:t>
      </w:r>
      <w:r>
        <w:br/>
      </w:r>
      <w:r>
        <w:rPr>
          <w:sz w:val="20"/>
        </w:rPr>
        <w:t>22:50  to cancer ka lafz sunte hi aadmi samajhta hai ke ab mere marne ka waqt aa gaya. cancer ka lafz jab sunta hai aadmi to samajhta hai ke pehla khayal yeh aata hai ke ab mere marne ka waqt aa</w:t>
      </w:r>
      <w:r>
        <w:br/>
      </w:r>
      <w:r>
        <w:rPr>
          <w:sz w:val="20"/>
        </w:rPr>
        <w:t>23:01  gaya. to us ne wasiyat ki ke mere marne ke baad meri jo billi hai, jo cat hai, meri us ko bohat ziyada khayal rakha jaye, us ko koi takleef na hone paye.</w:t>
      </w:r>
      <w:r>
        <w:br/>
      </w:r>
      <w:r>
        <w:rPr>
          <w:sz w:val="20"/>
        </w:rPr>
        <w:t>23:16  to aap ghor kijiye ke kaisi ajeeb hai insaan.</w:t>
      </w:r>
      <w:r>
        <w:br/>
      </w:r>
      <w:r>
        <w:rPr>
          <w:sz w:val="20"/>
        </w:rPr>
        <w:t>23:22  yani us ko yeh kehna chahiye tha ke agarche mein ne duniya mein fame hasil ki, paisa hasil kiya, lekin itni kam muddat mein meri maut aa gayi, to kya hai yeh duniya?</w:t>
      </w:r>
      <w:r>
        <w:br/>
      </w:r>
      <w:r>
        <w:rPr>
          <w:sz w:val="20"/>
        </w:rPr>
        <w:t>23:33  apne bare mein sochna chahiye, na ke na ke cat ke bare mein. to isi ko mein kehta hoon ke sincere hona zaroori hai. aadmi agar sincere hoga to apne bare mein sochega,</w:t>
      </w:r>
      <w:r>
        <w:br/>
      </w:r>
      <w:r>
        <w:rPr>
          <w:sz w:val="20"/>
        </w:rPr>
        <w:t>23:48  na ke cat ke bare mein, kyunke insaan jo hai, cat se billion time ziyada qeemti cheez hai. to agarche yeh yeh baat sahi hai ke fitrat mein sach, har insaan ki fitrat mein sachai ki talash hai,</w:t>
      </w:r>
      <w:r>
        <w:br/>
      </w:r>
      <w:r>
        <w:rPr>
          <w:sz w:val="20"/>
        </w:rPr>
        <w:t>24:09  har har insaan mutalashi haq hai, har insaan seeker hai. aur yeh bhi sahi hai ke yeh jo Quran hai, yeh aadmi ki is talash ka jawab hai,</w:t>
      </w:r>
      <w:r>
        <w:br/>
      </w:r>
      <w:r>
        <w:rPr>
          <w:sz w:val="20"/>
        </w:rPr>
        <w:t>24:22  lekin zaroori hai ke is qadar fitri taqwa maujood ho, yani sachai ki sachi talab, sincerity,</w:t>
      </w:r>
      <w:r>
        <w:br/>
      </w:r>
      <w:r>
        <w:rPr>
          <w:sz w:val="20"/>
        </w:rPr>
        <w:t>24:37  aur jo is ka jo asal fitrat mein jo jo goal woh pata hai, fitrat mein jo us ko paidaishi taur par jo goal mila hua hai, us se kamtar ki haisiyat se baradri na ho.</w:t>
      </w:r>
      <w:r>
        <w:br/>
      </w:r>
      <w:r>
        <w:rPr>
          <w:sz w:val="20"/>
        </w:rPr>
        <w:t>24:53  woh</w:t>
      </w:r>
      <w:r>
        <w:br/>
      </w:r>
      <w:r>
        <w:rPr>
          <w:sz w:val="20"/>
        </w:rPr>
        <w:t>24:56  tab yeh kitab is ke liye rehnumai banegi, kyunke kitab yeh batayegi ke is duniya mein tum ko apna fitrat ke taqazay nahi mil sakte.</w:t>
      </w:r>
      <w:r>
        <w:br/>
      </w:r>
      <w:r>
        <w:rPr>
          <w:sz w:val="20"/>
        </w:rPr>
        <w:t>25:11  yeh kitab batayegi ke tumhara jo sense of enjoy hai, us ki taskinen yahan nahi mil sakti. tumhari jo desires hain, woh yahan poori nahi ho sakti.</w:t>
      </w:r>
      <w:r>
        <w:br/>
      </w:r>
      <w:r>
        <w:rPr>
          <w:sz w:val="20"/>
        </w:rPr>
        <w:t>25:24  tumhara jo goal hai, is duniya mein woh hasil nahi ho sakta. is ke liye zaroorat hai ke tum jannat ke talib bano, apne aap ko jannat ka deserving candidate banao.</w:t>
      </w:r>
      <w:r>
        <w:br/>
      </w:r>
      <w:r>
        <w:rPr>
          <w:sz w:val="20"/>
        </w:rPr>
        <w:t>25:38  yeh batayegi yeh kitab. to agar aap sincere hain, bohat ziyada, tabhi is jawab ko aap pakrenge, is jawab ki ahmiyat ko samjhenge.</w:t>
      </w:r>
    </w:p>
    <w:p>
      <w:pPr>
        <w:pStyle w:val="Heading2"/>
      </w:pPr>
      <w:r>
        <w:t>Communal anger and peaceful age</w:t>
      </w:r>
    </w:p>
    <w:p>
      <w:r>
        <w:rPr>
          <w:color w:val="666666"/>
          <w:sz w:val="18"/>
        </w:rPr>
        <w:t>Terrorism in the name of Islam December 23, 2016 · 4m 54s · at 26:25 · https://youtu.be/sm_0z6s2UPs?t=1585</w:t>
      </w:r>
    </w:p>
    <w:p>
      <w:r>
        <w:rPr>
          <w:i/>
        </w:rPr>
        <w:t>“Actually they have communal anger, nothing to do with Islam.”</w:t>
      </w:r>
    </w:p>
    <w:p>
      <w:r>
        <w:rPr>
          <w:sz w:val="20"/>
        </w:rPr>
        <w:t>26:25  asal mein in ko qoumi ghussa hai.</w:t>
      </w:r>
      <w:r>
        <w:br/>
      </w:r>
      <w:r>
        <w:rPr>
          <w:sz w:val="20"/>
        </w:rPr>
        <w:t>26:29  islami ka is se koi talluq nahi hai.</w:t>
      </w:r>
      <w:r>
        <w:br/>
      </w:r>
      <w:r>
        <w:rPr>
          <w:sz w:val="20"/>
        </w:rPr>
        <w:t>26:33  yani kamreel anger.</w:t>
      </w:r>
      <w:r>
        <w:br/>
      </w:r>
      <w:r>
        <w:rPr>
          <w:sz w:val="20"/>
        </w:rPr>
        <w:t>26:37  isi ka yeh sab phenomena hai.</w:t>
      </w:r>
      <w:r>
        <w:br/>
      </w:r>
      <w:r>
        <w:rPr>
          <w:sz w:val="20"/>
        </w:rPr>
        <w:t>26:41  تو communal anger تو اپنے آپ ہی غلط ہے۔</w:t>
      </w:r>
      <w:r>
        <w:br/>
      </w:r>
      <w:r>
        <w:rPr>
          <w:sz w:val="20"/>
        </w:rPr>
        <w:t>26:45  Commercial anger ki koi Islam mein koi base nahin hai.</w:t>
      </w:r>
      <w:r>
        <w:br/>
      </w:r>
      <w:r>
        <w:rPr>
          <w:sz w:val="20"/>
        </w:rPr>
        <w:t>26:49  aur bhi woh bhi anger kya hai? Yani Musalmanon ko saari duniya mein mauqa mila hua hai.</w:t>
      </w:r>
      <w:r>
        <w:br/>
      </w:r>
      <w:r>
        <w:rPr>
          <w:sz w:val="20"/>
        </w:rPr>
        <w:t>26:53  dunya mein jis mulk mein aap jaen har mulk mein musalman service kar rahe hain business kar rahe hain.</w:t>
      </w:r>
      <w:r>
        <w:br/>
      </w:r>
      <w:r>
        <w:rPr>
          <w:sz w:val="20"/>
        </w:rPr>
        <w:t>26:57  khula moqa hai in ko.</w:t>
      </w:r>
      <w:r>
        <w:br/>
      </w:r>
      <w:r>
        <w:rPr>
          <w:sz w:val="20"/>
        </w:rPr>
        <w:t>27:01  to phir phir kis liye aap anger kis liye? mein to samajhta hoon ke dunya mein jitna moqa</w:t>
      </w:r>
      <w:r>
        <w:br/>
      </w:r>
      <w:r>
        <w:rPr>
          <w:sz w:val="20"/>
        </w:rPr>
        <w:t>27:06  is waqt musalmanon ko mila hua hai dunya mein kabhi aisa nahi tha.</w:t>
      </w:r>
      <w:r>
        <w:br/>
      </w:r>
      <w:r>
        <w:rPr>
          <w:sz w:val="20"/>
        </w:rPr>
        <w:t>27:10  hata ke jo muslim saltanatain theen tab bhi nahi tha.</w:t>
      </w:r>
      <w:r>
        <w:br/>
      </w:r>
      <w:r>
        <w:rPr>
          <w:sz w:val="20"/>
        </w:rPr>
        <w:t>27:14  musalmanon ke jo empire hue qaim hue ya musalmanon ke jo hukoomatain qaim hui hain un ke zamanay</w:t>
      </w:r>
      <w:r>
        <w:br/>
      </w:r>
      <w:r>
        <w:rPr>
          <w:sz w:val="20"/>
        </w:rPr>
        <w:t>27:18  mein bhi musalmanon ko itni opportunity nahi thi jitni aaj hai.</w:t>
      </w:r>
      <w:r>
        <w:br/>
      </w:r>
      <w:r>
        <w:rPr>
          <w:sz w:val="20"/>
        </w:rPr>
        <w:t>27:22  to kham khwah ladte hain kham khwah ghussa karte hain.</w:t>
      </w:r>
      <w:r>
        <w:br/>
      </w:r>
      <w:r>
        <w:rPr>
          <w:sz w:val="20"/>
        </w:rPr>
        <w:t>27:26  yeh to nadani hai.</w:t>
      </w:r>
      <w:r>
        <w:br/>
      </w:r>
      <w:r>
        <w:rPr>
          <w:sz w:val="20"/>
        </w:rPr>
        <w:t>27:30  میں اس کو سمجھتا ہوں کہ ignorance ہے۔</w:t>
      </w:r>
      <w:r>
        <w:br/>
      </w:r>
      <w:r>
        <w:rPr>
          <w:sz w:val="20"/>
        </w:rPr>
        <w:t>27:34  yani door jadeed se bekhabri.</w:t>
      </w:r>
      <w:r>
        <w:br/>
      </w:r>
      <w:r>
        <w:rPr>
          <w:sz w:val="20"/>
        </w:rPr>
        <w:t>27:38  دور جدید سے بے خبری an unawareness ہے۔</w:t>
      </w:r>
      <w:r>
        <w:br/>
      </w:r>
      <w:r>
        <w:rPr>
          <w:sz w:val="20"/>
        </w:rPr>
        <w:t>27:43  ji. bas. molana sahib, from the history of prophet of islam we know that he fought many battles. so was that an age factor or war the teachings of islam? what would you say to this?</w:t>
      </w:r>
      <w:r>
        <w:br/>
      </w:r>
      <w:r>
        <w:rPr>
          <w:sz w:val="20"/>
        </w:rPr>
        <w:t>27:57  پہلی بات یہ کہ کوئی battle نہیں لڑے۔</w:t>
      </w:r>
      <w:r>
        <w:br/>
      </w:r>
      <w:r>
        <w:rPr>
          <w:sz w:val="20"/>
        </w:rPr>
        <w:t>28:01  رسول اللہ ایک بھی battle نہیں لڑے۔</w:t>
      </w:r>
      <w:r>
        <w:br/>
      </w:r>
      <w:r>
        <w:rPr>
          <w:sz w:val="20"/>
        </w:rPr>
        <w:t>28:05  yeh bilkul galat hai kehna.</w:t>
      </w:r>
      <w:r>
        <w:br/>
      </w:r>
      <w:r>
        <w:rPr>
          <w:sz w:val="20"/>
        </w:rPr>
        <w:t>28:10  وہ جتنے بھی battle جو کرتے ہیں وہ سب اس کا اس کا مسئلہ تھے۔</w:t>
      </w:r>
      <w:r>
        <w:br/>
      </w:r>
      <w:r>
        <w:rPr>
          <w:sz w:val="20"/>
        </w:rPr>
        <w:t>28:14  یعنی لوگوں نے جو other party تھی انہوں نے attack کیا۔</w:t>
      </w:r>
      <w:r>
        <w:br/>
      </w:r>
      <w:r>
        <w:rPr>
          <w:sz w:val="20"/>
        </w:rPr>
        <w:t>28:19  آپ نے merge کر کے merge کر کے وہ reduce کیا اس کو اور اس کو جھڑپ بنا</w:t>
      </w:r>
      <w:r>
        <w:br/>
      </w:r>
      <w:r>
        <w:rPr>
          <w:sz w:val="20"/>
        </w:rPr>
        <w:t>28:23  diya bajaye ke laren aap.</w:t>
      </w:r>
      <w:r>
        <w:br/>
      </w:r>
      <w:r>
        <w:rPr>
          <w:sz w:val="20"/>
        </w:rPr>
        <w:t>28:27  تو دوسروں کی طرف سے ایسے حالات پیدا کیے گئے کہ مسلمان war کے میدان میں جائیں۔</w:t>
      </w:r>
      <w:r>
        <w:br/>
      </w:r>
      <w:r>
        <w:rPr>
          <w:sz w:val="20"/>
        </w:rPr>
        <w:t>28:32  lekin Rasulullah ne bahut hi hikmat ke saath bahut hi danishmandi ke saath isko ghataya reduce</w:t>
      </w:r>
      <w:r>
        <w:br/>
      </w:r>
      <w:r>
        <w:rPr>
          <w:sz w:val="20"/>
        </w:rPr>
        <w:t>28:36  kya yahan ke in ko is ka mashq bana diya.</w:t>
      </w:r>
      <w:r>
        <w:br/>
      </w:r>
      <w:r>
        <w:rPr>
          <w:sz w:val="20"/>
        </w:rPr>
        <w:t>28:41  ji. molana sahib, many muslims say that they should make non muslims accept islam and if they don't then they should continue to wage war against them. what is islam's view point on this?</w:t>
      </w:r>
      <w:r>
        <w:br/>
      </w:r>
      <w:r>
        <w:rPr>
          <w:sz w:val="20"/>
        </w:rPr>
        <w:t>28:55  yeh to bohat hi zyada galat baat hai.</w:t>
      </w:r>
      <w:r>
        <w:br/>
      </w:r>
      <w:r>
        <w:rPr>
          <w:sz w:val="20"/>
        </w:rPr>
        <w:t>28:58  yeh to bohat zyada galat baat hai ke logon ko musalman banane ki ladaai karna yeh to is</w:t>
      </w:r>
      <w:r>
        <w:br/>
      </w:r>
      <w:r>
        <w:rPr>
          <w:sz w:val="20"/>
        </w:rPr>
        <w:t>29:02  liye islam mein hai hi nahi.</w:t>
      </w:r>
      <w:r>
        <w:br/>
      </w:r>
      <w:r>
        <w:rPr>
          <w:sz w:val="20"/>
        </w:rPr>
        <w:t>29:05  saaf saaf quran mein hai ke la ikraha fiddeen.</w:t>
      </w:r>
      <w:r>
        <w:br/>
      </w:r>
      <w:r>
        <w:rPr>
          <w:sz w:val="20"/>
        </w:rPr>
        <w:t>29:09  islam mein koi to baseless nahi hai.</w:t>
      </w:r>
      <w:r>
        <w:br/>
      </w:r>
      <w:r>
        <w:rPr>
          <w:sz w:val="20"/>
        </w:rPr>
        <w:t>29:13  yeh bohat zyada galat baat hai ke lad kar logon ko islam mein dakhil karna.</w:t>
      </w:r>
      <w:r>
        <w:br/>
      </w:r>
      <w:r>
        <w:rPr>
          <w:sz w:val="20"/>
        </w:rPr>
        <w:t>29:16  is ka talluq islam se nahi quran se nahi hadith se nahi.</w:t>
      </w:r>
      <w:r>
        <w:br/>
      </w:r>
      <w:r>
        <w:rPr>
          <w:sz w:val="20"/>
        </w:rPr>
        <w:t>29:20  aap ko aik he kaam karna hai woh hai peaceful dawah work.</w:t>
      </w:r>
      <w:r>
        <w:br/>
      </w:r>
      <w:r>
        <w:rPr>
          <w:sz w:val="20"/>
        </w:rPr>
        <w:t>29:23  peaceful dawah work bas.</w:t>
      </w:r>
      <w:r>
        <w:br/>
      </w:r>
      <w:r>
        <w:rPr>
          <w:sz w:val="20"/>
        </w:rPr>
        <w:t>29:27  is se aagay aap ko koi duty nahi hai.</w:t>
      </w:r>
      <w:r>
        <w:br/>
      </w:r>
      <w:r>
        <w:rPr>
          <w:sz w:val="20"/>
        </w:rPr>
        <w:t>29:31  ji. molana sahib, you who have always spoken and written that present age is the age of peace and it is the age of opportunities. can you elaborate more on this?</w:t>
      </w:r>
      <w:r>
        <w:br/>
      </w:r>
      <w:r>
        <w:rPr>
          <w:sz w:val="20"/>
        </w:rPr>
        <w:t>29:45  dekhye yeh zamanah jo hai yeh industrial age kaha jata hai is ko.</w:t>
      </w:r>
      <w:r>
        <w:br/>
      </w:r>
      <w:r>
        <w:rPr>
          <w:sz w:val="20"/>
        </w:rPr>
        <w:t>29:49  industrial age mein har aadmi ko mawaqe khul gaye koi saman banaya woh.</w:t>
      </w:r>
      <w:r>
        <w:br/>
      </w:r>
      <w:r>
        <w:rPr>
          <w:sz w:val="20"/>
        </w:rPr>
        <w:t>29:53  pehlay zamanay mein hamare bachpan mein bhi saman nahi tha itna.</w:t>
      </w:r>
      <w:r>
        <w:br/>
      </w:r>
      <w:r>
        <w:rPr>
          <w:sz w:val="20"/>
        </w:rPr>
        <w:t>29:58  haath ka se kaam karte thay log.</w:t>
      </w:r>
      <w:r>
        <w:br/>
      </w:r>
      <w:r>
        <w:rPr>
          <w:sz w:val="20"/>
        </w:rPr>
        <w:t>30:02  to industrial jo age aaya industrial jo revolution aaya is ne yeh moqa de diya ke har cheez</w:t>
      </w:r>
      <w:r>
        <w:br/>
      </w:r>
      <w:r>
        <w:rPr>
          <w:sz w:val="20"/>
        </w:rPr>
        <w:t>30:07  yani ab item bohat barh gaye hain.</w:t>
      </w:r>
      <w:r>
        <w:br/>
      </w:r>
      <w:r>
        <w:rPr>
          <w:sz w:val="20"/>
        </w:rPr>
        <w:t>30:11  pehlay to chand item hotay thay chand item ab to million item hain.</w:t>
      </w:r>
      <w:r>
        <w:br/>
      </w:r>
      <w:r>
        <w:rPr>
          <w:sz w:val="20"/>
        </w:rPr>
        <w:t>30:16  is ko banao woh dunya mein becho.</w:t>
      </w:r>
      <w:r>
        <w:br/>
      </w:r>
      <w:r>
        <w:rPr>
          <w:sz w:val="20"/>
        </w:rPr>
        <w:t>30:20  aaj kal jo civil concern hai woh business hai trade hai.</w:t>
      </w:r>
      <w:r>
        <w:br/>
      </w:r>
      <w:r>
        <w:rPr>
          <w:sz w:val="20"/>
        </w:rPr>
        <w:t>30:25  woh woh sab badal chuka hai zamanah.</w:t>
      </w:r>
      <w:r>
        <w:br/>
      </w:r>
      <w:r>
        <w:rPr>
          <w:sz w:val="20"/>
        </w:rPr>
        <w:t>30:29  ab kisi qom ko larna nahi hai.</w:t>
      </w:r>
      <w:r>
        <w:br/>
      </w:r>
      <w:r>
        <w:rPr>
          <w:sz w:val="20"/>
        </w:rPr>
        <w:t>30:34  ab to har koi koi trade karna hai.</w:t>
      </w:r>
      <w:r>
        <w:br/>
      </w:r>
      <w:r>
        <w:rPr>
          <w:sz w:val="20"/>
        </w:rPr>
        <w:t>30:38  musalman agar is miraaj ko jaan jayen aur apna shikayat protest apna yeh tashaddud khatam kar dein to</w:t>
      </w:r>
      <w:r>
        <w:br/>
      </w:r>
      <w:r>
        <w:rPr>
          <w:sz w:val="20"/>
        </w:rPr>
        <w:t>30:43  dunya to sari peace he peace hai.</w:t>
      </w:r>
      <w:r>
        <w:br/>
      </w:r>
      <w:r>
        <w:rPr>
          <w:sz w:val="20"/>
        </w:rPr>
        <w:t>30:47  kisi ko kisi se larna nahi hai.</w:t>
      </w:r>
      <w:r>
        <w:br/>
      </w:r>
      <w:r>
        <w:rPr>
          <w:sz w:val="20"/>
        </w:rPr>
        <w:t>30:52  kisi ko kisi se ab to outsourcing ka zamanah hai.</w:t>
      </w:r>
      <w:r>
        <w:br/>
      </w:r>
      <w:r>
        <w:rPr>
          <w:sz w:val="20"/>
        </w:rPr>
        <w:t>30:56  ke aik mulk mein woh industry qaim karte hain phir doosray mulk se outsourcing karte hain. ladte nahi.</w:t>
      </w:r>
      <w:r>
        <w:br/>
      </w:r>
      <w:r>
        <w:rPr>
          <w:sz w:val="20"/>
        </w:rPr>
        <w:t>31:01  ab koi larai ab koi fauj le kar nahi jata outsourcing karta hai.</w:t>
      </w:r>
      <w:r>
        <w:br/>
      </w:r>
      <w:r>
        <w:rPr>
          <w:sz w:val="20"/>
        </w:rPr>
        <w:t>31:05  to musalmanon ko is mein is awareness ko torna hai.</w:t>
      </w:r>
      <w:r>
        <w:br/>
      </w:r>
      <w:r>
        <w:rPr>
          <w:sz w:val="20"/>
        </w:rPr>
        <w:t>31:10  in ko ba-khabar karna hai zamanay se.</w:t>
      </w:r>
      <w:r>
        <w:br/>
      </w:r>
      <w:r>
        <w:rPr>
          <w:sz w:val="20"/>
        </w:rPr>
        <w:t>31:14  is ke baad sab kuch theek ho jaye ga inshallah.</w:t>
      </w:r>
      <w:r>
        <w:br/>
      </w:r>
      <w:r>
        <w:rPr>
          <w:sz w:val="20"/>
        </w:rPr>
        <w:t>31:19  ji. but molana sahib, what is the reason that muslim at large do not come out and condemn terrorism? what is the reason behind this?</w:t>
      </w:r>
    </w:p>
    <w:p>
      <w:pPr>
        <w:pStyle w:val="Heading2"/>
      </w:pPr>
      <w:r>
        <w:t>Jihad obsolete in age of open communication</w:t>
      </w:r>
    </w:p>
    <w:p>
      <w:r>
        <w:rPr>
          <w:color w:val="666666"/>
          <w:sz w:val="18"/>
        </w:rPr>
        <w:t>The Age of the Quran March 24, 2019 · 3m 50s · at 17:49 · https://youtu.be/DI5wU5CwcW4?t=1069</w:t>
      </w:r>
    </w:p>
    <w:p>
      <w:r>
        <w:rPr>
          <w:i/>
        </w:rPr>
        <w:t>“Jo log Quran ka naam lete hain aur laraiyan chherte hain.”</w:t>
      </w:r>
    </w:p>
    <w:p>
      <w:r>
        <w:rPr>
          <w:sz w:val="20"/>
        </w:rPr>
        <w:t>17:49  yeh jihad kis liye? jab saare mawaqe khul chuke thay, jihad kis liye? tamam opportunity aap khul gayi world level par.</w:t>
      </w:r>
      <w:r>
        <w:br/>
      </w:r>
      <w:r>
        <w:rPr>
          <w:sz w:val="20"/>
        </w:rPr>
        <w:t>18:01  puri duniya mein jo jo possibility logon ko mili hai, bade logon ko, wo wo aap ko hasil hai. misaal ke taur par lift ke, lift ki sahulat, car ki sahulat,</w:t>
      </w:r>
      <w:r>
        <w:br/>
      </w:r>
      <w:r>
        <w:rPr>
          <w:sz w:val="20"/>
        </w:rPr>
        <w:t>18:19  wheelchair ki sahulat, hospital ki sahulat. to ladai kis liye? jab saare darwaze aap ke liye khol diye gaye to ladai kis liye?</w:t>
      </w:r>
      <w:r>
        <w:br/>
      </w:r>
      <w:r>
        <w:rPr>
          <w:sz w:val="20"/>
        </w:rPr>
        <w:t>18:32  isi liye dekhiye, muslim mein ek riwayat hai ke ek zamana aayega ke jab tum</w:t>
      </w:r>
      <w:r>
        <w:br/>
      </w:r>
      <w:r>
        <w:rPr>
          <w:sz w:val="20"/>
        </w:rPr>
        <w:t>18:43  daawati sabr karte hue ek qile tak pahunchoge, qile ke darwaze band honge, phir tum gate ke bahar khade ho kar bologe: "Allahu Akbar, La ilaha illallah" aur yeh alfaaz hi darwaze khol denge.</w:t>
      </w:r>
      <w:r>
        <w:br/>
      </w:r>
      <w:r>
        <w:rPr>
          <w:sz w:val="20"/>
        </w:rPr>
        <w:t>19:07  yeh kya hai? yeh to global, global,</w:t>
      </w:r>
      <w:r>
        <w:br/>
      </w:r>
      <w:r>
        <w:rPr>
          <w:sz w:val="20"/>
        </w:rPr>
        <w:t>19:17  yeh global daur ki apne lehaz se peshangoi hai.</w:t>
      </w:r>
      <w:r>
        <w:br/>
      </w:r>
      <w:r>
        <w:rPr>
          <w:sz w:val="20"/>
        </w:rPr>
        <w:t>19:25  yeh global communication ki peshangoi hai. yeh yeh koi mashriqi baat nahin hai ke qile ke bahar tum kahoge: "La ilaha illallah" aur darwaze khul jayenge.</w:t>
      </w:r>
      <w:r>
        <w:br/>
      </w:r>
      <w:r>
        <w:rPr>
          <w:sz w:val="20"/>
        </w:rPr>
        <w:t>19:41  yeh tumhare kya hain? yeh global communication ke daur ko bata raha hai. jaise main bol raha hoon, tamam qilon ko paar karte hue ab meri awaaz pahunch rahi hai europe mein, amreeka mein, newzealand mein,</w:t>
      </w:r>
      <w:r>
        <w:br/>
      </w:r>
      <w:r>
        <w:rPr>
          <w:sz w:val="20"/>
        </w:rPr>
        <w:t>19:59  saari duniya mein. yahi to hai,</w:t>
      </w:r>
      <w:r>
        <w:br/>
      </w:r>
      <w:r>
        <w:rPr>
          <w:sz w:val="20"/>
        </w:rPr>
        <w:t>20:04  koi deewar rukawat nahin, koi border rukawat nahin, koi samandar rukawat nahin.</w:t>
      </w:r>
      <w:r>
        <w:br/>
      </w:r>
      <w:r>
        <w:rPr>
          <w:sz w:val="20"/>
        </w:rPr>
        <w:t>20:15  is zamane mein jo wo community thi, us zamane mein jo zaban thi, us mein bola gaya hai</w:t>
      </w:r>
      <w:r>
        <w:br/>
      </w:r>
      <w:r>
        <w:rPr>
          <w:sz w:val="20"/>
        </w:rPr>
        <w:t>20:25  ke tum</w:t>
      </w:r>
      <w:r>
        <w:br/>
      </w:r>
      <w:r>
        <w:rPr>
          <w:sz w:val="20"/>
        </w:rPr>
        <w:t>20:30  qile ke bahir khare ho gay, qile ke darwaze band hon gay, phir tum awaz lagao gay: "allah akbar, la ilaha illa allah" aur tumhari awaz tamam band darwazon ko khol de gi.</w:t>
      </w:r>
      <w:r>
        <w:br/>
      </w:r>
      <w:r>
        <w:rPr>
          <w:sz w:val="20"/>
        </w:rPr>
        <w:t>20:46  is ka mani yahi hai, ke electronic communication ka dor hoga.</w:t>
      </w:r>
      <w:r>
        <w:br/>
      </w:r>
      <w:r>
        <w:rPr>
          <w:sz w:val="20"/>
        </w:rPr>
        <w:t>20:57  bolna kafi hoga, jaise main bol raha hoon, yahi kafi hai ke meri awaz europe, america tak pohnch jay.</w:t>
      </w:r>
      <w:r>
        <w:br/>
      </w:r>
      <w:r>
        <w:rPr>
          <w:sz w:val="20"/>
        </w:rPr>
        <w:t>21:07  main dilli mein bol raha hoon, lekin mera bolna hi kafi hai ke meri awaz har jagah pohnch jay.</w:t>
      </w:r>
      <w:r>
        <w:br/>
      </w:r>
      <w:r>
        <w:rPr>
          <w:sz w:val="20"/>
        </w:rPr>
        <w:t>21:15  yeh dor hai. ab jo log is dor mein larai chheren, gun chalayen, bam ka dhamaka karen, woh in awareness ki aakhri had par hain.</w:t>
      </w:r>
      <w:r>
        <w:br/>
      </w:r>
      <w:r>
        <w:rPr>
          <w:sz w:val="20"/>
        </w:rPr>
        <w:t>21:32  aise log in awareness ki aakhri had par hain.</w:t>
      </w:r>
    </w:p>
    <w:p>
      <w:pPr>
        <w:pStyle w:val="Heading2"/>
      </w:pPr>
      <w:r>
        <w:t>Islamic State has no Quranic basis, and how caliphs were chosen</w:t>
      </w:r>
    </w:p>
    <w:p>
      <w:r>
        <w:rPr>
          <w:color w:val="666666"/>
          <w:sz w:val="18"/>
        </w:rPr>
        <w:t>Rationalization of Evil Feb 15, 2009 · 5m 25s · at 11:44 · https://youtu.be/WbeB4g7sNQ4?t=704</w:t>
      </w:r>
    </w:p>
    <w:p>
      <w:r>
        <w:rPr>
          <w:i/>
        </w:rPr>
        <w:t>“قرآن یا حدیث میں اسلامک اسٹیٹ کا کانسیپٹ ہے ہی نہیں”</w:t>
      </w:r>
    </w:p>
    <w:p>
      <w:r>
        <w:rPr>
          <w:sz w:val="20"/>
        </w:rPr>
        <w:t>11:44  yani theory of Islamic state. is ke bare mein mein kuch detail ke sath arz karna chahunga. aaj kal ke zamane mein sare musalman direct ya indirect is mein obsession mein hain, is obsession mein ke Islami hukumat, Muslim hukumat, Islamic rule, yeh completely baseless hai.</w:t>
      </w:r>
      <w:r>
        <w:br/>
      </w:r>
      <w:r>
        <w:rPr>
          <w:sz w:val="20"/>
        </w:rPr>
        <w:t>12:04  yeh baat</w:t>
      </w:r>
      <w:r>
        <w:br/>
      </w:r>
      <w:r>
        <w:rPr>
          <w:sz w:val="20"/>
        </w:rPr>
        <w:t>12:05  mein aap se arz karna chahta hoon ke Quran ya hadith mein yeh is concept hai hi nahi, Islamic state ka concept. yeh sara ka sara bana hai Abbasid period mein.</w:t>
      </w:r>
      <w:r>
        <w:br/>
      </w:r>
      <w:r>
        <w:rPr>
          <w:sz w:val="20"/>
        </w:rPr>
        <w:t>12:16  yani jab musalmanon ka empire ban gaya tha. yani empire ke zamane mein yeh sab hua. ek hi arabi mein ek sirf ek kitab chhapi hai jis ko kehte hain "Al-Hukm al-Sultaniyah".</w:t>
      </w:r>
      <w:r>
        <w:br/>
      </w:r>
      <w:r>
        <w:rPr>
          <w:sz w:val="20"/>
        </w:rPr>
        <w:t>12:27  koi dusri kitab nahi hai is par. is se pehle yeh yeh likhi gayi hai baad ko. empire jab ban chuka tha musalmanon ka</w:t>
      </w:r>
      <w:r>
        <w:br/>
      </w:r>
      <w:r>
        <w:rPr>
          <w:sz w:val="20"/>
        </w:rPr>
        <w:t>12:34  . jab musalmanon ka empire ban gaya to political, yani kya qanoon ho, kya law ho, kya system ho, is par kitab likhi gayi "Al-Hukm al-Sultaniyah".</w:t>
      </w:r>
      <w:r>
        <w:br/>
      </w:r>
      <w:r>
        <w:rPr>
          <w:sz w:val="20"/>
        </w:rPr>
        <w:t>12:45  aur koi kitab hi doosri nahi hai is mozu par. aur is se pehle to koi kitab nahi likhi gayi. kyu? aap poora quran padh daliye, kahin bhi aap ko nahi payenge yeh likha hua ke aye musalmano, tum islamic state banao.</w:t>
      </w:r>
      <w:r>
        <w:br/>
      </w:r>
      <w:r>
        <w:rPr>
          <w:sz w:val="20"/>
        </w:rPr>
        <w:t>12:59  kahin bhi nahi.</w:t>
      </w:r>
      <w:r>
        <w:br/>
      </w:r>
      <w:r>
        <w:rPr>
          <w:sz w:val="20"/>
        </w:rPr>
        <w:t>13:02  to jo sab se bara, yani hukum hai islam ka ke sari dunya musalman islamic state banaye, woh kahan hai?</w:t>
      </w:r>
      <w:r>
        <w:br/>
      </w:r>
      <w:r>
        <w:rPr>
          <w:sz w:val="20"/>
        </w:rPr>
        <w:t>13:10  woh ek bhi warth quran majeed mein nahi hai. do warth aisi hai quran majeed mein jis mein yeh bataya gaya hai ke "alazeen amaknahum fil arz" ke jin ko hum zameen mein ikhtiyar dein, zameen mein power dein, to khuda ki taraf se power aata hai.</w:t>
      </w:r>
      <w:r>
        <w:br/>
      </w:r>
      <w:r>
        <w:rPr>
          <w:sz w:val="20"/>
        </w:rPr>
        <w:t>13:31  yeh hamare liye koi target nahi hai ke target bana kar ke hum hukumat qaim karein. yeh quran mein kahin nahi hai. ek aur jagah hai ke is mein yeh hai ke "waadallaha".</w:t>
      </w:r>
      <w:r>
        <w:br/>
      </w:r>
      <w:r>
        <w:rPr>
          <w:sz w:val="20"/>
        </w:rPr>
        <w:t>13:43  wahan waada ka lafz hai. yani khuda ne promise kiya hai. ek jagah promise ka word hai, ek jagah gift ka word hai.</w:t>
      </w:r>
      <w:r>
        <w:br/>
      </w:r>
      <w:r>
        <w:rPr>
          <w:sz w:val="20"/>
        </w:rPr>
        <w:t>13:52  yani khuda aaj ek gift deta hai kisi ko. ya khuda ne promise kiya hai ke tum aisa karo, aisa karoge to hum zameen mein tum ko power denge.</w:t>
      </w:r>
      <w:r>
        <w:br/>
      </w:r>
      <w:r>
        <w:rPr>
          <w:sz w:val="20"/>
        </w:rPr>
        <w:t>14:00  yeh kahin bhi nahi hai ke tumhara target yeh hai ke tum struggle kar ke, koshish kar ke aur jihad kar ke islami hukumat qaim karo. yani yeh absent hai, yeh yeh theory quran majeed mein.</w:t>
      </w:r>
      <w:r>
        <w:br/>
      </w:r>
      <w:r>
        <w:rPr>
          <w:sz w:val="20"/>
        </w:rPr>
        <w:t>14:14  doosri baat dekhiye, agar islamic state itni important ho to koi is ka structure nahi bataya gaya. kuch bhi nahi.</w:t>
      </w:r>
      <w:r>
        <w:br/>
      </w:r>
      <w:r>
        <w:rPr>
          <w:sz w:val="20"/>
        </w:rPr>
        <w:t>14:24  sare quran o hadees mein aap kahin bhi nahi bata sakte ke wahan bataya gaya ho ke kaise islami hukumat banayi jayegi. koi ek hi kitab hai jo baad ko likhi gayi hai, do sau saal baad, "al-hukkam al-sultaniyah".</w:t>
      </w:r>
      <w:r>
        <w:br/>
      </w:r>
      <w:r>
        <w:rPr>
          <w:sz w:val="20"/>
        </w:rPr>
        <w:t>14:36  is ke siwa koi kitab hi nahi is mozu par hai ke ke islam ka, yani political dhancha kya hoga. kuch bhi nahi.</w:t>
      </w:r>
      <w:r>
        <w:br/>
      </w:r>
      <w:r>
        <w:rPr>
          <w:sz w:val="20"/>
        </w:rPr>
        <w:t>14:46  phir aap dekhiye, rasool Allah salallahu alaihi wasallam ke baad, yani islam mein kisi state ka sab se bara, ah, yeh hota hai sawal ke header, header of the state kaise banaya jaye?</w:t>
      </w:r>
      <w:r>
        <w:br/>
      </w:r>
      <w:r>
        <w:rPr>
          <w:sz w:val="20"/>
        </w:rPr>
        <w:t>15:06  header of the state kaise appoint kiya jaye? kaise banaya jaye?</w:t>
      </w:r>
      <w:r>
        <w:br/>
      </w:r>
      <w:r>
        <w:rPr>
          <w:sz w:val="20"/>
        </w:rPr>
        <w:t>15:13  to rasool Allah salallahu alaihi wasallam ki jo wafat hui to yeh sawal aaya hai ke us waqt jo ban gaya tha, jo jo system, jo state ban gayi thi, wahan par is ka head, head kaise banaya jaye?</w:t>
      </w:r>
      <w:r>
        <w:br/>
      </w:r>
      <w:r>
        <w:rPr>
          <w:sz w:val="20"/>
        </w:rPr>
        <w:t>15:27  to koi is ka, koi yani maujood nahi tha, koi model. log ikhatta hue to us waqt do group the: ansar aur muhajireen.</w:t>
      </w:r>
      <w:r>
        <w:br/>
      </w:r>
      <w:r>
        <w:rPr>
          <w:sz w:val="20"/>
        </w:rPr>
        <w:t>15:40  yani us waqt jo musalman the, yani sahaba jo the, un ke do group the: ansar the aur muhajireen the. to wahan unhone kaha ke "man amir wa minkum amir".</w:t>
      </w:r>
      <w:r>
        <w:br/>
      </w:r>
      <w:r>
        <w:rPr>
          <w:sz w:val="20"/>
        </w:rPr>
        <w:t>15:51  ek amir tumhara, ek amir hamara. ke do sardar banaye jayein. do sardar banaye jayein. to aakhir mein yeh hua ke bhai do sardar banaye gaye to kaam hi nahi chalega.</w:t>
      </w:r>
      <w:r>
        <w:br/>
      </w:r>
      <w:r>
        <w:rPr>
          <w:sz w:val="20"/>
        </w:rPr>
        <w:t>16:03  to ek banaya gaya Hazrat Abu Bakr. to woh sare arab mein aisa nahi hota ke sare arab mein voting hui thi.</w:t>
      </w:r>
      <w:r>
        <w:br/>
      </w:r>
      <w:r>
        <w:rPr>
          <w:sz w:val="20"/>
        </w:rPr>
        <w:t>16:11  wahan ek ek jagah thi jis ko kehte hain "saqifa bani sa'adah". madine mein saqifa mani hota hai chabutra, platform. wahan baithak hoti thi, panchayat jaise hoti thi na.</w:t>
      </w:r>
      <w:r>
        <w:br/>
      </w:r>
      <w:r>
        <w:rPr>
          <w:sz w:val="20"/>
        </w:rPr>
        <w:t>16:21  to wahan par log ikhatta hue. wohin madine mein faisla kiya gaya ke ke Hazrat Abu Bakr jo hain, woh un ko sab saunp diya jaye. to pehle khalifa woh bane.</w:t>
      </w:r>
      <w:r>
        <w:br/>
      </w:r>
      <w:r>
        <w:rPr>
          <w:sz w:val="20"/>
        </w:rPr>
        <w:t>16:32  achha, is ke baad doosra jo Hazrat Abu Bakr ki wafat hui to phir sawal hua.</w:t>
      </w:r>
      <w:r>
        <w:br/>
      </w:r>
      <w:r>
        <w:rPr>
          <w:sz w:val="20"/>
        </w:rPr>
        <w:t>16:39  to Hazrat Abu Bakr ne kya kiya? ke unhone nominate kiya Hazrat Umar ko. to pehla hua tha saqifa bani sa'adah ke mein logon ne charcha kar ke ek aadmi ko bana diya tha.</w:t>
      </w:r>
      <w:r>
        <w:br/>
      </w:r>
      <w:r>
        <w:rPr>
          <w:sz w:val="20"/>
        </w:rPr>
        <w:t>16:53  doosra hua hai ke woh nominate kiya unhone Hazrat Umar ko. in nomination se Hazrat Umar second khalifa bane. is ke baad jab un ka intiqal hua to phir sawal tha ke kya kiya jaye?</w:t>
      </w:r>
      <w:r>
        <w:br/>
      </w:r>
      <w:r>
        <w:rPr>
          <w:sz w:val="20"/>
        </w:rPr>
        <w:t>17:05  to Hazrat Umar ne chhe aadmiyon ka ek panel banaya.</w:t>
      </w:r>
    </w:p>
    <w:p>
      <w:pPr>
        <w:pStyle w:val="Heading2"/>
      </w:pPr>
      <w:r>
        <w:t>Prophet Muhammad's early life and first revelation</w:t>
      </w:r>
    </w:p>
    <w:p>
      <w:r>
        <w:rPr>
          <w:color w:val="666666"/>
          <w:sz w:val="18"/>
        </w:rPr>
        <w:t>The Message of The Quran | March 26, 2006 | Maulana Wahiduddin Khan · 5m 36s · at 49:20 · https://youtu.be/li_qc0OGGIA?t=2960</w:t>
      </w:r>
    </w:p>
    <w:p>
      <w:r>
        <w:rPr>
          <w:i/>
        </w:rPr>
        <w:t>“The Prophet was an orphan which made him a seeker”</w:t>
      </w:r>
    </w:p>
    <w:p>
      <w:r>
        <w:rPr>
          <w:sz w:val="20"/>
        </w:rPr>
        <w:t>49:20  keh arab mein aik shakhs paida hota hai, muhammad bin abdullah bin abdul mutallib, 570 ad mein. woh orphan ho jata hai, baap mar jatay hain us ke birth se pehle hi, maa mar jati hain birth ke baad kuch dinon, kuch arsay ke baad.</w:t>
      </w:r>
      <w:r>
        <w:br/>
      </w:r>
      <w:r>
        <w:rPr>
          <w:sz w:val="20"/>
        </w:rPr>
        <w:t>49:50  as a orphan, woh wahan par barhta hai. orphan hona kya hai, is ka maine khud tajurba kiya hai. orphan aadmi bohat jald seeker ban jata hai. jo aadmi maa baap ki god mein ho, us ke liye record ban jati hai, us ki seeking speed ubhray. yeh mera apna personal experience hai, kyunkeh mere baap jo thay 1929 mein</w:t>
      </w:r>
      <w:r>
        <w:br/>
      </w:r>
      <w:r>
        <w:rPr>
          <w:sz w:val="20"/>
        </w:rPr>
        <w:t>50:20  mar gaye, jab keh mein sirf panch saal ka tha. 1929 to meri maa batati hain keh jab woh maray to mein bilkul hi speechless ho gaya. bohat bolta tha mein pehle, un ki zindagi bohat bolta tha, lekin jab maray to mein speechless ho gaya. kaha, is ka matlab kya hua? is ka matlab kya hua? is ka matlab yeh hua keh yaani mein aik</w:t>
      </w:r>
      <w:r>
        <w:br/>
      </w:r>
      <w:r>
        <w:rPr>
          <w:sz w:val="20"/>
        </w:rPr>
        <w:t>50:51  striver ban gaya. woh aadmi jo extrovert tha, woh woh introvert ban gaya. yaani orphanagae ne mujhe yeh kiya keh pehle mein tha extrovert, ab mein introvert ban gaya. isi ko mein kehta hoon seeking speed ka jaag parna. bohat bari blessing hai yeh jo mere sath hui keh bachpan hi se mein seeker ban gaya.</w:t>
      </w:r>
      <w:r>
        <w:br/>
      </w:r>
      <w:r>
        <w:rPr>
          <w:sz w:val="20"/>
        </w:rPr>
        <w:t>51:22  to muhammad bin abdullah bin abdul mutallib ke jo halaat thay, unhon ne unhein shuru se hi seeker bana diya. shuru se seeker bana diya. us zamanay mein arab mein aisa tha keh bohat se log jo sachai ko dhoondnay walay thay, jo seeker thay, aisay bohat se log wahan paye jatay thay.</w:t>
      </w:r>
      <w:r>
        <w:br/>
      </w:r>
      <w:r>
        <w:rPr>
          <w:sz w:val="20"/>
        </w:rPr>
        <w:t>51:53  aisay bohat se log paye jatay thay wahan. to woh kehtay thay keh khuda ya, hum ko nahi maloom keh teri ibadat ka tareeqa kya hai. agar hum jantay to hum waise hi teri ibadat kartay. yeh kehtay hue mar gaye. woh mislan aik aadmi tha qist ibn sa'dah, is tarah ke bohat se log thay. to muhammad bin abdul</w:t>
      </w:r>
      <w:r>
        <w:br/>
      </w:r>
      <w:r>
        <w:rPr>
          <w:sz w:val="20"/>
        </w:rPr>
        <w:t>52:23  lah bin abdul mutallib bhi isi tarah ke aik seeker ban gaye. to kya hua? makkah ke paas aik mountain tha, uska naam tha hira. to woh hira mein janay lagay, kyunkeh hira mein aap ko akelapan milta tha. wahan koi disturb karnay wala nahi tha</w:t>
      </w:r>
      <w:r>
        <w:br/>
      </w:r>
      <w:r>
        <w:rPr>
          <w:sz w:val="20"/>
        </w:rPr>
        <w:t>52:53  , koi distraction nahi tha soch ke liye. wahan par aik cave tha, us cave ko hamari history mein likha jata hai ghar hira, cave of hira, cave of hira mountain. wahan par ja kar ke woh akelay mein sochtay thay. yeh aap ki jo seeking speed hai, wahan us ko kuch milta tha keh sochne ke liye.</w:t>
      </w:r>
      <w:r>
        <w:br/>
      </w:r>
      <w:r>
        <w:rPr>
          <w:sz w:val="20"/>
        </w:rPr>
        <w:t>53:23  yaani us ko aap keh saktay hain contemplation. us ko meditation to nahi kahain gay, lekin yeh contemplation, contemplation hota tha. us ko arabi mein kehtay hain tadabbur, tadabbur, tafakkur. to lambi kahani hai, mein us ko short mein kehta hoon keh isi tarah aap ke 40 saal beet gaye. beech mein bohat sari aur baatein huin.</w:t>
      </w:r>
      <w:r>
        <w:br/>
      </w:r>
      <w:r>
        <w:rPr>
          <w:sz w:val="20"/>
        </w:rPr>
        <w:t>53:54  to jab aap 40 saal ke ho chukay thay, is ka matlab yeh hai maturity ki age ho chuki thi. aap ki 40 saal mein aadmi bharpoor taur par mature ho jata hai. us waqt achaanak aik din wahan aaya khuda ka angel. us ne kaha keh mein khuda ka angel hoon aur tum ko yeh batany aaya hoon keh khuda ne tum ko select kar liya hai</w:t>
      </w:r>
      <w:r>
        <w:br/>
      </w:r>
      <w:r>
        <w:rPr>
          <w:sz w:val="20"/>
        </w:rPr>
        <w:t>54:25  as a prophet aur tum ko khuda ka message duniya mein pohanchana hai. yeh hua 610 mein, 610 mein. to quran ka jo revelation hai, woh 610 mein shuru hua. pehli verses 610 ad mein utri, us ke baad</w:t>
      </w:r>
    </w:p>
    <w:p>
      <w:pPr>
        <w:pStyle w:val="Heading2"/>
      </w:pPr>
      <w:r>
        <w:t>Lightning parable and Allah's power to give chance</w:t>
      </w:r>
    </w:p>
    <w:p>
      <w:r>
        <w:rPr>
          <w:color w:val="666666"/>
          <w:sz w:val="18"/>
        </w:rPr>
        <w:t>2 20 29  Chapter Al Baqrah, Aug 02, 2015 · 4m 15s · at 2:57 · https://youtu.be/cTJGD7yxFyM?t=177</w:t>
      </w:r>
    </w:p>
    <w:p>
      <w:r>
        <w:rPr>
          <w:i/>
        </w:rPr>
        <w:t>“Yaqad al-barqu yakhtafu absarahum”</w:t>
      </w:r>
    </w:p>
    <w:p>
      <w:r>
        <w:rPr>
          <w:sz w:val="20"/>
        </w:rPr>
        <w:t>2:57  yaqadu al barqu yakhtafu absarahum kullama adaa'a lahum mashawfeehi.</w:t>
      </w:r>
      <w:r>
        <w:br/>
      </w:r>
      <w:r>
        <w:rPr>
          <w:sz w:val="20"/>
        </w:rPr>
        <w:t>3:04  yeh ayat jo hai, pichlay silsilay se mutaliq hai. pesh silsilay mein, yani pichli ayaton mein jo baat kahi gayi hai, us se jurtay hai yeh ayat. phir say parhiye.</w:t>
      </w:r>
      <w:r>
        <w:br/>
      </w:r>
      <w:r>
        <w:rPr>
          <w:sz w:val="20"/>
        </w:rPr>
        <w:t>3:15  yaqadul barqu yakhtafu absarahum.</w:t>
      </w:r>
      <w:r>
        <w:br/>
      </w:r>
      <w:r>
        <w:rPr>
          <w:sz w:val="20"/>
        </w:rPr>
        <w:t>3:17  haan. yeh is mein barq, yaani bijli, itni chamak rahi hai ke ho sakta hai, aisa lagta hai ke un ki aankhein chali jayengi. to yeh baarish ki misaal de kar is mein wahi ko bataya gaya hai ke Allah ki wahi utri, Quran utra, to aik noor-e-hidayaat ka phaila. hidayaat ki roshni phaili. to kuch logon ko to is se hid</w:t>
      </w:r>
      <w:r>
        <w:br/>
      </w:r>
      <w:r>
        <w:rPr>
          <w:sz w:val="20"/>
        </w:rPr>
        <w:t>3:47  ayat mili, aur kuch log aisay thay jo is ko accept na kar sakay, to tarah tarah ki is ke khilaaf baatein bolnay lagay. inhi ke baray mein yeh baat hai ke wahi ki roshni se un ko roshni nahi mili, kyunkay un ka zehan bigra hua tha. jin ko hum kehtay hain munafiq, yeh un ka bayan hai. to munafiq koi aisa nahi ke qadeem zamanay mein koi aik firqa tha jo munafiqat kar</w:t>
      </w:r>
      <w:r>
        <w:br/>
      </w:r>
      <w:r>
        <w:rPr>
          <w:sz w:val="20"/>
        </w:rPr>
        <w:t>4:17  ta tha.</w:t>
      </w:r>
      <w:r>
        <w:br/>
      </w:r>
      <w:r>
        <w:rPr>
          <w:sz w:val="20"/>
        </w:rPr>
        <w:t>4:21  nahin, har zamane mein yeh ek insani phenomena hai.</w:t>
      </w:r>
      <w:r>
        <w:br/>
      </w:r>
      <w:r>
        <w:rPr>
          <w:sz w:val="20"/>
        </w:rPr>
        <w:t>4:26  yeh insaan ka ek phenomena hai jo har zamane mein hota hai, aur hota rahega.</w:t>
      </w:r>
      <w:r>
        <w:br/>
      </w:r>
      <w:r>
        <w:rPr>
          <w:sz w:val="20"/>
        </w:rPr>
        <w:t>4:30  یعنی جو لوگ سچائی کو دل سے accept نہ کر پائیں، لیکن صاف صاف انکار بھی کرنے کی</w:t>
      </w:r>
      <w:r>
        <w:br/>
      </w:r>
      <w:r>
        <w:rPr>
          <w:sz w:val="20"/>
        </w:rPr>
        <w:t>4:34  himmat na un ke andar ho, un ko kehte hain munafiq.</w:t>
      </w:r>
      <w:r>
        <w:br/>
      </w:r>
      <w:r>
        <w:rPr>
          <w:sz w:val="20"/>
        </w:rPr>
        <w:t>4:39  to na to saaf saaf inkaar, aur na dil se manna is ko.</w:t>
      </w:r>
      <w:r>
        <w:br/>
      </w:r>
      <w:r>
        <w:rPr>
          <w:sz w:val="20"/>
        </w:rPr>
        <w:t>4:43  to tarah tarah ki baatein karte hain woh.</w:t>
      </w:r>
      <w:r>
        <w:br/>
      </w:r>
      <w:r>
        <w:rPr>
          <w:sz w:val="20"/>
        </w:rPr>
        <w:t>4:48  isi ko kaha gaya hai ke aisa lagta hai ke roshni se un ki aankhein chali jayengi, yaani chakaachaund ho jayengi. yaani un ki aankhein, ya un ka mind, tahammul nahi kar raha hai is sachai ko jo un ki khwahishat ke against mein hai. jo un ke jazbaat hain, us ke against mein hai. to tahammul nahi kar saka is ko, maanay. to tarah tarah ki baatein karte hain.</w:t>
      </w:r>
      <w:r>
        <w:br/>
      </w:r>
      <w:r>
        <w:rPr>
          <w:sz w:val="20"/>
        </w:rPr>
        <w:t>5:15  kullama adaa'a lahum mashawfiyh.</w:t>
      </w:r>
      <w:r>
        <w:br/>
      </w:r>
      <w:r>
        <w:rPr>
          <w:sz w:val="20"/>
        </w:rPr>
        <w:t>5:17  jab roshni hoti hai to chal padte hain.</w:t>
      </w:r>
      <w:r>
        <w:br/>
      </w:r>
      <w:r>
        <w:rPr>
          <w:sz w:val="20"/>
        </w:rPr>
        <w:t>5:20  waizaa azlama alayhim qamoo.</w:t>
      </w:r>
      <w:r>
        <w:br/>
      </w:r>
      <w:r>
        <w:rPr>
          <w:sz w:val="20"/>
        </w:rPr>
        <w:t>5:22  aur jab roshni na ho to theher jaate hain.</w:t>
      </w:r>
      <w:r>
        <w:br/>
      </w:r>
      <w:r>
        <w:rPr>
          <w:sz w:val="20"/>
        </w:rPr>
        <w:t>5:26  yeh lafzi taur par nahi, yeh baat kahi gayi hai.</w:t>
      </w:r>
      <w:r>
        <w:br/>
      </w:r>
      <w:r>
        <w:rPr>
          <w:sz w:val="20"/>
        </w:rPr>
        <w:t>5:29  yeh tamseel hai.</w:t>
      </w:r>
      <w:r>
        <w:br/>
      </w:r>
      <w:r>
        <w:rPr>
          <w:sz w:val="20"/>
        </w:rPr>
        <w:t>5:32  ke baarish ho, bijli chamak rahi ho, to aadmi aisa karega ke andhera hai, roshni hui to</w:t>
      </w:r>
      <w:r>
        <w:br/>
      </w:r>
      <w:r>
        <w:rPr>
          <w:sz w:val="20"/>
        </w:rPr>
        <w:t>5:36  chal pada, phir andhera hua to ruk gaya.</w:t>
      </w:r>
      <w:r>
        <w:br/>
      </w:r>
      <w:r>
        <w:rPr>
          <w:sz w:val="20"/>
        </w:rPr>
        <w:t>5:39  aise hi un ka haal hai.</w:t>
      </w:r>
      <w:r>
        <w:br/>
      </w:r>
      <w:r>
        <w:rPr>
          <w:sz w:val="20"/>
        </w:rPr>
        <w:t>5:42  ke kuch aayatain aisi agar un ko aati hain jo un ki samajh mein aata hai, jo un</w:t>
      </w:r>
      <w:r>
        <w:br/>
      </w:r>
      <w:r>
        <w:rPr>
          <w:sz w:val="20"/>
        </w:rPr>
        <w:t>5:46  ki khwahishat se takrati nahi hain, to aage badhte hain kuch.</w:t>
      </w:r>
      <w:r>
        <w:br/>
      </w:r>
      <w:r>
        <w:rPr>
          <w:sz w:val="20"/>
        </w:rPr>
        <w:t>5:49  jab dekhte hain ke aisi aayatain aa rahi</w:t>
      </w:r>
      <w:r>
        <w:br/>
      </w:r>
      <w:r>
        <w:rPr>
          <w:sz w:val="20"/>
        </w:rPr>
        <w:t>5:53  hain, aisi baatein kahi ja rahi hain, jo un ki khwahishat se takrati hain, jo un ko ghalat batati hain, to wahan par theher jatay hain, woh ruk jatay hain. yeh matlab hai is ka.</w:t>
      </w:r>
      <w:r>
        <w:br/>
      </w:r>
      <w:r>
        <w:rPr>
          <w:sz w:val="20"/>
        </w:rPr>
        <w:t>6:06  walaw shaa'a allahu lazahaba bisam'ihim wa absarihim.</w:t>
      </w:r>
      <w:r>
        <w:br/>
      </w:r>
      <w:r>
        <w:rPr>
          <w:sz w:val="20"/>
        </w:rPr>
        <w:t>6:09  aur Allah agar chahta to un ki aankh aur kaan le leta. is ka matlab yeh nahi ke un ko andha waghera bana deta. yeh matlab nahi hai. is ka matlab hai ke un ko aur bhi ziyada gumrahi mein par jatay hain, woh kuch samajh mein nahi aata un ko. yaani conditioning ki aakhri had par. lekin Allah yeh nahi chahta ke woh conditioning ki aakhri had tak pahunch jayen, balkay un ko mauqa de raha hai. mauqa de raha hai, mauqa de raha hai. yeh matlab hai is ka.</w:t>
      </w:r>
      <w:r>
        <w:br/>
      </w:r>
      <w:r>
        <w:rPr>
          <w:sz w:val="20"/>
        </w:rPr>
        <w:t>6:34  innallaha ala kulli shai'in qadeer.</w:t>
      </w:r>
      <w:r>
        <w:br/>
      </w:r>
      <w:r>
        <w:rPr>
          <w:sz w:val="20"/>
        </w:rPr>
        <w:t>6:37  Allah qadir hai har cheez par.</w:t>
      </w:r>
      <w:r>
        <w:br/>
      </w:r>
      <w:r>
        <w:rPr>
          <w:sz w:val="20"/>
        </w:rPr>
        <w:t>6:43  yaani mauqa dene par bhi qadir hai, mauqa chheen'ne par bhi qadir hai.</w:t>
      </w:r>
      <w:r>
        <w:br/>
      </w:r>
      <w:r>
        <w:rPr>
          <w:sz w:val="20"/>
        </w:rPr>
        <w:t>6:48  lekin Allah mauqa chheen'ta nahi.</w:t>
      </w:r>
      <w:r>
        <w:br/>
      </w:r>
      <w:r>
        <w:rPr>
          <w:sz w:val="20"/>
        </w:rPr>
        <w:t>6:53  woh mauqa deta hai, mauqa deta hai, mauqa deta hai, aakhir waqt tak.</w:t>
      </w:r>
      <w:r>
        <w:br/>
      </w:r>
      <w:r>
        <w:rPr>
          <w:sz w:val="20"/>
        </w:rPr>
        <w:t>6:58  yahan tak ke jab insaan, yaani poori tarah se, poori tarah munafiqat ka roshan ikhtiyar karta hai.</w:t>
      </w:r>
      <w:r>
        <w:br/>
      </w:r>
      <w:r>
        <w:rPr>
          <w:sz w:val="20"/>
        </w:rPr>
        <w:t>7:03  munafiqat ka ma'ni yeh ke, yaani yeh jaante hue ke sachai hai, magar is ka saath na dena.</w:t>
      </w:r>
      <w:r>
        <w:br/>
      </w:r>
      <w:r>
        <w:rPr>
          <w:sz w:val="20"/>
        </w:rPr>
        <w:t>7:08  tab us ko Allah taala maroof kar deta hai.</w:t>
      </w:r>
    </w:p>
    <w:p>
      <w:pPr>
        <w:pStyle w:val="Heading2"/>
      </w:pPr>
      <w:r>
        <w:t>Be an idealist in belief, patient in practice</w:t>
      </w:r>
    </w:p>
    <w:p>
      <w:r>
        <w:rPr>
          <w:color w:val="666666"/>
          <w:sz w:val="18"/>
        </w:rPr>
        <w:t>Dars-e-Quran (Chapter 103, Verses 1-3) August 19, 2012 · 4m 47s · at 29:13 · https://youtu.be/q7ORmSbhs4s?t=1753</w:t>
      </w:r>
    </w:p>
    <w:p>
      <w:r>
        <w:rPr>
          <w:i/>
        </w:rPr>
        <w:t>“Ab ghor kijiye ke yahan par sabr ka matlab kya hai”</w:t>
      </w:r>
    </w:p>
    <w:p>
      <w:r>
        <w:rPr>
          <w:sz w:val="20"/>
        </w:rPr>
        <w:t>29:13  ab, ab gaur kijiye ke yahan par sabr ka matlab kya hai. Is ka matlab bohat hi zyada sochne ki baat hai.</w:t>
      </w:r>
      <w:r>
        <w:br/>
      </w:r>
      <w:r>
        <w:rPr>
          <w:sz w:val="20"/>
        </w:rPr>
        <w:t>29:22  haqq se murad hai ideological content of truth haqq ka matlab hai ideological content of truth aur sabr ka matlab kya hai?</w:t>
      </w:r>
      <w:r>
        <w:br/>
      </w:r>
      <w:r>
        <w:rPr>
          <w:sz w:val="20"/>
        </w:rPr>
        <w:t>29:39  practical content of truth to yahan farq kya? Quran ne</w:t>
      </w:r>
      <w:r>
        <w:br/>
      </w:r>
      <w:r>
        <w:rPr>
          <w:sz w:val="20"/>
        </w:rPr>
        <w:t>29:46  yani jahan tak nazariye ki baat hai, ideology ki baat hai, wahan par aap poore maanon mein aap ko sachai par khare hona hai.</w:t>
      </w:r>
      <w:r>
        <w:br/>
      </w:r>
      <w:r>
        <w:rPr>
          <w:sz w:val="20"/>
        </w:rPr>
        <w:t>29:56  aap ki soch, aap ka intellectual, aap ka thinking process, aap ki intellectual life, yeh poore maanon mein haqq par ho.</w:t>
      </w:r>
      <w:r>
        <w:br/>
      </w:r>
      <w:r>
        <w:rPr>
          <w:sz w:val="20"/>
        </w:rPr>
        <w:t>30:08  haqq se aik zara barabar bhi hati hui nahi ho. But when it comes to society</w:t>
      </w:r>
      <w:r>
        <w:br/>
      </w:r>
      <w:r>
        <w:rPr>
          <w:sz w:val="20"/>
        </w:rPr>
        <w:t>30:17  you have to be you have to you have to adopt patience yeh kaisi ajeeb baat hai ke haqq ke maamle mein, haqq ke maamle mein miyar pasand bano aur</w:t>
      </w:r>
      <w:r>
        <w:br/>
      </w:r>
      <w:r>
        <w:rPr>
          <w:sz w:val="20"/>
        </w:rPr>
        <w:t>30:34  aur amli, amli maamle mein sabr pasand ban jao. Yeh bohat ajeeb taleem hai Islam ki</w:t>
      </w:r>
      <w:r>
        <w:br/>
      </w:r>
      <w:r>
        <w:rPr>
          <w:sz w:val="20"/>
        </w:rPr>
        <w:t>30:42  keh haq ke maamle mein, yaani matlab nazariye ke maamle mein, nazariye aur ideology ke maamle mein meyar pasand aur amal ke maamle mein sabr pasand.</w:t>
      </w:r>
      <w:r>
        <w:br/>
      </w:r>
      <w:r>
        <w:rPr>
          <w:sz w:val="20"/>
        </w:rPr>
        <w:t>30:57  kyunkeh aap dekhiye, aap ek society mein rehna parta hai. Aap ko society mein har qism ke log hain. Sab ko freedom of choice mila hua hai.</w:t>
      </w:r>
      <w:r>
        <w:br/>
      </w:r>
      <w:r>
        <w:rPr>
          <w:sz w:val="20"/>
        </w:rPr>
        <w:t>31:09  to aap log aap ki rai ke paband nahi hain.</w:t>
      </w:r>
      <w:r>
        <w:br/>
      </w:r>
      <w:r>
        <w:rPr>
          <w:sz w:val="20"/>
        </w:rPr>
        <w:t>31:12  woh misuse karenge apni aazadi ka. it is misuse of freedom that creates all those problems crime kya hai?</w:t>
      </w:r>
      <w:r>
        <w:br/>
      </w:r>
      <w:r>
        <w:rPr>
          <w:sz w:val="20"/>
        </w:rPr>
        <w:t>31:24  woh hai misuse of freedom ka result jo hai, usi ka naam hai crime. injustice kya hai?</w:t>
      </w:r>
      <w:r>
        <w:br/>
      </w:r>
      <w:r>
        <w:rPr>
          <w:sz w:val="20"/>
        </w:rPr>
        <w:t>31:33  crime, injustice, corruption, jo bhi cheezon ko aap evil samajhte hain. all kinds of social evils all kinds of social evils are not but result of misuse of freedom to is ka matlab yeh hai ke yahan Quran farq kar raha hai individual mein aur society mein.</w:t>
      </w:r>
      <w:r>
        <w:br/>
      </w:r>
      <w:r>
        <w:rPr>
          <w:sz w:val="20"/>
        </w:rPr>
        <w:t>32:02  as an individual you have to be idealist perfectionist kyunkeh aap ki apni zaat aap ke qabze mein hai.</w:t>
      </w:r>
      <w:r>
        <w:br/>
      </w:r>
      <w:r>
        <w:rPr>
          <w:sz w:val="20"/>
        </w:rPr>
        <w:t>32:12  aap jis tarah chahein sochein, jis tarah chahein apne apne mind mein thinking process jari karein. Is mein to koi pabandi nahi hai.</w:t>
      </w:r>
      <w:r>
        <w:br/>
      </w:r>
      <w:r>
        <w:rPr>
          <w:sz w:val="20"/>
        </w:rPr>
        <w:t>32:22  to aap ko chahiye ke apne apne mind ki satah par, apni soch ki satah par, aakhri had tak meyar pasand banen.</w:t>
      </w:r>
      <w:r>
        <w:br/>
      </w:r>
      <w:r>
        <w:rPr>
          <w:sz w:val="20"/>
        </w:rPr>
        <w:t>32:33  aakhri had tak idealist banen. aakhri had tak perfectionist banen. Lekin jab aap society mein dakhil honge to aap payenge ke wahan par log tarah tarah ke log hain.</w:t>
      </w:r>
      <w:r>
        <w:br/>
      </w:r>
      <w:r>
        <w:rPr>
          <w:sz w:val="20"/>
        </w:rPr>
        <w:t>32:47  wahan corruption bhi hai, wahan fasad bhi hai, wahan hate bhi hai, wahan injustice bhi hai. To aap ko kya karna hai?</w:t>
      </w:r>
      <w:r>
        <w:br/>
      </w:r>
      <w:r>
        <w:rPr>
          <w:sz w:val="20"/>
        </w:rPr>
        <w:t>32:57  agar aap jhanda uthayein aur apni zimmedari yeh lein ke aap ko larr larr ke sab ko justice par lana hai to kya hoga?</w:t>
      </w:r>
      <w:r>
        <w:br/>
      </w:r>
      <w:r>
        <w:rPr>
          <w:sz w:val="20"/>
        </w:rPr>
        <w:t>33:06  fasad hoga. anarchy aayegi. larrhai hogi. To woh Islam ka tareeqa nahi hai.</w:t>
      </w:r>
      <w:r>
        <w:br/>
      </w:r>
      <w:r>
        <w:rPr>
          <w:sz w:val="20"/>
        </w:rPr>
        <w:t>33:15  Islam ka tareeqa yeh hai ke aap logon se peaceful tareeqe se persuade kijiye. Islam ka tareeqa yeh hai ke agar aap dekhein ke society mein evil hai to aap ko kya karna hai?</w:t>
      </w:r>
      <w:r>
        <w:br/>
      </w:r>
      <w:r>
        <w:rPr>
          <w:sz w:val="20"/>
        </w:rPr>
        <w:t>33:30  aakhri had tak peaceful reh kar ke, aakhri had tak peaceful reh kar ke, aur bohat hi khair khwahi ke sath, narmi ke sath logon ko persuade kijiye.</w:t>
      </w:r>
      <w:r>
        <w:br/>
      </w:r>
      <w:r>
        <w:rPr>
          <w:sz w:val="20"/>
        </w:rPr>
        <w:t>33:44  logon se kahiye suniye. Logon ko samjhaiye bujhaiye. Aur agar log nahi mante aap ki baat to phir aap ke liye kya option hai?</w:t>
      </w:r>
      <w:r>
        <w:br/>
      </w:r>
      <w:r>
        <w:rPr>
          <w:sz w:val="20"/>
        </w:rPr>
        <w:t>33:55  sabr, patience. Larrhai nahi hai.</w:t>
      </w:r>
    </w:p>
    <w:p>
      <w:pPr>
        <w:pStyle w:val="Heading2"/>
      </w:pPr>
      <w:r>
        <w:t>Urgent need for creative thinking in ummah</w:t>
      </w:r>
    </w:p>
    <w:p>
      <w:r>
        <w:rPr>
          <w:color w:val="666666"/>
          <w:sz w:val="18"/>
        </w:rPr>
        <w:t>Quran: A Book of Guidance | August 3, 2014 · 6m 06s · at 28:52 · https://youtu.be/OO6VwFy9Nto?t=1732</w:t>
      </w:r>
    </w:p>
    <w:p>
      <w:r>
        <w:rPr>
          <w:i/>
        </w:rPr>
        <w:t>“The greatest need of the ummah is to develop creative thinking.”</w:t>
      </w:r>
    </w:p>
    <w:p>
      <w:r>
        <w:rPr>
          <w:sz w:val="20"/>
        </w:rPr>
        <w:t>28:52  yeh matlab tareekh ke mutabiq hai, fitrat ke mutabiq hai, aur text ke mutabiq hai. to is zamane mein main samajhta hoon ke ummat ki sab se bari khwahish yeh hai ke is ke andar creative thinking paida ki jaye. muslim empowerment aur milli work aur social work, is se kuch hone wala nahi hai. aaj kal musalmanon ke bare dhoom se yeh sab kaam</w:t>
      </w:r>
      <w:r>
        <w:br/>
      </w:r>
      <w:r>
        <w:rPr>
          <w:sz w:val="20"/>
        </w:rPr>
        <w:t>29:22  ho rahe hain. muslim empowerment aur milli work aur social work aur musalmanon ke andar tarah tarah ke is tarah ke kaam, is se kuch bhi nahi hone wala, ab tak na hua aur na aindah hoga. jad ki baat yeh hai ke musalmanon ke andar creative thinking lai jaye. tab woh janenge ke how to reapply quran, how to reapply the quran in</w:t>
      </w:r>
      <w:r>
        <w:br/>
      </w:r>
      <w:r>
        <w:rPr>
          <w:sz w:val="20"/>
        </w:rPr>
        <w:t>29:53  the present situation. jab tak yeh nahi janenge to bas quran ko tilawat karenge aur us ko apply nahi kar payenge. apply nahi kar payenge. maslan dekhiye quran mein yeh ayat hai ke</w:t>
      </w:r>
      <w:r>
        <w:br/>
      </w:r>
      <w:r>
        <w:rPr>
          <w:sz w:val="20"/>
        </w:rPr>
        <w:t>30:27  is mein bataya gaya hai ke jo tumhara dushman hai us se acha sulook karo. us ke si'a ke jawab mein husna karo. to woh dushman tumhara dost ban jayega. ab creativity na hone ki wajah se is ayat ki wazahat nahi kar sake hamare mohsin ne. is ka matlab yeh hai ke jab si'a ki surat paida ho, us waqt reaction mat karo. aam taur par kya hota hai? jab si'a ki surat paida</w:t>
      </w:r>
      <w:r>
        <w:br/>
      </w:r>
      <w:r>
        <w:rPr>
          <w:sz w:val="20"/>
        </w:rPr>
        <w:t>30:57  hoti hai to foran log gussa ho jate hain, provoke kar bhadak uthte hain, ladne banne khade ho jate hain. isi liye to mana kiya gaya jo musalman kar rahe hain yeh sab. har jagah. har jagah si'a ka hawala de kar ke ladne ke liye tayyar hain. har jagah. ke unhon ne hamare sath si'a kiya hai to hum ladenge. yeh kyun aisa kar rahe hain? creativity khatam ho jane ki wajah se. si'a jab</w:t>
      </w:r>
      <w:r>
        <w:br/>
      </w:r>
      <w:r>
        <w:rPr>
          <w:sz w:val="20"/>
        </w:rPr>
        <w:t>31:28  kya jaye, usi waqt to aap ko hasna karna hai. to sari dunya mein musalman is waqt kya kar rahe hain? un ki jo aap jo nafrat mein mubtala hain, larai bhadrai mein kar rahe hain, aur ganj concert chala rahe hain. har jagah, har jagah, har jagah. wo kyon kar rahe hain? un ke pas yahi jawaz hai ke unhon ne sayyah kiya hai to hum bhi sayyah kar rah</w:t>
      </w:r>
      <w:r>
        <w:br/>
      </w:r>
      <w:r>
        <w:rPr>
          <w:sz w:val="20"/>
        </w:rPr>
        <w:t>31:58  e hain. yahi jawaz un ke pas hai. lekin yeh excuse bilkul batil hai. quran yeh kehta hai ke tum unhon ne sayyah kiya hai to hasna karo. tab wo tumhare dost ban jayenge. un ko kill mat karo, un ko apna dost banao. lekin is tarah soch nahi paate. kitne hi kisi se kahiye. koi soch nahi pata. abhi dekhiye</w:t>
      </w:r>
      <w:r>
        <w:br/>
      </w:r>
      <w:r>
        <w:rPr>
          <w:sz w:val="20"/>
        </w:rPr>
        <w:t>32:28  ye, sari dunya mein musalman jo hai ramzan ke zamane mein yahudiyon ke khilaf quran tanaza padhte rahe. bad dua padhte rahe rozana masjidon mein. pure ramzan ka mahina. har jagah ki reporten yahi hain. ab yeh bhi kya hai? creativity ka faqdhan hai. log kya kehte hain ke bair momna ka jo waqia hua tha, us ke mauqe par kuch sahaba</w:t>
      </w:r>
      <w:r>
        <w:br/>
      </w:r>
      <w:r>
        <w:rPr>
          <w:sz w:val="20"/>
        </w:rPr>
        <w:t>32:58  h qatl kar diye gaye the, rasool Allah ne bad dua ki thi. bas yeh yeh jante hain, yeh jante hain. halanke isi hadith ke sath likha hua hai ke aap ne bad dua ki to us ke baad jibril aaye aur rasool Allah ko mana kiya ke aap ko bad dua karne ke liye nahi, Allah ne bheja hai. aap ko daai bana kar bheja, dawat di. phir isi riwayat mein hai ke rasool Allah ne bad dua chhod diya aur phir kabhi aap ne bad dua nahi ki. lekin is se bekhabar hain. kyunke ghusse mein</w:t>
      </w:r>
      <w:r>
        <w:br/>
      </w:r>
      <w:r>
        <w:rPr>
          <w:sz w:val="20"/>
        </w:rPr>
        <w:t>33:28  hain musalman. bhadke hue hain. jab aap ghusse mein hon, bhadke hue hon, to us ke baad kya hoga? nafrat aayegi. nafrat aayegi to violence aayegi. violence aayegi to war aayegi. to jo already text mein maujood hai, us se bekhabar hain kyunke creativity nahi. to musalmanon ke islah ke liye jitni bhi koshishen ho rahi hain,</w:t>
      </w:r>
      <w:r>
        <w:br/>
      </w:r>
      <w:r>
        <w:rPr>
          <w:sz w:val="20"/>
        </w:rPr>
        <w:t>33:58  sab abhi tak befaida ho chuki hain, kuch bhi faida un ka nahi. aur is ki wajah kya hai? ke jad to yeh hai ke un ke andar creativity khatam ho gayi hai. ke creative thinking khatam ho gayi hai. aur is ko zinda karne ki koi tarkib nahi hai. kisi ne kaha hai ke my ways to begin from the beginning, my ways to begin from the beginning. to jo</w:t>
      </w:r>
      <w:r>
        <w:br/>
      </w:r>
      <w:r>
        <w:rPr>
          <w:sz w:val="20"/>
        </w:rPr>
        <w:t>34:28  jo starting point hai, wahan se shuru karne par safar jari hoga. aap starting point se safar shuru karen to aap ko safar hi nahi hoga aap ka. aap ko safar hi nahi hoga. to jo starting point hai, wo to yahi ke dobara logon ke andar creative thinking lai jaye. intellectual development un ke andar paida kiya jaye. un ki intellectual awakening ki jaye. un ke soch ko positive soch banaya jaye. here is the begin</w:t>
      </w:r>
    </w:p>
    <w:p>
      <w:pPr>
        <w:pStyle w:val="Heading2"/>
      </w:pPr>
      <w:r>
        <w:t>From rationalized evil to increased brazenness</w:t>
      </w:r>
    </w:p>
    <w:p>
      <w:r>
        <w:rPr>
          <w:color w:val="666666"/>
          <w:sz w:val="18"/>
        </w:rPr>
        <w:t>Rationalization of Evil 15 Feb 2009 - Maulana Wahiduddin Khan · 3m 45s · at 0:38 · https://youtu.be/agi0wNsOO84?t=38</w:t>
      </w:r>
    </w:p>
    <w:p>
      <w:r>
        <w:rPr>
          <w:i/>
        </w:rPr>
        <w:t>“Aaj ki jo talk hai, uski theme hai 'Rationalization of Evil'.”</w:t>
      </w:r>
    </w:p>
    <w:p>
      <w:r>
        <w:rPr>
          <w:sz w:val="20"/>
        </w:rPr>
        <w:t>0:38  aaj ki jo talk hai, is ki theme hai "rationalization of evil".</w:t>
      </w:r>
      <w:r>
        <w:br/>
      </w:r>
      <w:r>
        <w:rPr>
          <w:sz w:val="20"/>
        </w:rPr>
        <w:t>0:53  yeh aaj mujhe ek cheez discover hui, is ko main chahta hoon aap ko aap ke samne lana.</w:t>
      </w:r>
      <w:r>
        <w:br/>
      </w:r>
      <w:r>
        <w:rPr>
          <w:sz w:val="20"/>
        </w:rPr>
        <w:t>1:05  dekhiye, Quran mein hai ke shaitan tazeen karta hai. yani aadmi ko</w:t>
      </w:r>
      <w:r>
        <w:br/>
      </w:r>
      <w:r>
        <w:rPr>
          <w:sz w:val="20"/>
        </w:rPr>
        <w:t>1:14  burai ke tavele aata hai, tazeen kar ke. tazeen ka matlab hota hai, yani khoobsurat bana kar batata hai, beautify kar ke batata hai burai ko.</w:t>
      </w:r>
      <w:r>
        <w:br/>
      </w:r>
      <w:r>
        <w:rPr>
          <w:sz w:val="20"/>
        </w:rPr>
        <w:t>1:28  aur dajjal yahi kaam kare ga, to dajjal ka matlab hote hain "great deceiver". to main sochta tha ke yeh khoobsurat banana ya deceive karna kya hai?</w:t>
      </w:r>
      <w:r>
        <w:br/>
      </w:r>
      <w:r>
        <w:rPr>
          <w:sz w:val="20"/>
        </w:rPr>
        <w:t>1:41  shaitani kya hai aur dajali kya hai? to aaj meri samajh mein aaya ke yeh hai "rationalization". burai ko rationalise karna.</w:t>
      </w:r>
      <w:r>
        <w:br/>
      </w:r>
      <w:r>
        <w:rPr>
          <w:sz w:val="20"/>
        </w:rPr>
        <w:t>1:55  yahi hai tazeen, yahi hai dajali. kyunke jab aap is ko rationalise kar lete hain to aap zyada conviction ke sath is burai ko karte hain.</w:t>
      </w:r>
      <w:r>
        <w:br/>
      </w:r>
      <w:r>
        <w:rPr>
          <w:sz w:val="20"/>
        </w:rPr>
        <w:t>2:09  dekhiye, British philosopher tha C.E.M. Joade. J.O.A.D. C.E.M. Joade.</w:t>
      </w:r>
      <w:r>
        <w:br/>
      </w:r>
      <w:r>
        <w:rPr>
          <w:sz w:val="20"/>
        </w:rPr>
        <w:t>2:19  is ki book hai "Modern Victims". to is mein yeh kehta hai woh ke maujooda zamane mein burai bohat barh gayi hai.</w:t>
      </w:r>
      <w:r>
        <w:br/>
      </w:r>
      <w:r>
        <w:rPr>
          <w:sz w:val="20"/>
        </w:rPr>
        <w:t>2:31  aur yeh isi ki baat nahi hai. yeh kisi bhi senior aadmi se aap poochen to woh yahi kahe ga ke pehle burai itni nahi thi jitni ab burai ho gayi hai.</w:t>
      </w:r>
      <w:r>
        <w:br/>
      </w:r>
      <w:r>
        <w:rPr>
          <w:sz w:val="20"/>
        </w:rPr>
        <w:t>2:45  to Joade ka death hui thi 1953 mein. tab yeh phenomena us ke samne aa chuka tha, ab aur barh gaya hai.</w:t>
      </w:r>
      <w:r>
        <w:br/>
      </w:r>
      <w:r>
        <w:rPr>
          <w:sz w:val="20"/>
        </w:rPr>
        <w:t>2:57  yani ab hum 20th century mein hain. is ne yeh baat kahi thi 1953 mein, is ki death hui thi. to aaj hi mere samne yeh baat aayi ke kya cheez hai?</w:t>
      </w:r>
      <w:r>
        <w:br/>
      </w:r>
      <w:r>
        <w:rPr>
          <w:sz w:val="20"/>
        </w:rPr>
        <w:t>3:09  Joade asal mein yeh to kehta hai ke burai bohat barh gayi hai, lekin woh is ki wajah nahi bata pata.</w:t>
      </w:r>
      <w:r>
        <w:br/>
      </w:r>
      <w:r>
        <w:rPr>
          <w:sz w:val="20"/>
        </w:rPr>
        <w:t>3:19  aisa kyon hua hai? woh mere samne baat aai ke yeh zamana jo hai ke pehle bhi burai hoti thi.</w:t>
      </w:r>
      <w:r>
        <w:br/>
      </w:r>
      <w:r>
        <w:rPr>
          <w:sz w:val="20"/>
        </w:rPr>
        <w:t>3:30  burai se kabhi bhi history mein, history kabhi khali nahi rahi burai se. kyunke pehle evil sirf evil thi. ab jo evil hai woh hai "rationalized evil".</w:t>
      </w:r>
      <w:r>
        <w:br/>
      </w:r>
      <w:r>
        <w:rPr>
          <w:sz w:val="20"/>
        </w:rPr>
        <w:t>3:45  rationalized ka matlab hota hai "ideologically justified evil".</w:t>
      </w:r>
      <w:r>
        <w:br/>
      </w:r>
      <w:r>
        <w:rPr>
          <w:sz w:val="20"/>
        </w:rPr>
        <w:t>3:54  yani nazariyati taur par is ko sahi bana lena ek burai ko. toh hum ek aisi age mein hain aaj jabke ideologically justified evil ka age hai.</w:t>
      </w:r>
      <w:r>
        <w:br/>
      </w:r>
      <w:r>
        <w:rPr>
          <w:sz w:val="20"/>
        </w:rPr>
        <w:t>4:08  isi liye burai barh gayi. ab aadmi zyada dheeth ho gaya hai. zyada sarkashi ke sath burai karta hai. pehle zamane mein, khud mere bachpan mein bhi log itna dheeth nahi the burai karne ke liye jitna ke aaj ho gaye hain.</w:t>
      </w:r>
    </w:p>
    <w:p>
      <w:pPr>
        <w:pStyle w:val="Heading2"/>
      </w:pPr>
      <w:r>
        <w:t>How Dr. Saniyasnain Khan got his Quranic name</w:t>
      </w:r>
    </w:p>
    <w:p>
      <w:r>
        <w:rPr>
          <w:color w:val="666666"/>
          <w:sz w:val="18"/>
        </w:rPr>
        <w:t>In Conversation with Dr. Saniyasnain Khan December 12, 2021 · 5m 08s · at 1:19 · https://youtu.be/9Lp76ckNRYE?t=79</w:t>
      </w:r>
    </w:p>
    <w:p>
      <w:r>
        <w:rPr>
          <w:i/>
        </w:rPr>
        <w:t>“Jab main paida hua to walida ne Maulana se naam rakhne ko kaha”</w:t>
      </w:r>
    </w:p>
    <w:p>
      <w:r>
        <w:rPr>
          <w:sz w:val="20"/>
        </w:rPr>
        <w:t>1:18  aah</w:t>
      </w:r>
      <w:r>
        <w:br/>
      </w:r>
      <w:r>
        <w:rPr>
          <w:sz w:val="20"/>
        </w:rPr>
        <w:t>1:19  jab mein paida hua to walida ne kaha Maulana se ke koi naam rakhiye bachche ka.</w:t>
      </w:r>
      <w:r>
        <w:br/>
      </w:r>
      <w:r>
        <w:rPr>
          <w:sz w:val="20"/>
        </w:rPr>
        <w:t>1:33  to Maulana ne Zulkarnain tajweez kiya.</w:t>
      </w:r>
      <w:r>
        <w:br/>
      </w:r>
      <w:r>
        <w:rPr>
          <w:sz w:val="20"/>
        </w:rPr>
        <w:t>1:40  to hamari walida ko pasand nahi aaya Zulkarnain. to phir kuch dinon tak, aah, mera naam hi nahi kuch tha. to kuch dinon ke baad walida ne phir kaha Maulana se ke koi naam nahi hai, bachcha bada ho gaya hai, koi naam rakhiye.</w:t>
      </w:r>
      <w:r>
        <w:br/>
      </w:r>
      <w:r>
        <w:rPr>
          <w:sz w:val="20"/>
        </w:rPr>
        <w:t>1:58  to is din, aah, ya usi waqt Maulana ne Surah Taubah ki tilawat ki thi, to us mein saani asnayni azhuma fil ghaar ki ayat aayi thi.</w:t>
      </w:r>
      <w:r>
        <w:br/>
      </w:r>
      <w:r>
        <w:rPr>
          <w:sz w:val="20"/>
        </w:rPr>
        <w:t>2:14  to Maulana ne kaha walida se ke Saani Asnayn rakh do. to walida ko pasand aaya naam. to Saani Asnayn rakh diya mera naam.</w:t>
      </w:r>
      <w:r>
        <w:br/>
      </w:r>
      <w:r>
        <w:rPr>
          <w:sz w:val="20"/>
        </w:rPr>
        <w:t>2:26  yeh achha hua ke walida ko pasand nahi aaya Zulkarnain, warna Zulkarnain ke jo literal meaning hain woh do sing wala, one with two horns.</w:t>
      </w:r>
      <w:r>
        <w:br/>
      </w:r>
      <w:r>
        <w:rPr>
          <w:sz w:val="20"/>
        </w:rPr>
        <w:t>2:36  ji. mujh jaisa ek, haan, ek peaceful aadmi us ke do sing bada ajeeb lagta. to Quran mein yeh Surah Taubah mein ayat aayi hai jis mein yeh naam aaya hai jo ke Hazrat Abu Bakr ka laqab tha,</w:t>
      </w:r>
      <w:r>
        <w:br/>
      </w:r>
      <w:r>
        <w:rPr>
          <w:sz w:val="20"/>
        </w:rPr>
        <w:t>2:52  nickname tha. chuna ke jab ghaar mein thay Prophet Muhammad sallallahu alaihi wasallam, aah, chhupay hue thay, dushman un ke peechay thay, to us waqt Hazrat Abu Bakr bhi saath mein thay.</w:t>
      </w:r>
      <w:r>
        <w:br/>
      </w:r>
      <w:r>
        <w:rPr>
          <w:sz w:val="20"/>
        </w:rPr>
        <w:t>3:10  to jab dushman qareeb aa gaye talwar le ke bilkul, aah, us ke paas, ghaar ke paas, to, aah,</w:t>
      </w:r>
      <w:r>
        <w:br/>
      </w:r>
      <w:r>
        <w:rPr>
          <w:sz w:val="20"/>
        </w:rPr>
        <w:t>3:25  Hazrat Abu Bakr dar gaye bohat. chuna ke un ki, aah, sarsarahat chalne ki aane lagi wahan tak.</w:t>
      </w:r>
      <w:r>
        <w:br/>
      </w:r>
      <w:r>
        <w:rPr>
          <w:sz w:val="20"/>
        </w:rPr>
        <w:t>3:37  to Hazrat Abu Bakr ne kaha ke yeh log to yahan bhi aa gaye. yaani yeh dushman hain, yeh hamare paas aa gaye bilkul.</w:t>
      </w:r>
      <w:r>
        <w:br/>
      </w:r>
      <w:r>
        <w:rPr>
          <w:sz w:val="20"/>
        </w:rPr>
        <w:t>3:47  Hazrat Abu Bakr ne kaha ke agar unhon ne apne pair ki taraf dekha to hamein dekh len ge. chuna ke woh ghaar aisi thi, aisi hai ke neechay se woh khuli hui hai.</w:t>
      </w:r>
      <w:r>
        <w:br/>
      </w:r>
      <w:r>
        <w:rPr>
          <w:sz w:val="20"/>
        </w:rPr>
        <w:t>3:59  hmm. to agar koi andar ho us ke to neechay se us ke pair dikhai den ge. ji. to is, is ki wajah se Hazrat Abu Bakr ne kaha ke agar unhon ne apne pair ki taraf dekha to woh hamein dekh len ge.</w:t>
      </w:r>
      <w:r>
        <w:br/>
      </w:r>
      <w:r>
        <w:rPr>
          <w:sz w:val="20"/>
        </w:rPr>
        <w:t>4:13  to Rasool Allah sallallahu alaihi wasallam ne us waqt kaha bohat hi itminan ke sath, ma Allah</w:t>
      </w:r>
      <w:r>
        <w:br/>
      </w:r>
      <w:r>
        <w:rPr>
          <w:sz w:val="20"/>
        </w:rPr>
        <w:t>4:24  ke aye Abu Bakr tum un do ke baray mein kya guman rakhte ho, hmm, jis ka teesra Allah ho? hmm. ji.</w:t>
      </w:r>
      <w:r>
        <w:br/>
      </w:r>
      <w:r>
        <w:rPr>
          <w:sz w:val="20"/>
        </w:rPr>
        <w:t>4:32  to yeh trust Khuda ke upar yaqeen ke Allah taala har mauqe pe hamara, hamara madadgar hai, hamara karsaz hai, yeh milta hai is ayat se aur yaqeen milta hai.</w:t>
      </w:r>
      <w:r>
        <w:br/>
      </w:r>
      <w:r>
        <w:rPr>
          <w:sz w:val="20"/>
        </w:rPr>
        <w:t>4:46  ji.</w:t>
      </w:r>
      <w:r>
        <w:br/>
      </w:r>
      <w:r>
        <w:rPr>
          <w:sz w:val="20"/>
        </w:rPr>
        <w:t>4:48  yeh waqai Doctor Sahab yeh bohat hi yeh jo incident hai, aah, yeh bohat hi inspire karne wala incident hai aur jaise aap ne kaha ke, aah, conviction ka level batata hai ke hum sab logon ke andar kaisa conviction hona chahiye agar hum aisi situation mein bhi aa jayen ke hamari jaan par banaein.</w:t>
      </w:r>
      <w:r>
        <w:br/>
      </w:r>
      <w:r>
        <w:rPr>
          <w:sz w:val="20"/>
        </w:rPr>
        <w:t>5:06  aur doosri cheez Doctor Sahab mein samajhta hoon ke yeh, aah, aah, is se hamein yeh bhi pata chalta hai ke kitni mushkilat se, aah, jo hai, aah, Prophet aur Sahabi guzre, aah, aur kaise Islam establish hua.</w:t>
      </w:r>
      <w:r>
        <w:br/>
      </w:r>
      <w:r>
        <w:rPr>
          <w:sz w:val="20"/>
        </w:rPr>
        <w:t>5:20  aah, Sahabiyon ka yeh alam hota tha ke agar kuch bhi mission se talluq koi baat hoti thi to ek dam se ready ho jatay thay. aah, mein ek baat parh parh raha tha Hazrat Aisha se riwayat hai, aah, ke unhon ne bataya yahi incident ko le ke, aah, ke Prophet hamesha, aah, Hazrat Abu Bakr se din mein do dafa milnay atay thay subah aur sham ko.</w:t>
      </w:r>
      <w:r>
        <w:br/>
      </w:r>
      <w:r>
        <w:rPr>
          <w:sz w:val="20"/>
        </w:rPr>
        <w:t>5:42  aah, par ek din woh dopahar mein aaye to un ko jab dekha to Hazrat Abu Bakr ne kaha, aah, ke zaroor koi bohat hi urgent matter hai.</w:t>
      </w:r>
      <w:r>
        <w:br/>
      </w:r>
      <w:r>
        <w:rPr>
          <w:sz w:val="20"/>
        </w:rPr>
        <w:t>5:52  aur phir Prophet ne bataya ke, aah, unhein Allah ki taraf se yeh permission mili hai ke woh hijrat karein. to Hazrat Aisha ne kaha ke, aah, is se pehlay mein nahi janti thi ke khushi ke aansu kya hotay hain lekin jab mein ne Hazrat Abu Bakr ko dekha ke woh yeh jaise hi unhon ne yeh khabar suni ke kaise woh khushi ke aansu se ro uthay tab unhon ne un ko pata chala ke khushi ke aansu kya hotay hain.</w:t>
      </w:r>
      <w:r>
        <w:br/>
      </w:r>
      <w:r>
        <w:rPr>
          <w:sz w:val="20"/>
        </w:rPr>
        <w:t>6:18  to yeh jazba ya yaqeen, aah, yeh sab hum hum ko yeh seekh milti hai, aah, yeh, aah, is incident se. aah, Masha Allah.</w:t>
      </w:r>
    </w:p>
    <w:p>
      <w:pPr>
        <w:pStyle w:val="Heading2"/>
      </w:pPr>
      <w:r>
        <w:t>Helplessness as key to discovering truth</w:t>
      </w:r>
    </w:p>
    <w:p>
      <w:r>
        <w:rPr>
          <w:color w:val="666666"/>
          <w:sz w:val="18"/>
        </w:rPr>
        <w:t>Man &amp; Paradise Aug 18, 2013 - Maulana Wahiduddin Khan · 4m 34s · at 0:53 · https://youtu.be/yKy1suwbP8o?t=53</w:t>
      </w:r>
    </w:p>
    <w:p>
      <w:r>
        <w:rPr>
          <w:i/>
        </w:rPr>
        <w:t>“First I want to say one thing”</w:t>
      </w:r>
    </w:p>
    <w:p>
      <w:r>
        <w:rPr>
          <w:sz w:val="20"/>
        </w:rPr>
        <w:t>0:53  sab se pehle aik baat main kehna chahta hoon, woh yeh hai ke sachai ki jo discovery hai,</w:t>
      </w:r>
      <w:r>
        <w:br/>
      </w:r>
      <w:r>
        <w:rPr>
          <w:sz w:val="20"/>
        </w:rPr>
        <w:t>1:05  is ka raaz kya hai? sachai kisi ko milti hai to kaise milti hai?</w:t>
      </w:r>
      <w:r>
        <w:br/>
      </w:r>
      <w:r>
        <w:rPr>
          <w:sz w:val="20"/>
        </w:rPr>
        <w:t>1:17  yani yeh bohat hi bara question hai, kyunke be shumar log aaye aur dunya mein jiye aur mar gaye, aur sachai un ko nahi mili.</w:t>
      </w:r>
      <w:r>
        <w:br/>
      </w:r>
      <w:r>
        <w:rPr>
          <w:sz w:val="20"/>
        </w:rPr>
        <w:t>1:32  sachai ka matlab hai zindagi ki aisi ideology jis ko aap ki zindagi ko meaningful bana sake, wohi sachai hai.</w:t>
      </w:r>
      <w:r>
        <w:br/>
      </w:r>
      <w:r>
        <w:rPr>
          <w:sz w:val="20"/>
        </w:rPr>
        <w:t>1:47  yani woh sachai, woh reality jo aap ki zindagi ko eternally beautiful bana sake, wohi sachai hai.</w:t>
      </w:r>
      <w:r>
        <w:br/>
      </w:r>
      <w:r>
        <w:rPr>
          <w:sz w:val="20"/>
        </w:rPr>
        <w:t>2:00  to log, be shumar log aaye dunya mein aur chale gaye, aur unhon ne ideology of life ko nahi jaan paya. is ka is ka sabab kya hai?</w:t>
      </w:r>
      <w:r>
        <w:br/>
      </w:r>
      <w:r>
        <w:rPr>
          <w:sz w:val="20"/>
        </w:rPr>
        <w:t>2:13  is ka sabab mere nazdeek yeh hai</w:t>
      </w:r>
      <w:r>
        <w:br/>
      </w:r>
      <w:r>
        <w:rPr>
          <w:sz w:val="20"/>
        </w:rPr>
        <w:t>2:20  ke logon ko starting point hi nahi mila.</w:t>
      </w:r>
      <w:r>
        <w:br/>
      </w:r>
      <w:r>
        <w:rPr>
          <w:sz w:val="20"/>
        </w:rPr>
        <w:t>2:26  starting point jo hai, woh hai ajz, helplessness.</w:t>
      </w:r>
      <w:r>
        <w:br/>
      </w:r>
      <w:r>
        <w:rPr>
          <w:sz w:val="20"/>
        </w:rPr>
        <w:t>2:34  agar aap apne ajz ko daryaft kar saken, tab aap sachai ko daryaft kar saken ge, warna nahi.</w:t>
      </w:r>
      <w:r>
        <w:br/>
      </w:r>
      <w:r>
        <w:rPr>
          <w:sz w:val="20"/>
        </w:rPr>
        <w:t>2:46  yahi baat tha jo quran ki jo pehli surah utri thi, us mein batai gayi: "iqra bismi rabbika alladhi khalaq, khalaqa al-insana min alaq, iqra warabbuka al-akram, alladhi allama bil qalam, allama al-insana wa ma lam ya'lam".</w:t>
      </w:r>
      <w:r>
        <w:br/>
      </w:r>
      <w:r>
        <w:rPr>
          <w:sz w:val="20"/>
        </w:rPr>
        <w:t>3:00  dekhen, yeh jo hai ayat: "allama al-insana wa ma lam ya'lam", is mein bohat bari baat batai gayi hai.</w:t>
      </w:r>
      <w:r>
        <w:br/>
      </w:r>
      <w:r>
        <w:rPr>
          <w:sz w:val="20"/>
        </w:rPr>
        <w:t>3:12  aap ko jab apni la ilmi ka idrak ho jaye, tab aap ko ilm hasil hota hai.</w:t>
      </w:r>
      <w:r>
        <w:br/>
      </w:r>
      <w:r>
        <w:rPr>
          <w:sz w:val="20"/>
        </w:rPr>
        <w:t>3:22  jab tak aap ko apni la ilmi ka idrak na ho, us waqt aap ko ilm hasil nahi hoga. "allama al-insana wa ma lam ya'lam" ka tarjuma to yeh hai ke insan ko batai woh baat jis ko woh nahi janta tha.</w:t>
      </w:r>
      <w:r>
        <w:br/>
      </w:r>
      <w:r>
        <w:rPr>
          <w:sz w:val="20"/>
        </w:rPr>
        <w:t>3:39  to is ayat mein mujhe aik bohat bari baat milti hai, woh yeh hai ke jab tak aap ke andar ehsas la ilmi na ho, jab tak aap "i don't know" ka idrak na kar saken, tab tak "i know" tak aap nahi pohnchte.</w:t>
      </w:r>
      <w:r>
        <w:br/>
      </w:r>
      <w:r>
        <w:rPr>
          <w:sz w:val="20"/>
        </w:rPr>
        <w:t>4:04  aur allah taala ka yeh ajeeb muamla hai ke is tarah allah taala ne banaya hai insan ke muamle ko, har lamha us ko apne ajz ka ehsas hota hai, agarchay insan be khabar rehta hai.</w:t>
      </w:r>
      <w:r>
        <w:br/>
      </w:r>
      <w:r>
        <w:rPr>
          <w:sz w:val="20"/>
        </w:rPr>
        <w:t>4:20  jaise kal aisa hua</w:t>
      </w:r>
      <w:r>
        <w:br/>
      </w:r>
      <w:r>
        <w:rPr>
          <w:sz w:val="20"/>
        </w:rPr>
        <w:t>4:26  keh khana khate hue meri zuban dant ke neeche aa gai. kabhi aisa hota hai, aur dant zuban mein takleef mehsoos hone lagi.</w:t>
      </w:r>
      <w:r>
        <w:br/>
      </w:r>
      <w:r>
        <w:rPr>
          <w:sz w:val="20"/>
        </w:rPr>
        <w:t>4:42  to maine socha ke kaisa ajeeb hai insaan ka mamla, aadmi khud apni zuban ko apne dant se bacha nahi sakta.</w:t>
      </w:r>
      <w:r>
        <w:br/>
      </w:r>
      <w:r>
        <w:rPr>
          <w:sz w:val="20"/>
        </w:rPr>
        <w:t>4:54  zuban bhi meri hai, dant bhi mera hai, lekin main apni zuban ko khud apne dant se nahi bacha bacha sakta.</w:t>
      </w:r>
      <w:r>
        <w:br/>
      </w:r>
      <w:r>
        <w:rPr>
          <w:sz w:val="20"/>
        </w:rPr>
        <w:t>5:04  yeh hai ajz ka mamla.</w:t>
      </w:r>
      <w:r>
        <w:br/>
      </w:r>
      <w:r>
        <w:rPr>
          <w:sz w:val="20"/>
        </w:rPr>
        <w:t>5:10  to ajz ko jab aap daryaft karte hain, tab aap ka beginning hoti hai sachai ke raaste mein safar ki, warna safar shuru nahi hota.</w:t>
      </w:r>
    </w:p>
    <w:p>
      <w:pPr>
        <w:pStyle w:val="Heading2"/>
      </w:pPr>
      <w:r>
        <w:t>Best mold, lowest of low: paradise as humanity's true habitat</w:t>
      </w:r>
    </w:p>
    <w:p>
      <w:r>
        <w:rPr>
          <w:color w:val="666666"/>
          <w:sz w:val="18"/>
        </w:rPr>
        <w:t>Quran The Book of Guidance July 21, 2013 · 5m 01s · at 23:55 · https://youtu.be/DGDHIAde7eU?t=1435</w:t>
      </w:r>
    </w:p>
    <w:p>
      <w:r>
        <w:rPr>
          <w:i/>
        </w:rPr>
        <w:t>“Tafseeron mein bilkul wazeh nahi hai ke kya matlab hai”</w:t>
      </w:r>
    </w:p>
    <w:p>
      <w:r>
        <w:rPr>
          <w:sz w:val="20"/>
        </w:rPr>
        <w:t>23:55  to abhi is par mein sochta rehta hoon, mera dimagh sochta rehta hai ke kya matlab iska? to kaise, jaise maine abhi arz kiya ke spiritual tree se mujhe aik aik baat samajh aayi jis se woh hadith ka masla hal hua.</w:t>
      </w:r>
      <w:r>
        <w:br/>
      </w:r>
      <w:r>
        <w:rPr>
          <w:sz w:val="20"/>
        </w:rPr>
        <w:t>24:13  to mujhe aik manzar yaad aaya, aik manzar.</w:t>
      </w:r>
      <w:r>
        <w:br/>
      </w:r>
      <w:r>
        <w:rPr>
          <w:sz w:val="20"/>
        </w:rPr>
        <w:t>24:17  aik baar mein apne gaon mein tha to wahan par aik manzar mere aik aankhon ke samne bilkul jaise abhi bhi hai ke aik wahan par log machhli pakad pakadte thay to aik jaal ke zariye se.</w:t>
      </w:r>
      <w:r>
        <w:br/>
      </w:r>
      <w:r>
        <w:rPr>
          <w:sz w:val="20"/>
        </w:rPr>
        <w:t>24:34  to aik aadmi ne machhli pakri jo bari machhli thi, woh usko daal diya usne pani ke bahar. ab woh tadap rahi thi, tadap rahi thi, tadap</w:t>
      </w:r>
      <w:r>
        <w:br/>
      </w:r>
      <w:r>
        <w:rPr>
          <w:sz w:val="20"/>
        </w:rPr>
        <w:t>24:45  rahi thi. yeh mere yeh manzar maine dekha ke woh machhli bahar aa kar bilkul tadap rahi hai. to kyun tadap rahi hai?</w:t>
      </w:r>
      <w:r>
        <w:br/>
      </w:r>
      <w:r>
        <w:rPr>
          <w:sz w:val="20"/>
        </w:rPr>
        <w:t>24:57  is liye ke iska jo habitat hai, iska natural habitat, is se bahar padi hui hai. woh aap jante hain ke machhli pani hi mein zinda rehti hai aur khushki mein zinda nahi reh sakti, woh kyunke woh oxygen leti hai pani se</w:t>
      </w:r>
      <w:r>
        <w:br/>
      </w:r>
      <w:r>
        <w:rPr>
          <w:sz w:val="20"/>
        </w:rPr>
        <w:t>25:13  hum aap oxygen lete hain hawa se to bahar jahan woh hai, wahan bhi hawa hai, wahan bhi oxygen hai. lekin machhli ne apni banawat ke lehaz se machhli hawa se oxygen nahi le sakti hai, woh pani se legi oxygen.</w:t>
      </w:r>
      <w:r>
        <w:br/>
      </w:r>
      <w:r>
        <w:rPr>
          <w:sz w:val="20"/>
        </w:rPr>
        <w:t>25:27  to yeh yeh manzar maine dekha ke pani jo ke habitat hai machhli ka, is se bahar jab hai to tadap rahi hai, tadap rahi hai, tadap rahi hai.</w:t>
      </w:r>
      <w:r>
        <w:br/>
      </w:r>
      <w:r>
        <w:rPr>
          <w:sz w:val="20"/>
        </w:rPr>
        <w:t>25:39  is se maine samjha is is is surah ka matlab kya hai.</w:t>
      </w:r>
      <w:r>
        <w:br/>
      </w:r>
      <w:r>
        <w:rPr>
          <w:sz w:val="20"/>
        </w:rPr>
        <w:t>25:45  insaan ka jo habitat hai, woh hai jannat. yeh duniya mein hum jo daal diye gaye hain, yeh hum jannat se bahar ki duniya hai.</w:t>
      </w:r>
      <w:r>
        <w:br/>
      </w:r>
      <w:r>
        <w:rPr>
          <w:sz w:val="20"/>
        </w:rPr>
        <w:t>25:56  isi liye dekhein, aadmi kuch bhi kamaye, taraqqi kare, lekin andar se side rehta hai, woh koi khush nahi hota.</w:t>
      </w:r>
      <w:r>
        <w:br/>
      </w:r>
      <w:r>
        <w:rPr>
          <w:sz w:val="20"/>
        </w:rPr>
        <w:t>26:08  yeh aik haqeeqat hai ke duniya mein koi khush nahi,</w:t>
      </w:r>
      <w:r>
        <w:br/>
      </w:r>
      <w:r>
        <w:rPr>
          <w:sz w:val="20"/>
        </w:rPr>
        <w:t>26:13  chahye kitni bari taraqqi kar le, woh koi khush nahi. kyun? koi koi khush kyun nahi hai? ab isko apna habitat nahi mila, yeh duniya iska habitat nahi hai.</w:t>
      </w:r>
      <w:r>
        <w:br/>
      </w:r>
      <w:r>
        <w:rPr>
          <w:sz w:val="20"/>
        </w:rPr>
        <w:t>26:29  to is surah ka matlab yeh hai ke Allah taala ne paida kiya insaan ko is tarah ke behtareen iski banawat hai, iski behtareen quality is ke andar hai, is ke andar sense of enjoy hai, is ke andar thinking ka power hai waghera waghera.</w:t>
      </w:r>
      <w:r>
        <w:br/>
      </w:r>
      <w:r>
        <w:rPr>
          <w:sz w:val="20"/>
        </w:rPr>
        <w:t>26:47  lekin in sab ke liye jo jo habitat chahiye, woh is duniya mein nahi hai.</w:t>
      </w:r>
      <w:r>
        <w:br/>
      </w:r>
      <w:r>
        <w:rPr>
          <w:sz w:val="20"/>
        </w:rPr>
        <w:t>26:54  matlab yeh ke meri aankh mein jis scene ko dekhne ki,</w:t>
      </w:r>
      <w:r>
        <w:br/>
      </w:r>
      <w:r>
        <w:rPr>
          <w:sz w:val="20"/>
        </w:rPr>
        <w:t>27:01  yaani meri aankh jo scene dekhna chahti hai, woh scene is duniya mein maujood nahi hai. mere kaan jo naghmay sunna chahte hain, woh naghmay is duniya mein maujood nahi hain.</w:t>
      </w:r>
      <w:r>
        <w:br/>
      </w:r>
      <w:r>
        <w:rPr>
          <w:sz w:val="20"/>
        </w:rPr>
        <w:t>27:11  meri zuban jis cheez ko ka jo taste words hai, woh jo cheez khana chahta hai, woh is duniya mein nahi.</w:t>
      </w:r>
      <w:r>
        <w:br/>
      </w:r>
      <w:r>
        <w:rPr>
          <w:sz w:val="20"/>
        </w:rPr>
        <w:t>27:19  jo jo jis tarah ke logon ke beech mein mein zindagi guzarna chahta hoon, jahan mujhe khushi mile, woh is duniya mein, woh society nahi milti.</w:t>
      </w:r>
      <w:r>
        <w:br/>
      </w:r>
      <w:r>
        <w:rPr>
          <w:sz w:val="20"/>
        </w:rPr>
        <w:t>27:31  to is ka matlab yahi hai ke chahe tum isi liye doosri jo quran majeed mein hai ke ala bi zikrillah tatmain al quloob sirf allah ke zikr se dilon ko itminan hasil hota hai.</w:t>
      </w:r>
      <w:r>
        <w:br/>
      </w:r>
      <w:r>
        <w:rPr>
          <w:sz w:val="20"/>
        </w:rPr>
        <w:t>27:45  rasool allah ne farmaya ke la aish illa aish al akhirah zindagi to akhirat ki zindagi hai. is ka matlab kya hai?</w:t>
      </w:r>
      <w:r>
        <w:br/>
      </w:r>
      <w:r>
        <w:rPr>
          <w:sz w:val="20"/>
        </w:rPr>
        <w:t>27:55  insan ko paida kiya gaya hai jin salahiyaton ke sath, is ke aitbar se is ka habitat duniya mein hai hi nahi,</w:t>
      </w:r>
      <w:r>
        <w:br/>
      </w:r>
      <w:r>
        <w:rPr>
          <w:sz w:val="20"/>
        </w:rPr>
        <w:t>28:01  woh to akhirat mein hai, woh to jannat mein hai. to farmaya ke ala alladhina amanu wa amilus salihat falahum ajrun mamnun yani jo log is haqiqat ko discover karein, is ke mutabiq apni zindagi banayein,</w:t>
      </w:r>
      <w:r>
        <w:br/>
      </w:r>
      <w:r>
        <w:rPr>
          <w:sz w:val="20"/>
        </w:rPr>
        <w:t>28:16  is ke mutabiq apne aap ko tayyar karein, is ke mutabiq apna personality development karein,</w:t>
      </w:r>
      <w:r>
        <w:br/>
      </w:r>
      <w:r>
        <w:rPr>
          <w:sz w:val="20"/>
        </w:rPr>
        <w:t>28:25  to woh apne ko ek deserving candidate banayein jannat ke liye. to woh akhirat ki duniya mein jannat mein dakhil kiya jayega, un ko to woh apna habitat mil jayega.</w:t>
      </w:r>
      <w:r>
        <w:br/>
      </w:r>
      <w:r>
        <w:rPr>
          <w:sz w:val="20"/>
        </w:rPr>
        <w:t>28:34  un ko wahan, un ko woh jo khushi chahte hain, woh khushi milegi. jo enjoy chahte hain, woh enjoy milega.</w:t>
      </w:r>
      <w:r>
        <w:br/>
      </w:r>
      <w:r>
        <w:rPr>
          <w:sz w:val="20"/>
        </w:rPr>
        <w:t>28:43  jo sohbat chahte hain, woh sohbat milegi. jo mahol chahte hain, woh mahol milega. kyunke bhai, un ka habitat to wahi hai, yeh to habitat tha hi nahi.</w:t>
      </w:r>
      <w:r>
        <w:br/>
      </w:r>
      <w:r>
        <w:rPr>
          <w:sz w:val="20"/>
        </w:rPr>
        <w:t>28:57  ab bataiye ke yeh baat jab aadmi discover karega to poori zindagi mein ek revolution aa jayega ke mujhe kya karna chahiye aur kya kar raha hoon mein.</w:t>
      </w:r>
    </w:p>
    <w:p>
      <w:pPr>
        <w:pStyle w:val="Heading2"/>
      </w:pPr>
      <w:r>
        <w:t>Paradise is man's true habitat</w:t>
      </w:r>
    </w:p>
    <w:p>
      <w:r>
        <w:rPr>
          <w:color w:val="666666"/>
          <w:sz w:val="18"/>
        </w:rPr>
        <w:t>Man &amp; Paradise Aug 18, 2013 - Maulana Wahiduddin Khan · 5m 54s · at 30:40 · https://youtu.be/yKy1suwbP8o?t=1840</w:t>
      </w:r>
    </w:p>
    <w:p>
      <w:r>
        <w:rPr>
          <w:i/>
        </w:rPr>
        <w:t>“Then studying Surah Kahf”</w:t>
      </w:r>
    </w:p>
    <w:p>
      <w:r>
        <w:rPr>
          <w:sz w:val="20"/>
        </w:rPr>
        <w:t>30:40  phir surah kahf ka mutala karte hue ek bohat bari baat daryaft hoti hai. surah kahf mein hai jannat ke bare mein nemat sawab o hasrat murtfaqah.</w:t>
      </w:r>
      <w:r>
        <w:br/>
      </w:r>
      <w:r>
        <w:rPr>
          <w:sz w:val="20"/>
        </w:rPr>
        <w:t>30:57  surah al kahf mein jannat ka zikr hai to wahan par bataya ke jannat ke bare mein ke nemat sawab o hasrat murtfaqah kitna acha reward hai jannat aur kitni achi jagah hai jannat.</w:t>
      </w:r>
      <w:r>
        <w:br/>
      </w:r>
      <w:r>
        <w:rPr>
          <w:sz w:val="20"/>
        </w:rPr>
        <w:t>31:12  murtfaqah ka tarjuma hum par kya aata hai? thikana, resting, resting place. to kitna acha thikana hai, kitna acha resting place hai, kitni achi jagah hai rehne ki.</w:t>
      </w:r>
      <w:r>
        <w:br/>
      </w:r>
      <w:r>
        <w:rPr>
          <w:sz w:val="20"/>
        </w:rPr>
        <w:t>31:27  yeh matlab hai martafqa, hazrat martafqa. is par ghore karte hue mujhe samajh aaya ke yahan ka agar hum ek lafz badal kar sochen to foran baat clear ho jati hai.</w:t>
      </w:r>
      <w:r>
        <w:br/>
      </w:r>
      <w:r>
        <w:rPr>
          <w:sz w:val="20"/>
        </w:rPr>
        <w:t>31:41  quran ko samajhne ke liye dekhiye, aap ko main aksar kaha karta hoon ke lafz badalna parta hai. yani apne aap ko understandable banane ke liye hamein lafz badalna parta hai.</w:t>
      </w:r>
      <w:r>
        <w:br/>
      </w:r>
      <w:r>
        <w:rPr>
          <w:sz w:val="20"/>
        </w:rPr>
        <w:t>31:56  to martafqa ka matlab hai, yani hasrat martafqa ka matlab hai inhabited, inhabited, best inhabited.</w:t>
      </w:r>
      <w:r>
        <w:br/>
      </w:r>
      <w:r>
        <w:rPr>
          <w:sz w:val="20"/>
        </w:rPr>
        <w:t>32:09  to surah teen mein insan ke bare mein kaha hai ke woh taqweem e ahsan par paida hua hai. taqweem e ahsan yahan par, yahan par jab فرمایا ke yeh yani</w:t>
      </w:r>
      <w:r>
        <w:br/>
      </w:r>
      <w:r>
        <w:rPr>
          <w:sz w:val="20"/>
        </w:rPr>
        <w:t>32:29  yani husn martafqa, martafqa ahsan, wahan martafqa ahsan ka lafz hai, yahan taqweem e ahsan ka lafz hai. yani insan ko jo apne apne taqaze ke mutabiq jo jagah chahiye rehne ke liye, woh jagah hai woh jannat.</w:t>
      </w:r>
      <w:r>
        <w:br/>
      </w:r>
      <w:r>
        <w:rPr>
          <w:sz w:val="20"/>
        </w:rPr>
        <w:t>32:49  isi ko kehte hain inhabited, jise machhli hai. machhli ka inhabited kya hai? pani hai.</w:t>
      </w:r>
      <w:r>
        <w:br/>
      </w:r>
      <w:r>
        <w:rPr>
          <w:sz w:val="20"/>
        </w:rPr>
        <w:t>32:59  pani mein woh khoob tairti hai, khoob chalti, kujti hai. lekin agar use nikal kar ke aap bahar daal dijiye, khushki mein daal dijiye to tarpay gi woh.</w:t>
      </w:r>
      <w:r>
        <w:br/>
      </w:r>
      <w:r>
        <w:rPr>
          <w:sz w:val="20"/>
        </w:rPr>
        <w:t>33:11  woh tarpay gi woh. is ka inhabited pani hai. ab pani ke bahar us ko sukoon nahi ho sakta kabhi. to insan ka jo inhabited hai, woh sirf woh hai jahan perfection ho,</w:t>
      </w:r>
      <w:r>
        <w:br/>
      </w:r>
      <w:r>
        <w:rPr>
          <w:sz w:val="20"/>
        </w:rPr>
        <w:t>33:25  jahan har cheez ideal ho, jahan eternity ho, jahan hamesha aadmi healthy healthy rahe, kabhi is ki yani accident na ho, kabhi maut na ho.</w:t>
      </w:r>
      <w:r>
        <w:br/>
      </w:r>
      <w:r>
        <w:rPr>
          <w:sz w:val="20"/>
        </w:rPr>
        <w:t>33:40  wohi is ka sahi inhabited hai. yeh yeh is ka inhabited nahi hai. yani jo chahta hai insan, jo kuch is ke mutabiq jo jagah ho, wohi is ka inhabited hai.</w:t>
      </w:r>
      <w:r>
        <w:br/>
      </w:r>
      <w:r>
        <w:rPr>
          <w:sz w:val="20"/>
        </w:rPr>
        <w:t>33:54  to hum chahte hain eternity. is dunya mein eternity nahi hai. hum chahte hain hamesha healthy rehna. is dunya mein hum ko hamesha healthy health nahi milti.</w:t>
      </w:r>
      <w:r>
        <w:br/>
      </w:r>
      <w:r>
        <w:rPr>
          <w:sz w:val="20"/>
        </w:rPr>
        <w:t>34:05  hum hum chahte hain ke hamesha jeena. yahan maut aa jati hai. hum chahte hain ke hum bore na hon. yahan boredom aa jata hai.</w:t>
      </w:r>
      <w:r>
        <w:br/>
      </w:r>
      <w:r>
        <w:rPr>
          <w:sz w:val="20"/>
        </w:rPr>
        <w:t>34:14  hum chahte hain ke stress na ho. yahan stress aa jata hai. to khulasa yeh hai ke hum chahte hain perfect world.</w:t>
      </w:r>
      <w:r>
        <w:br/>
      </w:r>
      <w:r>
        <w:rPr>
          <w:sz w:val="20"/>
        </w:rPr>
        <w:t>34:23  yahan rehna parta hai imperfect world. to yeh hamara inhabited nahi hai.</w:t>
      </w:r>
      <w:r>
        <w:br/>
      </w:r>
      <w:r>
        <w:rPr>
          <w:sz w:val="20"/>
        </w:rPr>
        <w:t>34:30  yeh dunya hamara inhabited nahi hai. to jannat ko Allah taala ne banaya hai insan ke inhabited ke taur par. jis tarah pani ko banaya hai Allah ne machhli ke inhabited ke taur par.</w:t>
      </w:r>
      <w:r>
        <w:br/>
      </w:r>
      <w:r>
        <w:rPr>
          <w:sz w:val="20"/>
        </w:rPr>
        <w:t>34:43  machhli jaise hi pani mein dakhil hoti hai, bilkul is is pura is ko yani is ka wajood poori tarah mutmaeen ho jata hai. aise hi insan ki jo talash hai, insan ki jo talab hai,</w:t>
      </w:r>
      <w:r>
        <w:br/>
      </w:r>
      <w:r>
        <w:rPr>
          <w:sz w:val="20"/>
        </w:rPr>
        <w:t>34:58  insan jo dunya chahta hai apne liye, jahan us ko fulfillment mile, to woh hai jannat. to insan ka jo inhabited hai, woh jannat hai.</w:t>
      </w:r>
      <w:r>
        <w:br/>
      </w:r>
      <w:r>
        <w:rPr>
          <w:sz w:val="20"/>
        </w:rPr>
        <w:t>35:09  yeh jise فرمایا ke hasrat martafqa ke behtareen martafqa hai, to matlab hai behtareen inhabited hai.</w:t>
      </w:r>
      <w:r>
        <w:br/>
      </w:r>
      <w:r>
        <w:rPr>
          <w:sz w:val="20"/>
        </w:rPr>
        <w:t>35:20  behtareen ke maani hain ke is ko poora fulfillment, fulfillment mile, is ke sare taqaze poore hon, is ki jitni khwahish ho, use poori ho.</w:t>
      </w:r>
      <w:r>
        <w:br/>
      </w:r>
      <w:r>
        <w:rPr>
          <w:sz w:val="20"/>
        </w:rPr>
        <w:t>35:33  isi liye quran majeed mein jannat ke bare mein aata hai ke</w:t>
      </w:r>
      <w:r>
        <w:br/>
      </w:r>
      <w:r>
        <w:rPr>
          <w:sz w:val="20"/>
        </w:rPr>
        <w:t>35:38  "ولکم فیہا ما تشتہی انفسکم"۔ "ولکم فیہا ما تشتہی انفسکم"۔</w:t>
      </w:r>
      <w:r>
        <w:br/>
      </w:r>
      <w:r>
        <w:rPr>
          <w:sz w:val="20"/>
        </w:rPr>
        <w:t>35:48  jannat mein tumhare liye woh sab kuch hai jo tum chaho, jo tum chahte ho. matlab in paradise you will find all that you desire.</w:t>
      </w:r>
      <w:r>
        <w:br/>
      </w:r>
      <w:r>
        <w:rPr>
          <w:sz w:val="20"/>
        </w:rPr>
        <w:t>36:07  ke aap poora poora fulfillment mile ga aap ko paradise mein. to yahi to hai inhabited insan ka inhabited. yeh yeh sayara arz nahi hai, yeh asal safreen hain.</w:t>
      </w:r>
      <w:r>
        <w:br/>
      </w:r>
      <w:r>
        <w:rPr>
          <w:sz w:val="20"/>
        </w:rPr>
        <w:t>36:18  insan ke jo taqaze hain, is ke lehaz se yeh sayara arz jo hai, yeh asal safreen hai. aur insan ka jo jahan sara us ko fulfillment mile, woh sirf jannat hai.</w:t>
      </w:r>
    </w:p>
    <w:p>
      <w:pPr>
        <w:pStyle w:val="Heading2"/>
      </w:pPr>
      <w:r>
        <w:t>Apple shock hardship leads to discovery</w:t>
      </w:r>
    </w:p>
    <w:p>
      <w:r>
        <w:rPr>
          <w:color w:val="666666"/>
          <w:sz w:val="18"/>
        </w:rPr>
        <w:t>Nation Building On India's Republic Day Jan 26, 2020 Maulana Wahiduddin Khan · 4m 17s · at 13:11 · https://youtu.be/58CVocbLAb8?t=791</w:t>
      </w:r>
    </w:p>
    <w:p>
      <w:r>
        <w:rPr>
          <w:i/>
        </w:rPr>
        <w:t>“Jo guzra Yahood ke saath, wo un par azaab kehte hain.”</w:t>
      </w:r>
    </w:p>
    <w:p>
      <w:r>
        <w:rPr>
          <w:sz w:val="20"/>
        </w:rPr>
        <w:t>13:11  jo guzra Yahood ke sath, woh un par kuch log is ko azab kehte hain.</w:t>
      </w:r>
      <w:r>
        <w:br/>
      </w:r>
      <w:r>
        <w:rPr>
          <w:sz w:val="20"/>
        </w:rPr>
        <w:t>13:23  woh azab nahi tha woh, woh Allah ka tareeqa tha. Jis ko mein kehta hoon apple shock. Apple shock.</w:t>
      </w:r>
      <w:r>
        <w:br/>
      </w:r>
      <w:r>
        <w:rPr>
          <w:sz w:val="20"/>
        </w:rPr>
        <w:t>13:34  yani Newton ke sar par</w:t>
      </w:r>
      <w:r>
        <w:br/>
      </w:r>
      <w:r>
        <w:rPr>
          <w:sz w:val="20"/>
        </w:rPr>
        <w:t>13:39  saib gira.</w:t>
      </w:r>
      <w:r>
        <w:br/>
      </w:r>
      <w:r>
        <w:rPr>
          <w:sz w:val="20"/>
        </w:rPr>
        <w:t>13:44  to is ne is ko un ke mind ke andar sochne ki spirit jaga di. Unhon ne socha ke yeh yeh apple jo hai, yeh upar se gira to mere sar par kyun aaya woh?</w:t>
      </w:r>
      <w:r>
        <w:br/>
      </w:r>
      <w:r>
        <w:rPr>
          <w:sz w:val="20"/>
        </w:rPr>
        <w:t>14:02  matlab jo upar kyun nahi chala gaya, neeche neeche kyun aaya? To Newton ne is par socha, socha, socha to is ko daryaft ho gayi.</w:t>
      </w:r>
      <w:r>
        <w:br/>
      </w:r>
      <w:r>
        <w:rPr>
          <w:sz w:val="20"/>
        </w:rPr>
        <w:t>14:15  daryaft ho gai. quwwat-e-kashish ki.</w:t>
      </w:r>
      <w:r>
        <w:br/>
      </w:r>
      <w:r>
        <w:rPr>
          <w:sz w:val="20"/>
        </w:rPr>
        <w:t>14:25  aap jante hain ke yeh quwwat-e-kashish jo hai,</w:t>
      </w:r>
      <w:r>
        <w:br/>
      </w:r>
      <w:r>
        <w:rPr>
          <w:sz w:val="20"/>
        </w:rPr>
        <w:t>14:30  yeh itni bari cheez hai ke isi se hamari zameen ke andar jo cheezen hain, un mein stability hai.</w:t>
      </w:r>
      <w:r>
        <w:br/>
      </w:r>
      <w:r>
        <w:rPr>
          <w:sz w:val="20"/>
        </w:rPr>
        <w:t>14:40  agar gravity ko hum kehte hain, jis ko jo kehte hain gravitation, agar zameen ke andar gravity na ho to stability khatam ho jaye.</w:t>
      </w:r>
      <w:r>
        <w:br/>
      </w:r>
      <w:r>
        <w:rPr>
          <w:sz w:val="20"/>
        </w:rPr>
        <w:t>14:52  phir zameen mein kuch nahin.</w:t>
      </w:r>
      <w:r>
        <w:br/>
      </w:r>
      <w:r>
        <w:rPr>
          <w:sz w:val="20"/>
        </w:rPr>
        <w:t>14:58  mein aik martaba kisi bagh mein gaya to wahan aag hi chalne lagi.</w:t>
      </w:r>
      <w:r>
        <w:br/>
      </w:r>
      <w:r>
        <w:rPr>
          <w:sz w:val="20"/>
        </w:rPr>
        <w:t>15:09  to mein ne dekha ke darakhton ke neeche jo patiyan theen, urrne lagi sabhi idhar udhar.</w:t>
      </w:r>
      <w:r>
        <w:br/>
      </w:r>
      <w:r>
        <w:rPr>
          <w:sz w:val="20"/>
        </w:rPr>
        <w:t>15:18  to mein ne socha ke hum sab log, hamare ghar, hamare shehar, hamara tamaddun, hamari civilization sab urre gi agar gravity na ho to.</w:t>
      </w:r>
      <w:r>
        <w:br/>
      </w:r>
      <w:r>
        <w:rPr>
          <w:sz w:val="20"/>
        </w:rPr>
        <w:t>15:36  to kaisi ajeeb nemat hai yeh.</w:t>
      </w:r>
      <w:r>
        <w:br/>
      </w:r>
      <w:r>
        <w:rPr>
          <w:sz w:val="20"/>
        </w:rPr>
        <w:t>15:41  lekin yeh nemat</w:t>
      </w:r>
      <w:r>
        <w:br/>
      </w:r>
      <w:r>
        <w:rPr>
          <w:sz w:val="20"/>
        </w:rPr>
        <w:t>15:45  pari hui thi, kisi ne is ko jana nahin tha. jab apple shake ka waqea hua, jab saib ne un ke sar par shock lagaya to insan ne socha.</w:t>
      </w:r>
      <w:r>
        <w:br/>
      </w:r>
      <w:r>
        <w:rPr>
          <w:sz w:val="20"/>
        </w:rPr>
        <w:t>16:03  tab maloom hua ke zameen mein stability hai.</w:t>
      </w:r>
      <w:r>
        <w:br/>
      </w:r>
      <w:r>
        <w:rPr>
          <w:sz w:val="20"/>
        </w:rPr>
        <w:t>16:12  isi ki wajah se zameen par sari cheezen tiki hui hain.</w:t>
      </w:r>
      <w:r>
        <w:br/>
      </w:r>
      <w:r>
        <w:rPr>
          <w:sz w:val="20"/>
        </w:rPr>
        <w:t>16:21  quran mein is ka reference maujood hai.</w:t>
      </w:r>
      <w:r>
        <w:br/>
      </w:r>
      <w:r>
        <w:rPr>
          <w:sz w:val="20"/>
        </w:rPr>
        <w:t>16:27  haan, quran mein is ka hawala pahar ke aitbar se kiya gaya hai. lekin khud pahar kyun zameen par hai?</w:t>
      </w:r>
      <w:r>
        <w:br/>
      </w:r>
      <w:r>
        <w:rPr>
          <w:sz w:val="20"/>
        </w:rPr>
        <w:t>16:37  woh khud pahar jo hai, yeh pahar urrein agar agar stability na ho zameen par. yeh pahar jo hain hamare hain, yeh bhi urrein ge idhar udhar.</w:t>
      </w:r>
      <w:r>
        <w:br/>
      </w:r>
      <w:r>
        <w:rPr>
          <w:sz w:val="20"/>
        </w:rPr>
        <w:t>16:53  to asal cheez jo hai stability hai. zameen mein stability hai. to jab halaat</w:t>
      </w:r>
      <w:r>
        <w:br/>
      </w:r>
      <w:r>
        <w:rPr>
          <w:sz w:val="20"/>
        </w:rPr>
        <w:t>17:06  mein</w:t>
      </w:r>
      <w:r>
        <w:br/>
      </w:r>
      <w:r>
        <w:rPr>
          <w:sz w:val="20"/>
        </w:rPr>
        <w:t>17:12  to is ke mani ke quran ka jo ayat hai: "Laysa lil insani illa ma sa'a" to woh halaat jo sa'i ki taraf aadmi ko raghib karayein, koshish ki taraf.</w:t>
      </w:r>
    </w:p>
    <w:p>
      <w:pPr>
        <w:pStyle w:val="Heading2"/>
      </w:pPr>
      <w:r>
        <w:t>Why fasting exists to prepare you for studying the Quran</w:t>
      </w:r>
    </w:p>
    <w:p>
      <w:r>
        <w:rPr>
          <w:color w:val="666666"/>
          <w:sz w:val="18"/>
        </w:rPr>
        <w:t>Roza and Quran July 18, 2010 · 4m 43s · at 0:37 · https://youtu.be/TSjqSQEb0EQ?t=37</w:t>
      </w:r>
    </w:p>
    <w:p>
      <w:r>
        <w:rPr>
          <w:i/>
        </w:rPr>
        <w:t>“The month of fasting is very near, so today's topic is fasting and the Quran.”</w:t>
      </w:r>
    </w:p>
    <w:p>
      <w:r>
        <w:rPr>
          <w:sz w:val="20"/>
        </w:rPr>
        <w:t>0:37  roze ka mahina bohat qareeb aa gaya hai, to</w:t>
      </w:r>
      <w:r>
        <w:br/>
      </w:r>
      <w:r>
        <w:rPr>
          <w:sz w:val="20"/>
        </w:rPr>
        <w:t>0:44  is ki nisbat se aaj ka topic hai: roza aur Quran.</w:t>
      </w:r>
      <w:r>
        <w:br/>
      </w:r>
      <w:r>
        <w:rPr>
          <w:sz w:val="20"/>
        </w:rPr>
        <w:t>0:56  Quran mein Surah Al-Baqarah mein ek poora ruku' hai jo roza yaani fasting ke baray mein hai.</w:t>
      </w:r>
      <w:r>
        <w:br/>
      </w:r>
      <w:r>
        <w:rPr>
          <w:sz w:val="20"/>
        </w:rPr>
        <w:t>1:07  is mein yeh ayat hai: shahru ramadan alladhi unzila fihil quranu hudan linnasi wa bayyinatin min al-huda wal furqan, fa man shahida minkumush shariqa yaani Ramzan ka mahina</w:t>
      </w:r>
      <w:r>
        <w:br/>
      </w:r>
      <w:r>
        <w:rPr>
          <w:sz w:val="20"/>
        </w:rPr>
        <w:t>1:25  woh mahina hai jab ke Quran utara gaya. to is mahine mein tum roza rakho.</w:t>
      </w:r>
      <w:r>
        <w:br/>
      </w:r>
      <w:r>
        <w:rPr>
          <w:sz w:val="20"/>
        </w:rPr>
        <w:t>1:35  dekhen, yeh jo andaaz hai baat karne ka, is se yeh nikalta hai ke roze mein aur Quran mein koi khaas ta'alluq hai.</w:t>
      </w:r>
      <w:r>
        <w:br/>
      </w:r>
      <w:r>
        <w:rPr>
          <w:sz w:val="20"/>
        </w:rPr>
        <w:t>1:50  woh ta'alluq kya hai?</w:t>
      </w:r>
      <w:r>
        <w:br/>
      </w:r>
      <w:r>
        <w:rPr>
          <w:sz w:val="20"/>
        </w:rPr>
        <w:t>1:54  woh ta'alluq yeh hai ke har amal se pehle ek</w:t>
      </w:r>
      <w:r>
        <w:br/>
      </w:r>
      <w:r>
        <w:rPr>
          <w:sz w:val="20"/>
        </w:rPr>
        <w:t>2:04  preparatory course hota hai. koi bhi kaam aap karen, jaise aap khana khane jaate hain hotel mein, to wahan aap ko starter diya jaata hai.</w:t>
      </w:r>
      <w:r>
        <w:br/>
      </w:r>
      <w:r>
        <w:rPr>
          <w:sz w:val="20"/>
        </w:rPr>
        <w:t>2:16  starter kya hai?</w:t>
      </w:r>
      <w:r>
        <w:br/>
      </w:r>
      <w:r>
        <w:rPr>
          <w:sz w:val="20"/>
        </w:rPr>
        <w:t>2:18  woh pre-meal khana hai. pre-meal yaani meal se pehle meal, khane se pehle khana, woh hai starter.</w:t>
      </w:r>
      <w:r>
        <w:br/>
      </w:r>
      <w:r>
        <w:rPr>
          <w:sz w:val="20"/>
        </w:rPr>
        <w:t>2:33  to yeh har maamle mein, har maamle mein ke jab aap koi kaam karne ja rahe hote hain to is se pehle aap tayyari karte hain.</w:t>
      </w:r>
      <w:r>
        <w:br/>
      </w:r>
      <w:r>
        <w:rPr>
          <w:sz w:val="20"/>
        </w:rPr>
        <w:t>2:43  to Quran ki jo study hai, Quran ka jo muta'ala hai, is ke liye bhi ek tayyari chahiye. to Ramzan ka mahine mein roza rakhna yahi tayyari hai.</w:t>
      </w:r>
      <w:r>
        <w:br/>
      </w:r>
      <w:r>
        <w:rPr>
          <w:sz w:val="20"/>
        </w:rPr>
        <w:t>2:57  woh preparatory course hai Quran ko zyada samajhne ke liye. Ramzan mein kya hota hai?</w:t>
      </w:r>
      <w:r>
        <w:br/>
      </w:r>
      <w:r>
        <w:rPr>
          <w:sz w:val="20"/>
        </w:rPr>
        <w:t>3:07  roze mein kya hota hai?</w:t>
      </w:r>
      <w:r>
        <w:br/>
      </w:r>
      <w:r>
        <w:rPr>
          <w:sz w:val="20"/>
        </w:rPr>
        <w:t>3:10  aap apni zarooraton ko bohat kam karte hain. khana kam, pani kam, sona kam, aaram kam, har cheez mein kami.</w:t>
      </w:r>
      <w:r>
        <w:br/>
      </w:r>
      <w:r>
        <w:rPr>
          <w:sz w:val="20"/>
        </w:rPr>
        <w:t>3:21  to maqsad kya hai is ka? yeh hai minimizing one's need to spare more time for the study of the Quran</w:t>
      </w:r>
      <w:r>
        <w:br/>
      </w:r>
      <w:r>
        <w:rPr>
          <w:sz w:val="20"/>
        </w:rPr>
        <w:t>3:37  yani apni jo zarooraten hain maadi, un mein bohat kami karna. itni kami ke bas bilkul need ke darje mein aa jana taake aap ko zyada time mile quran ko parhne ka.</w:t>
      </w:r>
      <w:r>
        <w:br/>
      </w:r>
      <w:r>
        <w:rPr>
          <w:sz w:val="20"/>
        </w:rPr>
        <w:t>3:55  to quran ka matlab ramzan ka matlab log samajhte hain ke is mein quran ki tilawat ki jaye, yani is ko recite kiya jaye.</w:t>
      </w:r>
      <w:r>
        <w:br/>
      </w:r>
      <w:r>
        <w:rPr>
          <w:sz w:val="20"/>
        </w:rPr>
        <w:t>4:06  woh nahi hai. asal cheez kya hai? quran ki study. kyunke quran mein dekhen, ayat hai ke khuda ne utari yeh kitab quran litabbaru ayatihi taake log is ke ayaton par tadabbur karen.</w:t>
      </w:r>
      <w:r>
        <w:br/>
      </w:r>
      <w:r>
        <w:rPr>
          <w:sz w:val="20"/>
        </w:rPr>
        <w:t>4:25  tadabbur ka matlab hota hai contemplation aur fikr, sochna.</w:t>
      </w:r>
      <w:r>
        <w:br/>
      </w:r>
      <w:r>
        <w:rPr>
          <w:sz w:val="20"/>
        </w:rPr>
        <w:t>4:32  to sochna jo hai, yahi aaghaz hai quran ko samajhne ka. to sochnay ke liye aap ko time chahiye, distraction se bachna chahiye.</w:t>
      </w:r>
      <w:r>
        <w:br/>
      </w:r>
      <w:r>
        <w:rPr>
          <w:sz w:val="20"/>
        </w:rPr>
        <w:t>4:46  to roza jo hai, aap ko distraction se bachata hai, aap ki need mein kami karta hai, aur zyada time nikalte hain aap quran ko samajhne ke liye.</w:t>
      </w:r>
      <w:r>
        <w:br/>
      </w:r>
      <w:r>
        <w:rPr>
          <w:sz w:val="20"/>
        </w:rPr>
        <w:t>4:58  to ramzan ka mahina, saal ka ek mahina aisa rakha gaya hai ke is mahine mein log zyada se zyada quran ko parhen, zyada se zyada quran ki study karen,</w:t>
      </w:r>
      <w:r>
        <w:br/>
      </w:r>
      <w:r>
        <w:rPr>
          <w:sz w:val="20"/>
        </w:rPr>
        <w:t>5:12  zyada se zyada quran mein ghor o fikr karen. to roza isi ki tayyari hai.</w:t>
      </w:r>
      <w:r>
        <w:br/>
      </w:r>
      <w:r>
        <w:rPr>
          <w:sz w:val="20"/>
        </w:rPr>
        <w:t>5:21  dekhen, har amal mein, islam mein jitne bhi amal hain, har cheez mein ek ek is amal se pehle ek ek cheez hoti hai. jaise iman hai, iman se pehle kya hai?</w:t>
      </w:r>
    </w:p>
    <w:p>
      <w:pPr>
        <w:pStyle w:val="Heading2"/>
      </w:pPr>
      <w:r>
        <w:t>Human complaints are 1%, God's blessings are 99%</w:t>
      </w:r>
    </w:p>
    <w:p>
      <w:r>
        <w:rPr>
          <w:color w:val="666666"/>
          <w:sz w:val="18"/>
        </w:rPr>
        <w:t>Fasting Training for Discipline August 16, 2009 · 5m 30s · at 16:50 · https://youtu.be/sZw-RIqkF1c?t=1010</w:t>
      </w:r>
    </w:p>
    <w:p>
      <w:r>
        <w:rPr>
          <w:i/>
        </w:rPr>
        <w:t>“Dunya mein itne problem hain, kaise aadmi hamd karega?”</w:t>
      </w:r>
    </w:p>
    <w:p>
      <w:r>
        <w:rPr>
          <w:sz w:val="20"/>
        </w:rPr>
        <w:t>16:50  ab aap dekhiye, jab mein nay is ko parha to bas sochay lagay keh dunya mein itnay problem hain, itni atrocities hain, kaisay aadmi hamd karay ga?</w:t>
      </w:r>
      <w:r>
        <w:br/>
      </w:r>
      <w:r>
        <w:rPr>
          <w:sz w:val="20"/>
        </w:rPr>
        <w:t>17:01  sacha hamd,</w:t>
      </w:r>
      <w:r>
        <w:br/>
      </w:r>
      <w:r>
        <w:rPr>
          <w:sz w:val="20"/>
        </w:rPr>
        <w:t>17:06  sacha hamd kaisay niklay ga is kay dil say? jab har har waqt aap ko kisi say shikayat hai, kisi say aap ko takleef puhanch rahi hai to aap sacha hamd nahi kar sakay</w:t>
      </w:r>
      <w:r>
        <w:br/>
      </w:r>
      <w:r>
        <w:rPr>
          <w:sz w:val="20"/>
        </w:rPr>
        <w:t>17:18  e. lafz service karenge, aap lafz service sachay hamd karne ke liye aap ko sochna parega. to maine socha, socha, socha to mere nateejay pohancha ke insaan ki jin baaton ko le kar hum complaint bhi jeetay hain, shikayat bhi jeetay hain,</w:t>
      </w:r>
      <w:r>
        <w:br/>
      </w:r>
      <w:r>
        <w:rPr>
          <w:sz w:val="20"/>
        </w:rPr>
        <w:t>17:37  woh kya hain? woh zindagi ka less than one percent hai.</w:t>
      </w:r>
      <w:r>
        <w:br/>
      </w:r>
      <w:r>
        <w:rPr>
          <w:sz w:val="20"/>
        </w:rPr>
        <w:t>17:42  kisi ne kuch humein bura keh diya, kisi ne hamara farz kijiye ke hamara kapra chheen liya, kisi ne hum se kuch paise chheen liye.</w:t>
      </w:r>
      <w:r>
        <w:br/>
      </w:r>
      <w:r>
        <w:rPr>
          <w:sz w:val="20"/>
        </w:rPr>
        <w:t>17:55  is tarah ki cheezein hoti hain. ab zyada tar to munh se bolne ko le kar ke shikayat le kar baith jatay hain ke hum yeh kyun keh diya, woh kyun keh diya.</w:t>
      </w:r>
      <w:r>
        <w:br/>
      </w:r>
      <w:r>
        <w:rPr>
          <w:sz w:val="20"/>
        </w:rPr>
        <w:t>18:06  zindagi mein in cheezon ka hissa less than one percent hai.</w:t>
      </w:r>
      <w:r>
        <w:br/>
      </w:r>
      <w:r>
        <w:rPr>
          <w:sz w:val="20"/>
        </w:rPr>
        <w:t>18:11  ab Khuda ko aap dekhiye to more than 99 percent to Khuda ki boundaries hain.</w:t>
      </w:r>
      <w:r>
        <w:br/>
      </w:r>
      <w:r>
        <w:rPr>
          <w:sz w:val="20"/>
        </w:rPr>
        <w:t>18:19  jaise ke main bol raha hoon, aap sochiye, aap kisi ko sochein ke bolna kaisi ajeeb cheez hai. aadmi ne apne mind se socha, zabaan se us ne ada kiya,</w:t>
      </w:r>
      <w:r>
        <w:br/>
      </w:r>
      <w:r>
        <w:rPr>
          <w:sz w:val="20"/>
        </w:rPr>
        <w:t>18:32  phir hawa ke zariye se doosron tak woh cheez, woh views pohanchin,</w:t>
      </w:r>
      <w:r>
        <w:br/>
      </w:r>
      <w:r>
        <w:rPr>
          <w:sz w:val="20"/>
        </w:rPr>
        <w:t>18:38  phir kaan se aap ne suna, phir kaan ne bhi dimaagh tak pohanchaya to aap ne samjha is ko. yeh saari baatein aap sochiye to insaan se jo aap ko dukh pohancha hai, us se billion time zyada to aap ko Khuda se mil raha hai.</w:t>
      </w:r>
      <w:r>
        <w:br/>
      </w:r>
      <w:r>
        <w:rPr>
          <w:sz w:val="20"/>
        </w:rPr>
        <w:t>18:51  already aise hi pani hai, dekhiye, pani ko aap sochiye, abundantly pani duniya mein maujood hai, lekin kitna bari boundary hai Khuda ki.</w:t>
      </w:r>
      <w:r>
        <w:br/>
      </w:r>
      <w:r>
        <w:rPr>
          <w:sz w:val="20"/>
        </w:rPr>
        <w:t>19:07  science batati hai ke pehle duniya mein sirf gases theen, gases, pani nahi tha shuru mein. phir do gases ke ekatha hone se pani bana, yani liquid water bana.</w:t>
      </w:r>
      <w:r>
        <w:br/>
      </w:r>
      <w:r>
        <w:rPr>
          <w:sz w:val="20"/>
        </w:rPr>
        <w:t>19:22  is liquid water ko Khuda ne jama kiya samundaron mein, baray baray ocean, baray baray sea mein jama kiya is pani ko.</w:t>
      </w:r>
      <w:r>
        <w:br/>
      </w:r>
      <w:r>
        <w:rPr>
          <w:sz w:val="20"/>
        </w:rPr>
        <w:t>19:34  ab doosra sawal tha ke woh pani us mein kharab ho jayega? kyunke aap jantay hain ke pani kharab ho jata hai kuch dinon mein. to preservative ke tor par Khuda ne us mein namak daal diya, 10 percent namak as a preservative.</w:t>
      </w:r>
      <w:r>
        <w:br/>
      </w:r>
      <w:r>
        <w:rPr>
          <w:sz w:val="20"/>
        </w:rPr>
        <w:t>19:49  ab sawal yeh tha ke ab insaan is ko istemal kaise kare? kyunke khari pani to aap pi nahi sakte, kheti mein bhi nahi daal sakte aap.</w:t>
      </w:r>
      <w:r>
        <w:br/>
      </w:r>
      <w:r>
        <w:rPr>
          <w:sz w:val="20"/>
        </w:rPr>
        <w:t>19:59  to Khuda ne universal planning ki, ek rain ki universal planning, yani bhap uthti hai aur salt chunke heavy hota hai, woh neeche reh jata hai,</w:t>
      </w:r>
      <w:r>
        <w:br/>
      </w:r>
      <w:r>
        <w:rPr>
          <w:sz w:val="20"/>
        </w:rPr>
        <w:t>20:13  pani oopar jata hai. ek universal planning hai. phir neeche, yani universal desalination ka mamla yeh hai.</w:t>
      </w:r>
      <w:r>
        <w:br/>
      </w:r>
      <w:r>
        <w:rPr>
          <w:sz w:val="20"/>
        </w:rPr>
        <w:t>20:27  universal desalination ke samundaron ko pani se namak ko alag kar ke fresh water aap ko pohanchana. ab woh rain ke through aap ko barsa, phir nadiyon mein, talabon mein, jheelon mein, har jagah jama hua to aap ko fresh water mila.</w:t>
      </w:r>
      <w:r>
        <w:br/>
      </w:r>
      <w:r>
        <w:rPr>
          <w:sz w:val="20"/>
        </w:rPr>
        <w:t>20:45  paharon par barf jam gayi, woh fresh water mila aap</w:t>
      </w:r>
      <w:r>
        <w:br/>
      </w:r>
      <w:r>
        <w:rPr>
          <w:sz w:val="20"/>
        </w:rPr>
        <w:t>20:48  ko. ke aap yeh to aap baatein sochiye, aap to ek glass pani aap piyenge to aap ko super thrill hoga, super thrill ke Khuda ne kitni bari nemat kar rakhi hai pani ki shakal mein.</w:t>
      </w:r>
      <w:r>
        <w:br/>
      </w:r>
      <w:r>
        <w:rPr>
          <w:sz w:val="20"/>
        </w:rPr>
        <w:t>21:00  mujhe aise hi aap dekhiye, yeh jo jis ko aap motor car kehte hain, is ko hawai jahaz kehte hain, jis ko aap engine kehte hain, woh kya hai?</w:t>
      </w:r>
      <w:r>
        <w:br/>
      </w:r>
      <w:r>
        <w:rPr>
          <w:sz w:val="20"/>
        </w:rPr>
        <w:t>21:11  yeh saare usi zameen mein woh cheezein maujood theen, woh saare minerals, woh saari dhatain, woh saare saman. potentially, potentially, is potential ko aap ne apni aqal ko istemal kar ke actual banaya.</w:t>
      </w:r>
      <w:r>
        <w:br/>
      </w:r>
      <w:r>
        <w:rPr>
          <w:sz w:val="20"/>
        </w:rPr>
        <w:t>21:26  to phir car dorr rahi hai, hawai jahaz dorr raha hai, engine chal rahe hain. aap sochiye is ko ke hum to ek zara bhi bana nahi sakte thay.</w:t>
      </w:r>
      <w:r>
        <w:br/>
      </w:r>
      <w:r>
        <w:rPr>
          <w:sz w:val="20"/>
        </w:rPr>
        <w:t>21:36  agar woh potentially yeh cheezein yahan par pehle se maujood na hotin to hum kuch bhi nahi kar sakte thay. to aap ko itna thrill ayega, itna thrill ayega.</w:t>
      </w:r>
      <w:r>
        <w:br/>
      </w:r>
      <w:r>
        <w:rPr>
          <w:sz w:val="20"/>
        </w:rPr>
        <w:t>21:47  is tarah ki billion trillion cheezein hain jo Khuda ki taraf se aap ko mil rahi hain. to yeh aap yeh sochiye ke insaan se ab is ko jo shikayat hui thi, woh to less than one percent thi, aur Khuda ki taraf se jo mujhe boundaries aur blessings mil rahi hain, woh to more than 99 percent hain.</w:t>
      </w:r>
      <w:r>
        <w:br/>
      </w:r>
      <w:r>
        <w:rPr>
          <w:sz w:val="20"/>
        </w:rPr>
        <w:t>22:05  to aap thrill bhi jeeyenge, na ke shikayaton mein. tab aap ki zabaan se niklega "Alhamdulillah Rabbil Alameen" . yeh aap ke dil se ek samandar ban kar niklega, yeh "Alhamdulillah Rabbil Alameen" .</w:t>
      </w:r>
    </w:p>
    <w:p>
      <w:pPr>
        <w:pStyle w:val="Heading2"/>
      </w:pPr>
      <w:r>
        <w:t>Quranic promise and closing dua for the team's paradise</w:t>
      </w:r>
    </w:p>
    <w:p>
      <w:r>
        <w:rPr>
          <w:color w:val="666666"/>
          <w:sz w:val="18"/>
        </w:rPr>
        <w:t>Experience Sharing of CPS Member, Jaipur Literature Festival 2013 February 3, 2013 · 4m 43s · at 31:32 · https://youtu.be/ujlDnK5Wg3M?t=1892</w:t>
      </w:r>
    </w:p>
    <w:p>
      <w:r>
        <w:rPr>
          <w:i/>
        </w:rPr>
        <w:t>“A verse of the Quran came to my mind about entering the holy land”</w:t>
      </w:r>
    </w:p>
    <w:p>
      <w:r>
        <w:rPr>
          <w:sz w:val="20"/>
        </w:rPr>
        <w:t>31:32  to mujhe Quran ki aik ayat yaad aayi.</w:t>
      </w:r>
      <w:r>
        <w:br/>
      </w:r>
      <w:r>
        <w:rPr>
          <w:sz w:val="20"/>
        </w:rPr>
        <w:t>31:36  Quran mein</w:t>
      </w:r>
      <w:r>
        <w:br/>
      </w:r>
      <w:r>
        <w:rPr>
          <w:sz w:val="20"/>
        </w:rPr>
        <w:t>31:40  hazrat Musa ke zamane mein jo yehood thay, un ke baray mein hai. to Allah ne kaha tha ke tum dakhil ho jao arz e muqaddas mein.</w:t>
      </w:r>
      <w:r>
        <w:br/>
      </w:r>
      <w:r>
        <w:rPr>
          <w:sz w:val="20"/>
        </w:rPr>
        <w:t>31:53  bas dakhil ho jao.</w:t>
      </w:r>
      <w:r>
        <w:br/>
      </w:r>
      <w:r>
        <w:rPr>
          <w:sz w:val="20"/>
        </w:rPr>
        <w:t>32:00  yani tum bas, tum ko sirf wahan kharay hona hai, chal parna hai. baqi sara kaam farishtay karein ge.</w:t>
      </w:r>
      <w:r>
        <w:br/>
      </w:r>
      <w:r>
        <w:rPr>
          <w:sz w:val="20"/>
        </w:rPr>
        <w:t>32:09  yeh bohat ajeeb baat hai ke Allah ka jo kaam hai, waqeatan agar woh Allah ka kaam hai to is mein aap ko sirf kharay hona hai.</w:t>
      </w:r>
      <w:r>
        <w:br/>
      </w:r>
      <w:r>
        <w:rPr>
          <w:sz w:val="20"/>
        </w:rPr>
        <w:t>32:19  kharay hotay hi aap dekhtay hain ke kuch unseen forces hain, wahan par aap ka kaam kar rahi hain.</w:t>
      </w:r>
      <w:r>
        <w:br/>
      </w:r>
      <w:r>
        <w:rPr>
          <w:sz w:val="20"/>
        </w:rPr>
        <w:t>32:31  yeh jo Quran mein ayat hai, yehood ke reference mein, yehood se murad woh ummat e Musa ke reference hain.</w:t>
      </w:r>
      <w:r>
        <w:br/>
      </w:r>
      <w:r>
        <w:rPr>
          <w:sz w:val="20"/>
        </w:rPr>
        <w:t>32:39  to woh hum sab ke liye aik bohat bari khushkhabri hai ke Allah ke kaam mein aisi nahi hai ke aap kharay ho jain, aap wahan pohanch jain, gate aap ka aap khul jaye ga.</w:t>
      </w:r>
      <w:r>
        <w:br/>
      </w:r>
      <w:r>
        <w:rPr>
          <w:sz w:val="20"/>
        </w:rPr>
        <w:t>32:53  jis tarah aaj kal ke zamane mein aap jantay hain ke aik tareeqa hai ke jo gate se pehle jo farsh hota hai, us ke andar aisi technique hoti hai ke wahan qadam aap rakha hai to darwaza khulta chala jata hai.</w:t>
      </w:r>
      <w:r>
        <w:br/>
      </w:r>
      <w:r>
        <w:rPr>
          <w:sz w:val="20"/>
        </w:rPr>
        <w:t>33:10  wohi haal hai ke aap gate ke paas pohanchain ge ke darwaza khul jaye ga. to main sirf dua kar sakta hoon ke Allah taala mujh ko bhi aap ke is kaam mein shareek kare aur is kaam ko aagay barhaye, aagay barhaye, aagay barhaye,</w:t>
      </w:r>
      <w:r>
        <w:br/>
      </w:r>
      <w:r>
        <w:rPr>
          <w:sz w:val="20"/>
        </w:rPr>
        <w:t>33:39  yahan tak ke yeh kaam global level phail jaye. aur is ke nateejay mein hum sab ko Allah</w:t>
      </w:r>
      <w:r>
        <w:br/>
      </w:r>
      <w:r>
        <w:rPr>
          <w:sz w:val="20"/>
        </w:rPr>
        <w:t>33:51  jannat mein dakhil karey.</w:t>
      </w:r>
      <w:r>
        <w:br/>
      </w:r>
      <w:r>
        <w:rPr>
          <w:sz w:val="20"/>
        </w:rPr>
        <w:t>33:57  mein boorha ho gaya hoon aur us din ka intezar kar raha hoon</w:t>
      </w:r>
      <w:r>
        <w:br/>
      </w:r>
      <w:r>
        <w:rPr>
          <w:sz w:val="20"/>
        </w:rPr>
        <w:t>34:04  jab haj ke maidan mein log ikhatta hon ge,</w:t>
      </w:r>
      <w:r>
        <w:br/>
      </w:r>
      <w:r>
        <w:rPr>
          <w:sz w:val="20"/>
        </w:rPr>
        <w:t>34:10  saare log. to mujhe umeed hai ke Allah ka farishta wahan awaz de ga.</w:t>
      </w:r>
      <w:r>
        <w:br/>
      </w:r>
      <w:r>
        <w:rPr>
          <w:sz w:val="20"/>
        </w:rPr>
        <w:t>34:27  Allah ka farishta Allah ke hukum se awaz de ga ke kahan hai CPS ke log?</w:t>
      </w:r>
      <w:r>
        <w:br/>
      </w:r>
      <w:r>
        <w:rPr>
          <w:sz w:val="20"/>
        </w:rPr>
        <w:t>34:35  woh aa gaya hai.</w:t>
      </w:r>
      <w:r>
        <w:br/>
      </w:r>
      <w:r>
        <w:rPr>
          <w:sz w:val="20"/>
        </w:rPr>
        <w:t>34:39  un ke liye aisi shart gate jannat ka khol diya gaya hai.</w:t>
      </w:r>
      <w:r>
        <w:br/>
      </w:r>
      <w:r>
        <w:rPr>
          <w:sz w:val="20"/>
        </w:rPr>
        <w:t>34:45  aur sab log is mein crowd kar ke dakhil ho jayen.</w:t>
      </w:r>
      <w:r>
        <w:br/>
      </w:r>
      <w:r>
        <w:rPr>
          <w:sz w:val="20"/>
        </w:rPr>
        <w:t>34:57  hum sab ka jo asal goal hai, woh sirf aik hai. oopar hai jannat.</w:t>
      </w:r>
      <w:r>
        <w:br/>
      </w:r>
      <w:r>
        <w:rPr>
          <w:sz w:val="20"/>
        </w:rPr>
        <w:t>35:09  Allah ka kaam karna aur Allah ki jannat mein dakhil ho jana. bas yahi goal hai hamara. to mein dua karta hoon ke Allah taala mujh ko aur aap ko is kaam ke liye qabool farmaye.</w:t>
      </w:r>
      <w:r>
        <w:br/>
      </w:r>
      <w:r>
        <w:rPr>
          <w:sz w:val="20"/>
        </w:rPr>
        <w:t>35:28  dunya mein hum se woh kaam le le jo us ka, us ki pasand ka kaam hai. aur akhirat mein hamein apni rehmaton se, apni placings se, apne inaam se nawazey.</w:t>
      </w:r>
      <w:r>
        <w:br/>
      </w:r>
      <w:r>
        <w:rPr>
          <w:sz w:val="20"/>
        </w:rPr>
        <w:t>35:45  yehi dua ke sath mein apni baat ko khatam karta hoon. aqool qooli wastaghfirullah li walakum ajmaeen.</w:t>
      </w:r>
    </w:p>
    <w:p>
      <w:pPr>
        <w:pStyle w:val="Heading2"/>
      </w:pPr>
      <w:r>
        <w:t>Power, arrogance, and Westophobia</w:t>
      </w:r>
    </w:p>
    <w:p>
      <w:r>
        <w:rPr>
          <w:color w:val="666666"/>
          <w:sz w:val="18"/>
        </w:rPr>
        <w:t>Global Message December 30, 2018 Maulana Wahiduddin Khan · 4m 13s · at 10:44 · https://youtu.be/Ml_PyAxx8OE?t=644</w:t>
      </w:r>
    </w:p>
    <w:p>
      <w:r>
        <w:rPr>
          <w:i/>
        </w:rPr>
        <w:t>“Where there is power, there is arrogance.”</w:t>
      </w:r>
    </w:p>
    <w:p>
      <w:r>
        <w:rPr>
          <w:sz w:val="20"/>
        </w:rPr>
        <w:t>10:44  "where there is power, there is arrogance".</w:t>
      </w:r>
      <w:r>
        <w:br/>
      </w:r>
      <w:r>
        <w:rPr>
          <w:sz w:val="20"/>
        </w:rPr>
        <w:t>10:53  superiority complex. Tu musalmanon ko power mila tha quran ki service ke liye, lekin sath sath un ke andar arrogance aa gaya.</w:t>
      </w:r>
      <w:r>
        <w:br/>
      </w:r>
      <w:r>
        <w:rPr>
          <w:sz w:val="20"/>
        </w:rPr>
        <w:t>11:07  superiority complex aa gaya. Is wajah se aik bohat bari bhool un se hui. Woh yeh ke doosra jo kaam tha, communication aur technology ko discover karna</w:t>
      </w:r>
      <w:r>
        <w:br/>
      </w:r>
      <w:r>
        <w:rPr>
          <w:sz w:val="20"/>
        </w:rPr>
        <w:t>11:27  aur infrastructure ko wajood mein lana, yeh western power ko Allah taala ne mauqa diya ke woh evolve karen.</w:t>
      </w:r>
      <w:r>
        <w:br/>
      </w:r>
      <w:r>
        <w:rPr>
          <w:sz w:val="20"/>
        </w:rPr>
        <w:t>11:39  tu yeh waqia hai ke unhon ne</w:t>
      </w:r>
      <w:r>
        <w:br/>
      </w:r>
      <w:r>
        <w:rPr>
          <w:sz w:val="20"/>
        </w:rPr>
        <w:t>11:45  pichlay taqreeban paanch sau saal mein gradually aik process chala, ziyada tar west mein, jis ke nateeje mein age of communication aaya aur bohat sari cheezen aayin.</w:t>
      </w:r>
      <w:r>
        <w:br/>
      </w:r>
      <w:r>
        <w:rPr>
          <w:sz w:val="20"/>
        </w:rPr>
        <w:t>12:01  dunya mein peace aaya, education aayi, openness aaya.</w:t>
      </w:r>
      <w:r>
        <w:br/>
      </w:r>
      <w:r>
        <w:rPr>
          <w:sz w:val="20"/>
        </w:rPr>
        <w:t>12:11  tu aik kaam Allah ki madad se kiya musalmanon ne, yani. Aur doosra kaam bhi, woh bhi Allah ki madad se hua, woh kiya western people ne.</w:t>
      </w:r>
      <w:r>
        <w:br/>
      </w:r>
      <w:r>
        <w:rPr>
          <w:sz w:val="20"/>
        </w:rPr>
        <w:t>12:27  ab yeh yahan mauqa tha ke musalman jo hain, ahl-e-maghrib ka knowledge karen, knowledge,</w:t>
      </w:r>
      <w:r>
        <w:br/>
      </w:r>
      <w:r>
        <w:rPr>
          <w:sz w:val="20"/>
        </w:rPr>
        <w:t>12:37  apne bhai ke taur par manen. Lekin hua yeh ke woh arrogance mein par gaye, superiority complex mein par gaye.</w:t>
      </w:r>
      <w:r>
        <w:br/>
      </w:r>
      <w:r>
        <w:rPr>
          <w:sz w:val="20"/>
        </w:rPr>
        <w:t>12:51  is liye un ko jab unhon ne dekha ke western people bohat taraqqi kar rahe hain, history visualization unhon ne develop ki hai, bohat se area mein un ko property mil gayi hai,</w:t>
      </w:r>
      <w:r>
        <w:br/>
      </w:r>
      <w:r>
        <w:rPr>
          <w:sz w:val="20"/>
        </w:rPr>
        <w:t>13:06  tu un ke andar kya aa gaya? Jealousy. Jealousy jis ko kehte hain.</w:t>
      </w:r>
      <w:r>
        <w:br/>
      </w:r>
      <w:r>
        <w:rPr>
          <w:sz w:val="20"/>
        </w:rPr>
        <w:t>13:16  tu unhon ne bajaye is ke ke west ka knowledge karen, un ko apna dushman bana liya. Apna rival bana liya.</w:t>
      </w:r>
      <w:r>
        <w:br/>
      </w:r>
      <w:r>
        <w:rPr>
          <w:sz w:val="20"/>
        </w:rPr>
        <w:t>13:27  yahan se kaam bigra. aur main yeh kahunga ke dheere dheere aik bohat hi negative taintment,</w:t>
      </w:r>
      <w:r>
        <w:br/>
      </w:r>
      <w:r>
        <w:rPr>
          <w:sz w:val="20"/>
        </w:rPr>
        <w:t>13:40  negative thinking musalmanon mein paida hui. is ke liye main kahunga ke is ko woh thi</w:t>
      </w:r>
      <w:r>
        <w:br/>
      </w:r>
      <w:r>
        <w:rPr>
          <w:sz w:val="20"/>
        </w:rPr>
        <w:t>13:54  westophobia. yani musalman ilzaam dete hain west ko ke un ke andar islamophobia hai. haalanke yeh false hai.</w:t>
      </w:r>
      <w:r>
        <w:br/>
      </w:r>
      <w:r>
        <w:rPr>
          <w:sz w:val="20"/>
        </w:rPr>
        <w:t>14:05  main ne bohat gaya hoon western countries mein, bohat gaya hoon. main ne kahin main ne islamophobia nahi paya.</w:t>
      </w:r>
      <w:r>
        <w:br/>
      </w:r>
      <w:r>
        <w:rPr>
          <w:sz w:val="20"/>
        </w:rPr>
        <w:t>14:19  wahan to openness hai, azadi hai, aik doosre ka respect hai.</w:t>
      </w:r>
      <w:r>
        <w:br/>
      </w:r>
      <w:r>
        <w:rPr>
          <w:sz w:val="20"/>
        </w:rPr>
        <w:t>14:29  wahan ke mahol mein kahin bhi islamophobia nahi hai. bilkul yeh bilkul false allegation hai yeh.</w:t>
      </w:r>
      <w:r>
        <w:br/>
      </w:r>
      <w:r>
        <w:rPr>
          <w:sz w:val="20"/>
        </w:rPr>
        <w:t>14:39  lekin khud musalmanon mein bohat baray paimane par aa gaya westophobia. westophobia. yani west se jalan, west ko apna rival samajhna, west ko apna dushman samajhna, yeh sab aa gaya.</w:t>
      </w:r>
    </w:p>
    <w:p>
      <w:pPr>
        <w:pStyle w:val="Heading2"/>
      </w:pPr>
      <w:r>
        <w:t>Maulana's spiritual awakening in Banaras</w:t>
      </w:r>
    </w:p>
    <w:p>
      <w:r>
        <w:rPr>
          <w:color w:val="666666"/>
          <w:sz w:val="18"/>
        </w:rPr>
        <w:t>The Message of The Quran Part 1 March 26, 2006 Maulana Wahiduddin Khan · 5m 32s · at 13:44 · https://youtu.be/krrs0ZKgnb8?t=824</w:t>
      </w:r>
    </w:p>
    <w:p>
      <w:r>
        <w:rPr>
          <w:i/>
        </w:rPr>
        <w:t>“Aab se pehle ghaliban yeh baat hai 1950 ki”</w:t>
      </w:r>
    </w:p>
    <w:p>
      <w:r>
        <w:rPr>
          <w:sz w:val="20"/>
        </w:rPr>
        <w:t>13:44  ab se pehle ghaliban yeh baat hai 1950 ki. 1950. us waqt mein banaras mein tha.</w:t>
      </w:r>
      <w:r>
        <w:br/>
      </w:r>
      <w:r>
        <w:rPr>
          <w:sz w:val="20"/>
        </w:rPr>
        <w:t>13:58  banaras mein</w:t>
      </w:r>
      <w:r>
        <w:br/>
      </w:r>
      <w:r>
        <w:rPr>
          <w:sz w:val="20"/>
        </w:rPr>
        <w:t>14:01  . ek din ki baat hai, ek road par mein chal raha tha.</w:t>
      </w:r>
      <w:r>
        <w:br/>
      </w:r>
      <w:r>
        <w:rPr>
          <w:sz w:val="20"/>
        </w:rPr>
        <w:t>14:08  wahan ek area hai, us ko kehte hain dalmandi. dalmandi area mein ek road se mein guzar raha tha. to ek masjid jo chhat ke oopar waqe thi, neeche dukanein theen, oopar masjid thi.</w:t>
      </w:r>
      <w:r>
        <w:br/>
      </w:r>
      <w:r>
        <w:rPr>
          <w:sz w:val="20"/>
        </w:rPr>
        <w:t>14:23  wahan se maghrib ki azan, maghrib ki namaz ho rahi thi, wahan par loud speaker par.</w:t>
      </w:r>
      <w:r>
        <w:br/>
      </w:r>
      <w:r>
        <w:rPr>
          <w:sz w:val="20"/>
        </w:rPr>
        <w:t>14:34  to loud speaker par bohat hi saaf awaz aa rahi thi.</w:t>
      </w:r>
      <w:r>
        <w:br/>
      </w:r>
      <w:r>
        <w:rPr>
          <w:sz w:val="20"/>
        </w:rPr>
        <w:t>14:41  jo imam the, unhon ne surah parhi hai, quran ki ek, jis ko us ka naam "waha" hai.</w:t>
      </w:r>
      <w:r>
        <w:br/>
      </w:r>
      <w:r>
        <w:rPr>
          <w:sz w:val="20"/>
        </w:rPr>
        <w:t>14:51  surah "waha"</w:t>
      </w:r>
      <w:r>
        <w:br/>
      </w:r>
      <w:r>
        <w:rPr>
          <w:sz w:val="20"/>
        </w:rPr>
        <w:t>14:55  woh parh rahe the.</w:t>
      </w:r>
      <w:r>
        <w:br/>
      </w:r>
      <w:r>
        <w:rPr>
          <w:sz w:val="20"/>
        </w:rPr>
        <w:t>14:56  woh to chunke mein Arabic language jaanta tha,</w:t>
      </w:r>
      <w:r>
        <w:br/>
      </w:r>
      <w:r>
        <w:rPr>
          <w:sz w:val="20"/>
        </w:rPr>
        <w:t>15:02  mein sunne laga.</w:t>
      </w:r>
      <w:r>
        <w:br/>
      </w:r>
      <w:r>
        <w:rPr>
          <w:sz w:val="20"/>
        </w:rPr>
        <w:t>15:05  woh tha ke "waddhuha wallaili izaa saja</w:t>
      </w:r>
      <w:r>
        <w:br/>
      </w:r>
      <w:r>
        <w:rPr>
          <w:sz w:val="20"/>
        </w:rPr>
        <w:t>15:09  maa wadda'aka rabbuka wa maa qalaa</w:t>
      </w:r>
      <w:r>
        <w:br/>
      </w:r>
      <w:r>
        <w:rPr>
          <w:sz w:val="20"/>
        </w:rPr>
        <w:t>15:13  wa laal-akhiratu khayrun laka minal oolaa</w:t>
      </w:r>
      <w:r>
        <w:br/>
      </w:r>
      <w:r>
        <w:rPr>
          <w:sz w:val="20"/>
        </w:rPr>
        <w:t>15:17  wa la sawfa yoo'teeka rabbuka fatardaa</w:t>
      </w:r>
      <w:r>
        <w:br/>
      </w:r>
      <w:r>
        <w:rPr>
          <w:sz w:val="20"/>
        </w:rPr>
        <w:t>15:21  alam yajidka yateeman fa'aawaa</w:t>
      </w:r>
      <w:r>
        <w:br/>
      </w:r>
      <w:r>
        <w:rPr>
          <w:sz w:val="20"/>
        </w:rPr>
        <w:t>15:25  wa wajadaka daallan fahadaa wa wajadaka 'aa'ilan fa'aghnaa".</w:t>
      </w:r>
      <w:r>
        <w:br/>
      </w:r>
      <w:r>
        <w:rPr>
          <w:sz w:val="20"/>
        </w:rPr>
        <w:t>15:32  yeh alfaaz mein ne sune to aisa laga jaise ke khuda mujhe address kar raha hai.</w:t>
      </w:r>
      <w:r>
        <w:br/>
      </w:r>
      <w:r>
        <w:rPr>
          <w:sz w:val="20"/>
        </w:rPr>
        <w:t>15:41  pehli bar meri jo meri jo inner spirit thi, woh address ho rahi thi.</w:t>
      </w:r>
      <w:r>
        <w:br/>
      </w:r>
      <w:r>
        <w:rPr>
          <w:sz w:val="20"/>
        </w:rPr>
        <w:t>15:54  yeh jo quran ki ayatein mein ne parhin, is ka transition yeh hai ke "night and dark, darkness and light is witness that</w:t>
      </w:r>
      <w:r>
        <w:br/>
      </w:r>
      <w:r>
        <w:rPr>
          <w:sz w:val="20"/>
        </w:rPr>
        <w:t>16:19  god, god ne tum ko chora nahi. khuda ne tum ko chora nahi.</w:t>
      </w:r>
      <w:r>
        <w:br/>
      </w:r>
      <w:r>
        <w:rPr>
          <w:sz w:val="20"/>
        </w:rPr>
        <w:t>16:34  tumhare liye future is se acha hoga jo jo tum ko tumhara present hai. tumhara future tumhare present se acha hoga.</w:t>
      </w:r>
      <w:r>
        <w:br/>
      </w:r>
      <w:r>
        <w:rPr>
          <w:sz w:val="20"/>
        </w:rPr>
        <w:t>16:49  tum ko khuda jaldi dega to tum satisfied ho jaoge. kya khuda ne tum ko, kya khuda, kya aisa nahi hai ke khuda ne tum ko orphan paya</w:t>
      </w:r>
      <w:r>
        <w:br/>
      </w:r>
      <w:r>
        <w:rPr>
          <w:sz w:val="20"/>
        </w:rPr>
        <w:t>17:05  to tum ko shelter diya? kya aisa nahin ke Khuda ne tum ko bhatka hua paya to tum ko rasta dikhaya?</w:t>
      </w:r>
      <w:r>
        <w:br/>
      </w:r>
      <w:r>
        <w:rPr>
          <w:sz w:val="20"/>
        </w:rPr>
        <w:t>17:18  kya aisa nahin ke tum ko Khuda ne muhtaj paya to tum ko</w:t>
      </w:r>
      <w:r>
        <w:br/>
      </w:r>
      <w:r>
        <w:rPr>
          <w:sz w:val="20"/>
        </w:rPr>
        <w:t>17:27  ghani bana diya?</w:t>
      </w:r>
      <w:r>
        <w:br/>
      </w:r>
      <w:r>
        <w:rPr>
          <w:sz w:val="20"/>
        </w:rPr>
        <w:t>17:29  yeh jab maine suna bohat hi saaf awaz mein to ek bhonchal mere andar aa gaya. us waqt meri jo kaifiyat thi, us ko main keh sakta hoon ke woh tha identity crisis.</w:t>
      </w:r>
      <w:r>
        <w:br/>
      </w:r>
      <w:r>
        <w:rPr>
          <w:sz w:val="20"/>
        </w:rPr>
        <w:t>17:47  woh mere identity crisis ka lamha tha.</w:t>
      </w:r>
      <w:r>
        <w:br/>
      </w:r>
      <w:r>
        <w:rPr>
          <w:sz w:val="20"/>
        </w:rPr>
        <w:t>17:53  main apni identity ko dhoondh raha tha jo mujhe mil nahin rahi thi. kyun? jo cheezen mere aas paas theen, un mein mujhe satisfaction nahin milta tha.</w:t>
      </w:r>
      <w:r>
        <w:br/>
      </w:r>
      <w:r>
        <w:rPr>
          <w:sz w:val="20"/>
        </w:rPr>
        <w:t>18:12  maine agriculture ko dekha, horticulture ko dekha, business ko dekha, job ko dekha. door se yeh sari cheezen maine dekheen lekin kisi se main apne aap ko identify na kar saka.</w:t>
      </w:r>
      <w:r>
        <w:br/>
      </w:r>
      <w:r>
        <w:rPr>
          <w:sz w:val="20"/>
        </w:rPr>
        <w:t>18:32  ek loneliness ka ehsas tha jis mein main jee raha tha. woh</w:t>
      </w:r>
      <w:r>
        <w:br/>
      </w:r>
      <w:r>
        <w:rPr>
          <w:sz w:val="20"/>
        </w:rPr>
        <w:t>18:38  ke jab yeh awaz maine suni to aisa laga ke maine, main duniya mein alone nahin hoon. koi ek mera sathi bhi hai.</w:t>
      </w:r>
      <w:r>
        <w:br/>
      </w:r>
      <w:r>
        <w:rPr>
          <w:sz w:val="20"/>
        </w:rPr>
        <w:t>18:47  woh sathi khud Khuda hai.</w:t>
      </w:r>
      <w:r>
        <w:br/>
      </w:r>
      <w:r>
        <w:rPr>
          <w:sz w:val="20"/>
        </w:rPr>
        <w:t>18:54  and that companion is is no less than God himself. achaanak maine apni identity ko daryaft kar liya aur</w:t>
      </w:r>
      <w:r>
        <w:br/>
      </w:r>
      <w:r>
        <w:rPr>
          <w:sz w:val="20"/>
        </w:rPr>
        <w:t>19:08  phir wahan se meri zindagi ka aghaz, ek naya aghaz hua.</w:t>
      </w:r>
    </w:p>
    <w:p>
      <w:pPr>
        <w:pStyle w:val="Heading2"/>
      </w:pPr>
      <w:r>
        <w:t>Quran's subject and the path to praise</w:t>
      </w:r>
    </w:p>
    <w:p>
      <w:r>
        <w:rPr>
          <w:color w:val="666666"/>
          <w:sz w:val="18"/>
        </w:rPr>
        <w:t>Dars-e-Quran, Chapter 20, Verse 15 October 22, 2017 · 5m 52s · at 1:20 · https://youtu.be/mSEhKbQ1q8Y?t=80</w:t>
      </w:r>
    </w:p>
    <w:p>
      <w:r>
        <w:rPr>
          <w:i/>
        </w:rPr>
        <w:t>“Pehli baat mein kehna chahta hoon ke Quran ka subject kya hai?”</w:t>
      </w:r>
    </w:p>
    <w:p>
      <w:r>
        <w:rPr>
          <w:sz w:val="20"/>
        </w:rPr>
        <w:t>1:20  pehli baat mein kehna chahta hoon ke quran ka subject kya hai? mauzu. maktabon ke logon ne, ulama ne aur mufassireen ne mukhtalif jawabat diye hain.</w:t>
      </w:r>
      <w:r>
        <w:br/>
      </w:r>
      <w:r>
        <w:rPr>
          <w:sz w:val="20"/>
        </w:rPr>
        <w:t>1:37  magar meri apni jo soch hai woh mukhtalif hai.</w:t>
      </w:r>
      <w:r>
        <w:br/>
      </w:r>
      <w:r>
        <w:rPr>
          <w:sz w:val="20"/>
        </w:rPr>
        <w:t>1:46  yeh bohat hi ajeeb baat hai ke quran ne khud yeh bataya hi nahi ke subject kya hai. aap ghor kijiye, kahan hai?</w:t>
      </w:r>
      <w:r>
        <w:br/>
      </w:r>
      <w:r>
        <w:rPr>
          <w:sz w:val="20"/>
        </w:rPr>
        <w:t>1:58  yeh kahan hai ke quran ka subject yeh hai?</w:t>
      </w:r>
      <w:r>
        <w:br/>
      </w:r>
      <w:r>
        <w:rPr>
          <w:sz w:val="20"/>
        </w:rPr>
        <w:t>2:05  misalan agar aap yeh kahein ke quran ka subject hai inzar, late ko le kar ke, toh bohat nakafi hoga.</w:t>
      </w:r>
      <w:r>
        <w:br/>
      </w:r>
      <w:r>
        <w:rPr>
          <w:sz w:val="20"/>
        </w:rPr>
        <w:t>2:17  khair, Allah ka kis shan ke mutabiq hai yeh? inzar karna hai, bas khatam qissa. yeh toh, yeh toh, yeh toh negative lafz hai.</w:t>
      </w:r>
      <w:r>
        <w:br/>
      </w:r>
      <w:r>
        <w:rPr>
          <w:sz w:val="20"/>
        </w:rPr>
        <w:t>2:29  inzar karo aur azab de kar maar dalo. yahi hai Khuda ka scheme of things. toh aise hi ek adha lafz le kar logon ne keh diya ke yeh hai subject.</w:t>
      </w:r>
      <w:r>
        <w:br/>
      </w:r>
      <w:r>
        <w:rPr>
          <w:sz w:val="20"/>
        </w:rPr>
        <w:t>2:42  is se clear nahi hoti baat.</w:t>
      </w:r>
      <w:r>
        <w:br/>
      </w:r>
      <w:r>
        <w:rPr>
          <w:sz w:val="20"/>
        </w:rPr>
        <w:t>2:46  maine yeh samjha hai ke quran ka subject hai insaan ko yeh batana ke right way of thinking kya hai.</w:t>
      </w:r>
      <w:r>
        <w:br/>
      </w:r>
      <w:r>
        <w:rPr>
          <w:sz w:val="20"/>
        </w:rPr>
        <w:t>3:01  khud baat kya hai, yeh is ka subject hi nahi.</w:t>
      </w:r>
      <w:r>
        <w:br/>
      </w:r>
      <w:r>
        <w:rPr>
          <w:sz w:val="20"/>
        </w:rPr>
        <w:t>3:08  right way of thinking batana yeh subject hai. yani quran ke mutabiq sachai ek discoverable item hai.</w:t>
      </w:r>
      <w:r>
        <w:br/>
      </w:r>
      <w:r>
        <w:rPr>
          <w:sz w:val="20"/>
        </w:rPr>
        <w:t>3:19  bataya hua item nahi hai. yeh distilled item nahi hai.</w:t>
      </w:r>
      <w:r>
        <w:br/>
      </w:r>
      <w:r>
        <w:rPr>
          <w:sz w:val="20"/>
        </w:rPr>
        <w:t>3:28  balkay discoverable item hai.</w:t>
      </w:r>
      <w:r>
        <w:br/>
      </w:r>
      <w:r>
        <w:rPr>
          <w:sz w:val="20"/>
        </w:rPr>
        <w:t>3:33  yeh baat kisi ko ajeeb lag sakti hai. lekin main sochta hoon ke Allah ne insaan ko jo sab se bara aizaaz diya hai, woh yahi hai ke insaan ko har qism ki salahiyaton se equipped kar diya.</w:t>
      </w:r>
      <w:r>
        <w:br/>
      </w:r>
      <w:r>
        <w:rPr>
          <w:sz w:val="20"/>
        </w:rPr>
        <w:t>3:53  equipped, tayyar. zehan diya. hafza diya. parhne likhne ki taqat di.</w:t>
      </w:r>
      <w:r>
        <w:br/>
      </w:r>
      <w:r>
        <w:rPr>
          <w:sz w:val="20"/>
        </w:rPr>
        <w:t>4:04  discuss karne ke liye zuban di. bohat sari cheezen. yani is ko equipped kar diya ke woh discover kare.</w:t>
      </w:r>
      <w:r>
        <w:br/>
      </w:r>
      <w:r>
        <w:rPr>
          <w:sz w:val="20"/>
        </w:rPr>
        <w:t>4:15  to Quran ka jo subject hai, meri samajh se yeh hai ke insaan ko yeh batana how to think. what is the right way of thinking?</w:t>
      </w:r>
      <w:r>
        <w:br/>
      </w:r>
      <w:r>
        <w:rPr>
          <w:sz w:val="20"/>
        </w:rPr>
        <w:t>4:27  yeh hai.</w:t>
      </w:r>
      <w:r>
        <w:br/>
      </w:r>
      <w:r>
        <w:rPr>
          <w:sz w:val="20"/>
        </w:rPr>
        <w:t>4:31  misal ke taur par dekhiye jo pehli ayat hai Alhamdulillah Rabbil Alameen. yeh kya hai? yeh yahi to hai.</w:t>
      </w:r>
      <w:r>
        <w:br/>
      </w:r>
      <w:r>
        <w:rPr>
          <w:sz w:val="20"/>
        </w:rPr>
        <w:t>4:43  Alhamdulillah Rabbil Alameen ka matlab kya hai? ke aap study karte hain</w:t>
      </w:r>
      <w:r>
        <w:br/>
      </w:r>
      <w:r>
        <w:rPr>
          <w:sz w:val="20"/>
        </w:rPr>
        <w:t>4:53  kainat ki. suraj nikalta hai, chand nikalta hai, barish hoti hai. hazaron lakhon waqiat rozana ho rahe hain.</w:t>
      </w:r>
      <w:r>
        <w:br/>
      </w:r>
      <w:r>
        <w:rPr>
          <w:sz w:val="20"/>
        </w:rPr>
        <w:t>5:06  aap un ko sochte hain dekh dekh kar. hawaen chalti hain. aap sochte hain. aur phir keh uthte hain.</w:t>
      </w:r>
      <w:r>
        <w:br/>
      </w:r>
      <w:r>
        <w:rPr>
          <w:sz w:val="20"/>
        </w:rPr>
        <w:t>5:16  yani aap ke andar se ubal parta hai Alhamdulillah Rabbil Alameen. yeh kalma hai aap ka apni discovery ka.</w:t>
      </w:r>
      <w:r>
        <w:br/>
      </w:r>
      <w:r>
        <w:rPr>
          <w:sz w:val="20"/>
        </w:rPr>
        <w:t>5:27  yeh kalma hai discovery ka. yeh bataya hua kalma nahi hai.</w:t>
      </w:r>
      <w:r>
        <w:br/>
      </w:r>
      <w:r>
        <w:rPr>
          <w:sz w:val="20"/>
        </w:rPr>
        <w:t>5:34  yeh aap ki discovery ka kalma hai. jaise aik martaba aik bahir ki Europe ki aik lady aai.</w:t>
      </w:r>
      <w:r>
        <w:br/>
      </w:r>
      <w:r>
        <w:rPr>
          <w:sz w:val="20"/>
        </w:rPr>
        <w:t>5:46  Taj Mahal dekhti gayi woh Agra mein. to jab us ne dekha Taj Mahal ko</w:t>
      </w:r>
      <w:r>
        <w:br/>
      </w:r>
      <w:r>
        <w:rPr>
          <w:sz w:val="20"/>
        </w:rPr>
        <w:t>5:55  to us ki zuban se achanak nikla wonderful wonderful. kisi ne is ko bataya nahi tha. is lady ko kisi ne nahi bataya tha ke Taj Mahal dekhna to yeh kehna.</w:t>
      </w:r>
      <w:r>
        <w:br/>
      </w:r>
      <w:r>
        <w:rPr>
          <w:sz w:val="20"/>
        </w:rPr>
        <w:t>6:12  Taj Mahal jab dekhna to yeh kehna. nahi. us ke dil ki automatic awaz se khud ba khud bol pari wonderful wonderful wonderful.</w:t>
      </w:r>
      <w:r>
        <w:br/>
      </w:r>
      <w:r>
        <w:rPr>
          <w:sz w:val="20"/>
        </w:rPr>
        <w:t>6:24  to aap jab is paida hon bachpan se aap dekh rahe hain ke kis ne mujhe paida kiya. aur paida karte hi yahan duniya mein mere liye sab kuch de diya ab is ko.</w:t>
      </w:r>
      <w:r>
        <w:br/>
      </w:r>
      <w:r>
        <w:rPr>
          <w:sz w:val="20"/>
        </w:rPr>
        <w:t>6:38  yani suraj bhi hai, hawa bhi hai, ghalla bhi hai, phal bhi hai, pani bhi hai. yeh kaise hai? bohat hi right place hai rehne ke liye zameen.</w:t>
      </w:r>
      <w:r>
        <w:br/>
      </w:r>
      <w:r>
        <w:rPr>
          <w:sz w:val="20"/>
        </w:rPr>
        <w:t>6:49  yeh sab kaise hai? to sochte sochte jaise woh keh pari wonderful. aap keh parhte hain Alhamdulillah Rabbil Alameen.</w:t>
      </w:r>
      <w:r>
        <w:br/>
      </w:r>
      <w:r>
        <w:rPr>
          <w:sz w:val="20"/>
        </w:rPr>
        <w:t>7:03  Khudaya tu kitna bara hai. alfaaz kahan se laoon mein?</w:t>
      </w:r>
    </w:p>
    <w:p>
      <w:pPr>
        <w:pStyle w:val="Heading2"/>
      </w:pPr>
      <w:r>
        <w:t>Arberry's experience proves Quran divine origin</w:t>
      </w:r>
    </w:p>
    <w:p>
      <w:r>
        <w:rPr>
          <w:color w:val="666666"/>
          <w:sz w:val="18"/>
        </w:rPr>
        <w:t>Different Aspects of Islam · 4m 00s · at 21:05 · https://youtu.be/Y77bzb5Vbr8?t=1265</w:t>
      </w:r>
    </w:p>
    <w:p>
      <w:r>
        <w:rPr>
          <w:i/>
        </w:rPr>
        <w:t>“Arberry ne suna to usko ajeeb jalal mehsoos hua”</w:t>
      </w:r>
    </w:p>
    <w:p>
      <w:r>
        <w:rPr>
          <w:sz w:val="20"/>
        </w:rPr>
        <w:t>21:05  oon. ke Arberry jo tha woh Morocco gaya. Morocco mein woh ek hotel mein thehra tha. to ek din usne dekha ke paas ke kamre se awaz aa rahi hai. to bahut achhi lagi us ko awaz woh. to laga sun lein. to pata</w:t>
      </w:r>
      <w:r>
        <w:br/>
      </w:r>
      <w:r>
        <w:rPr>
          <w:sz w:val="20"/>
        </w:rPr>
        <w:t>21:35  kya to maloom hua ke uska us kamre mein ek Arab thehra hua tha. woh Arab uska record baja raha tha yani quran ka. quran ki jo qirat hai. quran ki qirat jo hai woh record par mehfooz ki gayi hai aap jante hain. to us ko woh wahan dobara chala raha tha. usne suna. Ar</w:t>
      </w:r>
      <w:r>
        <w:br/>
      </w:r>
      <w:r>
        <w:rPr>
          <w:sz w:val="20"/>
        </w:rPr>
        <w:t>22:05  Arberry ne.</w:t>
      </w:r>
      <w:r>
        <w:br/>
      </w:r>
      <w:r>
        <w:rPr>
          <w:sz w:val="20"/>
        </w:rPr>
        <w:t>22:09  to is ko is ki awaz hi nahi is ko arabi zaban nahi janta tha Arberry.</w:t>
      </w:r>
      <w:r>
        <w:br/>
      </w:r>
      <w:r>
        <w:rPr>
          <w:sz w:val="20"/>
        </w:rPr>
        <w:t>22:12  arabi zaban nahi janta tha.</w:t>
      </w:r>
      <w:r>
        <w:br/>
      </w:r>
      <w:r>
        <w:rPr>
          <w:sz w:val="20"/>
        </w:rPr>
        <w:t>22:16  lekin is ki jo awaz hai is mein is ko aik ajeeb ajeeb ajeeb jalal.</w:t>
      </w:r>
      <w:r>
        <w:br/>
      </w:r>
      <w:r>
        <w:rPr>
          <w:sz w:val="20"/>
        </w:rPr>
        <w:t>22:20  aik ajeeb azmat.</w:t>
      </w:r>
      <w:r>
        <w:br/>
      </w:r>
      <w:r>
        <w:rPr>
          <w:sz w:val="20"/>
        </w:rPr>
        <w:t>22:24  aik ajeeb qism ka jaisay koi badshah bol raha ho.</w:t>
      </w:r>
      <w:r>
        <w:br/>
      </w:r>
      <w:r>
        <w:rPr>
          <w:sz w:val="20"/>
        </w:rPr>
        <w:t>22:27  aisa usloob tha is mein.</w:t>
      </w:r>
      <w:r>
        <w:br/>
      </w:r>
      <w:r>
        <w:rPr>
          <w:sz w:val="20"/>
        </w:rPr>
        <w:t>22:31  chunan-cha aik aik maktab-e-fikr ne kaha hai ke qura</w:t>
      </w:r>
      <w:r>
        <w:br/>
      </w:r>
      <w:r>
        <w:rPr>
          <w:sz w:val="20"/>
        </w:rPr>
        <w:t>22:35  n mein jo jo woh hai.</w:t>
      </w:r>
      <w:r>
        <w:br/>
      </w:r>
      <w:r>
        <w:rPr>
          <w:sz w:val="20"/>
        </w:rPr>
        <w:t>22:40  jo quran mein jo is ka jo ahang hai.</w:t>
      </w:r>
      <w:r>
        <w:br/>
      </w:r>
      <w:r>
        <w:rPr>
          <w:sz w:val="20"/>
        </w:rPr>
        <w:t>22:45  woh par akhla hai.</w:t>
      </w:r>
      <w:r>
        <w:br/>
      </w:r>
      <w:r>
        <w:rPr>
          <w:sz w:val="20"/>
        </w:rPr>
        <w:t>22:50  par akhla ajeeb o ghareeb qism ka is mein aik woh sound art haan is ne kaha ke sound art.</w:t>
      </w:r>
      <w:r>
        <w:br/>
      </w:r>
      <w:r>
        <w:rPr>
          <w:sz w:val="20"/>
        </w:rPr>
        <w:t>22:55  quran mein jo sound art hai woh par akhla hai.</w:t>
      </w:r>
      <w:r>
        <w:br/>
      </w:r>
      <w:r>
        <w:rPr>
          <w:sz w:val="20"/>
        </w:rPr>
        <w:t>23:00  ab yeh sound art hadith mein nahi payen ge aap. ya kisi</w:t>
      </w:r>
      <w:r>
        <w:br/>
      </w:r>
      <w:r>
        <w:rPr>
          <w:sz w:val="20"/>
        </w:rPr>
        <w:t>23:05  bhi insani kitab mein nahi payenge aap. arabi zaban mein hazaron lakhon kitabein chhapi hui hain. aap padhiye un ko. aur quran ko padhiye. jo sound art quran mein hai woh kisi bhi kitab mein nahi hai. khud rasool Allah ki apni zaban mein bhi nahi hai woh sound art. yeh istithna jo hai. is istithna par jo hum sochte hain. is istithna yani kyun yeh istith</w:t>
      </w:r>
      <w:r>
        <w:br/>
      </w:r>
      <w:r>
        <w:rPr>
          <w:sz w:val="20"/>
        </w:rPr>
        <w:t>23:35  na? to is istisna par jo hum sochte hain to hum ko manna parta hai ke yeh insan</w:t>
      </w:r>
      <w:r>
        <w:br/>
      </w:r>
      <w:r>
        <w:rPr>
          <w:sz w:val="20"/>
        </w:rPr>
        <w:t>23:40  yani insan ka kalam nahi hai.</w:t>
      </w:r>
      <w:r>
        <w:br/>
      </w:r>
      <w:r>
        <w:rPr>
          <w:sz w:val="20"/>
        </w:rPr>
        <w:t>23:45  yeh lafz-e-insan nahi hai.</w:t>
      </w:r>
      <w:r>
        <w:br/>
      </w:r>
      <w:r>
        <w:rPr>
          <w:sz w:val="20"/>
        </w:rPr>
        <w:t>23:50  yeh koi aur cheez hai.</w:t>
      </w:r>
      <w:r>
        <w:br/>
      </w:r>
      <w:r>
        <w:rPr>
          <w:sz w:val="20"/>
        </w:rPr>
        <w:t>23:55  kyunke agar hazaron lakhon insan ne arabi ki zaban mein kitaben likhein.</w:t>
      </w:r>
      <w:r>
        <w:br/>
      </w:r>
      <w:r>
        <w:rPr>
          <w:sz w:val="20"/>
        </w:rPr>
        <w:t>24:00  to kyun nahi wohi zaban un ke haan hai? khud rasool Allah ki apni</w:t>
      </w:r>
      <w:r>
        <w:br/>
      </w:r>
      <w:r>
        <w:rPr>
          <w:sz w:val="20"/>
        </w:rPr>
        <w:t>24:06  hazaron hazar hadith-en hain.</w:t>
      </w:r>
      <w:r>
        <w:br/>
      </w:r>
      <w:r>
        <w:rPr>
          <w:sz w:val="20"/>
        </w:rPr>
        <w:t>24:10  is mein bhi kyun nahi wohi sound art hai? to mein apne baray mein keh sakta hoon ke</w:t>
      </w:r>
      <w:r>
        <w:br/>
      </w:r>
      <w:r>
        <w:rPr>
          <w:sz w:val="20"/>
        </w:rPr>
        <w:t>24:14  mein ne jab quran ko aur hadith ko mila kar parhna shuru kiya.</w:t>
      </w:r>
      <w:r>
        <w:br/>
      </w:r>
      <w:r>
        <w:rPr>
          <w:sz w:val="20"/>
        </w:rPr>
        <w:t>24:18  to chunke mein arabi zaban janta tha.</w:t>
      </w:r>
      <w:r>
        <w:br/>
      </w:r>
      <w:r>
        <w:rPr>
          <w:sz w:val="20"/>
        </w:rPr>
        <w:t>24:23  to yeh mawazna jo hai.</w:t>
      </w:r>
      <w:r>
        <w:br/>
      </w:r>
      <w:r>
        <w:rPr>
          <w:sz w:val="20"/>
        </w:rPr>
        <w:t>24:27  aik mawazna apne aap mein mere liye is baat ka aik khula hua saboot ban gaya.</w:t>
      </w:r>
      <w:r>
        <w:br/>
      </w:r>
      <w:r>
        <w:rPr>
          <w:sz w:val="20"/>
        </w:rPr>
        <w:t>24:31  aik saboot ban gaya ke quran jo hai woh</w:t>
      </w:r>
      <w:r>
        <w:br/>
      </w:r>
      <w:r>
        <w:rPr>
          <w:sz w:val="20"/>
        </w:rPr>
        <w:t>24:36  Khuda ki kitab hai. lafz-e-Khuda hai. yani Nabi ki hadith lafz-e-insan aur quran jo hai lafz-e-Khuda. aur sirf Nabi ki baat nahi duniya ke bade se bade aap kisi arabi musannif ko le lijiye. kisi bhi arabi musannif ko. uski jo zaban hogi woh lafz-e-insan hogi. jabke quran ki zaban jo hai lafz-e-Khuda hai. to chunanche Arberry jo hai itna is</w:t>
      </w:r>
    </w:p>
    <w:p>
      <w:pPr>
        <w:pStyle w:val="Heading2"/>
      </w:pPr>
      <w:r>
        <w:t>Modern civilization as super-plagiarism of God's laws</w:t>
      </w:r>
    </w:p>
    <w:p>
      <w:r>
        <w:rPr>
          <w:color w:val="666666"/>
          <w:sz w:val="18"/>
        </w:rPr>
        <w:t>The End of Human History August 12, 2012 · 6m 05s · at 5:16 · https://youtu.be/QWdHb9pVkAY?t=316</w:t>
      </w:r>
    </w:p>
    <w:p>
      <w:r>
        <w:rPr>
          <w:i/>
        </w:rPr>
        <w:t>“Hamari poori civilization yehi kar rahi hai”</w:t>
      </w:r>
    </w:p>
    <w:p>
      <w:r>
        <w:rPr>
          <w:sz w:val="20"/>
        </w:rPr>
        <w:t>5:16  to is ko parh kar mujhe ek bohat hi ajeeb khayaal hua. bohat ajeeb khayaal hua. woh yeh ke hamari poori civilization jo hai, modern civilization, woh to yahi kar rahi hai.</w:t>
      </w:r>
      <w:r>
        <w:br/>
      </w:r>
      <w:r>
        <w:rPr>
          <w:sz w:val="20"/>
        </w:rPr>
        <w:t>5:35  yaani american journalist ne jo kaam kiya woh to ek zarre se bhi kam tha, aur jo western civilization ne jo kiya hai woh to us se billion trillion se bhi zyada hai.</w:t>
      </w:r>
      <w:r>
        <w:br/>
      </w:r>
      <w:r>
        <w:rPr>
          <w:sz w:val="20"/>
        </w:rPr>
        <w:t>5:51  woh kya hai? dekhein, modern civilization kya hai?</w:t>
      </w:r>
      <w:r>
        <w:br/>
      </w:r>
      <w:r>
        <w:rPr>
          <w:sz w:val="20"/>
        </w:rPr>
        <w:t>5:57  modern civilization naam hai is baat ka</w:t>
      </w:r>
      <w:r>
        <w:br/>
      </w:r>
      <w:r>
        <w:rPr>
          <w:sz w:val="20"/>
        </w:rPr>
        <w:t>6:03  ke nature mein ya khuda ki duniya mein jo cheezein theen to woh sab ke sab law of nature ke tehat hain.</w:t>
      </w:r>
      <w:r>
        <w:br/>
      </w:r>
      <w:r>
        <w:rPr>
          <w:sz w:val="20"/>
        </w:rPr>
        <w:t>6:16  law of nature ka matlab hota hai divine laws ke tehat. har cheez mein ek divine law hai.</w:t>
      </w:r>
      <w:r>
        <w:br/>
      </w:r>
      <w:r>
        <w:rPr>
          <w:sz w:val="20"/>
        </w:rPr>
        <w:t>6:25  misalan paani ko agar aap ubaalein, boil karein to ek point par pahunch kar woh ubalne lagega.</w:t>
      </w:r>
      <w:r>
        <w:br/>
      </w:r>
      <w:r>
        <w:rPr>
          <w:sz w:val="20"/>
        </w:rPr>
        <w:t>6:36  ubalne lagega ke maani to is ke andar ek ek taaqat aa jayegi. ek taaqat aa jayegi is ke andar. is se steam power banega.</w:t>
      </w:r>
      <w:r>
        <w:br/>
      </w:r>
      <w:r>
        <w:rPr>
          <w:sz w:val="20"/>
        </w:rPr>
        <w:t>6:47  steam power se phir paani ke jahaz chalenge aur doosri machinein chalengi.</w:t>
      </w:r>
      <w:r>
        <w:br/>
      </w:r>
      <w:r>
        <w:rPr>
          <w:sz w:val="20"/>
        </w:rPr>
        <w:t>6:55  to steam power kya hai? woh ek law hai, ek principle hai jo khud nature mein maujood tha.</w:t>
      </w:r>
      <w:r>
        <w:br/>
      </w:r>
      <w:r>
        <w:rPr>
          <w:sz w:val="20"/>
        </w:rPr>
        <w:t>7:07  insaan ne is ko invent nahi kiya, insaan ne sirf discover kiya. is ko discover kar ke istemaal kiya.</w:t>
      </w:r>
      <w:r>
        <w:br/>
      </w:r>
      <w:r>
        <w:rPr>
          <w:sz w:val="20"/>
        </w:rPr>
        <w:t>7:18  isi tarah se saari cheezein jin ko hum kehte hain technology, jin ko hum kehte hain technical development, woh saari cheezein kya hain?</w:t>
      </w:r>
      <w:r>
        <w:br/>
      </w:r>
      <w:r>
        <w:rPr>
          <w:sz w:val="20"/>
        </w:rPr>
        <w:t>7:33  chahe woh steamship ho, chahe woh car ho, chahe woh hawai jahaz ho, chahe mobile ho, chahe camera ho,</w:t>
      </w:r>
      <w:r>
        <w:br/>
      </w:r>
      <w:r>
        <w:rPr>
          <w:sz w:val="20"/>
        </w:rPr>
        <w:t>7:42  jitne item aaj bazaron mein aap dekhte hain, chahe woh chhote hon ya bade, woh sab ke sab fitrat mein chhupe hue qanoon ko daryaft kar ke un ko istemaal karna hai.</w:t>
      </w:r>
      <w:r>
        <w:br/>
      </w:r>
      <w:r>
        <w:rPr>
          <w:sz w:val="20"/>
        </w:rPr>
        <w:t>8:02  goya ke woh divine ideas thay, divine laws thay jin ko daryaft kar ke insaan ne istemaal kiya.</w:t>
      </w:r>
      <w:r>
        <w:br/>
      </w:r>
      <w:r>
        <w:rPr>
          <w:sz w:val="20"/>
        </w:rPr>
        <w:t>8:09  lekin poori poori civilization, poori poori community jo lagi hui hai civilization ki khidmat mein, unhon ne kabhi God ko acknowledge nahi kiya.</w:t>
      </w:r>
      <w:r>
        <w:br/>
      </w:r>
      <w:r>
        <w:rPr>
          <w:sz w:val="20"/>
        </w:rPr>
        <w:t>8:26  jab ek qanoon daryaft hota hai to jo scientist daryaft karta hai, usi ke naam par is ko keh diya jaata hai.</w:t>
      </w:r>
      <w:r>
        <w:br/>
      </w:r>
      <w:r>
        <w:rPr>
          <w:sz w:val="20"/>
        </w:rPr>
        <w:t>8:34  jise qanoon daryaft kiya, newton ne keh diya gaya ke newtonian law. plank ne daryaft kiya to keh diya gaya ke plank law.</w:t>
      </w:r>
      <w:r>
        <w:br/>
      </w:r>
      <w:r>
        <w:rPr>
          <w:sz w:val="20"/>
        </w:rPr>
        <w:t>8:46  to jis ne daryaft kiya, usi usi ke naam par.</w:t>
      </w:r>
      <w:r>
        <w:br/>
      </w:r>
      <w:r>
        <w:rPr>
          <w:sz w:val="20"/>
        </w:rPr>
        <w:t>8:52  kahin x law, kahin y law, kahin z law. gharaaz yeh ke usi ke naam par.</w:t>
      </w:r>
      <w:r>
        <w:br/>
      </w:r>
      <w:r>
        <w:rPr>
          <w:sz w:val="20"/>
        </w:rPr>
        <w:t>9:00  to kya woh law us ne banaya hai</w:t>
      </w:r>
      <w:r>
        <w:br/>
      </w:r>
      <w:r>
        <w:rPr>
          <w:sz w:val="20"/>
        </w:rPr>
        <w:t>9:04  jis ke naam par yeh laws kitabon mein likhe hue hain? us ne sirf daryaft kiya hai. to us par farz tha ke woh acknowledge kare ke maine ek divine law ko daryaft kiya,</w:t>
      </w:r>
      <w:r>
        <w:br/>
      </w:r>
      <w:r>
        <w:rPr>
          <w:sz w:val="20"/>
        </w:rPr>
        <w:t>9:22  us ka banane wala khuda hai. to to baghair khuda ka reference diye hue</w:t>
      </w:r>
      <w:r>
        <w:br/>
      </w:r>
      <w:r>
        <w:rPr>
          <w:sz w:val="20"/>
        </w:rPr>
        <w:t>9:34  dhoom se us ko istemal kiya ja raha hai. that is also a case of plagiarism, super plagiarism.</w:t>
      </w:r>
      <w:r>
        <w:br/>
      </w:r>
      <w:r>
        <w:rPr>
          <w:sz w:val="20"/>
        </w:rPr>
        <w:t>9:47  to poori poori tareekh jo kai sau saal ki hai technical development ki, woh kya hai? woh poori tareekh jo hai, woh super plagiarism ki tareekh hai.</w:t>
      </w:r>
      <w:r>
        <w:br/>
      </w:r>
      <w:r>
        <w:rPr>
          <w:sz w:val="20"/>
        </w:rPr>
        <w:t>10:02  chahe bijli ho, chahe pankhe ka chalna ho, mashinon ka dorna ho, hazaron nahin, lakhon nahin, million million jo item hain, woh sab kya hai?</w:t>
      </w:r>
      <w:r>
        <w:br/>
      </w:r>
      <w:r>
        <w:rPr>
          <w:sz w:val="20"/>
        </w:rPr>
        <w:t>10:14  kaha jata hai ke technological development. what is technological development? is sab ke peeche hai fitrat mein chhupe hue qanoon ko daryaft kar ke un ko istemal karna.</w:t>
      </w:r>
      <w:r>
        <w:br/>
      </w:r>
      <w:r>
        <w:rPr>
          <w:sz w:val="20"/>
        </w:rPr>
        <w:t>10:29  yeh qanoon kaun hai</w:t>
      </w:r>
      <w:r>
        <w:br/>
      </w:r>
      <w:r>
        <w:rPr>
          <w:sz w:val="20"/>
        </w:rPr>
        <w:t>10:30  ? kis ne banaya? woh kis ke mind ki pedawar hai? woh god almighty hai. us ke maani kya hain?</w:t>
      </w:r>
      <w:r>
        <w:br/>
      </w:r>
      <w:r>
        <w:rPr>
          <w:sz w:val="20"/>
        </w:rPr>
        <w:t>10:40  nature mein allah taala ke qanoon, yani divine laws maujood the. divine laws.</w:t>
      </w:r>
      <w:r>
        <w:br/>
      </w:r>
      <w:r>
        <w:rPr>
          <w:sz w:val="20"/>
        </w:rPr>
        <w:t>10:52  us ko insan ne daryaft kiya, daryaft kar ke civilization banai.</w:t>
      </w:r>
      <w:r>
        <w:br/>
      </w:r>
      <w:r>
        <w:rPr>
          <w:sz w:val="20"/>
        </w:rPr>
        <w:t>10:58  to kitna bara yeh plagiarism hai ke khuda ke qanoon ko aadmi daryaft kar ke development ho raha hai, progress ho raha hai.</w:t>
      </w:r>
      <w:r>
        <w:br/>
      </w:r>
      <w:r>
        <w:rPr>
          <w:sz w:val="20"/>
        </w:rPr>
        <w:t>11:12  civilization ke naam par bohat bari tarqqiyan kitabon mein likhi ja rahi hain, lekin kahin khuda ka naam nahin.</w:t>
      </w:r>
    </w:p>
    <w:p>
      <w:pPr>
        <w:pStyle w:val="Heading2"/>
      </w:pPr>
      <w:r>
        <w:t>Quran calls for self-restraint, not outrage, over insults</w:t>
      </w:r>
    </w:p>
    <w:p>
      <w:r>
        <w:rPr>
          <w:color w:val="666666"/>
          <w:sz w:val="18"/>
        </w:rPr>
        <w:t>Ramadan and Roza July 14, 2013 · 5m 02s · at 39:59 · https://youtu.be/M2p3NR5pF7c?t=2399</w:t>
      </w:r>
    </w:p>
    <w:p>
      <w:r>
        <w:rPr>
          <w:i/>
        </w:rPr>
        <w:t>“Aaj kal Musalman jahan Rasoolullah par baat ho, hangama shuru ho jata”</w:t>
      </w:r>
    </w:p>
    <w:p>
      <w:r>
        <w:rPr>
          <w:sz w:val="20"/>
        </w:rPr>
        <w:t>39:59  misal ke taur par dekhiye, is par sochte hue ek baat mere zehan mein aayi ke aaj kal musalman sari duniya mein kya karte hain ke rasool Allah par koi baat bol de, jis ko jis ko shatm kaha jata hai, to sari jagah hungama shuru ho jata hai.</w:t>
      </w:r>
      <w:r>
        <w:br/>
      </w:r>
      <w:r>
        <w:rPr>
          <w:sz w:val="20"/>
        </w:rPr>
        <w:t>40:19  sab se zyada musalman bhadakte hain shatm-e-rasool par aur bada hungama is mein sankdon log maare jate hain.</w:t>
      </w:r>
      <w:r>
        <w:br/>
      </w:r>
      <w:r>
        <w:rPr>
          <w:sz w:val="20"/>
        </w:rPr>
        <w:t>40:28  kya kya qisse hote hain, aap jante hain.</w:t>
      </w:r>
      <w:r>
        <w:br/>
      </w:r>
      <w:r>
        <w:rPr>
          <w:sz w:val="20"/>
        </w:rPr>
        <w:t>40:33  to maine dekha hai quran mein to yeh kahin likha hi likha hi nahi hai ke jo rasool Allah ka shatm kare, to us par tum hungama karo, us ko maro peeto, us ke khilaf qanoon banao.</w:t>
      </w:r>
      <w:r>
        <w:br/>
      </w:r>
      <w:r>
        <w:rPr>
          <w:sz w:val="20"/>
        </w:rPr>
        <w:t>40:43  yeh to kahin yeh likha hi nahin hai,</w:t>
      </w:r>
      <w:r>
        <w:br/>
      </w:r>
      <w:r>
        <w:rPr>
          <w:sz w:val="20"/>
        </w:rPr>
        <w:t>40:46  is ka ulta likha hua hai.</w:t>
      </w:r>
      <w:r>
        <w:br/>
      </w:r>
      <w:r>
        <w:rPr>
          <w:sz w:val="20"/>
        </w:rPr>
        <w:t>40:50  yani yeh likha hua hai ke la tasubbu alladhina yaduna min dunillahi fa yasubbu allahu adan bighayri</w:t>
      </w:r>
      <w:r>
        <w:br/>
      </w:r>
      <w:r>
        <w:rPr>
          <w:sz w:val="20"/>
        </w:rPr>
        <w:t>41:05  yani musalmanon se kaha gaya hai ke tum doosron ko sab o shatm na karo, warna woh retaliat karenge.</w:t>
      </w:r>
      <w:r>
        <w:br/>
      </w:r>
      <w:r>
        <w:rPr>
          <w:sz w:val="20"/>
        </w:rPr>
        <w:t>41:14  kisi ajeeb baat hai, musalman mana kar raha hai doosron ko ke tum sab o shatm na karo, jabke quran mana kar raha hai khud musalmanon ko.</w:t>
      </w:r>
      <w:r>
        <w:br/>
      </w:r>
      <w:r>
        <w:rPr>
          <w:sz w:val="20"/>
        </w:rPr>
        <w:t>41:26  is par ghaur kijiye aap la tasubbu alladhina yaduna min dunillahi fa yasubbu allahu adan bighayri yani aye musalmanon, tum sab o</w:t>
      </w:r>
      <w:r>
        <w:br/>
      </w:r>
      <w:r>
        <w:rPr>
          <w:sz w:val="20"/>
        </w:rPr>
        <w:t>41:37  shatm na karo doosron ke jin ko woh muqaddas samajhte hain, kyunke woh phir Allah aur rasool ko bura bhala kahenge.</w:t>
      </w:r>
      <w:r>
        <w:br/>
      </w:r>
      <w:r>
        <w:rPr>
          <w:sz w:val="20"/>
        </w:rPr>
        <w:t>41:51  ab is par agar musalman ghaur karen,</w:t>
      </w:r>
      <w:r>
        <w:br/>
      </w:r>
      <w:r>
        <w:rPr>
          <w:sz w:val="20"/>
        </w:rPr>
        <w:t>41:55  yani ramzan mein sach much quran ko padhen to jab ishaat pohnchenge, woh to achaanak un ko thathak jayenge. Achaanak, yani yeh kya?</w:t>
      </w:r>
      <w:r>
        <w:br/>
      </w:r>
      <w:r>
        <w:rPr>
          <w:sz w:val="20"/>
        </w:rPr>
        <w:t>42:05  yeh kya hai?</w:t>
      </w:r>
      <w:r>
        <w:br/>
      </w:r>
      <w:r>
        <w:rPr>
          <w:sz w:val="20"/>
        </w:rPr>
        <w:t>42:06  yeh to quran mein kuch likha hai, aap kuch kar rahe hain. Agar khatm quran ka zehan na ho, balkeh quran ke mutale'a ka zehan ho, quran se rehnumai lene ka zehan ho, is tarah se agar quran ko padhen to jab is ayat ko pohnchenge to bilkul woh bilkul, yani un ka bura haal ho jayega ke hum kya karte rahe aur kya likha hua hai.</w:t>
      </w:r>
      <w:r>
        <w:br/>
      </w:r>
      <w:r>
        <w:rPr>
          <w:sz w:val="20"/>
        </w:rPr>
        <w:t>42:33  hum doosron se kehte rahe ke tum sab o shatm na karo, nahin to hum tum ko marenge. Yahan kya hai? Yahan musalmanon se kaha gaya hai ke aye musalmanon, tum sab o shatm na karo.</w:t>
      </w:r>
      <w:r>
        <w:br/>
      </w:r>
      <w:r>
        <w:rPr>
          <w:sz w:val="20"/>
        </w:rPr>
        <w:t>42:44  doosron ke bare mein kuch kaha hi nahin gaya.</w:t>
      </w:r>
      <w:r>
        <w:br/>
      </w:r>
      <w:r>
        <w:rPr>
          <w:sz w:val="20"/>
        </w:rPr>
        <w:t>42:50  to yeh hai, isi liye main kehta hoon quran jo hai, in transaction ka mahina hai, yani muhasba ka mahina.</w:t>
      </w:r>
      <w:r>
        <w:br/>
      </w:r>
      <w:r>
        <w:rPr>
          <w:sz w:val="20"/>
        </w:rPr>
        <w:t>43:01  muhasba</w:t>
      </w:r>
      <w:r>
        <w:br/>
      </w:r>
      <w:r>
        <w:rPr>
          <w:sz w:val="20"/>
        </w:rPr>
        <w:t>43:04  to</w:t>
      </w:r>
      <w:r>
        <w:br/>
      </w:r>
      <w:r>
        <w:rPr>
          <w:sz w:val="20"/>
        </w:rPr>
        <w:t>43:07  yeh kaha jata hai ke ramzan ka mahina bohat mubarak mahina hai, is ke bohat fazail bayan kiye jate hain. To kis aitbar se? Koi mysterious baat nahin hai.</w:t>
      </w:r>
      <w:r>
        <w:br/>
      </w:r>
      <w:r>
        <w:rPr>
          <w:sz w:val="20"/>
        </w:rPr>
        <w:t>43:16  yeh mubarak kis aitbar se hai? Fazilat kis aitbar se hai? Koi purasarar mani mein nahin hai.</w:t>
      </w:r>
      <w:r>
        <w:br/>
      </w:r>
      <w:r>
        <w:rPr>
          <w:sz w:val="20"/>
        </w:rPr>
        <w:t>43:25  isi mani mein hai ke is mein hum ko, agar hum sahi tarah se is ka mutale'a karen to hum ko rehnumai mil jayegi.</w:t>
      </w:r>
      <w:r>
        <w:br/>
      </w:r>
      <w:r>
        <w:rPr>
          <w:sz w:val="20"/>
        </w:rPr>
        <w:t>43:34  jis aaine dhabba dikhaya tha, to hum jaldi us ko saaf karte hain. Aise hi quran se hum ko rehnumai mil jayegi apni islaah ke liye, apni better planning ke liye, apne aap ko jannat ka mustahiq banane ke liye, apne aap ko Allah ki rehmat ka mustahiq banane ke liye,</w:t>
      </w:r>
      <w:r>
        <w:br/>
      </w:r>
      <w:r>
        <w:rPr>
          <w:sz w:val="20"/>
        </w:rPr>
        <w:t>43:55  apne aap ko saat mustaqeem pe chalane ke liye. Is mani mein mubarak hai yeh,</w:t>
      </w:r>
      <w:r>
        <w:br/>
      </w:r>
      <w:r>
        <w:rPr>
          <w:sz w:val="20"/>
        </w:rPr>
        <w:t>44:02  kisi purasarar mani mein nahin.</w:t>
      </w:r>
      <w:r>
        <w:br/>
      </w:r>
      <w:r>
        <w:rPr>
          <w:sz w:val="20"/>
        </w:rPr>
        <w:t>44:07  aur jo rizq badhta hai momin ka, woh isi mani mein badhta hai, maadi mani mein nahin. Yeh jo hadith mein hai ke is mahine mein momin ka rizq badhta hai, to is ko isi mani mein hai ke is ko, yani rehnumai milti hai quran se, islaah ka nuskhah is ko daryaft karta hai, is se</w:t>
      </w:r>
      <w:r>
        <w:br/>
      </w:r>
      <w:r>
        <w:rPr>
          <w:sz w:val="20"/>
        </w:rPr>
        <w:t>44:30  apne mustaqbil ki ta'ameer ka raaz daryaft karta hai. Is se</w:t>
      </w:r>
      <w:r>
        <w:br/>
      </w:r>
      <w:r>
        <w:rPr>
          <w:sz w:val="20"/>
        </w:rPr>
        <w:t>44:37  to meri dua hai ke Allah taala mujh ko aur aap ko tofeeq de ke hum sahi ma'anon mein ramzan ki ahmiyat ko samjhen, sahi ma'anon mein roze ki ahmiyat ko samjhen, aur sahi ma'anon mein quran se faida uthayen taake hum Allah ki rehmat ka mustahiq banen aur hum Allah ki jannat mein dakhla milen.</w:t>
      </w:r>
    </w:p>
    <w:p>
      <w:pPr>
        <w:pStyle w:val="Heading2"/>
      </w:pPr>
      <w:r>
        <w:t>Science behind the two-women-one-man witness rule</w:t>
      </w:r>
    </w:p>
    <w:p>
      <w:r>
        <w:rPr>
          <w:color w:val="666666"/>
          <w:sz w:val="18"/>
        </w:rPr>
        <w:t>Five Periods of Human History March 8, 2009 Maulana Wahiduddin Khan · 3m 30s · at 26:51 · https://youtu.be/_Y4VcKV2OPk?t=1611</w:t>
      </w:r>
    </w:p>
    <w:p>
      <w:r>
        <w:rPr>
          <w:i/>
        </w:rPr>
        <w:t>“The Quran says two women's testimony equals one man's — why?”</w:t>
      </w:r>
    </w:p>
    <w:p>
      <w:r>
        <w:rPr>
          <w:sz w:val="20"/>
        </w:rPr>
        <w:t>26:51  woh yeh hai ke Quran majeed mein ek ayat hai, woh witness ke baray mein, gawahi ke baray mein.</w:t>
      </w:r>
      <w:r>
        <w:br/>
      </w:r>
      <w:r>
        <w:rPr>
          <w:sz w:val="20"/>
        </w:rPr>
        <w:t>26:57  is mein yeh hai ke ek mard ke muqablay do aurat ki gawahi, yani kisi mamlay mein gawahi dena ho to ek mard ke barabar do aurat hogi to mana jayega is ko.</w:t>
      </w:r>
      <w:r>
        <w:br/>
      </w:r>
      <w:r>
        <w:rPr>
          <w:sz w:val="20"/>
        </w:rPr>
        <w:t>27:12  yani do gawahi agar matloob hai wahan to ek mard ho to do auratein honi chahiye, agar auratein witness ban rahi hon to.</w:t>
      </w:r>
      <w:r>
        <w:br/>
      </w:r>
      <w:r>
        <w:rPr>
          <w:sz w:val="20"/>
        </w:rPr>
        <w:t>27:21  is par bara ghogha tha ke dekho, aurat ko degrade karta hai Quran, aur yeh kaise ho sakta hai? Khuda ki kitab jo kitab aurat ko degrade kare, to un ke nazdeek woh kitab hi nahi hai.</w:t>
      </w:r>
      <w:r>
        <w:br/>
      </w:r>
      <w:r>
        <w:rPr>
          <w:sz w:val="20"/>
        </w:rPr>
        <w:t>27:34  aur maghrib mein ya gender equality ka nazariya tha, lekin khud science ne sabit kiya ke gender equality is matlab mein, gender equality jo hai, woh ek respect ke matlab mein sahi hai.</w:t>
      </w:r>
      <w:r>
        <w:br/>
      </w:r>
      <w:r>
        <w:rPr>
          <w:sz w:val="20"/>
        </w:rPr>
        <w:t>27:50  gawahi ko bhi taluq nahi hai is ka. Dekhen, ek baat yeh hai ke aap aurat mard ko equal respect dein, yeh baat sahi hai. Equal respect, yani in terms of respect, both are equal.</w:t>
      </w:r>
      <w:r>
        <w:br/>
      </w:r>
      <w:r>
        <w:rPr>
          <w:sz w:val="20"/>
        </w:rPr>
        <w:t>28:06  in terms of respect, both are equal. Lekin jahan tak mamla hai witness ka, to is mein is ki biology dekhi jayegi.</w:t>
      </w:r>
      <w:r>
        <w:br/>
      </w:r>
      <w:r>
        <w:rPr>
          <w:sz w:val="20"/>
        </w:rPr>
        <w:t>28:16  to</w:t>
      </w:r>
      <w:r>
        <w:br/>
      </w:r>
      <w:r>
        <w:rPr>
          <w:sz w:val="20"/>
        </w:rPr>
        <w:t>28:17  science ki research jo hui hai is zamanay mein, is mein ek bohat ajeeb cheez daryaft hui ke mind ke baray mein research hui.</w:t>
      </w:r>
      <w:r>
        <w:br/>
      </w:r>
      <w:r>
        <w:rPr>
          <w:sz w:val="20"/>
        </w:rPr>
        <w:t>28:25  mind</w:t>
      </w:r>
      <w:r>
        <w:br/>
      </w:r>
      <w:r>
        <w:rPr>
          <w:sz w:val="20"/>
        </w:rPr>
        <w:t>28:28  to scientific, yani scientific jo jo study ki gayi hai, scientific study, is se maloom hua ke mard ka jo mind hai, woh single focused hota hai,</w:t>
      </w:r>
      <w:r>
        <w:br/>
      </w:r>
      <w:r>
        <w:rPr>
          <w:sz w:val="20"/>
        </w:rPr>
        <w:t>28:45  aur aurat ka mind multi focused hota hai.</w:t>
      </w:r>
      <w:r>
        <w:br/>
      </w:r>
      <w:r>
        <w:rPr>
          <w:sz w:val="20"/>
        </w:rPr>
        <w:t>28:49  yani scientifically ye prove ho gaya hai ye ke aurat back waqt kai taraf dhyan rakhti hai, kyunke is ka mind multi focused hai, aur mard ek cheez concentrate karta hai ek cheez par,</w:t>
      </w:r>
      <w:r>
        <w:br/>
      </w:r>
      <w:r>
        <w:rPr>
          <w:sz w:val="20"/>
        </w:rPr>
        <w:t>29:02  kyunke is ka mind jo hai, single focused hai. Ab bataiye ke ek waqea ho raha hai, murder ka waqea ho raha hai, koi waqea ho raha hai, to mard apne banawat ke aitbar se is ko concentrate kar ke dekhe ga.</w:t>
      </w:r>
      <w:r>
        <w:br/>
      </w:r>
      <w:r>
        <w:rPr>
          <w:sz w:val="20"/>
        </w:rPr>
        <w:t>29:15  is ko bilkul</w:t>
      </w:r>
      <w:r>
        <w:br/>
      </w:r>
      <w:r>
        <w:rPr>
          <w:sz w:val="20"/>
        </w:rPr>
        <w:t>29:17  woh sara dhyan isi par laga de ga, isi par focus is ka hoga. To ek kafi hai, lekin aurat ka dimagh kai taraf chalega, kyunke is ka mind multi focused mind hai.</w:t>
      </w:r>
      <w:r>
        <w:br/>
      </w:r>
      <w:r>
        <w:rPr>
          <w:sz w:val="20"/>
        </w:rPr>
        <w:t>29:29  is ka is liye kaha gaya hai Quran majeed mein, is mein hai ke ek bhool jaye, doosri yaad yaad dilaye, kyunke do agar dekh rahi hain to kisi ek scene ko ek ne dekha aur doosre ne nahi dekha.</w:t>
      </w:r>
      <w:r>
        <w:br/>
      </w:r>
      <w:r>
        <w:rPr>
          <w:sz w:val="20"/>
        </w:rPr>
        <w:t>29:44  to jis ne nahi dekha, us ki kami poori ho jaye gi dekhne wale se. To it is but natural, it is yani biological fact ban gaya hai.</w:t>
      </w:r>
      <w:r>
        <w:br/>
      </w:r>
      <w:r>
        <w:rPr>
          <w:sz w:val="20"/>
        </w:rPr>
        <w:t>29:53  ye to yani ye bilkul yani realistic approach ye hua ke single focused agar witness hai to ek kafi hai, lekin agar multi focused witness hai to is ko do le aa</w:t>
      </w:r>
      <w:r>
        <w:br/>
      </w:r>
      <w:r>
        <w:rPr>
          <w:sz w:val="20"/>
        </w:rPr>
        <w:t>30:08  o taake ek se koi miss hui ho, koi koi cheez to doosra is ko bata de. To ye bilkul scientific nazariya hai, bilkul scientific.</w:t>
      </w:r>
    </w:p>
    <w:p>
      <w:pPr>
        <w:pStyle w:val="Heading2"/>
      </w:pPr>
      <w:r>
        <w:t>Hajj and Prophet's declaration of equality</w:t>
      </w:r>
    </w:p>
    <w:p>
      <w:r>
        <w:rPr>
          <w:color w:val="666666"/>
          <w:sz w:val="18"/>
        </w:rPr>
        <w:t>Universal Brotherhood and Islam June 7, 2007 Maulana Wahiduddin Khan · 5m 54s · at 37:04 · https://youtu.be/kHXdf1eu6IM?t=2224</w:t>
      </w:r>
    </w:p>
    <w:p>
      <w:r>
        <w:rPr>
          <w:i/>
        </w:rPr>
        <w:t>“Hajj is the annual rehearsal of the same universality.”</w:t>
      </w:r>
    </w:p>
    <w:p>
      <w:r>
        <w:rPr>
          <w:sz w:val="20"/>
        </w:rPr>
        <w:t>37:04  You know when, when Muslims from all over the world they, they visit Makkah and perform Hajj.</w:t>
      </w:r>
      <w:r>
        <w:br/>
      </w:r>
      <w:r>
        <w:rPr>
          <w:sz w:val="20"/>
        </w:rPr>
        <w:t>37:19  So all, all the Muslims, all the Haji say: "Labbayk Allahumma Labbayk." "Oh God I am here." "Oh God I am here." So by this they</w:t>
      </w:r>
      <w:r>
        <w:br/>
      </w:r>
      <w:r>
        <w:rPr>
          <w:sz w:val="20"/>
        </w:rPr>
        <w:t>37:41  declare that the same lesson, the same lesson that is called, that is repeated in the, in the, in the Salat as "Allahu Akbar" the same is repeated here also.</w:t>
      </w:r>
      <w:r>
        <w:br/>
      </w:r>
      <w:r>
        <w:rPr>
          <w:sz w:val="20"/>
        </w:rPr>
        <w:t>37:59  God is great. God is great. God is great. And all are equal. So you know when Prophet of Islam was alive he performed Hajj and he gave a lesson.</w:t>
      </w:r>
      <w:r>
        <w:br/>
      </w:r>
      <w:r>
        <w:rPr>
          <w:sz w:val="20"/>
        </w:rPr>
        <w:t>38:14  He gave a sermon</w:t>
      </w:r>
      <w:r>
        <w:br/>
      </w:r>
      <w:r>
        <w:rPr>
          <w:sz w:val="20"/>
        </w:rPr>
        <w:t>38:17  which is called "Khutbah Hajjatul Wida."</w:t>
      </w:r>
      <w:r>
        <w:br/>
      </w:r>
      <w:r>
        <w:rPr>
          <w:sz w:val="20"/>
        </w:rPr>
        <w:t>38:21  In this sermon</w:t>
      </w:r>
      <w:r>
        <w:br/>
      </w:r>
      <w:r>
        <w:rPr>
          <w:sz w:val="20"/>
        </w:rPr>
        <w:t>38:23  of Hajj the Prophet of Islam declared:</w:t>
      </w:r>
      <w:r>
        <w:br/>
      </w:r>
      <w:r>
        <w:rPr>
          <w:sz w:val="20"/>
        </w:rPr>
        <w:t>38:28  "La fadla li Arabiyin ala Ajamiyin</w:t>
      </w:r>
      <w:r>
        <w:br/>
      </w:r>
      <w:r>
        <w:rPr>
          <w:sz w:val="20"/>
        </w:rPr>
        <w:t>38:33  wala li Ajabiyin ala Arabiyin wala li Aswada ala Ahmara."</w:t>
      </w:r>
      <w:r>
        <w:br/>
      </w:r>
      <w:r>
        <w:rPr>
          <w:sz w:val="20"/>
        </w:rPr>
        <w:t>38:37  "Wala li Ahmara, wala li Aswada."</w:t>
      </w:r>
      <w:r>
        <w:br/>
      </w:r>
      <w:r>
        <w:rPr>
          <w:sz w:val="20"/>
        </w:rPr>
        <w:t>38:40  He said that no one is superior.</w:t>
      </w:r>
      <w:r>
        <w:br/>
      </w:r>
      <w:r>
        <w:rPr>
          <w:sz w:val="20"/>
        </w:rPr>
        <w:t>38:45  No one is superior. All are equal. Black and white.</w:t>
      </w:r>
      <w:r>
        <w:br/>
      </w:r>
      <w:r>
        <w:rPr>
          <w:sz w:val="20"/>
        </w:rPr>
        <w:t>38:52  Arabs and non-Arabs. Arabs and non-Arabs. Black and whites. All are equal. All are equal.</w:t>
      </w:r>
      <w:r>
        <w:br/>
      </w:r>
      <w:r>
        <w:rPr>
          <w:sz w:val="20"/>
        </w:rPr>
        <w:t>39:03  So he declared as a ruler of Arabia at that time Prophet of Islam was the ruler of Arabia. So perhaps this was the first in history that a ruler,</w:t>
      </w:r>
      <w:r>
        <w:br/>
      </w:r>
      <w:r>
        <w:rPr>
          <w:sz w:val="20"/>
        </w:rPr>
        <w:t>39:18  a sovereign declared this, this concept. I don't know any other event in the history when an, an established government, a head of the established government at that time in the Arab there was an established government and Prophet of Islam was head of that government.</w:t>
      </w:r>
      <w:r>
        <w:br/>
      </w:r>
      <w:r>
        <w:rPr>
          <w:sz w:val="20"/>
        </w:rPr>
        <w:t>39:46  So I don't know any head of the state in the history before the Prophet of Islam who declared as a head of, as a head of the state declared that all are equal.</w:t>
      </w:r>
      <w:r>
        <w:br/>
      </w:r>
      <w:r>
        <w:rPr>
          <w:sz w:val="20"/>
        </w:rPr>
        <w:t>40:01  There is no difference at all between black and white, between Arabs and Ajam, between East and West, West.</w:t>
      </w:r>
      <w:r>
        <w:br/>
      </w:r>
      <w:r>
        <w:rPr>
          <w:sz w:val="20"/>
        </w:rPr>
        <w:t>40:11  So perhaps this was the first in the human history that a head of the state declared this concept that is called universal brotherhood, that equality.</w:t>
      </w:r>
      <w:r>
        <w:br/>
      </w:r>
      <w:r>
        <w:rPr>
          <w:sz w:val="20"/>
        </w:rPr>
        <w:t>40:34  Then the very unique part of the Hajj is Waqufi Arafah.</w:t>
      </w:r>
      <w:r>
        <w:br/>
      </w:r>
      <w:r>
        <w:rPr>
          <w:sz w:val="20"/>
        </w:rPr>
        <w:t>40:44  That is called Waqufi Arafah. All the Hajjis gather in the field of Arafat. Arafat is a, is a, is a field, a vast field near a mountain.</w:t>
      </w:r>
      <w:r>
        <w:br/>
      </w:r>
      <w:r>
        <w:rPr>
          <w:sz w:val="20"/>
        </w:rPr>
        <w:t>41:01  So all the Hajjis from every part of the world they gather here.</w:t>
      </w:r>
      <w:r>
        <w:br/>
      </w:r>
      <w:r>
        <w:rPr>
          <w:sz w:val="20"/>
        </w:rPr>
        <w:t>41:10  And you know all are clad of a single dress that is white, untethered, untethered white dress.</w:t>
      </w:r>
      <w:r>
        <w:br/>
      </w:r>
      <w:r>
        <w:rPr>
          <w:sz w:val="20"/>
        </w:rPr>
        <w:t>41:22  So all the Hajjis are clad with this untethered white dress. So if you see that scene you will find it's a beautiful demonstration of equality.</w:t>
      </w:r>
      <w:r>
        <w:br/>
      </w:r>
      <w:r>
        <w:rPr>
          <w:sz w:val="20"/>
        </w:rPr>
        <w:t>41:37  Waqufi Arafah, Waqufi Arafah is a very beautiful demonstration of equality.</w:t>
      </w:r>
      <w:r>
        <w:br/>
      </w:r>
      <w:r>
        <w:rPr>
          <w:sz w:val="20"/>
        </w:rPr>
        <w:t>41:52  More than 25, more than 25 lakhs people performed Hajj in this year.</w:t>
      </w:r>
      <w:r>
        <w:br/>
      </w:r>
      <w:r>
        <w:rPr>
          <w:sz w:val="20"/>
        </w:rPr>
        <w:t>42:03  And all was, all the Hajjis were clad with this cloth that is untethered white cloth.</w:t>
      </w:r>
      <w:r>
        <w:br/>
      </w:r>
      <w:r>
        <w:rPr>
          <w:sz w:val="20"/>
        </w:rPr>
        <w:t>42:15  So everyone looks like the same. There was no difference at all. So it is part of Hajj that all these Hajjis</w:t>
      </w:r>
      <w:r>
        <w:br/>
      </w:r>
      <w:r>
        <w:rPr>
          <w:sz w:val="20"/>
        </w:rPr>
        <w:t>42:31  must reach to the Maidan Arafah and stay over there with that, with that uniform.</w:t>
      </w:r>
      <w:r>
        <w:br/>
      </w:r>
      <w:r>
        <w:rPr>
          <w:sz w:val="20"/>
        </w:rPr>
        <w:t>42:45  You may call it a universal uniform, uniform of equality. It is a very beautiful scene.</w:t>
      </w:r>
    </w:p>
    <w:p>
      <w:pPr>
        <w:pStyle w:val="Heading2"/>
      </w:pPr>
      <w:r>
        <w:t>Quran's global mission from revelation to modern age</w:t>
      </w:r>
    </w:p>
    <w:p>
      <w:r>
        <w:rPr>
          <w:color w:val="666666"/>
          <w:sz w:val="18"/>
        </w:rPr>
        <w:t>Age of the Quran July 14, 2019 Maulana Wahiduddin khan · 4m 37s · at 1:21 · https://youtu.be/vUuC3CcKnxw?t=81</w:t>
      </w:r>
    </w:p>
    <w:p>
      <w:r>
        <w:rPr>
          <w:i/>
        </w:rPr>
        <w:t>“Blessed is He who sent down the Criterion”</w:t>
      </w:r>
    </w:p>
    <w:p>
      <w:r>
        <w:rPr>
          <w:sz w:val="20"/>
        </w:rPr>
        <w:t>1:21  Barkat wali hai woh zaat jis ne apne bande par Furqan utara taake woh jahan walon ke liye aagah karne wala ho.</w:t>
      </w:r>
      <w:r>
        <w:br/>
      </w:r>
      <w:r>
        <w:rPr>
          <w:sz w:val="20"/>
        </w:rPr>
        <w:t>1:33  dekhiye, yeh jo ayat hai yeh utri thi Makki daur mein. Yani Makki daur mein kuch bhi nahi tha.</w:t>
      </w:r>
      <w:r>
        <w:br/>
      </w:r>
      <w:r>
        <w:rPr>
          <w:sz w:val="20"/>
        </w:rPr>
        <w:t>1:49  us waqt Quran yeh keh raha hai ke Allah ne yeh jo kitaab utari hai yeh saare alam ke liye</w:t>
      </w:r>
      <w:r>
        <w:br/>
      </w:r>
      <w:r>
        <w:rPr>
          <w:sz w:val="20"/>
        </w:rPr>
        <w:t>2:05  nazeer bane. nazeer ka matlab hai aagah karne wala, ba-khabar karne wala, batane wala. to is zamane ke lehaz se aap dekhen to bohat anokhi baat lage gi aap ko.</w:t>
      </w:r>
      <w:r>
        <w:br/>
      </w:r>
      <w:r>
        <w:rPr>
          <w:sz w:val="20"/>
        </w:rPr>
        <w:t>2:24  phir yeh kehne ka matlab kya tha? is ka matlab yeh tha</w:t>
      </w:r>
      <w:r>
        <w:br/>
      </w:r>
      <w:r>
        <w:rPr>
          <w:sz w:val="20"/>
        </w:rPr>
        <w:t>2:32  ke quran jis hasti ne utara hai woh sare alam ka malik hai. quran ko utarte hi woh sare alam mein ek global process jari kare ga.</w:t>
      </w:r>
      <w:r>
        <w:br/>
      </w:r>
      <w:r>
        <w:rPr>
          <w:sz w:val="20"/>
        </w:rPr>
        <w:t>2:52  global process.</w:t>
      </w:r>
      <w:r>
        <w:br/>
      </w:r>
      <w:r>
        <w:rPr>
          <w:sz w:val="20"/>
        </w:rPr>
        <w:t>2:56  yeh process jab mukammal hoga to yeh sab kuch mumkin ho jayega ke sare alam ke liye woh nazeer bane, sare alam ke liye woh ba-khabar karne wala bane.</w:t>
      </w:r>
      <w:r>
        <w:br/>
      </w:r>
      <w:r>
        <w:rPr>
          <w:sz w:val="20"/>
        </w:rPr>
        <w:t>3:17  ab yeh waqea ho chuka hai.</w:t>
      </w:r>
      <w:r>
        <w:br/>
      </w:r>
      <w:r>
        <w:rPr>
          <w:sz w:val="20"/>
        </w:rPr>
        <w:t>3:22  aap jante hain ke jab quran utra us waqt dunya mein kitabat ka fun bhi maujood nahi tha.</w:t>
      </w:r>
      <w:r>
        <w:br/>
      </w:r>
      <w:r>
        <w:rPr>
          <w:sz w:val="20"/>
        </w:rPr>
        <w:t>3:33  agar tha to bohat si ibtidai halat mein tha. is ke baad dunya mein kitabat ka fun develop hua.</w:t>
      </w:r>
      <w:r>
        <w:br/>
      </w:r>
      <w:r>
        <w:rPr>
          <w:sz w:val="20"/>
        </w:rPr>
        <w:t>3:45  likha jane laga.</w:t>
      </w:r>
      <w:r>
        <w:br/>
      </w:r>
      <w:r>
        <w:rPr>
          <w:sz w:val="20"/>
        </w:rPr>
        <w:t>3:50  printing press aya.</w:t>
      </w:r>
      <w:r>
        <w:br/>
      </w:r>
      <w:r>
        <w:rPr>
          <w:sz w:val="20"/>
        </w:rPr>
        <w:t>3:55  age of communication aya. yahan tak ke age of computer aya.</w:t>
      </w:r>
      <w:r>
        <w:br/>
      </w:r>
      <w:r>
        <w:rPr>
          <w:sz w:val="20"/>
        </w:rPr>
        <w:t>4:03  aur ek nai dunya ban kar samne aa gayi hai. aaj yeh halat hai ke aaj ka jo mobile hai agar woh equipped mobile hai yani woh is mein woh system hai jo aaj ka system hota hai woh sabhi ke pas hota hai.</w:t>
      </w:r>
      <w:r>
        <w:br/>
      </w:r>
      <w:r>
        <w:rPr>
          <w:sz w:val="20"/>
        </w:rPr>
        <w:t>4:29  shayad mere pas sirf mere mujh ko chhod kar dunya mein koi nahi hoga jis ki jeeb mein woh equipped mobile na ho.</w:t>
      </w:r>
      <w:r>
        <w:br/>
      </w:r>
      <w:r>
        <w:rPr>
          <w:sz w:val="20"/>
        </w:rPr>
        <w:t>4:41  aap utariye airport par to kisi shakhs se bhi us ki zaban kuch bhi ho aap baat kar sakte hain mobile ke zariye.</w:t>
      </w:r>
      <w:r>
        <w:br/>
      </w:r>
      <w:r>
        <w:rPr>
          <w:sz w:val="20"/>
        </w:rPr>
        <w:t>4:53  aap bolenge apni zaban woh boley ga apni zaban dono ek doosre ki zaban samajhe samajhe ga. yeh hai age of communication.</w:t>
      </w:r>
      <w:r>
        <w:br/>
      </w:r>
      <w:r>
        <w:rPr>
          <w:sz w:val="20"/>
        </w:rPr>
        <w:t>5:05  to hamara jo mission hai cps ka jo mission hai woh</w:t>
      </w:r>
      <w:r>
        <w:br/>
      </w:r>
      <w:r>
        <w:rPr>
          <w:sz w:val="20"/>
        </w:rPr>
        <w:t>5:15  modern age ki is opportunity ko avail karne ke liye hai.</w:t>
      </w:r>
      <w:r>
        <w:br/>
      </w:r>
      <w:r>
        <w:rPr>
          <w:sz w:val="20"/>
        </w:rPr>
        <w:t>5:24  yeh yeh jo process chala Allah ke hukum se aur is ka</w:t>
      </w:r>
      <w:r>
        <w:br/>
      </w:r>
      <w:r>
        <w:rPr>
          <w:sz w:val="20"/>
        </w:rPr>
        <w:t>5:33  aakhri phase dunya mein aa gaya 21 century mein aaj yeh mumkin hoga ke aap woh jo peshangoyian thin quran mein aur hadith mein ke sare alam ke ek ek fard ke liye quran ba-khabar karne wali kitab bane</w:t>
      </w:r>
    </w:p>
    <w:p>
      <w:pPr>
        <w:pStyle w:val="Heading2"/>
      </w:pPr>
      <w:r>
        <w:t>From TV chaos to spiritual hope</w:t>
      </w:r>
    </w:p>
    <w:p>
      <w:r>
        <w:rPr>
          <w:color w:val="666666"/>
          <w:sz w:val="18"/>
        </w:rPr>
        <w:t>The Message of The Quran Part 1 March 26, 2006 Maulana Wahiduddin Khan · 5m 27s · at 1:06 · https://youtu.be/krrs0ZKgnb8?t=66</w:t>
      </w:r>
    </w:p>
    <w:p>
      <w:r>
        <w:rPr>
          <w:i/>
        </w:rPr>
        <w:t>“Kal sham ko mujhe ek TV channel mein bulaya gaya tha”</w:t>
      </w:r>
    </w:p>
    <w:p>
      <w:r>
        <w:rPr>
          <w:sz w:val="20"/>
        </w:rPr>
        <w:t>1:06  kal sham ko mujhe ek tv channel mein bulaya gaya tha.</w:t>
      </w:r>
      <w:r>
        <w:br/>
      </w:r>
      <w:r>
        <w:rPr>
          <w:sz w:val="20"/>
        </w:rPr>
        <w:t>1:16  wahan main bhi gaya tha aur mere sath rajat malhotra, yusuf malhotra, aur raziya aur sadia, yeh log bhi maujood the, mere sath gaye the.</w:t>
      </w:r>
      <w:r>
        <w:br/>
      </w:r>
      <w:r>
        <w:rPr>
          <w:sz w:val="20"/>
        </w:rPr>
        <w:t>1:32  wahan unhon ne bohat se logon ko ikatha kiya tha, hindu aur musalman dono.</w:t>
      </w:r>
      <w:r>
        <w:br/>
      </w:r>
      <w:r>
        <w:rPr>
          <w:sz w:val="20"/>
        </w:rPr>
        <w:t>1:41  aur topic yeh tha ke hindu aur muslim ke beech mein bhai chara kaise barhaya jaye.</w:t>
      </w:r>
      <w:r>
        <w:br/>
      </w:r>
      <w:r>
        <w:rPr>
          <w:sz w:val="20"/>
        </w:rPr>
        <w:t>1:53  lekin woh</w:t>
      </w:r>
      <w:r>
        <w:br/>
      </w:r>
      <w:r>
        <w:rPr>
          <w:sz w:val="20"/>
        </w:rPr>
        <w:t>1:56  jin logon ne dekha hai woh samajhte hain is cheez ko ke woh ek pandemonium ban gaya tha. shor shor shor.</w:t>
      </w:r>
      <w:r>
        <w:br/>
      </w:r>
      <w:r>
        <w:rPr>
          <w:sz w:val="20"/>
        </w:rPr>
        <w:t>2:07  main to do char sentences bola phir chup chap baitha raha akhir tak.</w:t>
      </w:r>
      <w:r>
        <w:br/>
      </w:r>
      <w:r>
        <w:rPr>
          <w:sz w:val="20"/>
        </w:rPr>
        <w:t>2:15  ek bohat hi zyada dukh bhara experience tha.</w:t>
      </w:r>
      <w:r>
        <w:br/>
      </w:r>
      <w:r>
        <w:rPr>
          <w:sz w:val="20"/>
        </w:rPr>
        <w:t>2:22  hamari aaj ki jo society hai woh wahan dikhai de rahi thi. hamari aaj ki society kya janti hai?</w:t>
      </w:r>
      <w:r>
        <w:br/>
      </w:r>
      <w:r>
        <w:rPr>
          <w:sz w:val="20"/>
        </w:rPr>
        <w:t>2:32  sirf ek baat: complain protest, complain protest, aur akhir mein violence.</w:t>
      </w:r>
      <w:r>
        <w:br/>
      </w:r>
      <w:r>
        <w:rPr>
          <w:sz w:val="20"/>
        </w:rPr>
        <w:t>2:43  dono communities ke log jo hain ek hi raste ko follow kar rahe the.</w:t>
      </w:r>
      <w:r>
        <w:br/>
      </w:r>
      <w:r>
        <w:rPr>
          <w:sz w:val="20"/>
        </w:rPr>
        <w:t>2:48  har ek apni complain, apni protest ke liye baitha tha. koi kisi ki baat sunne ke liye tayyar nahin tha.</w:t>
      </w:r>
      <w:r>
        <w:br/>
      </w:r>
      <w:r>
        <w:rPr>
          <w:sz w:val="20"/>
        </w:rPr>
        <w:t>2:59  lekin is mein mujhe aik experience hua,</w:t>
      </w:r>
      <w:r>
        <w:br/>
      </w:r>
      <w:r>
        <w:rPr>
          <w:sz w:val="20"/>
        </w:rPr>
        <w:t>3:05  abhi aaj subah, ke maine kal wale tajrubay ko ya kal ke kal ki meeting ko jab mein aaj hamari jo yeh CPS ki meeting hai is se maine compare kiya.</w:t>
      </w:r>
      <w:r>
        <w:br/>
      </w:r>
      <w:r>
        <w:rPr>
          <w:sz w:val="20"/>
        </w:rPr>
        <w:t>3:23  in comparison that we understand.</w:t>
      </w:r>
      <w:r>
        <w:br/>
      </w:r>
      <w:r>
        <w:rPr>
          <w:sz w:val="20"/>
        </w:rPr>
        <w:t>3:30  to mujhe aisa laga</w:t>
      </w:r>
      <w:r>
        <w:br/>
      </w:r>
      <w:r>
        <w:rPr>
          <w:sz w:val="20"/>
        </w:rPr>
        <w:t>3:35  ke kal ka jo event tha woh shor culture ka end tha aur aaj hamari jo CPS hai woh spiritual culture ka beginning hai.</w:t>
      </w:r>
      <w:r>
        <w:br/>
      </w:r>
      <w:r>
        <w:rPr>
          <w:sz w:val="20"/>
        </w:rPr>
        <w:t>3:56  symbolic sense mein maine symbolic way mein mein keh sakta hoon ke kal shaam ko maine aik history ka end dekha.</w:t>
      </w:r>
      <w:r>
        <w:br/>
      </w:r>
      <w:r>
        <w:rPr>
          <w:sz w:val="20"/>
        </w:rPr>
        <w:t>4:09  yeh jo hai shor culture yeh chal raha hai jab se media aaya duniya mein.</w:t>
      </w:r>
      <w:r>
        <w:br/>
      </w:r>
      <w:r>
        <w:rPr>
          <w:sz w:val="20"/>
        </w:rPr>
        <w:t>4:16  media shor culture le kar aaya hai. complaint aur protest ki politics le kar aaya hai.</w:t>
      </w:r>
      <w:r>
        <w:br/>
      </w:r>
      <w:r>
        <w:rPr>
          <w:sz w:val="20"/>
        </w:rPr>
        <w:t>4:26  lekin ab mein samajhta hoon ke woh apne aakhri par aa gaya hai.</w:t>
      </w:r>
      <w:r>
        <w:br/>
      </w:r>
      <w:r>
        <w:rPr>
          <w:sz w:val="20"/>
        </w:rPr>
        <w:t>4:36  so that was</w:t>
      </w:r>
      <w:r>
        <w:br/>
      </w:r>
      <w:r>
        <w:rPr>
          <w:sz w:val="20"/>
        </w:rPr>
        <w:t>4:41  end of a history and or CPS is symbolically beginning of new history. mein samajhta hoon ke law of nature hamare favor mein hai.</w:t>
      </w:r>
      <w:r>
        <w:br/>
      </w:r>
      <w:r>
        <w:rPr>
          <w:sz w:val="20"/>
        </w:rPr>
        <w:t>5:01  law of nature permanently kisi evil ko flourish karne ki allow nahi karta.</w:t>
      </w:r>
      <w:r>
        <w:br/>
      </w:r>
      <w:r>
        <w:rPr>
          <w:sz w:val="20"/>
        </w:rPr>
        <w:t>5:14  yeh law of nature hai</w:t>
      </w:r>
      <w:r>
        <w:br/>
      </w:r>
      <w:r>
        <w:rPr>
          <w:sz w:val="20"/>
        </w:rPr>
        <w:t>5:18  ke evil kuch dinon tak zaroor flourish flourish karta hai, is ke baad is ka end aa jata hai.</w:t>
      </w:r>
      <w:r>
        <w:br/>
      </w:r>
      <w:r>
        <w:rPr>
          <w:sz w:val="20"/>
        </w:rPr>
        <w:t>5:26  to symbolic way mein mein keh sakta hoon ke</w:t>
      </w:r>
      <w:r>
        <w:br/>
      </w:r>
      <w:r>
        <w:rPr>
          <w:sz w:val="20"/>
        </w:rPr>
        <w:t>5:34  aik history ka aik history apne end par puhanch chuki hai aur doosri history ka ki beginning ho chuki hai.</w:t>
      </w:r>
      <w:r>
        <w:br/>
      </w:r>
      <w:r>
        <w:rPr>
          <w:sz w:val="20"/>
        </w:rPr>
        <w:t>5:44  aur mein samajhta hoon ke CPS ki jo yeh team hai, CPS ki jo movement hai, isi ka aik</w:t>
      </w:r>
      <w:r>
        <w:br/>
      </w:r>
      <w:r>
        <w:rPr>
          <w:sz w:val="20"/>
        </w:rPr>
        <w:t>5:56  aik aik pehchan hai.</w:t>
      </w:r>
      <w:r>
        <w:br/>
      </w:r>
      <w:r>
        <w:rPr>
          <w:sz w:val="20"/>
        </w:rPr>
        <w:t>6:05  to kal jo mujhe negative thought aaya tha us ko dekh kar us ko jaldi mein ne positive thought mein badla aur apne frustration ko mein ne hope mein tabdeel kiya.</w:t>
      </w:r>
      <w:r>
        <w:br/>
      </w:r>
      <w:r>
        <w:rPr>
          <w:sz w:val="20"/>
        </w:rPr>
        <w:t>6:21  ab mein poori tarah hope ki psychology mein hoon jabke kal mujhe bohat zyada shock laga tha.</w:t>
      </w:r>
    </w:p>
    <w:p>
      <w:pPr>
        <w:pStyle w:val="Heading2"/>
      </w:pPr>
      <w:r>
        <w:t>Why Mother Teresa died in agony - God's plan</w:t>
      </w:r>
    </w:p>
    <w:p>
      <w:r>
        <w:rPr>
          <w:color w:val="666666"/>
          <w:sz w:val="18"/>
        </w:rPr>
        <w:t>The Modern Age October 20, 2018 · 4m 54s · at 16:21 · https://youtu.be/jcHURa9UnVY?t=981</w:t>
      </w:r>
    </w:p>
    <w:p>
      <w:r>
        <w:rPr>
          <w:i/>
        </w:rPr>
        <w:t>“Isi liye Mother Teresa bari agony mein”</w:t>
      </w:r>
    </w:p>
    <w:p>
      <w:r>
        <w:rPr>
          <w:sz w:val="20"/>
        </w:rPr>
        <w:t>16:21  isi liye madad teresa badi agni mein, kyunke khuda ko manzoor nahi hai. Woh toh yeh hai ke aap kamaiye aur kahein koi kisi ko zaroorat zaroorat mand dekhein toh kuch us ko bhi de dein, lekin mission banayein, yeh bilkul nahi allah ki mansha hai.</w:t>
      </w:r>
      <w:r>
        <w:br/>
      </w:r>
      <w:r>
        <w:rPr>
          <w:sz w:val="20"/>
        </w:rPr>
        <w:t>16:41  mission banaiye sirf allah ki message ko pahunchana, mission jo hai woh allah ki mission ko pahunchana.</w:t>
      </w:r>
      <w:r>
        <w:br/>
      </w:r>
      <w:r>
        <w:rPr>
          <w:sz w:val="20"/>
        </w:rPr>
        <w:t>16:50  is tareekh ne ghor kijiye, history ne sadiyon tak intezar kiya,</w:t>
      </w:r>
      <w:r>
        <w:br/>
      </w:r>
      <w:r>
        <w:rPr>
          <w:sz w:val="20"/>
        </w:rPr>
        <w:t>17:01  hazaar saal tak intezar kiya history ne ke quran jo hai woh chhap kar aam ho sake, phail sake.</w:t>
      </w:r>
      <w:r>
        <w:br/>
      </w:r>
      <w:r>
        <w:rPr>
          <w:sz w:val="20"/>
        </w:rPr>
        <w:t>17:13  toh aam nahi saka. Haath haath se likh kar ke kya karte hain? Aap</w:t>
      </w:r>
      <w:r>
        <w:br/>
      </w:r>
      <w:r>
        <w:rPr>
          <w:sz w:val="20"/>
        </w:rPr>
        <w:t>17:21  thoda sa jab sare over serve kar sakte toh thoda sa do char nuskhah tayar karte, lekin jab printing press aaya aur paper aaya, pehle paper bhi nahi tha.</w:t>
      </w:r>
      <w:r>
        <w:br/>
      </w:r>
      <w:r>
        <w:rPr>
          <w:sz w:val="20"/>
        </w:rPr>
        <w:t>17:36  main ne khud apne bachpan mein aise paper par likha hai, likha hai jis pe jidhar likhi hai udhar woh kharab ho jata tha. Toh paper aaya, printing press aaya, daak ka nizam qaim hua, railen aayin, hawa jahaz aaya,</w:t>
      </w:r>
      <w:r>
        <w:br/>
      </w:r>
      <w:r>
        <w:rPr>
          <w:sz w:val="20"/>
        </w:rPr>
        <w:t>17:55  steamship aaya. Yaani is ka matlab yeh hai ke explosion ho gaya, explosion, explosion ho gaya in cheezon ka jin ko le kar ke aap khuda ki kitab ko phailayein.</w:t>
      </w:r>
      <w:r>
        <w:br/>
      </w:r>
      <w:r>
        <w:rPr>
          <w:sz w:val="20"/>
        </w:rPr>
        <w:t>18:12  aise waqt mein aap kuch doosri cheez ko mission banayenge toh kya aap sochte hain ke khuda khush hoga? Yeh aisi hi baat hai jaise ke mausam aaya barsaat ka aur barish hui,</w:t>
      </w:r>
      <w:r>
        <w:br/>
      </w:r>
      <w:r>
        <w:rPr>
          <w:sz w:val="20"/>
        </w:rPr>
        <w:t>18:27  kheton mein pani aa gaya. Ab kisan jo hai daudega ke arey mere khuda ne is barish barsa di</w:t>
      </w:r>
      <w:r>
        <w:br/>
      </w:r>
      <w:r>
        <w:rPr>
          <w:sz w:val="20"/>
        </w:rPr>
        <w:t>18:34  ۔ Jo sacha kisan hoga, jo sacha ziraat wala aadmi hoga, woh daudega ke mere khuda ne pani barsa</w:t>
      </w:r>
      <w:r>
        <w:br/>
      </w:r>
      <w:r>
        <w:rPr>
          <w:sz w:val="20"/>
        </w:rPr>
        <w:t>18:44  bheja. Pani saada baat nahi hai. Samundaron mein jo pani hai woh toh salty hai, us mein aap na pi sakte, na us mein khana paka sakte, aur na kheti kar sakte.</w:t>
      </w:r>
      <w:r>
        <w:br/>
      </w:r>
      <w:r>
        <w:rPr>
          <w:sz w:val="20"/>
        </w:rPr>
        <w:t>18:59  woh salty pani kheti ke liye nahi hota. Toh khuda ne itna bada system banaya ke pani desalination hota hota hai, desalination yaani namak namak kar ke aa jata hai aur fresh pani barsaya jata hai.</w:t>
      </w:r>
      <w:r>
        <w:br/>
      </w:r>
      <w:r>
        <w:rPr>
          <w:sz w:val="20"/>
        </w:rPr>
        <w:t>19:17  itna</w:t>
      </w:r>
      <w:r>
        <w:br/>
      </w:r>
      <w:r>
        <w:rPr>
          <w:sz w:val="20"/>
        </w:rPr>
        <w:t>19:18  bada! Ab ab ab ab yeh karein kisan log ke ja ke so jayein chopaal mein, ja ke kuch karein idhar udhar ka thoda sa.</w:t>
      </w:r>
      <w:r>
        <w:br/>
      </w:r>
      <w:r>
        <w:rPr>
          <w:sz w:val="20"/>
        </w:rPr>
        <w:t>19:28  toh kya jo khuda barish barsa raha hai woh khush hoga ke maine in kisano ke liye itna bada karkhana chalaya?</w:t>
      </w:r>
      <w:r>
        <w:br/>
      </w:r>
      <w:r>
        <w:rPr>
          <w:sz w:val="20"/>
        </w:rPr>
        <w:t>19:43  Aap jante hain barish mamooli baat nahi hai. Barish kaise hoti hai? Yaani suraj jo itni upar hai woh garmi bhejta hai, bohat garam.</w:t>
      </w:r>
      <w:r>
        <w:br/>
      </w:r>
      <w:r>
        <w:rPr>
          <w:sz w:val="20"/>
        </w:rPr>
        <w:t>20:00  to garmi se samandar mein pani kholta hai, phir woh stream nikalti hai, bhap bhap nikalti hai.</w:t>
      </w:r>
      <w:r>
        <w:br/>
      </w:r>
      <w:r>
        <w:rPr>
          <w:sz w:val="20"/>
        </w:rPr>
        <w:t>20:10  bhaap mein pani alag ho jata hai, namak alag ho jata hai, namak neeche reh jata hai aur pani upar jata hai. kyunke namak jo hai woh heavy hai aur pani jo hai woh halka hai.</w:t>
      </w:r>
      <w:r>
        <w:br/>
      </w:r>
      <w:r>
        <w:rPr>
          <w:sz w:val="20"/>
        </w:rPr>
        <w:t>20:23  to namak neeche reh jata hai aur pani upar jata hai aur bhaap urr ke urrta hai upar. phir dobara wahan par khuda us ko barsata hai, us ka naya aik aik baqayeda us ka nizam hai.</w:t>
      </w:r>
      <w:r>
        <w:br/>
      </w:r>
      <w:r>
        <w:rPr>
          <w:sz w:val="20"/>
        </w:rPr>
        <w:t>20:39  to neeche aata hai, phir nadyon mein, nalon mein, khet mein har jagah pani jata hai. is liye taake kisan us ko istemal kar ke khet sahil ko lala ki fasal bana dein.</w:t>
      </w:r>
      <w:r>
        <w:br/>
      </w:r>
      <w:r>
        <w:rPr>
          <w:sz w:val="20"/>
        </w:rPr>
        <w:t>20:53  ab agar kisan aisa kare ke ja kar ke woh so so jaye to aise aise aise kisan se khuda khush hoga, khush hoga.</w:t>
      </w:r>
      <w:r>
        <w:br/>
      </w:r>
      <w:r>
        <w:rPr>
          <w:sz w:val="20"/>
        </w:rPr>
        <w:t>21:04  to khuda bheje apni kitab ke logon tak pohanchaye aur aap mother teresa ka model liye le kar dauren. kabhi Allah aap se khush nahi hoga.</w:t>
      </w:r>
    </w:p>
    <w:p>
      <w:pPr>
        <w:pStyle w:val="Heading2"/>
      </w:pPr>
      <w:r>
        <w:t>Quran's method of positive framing for da'wah</w:t>
      </w:r>
    </w:p>
    <w:p>
      <w:r>
        <w:rPr>
          <w:color w:val="666666"/>
          <w:sz w:val="18"/>
        </w:rPr>
        <w:t>Method of The Quran July 20, 2014 · 5m 44s · at 3:45 · https://youtu.be/kDfC-fjxYmE?t=225</w:t>
      </w:r>
    </w:p>
    <w:p>
      <w:r>
        <w:rPr>
          <w:i/>
        </w:rPr>
        <w:t>“Woh yeh ke aap Rasool Allah ki seerat ko parhiye”</w:t>
      </w:r>
    </w:p>
    <w:p>
      <w:r>
        <w:rPr>
          <w:sz w:val="20"/>
        </w:rPr>
        <w:t>3:45  woh yeh ke aap rasool Allah sal-lal-lahu alaihi wa-sallam ki seerat ko padhiye to aap dekhein ke rasool Allah sal-lal-lahu alaihi wa-sallam ko makkah mein aur madinah mein bahut se masail pesh aaye.</w:t>
      </w:r>
      <w:r>
        <w:br/>
      </w:r>
      <w:r>
        <w:rPr>
          <w:sz w:val="20"/>
        </w:rPr>
        <w:t>4:00  lekin quran mein kisi bhi masle ka negative tazkirah nahin hai. har masle ka positive aspect bataya gaya hai.</w:t>
      </w:r>
      <w:r>
        <w:br/>
      </w:r>
      <w:r>
        <w:rPr>
          <w:sz w:val="20"/>
        </w:rPr>
        <w:t>4:10  bahut anokhi baat hai.</w:t>
      </w:r>
      <w:r>
        <w:br/>
      </w:r>
      <w:r>
        <w:rPr>
          <w:sz w:val="20"/>
        </w:rPr>
        <w:t>4:14  yani aaj kal aap musalmanon ke jalsay mein jaiye, musalmanon ke kitabon ko, un ke magazine ko, un ke akhbar ko padhiye to sara tazkirah hoga ke musalmanon par zulm ho raha hai, musalmanon par science ho rahi hai.</w:t>
      </w:r>
      <w:r>
        <w:br/>
      </w:r>
      <w:r>
        <w:rPr>
          <w:sz w:val="20"/>
        </w:rPr>
        <w:t>4:30  is qism ki language quran mein kahin hai hi nahin, siray say nahin. to mein is ko sochta tha ke aisa kyun hai?</w:t>
      </w:r>
      <w:r>
        <w:br/>
      </w:r>
      <w:r>
        <w:rPr>
          <w:sz w:val="20"/>
        </w:rPr>
        <w:t>4:42  yani itnay ziyada wahan par zulm hue lekin koi in cheezon ka negative tazkira quran mein maujood hi nahin.</w:t>
      </w:r>
      <w:r>
        <w:br/>
      </w:r>
      <w:r>
        <w:rPr>
          <w:sz w:val="20"/>
        </w:rPr>
        <w:t>4:56  jaise misaal ke taur par dekhiye, rasool Allah sal Allah alaihi wasallam jab</w:t>
      </w:r>
      <w:r>
        <w:br/>
      </w:r>
      <w:r>
        <w:rPr>
          <w:sz w:val="20"/>
        </w:rPr>
        <w:t>5:04  makkah mein aap ko 610 eesvi mein aap ne nabuwat ka aaghaz kiya to wahan bohat hi bara problem tha ke kaaba jo muqaddas ibadat gah ke taur par hazrat ibrahim ne banaya tha,</w:t>
      </w:r>
      <w:r>
        <w:br/>
      </w:r>
      <w:r>
        <w:rPr>
          <w:sz w:val="20"/>
        </w:rPr>
        <w:t>5:22  is mein unhon ne 360 but rakh diye thay. yani tawheed ka ghar jo hai but khana bana hua tha. aap dekhiye quran mein jo ahkam aaye woh kya?</w:t>
      </w:r>
      <w:r>
        <w:br/>
      </w:r>
      <w:r>
        <w:rPr>
          <w:sz w:val="20"/>
        </w:rPr>
        <w:t>5:40  woh kya aaya? pehla hukum aaya ke iqra, yani quran parh kar sunao. yeh ka koi hawala hi nahin hai ke but hai wahan buton ko todo, buton ko nikalo,</w:t>
      </w:r>
      <w:r>
        <w:br/>
      </w:r>
      <w:r>
        <w:rPr>
          <w:sz w:val="20"/>
        </w:rPr>
        <w:t>5:57  kaaba ko buton se pak karo, is ka koi hawala nahin hai. hawala kya hai? quran parh kar sunao. kyun?</w:t>
      </w:r>
      <w:r>
        <w:br/>
      </w:r>
      <w:r>
        <w:rPr>
          <w:sz w:val="20"/>
        </w:rPr>
        <w:t>6:07  dekhiye yeh saada baat nahin hai. is zamanay mein aap jantay hain ke press ka zamanay hai, aap ke paas chupa hua quran maujood hota hai, aap distribute kar saktay hain.</w:t>
      </w:r>
      <w:r>
        <w:br/>
      </w:r>
      <w:r>
        <w:rPr>
          <w:sz w:val="20"/>
        </w:rPr>
        <w:t>6:20  is zamanay mein conference hoti hai, seminar hotay hain, wahan log ikhatta hotay hain, wahan ja kar islam paish kar saktay hain. yani sainkaron tarqeebay is tarah ke hain, wahan to kuch bhi nahin tha is zamanay mein.</w:t>
      </w:r>
      <w:r>
        <w:br/>
      </w:r>
      <w:r>
        <w:rPr>
          <w:sz w:val="20"/>
        </w:rPr>
        <w:t>6:33  is zamanay mein aisa kuch bhi nahin tha. insaan ko paana chahtay to kahan paate aap? na conference, na seminar, kuch bhi nahin.</w:t>
      </w:r>
      <w:r>
        <w:br/>
      </w:r>
      <w:r>
        <w:rPr>
          <w:sz w:val="20"/>
        </w:rPr>
        <w:t>6:44  to aik hi jagah thi jahan aap insaan pa sakte thay, woh tha kaaba ke liye aatay thay log apnay buton ki ibadat karne ke liye.</w:t>
      </w:r>
      <w:r>
        <w:br/>
      </w:r>
      <w:r>
        <w:rPr>
          <w:sz w:val="20"/>
        </w:rPr>
        <w:t>6:56  360 qabeelon ke but thay, woh saray qabeelay aatay thay apnay buton ko worship ke liye, charhao charhanay ke liye.</w:t>
      </w:r>
      <w:r>
        <w:br/>
      </w:r>
      <w:r>
        <w:rPr>
          <w:sz w:val="20"/>
        </w:rPr>
        <w:t>7:07  to is arab mein aik hi jagah thi jahan gathering hoti thi. to Allah taala ne is gathering ko khitab karo, un ko quran parh kar sunao, yeh bas yeh hukum diya.</w:t>
      </w:r>
      <w:r>
        <w:br/>
      </w:r>
      <w:r>
        <w:rPr>
          <w:sz w:val="20"/>
        </w:rPr>
        <w:t>7:22  baqi kaaba mein but rakhein, is ka koi reference hi nahin. kaisa anokhi baat hai? aaj ke lehaz se jo musalman kar rahay hain aaj ke zamanay mein, is ke lehaz se bohat hi strange hai ke is ka reference bhi nahin ke muqaddas ghar jo hai us ko but khana bana diya tha.</w:t>
      </w:r>
      <w:r>
        <w:br/>
      </w:r>
      <w:r>
        <w:rPr>
          <w:sz w:val="20"/>
        </w:rPr>
        <w:t>7:49  to is par kuch yani is ke khilaf koi koi remark bhi nahin. bas yeh hai ke quran sunao, quran sunao.</w:t>
      </w:r>
      <w:r>
        <w:br/>
      </w:r>
      <w:r>
        <w:rPr>
          <w:sz w:val="20"/>
        </w:rPr>
        <w:t>8:00  is ke maani hain ke Allah taala ya yeh yeh kyun aisa hua? kyunke agar dekhiye Allah taala agar is ka zikr karte ke dekho yeh kitnay kharab log hain, unhon ne tawheed ke ghar ko but khana bana diya to kya hota?</w:t>
      </w:r>
      <w:r>
        <w:br/>
      </w:r>
      <w:r>
        <w:rPr>
          <w:sz w:val="20"/>
        </w:rPr>
        <w:t>8:17  rasool Allah aur aap ke ashaab ke dil mein nafrat aa jati. aur jahan nafrat aayi to dawat nahin ho sakti. madu ke liye aap ke dil mein hona chahiye will wishing, khair khwahi.</w:t>
      </w:r>
      <w:r>
        <w:br/>
      </w:r>
      <w:r>
        <w:rPr>
          <w:sz w:val="20"/>
        </w:rPr>
        <w:t>8:31  to is liye quran kabhi bhi kisi waqay ke negative aspect nahin zikr karta. negative waqay ko zikr kiya jaye ga to madu ke dil mein khair khwahi khatam ho jaye gi.</w:t>
      </w:r>
      <w:r>
        <w:br/>
      </w:r>
      <w:r>
        <w:rPr>
          <w:sz w:val="20"/>
        </w:rPr>
        <w:t>8:43  jab madu ke dil mein khair khwahi nahin rahay gi to phir aap dawat kya kahain ge? dawat nahin kar saktay.</w:t>
      </w:r>
      <w:r>
        <w:br/>
      </w:r>
      <w:r>
        <w:rPr>
          <w:sz w:val="20"/>
        </w:rPr>
        <w:t>8:52  aisay hi aap dekhiye aur kitnay zulm kiya unhon ne jo aap seerat ki kitabon mein parhtay hain. mislan unhon ne aap ka boycott kiya aur teen saal tak majboor kiya aap ko ke aap basti chhor kar chalay jayen, khushk pahari mein rahen.</w:t>
      </w:r>
      <w:r>
        <w:br/>
      </w:r>
      <w:r>
        <w:rPr>
          <w:sz w:val="20"/>
        </w:rPr>
        <w:t>9:11  woh bohat hi takleefen uthai hui. quran mein is ka koi zikr hi nahin.</w:t>
      </w:r>
      <w:r>
        <w:br/>
      </w:r>
      <w:r>
        <w:rPr>
          <w:sz w:val="20"/>
        </w:rPr>
        <w:t>9:17  koi zikr hi nahin. kyun? to mein sochta hoon ke is ka zikr kyun nahin? is liye ke zikr agar hota to daai ke dil mein nafrat aa jati.</w:t>
      </w:r>
    </w:p>
    <w:p>
      <w:pPr>
        <w:pStyle w:val="Heading2"/>
      </w:pPr>
      <w:r>
        <w:t>The Prophet's nine commandments for a complete life</w:t>
      </w:r>
    </w:p>
    <w:p>
      <w:r>
        <w:rPr>
          <w:color w:val="666666"/>
          <w:sz w:val="18"/>
        </w:rPr>
        <w:t>Hadith Literature (English) March 8, 2007 Maulan Wahiduddin Khan · 4m 22s · at 55:59 · https://youtu.be/UdxzmJTYqXk?t=3359</w:t>
      </w:r>
    </w:p>
    <w:p>
      <w:r>
        <w:rPr>
          <w:i/>
        </w:rPr>
        <w:t>“God has commanded me nine things”</w:t>
      </w:r>
    </w:p>
    <w:p>
      <w:r>
        <w:rPr>
          <w:sz w:val="20"/>
        </w:rPr>
        <w:t>55:59  deen there is a hadith the property of Islam has said: "amaraani rabbi bi tis khashiyatallahi fil sirri wal alaniyati wa kalimatal adli fil ghadabi wal riḍa wal qasdu fil faqr wal ghina".</w:t>
      </w:r>
      <w:r>
        <w:br/>
      </w:r>
      <w:r>
        <w:rPr>
          <w:sz w:val="20"/>
        </w:rPr>
        <w:t>56:26  wan aslam qatan wafo min zulmani</w:t>
      </w:r>
      <w:r>
        <w:br/>
      </w:r>
      <w:r>
        <w:rPr>
          <w:sz w:val="20"/>
        </w:rPr>
        <w:t>56:35  wan yakun samat fikra wa nateq zikra wa nazari ibra. it means that god has</w:t>
      </w:r>
      <w:r>
        <w:br/>
      </w:r>
      <w:r>
        <w:rPr>
          <w:sz w:val="20"/>
        </w:rPr>
        <w:t>56:49  given me nine commandments.</w:t>
      </w:r>
      <w:r>
        <w:br/>
      </w:r>
      <w:r>
        <w:rPr>
          <w:sz w:val="20"/>
        </w:rPr>
        <w:t>56:56  nine commandments.</w:t>
      </w:r>
      <w:r>
        <w:br/>
      </w:r>
      <w:r>
        <w:rPr>
          <w:sz w:val="20"/>
        </w:rPr>
        <w:t>57:00  first is</w:t>
      </w:r>
      <w:r>
        <w:br/>
      </w:r>
      <w:r>
        <w:rPr>
          <w:sz w:val="20"/>
        </w:rPr>
        <w:t>57:04  to fear god in public and in private. both</w:t>
      </w:r>
      <w:r>
        <w:br/>
      </w:r>
      <w:r>
        <w:rPr>
          <w:sz w:val="20"/>
        </w:rPr>
        <w:t>57:14  to fear god in public and private. both</w:t>
      </w:r>
      <w:r>
        <w:br/>
      </w:r>
      <w:r>
        <w:rPr>
          <w:sz w:val="20"/>
        </w:rPr>
        <w:t>57:23  and to speak justice. to speak justice</w:t>
      </w:r>
      <w:r>
        <w:br/>
      </w:r>
      <w:r>
        <w:rPr>
          <w:sz w:val="20"/>
        </w:rPr>
        <w:t>57:33  when i am when i am angry or i am not angry in both the situations.</w:t>
      </w:r>
      <w:r>
        <w:br/>
      </w:r>
      <w:r>
        <w:rPr>
          <w:sz w:val="20"/>
        </w:rPr>
        <w:t>57:45  and i have to be normal</w:t>
      </w:r>
      <w:r>
        <w:br/>
      </w:r>
      <w:r>
        <w:rPr>
          <w:sz w:val="20"/>
        </w:rPr>
        <w:t>57:52  when i am poor and when i am rich in both the situation. the</w:t>
      </w:r>
      <w:r>
        <w:br/>
      </w:r>
      <w:r>
        <w:rPr>
          <w:sz w:val="20"/>
        </w:rPr>
        <w:t>58:01  then i have to make contact with those who cut off with me.</w:t>
      </w:r>
      <w:r>
        <w:br/>
      </w:r>
      <w:r>
        <w:rPr>
          <w:sz w:val="20"/>
        </w:rPr>
        <w:t>58:14  and i have to forgive those who make me angry.</w:t>
      </w:r>
      <w:r>
        <w:br/>
      </w:r>
      <w:r>
        <w:rPr>
          <w:sz w:val="20"/>
        </w:rPr>
        <w:t>58:23  and</w:t>
      </w:r>
      <w:r>
        <w:br/>
      </w:r>
      <w:r>
        <w:rPr>
          <w:sz w:val="20"/>
        </w:rPr>
        <w:t>58:26  i have to</w:t>
      </w:r>
      <w:r>
        <w:br/>
      </w:r>
      <w:r>
        <w:rPr>
          <w:sz w:val="20"/>
        </w:rPr>
        <w:t>58:31  i have to be patient with those who gave me some hardships.</w:t>
      </w:r>
      <w:r>
        <w:br/>
      </w:r>
      <w:r>
        <w:rPr>
          <w:sz w:val="20"/>
        </w:rPr>
        <w:t>58:41  and then</w:t>
      </w:r>
      <w:r>
        <w:br/>
      </w:r>
      <w:r>
        <w:rPr>
          <w:sz w:val="20"/>
        </w:rPr>
        <w:t>58:52  amr rabbi bitis khashyatullah fis sirri walaniyati fil ghadabi wal riḍā fil faqr wal ghina wa an aslam qatan</w:t>
      </w:r>
      <w:r>
        <w:br/>
      </w:r>
      <w:r>
        <w:rPr>
          <w:sz w:val="20"/>
        </w:rPr>
        <w:t>59:05  wafo min zulmani wa an akuna samitun fikran wa natiqun zikran wa naziri ibratan. And my</w:t>
      </w:r>
      <w:r>
        <w:br/>
      </w:r>
      <w:r>
        <w:rPr>
          <w:sz w:val="20"/>
        </w:rPr>
        <w:t>59:19  silence will be contemplation and my speech will be remembrance of god.</w:t>
      </w:r>
      <w:r>
        <w:br/>
      </w:r>
      <w:r>
        <w:rPr>
          <w:sz w:val="20"/>
        </w:rPr>
        <w:t>59:30  and my observation must be to draw a lesson.</w:t>
      </w:r>
      <w:r>
        <w:br/>
      </w:r>
      <w:r>
        <w:rPr>
          <w:sz w:val="20"/>
        </w:rPr>
        <w:t>59:37  here you can see that nine commandments gives you a complete way of life.</w:t>
      </w:r>
      <w:r>
        <w:br/>
      </w:r>
      <w:r>
        <w:rPr>
          <w:sz w:val="20"/>
        </w:rPr>
        <w:t>59:50  is very important for a person who want to live who want to follow the religion of god.</w:t>
      </w:r>
      <w:r>
        <w:br/>
      </w:r>
      <w:r>
        <w:rPr>
          <w:sz w:val="20"/>
        </w:rPr>
        <w:t>1:00:02  i think that these nine commandments gives you a complete system, a complete way of life.</w:t>
      </w:r>
      <w:r>
        <w:br/>
      </w:r>
      <w:r>
        <w:rPr>
          <w:sz w:val="20"/>
        </w:rPr>
        <w:t>1:00:17  din</w:t>
      </w:r>
    </w:p>
    <w:p>
      <w:pPr>
        <w:pStyle w:val="Heading2"/>
      </w:pPr>
      <w:r>
        <w:t>Understanding your era: the Hajj camel example</w:t>
      </w:r>
    </w:p>
    <w:p>
      <w:r>
        <w:rPr>
          <w:color w:val="666666"/>
          <w:sz w:val="18"/>
        </w:rPr>
        <w:t>In Conversation with Maulana Syed Iqbal Omeri and Maulana Khateeb Asrar Omeri Oct 10, 2023 · 4m 34s · at 36:14 · https://youtu.be/kdukzcSdq6k?t=2174</w:t>
      </w:r>
    </w:p>
    <w:p>
      <w:r>
        <w:rPr>
          <w:i/>
        </w:rPr>
        <w:t>“Aap kaafi tanqeed karte hain ulama ke oopar”</w:t>
      </w:r>
    </w:p>
    <w:p>
      <w:r>
        <w:rPr>
          <w:sz w:val="20"/>
        </w:rPr>
        <w:t>36:14  Maulana Iqbal sahib, mein ab aap se sawal karna chahoon ga aur yeh ek hadith ke hawale se hai aur Maulana is par ubhara bhi karte the ke ek aalim ko apni zuban se ba-khabar ho</w:t>
      </w:r>
      <w:r>
        <w:br/>
      </w:r>
      <w:r>
        <w:rPr>
          <w:sz w:val="20"/>
        </w:rPr>
        <w:t>36:25  na chahiye. kisi ne sawal bhi kiya tha Maulana se ke aap kafi tanqeed karte hain ulama ke upar, deeni rehnumaon ke upar.</w:t>
      </w:r>
      <w:r>
        <w:br/>
      </w:r>
      <w:r>
        <w:rPr>
          <w:sz w:val="20"/>
        </w:rPr>
        <w:t>36:33  to unhon ne kaha: "mein ne tanqeed nahi ki, balkay bas mein yeh chahta hoon ke maujooda zamana jo qadeem zamane se alag hai, riwayati daur se alag hai, is jadeed daur ko woh samjhein aur us ke mutabiq apni planning karein." aur ek hadith ka hawala diya karte the: "ainkun baseeran bizamanih" ke</w:t>
      </w:r>
      <w:r>
        <w:br/>
      </w:r>
      <w:r>
        <w:rPr>
          <w:sz w:val="20"/>
        </w:rPr>
        <w:t>36:51  aqalmand momin aur ahle ilm ko apne zamane se ba-khabar hona chahiye. mujhe mere ilm ke mutabiq aur mein kafi aap ke sath raha hoon, mujhe yeh maloom hai ke aap ne India ke andar ek baray madrase mein taleem hasil ki, Jamia Darussalam, Umarabad mein.</w:t>
      </w:r>
      <w:r>
        <w:br/>
      </w:r>
      <w:r>
        <w:rPr>
          <w:sz w:val="20"/>
        </w:rPr>
        <w:t>37:10  aur us ke baad aap Qatar bhi rahe aur wahan ke ulama se bhi istifada kiya.</w:t>
      </w:r>
      <w:r>
        <w:br/>
      </w:r>
      <w:r>
        <w:rPr>
          <w:sz w:val="20"/>
        </w:rPr>
        <w:t>37:15  phir Hindustan aaye to Hindustan ke taqreeban tamam mukhtalif jagahon ka safar kiya aur wahan ke aalimon se mulaqatein keen aur safar kiya. is mein mera sawal yeh hai ke aap ne itne saare aalimon se mulaqat keen, aap ne kis ko baseer-e-zamana paya?</w:t>
      </w:r>
      <w:r>
        <w:br/>
      </w:r>
      <w:r>
        <w:rPr>
          <w:sz w:val="20"/>
        </w:rPr>
        <w:t>37:35  jaisa ke Farhad sahib ne kaha ke bohat se logon se mulaqat rahi aur bohat asfar kiye, lekin Maulana ke pas jo alfaaz hum ne paye, jo ta'abeeraat, jo baatein hum ne payein, is mein ek yeh tha ke: "daur jadeed ko pehchano aur asli aagahi hasil karo, baseer-e-zamana bano."</w:t>
      </w:r>
      <w:r>
        <w:br/>
      </w:r>
      <w:r>
        <w:rPr>
          <w:sz w:val="20"/>
        </w:rPr>
        <w:t>38:03  mein wohi kaam kar raha hoon, ulama ko baseer-e-zamana ka kaam kar raha hoon. to Maulana kaha karte the ke mera aur ulama ka ikhtilaf bari bari baaton mein kuch nahi hai,</w:t>
      </w:r>
      <w:r>
        <w:br/>
      </w:r>
      <w:r>
        <w:rPr>
          <w:sz w:val="20"/>
        </w:rPr>
        <w:t>38:18  mein sirf zamane ki nisbat se tadbeer kar par tanqeed karta hoon ke hamare akabireen ne zamana badal chuka tha,</w:t>
      </w:r>
      <w:r>
        <w:br/>
      </w:r>
      <w:r>
        <w:rPr>
          <w:sz w:val="20"/>
        </w:rPr>
        <w:t>38:29  lekin zamane ke laiq kya tadbeer kar ikhtiyar karna chahiye, woh baseer-e-zamana na ban sake. bas mera ikhtilaf yahi isi baat par hai ke tadbeer kar ke silsile mein jahan par sahi qadam karna chahiye, jahan par natija khez planning honi chahiye, woh nahi ho saki.</w:t>
      </w:r>
      <w:r>
        <w:br/>
      </w:r>
      <w:r>
        <w:rPr>
          <w:sz w:val="20"/>
        </w:rPr>
        <w:t>38:53  baqi doosre mamlaat mein, ab jaise hajj ka mamla hai, is mein quran mein bataya gaya ke dubli patli oontniyon par pohancha karo, lekin wahan par ulma yeh tadbeer ikhtiyar nahi kiye ke naye quran mein aa gaya hai ke hum oont par hi sawar ho kar hajj ke liye jayenge,</w:t>
      </w:r>
      <w:r>
        <w:br/>
      </w:r>
      <w:r>
        <w:rPr>
          <w:sz w:val="20"/>
        </w:rPr>
        <w:t>39:17  balke bila ikhtilaf har aadmi jo jadeed se jadeed sawari ho sakti hai, us ko ikhtiyar karte hue woh hajj o umrah ka fariza ada kar rahe hain.</w:t>
      </w:r>
      <w:r>
        <w:br/>
      </w:r>
      <w:r>
        <w:rPr>
          <w:sz w:val="20"/>
        </w:rPr>
        <w:t>39:28  apne saare mamlaat, chahe da'wati ho, islahi ho, saare mamlaat mein jadeed communication aur sari cheezein istemal karte hain, jadeed muhasraat, sari cheezein.</w:t>
      </w:r>
      <w:r>
        <w:br/>
      </w:r>
      <w:r>
        <w:rPr>
          <w:sz w:val="20"/>
        </w:rPr>
        <w:t>39:45  lekin jahan tak aur baatein bohat si hain zamane ki nisbat se ke hum ko puraman qadam karna chahiye ya pur-tashaddud qadam karna chahiye, zamana kya keh raha hai?</w:t>
      </w:r>
      <w:r>
        <w:br/>
      </w:r>
      <w:r>
        <w:rPr>
          <w:sz w:val="20"/>
        </w:rPr>
        <w:t>40:00  rehmat-ul-lil-alameen ko zahamat-ul-alameen banana hai ya rehmat-ul-alameen sabit karna hai? islam ko ghair-khooni inqilab lane wala mazhab samajhna hai ya hamesha khoon karne wala mazhab samajhna hai?</w:t>
      </w:r>
      <w:r>
        <w:br/>
      </w:r>
      <w:r>
        <w:rPr>
          <w:sz w:val="20"/>
        </w:rPr>
        <w:t>40:15  yeh sari cheezein baseer-e-zamana na hone ki wajah se yeh baatein hum mukhtalif logon se suntay thay, lekin Maulana ke paas aane ke baad Maulana ne hum ko zamane ki aagahi kiya hai,</w:t>
      </w:r>
      <w:r>
        <w:br/>
      </w:r>
      <w:r>
        <w:rPr>
          <w:sz w:val="20"/>
        </w:rPr>
        <w:t>40:32  us ke ek ek bab ko khola. balke main ulma aam taur par Maulana ki kitab "Al-Islam Challenge" ya "Mazhab Jadeed Challenge" God Arise us ko le kar bohat zyada fakhr mehsoos karte hain,</w:t>
      </w:r>
    </w:p>
    <w:p>
      <w:pPr>
        <w:pStyle w:val="Heading2"/>
      </w:pPr>
      <w:r>
        <w:t>Quran preservation and popularity</w:t>
      </w:r>
    </w:p>
    <w:p>
      <w:r>
        <w:rPr>
          <w:color w:val="666666"/>
          <w:sz w:val="18"/>
        </w:rPr>
        <w:t>How to Become 2nd Best in the Universe Oct 8, 2006 Maulana Wahiduddin Khan · 5m 55s · at 11:02 · https://youtu.be/drciAo6jF_o?t=662</w:t>
      </w:r>
    </w:p>
    <w:p>
      <w:r>
        <w:rPr>
          <w:i/>
        </w:rPr>
        <w:t>“Quran tops Google book search”</w:t>
      </w:r>
    </w:p>
    <w:p>
      <w:r>
        <w:rPr>
          <w:sz w:val="20"/>
        </w:rPr>
        <w:t>11:02  jis ka caption ye hai ke "quran tops</w:t>
      </w:r>
      <w:r>
        <w:br/>
      </w:r>
      <w:r>
        <w:rPr>
          <w:sz w:val="20"/>
        </w:rPr>
        <w:t>11:14  google book search".</w:t>
      </w:r>
      <w:r>
        <w:br/>
      </w:r>
      <w:r>
        <w:rPr>
          <w:sz w:val="20"/>
        </w:rPr>
        <w:t>11:19  ye</w:t>
      </w:r>
      <w:r>
        <w:br/>
      </w:r>
      <w:r>
        <w:rPr>
          <w:sz w:val="20"/>
        </w:rPr>
        <w:t>11:24  ek ek research ki gayi ke google ka jo aap jante hain ke shayad number one search engine hai google, to unhone is par survey karwaya.</w:t>
      </w:r>
      <w:r>
        <w:br/>
      </w:r>
      <w:r>
        <w:rPr>
          <w:sz w:val="20"/>
        </w:rPr>
        <w:t>11:38  to maloom hua ke unka jo, unka jo jis ko kehte hain online read, online reading, to online reading jo karte hain jo log is par, to sab se zyada top par hai jo book jis ko zyada wo padhte hain internet par, wo hai quran.</w:t>
      </w:r>
      <w:r>
        <w:br/>
      </w:r>
      <w:r>
        <w:rPr>
          <w:sz w:val="20"/>
        </w:rPr>
        <w:t>12:03  ye aaj ke paper mein ye chhapa hai. sab se zyada. ye badi anokhi baat hai.</w:t>
      </w:r>
      <w:r>
        <w:br/>
      </w:r>
      <w:r>
        <w:rPr>
          <w:sz w:val="20"/>
        </w:rPr>
        <w:t>12:13  bahut anokhi baat hai. is par main sochta raha</w:t>
      </w:r>
      <w:r>
        <w:br/>
      </w:r>
      <w:r>
        <w:rPr>
          <w:sz w:val="20"/>
        </w:rPr>
        <w:t>12:20  ke aisa kyun hai?</w:t>
      </w:r>
      <w:r>
        <w:br/>
      </w:r>
      <w:r>
        <w:rPr>
          <w:sz w:val="20"/>
        </w:rPr>
        <w:t>12:25  aisa kyun hai?</w:t>
      </w:r>
      <w:r>
        <w:br/>
      </w:r>
      <w:r>
        <w:rPr>
          <w:sz w:val="20"/>
        </w:rPr>
        <w:t>12:31  aisa kyun hai ke ke ye akhbar walon ki ye khabar mili ke quran tops google book search?</w:t>
      </w:r>
      <w:r>
        <w:br/>
      </w:r>
      <w:r>
        <w:rPr>
          <w:sz w:val="20"/>
        </w:rPr>
        <w:t>12:44  dekhiye,</w:t>
      </w:r>
      <w:r>
        <w:br/>
      </w:r>
      <w:r>
        <w:rPr>
          <w:sz w:val="20"/>
        </w:rPr>
        <w:t>12:48  kal hi ek paper, kal hi ghaliban times of india mein, kal ya parson ek ek article aaya tha "islam hijacked".</w:t>
      </w:r>
      <w:r>
        <w:br/>
      </w:r>
      <w:r>
        <w:rPr>
          <w:sz w:val="20"/>
        </w:rPr>
        <w:t>13:02  is mein quran ke bare mein aisi bilkul absurd baatein likhi hui thin. to ek taraf quran ke bare mein false propaganda hai, doosri taraf quran top par pahuncha hua hai.</w:t>
      </w:r>
      <w:r>
        <w:br/>
      </w:r>
      <w:r>
        <w:rPr>
          <w:sz w:val="20"/>
        </w:rPr>
        <w:t>13:15  ye sochne ki baat hai. misaal ke taur par is mein likha tha quran ke bare mein ke quran profit ke death ke 13 saal baad compile kiya gaya.</w:t>
      </w:r>
      <w:r>
        <w:br/>
      </w:r>
      <w:r>
        <w:rPr>
          <w:sz w:val="20"/>
        </w:rPr>
        <w:t>13:30  yeh bilashubah aik baseless baat hai. yeh aisa aadmi kar sakta hai jo educated aadmi na ho. aaj kal logon ka haal yeh hai ke English likhna aaye unhein to bas woh qalb chalana shuru kar dete hain.</w:t>
      </w:r>
      <w:r>
        <w:br/>
      </w:r>
      <w:r>
        <w:rPr>
          <w:sz w:val="20"/>
        </w:rPr>
        <w:t>13:45  science ke subject par koi is tarah ka article nahi likhega, lekin mazhab ke subject par har aadmi is tarah ka article likhne ko tayyar rehta hai.</w:t>
      </w:r>
      <w:r>
        <w:br/>
      </w:r>
      <w:r>
        <w:rPr>
          <w:sz w:val="20"/>
        </w:rPr>
        <w:t>13:56  dekhen, is mein ghalati kya hai ke is writer ne, yaani he failed to differentiate, to differentiate between two things, yaani compilation aur copy.</w:t>
      </w:r>
      <w:r>
        <w:br/>
      </w:r>
      <w:r>
        <w:rPr>
          <w:sz w:val="20"/>
        </w:rPr>
        <w:t>14:13  aik hai Quran ko compile karna aur aik hai Quran ki copy banana, is ka yaani naqal karna.</w:t>
      </w:r>
      <w:r>
        <w:br/>
      </w:r>
      <w:r>
        <w:rPr>
          <w:sz w:val="20"/>
        </w:rPr>
        <w:t>14:24  to dekhiye, jo is ki jo history hai, woh batati hai ke Quran utra 23 years mein periodical way mein, aur aap ki death se pehle poora poora Quran compile ho chuka tha.</w:t>
      </w:r>
      <w:r>
        <w:br/>
      </w:r>
      <w:r>
        <w:rPr>
          <w:sz w:val="20"/>
        </w:rPr>
        <w:t>14:44  poora poora Quran, yaani Al-Fatiha se le kar Naas tak, 114 chapters.</w:t>
      </w:r>
      <w:r>
        <w:br/>
      </w:r>
      <w:r>
        <w:rPr>
          <w:sz w:val="20"/>
        </w:rPr>
        <w:t>14:54  to lekin is waqt kya shakal thi? is waqt printing press to hota nahi tha, lekin in logon ko is waqt numri logon ko bohat achhi hua karti thi.</w:t>
      </w:r>
      <w:r>
        <w:br/>
      </w:r>
      <w:r>
        <w:rPr>
          <w:sz w:val="20"/>
        </w:rPr>
        <w:t>15:09  kyun ke aap jante hain ke jo faculty zyada istemal mein ho, woh faculty bohat strong ho jati hai.</w:t>
      </w:r>
      <w:r>
        <w:br/>
      </w:r>
      <w:r>
        <w:rPr>
          <w:sz w:val="20"/>
        </w:rPr>
        <w:t>15:21  to pichhle zamane mein log zyada tar memory se kaam kiya karte the, to bohat aasani se woh log yaad kar lete the.</w:t>
      </w:r>
      <w:r>
        <w:br/>
      </w:r>
      <w:r>
        <w:rPr>
          <w:sz w:val="20"/>
        </w:rPr>
        <w:t>15:32  to is zamane mein Quran jo hai, hazaron hazar logon ke mind mein rehta tha. bohat easily woh yaad kar lete the, aur fragmentary way mein likha hua bhi rehta tha sab ke sath, sab ke paas.</w:t>
      </w:r>
      <w:r>
        <w:br/>
      </w:r>
      <w:r>
        <w:rPr>
          <w:sz w:val="20"/>
        </w:rPr>
        <w:t>15:49  yaani poora poora Quran, yaani aik binding mein to nahi hota tha prophet ke zamane mein, lekin fragmentary way mein sara Quran kuch un ke paas, kuch un ke paas, kuch un ke paas maujood rehta tha.</w:t>
      </w:r>
      <w:r>
        <w:br/>
      </w:r>
      <w:r>
        <w:rPr>
          <w:sz w:val="20"/>
        </w:rPr>
        <w:t>16:04  likhte the log. to prophet ki jab death hui jis saal, us saal angel Jibrael jo revelation jo laya karte the,</w:t>
      </w:r>
      <w:r>
        <w:br/>
      </w:r>
      <w:r>
        <w:rPr>
          <w:sz w:val="20"/>
        </w:rPr>
        <w:t>16:20  woh aap ke paas do baar aaye. is ko kehte hain Arabic kitabon mein "Ardh Akhira" aur "Ardh Aula".</w:t>
      </w:r>
      <w:r>
        <w:br/>
      </w:r>
      <w:r>
        <w:rPr>
          <w:sz w:val="20"/>
        </w:rPr>
        <w:t>16:29  yaani poora Quran Jibrael ne parh kar sunaya, aur phir aap ne un ke samne poora Quran parh kar sunaya. aik baar. phir doosri baar aise hua ke Jibrael aaye, poora Quran, yaani 114 chapters,</w:t>
      </w:r>
      <w:r>
        <w:br/>
      </w:r>
      <w:r>
        <w:rPr>
          <w:sz w:val="20"/>
        </w:rPr>
        <w:t>16:45  Al-Fatiha Naas tak, Jibrael ne parh kar sunaya, phir aap ne Jibrael ko parh kar sunaya. to yeh do baar hua aap ki death se pehle.</w:t>
      </w:r>
    </w:p>
    <w:p>
      <w:pPr>
        <w:pStyle w:val="Heading2"/>
      </w:pPr>
      <w:r>
        <w:t>rise and fall of kingship leading to the Crusades</w:t>
      </w:r>
    </w:p>
    <w:p>
      <w:r>
        <w:rPr>
          <w:color w:val="666666"/>
          <w:sz w:val="18"/>
        </w:rPr>
        <w:t>Purpose of Creation September 28, 2014 · 5m 38s · at 11:56 · https://youtu.be/7M-rzLZzCYw?t=716</w:t>
      </w:r>
    </w:p>
    <w:p>
      <w:r>
        <w:rPr>
          <w:i/>
        </w:rPr>
        <w:t>“Sabse bada problem create hua woh tha political”</w:t>
      </w:r>
    </w:p>
    <w:p>
      <w:r>
        <w:rPr>
          <w:sz w:val="20"/>
        </w:rPr>
        <w:t>11:56  To sab se jo bara problem create hua wo create hua political. Yani insan ne mauqa pa kar ke</w:t>
      </w:r>
      <w:r>
        <w:br/>
      </w:r>
      <w:r>
        <w:rPr>
          <w:sz w:val="20"/>
        </w:rPr>
        <w:t>12:10  hukoomaten banana shuru kar diya. dunya mein ruler bne lagay. yaani kuch log ban gay ruler aur kuch log ban gay un ke subject.</w:t>
      </w:r>
      <w:r>
        <w:br/>
      </w:r>
      <w:r>
        <w:rPr>
          <w:sz w:val="20"/>
        </w:rPr>
        <w:t>12:22  pehlay to yeh bana tha tribal level par, tribal chief hua karte thay. phir baqayda king hone lagay. king aur emperor.</w:t>
      </w:r>
      <w:r>
        <w:br/>
      </w:r>
      <w:r>
        <w:rPr>
          <w:sz w:val="20"/>
        </w:rPr>
        <w:t>12:31  to hazaron saal tak insaan jo hai, insani tareekh is tarah guzri hai ke koi dynasty woh ruler ban gayi aur sab ko apna subject bana liya.</w:t>
      </w:r>
      <w:r>
        <w:br/>
      </w:r>
      <w:r>
        <w:rPr>
          <w:sz w:val="20"/>
        </w:rPr>
        <w:t>12:43  to freedom ko khatam kar diya.</w:t>
      </w:r>
      <w:r>
        <w:br/>
      </w:r>
      <w:r>
        <w:rPr>
          <w:sz w:val="20"/>
        </w:rPr>
        <w:t>12:47  jitna yeh zamana hai kingship ka is mein freedom khatam kar di gayi thi. freedom maujood nahi thi.</w:t>
      </w:r>
      <w:r>
        <w:br/>
      </w:r>
      <w:r>
        <w:rPr>
          <w:sz w:val="20"/>
        </w:rPr>
        <w:t>12:59  is wajah se jo yaani jo purpose of creation tha ke insaan unfold kare marifat ke item ko woh nahi ho saka.</w:t>
      </w:r>
      <w:r>
        <w:br/>
      </w:r>
      <w:r>
        <w:rPr>
          <w:sz w:val="20"/>
        </w:rPr>
        <w:t>13:15  kyun ke is ki azaadi chahiye.</w:t>
      </w:r>
      <w:r>
        <w:br/>
      </w:r>
      <w:r>
        <w:rPr>
          <w:sz w:val="20"/>
        </w:rPr>
        <w:t>13:18  badshahon ka yeh haal tha ke kisi qism ki naya pan ko bardasht nahi karte thay. woh un ke haan jallad hua karte thay.</w:t>
      </w:r>
      <w:r>
        <w:br/>
      </w:r>
      <w:r>
        <w:rPr>
          <w:sz w:val="20"/>
        </w:rPr>
        <w:t>13:27  kisi ne koi nai baat kahi to us ko sar qalam kar dete thay.</w:t>
      </w:r>
      <w:r>
        <w:br/>
      </w:r>
      <w:r>
        <w:rPr>
          <w:sz w:val="20"/>
        </w:rPr>
        <w:t>13:33  is tarah history jo hai, history mein kingship ka daur chal pada.</w:t>
      </w:r>
      <w:r>
        <w:br/>
      </w:r>
      <w:r>
        <w:rPr>
          <w:sz w:val="20"/>
        </w:rPr>
        <w:t>13:41  jo ke mustaqil record ban gaya us maqsad ke liye jis ke liye Allah taala ne dunya ko paida kiya tha. to phir kya hua ke saatvi sadi eesvi mein rasool aur ashaab e rasool ke zariye ek operation jaari hua, operation.</w:t>
      </w:r>
      <w:r>
        <w:br/>
      </w:r>
      <w:r>
        <w:rPr>
          <w:sz w:val="20"/>
        </w:rPr>
        <w:t>14:00  aur kingship tod diya gaya.</w:t>
      </w:r>
      <w:r>
        <w:br/>
      </w:r>
      <w:r>
        <w:rPr>
          <w:sz w:val="20"/>
        </w:rPr>
        <w:t>14:05  yaani tribal chief ka khatma kiya gaya. Sasanian empire ka khatma kiya gaya. Roman empire ka khatma kiya gaya.</w:t>
      </w:r>
      <w:r>
        <w:br/>
      </w:r>
      <w:r>
        <w:rPr>
          <w:sz w:val="20"/>
        </w:rPr>
        <w:t>14:15  aur sari dunya mein jo kingship thi us ka khatma kiya gaya. is tarah se ek nai tareekh shuru hui.</w:t>
      </w:r>
      <w:r>
        <w:br/>
      </w:r>
      <w:r>
        <w:rPr>
          <w:sz w:val="20"/>
        </w:rPr>
        <w:t>14:24  jab ke dunya mein azaadi aayi.</w:t>
      </w:r>
      <w:r>
        <w:br/>
      </w:r>
      <w:r>
        <w:rPr>
          <w:sz w:val="20"/>
        </w:rPr>
        <w:t>14:27  agarche musalman is bhi is ko sahi shakal mein nahi kar sake kyun ke un mein bhi khilafat ke naam par dynasty aa gayi.</w:t>
      </w:r>
      <w:r>
        <w:br/>
      </w:r>
      <w:r>
        <w:rPr>
          <w:sz w:val="20"/>
        </w:rPr>
        <w:t>14:37  dynasty yaani khandani hukoomat. lekin phir bhi kaam yaani history ka rukh wahi raha jidhar Allah taala chahta tha ke yaani marifat ki unfolding.</w:t>
      </w:r>
      <w:r>
        <w:br/>
      </w:r>
      <w:r>
        <w:rPr>
          <w:sz w:val="20"/>
        </w:rPr>
        <w:t>14:56  is ke baad jahan tak mein samajhta hoon ke jo crusades ka waqia hua hai yeh ek turning point tha human history mein. turning point.</w:t>
      </w:r>
      <w:r>
        <w:br/>
      </w:r>
      <w:r>
        <w:rPr>
          <w:sz w:val="20"/>
        </w:rPr>
        <w:t>15:08  yaani Europe ki jo qaumein thi woh sab mil kar ke is zamane mein musalmanon ka empire qaim tha. yeh maqamat jo thay jis ko eesaai log samajhte thay muqaddas yeh sham ka falasteen ka ilaqa</w:t>
      </w:r>
      <w:r>
        <w:br/>
      </w:r>
      <w:r>
        <w:rPr>
          <w:sz w:val="20"/>
        </w:rPr>
        <w:t>15:25  is par musalmanon ki hukoomat qaim thi. to Europe ki qaumein jo hain Europe ki hukoomatein jo hain woh aik ho kar ke mutahid ho kar ke unhon ne attack kar diya taake qabza karein woh apne muqaddas maqamat ko.</w:t>
      </w:r>
      <w:r>
        <w:br/>
      </w:r>
      <w:r>
        <w:rPr>
          <w:sz w:val="20"/>
        </w:rPr>
        <w:t>15:44  aur do so saal tak ladai hoti rahi is ki wapsi ke liye. lekin aap jante hain ke is mein European hukoomaton ko humiliating defeat hui.</w:t>
      </w:r>
      <w:r>
        <w:br/>
      </w:r>
      <w:r>
        <w:rPr>
          <w:sz w:val="20"/>
        </w:rPr>
        <w:t>16:00  humiliating defeat yaani muslim saltanatain jo thi woh kamyab huin. lekin yeh jeet aur haar ka muamla nahi tha.</w:t>
      </w:r>
      <w:r>
        <w:br/>
      </w:r>
      <w:r>
        <w:rPr>
          <w:sz w:val="20"/>
        </w:rPr>
        <w:t>16:11  yeh history ko ek naye daur mein dakhil karne ka muamla tha.</w:t>
      </w:r>
      <w:r>
        <w:br/>
      </w:r>
      <w:r>
        <w:rPr>
          <w:sz w:val="20"/>
        </w:rPr>
        <w:t>16:16  woh Allah taala ne manage kiya tha. kyun ke is ke baad kya hua ke crusades mein jab European qaumon ko haar hui</w:t>
      </w:r>
      <w:r>
        <w:br/>
      </w:r>
      <w:r>
        <w:rPr>
          <w:sz w:val="20"/>
        </w:rPr>
        <w:t>16:31  aur mukammal haar jis ko jis ko murikhin ne likha hai ke humiliating defeat</w:t>
      </w:r>
      <w:r>
        <w:br/>
      </w:r>
      <w:r>
        <w:rPr>
          <w:sz w:val="20"/>
        </w:rPr>
        <w:t>16:38  to un ke andar aik naya zehn paida hua. kyunke main ne arz kiya ke Allah taala is dunya mein insan ki azadi ko baqi rakhte hue history ko manage kar rahe hain.</w:t>
      </w:r>
      <w:r>
        <w:br/>
      </w:r>
      <w:r>
        <w:rPr>
          <w:sz w:val="20"/>
        </w:rPr>
        <w:t>16:50  to wahi hua.</w:t>
      </w:r>
      <w:r>
        <w:br/>
      </w:r>
      <w:r>
        <w:rPr>
          <w:sz w:val="20"/>
        </w:rPr>
        <w:t>16:53  to European qaumon ke andar aik naya zehn aaya. yaani military crusade ki bajaye spiritual crusade kehte hain. yaani peaceful crusade.</w:t>
      </w:r>
      <w:r>
        <w:br/>
      </w:r>
      <w:r>
        <w:rPr>
          <w:sz w:val="20"/>
        </w:rPr>
        <w:t>17:05  is se pehle unhon ne kya tha violent crusade. ab aik naya zehn aaya ke spiritual crusade ya peaceful crusade.</w:t>
      </w:r>
      <w:r>
        <w:br/>
      </w:r>
      <w:r>
        <w:rPr>
          <w:sz w:val="20"/>
        </w:rPr>
        <w:t>17:16  ab unhon ne aik kiya ke ilmi taraqqi ka daur shuru hua un ke andar jis ko kehte hain renaissance.</w:t>
      </w:r>
      <w:r>
        <w:br/>
      </w:r>
      <w:r>
        <w:rPr>
          <w:sz w:val="20"/>
        </w:rPr>
        <w:t>17:24  crusades ke baad jo renaissance ka daur aaya hai woh aik aik nai tareekh banna shuru hui Europe mein.</w:t>
      </w:r>
    </w:p>
    <w:p>
      <w:pPr>
        <w:pStyle w:val="Heading2"/>
      </w:pPr>
      <w:r>
        <w:t>Calamities are self-caused: the Ramadan weight-gain challenge story</w:t>
      </w:r>
    </w:p>
    <w:p>
      <w:r>
        <w:rPr>
          <w:color w:val="666666"/>
          <w:sz w:val="18"/>
        </w:rPr>
        <w:t>Ramadan and Roza August 5, 2012 · 4m 12s · at 14:49 · https://youtu.be/G1oFWcZ1gBg?t=889</w:t>
      </w:r>
    </w:p>
    <w:p>
      <w:r>
        <w:rPr>
          <w:i/>
        </w:rPr>
        <w:t>“Jo museebat tum par padti hai, apne kiye ka nateeja hai”</w:t>
      </w:r>
    </w:p>
    <w:p>
      <w:r>
        <w:rPr>
          <w:sz w:val="20"/>
        </w:rPr>
        <w:t>14:49  aise hi pure pure quran phir aap padhenge is ayat tak pahunchenge ma asabakum musibah fabima qasamat aydikum yani jo musibah tumhare par padti hai to tumhare apne hi kiye ka nateeja hoti hai.</w:t>
      </w:r>
      <w:r>
        <w:br/>
      </w:r>
      <w:r>
        <w:rPr>
          <w:sz w:val="20"/>
        </w:rPr>
        <w:t>15:10  yeh aap ne padha to aap is ko bar bar padhenge agar aap ki hassasiyat barhi hui ho to</w:t>
      </w:r>
      <w:r>
        <w:br/>
      </w:r>
      <w:r>
        <w:rPr>
          <w:sz w:val="20"/>
        </w:rPr>
        <w:t>15:17  ke yeh kaisi baat ajib quran majeed mein hai ke jo musibah hi tum par padti hai wo sirf tumhare apne kiye ka nateeja hoti hai.</w:t>
      </w:r>
      <w:r>
        <w:br/>
      </w:r>
      <w:r>
        <w:rPr>
          <w:sz w:val="20"/>
        </w:rPr>
        <w:t>15:30  ab sochenge aap ke dekhiye mein to dusron ki shikayaton mein jee raha hoon.</w:t>
      </w:r>
      <w:r>
        <w:br/>
      </w:r>
      <w:r>
        <w:rPr>
          <w:sz w:val="20"/>
        </w:rPr>
        <w:t>15:37  falasteen ko le kar yahudon ki shikayat kashmir ko le kar hinduo ki shikayat iraq ko le kar america ke khilaf shikayat khatte ki shikayat hi shikayat babri masjid ko le kar kalma ek taqreer sun raha tha kisi sahab ki hai babri masjid ko le kar shikayat karta hoon bohat barpa ki hui thi bees saal guzar chuke hain babri masjid ko isi ramzan ke mahine mein taqreer kar rahe hain wo</w:t>
      </w:r>
      <w:r>
        <w:br/>
      </w:r>
      <w:r>
        <w:rPr>
          <w:sz w:val="20"/>
        </w:rPr>
        <w:t>16:06  to ab is is ayat se wo aadmi compare karega apna is ayat se compare karega ke quran mein to yeh hai ke dusra koi zimmedari hi nahi hai tumhari kisi musibah ka tum khud zimmedar ho lekin cheez kya hai sare log overeating karte hain ramzan mein overeating ki wajah se un ke andar hassasiyat hi paida nahi hoti</w:t>
      </w:r>
      <w:r>
        <w:br/>
      </w:r>
      <w:r>
        <w:rPr>
          <w:sz w:val="20"/>
        </w:rPr>
        <w:t>16:36  un ko wo tajruba hi nahi guzarta jis ke liye roza farz kiya gaya hai ek bar to ab mein america mein tha ittefaq se ramzan shuru hone wala tha to ramzan par mein bola mein to mein ne yahi baat kahi ke ramzan mein overeating nahi karna chahiye overeating se kya hota hai ke wo maqsad hi faut ho jata hai</w:t>
      </w:r>
      <w:r>
        <w:br/>
      </w:r>
      <w:r>
        <w:rPr>
          <w:sz w:val="20"/>
        </w:rPr>
        <w:t>17:01  to bohat se musalman baithe hue the wahan par jo rehte hain america mein unhone kaha ke yahan aisa koi nahi hai yahan aisa koi nahi karta ek dam saaf inkar kar diya unhone ab mein wahan par yani ajib halat ho gayi meri to ek senior aadmi khada hua jo wahan reh raha tha bohat pehle se america mein un sab ke muqable mein wo senior tha wo wo khada hua us ne kaha ke dekho mein tum sab se zyada senior hoon</w:t>
      </w:r>
      <w:r>
        <w:br/>
      </w:r>
      <w:r>
        <w:rPr>
          <w:sz w:val="20"/>
        </w:rPr>
        <w:t>17:31  tum sab se se pehle mein america mein reh raha hoon tum sab ka haal janta hoon mein tum sab log overeating karte ho to us ne ek challenge diya ke mein aap sab logon ko ek challenge deta hoon ke ramzan ki pehli tareekh ko aap apna wazan le lijiye apna wazan apna weight aur phir ramzan ke aakhir mein eid ke din dobara lijiye</w:t>
      </w:r>
      <w:r>
        <w:br/>
      </w:r>
      <w:r>
        <w:rPr>
          <w:sz w:val="20"/>
        </w:rPr>
        <w:t>18:01  sab ka wazan barh chuka hoga</w:t>
      </w:r>
      <w:r>
        <w:br/>
      </w:r>
      <w:r>
        <w:rPr>
          <w:sz w:val="20"/>
        </w:rPr>
        <w:t>18:05  yeh ajeeb baat us ne kahi ke ramzan ki pehli tareekh ko aap apna wazan lijiye apna weight</w:t>
      </w:r>
      <w:r>
        <w:br/>
      </w:r>
      <w:r>
        <w:rPr>
          <w:sz w:val="20"/>
        </w:rPr>
        <w:t>18:12  aur phir aap eid ke din apna wazan lijiye aap mein se har ek shakhs ka wazan barh</w:t>
      </w:r>
      <w:r>
        <w:br/>
      </w:r>
      <w:r>
        <w:rPr>
          <w:sz w:val="20"/>
        </w:rPr>
        <w:t>18:16  chuka hoga phir koi nahi bola ek bhi shakhs nahi bola sab chup ho gaye</w:t>
      </w:r>
      <w:r>
        <w:br/>
      </w:r>
      <w:r>
        <w:rPr>
          <w:sz w:val="20"/>
        </w:rPr>
        <w:t>18:22  kyunke ramzan ke mani hain khane ki dhoom</w:t>
      </w:r>
      <w:r>
        <w:br/>
      </w:r>
      <w:r>
        <w:rPr>
          <w:sz w:val="20"/>
        </w:rPr>
        <w:t>18:26  ramzan ke mani hain khane peene ki dhoom</w:t>
      </w:r>
      <w:r>
        <w:br/>
      </w:r>
      <w:r>
        <w:rPr>
          <w:sz w:val="20"/>
        </w:rPr>
        <w:t>18:32  to ramzan ki jo spirit hai jo is ka maqsad hai us ko kal karna hai overeating karna hai kyunke aap ko tajruba hi nahi guzarta jis tajrube ke liye roza rakha gaya jo wo tajruba guzarta hai tab aap quran ko gehrai ke sath samajh paate hain phir aap introspection karte hain phir zyada ghor o fikr jagta hai aap ke andar</w:t>
      </w:r>
    </w:p>
    <w:p>
      <w:pPr>
        <w:pStyle w:val="Heading2"/>
      </w:pPr>
      <w:r>
        <w:t>Using Quran for self-correction and avoiding blame</w:t>
      </w:r>
    </w:p>
    <w:p>
      <w:r>
        <w:rPr>
          <w:color w:val="666666"/>
          <w:sz w:val="18"/>
        </w:rPr>
        <w:t>Ramadan and The Quran July 22, 2012 · 4m 26s · at 26:07 · https://youtu.be/0fFJ1_hkS_o?t=1567</w:t>
      </w:r>
    </w:p>
    <w:p>
      <w:r>
        <w:rPr>
          <w:i/>
        </w:rPr>
        <w:t>“Ab is ko leejaiye”</w:t>
      </w:r>
    </w:p>
    <w:p>
      <w:r>
        <w:rPr>
          <w:sz w:val="20"/>
        </w:rPr>
        <w:t>26:07  ab is ko lijiye, aap is ke baad aap quran ki ayatein jab padhenge inna ma'al ghusri yusra inna ma'al ghusri yusra dekhiye, is ayat ko padh kar ke aap kya daryaft karenge?</w:t>
      </w:r>
      <w:r>
        <w:br/>
      </w:r>
      <w:r>
        <w:rPr>
          <w:sz w:val="20"/>
        </w:rPr>
        <w:t>26:20  zindagi mein ghusar bhi hai, yusar bhi hai. Yani mushkil bhi hai, aasani bhi hai, opportunities bhi hain, scope bhi hain.</w:t>
      </w:r>
      <w:r>
        <w:br/>
      </w:r>
      <w:r>
        <w:rPr>
          <w:sz w:val="20"/>
        </w:rPr>
        <w:t>26:33  to is ayat se kya aap daryaft karenge?</w:t>
      </w:r>
      <w:r>
        <w:br/>
      </w:r>
      <w:r>
        <w:rPr>
          <w:sz w:val="20"/>
        </w:rPr>
        <w:t>26:36  aap kahenge ke scope ko daryaft karo,</w:t>
      </w:r>
      <w:r>
        <w:br/>
      </w:r>
      <w:r>
        <w:rPr>
          <w:sz w:val="20"/>
        </w:rPr>
        <w:t>26:42  difficulties ko, problem ko nazar andaz karo. To rehnumai woh hai, leader woh hai jo scope ko bataye, jo opportunities ko bataye, jo mawaqe ko bataye,</w:t>
      </w:r>
      <w:r>
        <w:br/>
      </w:r>
      <w:r>
        <w:rPr>
          <w:sz w:val="20"/>
        </w:rPr>
        <w:t>27:04  jo</w:t>
      </w:r>
      <w:r>
        <w:br/>
      </w:r>
      <w:r>
        <w:rPr>
          <w:sz w:val="20"/>
        </w:rPr>
        <w:t>27:08  yani difficulties aur problem ki nishandahi karay. Woh woh leader hi nahi hai. Woh</w:t>
      </w:r>
      <w:r>
        <w:br/>
      </w:r>
      <w:r>
        <w:rPr>
          <w:sz w:val="20"/>
        </w:rPr>
        <w:t>27:16  phir aap dekhiye, padhenge aap shaitan ka kirdaar, iblis ka kirdaar. Iblis ka kirdaar kya hai?</w:t>
      </w:r>
      <w:r>
        <w:br/>
      </w:r>
      <w:r>
        <w:rPr>
          <w:sz w:val="20"/>
        </w:rPr>
        <w:t>27:28  Allah taala ne insan ko paida kiya aur us waqt do makhlooq aur theen: farishtay aur iblis.</w:t>
      </w:r>
      <w:r>
        <w:br/>
      </w:r>
      <w:r>
        <w:rPr>
          <w:sz w:val="20"/>
        </w:rPr>
        <w:t>27:39  Allah ne dono se kaha ke tum log insan ke aagay jhuk jao.</w:t>
      </w:r>
      <w:r>
        <w:br/>
      </w:r>
      <w:r>
        <w:rPr>
          <w:sz w:val="20"/>
        </w:rPr>
        <w:t>27:45  to kya hua? aap parhein ge quran mein ke farishtay to jhuk gaye aur shaitan nahin jhuka.</w:t>
      </w:r>
      <w:r>
        <w:br/>
      </w:r>
      <w:r>
        <w:rPr>
          <w:sz w:val="20"/>
        </w:rPr>
        <w:t>27:54  is ne kya kiya? jis ko aaj kal ki zaban mein kaha jaye yani artist of opposition ikhtiyar kar liya.</w:t>
      </w:r>
      <w:r>
        <w:br/>
      </w:r>
      <w:r>
        <w:rPr>
          <w:sz w:val="20"/>
        </w:rPr>
        <w:t>28:06  shikayat ki zaban, opposition ka tareeqa</w:t>
      </w:r>
      <w:r>
        <w:br/>
      </w:r>
      <w:r>
        <w:rPr>
          <w:sz w:val="20"/>
        </w:rPr>
        <w:t>28:14  ikhtiyar kar liya is ne. aur poori tareekh mein shaitan yahi kar raha hai.</w:t>
      </w:r>
      <w:r>
        <w:br/>
      </w:r>
      <w:r>
        <w:rPr>
          <w:sz w:val="20"/>
        </w:rPr>
        <w:t>28:21  ab is ko le kar aap sochiye to us waqt jo siyasat chal rahi hai musalmanon mein, woh sab shaitani siyasat nazar aaye gi aap ko.</w:t>
      </w:r>
      <w:r>
        <w:br/>
      </w:r>
      <w:r>
        <w:rPr>
          <w:sz w:val="20"/>
        </w:rPr>
        <w:t>28:29  har taraf shikayatein, har taraf complain, har taraf opposition, har taraf zulm ka ailaan. shaitan ne kaha tha Allah taala se naoozubillah rab bima aghwaytni yani shaitan ko jo mahroomi hui, us ki zimmedari daal di is ne Allah par.</w:t>
      </w:r>
      <w:r>
        <w:br/>
      </w:r>
      <w:r>
        <w:rPr>
          <w:sz w:val="20"/>
        </w:rPr>
        <w:t>28:51  rab bima aghwaytni shaitan ko jo mahroomi hui thi, us ki zimmedari is ne daal di Allah par.</w:t>
      </w:r>
      <w:r>
        <w:br/>
      </w:r>
      <w:r>
        <w:rPr>
          <w:sz w:val="20"/>
        </w:rPr>
        <w:t>29:01  kya aap soch sakte hain ke Allah zimmedar hoga kisi ki mahroomi ka? zahir hai ke yeh jhooti baat thi. to aaj kal jo siyasat chal rahi hai ke hum apni mahroomiyon ko zimmedar doosre pe thehrate hain,</w:t>
      </w:r>
      <w:r>
        <w:br/>
      </w:r>
      <w:r>
        <w:rPr>
          <w:sz w:val="20"/>
        </w:rPr>
        <w:t>29:17  yeh bilashuba ek shaitani siyasat hai.</w:t>
      </w:r>
      <w:r>
        <w:br/>
      </w:r>
      <w:r>
        <w:rPr>
          <w:sz w:val="20"/>
        </w:rPr>
        <w:t>29:21  apni mahroomi ko accept kijiye, apni kamzoriyon ko daryaft kijiye. yeh hai sahi siyasat.</w:t>
      </w:r>
      <w:r>
        <w:br/>
      </w:r>
      <w:r>
        <w:rPr>
          <w:sz w:val="20"/>
        </w:rPr>
        <w:t>29:31  aur apni mahroomi ko doosre ke sar par daalna aur phir doosre ke khilaaf shikayat ka toofan barpa karna, yeh hai shaitani siyasat.</w:t>
      </w:r>
      <w:r>
        <w:br/>
      </w:r>
      <w:r>
        <w:rPr>
          <w:sz w:val="20"/>
        </w:rPr>
        <w:t>29:42  to poore quran ko aap is nazar se parhein ge jis ko kaha gaya hai furqan.</w:t>
      </w:r>
      <w:r>
        <w:br/>
      </w:r>
      <w:r>
        <w:rPr>
          <w:sz w:val="20"/>
        </w:rPr>
        <w:t>29:49  furqan.</w:t>
      </w:r>
      <w:r>
        <w:br/>
      </w:r>
      <w:r>
        <w:rPr>
          <w:sz w:val="20"/>
        </w:rPr>
        <w:t>29:54  furqan ka matlab hai criterion. yani quran ki aayaton mein criterion daryaft karein ge aur is se judge karein ge apne aap ko ke hum theek chal rahe hain ya galat chal rahe hain.</w:t>
      </w:r>
      <w:r>
        <w:br/>
      </w:r>
      <w:r>
        <w:rPr>
          <w:sz w:val="20"/>
        </w:rPr>
        <w:t>30:10  to yeh self correction ka process ban jaye ga. quran ki tilawat jo hai, woh self correction ka process ban jaye ga.</w:t>
      </w:r>
      <w:r>
        <w:br/>
      </w:r>
      <w:r>
        <w:rPr>
          <w:sz w:val="20"/>
        </w:rPr>
        <w:t>30:19  ab ghor kijiye ke kitni bari nemat hai aisa aisa quran ko parhna is tarah tadabbur ke sath ke poora ramzan ka ek poora mahina self correction ka mahina ban jaye ga.</w:t>
      </w:r>
    </w:p>
    <w:p>
      <w:pPr>
        <w:pStyle w:val="Heading2"/>
      </w:pPr>
      <w:r>
        <w:t>Clarifying hadith on paradise for realization</w:t>
      </w:r>
    </w:p>
    <w:p>
      <w:r>
        <w:rPr>
          <w:color w:val="666666"/>
          <w:sz w:val="18"/>
        </w:rPr>
        <w:t>Rediscovering Islam From Its Original Sources - Maulana Wahiduddin Khan · 5m 08s · at 8:53 · https://youtu.be/KOUJnT0tl50?t=533</w:t>
      </w:r>
    </w:p>
    <w:p>
      <w:r>
        <w:rPr>
          <w:i/>
        </w:rPr>
        <w:t>“A hadith from Bukhari has been misinterpreted.”</w:t>
      </w:r>
    </w:p>
    <w:p>
      <w:r>
        <w:rPr>
          <w:sz w:val="20"/>
        </w:rPr>
        <w:t>8:53  bukhari ki ek riwayat ko le kar ke galat matlab nikala gaya hai ke "man qala la ilaha illallah dakhla al jannah". is ko le kar sari duniya mein musalman muslim ulma aur muslim rehnuma yeh kehte hain ke kalma go ke liye jannat hai. yaani jis ne keh diya la ilaha illallah to us ki jannat pakki ho gayi. to unhon ne kaha ke yeh hamare samajh mein nahin aata. kuch shabd bol dein, kuch ek ek sent</w:t>
      </w:r>
      <w:r>
        <w:br/>
      </w:r>
      <w:r>
        <w:rPr>
          <w:sz w:val="20"/>
        </w:rPr>
        <w:t>9:23  ence hai, is ko dohra dein zuban se to bas jannat pakki ho jaye. aisa to kuch bhi nahin hota. hum parhte hain aaj ki duniya mein har cheez ko fact par base karti hai, logic par base karti hai, reason par base karti hai. yahan par kya hai? koi logic nahin, koi fact nahin, bas ek kuch ek sentence hai, us ko bol do to jannat pakki ho gayi tumhari. yeh baat hamari samajh mein aati nahin.</w:t>
      </w:r>
      <w:r>
        <w:br/>
      </w:r>
      <w:r>
        <w:rPr>
          <w:sz w:val="20"/>
        </w:rPr>
        <w:t>9:53  to aisa islam pehle to samajh mein aa jata tha logon ke. pehle zamane mein, yaani pre scientific era mein, log samajh lete the aisa ke la ilaha keh do aur jannat pakki ho gayi. aaj koi samajhne ko tayyar nahin hai. kyunke aaj logon ki soch scientific soch ban chuki hai, rational soch ban chuki hai, logical soch ban chuki hai. to main ne un se kaha</w:t>
      </w:r>
      <w:r>
        <w:br/>
      </w:r>
      <w:r>
        <w:rPr>
          <w:sz w:val="20"/>
        </w:rPr>
        <w:t>10:24  ke dekhiye, yeh islam ki galti nahin hai. jin logon ne is ka matlab yeh nikal rakha hai ke kalma go ke liye jannat, un ki galti hai. kyunke dekhiye, ek hadith yeh hai ke "man qala la ilaha illallah dakhla al jannah". doosri hadith isi ke bare mein is tarah hai ke "man arfa la ilaha illallah dakhla al jannah". to is</w:t>
      </w:r>
      <w:r>
        <w:br/>
      </w:r>
      <w:r>
        <w:rPr>
          <w:sz w:val="20"/>
        </w:rPr>
        <w:t>10:54  dono ko mila kar sochiye aap. to qail e kalma ke liye jannat nahin hai, arif e kalma ke liye jannat hai. jannat kis ke liye hai? qail e kalma ke liye nahin, arif e kalma ke liye. yaani jis ne islam ko bator e sachai ke realize kiya, marifat means realization.</w:t>
      </w:r>
      <w:r>
        <w:br/>
      </w:r>
      <w:r>
        <w:rPr>
          <w:sz w:val="20"/>
        </w:rPr>
        <w:t>11:24  marifat means realization. to realization jo hai, us par jannat hai, na ke mahaz munh se bol dene par jannat hai. phir main ne un ko quran ki ayat batai jo saatwein paare ke shuru mein hai. is mein yeh hai ke "wa idha sami'u ma'unatan ila al rasool tara a'yunuhum tufiqan min al dammi mimma 'arafu min al haqq".</w:t>
      </w:r>
      <w:r>
        <w:br/>
      </w:r>
      <w:r>
        <w:rPr>
          <w:sz w:val="20"/>
        </w:rPr>
        <w:t>11:59  yaani marifat, haq ki marifat, us par kaha gaya hai ke unhein fa asabahumu allahu bima qalu jinad din tajri min taly al nar. ab dekhiye, yahan bhi quran mein hai ke un ko jannat di gayi, di khuda ne. kis par di? marifat e haq par. yaani sachai ko realize kiya unhon ne, sachai ko discover kiya unhon ne. to main ne un se bataya</w:t>
      </w:r>
      <w:r>
        <w:br/>
      </w:r>
      <w:r>
        <w:rPr>
          <w:sz w:val="20"/>
        </w:rPr>
        <w:t>12:30  ke iman means discovery, iman means realization. to main ne kaha ke dekhiye, yeh itni badi universe hai, is ka ek banane wala hai, isi banane wale ko hum khuda kehte hain, Allah kehte hain. woh hamare liye bazahir unseen hai, dikhai nahin deta hai. to jab aadmi research karta hai, study karta hai, aur sochta hai, sochte sochte us ko discovery ho jati</w:t>
      </w:r>
      <w:r>
        <w:br/>
      </w:r>
      <w:r>
        <w:rPr>
          <w:sz w:val="20"/>
        </w:rPr>
        <w:t>13:00  hai ke is universe ke peeche ek khuda hai, us ka ek creator hai. yaani design mein woh designer ko pa leta hai. to is discovery jo jis ko ho jaye, jis ko yeh is haqeeqat ka realization ho jaye, us ke liye paradise hai, us ke liye jannat hai. to foran manne lage woh. unhon ne kaha bilkul theek keh rahe hain aap. aap bilkul theek keh rahe hain.</w:t>
      </w:r>
      <w:r>
        <w:br/>
      </w:r>
      <w:r>
        <w:rPr>
          <w:sz w:val="20"/>
        </w:rPr>
        <w:t>13:31  to dekhiye, yahan par kya tha ke musalmanon ka apna banaye hue edition ke mutabiq kya hai? kalma go ke liye jannat hai. yeh kaise kisi samajh mein aaye? aaj ka scientific mind kaise samjhega is ko? ke lift service par jannat hai, is ka matlab to yeh hua na? kalma go ke liye jannat ka matlab yeh hua ke lift service par jannat hai. to aaj ka mind is ko samajh nahin sakta. phir jab main ne explain</w:t>
      </w:r>
    </w:p>
    <w:p>
      <w:pPr>
        <w:pStyle w:val="Heading2"/>
      </w:pPr>
      <w:r>
        <w:t>Prophet's complaint about Quran being abandoned</w:t>
      </w:r>
    </w:p>
    <w:p>
      <w:r>
        <w:rPr>
          <w:color w:val="666666"/>
          <w:sz w:val="18"/>
        </w:rPr>
        <w:t>Dars e Quran, Ch 2 Vs 80 82, July 01, 2018 · 3m 23s · at 2:22 · https://youtu.be/BuLkoCE6j18?t=142</w:t>
      </w:r>
    </w:p>
    <w:p>
      <w:r>
        <w:rPr>
          <w:i/>
        </w:rPr>
        <w:t>“In aayaton par ghaur karte hue”</w:t>
      </w:r>
    </w:p>
    <w:p>
      <w:r>
        <w:rPr>
          <w:sz w:val="20"/>
        </w:rPr>
        <w:t>2:22  in ayaton par ghor karte hue</w:t>
      </w:r>
      <w:r>
        <w:br/>
      </w:r>
      <w:r>
        <w:rPr>
          <w:sz w:val="20"/>
        </w:rPr>
        <w:t>2:28  mujhe woh ayat yaad aayi jo quran mein hai doosre maqam par ke paighambar Allah se yeh shikayat karega ke rab inna qawmi attakhazu al-qurana mahjoora.</w:t>
      </w:r>
      <w:r>
        <w:br/>
      </w:r>
      <w:r>
        <w:rPr>
          <w:sz w:val="20"/>
        </w:rPr>
        <w:t>2:48  is poori ayat padhi hai, iska tarjuma padhiye.</w:t>
      </w:r>
      <w:r>
        <w:br/>
      </w:r>
      <w:r>
        <w:rPr>
          <w:sz w:val="20"/>
        </w:rPr>
        <w:t>2:51  wa qala ar-rasoolu ya rabbi inna qawmi attakhazu al-qurana mahjoora. surah al-furqan chapter number 25, verse number 30.</w:t>
      </w:r>
      <w:r>
        <w:br/>
      </w:r>
      <w:r>
        <w:rPr>
          <w:sz w:val="20"/>
        </w:rPr>
        <w:t>3:01  aur rasool kahega ke aye mere rab, meri qaum ne is quran ko bilkul nazar andaaz kar diya.</w:t>
      </w:r>
      <w:r>
        <w:br/>
      </w:r>
      <w:r>
        <w:rPr>
          <w:sz w:val="20"/>
        </w:rPr>
        <w:t>3:09  hmm, nazar andaaz nahi, kitab mahjoor bana diya, yani abandoned book bana diya.</w:t>
      </w:r>
      <w:r>
        <w:br/>
      </w:r>
      <w:r>
        <w:rPr>
          <w:sz w:val="20"/>
        </w:rPr>
        <w:t>3:19  lafzi tarjuma kya hai?</w:t>
      </w:r>
      <w:r>
        <w:br/>
      </w:r>
      <w:r>
        <w:rPr>
          <w:sz w:val="20"/>
        </w:rPr>
        <w:t>3:22  kitab mahjoor bana diya, abandoned book bana diya. haan, yeh lafzi tarjuma hai.</w:t>
      </w:r>
      <w:r>
        <w:br/>
      </w:r>
      <w:r>
        <w:rPr>
          <w:sz w:val="20"/>
        </w:rPr>
        <w:t>3:30  rasool Allah rab-ul-alameen se yeh kahega ke aye rab,</w:t>
      </w:r>
      <w:r>
        <w:br/>
      </w:r>
      <w:r>
        <w:rPr>
          <w:sz w:val="20"/>
        </w:rPr>
        <w:t>3:37  meri qaum ne. meri qaum se murad kaun hai? rasool se murad kaun hai? rasool se murad rasool Allah sallallahu alaihi wasallam hain, Muhammad rasool Allah.</w:t>
      </w:r>
      <w:r>
        <w:br/>
      </w:r>
      <w:r>
        <w:rPr>
          <w:sz w:val="20"/>
        </w:rPr>
        <w:t>3:50  aur meri qaum se murad musalman hain. is par ghor karte hue mujhe samajh mein aaya ke yeh kya mamla hai?</w:t>
      </w:r>
      <w:r>
        <w:br/>
      </w:r>
      <w:r>
        <w:rPr>
          <w:sz w:val="20"/>
        </w:rPr>
        <w:t>4:04  kitab mahjoor banana kya cheez hai? abandoned book banana kya cheez hai?</w:t>
      </w:r>
      <w:r>
        <w:br/>
      </w:r>
      <w:r>
        <w:rPr>
          <w:sz w:val="20"/>
        </w:rPr>
        <w:t>4:16  dekhiye, jab quran utra</w:t>
      </w:r>
      <w:r>
        <w:br/>
      </w:r>
      <w:r>
        <w:rPr>
          <w:sz w:val="20"/>
        </w:rPr>
        <w:t>4:22  rasool Allah sallallahu alaihi wasallam par to woh literal ma'ne mein matloob tha us waqt. literal ma'ne mein.</w:t>
      </w:r>
      <w:r>
        <w:br/>
      </w:r>
      <w:r>
        <w:rPr>
          <w:sz w:val="20"/>
        </w:rPr>
        <w:t>4:33  lekin baad ke zamane mein, baad ke zamane mein quran matloob ho gaya applied ma'ne mein.</w:t>
      </w:r>
      <w:r>
        <w:br/>
      </w:r>
      <w:r>
        <w:rPr>
          <w:sz w:val="20"/>
        </w:rPr>
        <w:t>4:47  to yahan rasool ki shikayat ka matlab yeh hai</w:t>
      </w:r>
      <w:r>
        <w:br/>
      </w:r>
      <w:r>
        <w:rPr>
          <w:sz w:val="20"/>
        </w:rPr>
        <w:t>4:52  ke baad ke zamane mein, yani ummat ke baad ke zamane mein, logon ne quran ko applied way mein daryaft nahi kiya,</w:t>
      </w:r>
      <w:r>
        <w:br/>
      </w:r>
      <w:r>
        <w:rPr>
          <w:sz w:val="20"/>
        </w:rPr>
        <w:t>5:07  bas is ko tilawat karte rahe woh</w:t>
      </w:r>
      <w:r>
        <w:br/>
      </w:r>
      <w:r>
        <w:rPr>
          <w:sz w:val="20"/>
        </w:rPr>
        <w:t>5:13  asal matlab is ka yeh hai ke kitab mehjoor banana zahir hai ke aap aap tareekh dekhiye musalmanon ki, ummat e muslema ki tareekh to literal maani mein kabhi bhi ummat ne quran ko kitab mehjoor nahi banaya,</w:t>
      </w:r>
      <w:r>
        <w:br/>
      </w:r>
      <w:r>
        <w:rPr>
          <w:sz w:val="20"/>
        </w:rPr>
        <w:t>5:32  kabhi bhi nahi. kitab mehjoor banaya hai applied maani mein. applied maani ka matlab kya hai?</w:t>
      </w:r>
    </w:p>
    <w:p>
      <w:pPr>
        <w:pStyle w:val="Heading2"/>
      </w:pPr>
      <w:r>
        <w:t>International report on law of nature and incentive</w:t>
      </w:r>
    </w:p>
    <w:p>
      <w:r>
        <w:rPr>
          <w:color w:val="666666"/>
          <w:sz w:val="18"/>
        </w:rPr>
        <w:t>Incentive Matters Most 8 Dec 2019 - Maulana Wahiduddin Khan · 5m 22s · at 5:26 · https://youtu.be/07PMcV-Z8Vo?t=326</w:t>
      </w:r>
    </w:p>
    <w:p>
      <w:r>
        <w:rPr>
          <w:i/>
        </w:rPr>
        <w:t>“Mujhe ek international report mili”</w:t>
      </w:r>
    </w:p>
    <w:p>
      <w:r>
        <w:rPr>
          <w:sz w:val="20"/>
        </w:rPr>
        <w:t>5:26  yahan tak ke mujhe aik international report mili, us ko mein ne chhapa tha apni magazine mein. Aik international survey ki report,</w:t>
      </w:r>
      <w:r>
        <w:br/>
      </w:r>
      <w:r>
        <w:rPr>
          <w:sz w:val="20"/>
        </w:rPr>
        <w:t>5:41  is mein law of nature bataya gaya tha. Yani jab mamla aisa ho ke aik taraf minority ho, doosri taraf majority ho,</w:t>
      </w:r>
      <w:r>
        <w:br/>
      </w:r>
      <w:r>
        <w:rPr>
          <w:sz w:val="20"/>
        </w:rPr>
        <w:t>5:57  to us waqt kya hota hai? Yani law of nature kis tarah chalta hai?</w:t>
      </w:r>
      <w:r>
        <w:br/>
      </w:r>
      <w:r>
        <w:rPr>
          <w:sz w:val="20"/>
        </w:rPr>
        <w:t>6:07  to is mein bataya gaya tha, yeh mein ne chhapa tha apni magazine mein ke law of nature yeh hai ke jab</w:t>
      </w:r>
      <w:r>
        <w:br/>
      </w:r>
      <w:r>
        <w:rPr>
          <w:sz w:val="20"/>
        </w:rPr>
        <w:t>6:19  aik community</w:t>
      </w:r>
      <w:r>
        <w:br/>
      </w:r>
      <w:r>
        <w:rPr>
          <w:sz w:val="20"/>
        </w:rPr>
        <w:t>6:23  kamzor ho aur doosri community taqatwar ho,</w:t>
      </w:r>
      <w:r>
        <w:br/>
      </w:r>
      <w:r>
        <w:rPr>
          <w:sz w:val="20"/>
        </w:rPr>
        <w:t>6:31  jaisay quran ke alfaaz mein,</w:t>
      </w:r>
      <w:r>
        <w:br/>
      </w:r>
      <w:r>
        <w:rPr>
          <w:sz w:val="20"/>
        </w:rPr>
        <w:t>6:43  qaleel ho aur kaseer ho,</w:t>
      </w:r>
      <w:r>
        <w:br/>
      </w:r>
      <w:r>
        <w:rPr>
          <w:sz w:val="20"/>
        </w:rPr>
        <w:t>6:51  to ajeeb ghareeb tor par is mein yeh baat thi musalmanon ki soch ke khilaf ke qaleel ghalib aata hai, kaseer kaseer pe kamzor aata hai, ghalib aata hai taqatwar par.</w:t>
      </w:r>
      <w:r>
        <w:br/>
      </w:r>
      <w:r>
        <w:rPr>
          <w:sz w:val="20"/>
        </w:rPr>
        <w:t>7:08  to report mein bataya gaya tha ke jab aisa ho ke aik taraf qaleel hai, aik taraf kaseer hai,</w:t>
      </w:r>
      <w:r>
        <w:br/>
      </w:r>
      <w:r>
        <w:rPr>
          <w:sz w:val="20"/>
        </w:rPr>
        <w:t>7:22  to us waqt aik law of nature jari ho jata hai. Ab woh hai yeh ke jo qaleel hai, jo kamzor hai,</w:t>
      </w:r>
      <w:r>
        <w:br/>
      </w:r>
      <w:r>
        <w:rPr>
          <w:sz w:val="20"/>
        </w:rPr>
        <w:t>7:38  us ke andar incentive barh jata hai, us ka incentive barh jata hai.</w:t>
      </w:r>
      <w:r>
        <w:br/>
      </w:r>
      <w:r>
        <w:rPr>
          <w:sz w:val="20"/>
        </w:rPr>
        <w:t>7:53  yani</w:t>
      </w:r>
      <w:r>
        <w:br/>
      </w:r>
      <w:r>
        <w:rPr>
          <w:sz w:val="20"/>
        </w:rPr>
        <w:t>7:58  asli cheez to law of nature hai. to law of nature agar incentive ko barha de to woh groh beshumar taqatwar groh ban jata, ban jayega.</w:t>
      </w:r>
      <w:r>
        <w:br/>
      </w:r>
      <w:r>
        <w:rPr>
          <w:sz w:val="20"/>
        </w:rPr>
        <w:t>8:19  yeh is mein likha tha aur maine yeh apni magazine mein chhapa tha,</w:t>
      </w:r>
      <w:r>
        <w:br/>
      </w:r>
      <w:r>
        <w:rPr>
          <w:sz w:val="20"/>
        </w:rPr>
        <w:t>8:34  balkeh kai bar chhapa, kai bar chhapa.</w:t>
      </w:r>
      <w:r>
        <w:br/>
      </w:r>
      <w:r>
        <w:rPr>
          <w:sz w:val="20"/>
        </w:rPr>
        <w:t>8:41  to phir maine is ko aur bhi detail mein study ki. to is mein yeh tha ke jo kamzor taqat hai,</w:t>
      </w:r>
      <w:r>
        <w:br/>
      </w:r>
      <w:r>
        <w:rPr>
          <w:sz w:val="20"/>
        </w:rPr>
        <w:t>8:57  iske andar creativity barhti hai, barhti hai, barhti hai, barhti hai, yahan tak ke kamzor thi pehle agar to ab woh taqatwar ho jati hai.</w:t>
      </w:r>
      <w:r>
        <w:br/>
      </w:r>
      <w:r>
        <w:rPr>
          <w:sz w:val="20"/>
        </w:rPr>
        <w:t>9:19  to maine ek mazmoon likha tha ke dunya mein log kehte hain ke falan log kamzor hain, falan log taqatwar hain.</w:t>
      </w:r>
      <w:r>
        <w:br/>
      </w:r>
      <w:r>
        <w:rPr>
          <w:sz w:val="20"/>
        </w:rPr>
        <w:t>9:34  to equation kamzor aur taqatwar ka nahi hai.</w:t>
      </w:r>
      <w:r>
        <w:br/>
      </w:r>
      <w:r>
        <w:rPr>
          <w:sz w:val="20"/>
        </w:rPr>
        <w:t>9:41  jo equation hai dunya mein, woh kamzor aur taqatwar ka nahi hai.</w:t>
      </w:r>
      <w:r>
        <w:br/>
      </w:r>
      <w:r>
        <w:rPr>
          <w:sz w:val="20"/>
        </w:rPr>
        <w:t>9:48  yani ghareeb aur ameer ka nahi hai,</w:t>
      </w:r>
      <w:r>
        <w:br/>
      </w:r>
      <w:r>
        <w:rPr>
          <w:sz w:val="20"/>
        </w:rPr>
        <w:t>9:54  balkeh</w:t>
      </w:r>
      <w:r>
        <w:br/>
      </w:r>
      <w:r>
        <w:rPr>
          <w:sz w:val="20"/>
        </w:rPr>
        <w:t>10:02  kam incentive aur zyada incentive ka hai.</w:t>
      </w:r>
      <w:r>
        <w:br/>
      </w:r>
      <w:r>
        <w:rPr>
          <w:sz w:val="20"/>
        </w:rPr>
        <w:t>10:08  ek aadmi jo affluent family mein paida ho, uske andar woh taqatwar incentive nahi hota jo us mein hota hai jo kamzor family mein paida ho.</w:t>
      </w:r>
      <w:r>
        <w:br/>
      </w:r>
      <w:r>
        <w:rPr>
          <w:sz w:val="20"/>
        </w:rPr>
        <w:t>10:28  to nateeja jo hota hai, woh yeh hai ke</w:t>
      </w:r>
      <w:r>
        <w:br/>
      </w:r>
      <w:r>
        <w:rPr>
          <w:sz w:val="20"/>
        </w:rPr>
        <w:t>10:34  kamzor taqatwar hota jata hai, jo kamzor hai woh taqatwar hota jata hai.</w:t>
      </w:r>
    </w:p>
    <w:p>
      <w:pPr>
        <w:pStyle w:val="Heading2"/>
      </w:pPr>
      <w:r>
        <w:t>Companionship with Prophet through reading Hadith</w:t>
      </w:r>
    </w:p>
    <w:p>
      <w:r>
        <w:rPr>
          <w:color w:val="666666"/>
          <w:sz w:val="18"/>
        </w:rPr>
        <w:t>An Introduction to Hadith | July 25, 2007 · 4m 36s · at 51:35 · https://youtu.be/gfGuT-o5mSM?t=3095</w:t>
      </w:r>
    </w:p>
    <w:p>
      <w:r>
        <w:rPr>
          <w:i/>
        </w:rPr>
        <w:t>“Keep a book of Hadith in your home and read it in the day”</w:t>
      </w:r>
    </w:p>
    <w:p>
      <w:r>
        <w:rPr>
          <w:sz w:val="20"/>
        </w:rPr>
        <w:t>51:35  keep a book of Hadith in your home and read it in the day and night, you will</w:t>
      </w:r>
      <w:r>
        <w:br/>
      </w:r>
      <w:r>
        <w:rPr>
          <w:sz w:val="20"/>
        </w:rPr>
        <w:t>51:43  find yourself in the companionship of God, in the companionship of the Prophet.</w:t>
      </w:r>
      <w:r>
        <w:br/>
      </w:r>
      <w:r>
        <w:rPr>
          <w:sz w:val="20"/>
        </w:rPr>
        <w:t>51:51  For example, the Prophet - a saying is narrated in the Hadith book that - "mithlu al-mu'mini kal-khaamah" - there is a Hadith</w:t>
      </w:r>
      <w:r>
        <w:br/>
      </w:r>
      <w:r>
        <w:rPr>
          <w:sz w:val="20"/>
        </w:rPr>
        <w:t>51:59  - the example of a mumin is like the example of a plant, a tender plant.</w:t>
      </w:r>
      <w:r>
        <w:br/>
      </w:r>
      <w:r>
        <w:rPr>
          <w:sz w:val="20"/>
        </w:rPr>
        <w:t>52:06  - the example of a mumin is like the example of a plant, a tender plant.</w:t>
      </w:r>
      <w:r>
        <w:br/>
      </w:r>
      <w:r>
        <w:rPr>
          <w:sz w:val="20"/>
        </w:rPr>
        <w:t>52:14  The example of a mumin is like a tender - like the example of a tender plant.</w:t>
      </w:r>
      <w:r>
        <w:br/>
      </w:r>
      <w:r>
        <w:rPr>
          <w:sz w:val="20"/>
        </w:rPr>
        <w:t>52:22  It means that a mumin is flexible like a tender plant.</w:t>
      </w:r>
      <w:r>
        <w:br/>
      </w:r>
      <w:r>
        <w:rPr>
          <w:sz w:val="20"/>
        </w:rPr>
        <w:t>52:30  You know, a tender plant is flexible, so is a mumin.</w:t>
      </w:r>
      <w:r>
        <w:br/>
      </w:r>
      <w:r>
        <w:rPr>
          <w:sz w:val="20"/>
        </w:rPr>
        <w:t>52:38  A mumin has no arrogance, he is a flexible person like a tender plant.</w:t>
      </w:r>
      <w:r>
        <w:br/>
      </w:r>
      <w:r>
        <w:rPr>
          <w:sz w:val="20"/>
        </w:rPr>
        <w:t>52:45  So, if you imagine that the Prophet was at some place and there was a tender plant, he</w:t>
      </w:r>
      <w:r>
        <w:br/>
      </w:r>
      <w:r>
        <w:rPr>
          <w:sz w:val="20"/>
        </w:rPr>
        <w:t>52:53  said to his companion - "See this tender plant, it is very flexible, so is a mumin." So,</w:t>
      </w:r>
      <w:r>
        <w:br/>
      </w:r>
      <w:r>
        <w:rPr>
          <w:sz w:val="20"/>
        </w:rPr>
        <w:t>53:01  if you think, y</w:t>
      </w:r>
      <w:r>
        <w:br/>
      </w:r>
      <w:r>
        <w:rPr>
          <w:sz w:val="20"/>
        </w:rPr>
        <w:t>53:08  ou can imagine that this was the atmosphere in which the Prophet of Islam set this principle.</w:t>
      </w:r>
      <w:r>
        <w:br/>
      </w:r>
      <w:r>
        <w:rPr>
          <w:sz w:val="20"/>
        </w:rPr>
        <w:t>53:18  So, by imagination, you can live in the companionship of the Prophet of Islam.</w:t>
      </w:r>
      <w:r>
        <w:br/>
      </w:r>
      <w:r>
        <w:rPr>
          <w:sz w:val="20"/>
        </w:rPr>
        <w:t>53:29  You read this Hadith in the book, then by imagination, you</w:t>
      </w:r>
      <w:r>
        <w:br/>
      </w:r>
      <w:r>
        <w:rPr>
          <w:sz w:val="20"/>
        </w:rPr>
        <w:t>53:39  will find that the Prophet was in some place with his companions, there was a tender plant, and he said to the companions - "See this plant, it is very flexible, so is a mumin." A mumin has no arrogance, a mumin is flexible. So, if you think like</w:t>
      </w:r>
      <w:r>
        <w:br/>
      </w:r>
      <w:r>
        <w:rPr>
          <w:sz w:val="20"/>
        </w:rPr>
        <w:t>54:09  this, adding your contemplation, you can create that kind of companionship with the Prophet of Islam.</w:t>
      </w:r>
      <w:r>
        <w:br/>
      </w:r>
      <w:r>
        <w:rPr>
          <w:sz w:val="20"/>
        </w:rPr>
        <w:t>54:17  I can say about myself that I always live in the companionship of the Prophet of Islam when</w:t>
      </w:r>
      <w:r>
        <w:br/>
      </w:r>
      <w:r>
        <w:rPr>
          <w:sz w:val="20"/>
        </w:rPr>
        <w:t>54:24  I read these Hadiths.</w:t>
      </w:r>
      <w:r>
        <w:br/>
      </w:r>
      <w:r>
        <w:rPr>
          <w:sz w:val="20"/>
        </w:rPr>
        <w:t>54:32  So, I always think, I always contemplate</w:t>
      </w:r>
      <w:r>
        <w:br/>
      </w:r>
      <w:r>
        <w:rPr>
          <w:sz w:val="20"/>
        </w:rPr>
        <w:t>54:40  that what was that atmosphere in which the Prophet of Islam said like this because all the Hadiths are conversation.</w:t>
      </w:r>
      <w:r>
        <w:br/>
      </w:r>
      <w:r>
        <w:rPr>
          <w:sz w:val="20"/>
        </w:rPr>
        <w:t>54:47  All the Hadiths were conversations to the companions.</w:t>
      </w:r>
      <w:r>
        <w:br/>
      </w:r>
      <w:r>
        <w:rPr>
          <w:sz w:val="20"/>
        </w:rPr>
        <w:t>54:55  Sometimes the Prophet was in the mosque, sometimes the Prophet was in the market, sometimes the Prophet was</w:t>
      </w:r>
      <w:r>
        <w:br/>
      </w:r>
      <w:r>
        <w:rPr>
          <w:sz w:val="20"/>
        </w:rPr>
        <w:t>55:02  in some open pla</w:t>
      </w:r>
      <w:r>
        <w:br/>
      </w:r>
      <w:r>
        <w:rPr>
          <w:sz w:val="20"/>
        </w:rPr>
        <w:t>55:10  ce. So, what he said in these different places, that was recorded as Hadith. So, Hadith was conversation. So, when you read Hadiths, you have to imagine that atmosphere in which the Prophet of Islam said like th</w:t>
      </w:r>
      <w:r>
        <w:br/>
      </w:r>
      <w:r>
        <w:rPr>
          <w:sz w:val="20"/>
        </w:rPr>
        <w:t>55:40  is.</w:t>
      </w:r>
      <w:r>
        <w:br/>
      </w:r>
      <w:r>
        <w:rPr>
          <w:sz w:val="20"/>
        </w:rPr>
        <w:t>55:50  By this way, you can live in the companionship of the Prophet of Islam.</w:t>
      </w:r>
      <w:r>
        <w:br/>
      </w:r>
      <w:r>
        <w:rPr>
          <w:sz w:val="20"/>
        </w:rPr>
        <w:t>56:01  It was this wisdom that a scholar said that - "man kan fi baytihi majmu'atun min al-ahadith fak'annama fihi nabiy</w:t>
      </w:r>
    </w:p>
    <w:p>
      <w:pPr>
        <w:pStyle w:val="Heading2"/>
      </w:pPr>
      <w:r>
        <w:t>Purpose of life and categorization of humans</w:t>
      </w:r>
    </w:p>
    <w:p>
      <w:r>
        <w:rPr>
          <w:color w:val="666666"/>
          <w:sz w:val="18"/>
        </w:rPr>
        <w:t>Ramazan Month of Study of the Quran April 30, 2020 Maulana Wahiduddin Khan · 5m 14s · at 0:30 · https://youtu.be/AUSxxGBJHCk?t=30</w:t>
      </w:r>
    </w:p>
    <w:p>
      <w:r>
        <w:rPr>
          <w:i/>
        </w:rPr>
        <w:t>“Ramadan ke mahine ko Quran ke tilawat ke liye khas kiya”</w:t>
      </w:r>
    </w:p>
    <w:p>
      <w:r>
        <w:rPr>
          <w:sz w:val="20"/>
        </w:rPr>
        <w:t>0:30  ramzan ke mahine ko quran ke</w:t>
      </w:r>
      <w:r>
        <w:br/>
      </w:r>
      <w:r>
        <w:rPr>
          <w:sz w:val="20"/>
        </w:rPr>
        <w:t>0:38  tilawat ke liye khaas kiya gaya hai,</w:t>
      </w:r>
      <w:r>
        <w:br/>
      </w:r>
      <w:r>
        <w:rPr>
          <w:sz w:val="20"/>
        </w:rPr>
        <w:t>0:45  lekin tilawat ka matlab yeh nahin hai ke bas far far far far parh kar khatam kar diya jaye.</w:t>
      </w:r>
      <w:r>
        <w:br/>
      </w:r>
      <w:r>
        <w:rPr>
          <w:sz w:val="20"/>
        </w:rPr>
        <w:t>0:56  nahin, tilawat ka matlab hai study mutala.</w:t>
      </w:r>
      <w:r>
        <w:br/>
      </w:r>
      <w:r>
        <w:rPr>
          <w:sz w:val="20"/>
        </w:rPr>
        <w:t>1:09  yani quran ko kam az kam aik baar shuru se aakhir tak parha jaye, yeh samajhne ke liye ke quran ki is ki baat thi kya hai.</w:t>
      </w:r>
      <w:r>
        <w:br/>
      </w:r>
      <w:r>
        <w:rPr>
          <w:sz w:val="20"/>
        </w:rPr>
        <w:t>1:26  quran</w:t>
      </w:r>
      <w:r>
        <w:br/>
      </w:r>
      <w:r>
        <w:rPr>
          <w:sz w:val="20"/>
        </w:rPr>
        <w:t>1:28  insan ko kya message deta hai.</w:t>
      </w:r>
      <w:r>
        <w:br/>
      </w:r>
      <w:r>
        <w:rPr>
          <w:sz w:val="20"/>
        </w:rPr>
        <w:t>1:41  aam tor par yeh samjhte hain ke quran ramzan ka mahina quran ki taraveeh ke liye hai,</w:t>
      </w:r>
      <w:r>
        <w:br/>
      </w:r>
      <w:r>
        <w:rPr>
          <w:sz w:val="20"/>
        </w:rPr>
        <w:t>1:54  lekin chahe is ko taraveeh ke ada mein parha jaye ya tilawat ke ada mein parha jaye, har haal mein woh tadabbur ke liye hai,</w:t>
      </w:r>
      <w:r>
        <w:br/>
      </w:r>
      <w:r>
        <w:rPr>
          <w:sz w:val="20"/>
        </w:rPr>
        <w:t>2:10  mureekh ke liye.</w:t>
      </w:r>
      <w:r>
        <w:br/>
      </w:r>
      <w:r>
        <w:rPr>
          <w:sz w:val="20"/>
        </w:rPr>
        <w:t>2:17  isi aitbar se mein kuch baat arz karunga. dekhen, quran ki aik ayat yeh hai: khalaqal mauta wal hayata liyablughakum ajikum ahsan amalan yani</w:t>
      </w:r>
      <w:r>
        <w:br/>
      </w:r>
      <w:r>
        <w:rPr>
          <w:sz w:val="20"/>
        </w:rPr>
        <w:t>2:38  zindagi aur maut is liye paida ki ke logon ko moqa diya jaye</w:t>
      </w:r>
      <w:r>
        <w:br/>
      </w:r>
      <w:r>
        <w:rPr>
          <w:sz w:val="20"/>
        </w:rPr>
        <w:t>2:50  amal ka, aur phir un ka intikhab kiya jaye ke kaun asal amal hai,</w:t>
      </w:r>
      <w:r>
        <w:br/>
      </w:r>
      <w:r>
        <w:rPr>
          <w:sz w:val="20"/>
        </w:rPr>
        <w:t>3:00  kaun</w:t>
      </w:r>
      <w:r>
        <w:br/>
      </w:r>
      <w:r>
        <w:rPr>
          <w:sz w:val="20"/>
        </w:rPr>
        <w:t>3:04  apne amal mein</w:t>
      </w:r>
      <w:r>
        <w:br/>
      </w:r>
      <w:r>
        <w:rPr>
          <w:sz w:val="20"/>
        </w:rPr>
        <w:t>3:08  allah rab ul alameen ke naqshe ke mutabiq sabit hua hai.</w:t>
      </w:r>
      <w:r>
        <w:br/>
      </w:r>
      <w:r>
        <w:rPr>
          <w:sz w:val="20"/>
        </w:rPr>
        <w:t>3:21  quran ki aik ayat yeh hai</w:t>
      </w:r>
      <w:r>
        <w:br/>
      </w:r>
      <w:r>
        <w:rPr>
          <w:sz w:val="20"/>
        </w:rPr>
        <w:t>3:29  ke:</w:t>
      </w:r>
      <w:r>
        <w:br/>
      </w:r>
      <w:r>
        <w:rPr>
          <w:sz w:val="20"/>
        </w:rPr>
        <w:t>3:32  wa idhan nafusuz zubujat jab insanon ko categorize kiya jaye ga,</w:t>
      </w:r>
      <w:r>
        <w:br/>
      </w:r>
      <w:r>
        <w:rPr>
          <w:sz w:val="20"/>
        </w:rPr>
        <w:t>3:45  jab insanon ko categorize kiya jaye ga,</w:t>
      </w:r>
      <w:r>
        <w:br/>
      </w:r>
      <w:r>
        <w:rPr>
          <w:sz w:val="20"/>
        </w:rPr>
        <w:t>3:53  yani kaun apne qaul aur amal mein sahih maanon mein quran ke</w:t>
      </w:r>
      <w:r>
        <w:br/>
      </w:r>
      <w:r>
        <w:rPr>
          <w:sz w:val="20"/>
        </w:rPr>
        <w:t>4:06  allah rab ul alameen ke mansha ke mutabiq sabit hua hai,</w:t>
      </w:r>
      <w:r>
        <w:br/>
      </w:r>
      <w:r>
        <w:rPr>
          <w:sz w:val="20"/>
        </w:rPr>
        <w:t>4:17  aur kaun is se poora nahi utra. quran ki aik ayat se maloom hota hai ke yeh jo</w:t>
      </w:r>
      <w:r>
        <w:br/>
      </w:r>
      <w:r>
        <w:rPr>
          <w:sz w:val="20"/>
        </w:rPr>
        <w:t>4:29  taqseem hogi,</w:t>
      </w:r>
      <w:r>
        <w:br/>
      </w:r>
      <w:r>
        <w:rPr>
          <w:sz w:val="20"/>
        </w:rPr>
        <w:t>4:33  yeh jo wa idhan nafusuz zubujat ka jo moamla hoga, woh</w:t>
      </w:r>
      <w:r>
        <w:br/>
      </w:r>
      <w:r>
        <w:rPr>
          <w:sz w:val="20"/>
        </w:rPr>
        <w:t>4:43  chand aitbar se hoga.</w:t>
      </w:r>
      <w:r>
        <w:br/>
      </w:r>
      <w:r>
        <w:rPr>
          <w:sz w:val="20"/>
        </w:rPr>
        <w:t>4:54  to quran ki is ayat ko aap ghor kijiye,</w:t>
      </w:r>
      <w:r>
        <w:br/>
      </w:r>
      <w:r>
        <w:rPr>
          <w:sz w:val="20"/>
        </w:rPr>
        <w:t>5:03  quran ki is ayat ko ghor kijiye, tafseeron mein parhiye, is mein aap ko zyada wazeh andaaz mein maloom hua.</w:t>
      </w:r>
      <w:r>
        <w:br/>
      </w:r>
      <w:r>
        <w:rPr>
          <w:sz w:val="20"/>
        </w:rPr>
        <w:t>5:25  to mein samajhta hoon ke is hisse mein yeh ayat bohat zyada mutalliq ke ghor o fikr ki ayat hai.</w:t>
      </w:r>
      <w:r>
        <w:br/>
      </w:r>
      <w:r>
        <w:rPr>
          <w:sz w:val="20"/>
        </w:rPr>
        <w:t>5:45  woh ayat hai</w:t>
      </w:r>
    </w:p>
    <w:p>
      <w:pPr>
        <w:pStyle w:val="Heading2"/>
      </w:pPr>
      <w:r>
        <w:t>Prophet's complaint and applied meaning of Quran</w:t>
      </w:r>
    </w:p>
    <w:p>
      <w:r>
        <w:rPr>
          <w:color w:val="666666"/>
          <w:sz w:val="18"/>
        </w:rPr>
        <w:t>Dars-e-Quran, Chapter 2, Verses 58-59 April 01, 2018 · 3m 39s · at 3:42 · https://youtu.be/Zylb8MRnsew?t=222</w:t>
      </w:r>
    </w:p>
    <w:p>
      <w:r>
        <w:rPr>
          <w:i/>
        </w:rPr>
        <w:t>“The Prophet will say: My people abandoned the Quran”</w:t>
      </w:r>
    </w:p>
    <w:p>
      <w:r>
        <w:rPr>
          <w:sz w:val="20"/>
        </w:rPr>
        <w:t>3:42  aur rasool kahega: aye mere rabb! meri qaum ne is quran ko chhori hui kitab bana diya.</w:t>
      </w:r>
      <w:r>
        <w:br/>
      </w:r>
      <w:r>
        <w:rPr>
          <w:sz w:val="20"/>
        </w:rPr>
        <w:t>3:56  indeed my people have taken this quran as a thing abandoned.</w:t>
      </w:r>
      <w:r>
        <w:br/>
      </w:r>
      <w:r>
        <w:rPr>
          <w:sz w:val="20"/>
        </w:rPr>
        <w:t>4:04  to isi ayat mein mujhe apne sawal ka jawab mila ke musalman is liye, musalmanon ke liye quran is liye kitab nahi ban raha hai</w:t>
      </w:r>
      <w:r>
        <w:br/>
      </w:r>
      <w:r>
        <w:rPr>
          <w:sz w:val="20"/>
        </w:rPr>
        <w:t>4:22  kyun ke unhon ne quran ko ek mahjoor kitab bana diya. mahjoor kitab ka matlab hota hai abandoned book.</w:t>
      </w:r>
      <w:r>
        <w:br/>
      </w:r>
      <w:r>
        <w:rPr>
          <w:sz w:val="20"/>
        </w:rPr>
        <w:t>4:37  abandoned book! aakhir aisi aisi ayatein hain jhanjhorne wali to musalmanon mein bedari kyun nahi aati?</w:t>
      </w:r>
      <w:r>
        <w:br/>
      </w:r>
      <w:r>
        <w:rPr>
          <w:sz w:val="20"/>
        </w:rPr>
        <w:t>4:50  kyun is quran jagane wala nahi banta un ke liye?</w:t>
      </w:r>
      <w:r>
        <w:br/>
      </w:r>
      <w:r>
        <w:rPr>
          <w:sz w:val="20"/>
        </w:rPr>
        <w:t>4:57  to is par ghaur karte hue mujhe samajh aaya</w:t>
      </w:r>
      <w:r>
        <w:br/>
      </w:r>
      <w:r>
        <w:rPr>
          <w:sz w:val="20"/>
        </w:rPr>
        <w:t>5:02  ke</w:t>
      </w:r>
      <w:r>
        <w:br/>
      </w:r>
      <w:r>
        <w:rPr>
          <w:sz w:val="20"/>
        </w:rPr>
        <w:t>5:05  jab se quran utra hai, is waqt se le kar ab tak quran ko ummat ke andar bohat ziyada parha gaya hai aur aaj bhi parha ja raha hai.</w:t>
      </w:r>
      <w:r>
        <w:br/>
      </w:r>
      <w:r>
        <w:rPr>
          <w:sz w:val="20"/>
        </w:rPr>
        <w:t>5:16  bohat ziyada! pehle zabani parhte the, phir likh kar parhne lage. namazon mein, tarawih mein, masjid mein, madrasay mein, har jagah.</w:t>
      </w:r>
      <w:r>
        <w:br/>
      </w:r>
      <w:r>
        <w:rPr>
          <w:sz w:val="20"/>
        </w:rPr>
        <w:t>5:32  phir printing press ka zamana aaya to printing press mein musalmanon ne beshumar nuskhay quran ke chhappe, chhappe, yahan tak ke chhpe hue quran ko palt kar diya.</w:t>
      </w:r>
      <w:r>
        <w:br/>
      </w:r>
      <w:r>
        <w:rPr>
          <w:sz w:val="20"/>
        </w:rPr>
        <w:t>5:50  har masjid mein, har madrasay mein, har idaray mein, har ghar mein.</w:t>
      </w:r>
      <w:r>
        <w:br/>
      </w:r>
      <w:r>
        <w:rPr>
          <w:sz w:val="20"/>
        </w:rPr>
        <w:t>5:57  phir bhi kyun aisa hai? to meri samajh mein aaya ke quran ke matn ko dohrana yeh murad nahi hai.</w:t>
      </w:r>
      <w:r>
        <w:br/>
      </w:r>
      <w:r>
        <w:rPr>
          <w:sz w:val="20"/>
        </w:rPr>
        <w:t>6:10  asal cheez yeh hai ke ummat e muslema quran ka applied way mein version daryaft na kar saki.</w:t>
      </w:r>
      <w:r>
        <w:br/>
      </w:r>
      <w:r>
        <w:rPr>
          <w:sz w:val="20"/>
        </w:rPr>
        <w:t>6:22  bas quran ka jo text hai, us ko muqaddas samajh liya, muqaddas samajh liya, bas us ko sawab ka zariya maan liya.</w:t>
      </w:r>
      <w:r>
        <w:br/>
      </w:r>
      <w:r>
        <w:rPr>
          <w:sz w:val="20"/>
        </w:rPr>
        <w:t>6:37  to text jo hai arabic language mein, usi ko dohrate rahe. bas</w:t>
      </w:r>
      <w:r>
        <w:br/>
      </w:r>
      <w:r>
        <w:rPr>
          <w:sz w:val="20"/>
        </w:rPr>
        <w:t>6:46  bas bolte hain ke sawab to mil gaya.</w:t>
      </w:r>
      <w:r>
        <w:br/>
      </w:r>
      <w:r>
        <w:rPr>
          <w:sz w:val="20"/>
        </w:rPr>
        <w:t>6:52  applied way mein quran ki jo meaning hai, us ko jiska, us ko discover karne mein fail ho gaye.</w:t>
      </w:r>
      <w:r>
        <w:br/>
      </w:r>
      <w:r>
        <w:rPr>
          <w:sz w:val="20"/>
        </w:rPr>
        <w:t>7:07  to wohi in ayaton ka bhi muamla hai. in ayaton ko aap samajh nahi sakte jab tak ke is ka applied mafhoom aap daryaft na karen.</w:t>
      </w:r>
    </w:p>
    <w:p>
      <w:pPr>
        <w:pStyle w:val="Heading2"/>
      </w:pPr>
      <w:r>
        <w:t>abrogation in the Qur'an is postponement, not cancellation</w:t>
      </w:r>
    </w:p>
    <w:p>
      <w:r>
        <w:rPr>
          <w:color w:val="666666"/>
          <w:sz w:val="18"/>
        </w:rPr>
        <w:t>In Conversation with Maulana Wahiduddin Khan English · 4m 22s · at 36:38 · https://youtu.be/QZrkP8Z3Fv8?t=2198</w:t>
      </w:r>
    </w:p>
    <w:p>
      <w:r>
        <w:rPr>
          <w:i/>
        </w:rPr>
        <w:t>“Does this imply God made a mistake?”</w:t>
      </w:r>
    </w:p>
    <w:p>
      <w:r>
        <w:rPr>
          <w:sz w:val="20"/>
        </w:rPr>
        <w:t>36:38  But Islamic text is not subject to degeneration. Maulana, Muslims believed in the theory of abrogation. That is, certain verses which were revealed earlier were abrogated by the verses which were revealed later.</w:t>
      </w:r>
      <w:r>
        <w:br/>
      </w:r>
      <w:r>
        <w:rPr>
          <w:sz w:val="20"/>
        </w:rPr>
        <w:t>36:53  Does this imply that God made a mistake and then later corrected it? Abrogation means Naskh.</w:t>
      </w:r>
      <w:r>
        <w:br/>
      </w:r>
      <w:r>
        <w:rPr>
          <w:sz w:val="20"/>
        </w:rPr>
        <w:t>37:04  N-A-S-K-H, Naskh. But abrogation does not mean cancellation. There is a difference between abrogation and cancellation.</w:t>
      </w:r>
      <w:r>
        <w:br/>
      </w:r>
      <w:r>
        <w:rPr>
          <w:sz w:val="20"/>
        </w:rPr>
        <w:t>37:19  So, no verse of the Qur'an was cancelled. Not at all. It was a temporary you can say that it was a temporary postponement.</w:t>
      </w:r>
      <w:r>
        <w:br/>
      </w:r>
      <w:r>
        <w:rPr>
          <w:sz w:val="20"/>
        </w:rPr>
        <w:t>37:35  Because, you know, there are two parts of Islamic religion. One, that is</w:t>
      </w:r>
      <w:r>
        <w:br/>
      </w:r>
      <w:r>
        <w:rPr>
          <w:sz w:val="20"/>
        </w:rPr>
        <w:t>37:47  based on belief</w:t>
      </w:r>
      <w:r>
        <w:br/>
      </w:r>
      <w:r>
        <w:rPr>
          <w:sz w:val="20"/>
        </w:rPr>
        <w:t>37:49  . So, the belief system is eternal. Also, moral values are eternal. For example, honesty is eternal.</w:t>
      </w:r>
      <w:r>
        <w:br/>
      </w:r>
      <w:r>
        <w:rPr>
          <w:sz w:val="20"/>
        </w:rPr>
        <w:t>38:00  Teaching. Justice is eternal teaching.</w:t>
      </w:r>
      <w:r>
        <w:br/>
      </w:r>
      <w:r>
        <w:rPr>
          <w:sz w:val="20"/>
        </w:rPr>
        <w:t>38:06  So, some teachings of Islam are eternal. But some other teachings are subject to change because that relates that is based on situation.</w:t>
      </w:r>
      <w:r>
        <w:br/>
      </w:r>
      <w:r>
        <w:rPr>
          <w:sz w:val="20"/>
        </w:rPr>
        <w:t>38:25  So, when the situation changes,</w:t>
      </w:r>
      <w:r>
        <w:br/>
      </w:r>
      <w:r>
        <w:rPr>
          <w:sz w:val="20"/>
        </w:rPr>
        <w:t>38:30  the teaching also changes. But for a temporary period.</w:t>
      </w:r>
      <w:r>
        <w:br/>
      </w:r>
      <w:r>
        <w:rPr>
          <w:sz w:val="20"/>
        </w:rPr>
        <w:t>38:36  For example, during the Prophet during the second caliphate, there was a</w:t>
      </w:r>
      <w:r>
        <w:br/>
      </w:r>
      <w:r>
        <w:rPr>
          <w:sz w:val="20"/>
        </w:rPr>
        <w:t>38:50  great problem in the economy. There was a great crisis.</w:t>
      </w:r>
      <w:r>
        <w:br/>
      </w:r>
      <w:r>
        <w:rPr>
          <w:sz w:val="20"/>
        </w:rPr>
        <w:t>38:58  So,</w:t>
      </w:r>
      <w:r>
        <w:br/>
      </w:r>
      <w:r>
        <w:rPr>
          <w:sz w:val="20"/>
        </w:rPr>
        <w:t>39:01  the punishment for theft is very severe in Islam. But the second caliph postponed that punishment.</w:t>
      </w:r>
      <w:r>
        <w:br/>
      </w:r>
      <w:r>
        <w:rPr>
          <w:sz w:val="20"/>
        </w:rPr>
        <w:t>39:17  But it is not only temporary postponement. It is not cancellation.</w:t>
      </w:r>
      <w:r>
        <w:br/>
      </w:r>
      <w:r>
        <w:rPr>
          <w:sz w:val="20"/>
        </w:rPr>
        <w:t>39:22  So, when the situation changed, the teaching of Islam returned.</w:t>
      </w:r>
      <w:r>
        <w:br/>
      </w:r>
      <w:r>
        <w:rPr>
          <w:sz w:val="20"/>
        </w:rPr>
        <w:t>39:32  So, Naskh is not cancellation. Naskh is temporary postponement because the situation always varies, always changes.</w:t>
      </w:r>
      <w:r>
        <w:br/>
      </w:r>
      <w:r>
        <w:rPr>
          <w:sz w:val="20"/>
        </w:rPr>
        <w:t>39:47  So, when there is a change in the situation, it is but natural that that teaching which was</w:t>
      </w:r>
      <w:r>
        <w:br/>
      </w:r>
      <w:r>
        <w:rPr>
          <w:sz w:val="20"/>
        </w:rPr>
        <w:t>39:59  related to that situation will be postponed for a temporary period. But again, after revealing that situation again,</w:t>
      </w:r>
      <w:r>
        <w:br/>
      </w:r>
      <w:r>
        <w:rPr>
          <w:sz w:val="20"/>
        </w:rPr>
        <w:t>40:13  the teaching will be required again.</w:t>
      </w:r>
      <w:r>
        <w:br/>
      </w:r>
      <w:r>
        <w:rPr>
          <w:sz w:val="20"/>
        </w:rPr>
        <w:t>40:18  So, it is in every system, not only in Islam, that some teachings are subject to the situation.</w:t>
      </w:r>
      <w:r>
        <w:br/>
      </w:r>
      <w:r>
        <w:rPr>
          <w:sz w:val="20"/>
        </w:rPr>
        <w:t>40:31  And the situation always varies. But not eternally, temporarily.</w:t>
      </w:r>
      <w:r>
        <w:br/>
      </w:r>
      <w:r>
        <w:rPr>
          <w:sz w:val="20"/>
        </w:rPr>
        <w:t>40:41  So, for a temporary period, there is a change in some teachings.</w:t>
      </w:r>
      <w:r>
        <w:br/>
      </w:r>
      <w:r>
        <w:rPr>
          <w:sz w:val="20"/>
        </w:rPr>
        <w:t>40:47  But it is not abrogation. But it is only temporary postponement.</w:t>
      </w:r>
    </w:p>
    <w:p>
      <w:pPr>
        <w:pStyle w:val="Heading2"/>
      </w:pPr>
      <w:r>
        <w:t>how to control overeating using your body's fat signal</w:t>
      </w:r>
    </w:p>
    <w:p>
      <w:r>
        <w:rPr>
          <w:color w:val="666666"/>
          <w:sz w:val="18"/>
        </w:rPr>
        <w:t>Doomsday is Coming November 24, 2013 · 4m 03s · at 1:18:21 · https://youtu.be/rixrzrrK-cE?t=4701</w:t>
      </w:r>
    </w:p>
    <w:p>
      <w:r>
        <w:rPr>
          <w:i/>
        </w:rPr>
        <w:t>“Guru ji, how do I control my desires, I overeat a lot”</w:t>
      </w:r>
    </w:p>
    <w:p>
      <w:r>
        <w:rPr>
          <w:sz w:val="20"/>
        </w:rPr>
        <w:t>1:18:21  My question is: how do I control my desires? For example, I overeat a lot and it makes me very lazy, which deviates me from achieving my go</w:t>
      </w:r>
      <w:r>
        <w:br/>
      </w:r>
      <w:r>
        <w:rPr>
          <w:sz w:val="20"/>
        </w:rPr>
        <w:t>1:18:35  als. Please guide me." dekhiye, yeh bohat hi,</w:t>
      </w:r>
      <w:r>
        <w:br/>
      </w:r>
      <w:r>
        <w:rPr>
          <w:sz w:val="20"/>
        </w:rPr>
        <w:t>1:18:43  yani bohat hi, bohat acha sawal yeh hai. koi ghalat sawal nahi hai yeh.</w:t>
      </w:r>
      <w:r>
        <w:br/>
      </w:r>
      <w:r>
        <w:rPr>
          <w:sz w:val="20"/>
        </w:rPr>
        <w:t>1:18:51  is mozu par hum ne apne magazine mein aik article likha tha. to us ko mein arz karna chahta hoon ke aik research hui hai, us ko mein ne us mein likha tha ke jab aadmi khana khata hai to us mein khud hamara jo body ka system hai woh bata deta hai ke ab band karo khana.</w:t>
      </w:r>
      <w:r>
        <w:br/>
      </w:r>
      <w:r>
        <w:rPr>
          <w:sz w:val="20"/>
        </w:rPr>
        <w:t>1:19:14  woh ho gaya. signal aate hain, signal. to do baar signal aate hain.</w:t>
      </w:r>
      <w:r>
        <w:br/>
      </w:r>
      <w:r>
        <w:rPr>
          <w:sz w:val="20"/>
        </w:rPr>
        <w:t>1:19:19  aik fat signal hota hai, aik ziyada signal hota hai bara. to jab aap ne khate khate itna kha liya us ne ke ab is ka pait bhar gaya to signal aata hai.</w:t>
      </w:r>
      <w:r>
        <w:br/>
      </w:r>
      <w:r>
        <w:rPr>
          <w:sz w:val="20"/>
        </w:rPr>
        <w:t>1:19:30  lekin jab pehla signal aata hai woh taqreeban bees minute pehle aata hai. woh fat signal hota hai. us waqt nahi rukta aadmi.</w:t>
      </w:r>
      <w:r>
        <w:br/>
      </w:r>
      <w:r>
        <w:rPr>
          <w:sz w:val="20"/>
        </w:rPr>
        <w:t>1:19:39  aur jab bara signal aata hai tab rukta hai. tab tak overeating ho chuki hui</w:t>
      </w:r>
      <w:r>
        <w:br/>
      </w:r>
      <w:r>
        <w:rPr>
          <w:sz w:val="20"/>
        </w:rPr>
        <w:t>1:19:43  thi. overeating ka matlab hai fat signal ko follow na karna aur khate rehna. yahan tak ke aadmi ka pet bhar jata hai to wo jee nahi chahta khane ka.</w:t>
      </w:r>
      <w:r>
        <w:br/>
      </w:r>
      <w:r>
        <w:rPr>
          <w:sz w:val="20"/>
        </w:rPr>
        <w:t>1:19:53  tab to tab chhodta hai wo. to jab nahi jee nahi chahta tab tab wo overeating ho chuki hoti hai. ek aap ko ek practical misaal deta hoon.</w:t>
      </w:r>
      <w:r>
        <w:br/>
      </w:r>
      <w:r>
        <w:rPr>
          <w:sz w:val="20"/>
        </w:rPr>
        <w:t>1:20:04  Jammu mein ek saahib hain, wo abhi naujawan hain, Mishaal War. to wo keh rahe thay, mujh se milay thay, unhon ne kaha ke main bohat, mera wazan bohat barh gaya tha aur main pareshan tha ke kya karoon.</w:t>
      </w:r>
      <w:r>
        <w:br/>
      </w:r>
      <w:r>
        <w:rPr>
          <w:sz w:val="20"/>
        </w:rPr>
        <w:t>1:20:16  to is article ko parha unhon ne. to unhon ne samjha hai ke ye to bohat bara, yani nature ne bohat bara mujhe de rakha hai is baat ko samajhne ka.</w:t>
      </w:r>
      <w:r>
        <w:br/>
      </w:r>
      <w:r>
        <w:rPr>
          <w:sz w:val="20"/>
        </w:rPr>
        <w:t>1:20:27  to</w:t>
      </w:r>
      <w:r>
        <w:br/>
      </w:r>
      <w:r>
        <w:rPr>
          <w:sz w:val="20"/>
        </w:rPr>
        <w:t>1:20:28  unhon ne follow kiya. yani fat signal par wo rukne lagay wo. fat signal par. kehte hain ke kisi kisi aur koshish ke baghair mera wazan kam ho gaya.</w:t>
      </w:r>
      <w:r>
        <w:br/>
      </w:r>
      <w:r>
        <w:rPr>
          <w:sz w:val="20"/>
        </w:rPr>
        <w:t>1:20:40  ab mujhe milay thay to wo normal aadmi thay. to nature mein ye nizaam maujood tha, hamara jo body doctor hai ke hum ab fat signal ko follow karein.</w:t>
      </w:r>
      <w:r>
        <w:br/>
      </w:r>
      <w:r>
        <w:rPr>
          <w:sz w:val="20"/>
        </w:rPr>
        <w:t>1:20:52  ye intezar na karein ke final sig</w:t>
      </w:r>
      <w:r>
        <w:br/>
      </w:r>
      <w:r>
        <w:rPr>
          <w:sz w:val="20"/>
        </w:rPr>
        <w:t>1:20:55  nal aaye. tab to overeating ho chuki hoti hai. kyunke body ka system aisa hai ke jab jab wo chalta hai, wo message jo chalta hai dimagh tak pahunchne ke liye to us mein bees minute taqreeban lag jatay hain.</w:t>
      </w:r>
      <w:r>
        <w:br/>
      </w:r>
      <w:r>
        <w:rPr>
          <w:sz w:val="20"/>
        </w:rPr>
        <w:t>1:21:11  yani pet bhar gaya aur us ne signal diya to signal ka jo tareeqa hai wo chalte chalte dimagh tak pahunchta hai, us mein bees minute</w:t>
      </w:r>
      <w:r>
        <w:br/>
      </w:r>
      <w:r>
        <w:rPr>
          <w:sz w:val="20"/>
        </w:rPr>
        <w:t>1:21:22  lag jatay hain. to bees minute ke baad wo mind aap ko batata hai ke aap bhar gaya hai, bhar gaya hai, bhar gaya hai. lekin isi mein ek aur system bhi hai ke wo jis waqt bhar jata hai, us waqt bhi wo signal deta hai.</w:t>
      </w:r>
      <w:r>
        <w:br/>
      </w:r>
      <w:r>
        <w:rPr>
          <w:sz w:val="20"/>
        </w:rPr>
        <w:t>1:21:36  lekin us waqt fat wo bohat hi halka signal hota hai, fat signal hota hai.</w:t>
      </w:r>
      <w:r>
        <w:br/>
      </w:r>
      <w:r>
        <w:rPr>
          <w:sz w:val="20"/>
        </w:rPr>
        <w:t>1:21:41  to fat signal ko agar aadmi parh sake to bohat aasani se wo bach sakta hai overeating se, bohat aasani se bach sakta hai wo wo wazan jo jo wazan barh jata hai, us se jo bimariyan paida hoti hain us se.</w:t>
      </w:r>
      <w:r>
        <w:br/>
      </w:r>
      <w:r>
        <w:rPr>
          <w:sz w:val="20"/>
        </w:rPr>
        <w:t>1:21:55  to follow your fat signal, bas yahi main kahunga. Okay, we will end this session now. Thank you.</w:t>
      </w:r>
    </w:p>
    <w:p>
      <w:pPr>
        <w:pStyle w:val="Heading2"/>
      </w:pPr>
      <w:r>
        <w:t>nations build nuclear deterrents while ignoring doomsday</w:t>
      </w:r>
    </w:p>
    <w:p>
      <w:r>
        <w:rPr>
          <w:color w:val="666666"/>
          <w:sz w:val="18"/>
        </w:rPr>
        <w:t>Conveying The Message of God August 2, 2009 · 3m 56s · at 2:47 · https://youtu.be/Vas9vU2IepI?t=167</w:t>
      </w:r>
    </w:p>
    <w:p>
      <w:r>
        <w:rPr>
          <w:i/>
        </w:rPr>
        <w:t>“Nations arm for nuclear war, but ignore the real doomsday”</w:t>
      </w:r>
    </w:p>
    <w:p>
      <w:r>
        <w:rPr>
          <w:sz w:val="20"/>
        </w:rPr>
        <w:t>2:47  ab aap yeh to logon ke socho. ab aap ek baar quran ko padho. dekho, quran simple maano mein ek religious book nahi hai.</w:t>
      </w:r>
      <w:r>
        <w:br/>
      </w:r>
      <w:r>
        <w:rPr>
          <w:sz w:val="20"/>
        </w:rPr>
        <w:t>3:00  quran mein sab kuch hai, har cheez ka</w:t>
      </w:r>
      <w:r>
        <w:br/>
      </w:r>
      <w:r>
        <w:rPr>
          <w:sz w:val="20"/>
        </w:rPr>
        <w:t>3:08  har cheez ka clarification hai.</w:t>
      </w:r>
      <w:r>
        <w:br/>
      </w:r>
      <w:r>
        <w:rPr>
          <w:sz w:val="20"/>
        </w:rPr>
        <w:t>3:12  to aap isko dekho, as a mind ko le kar aap quran ko padho. to quran mein aap baar baar kya paoge? jisko kehte hain quran ki zabaan mein inzaar, warning.</w:t>
      </w:r>
      <w:r>
        <w:br/>
      </w:r>
      <w:r>
        <w:rPr>
          <w:sz w:val="20"/>
        </w:rPr>
        <w:t>3:28  kiske liye? doomsday ke liye, qayamat ke liye. quran bhara hua hai. ek ek commentator ne quran ke is se poocha gaya ke "what is the gist of the quran?</w:t>
      </w:r>
      <w:r>
        <w:br/>
      </w:r>
      <w:r>
        <w:rPr>
          <w:sz w:val="20"/>
        </w:rPr>
        <w:t>3:43  " unhone kaha ke inzaar, yani warning.</w:t>
      </w:r>
      <w:r>
        <w:br/>
      </w:r>
      <w:r>
        <w:rPr>
          <w:sz w:val="20"/>
        </w:rPr>
        <w:t>3:49  khuda ne yeh duniya jo banai to pehle din se yeh decide kar diya ke yeh duniya eternal nahi hai.</w:t>
      </w:r>
      <w:r>
        <w:br/>
      </w:r>
      <w:r>
        <w:rPr>
          <w:sz w:val="20"/>
        </w:rPr>
        <w:t>4:01  iska ek end aayega. woh end jo hoga woh qayamat hoga, doomsday hoga. iske baad insaan saare ke saare god almighty ke saamne jama kiye jayenge.</w:t>
      </w:r>
      <w:r>
        <w:br/>
      </w:r>
      <w:r>
        <w:rPr>
          <w:sz w:val="20"/>
        </w:rPr>
        <w:t>4:16  hisaab kitaab hoga unka.</w:t>
      </w:r>
      <w:r>
        <w:br/>
      </w:r>
      <w:r>
        <w:rPr>
          <w:sz w:val="20"/>
        </w:rPr>
        <w:t>4:19  isko kehte hain qayamat ka din ya doomsday. yeh quran mein bhara hua hai.</w:t>
      </w:r>
      <w:r>
        <w:br/>
      </w:r>
      <w:r>
        <w:rPr>
          <w:sz w:val="20"/>
        </w:rPr>
        <w:t>4:29  jaise aap padho surah hajj, chapter number 22. to is mein aap dekho ke quran keh raha hai ke apne aap ko bachao khuda ki pakad se.</w:t>
      </w:r>
      <w:r>
        <w:br/>
      </w:r>
      <w:r>
        <w:rPr>
          <w:sz w:val="20"/>
        </w:rPr>
        <w:t>4:43  in zalzala azeem.</w:t>
      </w:r>
      <w:r>
        <w:br/>
      </w:r>
      <w:r>
        <w:rPr>
          <w:sz w:val="20"/>
        </w:rPr>
        <w:t>4:50  yani yeh jo aane wala hai earthquake, great earthquake, jisko hum qayamat kehte hain.</w:t>
      </w:r>
      <w:r>
        <w:br/>
      </w:r>
      <w:r>
        <w:rPr>
          <w:sz w:val="20"/>
        </w:rPr>
        <w:t>5:00  qayamat is the qayamat kya hai? woh great earthquake hai. sab toot phoot jayega.</w:t>
      </w:r>
      <w:r>
        <w:br/>
      </w:r>
      <w:r>
        <w:rPr>
          <w:sz w:val="20"/>
        </w:rPr>
        <w:t>5:11  to isko le kar ke aap socho to kya rai banegi aapki</w:t>
      </w:r>
      <w:r>
        <w:br/>
      </w:r>
      <w:r>
        <w:rPr>
          <w:sz w:val="20"/>
        </w:rPr>
        <w:t>5:17  ? ke saare log jo hain blind ness mein jaa rahe hain, andhe andhe pan mein jaa rahe hain. yani woh prepare kar rahe hain apne aap ko nuclear attack ke khilaaf.</w:t>
      </w:r>
      <w:r>
        <w:br/>
      </w:r>
      <w:r>
        <w:rPr>
          <w:sz w:val="20"/>
        </w:rPr>
        <w:t>5:35  the damnation is not to prepare themself against the nuclear war. but this is not the question.</w:t>
      </w:r>
      <w:r>
        <w:br/>
      </w:r>
      <w:r>
        <w:rPr>
          <w:sz w:val="20"/>
        </w:rPr>
        <w:t>5:45  the basic question is that you have to prepare yourself to save yourself from the earthquake of qayamat.</w:t>
      </w:r>
      <w:r>
        <w:br/>
      </w:r>
      <w:r>
        <w:rPr>
          <w:sz w:val="20"/>
        </w:rPr>
        <w:t>5:54  qayamat ka jo zalzala aayega us waqt kya hoga? apne ko is se bachani.</w:t>
      </w:r>
      <w:r>
        <w:br/>
      </w:r>
      <w:r>
        <w:rPr>
          <w:sz w:val="20"/>
        </w:rPr>
        <w:t>6:02  yeh hai problem, yeh hai issue. to yeh ek childish baat hai ke log nuclear bomb bana rahe hain.</w:t>
      </w:r>
      <w:r>
        <w:br/>
      </w:r>
      <w:r>
        <w:rPr>
          <w:sz w:val="20"/>
        </w:rPr>
        <w:t>6:12  nuclear deterrent bana rahe hain.</w:t>
      </w:r>
      <w:r>
        <w:br/>
      </w:r>
      <w:r>
        <w:rPr>
          <w:sz w:val="20"/>
        </w:rPr>
        <w:t>6:15  nahi, qayamat deterrent banao. jo aane wala hai, woh aakar rahega. aur to hum signs bata rahe hain ke woh bahut hi qareeb aa chuka hai.</w:t>
      </w:r>
      <w:r>
        <w:br/>
      </w:r>
      <w:r>
        <w:rPr>
          <w:sz w:val="20"/>
        </w:rPr>
        <w:t>6:30  it is not far. end of the history is very near. to isiko maine aaj apne topic ke taur par liya hai.</w:t>
      </w:r>
    </w:p>
    <w:p>
      <w:pPr>
        <w:pStyle w:val="Heading2"/>
      </w:pPr>
      <w:r>
        <w:t>Openness as modern civilization's entry point, illustrated by protest stories</w:t>
      </w:r>
    </w:p>
    <w:p>
      <w:r>
        <w:rPr>
          <w:color w:val="666666"/>
          <w:sz w:val="18"/>
        </w:rPr>
        <w:t>Study of the Quran December 20, 2015 · 3m 48s · at 27:55 · https://youtu.be/aWG02P9l_Bk?t=1675</w:t>
      </w:r>
    </w:p>
    <w:p>
      <w:r>
        <w:rPr>
          <w:i/>
        </w:rPr>
        <w:t>“Kaaba ko unhon ne shirk ka center bana diya tha, phir bhi entry point tha”</w:t>
      </w:r>
    </w:p>
    <w:p>
      <w:r>
        <w:rPr>
          <w:sz w:val="20"/>
        </w:rPr>
        <w:t>27:55  kaba ko unhon ne shirk ka center bana diya tha. yeh phir bhi ek entry point tha. aise hi modern civilization jo hai, wahan bhi ek entry point hai.</w:t>
      </w:r>
      <w:r>
        <w:br/>
      </w:r>
      <w:r>
        <w:rPr>
          <w:sz w:val="20"/>
        </w:rPr>
        <w:t>28:05  is entry point ko daryaft kijie.</w:t>
      </w:r>
      <w:r>
        <w:br/>
      </w:r>
      <w:r>
        <w:rPr>
          <w:sz w:val="20"/>
        </w:rPr>
        <w:t>28:08  woh hai openness. modern civilization jo hai, mein samajhta hoon ke is ka bohat bara karname hai ke is ne sari dunya mein ek naya zehn paida kiya.</w:t>
      </w:r>
      <w:r>
        <w:br/>
      </w:r>
      <w:r>
        <w:rPr>
          <w:sz w:val="20"/>
        </w:rPr>
        <w:t>28:20  ek naya zehn. aur woh hai openness. openness ka matlab kya hai? har ek ko accept karna. with positive mind.</w:t>
      </w:r>
      <w:r>
        <w:br/>
      </w:r>
      <w:r>
        <w:rPr>
          <w:sz w:val="20"/>
        </w:rPr>
        <w:t>28:34  until you are you turn violent.</w:t>
      </w:r>
      <w:r>
        <w:br/>
      </w:r>
      <w:r>
        <w:rPr>
          <w:sz w:val="20"/>
        </w:rPr>
        <w:t>28:39  jab tak aap tashaddud na karen, tab tak sari dunya aap ke liye khuli hui hai.</w:t>
      </w:r>
      <w:r>
        <w:br/>
      </w:r>
      <w:r>
        <w:rPr>
          <w:sz w:val="20"/>
        </w:rPr>
        <w:t>28:47  mein ek martaba america gaya tha, bohat pehle ki baat hai. toh mein gaya dekhne ke liye white house. toh white house ke samne ek bohat bara khula hua maidan hai.</w:t>
      </w:r>
      <w:r>
        <w:br/>
      </w:r>
      <w:r>
        <w:rPr>
          <w:sz w:val="20"/>
        </w:rPr>
        <w:t>29:01  wahan mein ne dekha ke ek aadmi ali ghareeb qism ka dress pehne hue tha. aur wahan khara ho kar ke woh bol raha tha.</w:t>
      </w:r>
      <w:r>
        <w:br/>
      </w:r>
      <w:r>
        <w:rPr>
          <w:sz w:val="20"/>
        </w:rPr>
        <w:t>29:10  yani speech ke andaaz mein. aur woh kya tha? government ko bura bhala keh raha tha. government ko.</w:t>
      </w:r>
      <w:r>
        <w:br/>
      </w:r>
      <w:r>
        <w:rPr>
          <w:sz w:val="20"/>
        </w:rPr>
        <w:t>29:19  yani white house mein jo log baithe hue hain, jo hakim, un ko bura keh raha tha woh. mere samne. lekin chuki woh violent nahi tha, us ke paas koi bomb nahi tha, koi gun nahi thi,</w:t>
      </w:r>
      <w:r>
        <w:br/>
      </w:r>
      <w:r>
        <w:rPr>
          <w:sz w:val="20"/>
        </w:rPr>
        <w:t>29:34  toh us ko target kiya unhon ne. us ko target kiya. toh us zamane mein sab se bara jo jo phenomena hai modern civilization ka, openness, tolerance,</w:t>
      </w:r>
      <w:r>
        <w:br/>
      </w:r>
      <w:r>
        <w:rPr>
          <w:sz w:val="20"/>
        </w:rPr>
        <w:t>29:53  to accept all, sab ko accept karna.</w:t>
      </w:r>
      <w:r>
        <w:br/>
      </w:r>
      <w:r>
        <w:rPr>
          <w:sz w:val="20"/>
        </w:rPr>
        <w:t>29:57  sirf ek hi cheez woh accept nahi karte, woh hai violence. magar is raaz ko musalman jante nahi. sari dunya ke musalman jo hain, nafrat, tashaddud, extremism,</w:t>
      </w:r>
      <w:r>
        <w:br/>
      </w:r>
      <w:r>
        <w:rPr>
          <w:sz w:val="20"/>
        </w:rPr>
        <w:t>30:12  radicalism, hatta ke violence of war, jo cheez un ke liye acceptable nahi hai, wahan se entry dhoondh rahe hain woh.</w:t>
      </w:r>
      <w:r>
        <w:br/>
      </w:r>
      <w:r>
        <w:rPr>
          <w:sz w:val="20"/>
        </w:rPr>
        <w:t>30:22  kaisi ajib baat hai.</w:t>
      </w:r>
      <w:r>
        <w:br/>
      </w:r>
      <w:r>
        <w:rPr>
          <w:sz w:val="20"/>
        </w:rPr>
        <w:t>30:25  yani jo gate hai, woh toh khula hua hai. jo gate hai, woh toh khula hua hai. lekin woh kahan se ghusna chahte hain? jahan bare bare deewarein hain.</w:t>
      </w:r>
      <w:r>
        <w:br/>
      </w:r>
      <w:r>
        <w:rPr>
          <w:sz w:val="20"/>
        </w:rPr>
        <w:t>30:37  yani violence toh entry point hai hi nahi. aur wahan sar maar rahe hain woh. entry point hai peaceful.</w:t>
      </w:r>
      <w:r>
        <w:br/>
      </w:r>
      <w:r>
        <w:rPr>
          <w:sz w:val="20"/>
        </w:rPr>
        <w:t>30:48  yani peaceful andaaz mein apni baat kehna.</w:t>
      </w:r>
      <w:r>
        <w:br/>
      </w:r>
      <w:r>
        <w:rPr>
          <w:sz w:val="20"/>
        </w:rPr>
        <w:t>30:53  nah nah heat ho, nah nafrat ho, nah violence ho, nah war ho, nah gun ho, nah bomb ho, kuch nahin. to aap ko total freedom mili hui hai.</w:t>
      </w:r>
      <w:r>
        <w:br/>
      </w:r>
      <w:r>
        <w:rPr>
          <w:sz w:val="20"/>
        </w:rPr>
        <w:t>31:05  total freedom. koi rok nahin sakta aap ko.</w:t>
      </w:r>
      <w:r>
        <w:br/>
      </w:r>
      <w:r>
        <w:rPr>
          <w:sz w:val="20"/>
        </w:rPr>
        <w:t>31:11  nah east mein, nah west mein. kahin rok nahin sakta koi aap ko. hatta ke United Nations mein agar aap ko mauqa mile khare hone ka, wahan khare ho kar ke aap bolen, to kitne hi aap khilaf bolen kisi ke, koi roka nahin aap ko.</w:t>
      </w:r>
      <w:r>
        <w:br/>
      </w:r>
      <w:r>
        <w:rPr>
          <w:sz w:val="20"/>
        </w:rPr>
        <w:t>31:29  sirf rukawat kab hogi? jab aap bomb istemal karen, gun istemal karen, tashaddud istemal karen.</w:t>
      </w:r>
    </w:p>
    <w:p>
      <w:pPr>
        <w:pStyle w:val="Heading2"/>
      </w:pPr>
      <w:r>
        <w:t>Adam and the angels: origin of absolute freedom of expression</w:t>
      </w:r>
    </w:p>
    <w:p>
      <w:r>
        <w:rPr>
          <w:color w:val="666666"/>
          <w:sz w:val="18"/>
        </w:rPr>
        <w:t>Freedom of Expression in Islam 30 Sept 2012 - Maulana Wahiduddin Khan · 4m 34s · at 5:26 · https://youtu.be/WLlXSyxX8Q4?t=326</w:t>
      </w:r>
    </w:p>
    <w:p>
      <w:r>
        <w:rPr>
          <w:i/>
        </w:rPr>
        <w:t>“Allah ne insan ko paida kiya, yani Adam ko”</w:t>
      </w:r>
    </w:p>
    <w:p>
      <w:r>
        <w:rPr>
          <w:sz w:val="20"/>
        </w:rPr>
        <w:t>5:26  mein aaj ki misaal deta hoon aap ko. dekhiye, sab se pehli misaal kya hai? Allah taala ne insaan ko paida kiya, yani adam ko.</w:t>
      </w:r>
      <w:r>
        <w:br/>
      </w:r>
      <w:r>
        <w:rPr>
          <w:sz w:val="20"/>
        </w:rPr>
        <w:t>5:39  adam pehle insaan thay. to Allah taala ne ailaan kiya ke insaan zameen ka khaleefa hoga.</w:t>
      </w:r>
      <w:r>
        <w:br/>
      </w:r>
      <w:r>
        <w:rPr>
          <w:sz w:val="20"/>
        </w:rPr>
        <w:t>5:51  khaleefa matlab hoga zameen ka ansar hoga,</w:t>
      </w:r>
      <w:r>
        <w:br/>
      </w:r>
      <w:r>
        <w:rPr>
          <w:sz w:val="20"/>
        </w:rPr>
        <w:t>5:57  aazad hoga woh. is woh poori tarah aazad hoga apne action ke liye.</w:t>
      </w:r>
      <w:r>
        <w:br/>
      </w:r>
      <w:r>
        <w:rPr>
          <w:sz w:val="20"/>
        </w:rPr>
        <w:t>6:06  to farishton ko is par objection hua, shaq hua. unhone kaha ke "ata peh miy fiy fiyya, kya zameen par aap aise ko basa rahe hain, aise insaan ko jo wahan fasad kare, khoon bahaye?" goya ke farishton ne apna dissent show kiya, dissent kiya ya ikhtilaf e rai kiya.</w:t>
      </w:r>
      <w:r>
        <w:br/>
      </w:r>
      <w:r>
        <w:rPr>
          <w:sz w:val="20"/>
        </w:rPr>
        <w:t>6:31  yeh pehla waqia tha ikhtilaf e rai ka, dissent ka.</w:t>
      </w:r>
      <w:r>
        <w:br/>
      </w:r>
      <w:r>
        <w:rPr>
          <w:sz w:val="20"/>
        </w:rPr>
        <w:t>6:38  to us waqt kya hua? yeh direct Allah taala ki scheme se dissent karna tha. Allah taala ne yeh nahi kaha ke tum kya jano, tum kaun ho?</w:t>
      </w:r>
      <w:r>
        <w:br/>
      </w:r>
      <w:r>
        <w:rPr>
          <w:sz w:val="20"/>
        </w:rPr>
        <w:t>6:50  halak kar deta hai Allah taala un ko. Allah ki shaan yeh hai: "kun fayakoon". woh kehta hai ke "ae farishton, tum halak ho jao" to sab khatam ho jate hain.</w:t>
      </w:r>
      <w:r>
        <w:br/>
      </w:r>
      <w:r>
        <w:rPr>
          <w:sz w:val="20"/>
        </w:rPr>
        <w:t>7:00  lekin Allah taala ne kya kiya? apne jo reason pesh kiye hue thay, reason reason se un ko satisfy kiya.</w:t>
      </w:r>
      <w:r>
        <w:br/>
      </w:r>
      <w:r>
        <w:rPr>
          <w:sz w:val="20"/>
        </w:rPr>
        <w:t>7:13  is ka matlab kya hua? ke insaan ki paidaish ke waqt hi Allah taala ne yeh exemption set kiya, khud apni zaat se</w:t>
      </w:r>
      <w:r>
        <w:br/>
      </w:r>
      <w:r>
        <w:rPr>
          <w:sz w:val="20"/>
        </w:rPr>
        <w:t>7:23  ke insaan ko poori tarah freedom of exception, freedom of expression hasil rahe gi.</w:t>
      </w:r>
      <w:r>
        <w:br/>
      </w:r>
      <w:r>
        <w:rPr>
          <w:sz w:val="20"/>
        </w:rPr>
        <w:t>7:31  ikhtilaf-e-rai kahan hasil hoga? jo is se mutafiq na ho to woh is ko maar nahin sakta.</w:t>
      </w:r>
      <w:r>
        <w:br/>
      </w:r>
      <w:r>
        <w:rPr>
          <w:sz w:val="20"/>
        </w:rPr>
        <w:t>7:41  is ko haq hai ke woh aik jawabi reason pesh kare, is ko mutma'in kare, bas is se aage woh kuch nahin kar sakta.</w:t>
      </w:r>
      <w:r>
        <w:br/>
      </w:r>
      <w:r>
        <w:rPr>
          <w:sz w:val="20"/>
        </w:rPr>
        <w:t>7:55  to Islam mein yaad rakhiye, izhaar-e-khayal ki azadi absolute right hai insaan ka.</w:t>
      </w:r>
      <w:r>
        <w:br/>
      </w:r>
      <w:r>
        <w:rPr>
          <w:sz w:val="20"/>
        </w:rPr>
        <w:t>8:06  koi is ko abuse nahin kar sakta. aap ko ikhtilaf hai to aap apni daleel dijiye, apni reason pesh kijiye, apni logic pesh kijiye.</w:t>
      </w:r>
      <w:r>
        <w:br/>
      </w:r>
      <w:r>
        <w:rPr>
          <w:sz w:val="20"/>
        </w:rPr>
        <w:t>8:17  achha, aisa kyun hai? dekhiye, saada baat nahin hai.</w:t>
      </w:r>
      <w:r>
        <w:br/>
      </w:r>
      <w:r>
        <w:rPr>
          <w:sz w:val="20"/>
        </w:rPr>
        <w:t>8:24  Allah taala ne insaan ko paida kiya hai kis liye? saare log jante hain ke imtehan ke liye, test ke liye.</w:t>
      </w:r>
      <w:r>
        <w:br/>
      </w:r>
      <w:r>
        <w:rPr>
          <w:sz w:val="20"/>
        </w:rPr>
        <w:t>8:36  lab lab Quran mein bar bar bataya gaya hai ke insaan ki paidaish ka maqsad ibtila hai, yaani test hai.</w:t>
      </w:r>
      <w:r>
        <w:br/>
      </w:r>
      <w:r>
        <w:rPr>
          <w:sz w:val="20"/>
        </w:rPr>
        <w:t>8:46  yeh zameen hamare liye testing ground hai.</w:t>
      </w:r>
      <w:r>
        <w:br/>
      </w:r>
      <w:r>
        <w:rPr>
          <w:sz w:val="20"/>
        </w:rPr>
        <w:t>8:51  ab aap jante hain ke test ke liye azadi lazmi hai. azadi nahin to test nahin. to Allah taala ka jo creation plan hai, us mein inherently yeh shamil hai ke insaan ko azadi rahegi</w:t>
      </w:r>
      <w:r>
        <w:br/>
      </w:r>
      <w:r>
        <w:rPr>
          <w:sz w:val="20"/>
        </w:rPr>
        <w:t>9:08  . aap se azadi agar chheen li jaye to phir freedom, to phir test kis baat ka hoga?</w:t>
      </w:r>
      <w:r>
        <w:br/>
      </w:r>
      <w:r>
        <w:rPr>
          <w:sz w:val="20"/>
        </w:rPr>
        <w:t>9:18  kisi ka hath bandh dein, paon bandh dein, zuban band kar dein, sochana band kar dein to phir test hai. test ka koi system hi na karte.</w:t>
      </w:r>
      <w:r>
        <w:br/>
      </w:r>
      <w:r>
        <w:rPr>
          <w:sz w:val="20"/>
        </w:rPr>
        <w:t>9:28  to is liye azadi, azaad izhaar-e-khayal ki azadi, dissent ki azadi, freedom of expression, yeh bilashuba, bilashuba Islam ke mutabiq har aurat aur har mard ka absolute right hai.</w:t>
      </w:r>
      <w:r>
        <w:br/>
      </w:r>
      <w:r>
        <w:rPr>
          <w:sz w:val="20"/>
        </w:rPr>
        <w:t>9:48  absolute right. is mein sirf aik hi, aik hi condition hai, woh yeh ke aap kisi ke liye harf nahin ban sakte.</w:t>
      </w:r>
    </w:p>
    <w:p>
      <w:pPr>
        <w:pStyle w:val="Heading2"/>
      </w:pPr>
      <w:r>
        <w:t>Japanese I am under someone and universal lesson</w:t>
      </w:r>
    </w:p>
    <w:p>
      <w:r>
        <w:rPr>
          <w:color w:val="666666"/>
          <w:sz w:val="18"/>
        </w:rPr>
        <w:t>The Message of The Quran | March 26, 2006 | Maulana Wahiduddin Khan · 5m 13s · at 20:38 · https://youtu.be/li_qc0OGGIA?t=1238</w:t>
      </w:r>
    </w:p>
    <w:p>
      <w:r>
        <w:rPr>
          <w:i/>
        </w:rPr>
        <w:t>“Every Japanese person says I am under someone”</w:t>
      </w:r>
    </w:p>
    <w:p>
      <w:r>
        <w:rPr>
          <w:sz w:val="20"/>
        </w:rPr>
        <w:t>20:38  yahan main is baat ko aur zyada clear karne ke liye ek aur misaal deta hoon aap ko. ek zamanay mein maine japan ke baray mein bohat si books parhi theen. to ek british journalist japan gaya, kai baras tak wahan raha. is ke baad us ne japan ke baray mein ek book likhi. woh book mere paas hai.</w:t>
      </w:r>
      <w:r>
        <w:br/>
      </w:r>
      <w:r>
        <w:rPr>
          <w:sz w:val="20"/>
        </w:rPr>
        <w:t>21:09  is ka title hai "japanese society". "japanese society" ek british journalist ki kitaab hai. is mein us ne ek ajeeb baat likhi hai, woh yeh ke maine japaniyon ko bohat qareeb se dekha, bohat zyada un se interact kiya, bohat zyada un ko samajhne ki koshish ki. ek kaam</w:t>
      </w:r>
      <w:r>
        <w:br/>
      </w:r>
      <w:r>
        <w:rPr>
          <w:sz w:val="20"/>
        </w:rPr>
        <w:t>21:39  n feature maine paya japanese logon mein. ek common feature, woh kya? har japan ka har mard aur har aurat ki yeh psychology hoti hai ke "i am under someone". "i am under someone". bari ajeeb baat hai yeh. isi liye</w:t>
      </w:r>
      <w:r>
        <w:br/>
      </w:r>
      <w:r>
        <w:rPr>
          <w:sz w:val="20"/>
        </w:rPr>
        <w:t>22:10  japanese aam tor par submissive nature hota hai un ka. jaise hamare desh mein office ka jhagda hota hai, wahan office ka koi jhagda nahin. kisi ko chairman bana diya to bas sab ne accept kar liya us ko. kisi ko secretary bana diya to sab ne accept, accept kar liya us ko. hamare haan to accept nahin karte. to wahan par yeh hai</w:t>
      </w:r>
      <w:r>
        <w:br/>
      </w:r>
      <w:r>
        <w:rPr>
          <w:sz w:val="20"/>
        </w:rPr>
        <w:t>22:41  ke submissive nature ki wajah se woh foran hi us ko accept kar lete hain. us ne ek misaal di ke ek japanese factory mein jo workers thay, to un ko kuch resentment hua. unhon ne kaha ke hum strike karenge. hum strike karenge.</w:t>
      </w:r>
      <w:r>
        <w:br/>
      </w:r>
      <w:r>
        <w:rPr>
          <w:sz w:val="20"/>
        </w:rPr>
        <w:t>23:13  to agarche woh log bohat zyada, yaani ghussa thay, worker koi un ki un ko shikayat ho gayi thi. to chairman jo tha factory ka, us ne bulaya. us ne kaha ke dekho, hamare haan is waqt jo product ban raha hai, woh hai export product.</w:t>
      </w:r>
      <w:r>
        <w:br/>
      </w:r>
      <w:r>
        <w:rPr>
          <w:sz w:val="20"/>
        </w:rPr>
        <w:t>23:45  kisi country se humein yeh order mila hai, is ke sath hamara kuch commitment hai, kisi date par humein us ko bhej dena hai. agar hum is date par is product ko bhej na sake to yeh japan ke liye, yaani japanese nation ke liye, ek badnami ki baat hogi.</w:t>
      </w:r>
      <w:r>
        <w:br/>
      </w:r>
      <w:r>
        <w:rPr>
          <w:sz w:val="20"/>
        </w:rPr>
        <w:t>24:16  kyun ke aap jante hain ke business mein time ki bohat value hoti hai. to time par jo us ko saman nahin pahunchega to bohat zyada dhakka lagega hamare business ko aur japanese industry ko. is ke baad workers jo thay, ek minute ke liye socha nahin, unhon ne ek second ke liye nahin socha. unhon ne kaha ke theek hai.</w:t>
      </w:r>
      <w:r>
        <w:br/>
      </w:r>
      <w:r>
        <w:rPr>
          <w:sz w:val="20"/>
        </w:rPr>
        <w:t>24:49  unhon ne apni strike ko wapas le liya. is se bhi ajeeb baat us ne likhi thi ke is ke baad woh factory mein gaye apne kaam ke liye. isi tarah se poori tawajjuh ke sath, poori lagan ke sath, poori mehnat ke sath unhon ne kaam kiya. jaisa ke is se pehle khushi ki halat mein karte thay. woh sirf itna kiya unhon ne ke apne hath par kaale kapray ki patti baandh li. bas</w:t>
      </w:r>
      <w:r>
        <w:br/>
      </w:r>
      <w:r>
        <w:rPr>
          <w:sz w:val="20"/>
        </w:rPr>
        <w:t>25:20  yeh tha. yeh is tarah ki cheezein le kar us ne bataya ke wahan par yeh hai "i am under someone". main kisi chairman ke ke under mein hoon, main kisi king ke under mein hoon, main kisi boss ke under mein hoon. yeh un ka nature hai. dekhein, yeh woh koi simple baat nahin hai. aap yeh samjhiye ke yeh koi simple baat hai. yeh bohat bari baat hai.</w:t>
      </w:r>
    </w:p>
    <w:p>
      <w:pPr>
        <w:pStyle w:val="Heading2"/>
      </w:pPr>
      <w:r>
        <w:t>Jewish community's struggle turns desert fertile</w:t>
      </w:r>
    </w:p>
    <w:p>
      <w:r>
        <w:rPr>
          <w:color w:val="666666"/>
          <w:sz w:val="18"/>
        </w:rPr>
        <w:t>Nation Building On India's Republic Day Jan 26, 2020 Maulana Wahiduddin Khan · 4m 25s · at 8:46 · https://youtu.be/58CVocbLAb8?t=526</w:t>
      </w:r>
    </w:p>
    <w:p>
      <w:r>
        <w:rPr>
          <w:i/>
        </w:rPr>
        <w:t>“Ab se kal mujh se mulaaqaat hui.”</w:t>
      </w:r>
    </w:p>
    <w:p>
      <w:r>
        <w:rPr>
          <w:sz w:val="20"/>
        </w:rPr>
        <w:t>8:46  ab se kal mujh se mulaqat hui meri aik jesh community ke hisab se. woh thay american lekin un ka mazhab yahoodi mazhab tha.</w:t>
      </w:r>
      <w:r>
        <w:br/>
      </w:r>
      <w:r>
        <w:rPr>
          <w:sz w:val="20"/>
        </w:rPr>
        <w:t>9:03  to unhon ne kaha ke</w:t>
      </w:r>
      <w:r>
        <w:br/>
      </w:r>
      <w:r>
        <w:rPr>
          <w:sz w:val="20"/>
        </w:rPr>
        <w:t>9:08  desert ka area jo hai, sehra, wahan aik potential tha.</w:t>
      </w:r>
      <w:r>
        <w:br/>
      </w:r>
      <w:r>
        <w:rPr>
          <w:sz w:val="20"/>
        </w:rPr>
        <w:t>9:18  to jab jaysh community ko</w:t>
      </w:r>
      <w:r>
        <w:br/>
      </w:r>
      <w:r>
        <w:rPr>
          <w:sz w:val="20"/>
        </w:rPr>
        <w:t>9:26  ke halaat bohat sakht ho gaye, aap jante hain ke jaysh community ke liye halaat bohat sakht ho gaye. To</w:t>
      </w:r>
      <w:r>
        <w:br/>
      </w:r>
      <w:r>
        <w:rPr>
          <w:sz w:val="20"/>
        </w:rPr>
        <w:t>9:39  is sakht halat ne un ke andar aik aik spirit jagai ke apne negative ko positive banaein.</w:t>
      </w:r>
      <w:r>
        <w:br/>
      </w:r>
      <w:r>
        <w:rPr>
          <w:sz w:val="20"/>
        </w:rPr>
        <w:t>9:52  un ka jo area tha wahan, woh Desert area tha. Yani sehra hi ilaqa. To yeh un ke un ke halaat ne un ke ne un ko yeh yeh goal diya, yeh nishana diya ke aap ke woh sehrai area ko</w:t>
      </w:r>
      <w:r>
        <w:br/>
      </w:r>
      <w:r>
        <w:rPr>
          <w:sz w:val="20"/>
        </w:rPr>
        <w:t>10:17  zar khez banayein.</w:t>
      </w:r>
      <w:r>
        <w:br/>
      </w:r>
      <w:r>
        <w:rPr>
          <w:sz w:val="20"/>
        </w:rPr>
        <w:t>10:21  sehrai area ko zar khez banayein. To aap jante hain un un se mein ne kaha ke is ka nateeja kya hua?</w:t>
      </w:r>
      <w:r>
        <w:br/>
      </w:r>
      <w:r>
        <w:rPr>
          <w:sz w:val="20"/>
        </w:rPr>
        <w:t>10:33  is ka nateeja yeh hua ke unhon ne aik naya irrigation ka aik naya</w:t>
      </w:r>
      <w:r>
        <w:br/>
      </w:r>
      <w:r>
        <w:rPr>
          <w:sz w:val="20"/>
        </w:rPr>
        <w:t>10:40  aik formula daryaft kiya. Is ko kehte hain drip irrigation.</w:t>
      </w:r>
      <w:r>
        <w:br/>
      </w:r>
      <w:r>
        <w:rPr>
          <w:sz w:val="20"/>
        </w:rPr>
        <w:t>10:53  mein ne dekha hai wahan ke woh pani ka jo jahan store hota hai pani, wahan se</w:t>
      </w:r>
      <w:r>
        <w:br/>
      </w:r>
      <w:r>
        <w:rPr>
          <w:sz w:val="20"/>
        </w:rPr>
        <w:t>11:05  pipe mein le aate hain pani. Aur pani tapakta rehta hai is mein. To aap jante hain ke Desert mein pani ko baha nahi sakte aap.</w:t>
      </w:r>
      <w:r>
        <w:br/>
      </w:r>
      <w:r>
        <w:rPr>
          <w:sz w:val="20"/>
        </w:rPr>
        <w:t>11:20  kyun ke wahin wahin ka wahi woh jazb ho jata hai. Jaise hamare area mein, Delhi UP mein, pani ko aap bahaein to behta hai, yahan se wahan jata hai.</w:t>
      </w:r>
      <w:r>
        <w:br/>
      </w:r>
      <w:r>
        <w:rPr>
          <w:sz w:val="20"/>
        </w:rPr>
        <w:t>11:36  lekin Desert area mein aisa nahi kar sakte aap. Kyun ke pani wahin ka wahin jazb ho jata hai. To unhon ne drip irrigation ka tareeqa nikala.</w:t>
      </w:r>
      <w:r>
        <w:br/>
      </w:r>
      <w:r>
        <w:rPr>
          <w:sz w:val="20"/>
        </w:rPr>
        <w:t>11:52  aur bohat kamyab raha woh.</w:t>
      </w:r>
      <w:r>
        <w:br/>
      </w:r>
      <w:r>
        <w:rPr>
          <w:sz w:val="20"/>
        </w:rPr>
        <w:t>12:00  Khush Khushwant Singh ne likha hai ke aik aik hafta woh safar kar rahe the is area ka.</w:t>
      </w:r>
      <w:r>
        <w:br/>
      </w:r>
      <w:r>
        <w:rPr>
          <w:sz w:val="20"/>
        </w:rPr>
        <w:t>12:11  to hua jahaz se neeche jab unhon ne dekha ke jahan jab</w:t>
      </w:r>
      <w:r>
        <w:br/>
      </w:r>
      <w:r>
        <w:rPr>
          <w:sz w:val="20"/>
        </w:rPr>
        <w:t>12:20  un ka jahaz jab aur Arab area mein urh raha tha to neeche dekha to unhon ne Desert dikhai di. Door tak Desert.</w:t>
      </w:r>
      <w:r>
        <w:br/>
      </w:r>
      <w:r>
        <w:rPr>
          <w:sz w:val="20"/>
        </w:rPr>
        <w:t>12:31  phir jab woh pahunche Israel ke area mein to wahan par sarsabz area the.</w:t>
      </w:r>
      <w:r>
        <w:br/>
      </w:r>
      <w:r>
        <w:rPr>
          <w:sz w:val="20"/>
        </w:rPr>
        <w:t>12:42  sarsabi. Ke yeh karname tha Desert, woh drip irrigation ka.</w:t>
      </w:r>
      <w:r>
        <w:br/>
      </w:r>
      <w:r>
        <w:rPr>
          <w:sz w:val="20"/>
        </w:rPr>
        <w:t>12:55  to sa'i jo hai, sa'i yani koshish, spirit of karne ki spirit aadmi ke naye duniya ke darwaze kholti hai.</w:t>
      </w:r>
    </w:p>
    <w:p>
      <w:pPr>
        <w:pStyle w:val="Heading2"/>
      </w:pPr>
      <w:r>
        <w:t>Angels' doubt, Quran's confirmation, and the real answer</w:t>
      </w:r>
    </w:p>
    <w:p>
      <w:r>
        <w:rPr>
          <w:color w:val="666666"/>
          <w:sz w:val="18"/>
        </w:rPr>
        <w:t>The Purpose of Existence I 9th Sept. 2012 - Maulana Wahiduddin Khan · 5m 31s · at 10:24 · https://youtu.be/cevO-zpWlG8?t=624</w:t>
      </w:r>
    </w:p>
    <w:p>
      <w:r>
        <w:rPr>
          <w:i/>
        </w:rPr>
        <w:t>“Angels doubted, Quran confirmed: man became a corrupter”</w:t>
      </w:r>
    </w:p>
    <w:p>
      <w:r>
        <w:rPr>
          <w:sz w:val="20"/>
        </w:rPr>
        <w:t>10:24  in verses mein ek aa gaya hai ke Allah taala ne insan ko paida kiya aur zameen ka charge is ko diya.</w:t>
      </w:r>
      <w:r>
        <w:br/>
      </w:r>
      <w:r>
        <w:rPr>
          <w:sz w:val="20"/>
        </w:rPr>
        <w:t>10:35  quran mein hai ke Allah ne is ko khaleefa banaya. Khaleefa ke maani hain yeh jo planet earth hai, is ka charge diya insan ko.</w:t>
      </w:r>
      <w:r>
        <w:br/>
      </w:r>
      <w:r>
        <w:rPr>
          <w:sz w:val="20"/>
        </w:rPr>
        <w:t>10:45  tu farishton ne kaha ke is waqt farishte maujood the aur iblis bhi maujood tha. Tu farishton ne kaha ke "ataj'al fiha ma yufsidu fiha wa yasfuk ad-dimaa".</w:t>
      </w:r>
      <w:r>
        <w:br/>
      </w:r>
      <w:r>
        <w:rPr>
          <w:sz w:val="20"/>
        </w:rPr>
        <w:t>11:02  ae rab-ul-alameen, kya tu aise logon ko charge de raha hai zameen par jo wahan fasad karein,</w:t>
      </w:r>
      <w:r>
        <w:br/>
      </w:r>
      <w:r>
        <w:rPr>
          <w:sz w:val="20"/>
        </w:rPr>
        <w:t>11:10  mufsida banein?</w:t>
      </w:r>
      <w:r>
        <w:br/>
      </w:r>
      <w:r>
        <w:rPr>
          <w:sz w:val="20"/>
        </w:rPr>
        <w:t>11:16  tu yeh bohat ajeeb baat hai. Yaani farishton ne yeh doubt pesh kiya tha is waqt ke insan tu zameen mein fasad barpa kare ga, corruption kare ga.</w:t>
      </w:r>
      <w:r>
        <w:br/>
      </w:r>
      <w:r>
        <w:rPr>
          <w:sz w:val="20"/>
        </w:rPr>
        <w:t>11:29  aur ajeeb baat yeh hai ke yeh jo doubt tha farishton ka, khud Allah taala ne quran mein confirm kar diya ke aisa waqai pesh aaya.</w:t>
      </w:r>
      <w:r>
        <w:br/>
      </w:r>
      <w:r>
        <w:rPr>
          <w:sz w:val="20"/>
        </w:rPr>
        <w:t>11:41  quran ki ek ayat hai "zahar al-fasad fi al-barr wa al-bahr bima kasabat aydin an-nas".</w:t>
      </w:r>
      <w:r>
        <w:br/>
      </w:r>
      <w:r>
        <w:rPr>
          <w:sz w:val="20"/>
        </w:rPr>
        <w:t>11:51  yaani insaanon ke amal se zameen fasad se bhar gayi,</w:t>
      </w:r>
      <w:r>
        <w:br/>
      </w:r>
      <w:r>
        <w:rPr>
          <w:sz w:val="20"/>
        </w:rPr>
        <w:t>11:59  khushki aur tari mein fasad phail gaya. Tu kaisi ajeeb baat hai ke paidaish ke beginning mein farishton ne jo doubt pesh kiya tha, khud quran ki</w:t>
      </w:r>
      <w:r>
        <w:br/>
      </w:r>
      <w:r>
        <w:rPr>
          <w:sz w:val="20"/>
        </w:rPr>
        <w:t>12:15  is statement ke mutabiq woh waqia ban gaya</w:t>
      </w:r>
      <w:r>
        <w:br/>
      </w:r>
      <w:r>
        <w:rPr>
          <w:sz w:val="20"/>
        </w:rPr>
        <w:t>12:23  ke insan bajaye khaleefa banne ke mufsida ban gaya, bajaye islah karne ke fasad kiya. Is ne khud quran is ko confirm kar raha hai.</w:t>
      </w:r>
      <w:r>
        <w:br/>
      </w:r>
      <w:r>
        <w:rPr>
          <w:sz w:val="20"/>
        </w:rPr>
        <w:t>12:35  ab sawal yeh hai ke phir Allah ne insan ko paida kyun kiya?</w:t>
      </w:r>
      <w:r>
        <w:br/>
      </w:r>
      <w:r>
        <w:rPr>
          <w:sz w:val="20"/>
        </w:rPr>
        <w:t>12:42  jab farishton ne yeh baat aaghaz hi mein keh di thi aur khud Allah ne confirm kar diya ke waqai aisa hua, tu ab sawal paida hota hai ke Allah ne insan ko paida kyun kiya?</w:t>
      </w:r>
      <w:r>
        <w:br/>
      </w:r>
      <w:r>
        <w:rPr>
          <w:sz w:val="20"/>
        </w:rPr>
        <w:t>12:57  yaani wohi cheez hui jis ko ke</w:t>
      </w:r>
      <w:r>
        <w:br/>
      </w:r>
      <w:r>
        <w:rPr>
          <w:sz w:val="20"/>
        </w:rPr>
        <w:t>12:59  ek ek German historian ne in lafzon mein kaha hai ke "the human history is little board than a record of crimes".</w:t>
      </w:r>
      <w:r>
        <w:br/>
      </w:r>
      <w:r>
        <w:rPr>
          <w:sz w:val="20"/>
        </w:rPr>
        <w:t>13:14  wahi to hua.</w:t>
      </w:r>
      <w:r>
        <w:br/>
      </w:r>
      <w:r>
        <w:rPr>
          <w:sz w:val="20"/>
        </w:rPr>
        <w:t>13:18  to farishtay keh rahe hain, insani historian keh rahe hain, khud Allah is ki tasdeeq farma rahe hain ke waqatan hua bhi aisa hi.</w:t>
      </w:r>
      <w:r>
        <w:br/>
      </w:r>
      <w:r>
        <w:rPr>
          <w:sz w:val="20"/>
        </w:rPr>
        <w:t>13:29  to yeh bohat bara sawal hai ke "what was the purpose of creation?</w:t>
      </w:r>
      <w:r>
        <w:br/>
      </w:r>
      <w:r>
        <w:rPr>
          <w:sz w:val="20"/>
        </w:rPr>
        <w:t>13:35  what was the purpose of existence?" yeh bohat bara sawal hai. is par main zindagi par sochta raha hoon.</w:t>
      </w:r>
      <w:r>
        <w:br/>
      </w:r>
      <w:r>
        <w:rPr>
          <w:sz w:val="20"/>
        </w:rPr>
        <w:t>13:48  meri zindagi koi doosra maqsad nahi siwaye is ke ke main is ka jawab talash karoon.</w:t>
      </w:r>
      <w:r>
        <w:br/>
      </w:r>
      <w:r>
        <w:rPr>
          <w:sz w:val="20"/>
        </w:rPr>
        <w:t>13:55  to inhi ayaton mein is sawal ka jawab hai. asal mein hum</w:t>
      </w:r>
      <w:r>
        <w:br/>
      </w:r>
      <w:r>
        <w:rPr>
          <w:sz w:val="20"/>
        </w:rPr>
        <w:t>14:04  wrong criterion se judge kar rahe hain is situation ko. ghalati hamari yahan hai. jaise is building ko aap judge karein ek hospital ke criterion se, to aap kahein ge ke hospital hai, yahan to kuch bhi nahi.</w:t>
      </w:r>
      <w:r>
        <w:br/>
      </w:r>
      <w:r>
        <w:rPr>
          <w:sz w:val="20"/>
        </w:rPr>
        <w:t>14:21  lekin ghalati aap ki hai</w:t>
      </w:r>
      <w:r>
        <w:br/>
      </w:r>
      <w:r>
        <w:rPr>
          <w:sz w:val="20"/>
        </w:rPr>
        <w:t>14:24  kyun ke hospital to hai nahi. yeh to jitne log hain, apne mind mein unhone ek yardstick banaya, khud apne mind mein, aur usi se napna shuru kar diya.</w:t>
      </w:r>
      <w:r>
        <w:br/>
      </w:r>
      <w:r>
        <w:rPr>
          <w:sz w:val="20"/>
        </w:rPr>
        <w:t>14:38  to keh rahe hain ke duniya to register of crimes hai.</w:t>
      </w:r>
      <w:r>
        <w:br/>
      </w:r>
      <w:r>
        <w:rPr>
          <w:sz w:val="20"/>
        </w:rPr>
        <w:t>14:44  nahi, aap ko janna chahiye ke khud creation, khud creator ka creation plan kya hai? khud creator ke nazdeek purpose of existence kya hai?</w:t>
      </w:r>
      <w:r>
        <w:br/>
      </w:r>
      <w:r>
        <w:rPr>
          <w:sz w:val="20"/>
        </w:rPr>
        <w:t>15:00  apne mind se aap</w:t>
      </w:r>
      <w:r>
        <w:br/>
      </w:r>
      <w:r>
        <w:rPr>
          <w:sz w:val="20"/>
        </w:rPr>
        <w:t>15:02  nahi is ko tay kar sakte.</w:t>
      </w:r>
      <w:r>
        <w:br/>
      </w:r>
      <w:r>
        <w:rPr>
          <w:sz w:val="20"/>
        </w:rPr>
        <w:t>15:07  to ghalati yahan hai ke apne zehan se Allah ke creation ko judge kar rahe hain.</w:t>
      </w:r>
      <w:r>
        <w:br/>
      </w:r>
      <w:r>
        <w:rPr>
          <w:sz w:val="20"/>
        </w:rPr>
        <w:t>15:18  yani is yeh jo jahan aap baithe hue hain, kisi ne is ko banaya hai, koi is ko chala raha hai, us ke mind se janna pare ga ke yeh kya cheez hai. aap rehte hain kahin bombay mein, apne apne mind mein ek yardstick banaye, us se ja kar judge karein aap is ko.</w:t>
      </w:r>
      <w:r>
        <w:br/>
      </w:r>
      <w:r>
        <w:rPr>
          <w:sz w:val="20"/>
        </w:rPr>
        <w:t>15:35  to bilashuba woh ghalati karein ge aap. to sare log yahi ghalati kar rahe hain ke apne khud sakhta yardstick se ya khud sakhta criterion se woh Allah ke creation ko judge kar rahe hain.</w:t>
      </w:r>
      <w:r>
        <w:br/>
      </w:r>
      <w:r>
        <w:rPr>
          <w:sz w:val="20"/>
        </w:rPr>
        <w:t>15:52  to yeh jo jin jin verses ko main ne refer kiya,</w:t>
      </w:r>
    </w:p>
    <w:p>
      <w:pPr>
        <w:pStyle w:val="Heading2"/>
      </w:pPr>
      <w:r>
        <w:t>Adam's incomplete paradise: the life lesson everyone misses</w:t>
      </w:r>
    </w:p>
    <w:p>
      <w:r>
        <w:rPr>
          <w:color w:val="666666"/>
          <w:sz w:val="18"/>
        </w:rPr>
        <w:t>Ramadan Month of The Quran June 28, 2015 · 5m 58s · at 15:44 · https://youtu.be/Ca7wr4bEy9Y?t=944</w:t>
      </w:r>
    </w:p>
    <w:p>
      <w:r>
        <w:rPr>
          <w:i/>
        </w:rPr>
        <w:t>“Allah Ta'ala ne Adam ko paida kiya, phir unko jannat mein rakha”</w:t>
      </w:r>
    </w:p>
    <w:p>
      <w:r>
        <w:rPr>
          <w:sz w:val="20"/>
        </w:rPr>
        <w:t>15:44  to is se naye naye mani samajh mein ate hain. maslan dekhiye, aap quran ko parhna shuru karen to aap aage ek qissa padhenge adam ka</w:t>
      </w:r>
      <w:r>
        <w:br/>
      </w:r>
      <w:r>
        <w:rPr>
          <w:sz w:val="20"/>
        </w:rPr>
        <w:t>15:59  ke allah taala ne adam ko paida kiya, phir un ko jannat mein rakha, aur yeh kaha ke ek ek ek darakht ki ko bata diya ke is ke paas mat jana,</w:t>
      </w:r>
      <w:r>
        <w:br/>
      </w:r>
      <w:r>
        <w:rPr>
          <w:sz w:val="20"/>
        </w:rPr>
        <w:t>16:16  la taqrab al-shajar is ke paas mat jana, is ka phal mat khana.</w:t>
      </w:r>
      <w:r>
        <w:br/>
      </w:r>
      <w:r>
        <w:rPr>
          <w:sz w:val="20"/>
        </w:rPr>
        <w:t>16:24  to adam aur hawa ne yahan par un ko woh bhool gaye, aur is ke paas gaye, aur is ka phal kha liya.</w:t>
      </w:r>
      <w:r>
        <w:br/>
      </w:r>
      <w:r>
        <w:rPr>
          <w:sz w:val="20"/>
        </w:rPr>
        <w:t>16:33  to is ke baad woh jannat se mahroom ho gaye, jannat se un ko nikal diya gaya. to is par ghor kijiye to ek bohat bara sabak aap ko milega, bohat bara sabak.</w:t>
      </w:r>
      <w:r>
        <w:br/>
      </w:r>
      <w:r>
        <w:rPr>
          <w:sz w:val="20"/>
        </w:rPr>
        <w:t>16:46  dekhiye, bible mein hai ke yeh jannat jo thi adam ki, yeh kisi aasman mein nahi thi, woh eden mein thi.</w:t>
      </w:r>
      <w:r>
        <w:br/>
      </w:r>
      <w:r>
        <w:rPr>
          <w:sz w:val="20"/>
        </w:rPr>
        <w:t>16:57  babil mein hai ke khawand ne eden eden mein ek bagh ugaya,</w:t>
      </w:r>
      <w:r>
        <w:br/>
      </w:r>
      <w:r>
        <w:rPr>
          <w:sz w:val="20"/>
        </w:rPr>
        <w:t>17:03  eden ek mulk hai, aap jante hain. to bible ke mutabiq woh jannat pehli jahan jannat jahan basaye gaye the hawa aur jahan adam aur hawa, woh eden mein eden mein thi.</w:t>
      </w:r>
      <w:r>
        <w:br/>
      </w:r>
      <w:r>
        <w:rPr>
          <w:sz w:val="20"/>
        </w:rPr>
        <w:t>17:19  mein yeh nahi kehta ke waqeatan yahi hai, lekin quran mein to aisa nahi hai.</w:t>
      </w:r>
      <w:r>
        <w:br/>
      </w:r>
      <w:r>
        <w:rPr>
          <w:sz w:val="20"/>
        </w:rPr>
        <w:t>17:24  beh-haal, jo sabak mein kehna chahta hoon, jo sabak milta hai, woh yeh hai ke</w:t>
      </w:r>
      <w:r>
        <w:br/>
      </w:r>
      <w:r>
        <w:rPr>
          <w:sz w:val="20"/>
        </w:rPr>
        <w:t>17:33  jannat mein ek hissa ya ek darakht aisa tha jo un ko nahi mila tha, adam aur hawa ko. jannat poori mil gayi, lekin phir bhi is ka ek hissa nahi mila jahan ek darakht tha.</w:t>
      </w:r>
      <w:r>
        <w:br/>
      </w:r>
      <w:r>
        <w:rPr>
          <w:sz w:val="20"/>
        </w:rPr>
        <w:t>17:49  yani yeh is ka matlab yeh hai ke adam ki jannat khandat jannat thi, khandat incomplete jannat thi. to mein samajhta hoon ke yeh bohat bara sabak hai ke dunya mein insan yeh na samjhe ke woh dunya mein complete jannat pa sakta hai,</w:t>
      </w:r>
      <w:r>
        <w:br/>
      </w:r>
      <w:r>
        <w:rPr>
          <w:sz w:val="20"/>
        </w:rPr>
        <w:t>18:10  apne liye mukammal zindagi bana sakta hai, yahan mukammal system bana sakta hai.</w:t>
      </w:r>
      <w:r>
        <w:br/>
      </w:r>
      <w:r>
        <w:rPr>
          <w:sz w:val="20"/>
        </w:rPr>
        <w:t>18:16  aisa mumkin nahi hai, yahan par incomplete dunya hogi insan ki, incomplete jannat jo banayega, woh incomplete hogi, jo system banayega, woh incomplete system hoga.</w:t>
      </w:r>
      <w:r>
        <w:br/>
      </w:r>
      <w:r>
        <w:rPr>
          <w:sz w:val="20"/>
        </w:rPr>
        <w:t>18:30  dekhiye, yeh agar maan len hum to sara tension khatam ho jaye. sara tension kyun hota hai? hum incomplete pe raazi nahi hote, hum chahte hain complete karna.</w:t>
      </w:r>
      <w:r>
        <w:br/>
      </w:r>
      <w:r>
        <w:rPr>
          <w:sz w:val="20"/>
        </w:rPr>
        <w:t>18:43  incomplete to sabhi ko mil jata hai.</w:t>
      </w:r>
      <w:r>
        <w:br/>
      </w:r>
      <w:r>
        <w:rPr>
          <w:sz w:val="20"/>
        </w:rPr>
        <w:t>18:46  aap ghor kijiye to is paas aap ke jitne log honge, sab ko incomplete dunya mili hui hogi, lekin phir bhi woh pareshan honge kyunke woh chahte hain ke mujhe complete mil jaye.</w:t>
      </w:r>
      <w:r>
        <w:br/>
      </w:r>
      <w:r>
        <w:rPr>
          <w:sz w:val="20"/>
        </w:rPr>
        <w:t>19:00  maslan chota ghar hai to bara ghar mil jaye, ek car hai to do car mil jaye, chota job hai to bara job mil jaye, kam aamdani wala business hai to bari aamdani wala business mil jaye.</w:t>
      </w:r>
      <w:r>
        <w:br/>
      </w:r>
      <w:r>
        <w:rPr>
          <w:sz w:val="20"/>
        </w:rPr>
        <w:t>19:11  to har aadmi isi chakkar mein hai. hatta ke abhi ek report aayi thi, barack obama jo usa ke president hain, unhon ne apne ek interview mein kaha ke mein frustration mein jeeta hoon kyunke jo change lana chahta tha america, woh mein nahi la saka.</w:t>
      </w:r>
      <w:r>
        <w:br/>
      </w:r>
      <w:r>
        <w:rPr>
          <w:sz w:val="20"/>
        </w:rPr>
        <w:t>19:35  frustration mein hai woh kyunke america mein jo change lana chahte the, woh nahi la sake. ab dekhen, do term mila un ko, do term to woh bhi isi us mein hain kyunke change to laye, kuch na kuch, bohat se kaam kiye unhon ne, lekin jo un ka ideal concept tha, ideal woh nahi poora hua.</w:t>
      </w:r>
      <w:r>
        <w:br/>
      </w:r>
      <w:r>
        <w:rPr>
          <w:sz w:val="20"/>
        </w:rPr>
        <w:t>19:59  to yeh mein samajhta hoon ke quran mein bohat bara sabak diya gaya hai ke kabhi tum ideal ke peeche mat bhago, ideal se kam milega tum ko, hamesha jo milega,</w:t>
      </w:r>
      <w:r>
        <w:br/>
      </w:r>
      <w:r>
        <w:rPr>
          <w:sz w:val="20"/>
        </w:rPr>
        <w:t>20:12  less than ideal milega, less than perfect milega. agar is agar is raat ko samjho to kabhi bhi tum ko tension nahi hoga, kabhi bhi tum ko stress nahi hoga,</w:t>
      </w:r>
      <w:r>
        <w:br/>
      </w:r>
      <w:r>
        <w:rPr>
          <w:sz w:val="20"/>
        </w:rPr>
        <w:t>20:25  nahi to super power ka president ho kar bhi tum ko stress mein jeena padega. to itna bara sabak hai yeh, yeh ghor karne se samajh mein ata hai.</w:t>
      </w:r>
      <w:r>
        <w:br/>
      </w:r>
      <w:r>
        <w:rPr>
          <w:sz w:val="20"/>
        </w:rPr>
        <w:t>20:38  agar aap sirf tilawat karen, sirf alfaz ko padhen to yeh baat nahi samajh mein ayegi, lekin jab aap ghor karen, ghor karen, ghor karen, tab yeh baaten khulengi aap ko</w:t>
      </w:r>
      <w:r>
        <w:br/>
      </w:r>
      <w:r>
        <w:rPr>
          <w:sz w:val="20"/>
        </w:rPr>
        <w:t>20:51  keh Allah taala ne Adam aur jannat ke qisse ko jo bayan kiya hai, woh khwamkhwah to nahi ho sakta, wahan se story to nahi ho sakti hai.</w:t>
      </w:r>
      <w:r>
        <w:br/>
      </w:r>
      <w:r>
        <w:rPr>
          <w:sz w:val="20"/>
        </w:rPr>
        <w:t>21:00  Yaqeenan is ke andar koi sabak hoga, aur sabak kya hai? Ke incomplete jannat pe raazi ho jao. Incomplete is duniya ke bare mein kehta hoon, jannat akhirat wali jo hogi, woh to complete hogi.</w:t>
      </w:r>
      <w:r>
        <w:br/>
      </w:r>
      <w:r>
        <w:rPr>
          <w:sz w:val="20"/>
        </w:rPr>
        <w:t>21:17  Akhirat mein jo hamein milegi, duniya woh complete hogi.</w:t>
      </w:r>
      <w:r>
        <w:br/>
      </w:r>
      <w:r>
        <w:rPr>
          <w:sz w:val="20"/>
        </w:rPr>
        <w:t>21:20  Is duniya mein incomplete jannat pe raazi ho jao kyunke complete jannat milegi nahi, aur kya hoga? Ke tum frustration mein jiyoge, tension mein jiyoge.</w:t>
      </w:r>
      <w:r>
        <w:br/>
      </w:r>
      <w:r>
        <w:rPr>
          <w:sz w:val="20"/>
        </w:rPr>
        <w:t>21:33  To sari duniya is waqt sach poochhein to tension mein jee rahi hai, including president Obama.</w:t>
      </w:r>
    </w:p>
    <w:p>
      <w:pPr>
        <w:pStyle w:val="Heading2"/>
      </w:pPr>
      <w:r>
        <w:t>13 billion years and the purpose of man</w:t>
      </w:r>
    </w:p>
    <w:p>
      <w:r>
        <w:rPr>
          <w:color w:val="666666"/>
          <w:sz w:val="18"/>
        </w:rPr>
        <w:t>In Pursuit of Reality October 25, 2008 · 3m 25s · at 22:41 · https://youtu.be/tz3cEF-6zjQ?t=1361</w:t>
      </w:r>
    </w:p>
    <w:p>
      <w:r>
        <w:rPr>
          <w:i/>
        </w:rPr>
        <w:t>“Ab sochne ki baat ye hai.”</w:t>
      </w:r>
    </w:p>
    <w:p>
      <w:r>
        <w:rPr>
          <w:sz w:val="20"/>
        </w:rPr>
        <w:t>22:41  ab sochne ki baat yeh hai ke kya yeh insan jo, yaani yeh jo universe hai, is ki history 13 billion saal tak jati hai?</w:t>
      </w:r>
      <w:r>
        <w:br/>
      </w:r>
      <w:r>
        <w:rPr>
          <w:sz w:val="20"/>
        </w:rPr>
        <w:t>22:52  13 billion saal, 137 billion, jab se yaani shuru hua hai, yaani wo jo cosmic ball tha, jis ko bank big bang kehte hain,</w:t>
      </w:r>
      <w:r>
        <w:br/>
      </w:r>
      <w:r>
        <w:rPr>
          <w:sz w:val="20"/>
        </w:rPr>
        <w:t>23:07  big bang se le kar aaj tak 137 billion saal ho chuke hain. aakhir mein kya paida hua? insan.</w:t>
      </w:r>
      <w:r>
        <w:br/>
      </w:r>
      <w:r>
        <w:rPr>
          <w:sz w:val="20"/>
        </w:rPr>
        <w:t>23:17  ab sochiye zara ke 13 billion saal ka jo process tha, wo is ka culmination tha. insan kaisa?</w:t>
      </w:r>
      <w:r>
        <w:br/>
      </w:r>
      <w:r>
        <w:rPr>
          <w:sz w:val="20"/>
        </w:rPr>
        <w:t>23:26  ji, mind hai insan ka aur insan ko satisfaction nahi mil raha hai. halanke agar aap poori universe ko jab padhte hain to insani lagta hai ke insani ke liye sab kuch bana hai,</w:t>
      </w:r>
      <w:r>
        <w:br/>
      </w:r>
      <w:r>
        <w:rPr>
          <w:sz w:val="20"/>
        </w:rPr>
        <w:t>23:42  sab kuch bana hai insan ke liye. to insan jo hai, wahi final word hai universe ka, wahi culmination hai universe ka.</w:t>
      </w:r>
      <w:r>
        <w:br/>
      </w:r>
      <w:r>
        <w:rPr>
          <w:sz w:val="20"/>
        </w:rPr>
        <w:t>23:52  aur isi ko is tarah, yaani yeh faith is ka ho ke satisfaction mein na na mile, is ko yeh unthinkable hai.</w:t>
      </w:r>
      <w:r>
        <w:br/>
      </w:r>
      <w:r>
        <w:rPr>
          <w:sz w:val="20"/>
        </w:rPr>
        <w:t>24:04  yaad rakhiye, main samajhta hoon ke starting point yahan hai hamare liye. starting point yahan hai ke yeh unthinkable hai ke aisi meaningful universe mein jo aakhri product hai, is ka insan wahi purposeless rahe.</w:t>
      </w:r>
      <w:r>
        <w:br/>
      </w:r>
      <w:r>
        <w:rPr>
          <w:sz w:val="20"/>
        </w:rPr>
        <w:t>24:26  yehi possible hai. yaani universe jo material universe hai, aap jante hain, is mein bohat hi meaning hai, bohat hi meaningful universe hai yeh.</w:t>
      </w:r>
      <w:r>
        <w:br/>
      </w:r>
      <w:r>
        <w:rPr>
          <w:sz w:val="20"/>
        </w:rPr>
        <w:t>24:43  aur is ke baad jo is ka final product hai, wo insan hai.</w:t>
      </w:r>
      <w:r>
        <w:br/>
      </w:r>
      <w:r>
        <w:rPr>
          <w:sz w:val="20"/>
        </w:rPr>
        <w:t>24:50  aap yeh samajh lein, aise hai jaise ke steel ka ek karakhana ho, ek factory steel ki ho. is steel ke factory jo hai, ore se shuru hoti hai, ore se, ore se chalte chalte kitne sare process ko chalane ke baad ek machine banai gayi.</w:t>
      </w:r>
      <w:r>
        <w:br/>
      </w:r>
      <w:r>
        <w:rPr>
          <w:sz w:val="20"/>
        </w:rPr>
        <w:t>25:06  ab machinery agar meaningless ho to sara process kis liye chalaya gaya tha? ek factory mein jo process chalaya jata hai, jo ore se shuru hota hai, ore, aakhir mein ek ek beautiful machine ban kar tayyar hoti hai.</w:t>
      </w:r>
      <w:r>
        <w:br/>
      </w:r>
      <w:r>
        <w:rPr>
          <w:sz w:val="20"/>
        </w:rPr>
        <w:t>25:22  to kya aap soch sakte hain ke wahi wahi machinery meaningless, meaningless ho, isi ko koi purpose na ho? ka koi purpose na ho?</w:t>
      </w:r>
      <w:r>
        <w:br/>
      </w:r>
      <w:r>
        <w:rPr>
          <w:sz w:val="20"/>
        </w:rPr>
        <w:t>25:35  jaise ke ek lambe process ke baad ek car bani, ek Rolls-Royce car, suppose, aur wahi isi car ka koi purpose na ho?</w:t>
      </w:r>
      <w:r>
        <w:br/>
      </w:r>
      <w:r>
        <w:rPr>
          <w:sz w:val="20"/>
        </w:rPr>
        <w:t>25:46  aisa ho sakta hai? to main samajhta hoon ke hum 13 billion saal ke process ko deny nahi kar sakte.</w:t>
      </w:r>
      <w:r>
        <w:br/>
      </w:r>
      <w:r>
        <w:rPr>
          <w:sz w:val="20"/>
        </w:rPr>
        <w:t>25:56  is liye hum is ko bhi deny nahi kar sakte ke insan ka ek purpose hai. yeh impossible hai ke insan purposeless paida ho, purposeless mar jaye.</w:t>
      </w:r>
    </w:p>
    <w:p>
      <w:pPr>
        <w:pStyle w:val="Heading2"/>
      </w:pPr>
      <w:r>
        <w:t>Muslims' superiority complex is wrong</w:t>
      </w:r>
    </w:p>
    <w:p>
      <w:r>
        <w:rPr>
          <w:color w:val="666666"/>
          <w:sz w:val="18"/>
        </w:rPr>
        <w:t>Q&amp;A 04 Mar 2012 Maulana Wahiduddin Khan · 3m 47s · at 42:45 · https://youtu.be/txRmutuvWQI?t=2565</w:t>
      </w:r>
    </w:p>
    <w:p>
      <w:r>
        <w:rPr>
          <w:i/>
        </w:rPr>
        <w:t>“Unique ka concept hi galat hai”</w:t>
      </w:r>
    </w:p>
    <w:p>
      <w:r>
        <w:rPr>
          <w:sz w:val="20"/>
        </w:rPr>
        <w:t>42:45  maulana, agla sawal doctor farida khanam ka hai dilli se. unhon ne likha hai: "why is it that muslims do not react to the evils committed by the members of their family, by the members of their community, but they launch their protest only to the evils when these are committed by the people belonging to another community, humm, they regard as their enemies?"</w:t>
      </w:r>
      <w:r>
        <w:br/>
      </w:r>
      <w:r>
        <w:rPr>
          <w:sz w:val="20"/>
        </w:rPr>
        <w:t>43:12  haan, abhi haal mein mujhe quran ka ek english tarjuma mila jo yahan ek book fair mein kafi banta gaya hai.</w:t>
      </w:r>
      <w:r>
        <w:br/>
      </w:r>
      <w:r>
        <w:rPr>
          <w:sz w:val="20"/>
        </w:rPr>
        <w:t>43:21  to is ke shuru mein ek preface hai, ek forward hai. is forward mein likha hai</w:t>
      </w:r>
      <w:r>
        <w:br/>
      </w:r>
      <w:r>
        <w:rPr>
          <w:sz w:val="20"/>
        </w:rPr>
        <w:t>43:29  ke islam aur musalman unique hain. ghore o fikr karo ke islam bhi unique hai, musalman bhi unique hai, ummat, ummat bhi unique hai.</w:t>
      </w:r>
      <w:r>
        <w:br/>
      </w:r>
      <w:r>
        <w:rPr>
          <w:sz w:val="20"/>
        </w:rPr>
        <w:t>43:39  to yahi zehan mein paida hoga. islam to bilashuba unique hai, musalman unique nahi hai. musalman to ek</w:t>
      </w:r>
      <w:r>
        <w:br/>
      </w:r>
      <w:r>
        <w:rPr>
          <w:sz w:val="20"/>
        </w:rPr>
        <w:t>43:47  blnt bashar min khalq kiya hai? sahib, kis surat mein? blnt bashar min khalq. ji, kya kya ayat hai?</w:t>
      </w:r>
      <w:r>
        <w:br/>
      </w:r>
      <w:r>
        <w:rPr>
          <w:sz w:val="20"/>
        </w:rPr>
        <w:t>43:57  blnt bashar min khalq. blnt bashar min khalq, jaise doosra insan hai, us se musalman. main hairaan reh gaya ke is quran ko bant rahe hain ghair muslimon mein, jis mein khud likh rakha hai ke musalman unique ummah hain.</w:t>
      </w:r>
      <w:r>
        <w:br/>
      </w:r>
      <w:r>
        <w:rPr>
          <w:sz w:val="20"/>
        </w:rPr>
        <w:t>44:12  pata nahi ke yani khuda description karta hai.</w:t>
      </w:r>
      <w:r>
        <w:br/>
      </w:r>
      <w:r>
        <w:rPr>
          <w:sz w:val="20"/>
        </w:rPr>
        <w:t>44:18  to isi se logon ke andar yeh paak, jis ko kehte hain woh yani self righteousness. hum kuch doosron se bartar hain, hum kuch behtar hain, hum khair ummah hain.</w:t>
      </w:r>
      <w:r>
        <w:br/>
      </w:r>
      <w:r>
        <w:rPr>
          <w:sz w:val="20"/>
        </w:rPr>
        <w:t>44:30  isi ki wajah se apne bare mein kaha jaye to bhark bharken ge aur doosron ke bare mein khoob bolen ge, be takan. to main hairaan reh gaya ke woh quran, us mein likha hua tha ke ghair muslimon ke mein phailane ke liye, aur us mein, us mein forward word mein yeh likha hua hai.</w:t>
      </w:r>
      <w:r>
        <w:br/>
      </w:r>
      <w:r>
        <w:rPr>
          <w:sz w:val="20"/>
        </w:rPr>
        <w:t>44:50  kya kya kya tha? woh us mein yahi tha ke islam aur muslim ummah unique hain. ji ji ji, mere paas maujood hai, kuch aap aa ke dekh sakte hain.</w:t>
      </w:r>
      <w:r>
        <w:br/>
      </w:r>
      <w:r>
        <w:rPr>
          <w:sz w:val="20"/>
        </w:rPr>
        <w:t>45:00  islam bilashuba unique hai, lekin unique is tarah se main bhi unique agar tab bhi main nahi bolunga. main kahunga ke islam jo hai, preserved religion hai, mehfooz religion hai.</w:t>
      </w:r>
      <w:r>
        <w:br/>
      </w:r>
      <w:r>
        <w:rPr>
          <w:sz w:val="20"/>
        </w:rPr>
        <w:t>45:13  har har mazhab</w:t>
      </w:r>
      <w:r>
        <w:br/>
      </w:r>
      <w:r>
        <w:rPr>
          <w:sz w:val="20"/>
        </w:rPr>
        <w:t>45:14  jo tha, wahshi tha, jaisa ke islam hai, jo allah ne bheja. to islam jo hai, kuch superior hai, doosre pichle mazahib jo the, inferior the.</w:t>
      </w:r>
      <w:r>
        <w:br/>
      </w:r>
      <w:r>
        <w:rPr>
          <w:sz w:val="20"/>
        </w:rPr>
        <w:t>45:24  aisa nahi, kuch bhi nahi. to unique ka lafz hi sach much irrelevant hai.</w:t>
      </w:r>
      <w:r>
        <w:br/>
      </w:r>
      <w:r>
        <w:rPr>
          <w:sz w:val="20"/>
        </w:rPr>
        <w:t>45:32  quran ya islam koi yani doosre jo allah ke bheje hue mazahib the, us se alag nahi hai. wahi wahi wahi ka wahi hai.</w:t>
      </w:r>
      <w:r>
        <w:br/>
      </w:r>
      <w:r>
        <w:rPr>
          <w:sz w:val="20"/>
        </w:rPr>
        <w:t>45:42  to unique ka concept hi galat hai. aur musalmanon ka samajhna ke woh unique ummah hain, woh khair ummah hain, doosre log</w:t>
      </w:r>
      <w:r>
        <w:br/>
      </w:r>
      <w:r>
        <w:rPr>
          <w:sz w:val="20"/>
        </w:rPr>
        <w:t>45:50  un se kam hain, kuch yeh bilashuba ek ek khud sakhta nazariya hai, baseless hai. aur isi ki wajah se yeh agaya musalmanon mein, yani apne ko kuch behtar samajhna, doosron se ooncha samajhna.</w:t>
      </w:r>
      <w:r>
        <w:br/>
      </w:r>
      <w:r>
        <w:rPr>
          <w:sz w:val="20"/>
        </w:rPr>
        <w:t>46:07  to jo log aisa maan lein, to un par karsiz ka karsaz kiya jayega, to bohat ghussa honge. aur doosron pe kiya jaye, to khoob khush honge. yeh nafsiyat musalmanon mein iss waqt hai, jis ko angrezi mein kehte hain paranoia.</w:t>
      </w:r>
      <w:r>
        <w:br/>
      </w:r>
      <w:r>
        <w:rPr>
          <w:sz w:val="20"/>
        </w:rPr>
        <w:t>46:22  musalmanon ka jo hai, us ko panaroid character ban gaye hain musalman.</w:t>
      </w:r>
      <w:r>
        <w:br/>
      </w:r>
      <w:r>
        <w:rPr>
          <w:sz w:val="20"/>
        </w:rPr>
        <w:t>46:27  aur yeh mera dekhein, bilkul is ka islam se koi talluq nahi hai.</w:t>
      </w:r>
    </w:p>
    <w:p>
      <w:pPr>
        <w:pStyle w:val="Heading2"/>
      </w:pPr>
      <w:r>
        <w:t>Universe to hadith: purpose of creation</w:t>
      </w:r>
    </w:p>
    <w:p>
      <w:r>
        <w:rPr>
          <w:color w:val="666666"/>
          <w:sz w:val="18"/>
        </w:rPr>
        <w:t>The Age of the Quran October 14, 2018 · 5m 27s · at 6:38 · https://youtu.be/DymTmk2gwGU?t=398</w:t>
      </w:r>
    </w:p>
    <w:p>
      <w:r>
        <w:rPr>
          <w:i/>
        </w:rPr>
        <w:t>“Dekhiye, is kaainaat ko banane wala ek Allah Rabbul Aalameen hai”</w:t>
      </w:r>
    </w:p>
    <w:p>
      <w:r>
        <w:rPr>
          <w:sz w:val="20"/>
        </w:rPr>
        <w:t>6:38  Dekhein, is kainat ko, is universe ko banane wala ek Allah Rabbul Alameen hai.</w:t>
      </w:r>
      <w:r>
        <w:br/>
      </w:r>
      <w:r>
        <w:rPr>
          <w:sz w:val="20"/>
        </w:rPr>
        <w:t>6:54  Allah ne is kainat ko kuch aise dhang se banaya ke yahan sab kuch</w:t>
      </w:r>
      <w:r>
        <w:br/>
      </w:r>
      <w:r>
        <w:rPr>
          <w:sz w:val="20"/>
        </w:rPr>
        <w:t>7:06  evident hai, observable hai. Lekin khud Allah Rabbul Alameen bilkul parde mein hai, woh unseen bana hua hai.</w:t>
      </w:r>
      <w:r>
        <w:br/>
      </w:r>
      <w:r>
        <w:rPr>
          <w:sz w:val="20"/>
        </w:rPr>
        <w:t>7:24  Aisa kyun hai? Ek ek shayar ne kaha tha: "Mujhe bula ke yahan aap chhup gaya koi, woh mehman hoon jise mezban nahi milta." To bahut hi ajeeb baat hai ke saari universe observable hai,</w:t>
      </w:r>
      <w:r>
        <w:br/>
      </w:r>
      <w:r>
        <w:rPr>
          <w:sz w:val="20"/>
        </w:rPr>
        <w:t>7:53  galaxies observable hain, solar system observable hai, insan aur animal aur plant sab kuch observable hai.</w:t>
      </w:r>
      <w:r>
        <w:br/>
      </w:r>
      <w:r>
        <w:rPr>
          <w:sz w:val="20"/>
        </w:rPr>
        <w:t>8:08  Lekin jisne yeh sab banaya aur jo in sab ka controller hai, woh kahin dikhai nahi deta.</w:t>
      </w:r>
      <w:r>
        <w:br/>
      </w:r>
      <w:r>
        <w:rPr>
          <w:sz w:val="20"/>
        </w:rPr>
        <w:t>8:24  To is ka raaz yeh hai ke Allah Rabbul Alameen ne yeh duniya ko banaya, woh Khallaq hai,</w:t>
      </w:r>
      <w:r>
        <w:br/>
      </w:r>
      <w:r>
        <w:rPr>
          <w:sz w:val="20"/>
        </w:rPr>
        <w:t>8:40  aur phir us ne ek ek paradise banayi.</w:t>
      </w:r>
      <w:r>
        <w:br/>
      </w:r>
      <w:r>
        <w:rPr>
          <w:sz w:val="20"/>
        </w:rPr>
        <w:t>8:48  Paradise aur paradise insan ke liye eternal world hai. Wahan har qism ki good cheezein maujood hain, ideal tareeqe se.</w:t>
      </w:r>
      <w:r>
        <w:br/>
      </w:r>
      <w:r>
        <w:rPr>
          <w:sz w:val="20"/>
        </w:rPr>
        <w:t>9:11  Aur Allah Rabbul Alameen ne yeh ek anokha plan banaya ke</w:t>
      </w:r>
      <w:r>
        <w:br/>
      </w:r>
      <w:r>
        <w:rPr>
          <w:sz w:val="20"/>
        </w:rPr>
        <w:t>9:21  paradise mein us ko entry mile</w:t>
      </w:r>
      <w:r>
        <w:br/>
      </w:r>
      <w:r>
        <w:rPr>
          <w:sz w:val="20"/>
        </w:rPr>
        <w:t>9:26  jo is duniya mein us ke Khallaq ko, us ke Rabb, us ke Rabb ko, us ke unseen God ko discover kare.</w:t>
      </w:r>
      <w:r>
        <w:br/>
      </w:r>
      <w:r>
        <w:rPr>
          <w:sz w:val="20"/>
        </w:rPr>
        <w:t>9:44  Yeh to sara, yeh jo yeh yeh sari jo kainat hai, woh sab ka jo ek hi maqsad hai ke duniya mein insan rahe,</w:t>
      </w:r>
      <w:r>
        <w:br/>
      </w:r>
      <w:r>
        <w:rPr>
          <w:sz w:val="20"/>
        </w:rPr>
        <w:t>10:01  yahan woh enjoy kare, yahan us ke liye har cheez maujood hai. Pani hai, food hai, har cheez.</w:t>
      </w:r>
      <w:r>
        <w:br/>
      </w:r>
      <w:r>
        <w:rPr>
          <w:sz w:val="20"/>
        </w:rPr>
        <w:t>10:18  Aur yahan rehte hue woh Allah Rabbul Alameen ko discover kare.</w:t>
      </w:r>
      <w:r>
        <w:br/>
      </w:r>
      <w:r>
        <w:rPr>
          <w:sz w:val="20"/>
        </w:rPr>
        <w:t>10:28  jo log is yeh kar payein ge ke in sain gaud ko yahan dekhein ge, jaisa ke hadith mein aata hai.</w:t>
      </w:r>
      <w:r>
        <w:br/>
      </w:r>
      <w:r>
        <w:rPr>
          <w:sz w:val="20"/>
        </w:rPr>
        <w:t>10:43  ek hadith bohat hi anokhi hadith hai, jis ko kehte hain hadith jibril.</w:t>
      </w:r>
      <w:r>
        <w:br/>
      </w:r>
      <w:r>
        <w:rPr>
          <w:sz w:val="20"/>
        </w:rPr>
        <w:t>10:56  to yeh ghaleban makki daur ki nahi hai, balkeh badri daur ki hadith hai, ghaleban. to is mein jibril se aur rasool Allah se ek dialogue hota hai.</w:t>
      </w:r>
      <w:r>
        <w:br/>
      </w:r>
      <w:r>
        <w:rPr>
          <w:sz w:val="20"/>
        </w:rPr>
        <w:t>11:15  is dialogue mein ek juz woh hai jo ibadat ke baray mein hai. is juz ko parhiye, is ka</w:t>
      </w:r>
      <w:r>
        <w:br/>
      </w:r>
      <w:r>
        <w:rPr>
          <w:sz w:val="20"/>
        </w:rPr>
        <w:t>11:23  tarjuma: "an abi huraira qala kana al-nabi sallallahu alaihi wasallam baraza yawman lil-nasi fa-ata jibril faqala ma al-ihsan?"</w:t>
      </w:r>
      <w:r>
        <w:br/>
      </w:r>
      <w:r>
        <w:rPr>
          <w:sz w:val="20"/>
        </w:rPr>
        <w:t>11:33  qala al-iman an tu'mina billahi wa malaikatihi wa kutubihi wa biliqa'ihi wa rusulihi wa tu'mina bil-ba'th?</w:t>
      </w:r>
      <w:r>
        <w:br/>
      </w:r>
      <w:r>
        <w:rPr>
          <w:sz w:val="20"/>
        </w:rPr>
        <w:t>11:44  qala ma al-islam? qala al-islam an ta'budallaha wa la tushrika bihi shay'an wa tuqim al-salata wa tu'di al-zakata al-mafruzata wa tasuma ramadan?</w:t>
      </w:r>
      <w:r>
        <w:br/>
      </w:r>
      <w:r>
        <w:rPr>
          <w:sz w:val="20"/>
        </w:rPr>
        <w:t>11:55  qala ma al-ihsan? qala an ta'budallaha ka'annaka tarahu fa-in lam takun tarahu fa-innahu yarak?" bas yahi to tarjuma parhiye.</w:t>
      </w:r>
    </w:p>
    <w:p>
      <w:pPr>
        <w:pStyle w:val="Heading2"/>
      </w:pPr>
      <w:r>
        <w:t>A railway history lesson on the power of deliberate thinking</w:t>
      </w:r>
    </w:p>
    <w:p>
      <w:r>
        <w:rPr>
          <w:color w:val="666666"/>
          <w:sz w:val="18"/>
        </w:rPr>
        <w:t>Roza and Quran July 18, 2010 · 3m 57s · at 27:48 · https://youtu.be/TSjqSQEb0EQ?t=1668</w:t>
      </w:r>
    </w:p>
    <w:p>
      <w:r>
        <w:rPr>
          <w:i/>
        </w:rPr>
        <w:t>“A few days ago I read an article about how the railway came to India.”</w:t>
      </w:r>
    </w:p>
    <w:p>
      <w:r>
        <w:rPr>
          <w:sz w:val="20"/>
        </w:rPr>
        <w:t>27:48  sochne se baaten maloom hoti hain. Sochne se. Main abhi apna ek tajruba bataoon. Abhi do chaar din hue, maine ek article parha ke India mein railway kaise aayi, kaise bichhai gayi, is ke baray mein tha woh.</w:t>
      </w:r>
      <w:r>
        <w:br/>
      </w:r>
      <w:r>
        <w:rPr>
          <w:sz w:val="20"/>
        </w:rPr>
        <w:t>28:11  To is mein bataya gaya tha ke 1853 mein, yani 1853</w:t>
      </w:r>
      <w:r>
        <w:br/>
      </w:r>
      <w:r>
        <w:rPr>
          <w:sz w:val="20"/>
        </w:rPr>
        <w:t>28:22  mein, London se ek angrez fauji afsar, jo lieutenant tha, Robert, aaya woh.</w:t>
      </w:r>
      <w:r>
        <w:br/>
      </w:r>
      <w:r>
        <w:rPr>
          <w:sz w:val="20"/>
        </w:rPr>
        <w:t>28:31  To us zamane mein log jahaz se aate the, Calcutta utarte the.</w:t>
      </w:r>
      <w:r>
        <w:br/>
      </w:r>
      <w:r>
        <w:rPr>
          <w:sz w:val="20"/>
        </w:rPr>
        <w:t>28:37  Is ki jo, is ko jana tha Peshawar, Calcutta se Peshawar. Woh Peshawar ke liye bheja gaya tha, woh lieutenant, woh British lieutenant, Robert.</w:t>
      </w:r>
      <w:r>
        <w:br/>
      </w:r>
      <w:r>
        <w:rPr>
          <w:sz w:val="20"/>
        </w:rPr>
        <w:t>28:52  To 1853 mein abhi railway bichhai nahi gayi thi.</w:t>
      </w:r>
      <w:r>
        <w:br/>
      </w:r>
      <w:r>
        <w:rPr>
          <w:sz w:val="20"/>
        </w:rPr>
        <w:t>29:01  Pehli railway jab thori si bichhai gayi Bombay mein, woh 1856 mein bichhai gayi thi.</w:t>
      </w:r>
      <w:r>
        <w:br/>
      </w:r>
      <w:r>
        <w:rPr>
          <w:sz w:val="20"/>
        </w:rPr>
        <w:t>29:07  To 1853 mein yahan railway thi hi nahi. To Calcutta se Peshawar jo gaya woh, is mein is ko teen mahine laga, teen mahine.</w:t>
      </w:r>
      <w:r>
        <w:br/>
      </w:r>
      <w:r>
        <w:rPr>
          <w:sz w:val="20"/>
        </w:rPr>
        <w:t>29:18  Ke Calcutta se aaya Banaras tak Ganga mein kashti ke zariye. Phir wahan se safar kiya kuch door tak ghore ke zariye.</w:t>
      </w:r>
      <w:r>
        <w:br/>
      </w:r>
      <w:r>
        <w:rPr>
          <w:sz w:val="20"/>
        </w:rPr>
        <w:t>29:29  Phir woh kuch dinon tak woh palki ke zariye. Kahin paidal chalna para is ko.</w:t>
      </w:r>
      <w:r>
        <w:br/>
      </w:r>
      <w:r>
        <w:rPr>
          <w:sz w:val="20"/>
        </w:rPr>
        <w:t>29:35  Is tarah se ek bohat hi museebat ka safar tha. Jo teen mahine mein ja kar poora hua.</w:t>
      </w:r>
      <w:r>
        <w:br/>
      </w:r>
      <w:r>
        <w:rPr>
          <w:sz w:val="20"/>
        </w:rPr>
        <w:t>29:44  Ab kya hai? Jab woh chaalees saal ke baad wahan se wapas hua dobara, to Peshawar se Calcutta tak sirf teen din pohancha woh.</w:t>
      </w:r>
      <w:r>
        <w:br/>
      </w:r>
      <w:r>
        <w:rPr>
          <w:sz w:val="20"/>
        </w:rPr>
        <w:t>29:53  sirf teen din. kyon? tab tak railway bichh chuki thi. railway line.</w:t>
      </w:r>
      <w:r>
        <w:br/>
      </w:r>
      <w:r>
        <w:rPr>
          <w:sz w:val="20"/>
        </w:rPr>
        <w:t>29:59  to is ko parh kar maine socha ke main khud isi saal se safar karta hoon train mein.</w:t>
      </w:r>
      <w:r>
        <w:br/>
      </w:r>
      <w:r>
        <w:rPr>
          <w:sz w:val="20"/>
        </w:rPr>
        <w:t>30:08  ghaaliban pehla safar maine unnis so tees mein kiya tha. jab chhota tha main. aaj tak mere zehen mein nahi tha yeh baat.</w:t>
      </w:r>
      <w:r>
        <w:br/>
      </w:r>
      <w:r>
        <w:rPr>
          <w:sz w:val="20"/>
        </w:rPr>
        <w:t>30:19  kyon ke socha nahi tha maine. ke kolkata se peshawar ka safar mein ek aala afsar ko lagta tha teen mahine.</w:t>
      </w:r>
      <w:r>
        <w:br/>
      </w:r>
      <w:r>
        <w:rPr>
          <w:sz w:val="20"/>
        </w:rPr>
        <w:t>30:28  to aam aadmi to pata nahi kitna waqt lagega is ko. yeh is ke liye kashti thi, is ke liye ghore the, is ke liye palki thi, is ke liye madadgar the, jo ke woh aala afsar tha woh.</w:t>
      </w:r>
      <w:r>
        <w:br/>
      </w:r>
      <w:r>
        <w:rPr>
          <w:sz w:val="20"/>
        </w:rPr>
        <w:t>30:43  british daur mein. to itne saare saaman ke bawajood is ko lage teen mahine. to aam aadmi ko to pata nahi kitna lagta hoga waqt, bohat ziyada.</w:t>
      </w:r>
      <w:r>
        <w:br/>
      </w:r>
      <w:r>
        <w:rPr>
          <w:sz w:val="20"/>
        </w:rPr>
        <w:t>30:54  lekin maine socha nahi tha yeh baat.</w:t>
      </w:r>
      <w:r>
        <w:br/>
      </w:r>
      <w:r>
        <w:rPr>
          <w:sz w:val="20"/>
        </w:rPr>
        <w:t>30:58  to agarchay main isi baras se train mein baithta raha hoon, lekin mujhe is ki khabar nahi thi. ke kya museebat hoti thi is zamane mein jab ke yahan railway nahi thi.</w:t>
      </w:r>
      <w:r>
        <w:br/>
      </w:r>
      <w:r>
        <w:rPr>
          <w:sz w:val="20"/>
        </w:rPr>
        <w:t>31:09  aur ab kitni aasani ho gayi hai. aur ab to aap jante hain ke teen, teen yani pehle lage the agar teen mahine, aur phir wapsi mein is ko lage teen din.</w:t>
      </w:r>
      <w:r>
        <w:br/>
      </w:r>
      <w:r>
        <w:rPr>
          <w:sz w:val="20"/>
        </w:rPr>
        <w:t>31:23  ab to aap teen ghante bhi kam waqt mein aap hawai jahaz puhanch jate hain yahan se wahan. to chunke maine socha nahi tha, to mere zehen mein yeh baat thi bhi nahi.</w:t>
      </w:r>
      <w:r>
        <w:br/>
      </w:r>
      <w:r>
        <w:rPr>
          <w:sz w:val="20"/>
        </w:rPr>
        <w:t>31:35  sochne se baatein maloom hoti hain. sochna jo hai wohi, wohi ki hai baaton ko janne ka. sochna.</w:t>
      </w:r>
    </w:p>
    <w:p>
      <w:pPr>
        <w:pStyle w:val="Heading2"/>
      </w:pPr>
      <w:r>
        <w:t>The Quran's style is designed to activate your mind</w:t>
      </w:r>
    </w:p>
    <w:p>
      <w:r>
        <w:rPr>
          <w:color w:val="666666"/>
          <w:sz w:val="18"/>
        </w:rPr>
        <w:t>Dars-e-Quran (Chapter 103, Verses 1-3) August 19, 2012 · 5m 36s · at 49:15 · https://youtu.be/q7ORmSbhs4s?t=2955</w:t>
      </w:r>
    </w:p>
    <w:p>
      <w:r>
        <w:rPr>
          <w:i/>
        </w:rPr>
        <w:t>“Is mein kahin bhi aap detail nahi payenge”</w:t>
      </w:r>
    </w:p>
    <w:p>
      <w:r>
        <w:rPr>
          <w:sz w:val="20"/>
        </w:rPr>
        <w:t>49:15  ab is mein dekhiye, is mein kahin bhi aap detail nahin paayenge. Isi surat mein jo maine aap ko padhi, detail kahan hai yeh?</w:t>
      </w:r>
      <w:r>
        <w:br/>
      </w:r>
      <w:r>
        <w:rPr>
          <w:sz w:val="20"/>
        </w:rPr>
        <w:t>49:28  koi bhi detail nahin hai. Sirf basics hain is ke andar, detail nahin hai. Yeh kyun hai aisa?</w:t>
      </w:r>
      <w:r>
        <w:br/>
      </w:r>
      <w:r>
        <w:rPr>
          <w:sz w:val="20"/>
        </w:rPr>
        <w:t>49:37  yeh yeh bhi isi liye ke aap ke mind ko, jis ko Urdu mein kehte hain, mahmeez karna. Aap ke mind ko active karna. Agar ek ek baat bilkul</w:t>
      </w:r>
      <w:r>
        <w:br/>
      </w:r>
      <w:r>
        <w:rPr>
          <w:sz w:val="20"/>
        </w:rPr>
        <w:t>49:51  encyclopedia ki zaban mein, aik aik baat ki detail aa jati hai Quran majeed mein,</w:t>
      </w:r>
      <w:r>
        <w:br/>
      </w:r>
      <w:r>
        <w:rPr>
          <w:sz w:val="20"/>
        </w:rPr>
        <w:t>49:56  to aap ka, aap ka, aap ko, aap ko karne ko kuch kaam hi nahi rehta. encyclopedia ke tareeqay se aap ko agar har baat, har baat, har baat ki detail Quran mein bata di jati to aap ka mind kya karta?</w:t>
      </w:r>
      <w:r>
        <w:br/>
      </w:r>
      <w:r>
        <w:rPr>
          <w:sz w:val="20"/>
        </w:rPr>
        <w:t>50:12  to Quran mein basics hain, detail nahi hai. taakeh aap is ko add karen, is ko elaborate karen.</w:t>
      </w:r>
      <w:r>
        <w:br/>
      </w:r>
      <w:r>
        <w:rPr>
          <w:sz w:val="20"/>
        </w:rPr>
        <w:t>50:22  Quran ke baaton ko elaborate karna aap ke mind ka kaam hai. to goya ke Allah taala ki scheme yeh hai ke aap ka mind khoof active ho.</w:t>
      </w:r>
      <w:r>
        <w:br/>
      </w:r>
      <w:r>
        <w:rPr>
          <w:sz w:val="20"/>
        </w:rPr>
        <w:t>50:36  aap ka mind khoof, khoof active. aik aik yeh aik aik big bang hua jis se aik universe bani. aisi big bang aap ke dimagh mein ho.</w:t>
      </w:r>
      <w:r>
        <w:br/>
      </w:r>
      <w:r>
        <w:rPr>
          <w:sz w:val="20"/>
        </w:rPr>
        <w:t>50:47  agar Quran mein sari baaten, sari baaten, sari baaten maujood hotin to kaise mumkin hota ke intellectual big bang ka waqia pesh aaye?</w:t>
      </w:r>
      <w:r>
        <w:br/>
      </w:r>
      <w:r>
        <w:rPr>
          <w:sz w:val="20"/>
        </w:rPr>
        <w:t>50:59  aap ke, aap ke mind ko jhatka lage, aap sochen, aap ke brain mein storming ho. yeh sab kaise hota?</w:t>
      </w:r>
      <w:r>
        <w:br/>
      </w:r>
      <w:r>
        <w:rPr>
          <w:sz w:val="20"/>
        </w:rPr>
        <w:t>51:08  to Quran sochne ke liye hai. yeh Quran aisa nahi hai ke do do, chaar chaar ki tarah sab baaten bata di gayi hon is ke andar.</w:t>
      </w:r>
      <w:r>
        <w:br/>
      </w:r>
      <w:r>
        <w:rPr>
          <w:sz w:val="20"/>
        </w:rPr>
        <w:t>51:21  isi liye Quran mein dekhiye, yeh hai ke لَيَدَبَّرُوا آَيَاتِهِ Quran is liye utara gaya hai ke log is ki aayaton par sochen. log is ki aayaton par sochen, sochen, sochen ke maani kya hain, is ko elaborate karen.</w:t>
      </w:r>
      <w:r>
        <w:br/>
      </w:r>
      <w:r>
        <w:rPr>
          <w:sz w:val="20"/>
        </w:rPr>
        <w:t>51:35  is ke, is ke between the line ko parhen. is ke andar jo further meaning hai, is ko discover karen.</w:t>
      </w:r>
      <w:r>
        <w:br/>
      </w:r>
      <w:r>
        <w:rPr>
          <w:sz w:val="20"/>
        </w:rPr>
        <w:t>51:46  yeh matlab hai.</w:t>
      </w:r>
      <w:r>
        <w:br/>
      </w:r>
      <w:r>
        <w:rPr>
          <w:sz w:val="20"/>
        </w:rPr>
        <w:t>51:52  Arithmetic mein koi cheez discover kar ke nahi karni hoti. wahan to do do mil ke chaar, chaar chaar mil ke aath, aath aath mil ke solah.</w:t>
      </w:r>
      <w:r>
        <w:br/>
      </w:r>
      <w:r>
        <w:rPr>
          <w:sz w:val="20"/>
        </w:rPr>
        <w:t>52:00  is mein aap kya nai baaten kya discover karen ge?</w:t>
      </w:r>
      <w:r>
        <w:br/>
      </w:r>
      <w:r>
        <w:rPr>
          <w:sz w:val="20"/>
        </w:rPr>
        <w:t>52:04  lekin yeh jo hai, yani jo mazhab ka aam muamla hai, jo deen ka muamla hai, wahan qadam qadam par aap ko discover karna hai.</w:t>
      </w:r>
      <w:r>
        <w:br/>
      </w:r>
      <w:r>
        <w:rPr>
          <w:sz w:val="20"/>
        </w:rPr>
        <w:t>52:14  aap ko apne dimagh ko istemal karna hai.</w:t>
      </w:r>
      <w:r>
        <w:br/>
      </w:r>
      <w:r>
        <w:rPr>
          <w:sz w:val="20"/>
        </w:rPr>
        <w:t>52:20  insan ke dimagh jo hai, is ke andar be-panah capacity hai. lekin woh sab dormant position mein hai, yani khwabida hai, soi hui hai.</w:t>
      </w:r>
      <w:r>
        <w:br/>
      </w:r>
      <w:r>
        <w:rPr>
          <w:sz w:val="20"/>
        </w:rPr>
        <w:t>52:32  to is ko ab bidaar karna hai.</w:t>
      </w:r>
      <w:r>
        <w:br/>
      </w:r>
      <w:r>
        <w:rPr>
          <w:sz w:val="20"/>
        </w:rPr>
        <w:t>52:34  yeh soye hue, soye hue zehn ko bidaar karna. woh kaise hoga? agar sab kuch arithmetic ke language mein hota, hisaab, hisaab ki zaban mein hota, to aap us waqt kya sochte hain?</w:t>
      </w:r>
      <w:r>
        <w:br/>
      </w:r>
      <w:r>
        <w:rPr>
          <w:sz w:val="20"/>
        </w:rPr>
        <w:t>52:50  aap, aap ka dimagh activate kaise hota?</w:t>
      </w:r>
      <w:r>
        <w:br/>
      </w:r>
      <w:r>
        <w:rPr>
          <w:sz w:val="20"/>
        </w:rPr>
        <w:t>52:56  to yeh jo andaaz Quran majeed mein ikhtiyar kiya gaya hai, jo usloob, jo style ikhtiyar kiya gaya hai, woh hai aap ke mind ko, is ka maqsad hai aap ke mind ko activate karna.</w:t>
      </w:r>
      <w:r>
        <w:br/>
      </w:r>
      <w:r>
        <w:rPr>
          <w:sz w:val="20"/>
        </w:rPr>
        <w:t>53:10  aur dekhiye, aik baat yeh hai, aap jis ko ke aap yaqeenan is ko aap samajhte honge ke jab koi aadmi kisi aik baat ko khud discover karta hai to is ki value bohat zyada hoti hai is ke liye.</w:t>
      </w:r>
      <w:r>
        <w:br/>
      </w:r>
      <w:r>
        <w:rPr>
          <w:sz w:val="20"/>
        </w:rPr>
        <w:t>53:27  aik aik jani hui baat ko, aik batai hui baat ko jab aap mante hain to woh aap ke liye itni bari nahi hoti. aap, aap ke mind ka itna bara juz nahi banti.</w:t>
      </w:r>
      <w:r>
        <w:br/>
      </w:r>
      <w:r>
        <w:rPr>
          <w:sz w:val="20"/>
        </w:rPr>
        <w:t>53:40  aap ka, aap, aap ko itna zyada activate nahi karti. aap ke andar itna zyada bhonchal nahi laati.</w:t>
      </w:r>
      <w:r>
        <w:br/>
      </w:r>
      <w:r>
        <w:rPr>
          <w:sz w:val="20"/>
        </w:rPr>
        <w:t>53:48  lekin jab aap koi cheez khud discover karen, khud sochte sochte to wahi hota hai jo mashhoor jo waqia hai Greek philosopher ka ke is ko aik aik la daryaft ho gaya,</w:t>
      </w:r>
      <w:r>
        <w:br/>
      </w:r>
      <w:r>
        <w:rPr>
          <w:sz w:val="20"/>
        </w:rPr>
        <w:t>54:05  aik la daryaft ho gaya. to woh hauz mein naha raha tha us waqt to nikal ke</w:t>
      </w:r>
      <w:r>
        <w:br/>
      </w:r>
      <w:r>
        <w:rPr>
          <w:sz w:val="20"/>
        </w:rPr>
        <w:t>54:15  bhaga, eureka eureka kehte hue ke main ne pa liya, main ne pa liya, main ne pa liya. yeh hai discovery ka joy. discovery ka ek joy hai.</w:t>
      </w:r>
      <w:r>
        <w:br/>
      </w:r>
      <w:r>
        <w:rPr>
          <w:sz w:val="20"/>
        </w:rPr>
        <w:t>54:24  discovery ke andar ek ek ek ajeeb o ghareeb qism ka pleasure hai. discovery mein ek ajeeb o ghareeb qism ka aap ko sukoon milta hai.</w:t>
      </w:r>
      <w:r>
        <w:br/>
      </w:r>
      <w:r>
        <w:rPr>
          <w:sz w:val="20"/>
        </w:rPr>
        <w:t>54:34  aap ke dimagh ko ek ajeeb o ghareeb qism ka ek ek ihtijaj milta hai.</w:t>
      </w:r>
      <w:r>
        <w:br/>
      </w:r>
      <w:r>
        <w:rPr>
          <w:sz w:val="20"/>
        </w:rPr>
        <w:t>54:41  to Allah taala chahta hai ke insan jo hai cheezon ko discovery ki satah par paye. cheezon ko discovery ki satah par paye.</w:t>
      </w:r>
    </w:p>
    <w:p>
      <w:pPr>
        <w:pStyle w:val="Heading2"/>
      </w:pPr>
      <w:r>
        <w:t>Examples of taking divine rizq from Quran</w:t>
      </w:r>
    </w:p>
    <w:p>
      <w:r>
        <w:rPr>
          <w:color w:val="666666"/>
          <w:sz w:val="18"/>
        </w:rPr>
        <w:t>The Message of Islam March 29, 2014 Maulana Wahiduddin Khan · 6m 07s · at 4:56 · https://youtu.be/cVBrjiI9ngY?t=296</w:t>
      </w:r>
    </w:p>
    <w:p>
      <w:r>
        <w:rPr>
          <w:i/>
        </w:rPr>
        <w:t>“First word of Quran is Bismillah – reflect and discover.”</w:t>
      </w:r>
    </w:p>
    <w:p>
      <w:r>
        <w:rPr>
          <w:sz w:val="20"/>
        </w:rPr>
        <w:t>4:56  aap ne pehla kalma jo hai quran ka woh hai: "bismillah-e-rehman-e-rahim". is ko parha aap ne, is par ghore kiya aap ne to aap ek cheez daryaft karenge.</w:t>
      </w:r>
      <w:r>
        <w:br/>
      </w:r>
      <w:r>
        <w:rPr>
          <w:sz w:val="20"/>
        </w:rPr>
        <w:t>5:12  woh daryaft kya hai</w:t>
      </w:r>
      <w:r>
        <w:br/>
      </w:r>
      <w:r>
        <w:rPr>
          <w:sz w:val="20"/>
        </w:rPr>
        <w:t>5:14  ke yeh duniya jis mein aap Allah ke naam le kar apna koi kaam shuru kar rahe hain woh is khuda ki duniya hai jo rehman aur rahim hai.</w:t>
      </w:r>
      <w:r>
        <w:br/>
      </w:r>
      <w:r>
        <w:rPr>
          <w:sz w:val="20"/>
        </w:rPr>
        <w:t>5:32  yani aap jo acha kaam shuru karne ja rahe hain kyunke momin wohi hai jo acha kaam shuru kare.</w:t>
      </w:r>
      <w:r>
        <w:br/>
      </w:r>
      <w:r>
        <w:rPr>
          <w:sz w:val="20"/>
        </w:rPr>
        <w:t>5:40  bara karne wala, bara kaam jo shuru kare woh woh to ahl-e-iman hi nahi hai. to ek momin jab is duniya mein ek acha kaam shuru karta hai to peshgi taur par is ko yeh yaqeen hota hai ke yeh kaam woh kisi duniya mein shuru karne ja raha hai jo rehman aur rahim ki duniya hai.</w:t>
      </w:r>
      <w:r>
        <w:br/>
      </w:r>
      <w:r>
        <w:rPr>
          <w:sz w:val="20"/>
        </w:rPr>
        <w:t>6:05  yani aisa khuda jo madad karne wala hai kyunke jo rehman aur rahim hoga woh aap ki madad karega aur behtareen madad karega.</w:t>
      </w:r>
      <w:r>
        <w:br/>
      </w:r>
      <w:r>
        <w:rPr>
          <w:sz w:val="20"/>
        </w:rPr>
        <w:t>6:20  to aap bataiye kitni bari cheez mil gayi aap ko shuru hi mein. is se aap ko yaqeen ayega, is se aap ki mayusi khatam ho jayegi,</w:t>
      </w:r>
      <w:r>
        <w:br/>
      </w:r>
      <w:r>
        <w:rPr>
          <w:sz w:val="20"/>
        </w:rPr>
        <w:t>6:35  is se aap ke andar istiqamat aayegi,</w:t>
      </w:r>
      <w:r>
        <w:br/>
      </w:r>
      <w:r>
        <w:rPr>
          <w:sz w:val="20"/>
        </w:rPr>
        <w:t>6:40  is se aap ke andar roshni aayegi. ab jo aadmi is tarah ke aql, is tarah ke jazbat, is tarah apne ko tayyar kar ke dunya mein dakhil hoga to is ke liye to kamyabi yaqeeni hai.</w:t>
      </w:r>
      <w:r>
        <w:br/>
      </w:r>
      <w:r>
        <w:rPr>
          <w:sz w:val="20"/>
        </w:rPr>
        <w:t>7:04  to yeh aap dekhiye ke quran ka jo pehla kalma hai is se aap ko yeh ek rizq-e-rabb mila jo quran mein hai ke: "wa rizqu rabbika khairun wa abqa".</w:t>
      </w:r>
      <w:r>
        <w:br/>
      </w:r>
      <w:r>
        <w:rPr>
          <w:sz w:val="20"/>
        </w:rPr>
        <w:t>7:19  to momin woh hai jo dunya se rizq-e-rabb leta rahe bar bar, divine food leta rahe.</w:t>
      </w:r>
      <w:r>
        <w:br/>
      </w:r>
      <w:r>
        <w:rPr>
          <w:sz w:val="20"/>
        </w:rPr>
        <w:t>7:28  jis tarah shehad ki makkhi dunya ke bagh se nectar leti hai, nectar le kar ke woh shehad jaisi qeemti cheez banati hai.</w:t>
      </w:r>
      <w:r>
        <w:br/>
      </w:r>
      <w:r>
        <w:rPr>
          <w:sz w:val="20"/>
        </w:rPr>
        <w:t>7:41  feeha shifaa'un linnaas.</w:t>
      </w:r>
      <w:r>
        <w:br/>
      </w:r>
      <w:r>
        <w:rPr>
          <w:sz w:val="20"/>
        </w:rPr>
        <w:t>7:47  to isi tarah se is dunya mein aadmi divine nectar leta hai, rizq-e-rabb leta hai,</w:t>
      </w:r>
      <w:r>
        <w:br/>
      </w:r>
      <w:r>
        <w:rPr>
          <w:sz w:val="20"/>
        </w:rPr>
        <w:t>7:57  is tarah woh zindagi guzarta rehta hai, zindagi guzarta rehta hai. is tarah is ke andar woh sifat paida hoti hai jis se woh khaas banda ban jaye aur yahan tak ke woh ahl-e-allah ban jaye.</w:t>
      </w:r>
      <w:r>
        <w:br/>
      </w:r>
      <w:r>
        <w:rPr>
          <w:sz w:val="20"/>
        </w:rPr>
        <w:t>8:12  aise hi dekhiye aap ne padha is ke aage: "alhamdulillah rabbil aalameen". hamd hai rabbil aalameen ki,</w:t>
      </w:r>
      <w:r>
        <w:br/>
      </w:r>
      <w:r>
        <w:rPr>
          <w:sz w:val="20"/>
        </w:rPr>
        <w:t>8:26  hamd hai us allah ki jo rabbil aalameen hai. yahan par aap dekhiye is se aap ne ek rizq liya.</w:t>
      </w:r>
      <w:r>
        <w:br/>
      </w:r>
      <w:r>
        <w:rPr>
          <w:sz w:val="20"/>
        </w:rPr>
        <w:t>8:38  woh rizq yeh hai ke is dunya ka jo khaliq hai us ko aap is tarah daryaft karen,</w:t>
      </w:r>
      <w:r>
        <w:br/>
      </w:r>
      <w:r>
        <w:rPr>
          <w:sz w:val="20"/>
        </w:rPr>
        <w:t>8:49  is tarah daryaft karen ke aap ke andar se hamd ka chashma ubal pade ke khuda kitna azeem hai tu jis ne yeh dunya banai, kitna azeem hai tu jis ne mujh ko banaya,</w:t>
      </w:r>
      <w:r>
        <w:br/>
      </w:r>
      <w:r>
        <w:rPr>
          <w:sz w:val="20"/>
        </w:rPr>
        <w:t>9:03  kitna azeem hai tu jo is poore karkhane ko chala raha hai. to yeh daryaft ka ek kalma hai, yeh koi lip service nahi hai.</w:t>
      </w:r>
      <w:r>
        <w:br/>
      </w:r>
      <w:r>
        <w:rPr>
          <w:sz w:val="20"/>
        </w:rPr>
        <w:t>9:18  yani allah ko rabbil aalameen ki hesiyat se shoori taur par jab aap daryaft karte hain tab nikalta hai: "alhamdulillah".</w:t>
      </w:r>
      <w:r>
        <w:br/>
      </w:r>
      <w:r>
        <w:rPr>
          <w:sz w:val="20"/>
        </w:rPr>
        <w:t>9:28  to "alhamdulillah" ek daryaft ka kalma hai,</w:t>
      </w:r>
      <w:r>
        <w:br/>
      </w:r>
      <w:r>
        <w:rPr>
          <w:sz w:val="20"/>
        </w:rPr>
        <w:t>9:35  realization ka kalma hai.</w:t>
      </w:r>
      <w:r>
        <w:br/>
      </w:r>
      <w:r>
        <w:rPr>
          <w:sz w:val="20"/>
        </w:rPr>
        <w:t>9:39  aise hi dekhiye aap ne aage mazeed padha: "maaliki yawmid deen".</w:t>
      </w:r>
      <w:r>
        <w:br/>
      </w:r>
      <w:r>
        <w:rPr>
          <w:sz w:val="20"/>
        </w:rPr>
        <w:t>9:48  maaliki yawmid deen jo hai yani roz-e-jaza ka malik hai.</w:t>
      </w:r>
      <w:r>
        <w:br/>
      </w:r>
      <w:r>
        <w:rPr>
          <w:sz w:val="20"/>
        </w:rPr>
        <w:t>9:55  is se aap ke andar bohat zyada zimmedari ka ehsas paida ho jayega, responsibility ka ehsas.</w:t>
      </w:r>
      <w:r>
        <w:br/>
      </w:r>
      <w:r>
        <w:rPr>
          <w:sz w:val="20"/>
        </w:rPr>
        <w:t>10:04  kyun ke aap ko maut aayegi, aap ko maut yaad aayegi, hashr o nashr ka mamla yaad aayega, aap ko allah ke samne khada hona woh yaad aayega: "yawma yaqumus naasu lirabbil aalameen".</w:t>
      </w:r>
      <w:r>
        <w:br/>
      </w:r>
      <w:r>
        <w:rPr>
          <w:sz w:val="20"/>
        </w:rPr>
        <w:t>10:20  in sari cheezon se aap ke andar ek nayi personality banegi.</w:t>
      </w:r>
      <w:r>
        <w:br/>
      </w:r>
      <w:r>
        <w:rPr>
          <w:sz w:val="20"/>
        </w:rPr>
        <w:t>10:26  yani woh personality jo apni zimmedariyon ko pehchane, ek responsible personality.</w:t>
      </w:r>
      <w:r>
        <w:br/>
      </w:r>
      <w:r>
        <w:rPr>
          <w:sz w:val="20"/>
        </w:rPr>
        <w:t>10:36  to kaisi ajeeb rizq hai yeh jo aap ko quran se milega.</w:t>
      </w:r>
      <w:r>
        <w:br/>
      </w:r>
      <w:r>
        <w:rPr>
          <w:sz w:val="20"/>
        </w:rPr>
        <w:t>10:45  isi tarah se aap poore quran ko padhenge, poore quran ko padhenge jab tadabbur ke sath apni aql ko istemal karte hue to kya hoga ke aap bar bar aap ko rizq milta rahega, bar bar.</w:t>
      </w:r>
    </w:p>
    <w:p>
      <w:pPr>
        <w:pStyle w:val="Heading2"/>
      </w:pPr>
      <w:r>
        <w:t>Marx's failed prophecy versus the Quran's fulfilled prophecy</w:t>
      </w:r>
    </w:p>
    <w:p>
      <w:r>
        <w:rPr>
          <w:color w:val="666666"/>
          <w:sz w:val="18"/>
        </w:rPr>
        <w:t>Five Periods of Human History March 8, 2009 Maulana Wahiduddin Khan · 3m 20s · at 14:40 · https://youtu.be/_Y4VcKV2OPk?t=880</w:t>
      </w:r>
    </w:p>
    <w:p>
      <w:r>
        <w:rPr>
          <w:i/>
        </w:rPr>
        <w:t>“Karl Marx predicted revolution in Paris — it never came true”</w:t>
      </w:r>
    </w:p>
    <w:p>
      <w:r>
        <w:rPr>
          <w:sz w:val="20"/>
        </w:rPr>
        <w:t>14:40  Karl Marx ne kaha tha ke communist revolution</w:t>
      </w:r>
      <w:r>
        <w:br/>
      </w:r>
      <w:r>
        <w:rPr>
          <w:sz w:val="20"/>
        </w:rPr>
        <w:t>14:49  Paris mein aayega sab se pehle.</w:t>
      </w:r>
      <w:r>
        <w:br/>
      </w:r>
      <w:r>
        <w:rPr>
          <w:sz w:val="20"/>
        </w:rPr>
        <w:t>14:57  Yaani usne kaha ke mein dekh raha hoon ke communist revolution Paris, red revolution, usne kaha tha red revolution ke red revolution yaani surkh inqilab jo pehle sab se jahan aayega, woh Paris mein aayega.</w:t>
      </w:r>
      <w:r>
        <w:br/>
      </w:r>
      <w:r>
        <w:rPr>
          <w:sz w:val="20"/>
        </w:rPr>
        <w:t>15:12  Aur aaj tak aisa nahi hua. Yaani iska jo iska jo prediction tha, woh galat sabit hua.</w:t>
      </w:r>
      <w:r>
        <w:br/>
      </w:r>
      <w:r>
        <w:rPr>
          <w:sz w:val="20"/>
        </w:rPr>
        <w:t>15:22  Ab iske baad aap dekhiye, Quran Majeed mein Rasool Allah jab Makki zamana tha, aap ka Makki daur ke aakhir mein,</w:t>
      </w:r>
      <w:r>
        <w:br/>
      </w:r>
      <w:r>
        <w:rPr>
          <w:sz w:val="20"/>
        </w:rPr>
        <w:t>15:31  Arab sarhad ke bahir yeh hua ke Roman Empire aur Iranian Empire mein mein ladai hui. Irani jo hai, woh unhone unko jeet hui aur Roman Empire ko unhone hara diya.</w:t>
      </w:r>
      <w:r>
        <w:br/>
      </w:r>
      <w:r>
        <w:rPr>
          <w:sz w:val="20"/>
        </w:rPr>
        <w:t>15:51  Us waqt Quran mein yeh ayat utri ke "Ghalabat al-Rum fi ana"</w:t>
      </w:r>
      <w:r>
        <w:br/>
      </w:r>
      <w:r>
        <w:rPr>
          <w:sz w:val="20"/>
        </w:rPr>
        <w:t>16:00  ke Iranian Empire ya Sasani Empire ne Roomiyon ko hara diya hai, lekin woh phir dobara ghalib aa jayenge. To Gibbon ne likha hai ke us waqt jab ke Quran mein ayat utri, yeh bohat hi unthinkable tha,</w:t>
      </w:r>
      <w:r>
        <w:br/>
      </w:r>
      <w:r>
        <w:rPr>
          <w:sz w:val="20"/>
        </w:rPr>
        <w:t>16:16  kyunke unhone shatter kar diya tha bilkul</w:t>
      </w:r>
      <w:r>
        <w:br/>
      </w:r>
      <w:r>
        <w:rPr>
          <w:sz w:val="20"/>
        </w:rPr>
        <w:t>16:22  Roman Empire ko, shatter kar diya tha. To Gibbon jisne history likhi hai uski, woh kehta hai ke us waqt yeh bilkul unthinkable tha ke kaise aisa ho jayega.</w:t>
      </w:r>
      <w:r>
        <w:br/>
      </w:r>
      <w:r>
        <w:rPr>
          <w:sz w:val="20"/>
        </w:rPr>
        <w:t>16:34  To usne wahan par boasting ka lafz istemal kiya hai, Muhammad boost karte hue, yaani jis ko Urdu mein kehte hain bura lafz hai, shekhi maarte hue, acha lafz nahi hai yeh.</w:t>
      </w:r>
      <w:r>
        <w:br/>
      </w:r>
      <w:r>
        <w:rPr>
          <w:sz w:val="20"/>
        </w:rPr>
        <w:t>16:46  To</w:t>
      </w:r>
      <w:r>
        <w:br/>
      </w:r>
      <w:r>
        <w:rPr>
          <w:sz w:val="20"/>
        </w:rPr>
        <w:t>16:47  usko boosting kara diya hai, aisa kaha, aur uske andar ek accidentally yeh poora ho gaya.</w:t>
      </w:r>
      <w:r>
        <w:br/>
      </w:r>
      <w:r>
        <w:rPr>
          <w:sz w:val="20"/>
        </w:rPr>
        <w:t>16:56  Mein yeh kahunga ke yeh Quran Khuda ki taraf se utra tha, utra hai. Khuda aalim al-ghayb hai, woh present ko bhi janta hai, future ko bhi janta hai.</w:t>
      </w:r>
      <w:r>
        <w:br/>
      </w:r>
      <w:r>
        <w:rPr>
          <w:sz w:val="20"/>
        </w:rPr>
        <w:t>17:11  To kabhi aisa nahi hua ke future ke bare mein koi predict kare is tarah se aur woh wahi ka wahi ho jaye. Aur Quran mein aisa hua. Biz Arabi mein kehte hain das se kam ki adad ko, yaani nau tak ko,</w:t>
      </w:r>
      <w:r>
        <w:br/>
      </w:r>
      <w:r>
        <w:rPr>
          <w:sz w:val="20"/>
        </w:rPr>
        <w:t>17:27  yaani dahai se kam ki jo adad hai, woh biz kahi jati hai. To theek nau saal mein dobara Roomi ghalib aa gaye aur Iranion ko shikast de diya unhone.</w:t>
      </w:r>
      <w:r>
        <w:br/>
      </w:r>
      <w:r>
        <w:rPr>
          <w:sz w:val="20"/>
        </w:rPr>
        <w:t>17:39  To theek theek bilkul literal taur par yeh prediction Quran ka jo tha, woh poora hua. Yeh hai affirmation, yaani historic affirmation, yaani history ne tasdeeq ki ke Quran jo hai, woh Khuda ki kitaab hai.</w:t>
      </w:r>
    </w:p>
    <w:p>
      <w:pPr>
        <w:pStyle w:val="Heading2"/>
      </w:pPr>
      <w:r>
        <w:t>the 25-point formula for spreading the Quran</w:t>
      </w:r>
    </w:p>
    <w:p>
      <w:r>
        <w:rPr>
          <w:color w:val="666666"/>
          <w:sz w:val="18"/>
        </w:rPr>
        <w:t>Quran for All Mankind June 3, 2012 · 4m 15s · at 54:57 · https://youtu.be/Gp-53Zjugcg?t=3297</w:t>
      </w:r>
    </w:p>
    <w:p>
      <w:r>
        <w:rPr>
          <w:i/>
        </w:rPr>
        <w:t>“Let me give you a formula — I call it the 25”</w:t>
      </w:r>
    </w:p>
    <w:p>
      <w:r>
        <w:rPr>
          <w:sz w:val="20"/>
        </w:rPr>
        <w:t>54:57  to dekhiye, main aap ko 25 bol deta hoon. 25 bola.</w:t>
      </w:r>
      <w:r>
        <w:br/>
      </w:r>
      <w:r>
        <w:rPr>
          <w:sz w:val="20"/>
        </w:rPr>
        <w:t>55:07  ek yeh hai ke hum kitna hi bakhar ban jayen, lekin sara insaan jo hai, allah ke raaste par aa jaye, yeh mumkin nahi hai.</w:t>
      </w:r>
      <w:r>
        <w:br/>
      </w:r>
      <w:r>
        <w:rPr>
          <w:sz w:val="20"/>
        </w:rPr>
        <w:t>55:18  na pehle hua, na aaj ho sakta hai.</w:t>
      </w:r>
      <w:r>
        <w:br/>
      </w:r>
      <w:r>
        <w:rPr>
          <w:sz w:val="20"/>
        </w:rPr>
        <w:t>55:23  kyun ke itne zyada shaitani taqaze hain, itne zyada nafsani taqaze hain, itne zyada logon ko behkane wali cheezen hain ke woh jo pehle history thi, wohi aaj bhi hai ke yeh mumkin nahi hai ke sare ke sare log aap ki baaten chahe keh dalen, aap sab kuch tab bhi</w:t>
      </w:r>
      <w:r>
        <w:br/>
      </w:r>
      <w:r>
        <w:rPr>
          <w:sz w:val="20"/>
        </w:rPr>
        <w:t>55:47  walaw harast bimuminin ke woh un woh allah ke raaste par aa jayen. lekin woh ayen ya na ayen, yeh un ka kaam hai.</w:t>
      </w:r>
      <w:r>
        <w:br/>
      </w:r>
      <w:r>
        <w:rPr>
          <w:sz w:val="20"/>
        </w:rPr>
        <w:t>55:58  hamara kaam hai pahunchana.</w:t>
      </w:r>
      <w:r>
        <w:br/>
      </w:r>
      <w:r>
        <w:rPr>
          <w:sz w:val="20"/>
        </w:rPr>
        <w:t>56:03  yeh woh aate hain ya nahi aate, woh Allah ke raste ko ikhtiyar karte hain ya nahi karte, yeh un ka kaam hai. Hamara kaam hai pahunchana.</w:t>
      </w:r>
      <w:r>
        <w:br/>
      </w:r>
      <w:r>
        <w:rPr>
          <w:sz w:val="20"/>
        </w:rPr>
        <w:t>56:15  to dekhiye, 25 mein pehli baat yeh hai ke dekhiye, Quran utra hai Arabi zaban mein.</w:t>
      </w:r>
      <w:r>
        <w:br/>
      </w:r>
      <w:r>
        <w:rPr>
          <w:sz w:val="20"/>
        </w:rPr>
        <w:t>56:25  Arabi zaban mein insanon ki zabanein hamein to bohat sari hain, ek hazar zabanein hain. To Arabi parh kar to samajh nahi sakte woh.</w:t>
      </w:r>
      <w:r>
        <w:br/>
      </w:r>
      <w:r>
        <w:rPr>
          <w:sz w:val="20"/>
        </w:rPr>
        <w:t>56:39  to hamein un ki zaban mein tarjuma kar ke un ko pahunchana hai.</w:t>
      </w:r>
      <w:r>
        <w:br/>
      </w:r>
      <w:r>
        <w:rPr>
          <w:sz w:val="20"/>
        </w:rPr>
        <w:t>56:45  English language aaj kal international language ban gayi hai. To kam se kam Angrezi mein to hum sab ko pahuncha dein aur phir doosre zabano mein pahunchayein.</w:t>
      </w:r>
      <w:r>
        <w:br/>
      </w:r>
      <w:r>
        <w:rPr>
          <w:sz w:val="20"/>
        </w:rPr>
        <w:t>57:00  to ek yeh hai ke yeh printing press jo aaya hai, yeh ab mumkin jo ho gaya hai ke chhaap kar ke logon ko diya ja sake.</w:t>
      </w:r>
      <w:r>
        <w:br/>
      </w:r>
      <w:r>
        <w:rPr>
          <w:sz w:val="20"/>
        </w:rPr>
        <w:t>57:09  to har shakhs ka yeh ek ek sab se bari tamanna honi chahiye ke is ke haath se 200 tak Quran ka tarjuma pahunch jaye.</w:t>
      </w:r>
      <w:r>
        <w:br/>
      </w:r>
      <w:r>
        <w:rPr>
          <w:sz w:val="20"/>
        </w:rPr>
        <w:t>57:21  aap kahin bhi hon, safar mein hon ya kahin bhi hon. Ab aaj kal ki zaban mein kya hai ke itna aasan ho</w:t>
      </w:r>
      <w:r>
        <w:br/>
      </w:r>
      <w:r>
        <w:rPr>
          <w:sz w:val="20"/>
        </w:rPr>
        <w:t>57:31  gaya hai. Dekhiye, yeh conferenceon ka zamana hai, tourism ka zamana hai, business ke liye aur tarah tarah ke maqsad ke log jate hain yahan wahan.</w:t>
      </w:r>
      <w:r>
        <w:br/>
      </w:r>
      <w:r>
        <w:rPr>
          <w:sz w:val="20"/>
        </w:rPr>
        <w:t>57:40  woh har jagah aap ko mil sakte hain ke hum ko printed form Quran dein. Doosri cheez yeh hai ke seekhne wale ko talash kijiye.</w:t>
      </w:r>
      <w:r>
        <w:br/>
      </w:r>
      <w:r>
        <w:rPr>
          <w:sz w:val="20"/>
        </w:rPr>
        <w:t>57:52  jis ko aap seekhne wala payein, poori taqat sirf kar dijiye us ko. Us ko kitabein parhwaiye, us ke liye duayein kijiye.</w:t>
      </w:r>
      <w:r>
        <w:br/>
      </w:r>
      <w:r>
        <w:rPr>
          <w:sz w:val="20"/>
        </w:rPr>
        <w:t>58:00  to individual ki satah par jo seekhne wala mil jaye aap ko, us ke liye poori taqat sirf kijiye. Aur poori humanity ki satah par yeh koshish kijiye ke Quran sab ko pahunch jaye.</w:t>
      </w:r>
      <w:r>
        <w:br/>
      </w:r>
      <w:r>
        <w:rPr>
          <w:sz w:val="20"/>
        </w:rPr>
        <w:t>58:15  to aam taur par Quran pahunchana aur anfradi satah par seekhne wale ko talash kar ke us ko koshish karna ke woh Allah ke raste par aa jaye.</w:t>
      </w:r>
      <w:r>
        <w:br/>
      </w:r>
      <w:r>
        <w:rPr>
          <w:sz w:val="20"/>
        </w:rPr>
        <w:t>58:28  yeh do yeh 25 formula hai. To individual ki satah par bilashuba aap ko aise log milenge jo seekhne wale hon aur aur aap ki baat ko maan lein.</w:t>
      </w:r>
      <w:r>
        <w:br/>
      </w:r>
      <w:r>
        <w:rPr>
          <w:sz w:val="20"/>
        </w:rPr>
        <w:t>58:41  lekin poora jo majmooa insani jo hai, seven billion insanon ka, to uska koi imkan nahi ke sab log aap ki baat maan lein. Lekin pahuncha to sakte hain hum un ko mukhtalif tareeqon se.</w:t>
      </w:r>
      <w:r>
        <w:br/>
      </w:r>
      <w:r>
        <w:rPr>
          <w:sz w:val="20"/>
        </w:rPr>
        <w:t>58:55  to mass ki satah par pahunchana, individual ki satah par un ko train kar ke Allah ke raste par lana. Meri dua hai ke hum aap is raste par apne aap ko laga dein aur Allah hamari madad farmaye.</w:t>
      </w:r>
    </w:p>
    <w:p>
      <w:pPr>
        <w:pStyle w:val="Heading2"/>
      </w:pPr>
      <w:r>
        <w:t>Live among people like a flower, not a thorn</w:t>
      </w:r>
    </w:p>
    <w:p>
      <w:r>
        <w:rPr>
          <w:color w:val="666666"/>
          <w:sz w:val="18"/>
        </w:rPr>
        <w:t>Hadith Literature (English) March 8, 2007 Maulan Wahiduddin Khan · 3m 37s · at 1:08:58 · https://youtu.be/UdxzmJTYqXk?t=4138</w:t>
      </w:r>
    </w:p>
    <w:p>
      <w:r>
        <w:rPr>
          <w:i/>
        </w:rPr>
        <w:t>“Once the Prophet saw a person and said, do you want paradise?”</w:t>
      </w:r>
    </w:p>
    <w:p>
      <w:r>
        <w:rPr>
          <w:sz w:val="20"/>
        </w:rPr>
        <w:t>1:08:58  vins prafit sa a person,</w:t>
      </w:r>
      <w:r>
        <w:br/>
      </w:r>
      <w:r>
        <w:rPr>
          <w:sz w:val="20"/>
        </w:rPr>
        <w:t>1:09:06  Prophet said: "Do you want to find entry into paradise?" He said: "Yes, why not?" Prophet said</w:t>
      </w:r>
      <w:r>
        <w:br/>
      </w:r>
      <w:r>
        <w:rPr>
          <w:sz w:val="20"/>
        </w:rPr>
        <w:t>1:09:19  that: "save yourself from miles."</w:t>
      </w:r>
      <w:r>
        <w:br/>
      </w:r>
      <w:r>
        <w:rPr>
          <w:sz w:val="20"/>
        </w:rPr>
        <w:t>1:09:30  sevv your selv from miles.</w:t>
      </w:r>
      <w:r>
        <w:br/>
      </w:r>
      <w:r>
        <w:rPr>
          <w:sz w:val="20"/>
        </w:rPr>
        <w:t>1:09:43  you have to save yourself from miles, from negative thoughts.</w:t>
      </w:r>
      <w:r>
        <w:br/>
      </w:r>
      <w:r>
        <w:rPr>
          <w:sz w:val="20"/>
        </w:rPr>
        <w:t>1:09:52  dis is veri importent.</w:t>
      </w:r>
      <w:r>
        <w:br/>
      </w:r>
      <w:r>
        <w:rPr>
          <w:sz w:val="20"/>
        </w:rPr>
        <w:t>1:09:56  If you want to receive blessings from God, you want to find entry into paradise, you have to adopt this character.</w:t>
      </w:r>
      <w:r>
        <w:br/>
      </w:r>
      <w:r>
        <w:rPr>
          <w:sz w:val="20"/>
        </w:rPr>
        <w:t>1:10:15  you have to adopt this character. this character in a single word is positive character</w:t>
      </w:r>
      <w:r>
        <w:br/>
      </w:r>
      <w:r>
        <w:rPr>
          <w:sz w:val="20"/>
        </w:rPr>
        <w:t>1:10:25  tr. So save yourself from negative character and adopt the positive character.</w:t>
      </w:r>
      <w:r>
        <w:br/>
      </w:r>
      <w:r>
        <w:rPr>
          <w:sz w:val="20"/>
        </w:rPr>
        <w:t>1:10:34  in spech, in behivior,</w:t>
      </w:r>
      <w:r>
        <w:br/>
      </w:r>
      <w:r>
        <w:rPr>
          <w:sz w:val="20"/>
        </w:rPr>
        <w:t>1:10:40  in dealing, in everything. you have to adopt positive, positivity, and you have to save your self from negativity.</w:t>
      </w:r>
      <w:r>
        <w:br/>
      </w:r>
      <w:r>
        <w:rPr>
          <w:sz w:val="20"/>
        </w:rPr>
        <w:t>1:11:00  in adar vardz, i kan si dat</w:t>
      </w:r>
      <w:r>
        <w:br/>
      </w:r>
      <w:r>
        <w:rPr>
          <w:sz w:val="20"/>
        </w:rPr>
        <w:t>1:11:05  there are flowers, or at the same time there are thoughts. If you see a plant, if you see a rose plant, you will find that there are flowers, beautiful flowers,</w:t>
      </w:r>
      <w:r>
        <w:br/>
      </w:r>
      <w:r>
        <w:rPr>
          <w:sz w:val="20"/>
        </w:rPr>
        <w:t>1:11:22  and in the same, in the same branch, there are thoughts.</w:t>
      </w:r>
      <w:r>
        <w:br/>
      </w:r>
      <w:r>
        <w:rPr>
          <w:sz w:val="20"/>
        </w:rPr>
        <w:t>1:11:29  So if you want to find entry into paradise, you have to live among people as flowers.</w:t>
      </w:r>
      <w:r>
        <w:br/>
      </w:r>
      <w:r>
        <w:rPr>
          <w:sz w:val="20"/>
        </w:rPr>
        <w:t>1:11:41  and if you vant to,</w:t>
      </w:r>
      <w:r>
        <w:br/>
      </w:r>
      <w:r>
        <w:rPr>
          <w:sz w:val="20"/>
        </w:rPr>
        <w:t>1:11:49  and if you want to be deprived from the paradise, then adopt the way of thoughts</w:t>
      </w:r>
      <w:r>
        <w:br/>
      </w:r>
      <w:r>
        <w:rPr>
          <w:sz w:val="20"/>
        </w:rPr>
        <w:t>1:11:58  . so this God goes a demonstration.</w:t>
      </w:r>
      <w:r>
        <w:br/>
      </w:r>
      <w:r>
        <w:rPr>
          <w:sz w:val="20"/>
        </w:rPr>
        <w:t>1:12:07  thought and flowers both are a demonstration from God.</w:t>
      </w:r>
      <w:r>
        <w:br/>
      </w:r>
      <w:r>
        <w:rPr>
          <w:sz w:val="20"/>
        </w:rPr>
        <w:t>1:12:14  Thorny character is of those who be deprived from blessings of God, and flower like character is of those who be find blessings from God.</w:t>
      </w:r>
    </w:p>
    <w:p>
      <w:pPr>
        <w:pStyle w:val="Heading2"/>
      </w:pPr>
      <w:r>
        <w:t>Monotheism as practical basis for universal brotherhood</w:t>
      </w:r>
    </w:p>
    <w:p>
      <w:r>
        <w:rPr>
          <w:color w:val="666666"/>
          <w:sz w:val="18"/>
        </w:rPr>
        <w:t>Universal Brotherhood and Islam June 7, 2007 Maulana Wahiduddin Khan · 5m 15s · at 17:26 · https://youtu.be/kHXdf1eu6IM?t=1046</w:t>
      </w:r>
    </w:p>
    <w:p>
      <w:r>
        <w:rPr>
          <w:i/>
        </w:rPr>
        <w:t>“Monotheism is the only practical ideology for universal brotherhood.”</w:t>
      </w:r>
    </w:p>
    <w:p>
      <w:r>
        <w:rPr>
          <w:sz w:val="20"/>
        </w:rPr>
        <w:t>17:26  But the ideology of monotheism is quite relevant to this issue. What is monotheism?</w:t>
      </w:r>
      <w:r>
        <w:br/>
      </w:r>
      <w:r>
        <w:rPr>
          <w:sz w:val="20"/>
        </w:rPr>
        <w:t>17:35  It is Tawhid. Monotheism means that monotheism believes in duality, in duality.</w:t>
      </w:r>
      <w:r>
        <w:br/>
      </w:r>
      <w:r>
        <w:rPr>
          <w:sz w:val="20"/>
        </w:rPr>
        <w:t>17:49  Duality means God and man are two separate entities. God is the creator and man is the creature.</w:t>
      </w:r>
      <w:r>
        <w:br/>
      </w:r>
      <w:r>
        <w:rPr>
          <w:sz w:val="20"/>
        </w:rPr>
        <w:t>18:02  So God and man are not one and the same. Both are quite different. So according to Tawhid or monotheism</w:t>
      </w:r>
      <w:r>
        <w:br/>
      </w:r>
      <w:r>
        <w:rPr>
          <w:sz w:val="20"/>
        </w:rPr>
        <w:t>18:17  the, the, the reality is based on duality, duality and not Oneness.</w:t>
      </w:r>
      <w:r>
        <w:br/>
      </w:r>
      <w:r>
        <w:rPr>
          <w:sz w:val="20"/>
        </w:rPr>
        <w:t>18:30  So God is quite different. God is a separate being. We are separate and God is separate. God is creator and we are creature.</w:t>
      </w:r>
      <w:r>
        <w:br/>
      </w:r>
      <w:r>
        <w:rPr>
          <w:sz w:val="20"/>
        </w:rPr>
        <w:t>18:47  So according to this, so the, the concept of monotheism is quite relevant to our issue.</w:t>
      </w:r>
      <w:r>
        <w:br/>
      </w:r>
      <w:r>
        <w:rPr>
          <w:sz w:val="20"/>
        </w:rPr>
        <w:t>18:59  So when we see, when I see that the ideology of, when I, I, I, I say that in Islam the ideology of universal brotherhood is based on a monotheistic concept.</w:t>
      </w:r>
      <w:r>
        <w:br/>
      </w:r>
      <w:r>
        <w:rPr>
          <w:sz w:val="20"/>
        </w:rPr>
        <w:t>19:20  So it is very relevant to the issue,</w:t>
      </w:r>
      <w:r>
        <w:br/>
      </w:r>
      <w:r>
        <w:rPr>
          <w:sz w:val="20"/>
        </w:rPr>
        <w:t>19:26  very relevant to the issue.</w:t>
      </w:r>
      <w:r>
        <w:br/>
      </w:r>
      <w:r>
        <w:rPr>
          <w:sz w:val="20"/>
        </w:rPr>
        <w:t>19:30  From this ideology we derive two principles: Oneness of God and Oneness of man. God as a creator is one and man as a creature is also one.</w:t>
      </w:r>
      <w:r>
        <w:br/>
      </w:r>
      <w:r>
        <w:rPr>
          <w:sz w:val="20"/>
        </w:rPr>
        <w:t>19:47  So here,</w:t>
      </w:r>
      <w:r>
        <w:br/>
      </w:r>
      <w:r>
        <w:rPr>
          <w:sz w:val="20"/>
        </w:rPr>
        <w:t>19:51  so according to this ideology we, we, we, we can evolve a very relevant formula, a very, very relevant ideology that God is one and mankind is also one.</w:t>
      </w:r>
      <w:r>
        <w:br/>
      </w:r>
      <w:r>
        <w:rPr>
          <w:sz w:val="20"/>
        </w:rPr>
        <w:t>20:16  Then there is a very relevant Hadith: "Ittaqullah haesamaakun wa ashiri nas bikhulqin hasanin." It means that this gives us the picture of a believer.</w:t>
      </w:r>
      <w:r>
        <w:br/>
      </w:r>
      <w:r>
        <w:rPr>
          <w:sz w:val="20"/>
        </w:rPr>
        <w:t>20:39  This Hadith gives us the, the true picture of a believer.</w:t>
      </w:r>
      <w:r>
        <w:br/>
      </w:r>
      <w:r>
        <w:rPr>
          <w:sz w:val="20"/>
        </w:rPr>
        <w:t>20:49  And according to this, according to this definition a Mumin is one who believes in Oneness of God and he believes that I am accountable to God.</w:t>
      </w:r>
      <w:r>
        <w:br/>
      </w:r>
      <w:r>
        <w:rPr>
          <w:sz w:val="20"/>
        </w:rPr>
        <w:t>21:09  "Ittaqullah haesamaakun." Mumin is one who believes that I am accountable to God. "Ashiri nas bikhulqin hasanin." Then Mumin is one who adopts friendly behavior to all mankind.</w:t>
      </w:r>
      <w:r>
        <w:br/>
      </w:r>
      <w:r>
        <w:rPr>
          <w:sz w:val="20"/>
        </w:rPr>
        <w:t>21:31  These are two basic principles of Islam</w:t>
      </w:r>
      <w:r>
        <w:br/>
      </w:r>
      <w:r>
        <w:rPr>
          <w:sz w:val="20"/>
        </w:rPr>
        <w:t>21:38  that you are accountable to God and then you have to adopt friendly behavior towards all mankind.</w:t>
      </w:r>
      <w:r>
        <w:br/>
      </w:r>
      <w:r>
        <w:rPr>
          <w:sz w:val="20"/>
        </w:rPr>
        <w:t>21:50  This is the, this is the, these are the, these are very practical formulas. And due to this practical formula Islam was, Islam successfully,</w:t>
      </w:r>
      <w:r>
        <w:br/>
      </w:r>
      <w:r>
        <w:rPr>
          <w:sz w:val="20"/>
        </w:rPr>
        <w:t>22:05  Islam, Islam was able to establish a society of, a society on an equal basis as acknowledged by Swami Vivekananda and all and, and other scholars and historians.</w:t>
      </w:r>
      <w:r>
        <w:br/>
      </w:r>
      <w:r>
        <w:rPr>
          <w:sz w:val="20"/>
        </w:rPr>
        <w:t>22:27  So I can say that Tawhid is the only practical ideology</w:t>
      </w:r>
    </w:p>
    <w:p>
      <w:pPr>
        <w:pStyle w:val="Heading2"/>
      </w:pPr>
      <w:r>
        <w:t>Eid al-Fitr reflection and Quranic call</w:t>
      </w:r>
    </w:p>
    <w:p>
      <w:r>
        <w:rPr>
          <w:color w:val="666666"/>
          <w:sz w:val="18"/>
        </w:rPr>
        <w:t>Eid al-Fitr August 09, 2013 Maulana Wahiduddin Khan · 4m 30s · at 0:37 · https://youtu.be/0gjvnyE3Clk?t=37</w:t>
      </w:r>
    </w:p>
    <w:p>
      <w:r>
        <w:rPr>
          <w:i/>
        </w:rPr>
        <w:t>“This is 9 August 2013”</w:t>
      </w:r>
    </w:p>
    <w:p>
      <w:r>
        <w:rPr>
          <w:sz w:val="20"/>
        </w:rPr>
        <w:t>0:37  yeh 9 agast 2013 hai,</w:t>
      </w:r>
      <w:r>
        <w:br/>
      </w:r>
      <w:r>
        <w:rPr>
          <w:sz w:val="20"/>
        </w:rPr>
        <w:t>0:45  aur hijri calendar ke aitbar se yakam shawwal 1434 hijri hai. aap jante hain ke aaj eid-ul-fitr ka din hai.</w:t>
      </w:r>
      <w:r>
        <w:br/>
      </w:r>
      <w:r>
        <w:rPr>
          <w:sz w:val="20"/>
        </w:rPr>
        <w:t>1:01  aaj ke din ke bare mein hadith mein ek bohat lambi riwayat aayi hai, jis mein is din ko laylat-ul-jaiza kaha gaya hai.</w:t>
      </w:r>
      <w:r>
        <w:br/>
      </w:r>
      <w:r>
        <w:rPr>
          <w:sz w:val="20"/>
        </w:rPr>
        <w:t>1:11  arabi zaban mein layla raat aur din dono ke liye istemal hota hai. to yeh jo din hai, shawwal ka chand nikalne se le kar shawwal ki sham tak rehta hai.</w:t>
      </w:r>
      <w:r>
        <w:br/>
      </w:r>
      <w:r>
        <w:rPr>
          <w:sz w:val="20"/>
        </w:rPr>
        <w:t>1:30  to yeh hai laylat-ul-jaiza, yaani inaam ka din. Allah ta'ala ki taraf se aaj is ke sachche bondon ke liye inaam ka faisla kiya jata hai.</w:t>
      </w:r>
      <w:r>
        <w:br/>
      </w:r>
      <w:r>
        <w:rPr>
          <w:sz w:val="20"/>
        </w:rPr>
        <w:t>1:46  to aaj hum sab log bhi Allah ki taraf se isi unwan ke, isi inaam ko ummeedwar hain.</w:t>
      </w:r>
      <w:r>
        <w:br/>
      </w:r>
      <w:r>
        <w:rPr>
          <w:sz w:val="20"/>
        </w:rPr>
        <w:t>1:57  aur hamein umeed hai ke Allah ta'ala kya hamari darkhwast qabool hogi.</w:t>
      </w:r>
      <w:r>
        <w:br/>
      </w:r>
      <w:r>
        <w:rPr>
          <w:sz w:val="20"/>
        </w:rPr>
        <w:t>2:05  is waqt main</w:t>
      </w:r>
      <w:r>
        <w:br/>
      </w:r>
      <w:r>
        <w:rPr>
          <w:sz w:val="20"/>
        </w:rPr>
        <w:t>2:09  ji Nizamuddin west mein hoon, doctor Sani Hussain ke makan par. yahan ek bare kamre mein</w:t>
      </w:r>
      <w:r>
        <w:br/>
      </w:r>
      <w:r>
        <w:rPr>
          <w:sz w:val="20"/>
        </w:rPr>
        <w:t>2:21  CPS ki dilli team ikhatta hai, aur un se main baat kar raha hoon. mujhe aisa mehsoos hota hai ke yahan jitne log hain,</w:t>
      </w:r>
      <w:r>
        <w:br/>
      </w:r>
      <w:r>
        <w:rPr>
          <w:sz w:val="20"/>
        </w:rPr>
        <w:t>2:36  un se bohat zyada yahan Allah ke farishte maujood hain. to main aap ko aur tamam farishton ko apni taraf se salam pesh karta hoon, aur farishton se yeh bhi darkhwast karta hoon ke woh hum sab ki, hum sab ka salam Allah rab-ul-'alameen tak pahuncha dein,</w:t>
      </w:r>
      <w:r>
        <w:br/>
      </w:r>
      <w:r>
        <w:rPr>
          <w:sz w:val="20"/>
        </w:rPr>
        <w:t>2:59  halanke woh zyada janta hai aur zyada sunta hai. mujhe umeed hai ke aaj ke din jo inaam ka din hai,</w:t>
      </w:r>
      <w:r>
        <w:br/>
      </w:r>
      <w:r>
        <w:rPr>
          <w:sz w:val="20"/>
        </w:rPr>
        <w:t>3:13  to hum sab ko Allah ta'ala apne inaam se sarfaraz farmayenge.</w:t>
      </w:r>
      <w:r>
        <w:br/>
      </w:r>
      <w:r>
        <w:rPr>
          <w:sz w:val="20"/>
        </w:rPr>
        <w:t>3:21  ameen. ab main apni baat ek tajrube se shuru karta hoon. ab main apne ghar ke samne jo balcony hai, us par khada hua tha.</w:t>
      </w:r>
      <w:r>
        <w:br/>
      </w:r>
      <w:r>
        <w:rPr>
          <w:sz w:val="20"/>
        </w:rPr>
        <w:t>3:38  main ne dekha ke log road par aa rahe hain aur ja rahe hain, paidal, bicycle par, car par.</w:t>
      </w:r>
      <w:r>
        <w:br/>
      </w:r>
      <w:r>
        <w:rPr>
          <w:sz w:val="20"/>
        </w:rPr>
        <w:t>3:48  ek bhag daud lagi hui hai. to main ne socha ke agar in logon ko mujhe koi paigham dena ho Allah ki taraf se, Quran ki taraf se, to woh kya hoga?</w:t>
      </w:r>
      <w:r>
        <w:br/>
      </w:r>
      <w:r>
        <w:rPr>
          <w:sz w:val="20"/>
        </w:rPr>
        <w:t>4:02  to mujhe Quran ki ek ayat yaad aayi, jo Surah Aal-e-Imran mein hai:</w:t>
      </w:r>
      <w:r>
        <w:br/>
      </w:r>
      <w:r>
        <w:rPr>
          <w:sz w:val="20"/>
        </w:rPr>
        <w:t>4:09  "sa'ru ila maghfiratin mir rabbikum wa jannatin 'arduha as-samawatu wal-ard".</w:t>
      </w:r>
      <w:r>
        <w:br/>
      </w:r>
      <w:r>
        <w:rPr>
          <w:sz w:val="20"/>
        </w:rPr>
        <w:t>4:18  logon! daudo Allah ki bakhshish ki taraf aur Allah ki jannat ki taraf, jis ki wus'at tamam zameen o asman ke barabar hai.</w:t>
      </w:r>
      <w:r>
        <w:br/>
      </w:r>
      <w:r>
        <w:rPr>
          <w:sz w:val="20"/>
        </w:rPr>
        <w:t>4:37  to yeh hai woh cheez jo hamara goal hona chahiye, jo hamari tamanna hona chahiye. yaani yeh ke hum Allah ta'ala ki maghfirat mile</w:t>
      </w:r>
    </w:p>
    <w:p>
      <w:pPr>
        <w:pStyle w:val="Heading2"/>
      </w:pPr>
      <w:r>
        <w:t>Human limitations experienced every moment</w:t>
      </w:r>
    </w:p>
    <w:p>
      <w:r>
        <w:rPr>
          <w:color w:val="666666"/>
          <w:sz w:val="18"/>
        </w:rPr>
        <w:t>Q&amp;A 27 Mar 2011 Maulana Wahiduddin Khan · 4m 49s · at 16:13 · https://youtu.be/0jTDB9X7RZo?t=973</w:t>
      </w:r>
    </w:p>
    <w:p>
      <w:r>
        <w:rPr>
          <w:i/>
        </w:rPr>
        <w:t>“Woh toh har lamha mahdudiyat jaan sakta hai aadmi”</w:t>
      </w:r>
    </w:p>
    <w:p>
      <w:r>
        <w:rPr>
          <w:sz w:val="20"/>
        </w:rPr>
        <w:t>16:13  Wo to har lamha maudoodiyat jaan sakta hai aadmi. Abhi dekhiye, aapka aaj raat ko Earth Day tha. Earth Day tha, kya tha naam?</w:t>
      </w:r>
      <w:r>
        <w:br/>
      </w:r>
      <w:r>
        <w:rPr>
          <w:sz w:val="20"/>
        </w:rPr>
        <w:t>16:29  Earth Hour, Earth Hour tha. 8:30 se 9:30 tak, aaj hi raat ki baat hai. Earth Hour, Earth Hour mein kya tha ke light band karna tha. Yaani ek ghante tak raat light band kar rakhna tha. To humne apne yahan 8:30 se 9:30 tak light band rakhi.</w:t>
      </w:r>
      <w:r>
        <w:br/>
      </w:r>
      <w:r>
        <w:rPr>
          <w:sz w:val="20"/>
        </w:rPr>
        <w:t>16:51  To achanak kya mehsoos hua ke ab aankh hai, main dekh nahi sakta. Jab tak jal rahi thi, to main dekh pata tha. Ab jo light nahi hai, to main aankh hai, main dekh nahi sakta. Yeh to hai tajurba aapne</w:t>
      </w:r>
      <w:r>
        <w:br/>
      </w:r>
      <w:r>
        <w:rPr>
          <w:sz w:val="20"/>
        </w:rPr>
        <w:t>17:09  majdoodiyat ka.</w:t>
      </w:r>
      <w:r>
        <w:br/>
      </w:r>
      <w:r>
        <w:rPr>
          <w:sz w:val="20"/>
        </w:rPr>
        <w:t>17:14  Yahi to tajurba hai. Aap pani peete hain, to aap sochiye ke aap pani bana sakte hain. To yeh bhi tajurba majdoodiyat ka hai ke main, yaani pani nahi bana sakta. Agar mujhe pani ki zaroorat hai,</w:t>
      </w:r>
      <w:r>
        <w:br/>
      </w:r>
      <w:r>
        <w:rPr>
          <w:sz w:val="20"/>
        </w:rPr>
        <w:t>17:29  Yaani meri, meri yahan had aa jati hai ke main khud pani banaoon.</w:t>
      </w:r>
      <w:r>
        <w:br/>
      </w:r>
      <w:r>
        <w:rPr>
          <w:sz w:val="20"/>
        </w:rPr>
        <w:t>17:35  Bol raha hoon main, ek lamhe mein mere bolna band ho sakta hai. Apni zindagi mein maine aise log dekhe hain ke khoob achhe the, tandurust. Unki bol band ho gayi, bol nahi sakte the. Wo aise hi bas dekhte rehte the. Aise log dekh, memory bahut achhi thi. Achanak memory chali gayi. Ab kuch, kisi ko pehchante nahi the. Wo</w:t>
      </w:r>
      <w:r>
        <w:br/>
      </w:r>
      <w:r>
        <w:rPr>
          <w:sz w:val="20"/>
        </w:rPr>
        <w:t>17:57  to lama. To maudoodiyat ka tajurba to har lamha, har, har cheez mein ho sakta hai. Sirf jo hai ke shoor bedaar ho, aap hassas ho. Har lamha, har lamha. Ismein koi, kisi, yaani</w:t>
      </w:r>
      <w:r>
        <w:br/>
      </w:r>
      <w:r>
        <w:rPr>
          <w:sz w:val="20"/>
        </w:rPr>
        <w:t>18:15  Banawati taur par kisi course ki zaroorat nahi hai. Jo har lamha, jo aapki zindagi hai, usmein har waqt aapko iska tajurba hota rehta hai.</w:t>
      </w:r>
      <w:r>
        <w:br/>
      </w:r>
      <w:r>
        <w:rPr>
          <w:sz w:val="20"/>
        </w:rPr>
        <w:t>18:26  Main to har second mein tajurba karta hoon, har minute tajurba karta hoon, har lamha tajurba karta hoon apni majdoodiyat ka. To cheez kya hai?</w:t>
      </w:r>
      <w:r>
        <w:br/>
      </w:r>
      <w:r>
        <w:rPr>
          <w:sz w:val="20"/>
        </w:rPr>
        <w:t>18:40  Shoor ki bedari, soch ki bedari,</w:t>
      </w:r>
      <w:r>
        <w:br/>
      </w:r>
      <w:r>
        <w:rPr>
          <w:sz w:val="20"/>
        </w:rPr>
        <w:t>18:47  Mind ko activate karna. Bas aur kuch nahi. Warna sartaapa hum, yaani, yaani hum ek, ek aisa wajood hain jo sartaapa mahdood wajood hai. To har waqt uske tajurba saamne aate rehte hain.</w:t>
      </w:r>
      <w:r>
        <w:br/>
      </w:r>
      <w:r>
        <w:rPr>
          <w:sz w:val="20"/>
        </w:rPr>
        <w:t>19:07  Agar zinda shoor ho hamare andar, soch jaagi hui ho, to har waqt hamein mehsoos hoga ke dekho, yahan main aaj saabit hua. Dekho, yahan majood, majood aa gayi.</w:t>
      </w:r>
      <w:r>
        <w:br/>
      </w:r>
      <w:r>
        <w:rPr>
          <w:sz w:val="20"/>
        </w:rPr>
        <w:t>19:24  Jaise main ek martaba gaya, ek Kalb Ahmedabad mein ek factory ek sahib ne lagayi thi. Nayi, wo engineer the. To wo nayi factory thi, wo le gaye. Ab usko to unhone kaha, baatcheet karte hue,</w:t>
      </w:r>
      <w:r>
        <w:br/>
      </w:r>
      <w:r>
        <w:rPr>
          <w:sz w:val="20"/>
        </w:rPr>
        <w:t>19:41  mere paas koi manager nahin hai. yaani mba ka jo course hota hai, us course ko karke management sikhha ho, aisa aadmi mere paas nahin. main engineer hoon, to technology ke etbaar se main factory ko</w:t>
      </w:r>
      <w:r>
        <w:br/>
      </w:r>
      <w:r>
        <w:rPr>
          <w:sz w:val="20"/>
        </w:rPr>
        <w:t>19:59  dekhbhaal kar sakta hoon." to isko batate hue unhon ne kaha ki ye jumla bole the vo ki apni to limit aa jaati hai management site par. apni to limit aa jaati hai</w:t>
      </w:r>
      <w:r>
        <w:br/>
      </w:r>
      <w:r>
        <w:rPr>
          <w:sz w:val="20"/>
        </w:rPr>
        <w:t>20:16  management site par.</w:t>
      </w:r>
      <w:r>
        <w:br/>
      </w:r>
      <w:r>
        <w:rPr>
          <w:sz w:val="20"/>
        </w:rPr>
        <w:t>20:24  to yeh insaan ka haal hai</w:t>
      </w:r>
      <w:r>
        <w:br/>
      </w:r>
      <w:r>
        <w:rPr>
          <w:sz w:val="20"/>
        </w:rPr>
        <w:t>20:30  ki apni to limit aa jaati hai management site par. to apni to limit aa jaati hai is par. is par har waqt aap, abhi to limit aa jaati hai bolne ke had par, paani ke us par, har cheez par, aankh dekhne par. kyunki koi bhi cheez aisi nahin hai jahan hum, yaani majudiyat ke shikar na ho. cheez ye hai ki hum sochte nahin hain, daryaft nahin kar paate.</w:t>
      </w:r>
      <w:r>
        <w:br/>
      </w:r>
      <w:r>
        <w:rPr>
          <w:sz w:val="20"/>
        </w:rPr>
        <w:t>20:53  varna har lamha hamara, har tajarba yaad dilata hai humko apni limitations ka.</w:t>
      </w:r>
    </w:p>
    <w:p>
      <w:pPr>
        <w:pStyle w:val="Heading2"/>
      </w:pPr>
      <w:r>
        <w:t>The trench battle story, Prophet avoided war</w:t>
      </w:r>
    </w:p>
    <w:p>
      <w:r>
        <w:rPr>
          <w:color w:val="666666"/>
          <w:sz w:val="18"/>
        </w:rPr>
        <w:t>Message of The Quran October 20, 2007 · 5m 05s · at 33:16 · https://youtu.be/7GePL3JmwnE?t=1996</w:t>
      </w:r>
    </w:p>
    <w:p>
      <w:r>
        <w:rPr>
          <w:i/>
        </w:rPr>
        <w:t>“People think the Prophet spent his life fighting”</w:t>
      </w:r>
    </w:p>
    <w:p>
      <w:r>
        <w:rPr>
          <w:sz w:val="20"/>
        </w:rPr>
        <w:t>33:16  ek baat mein arz karoon ke log yeh samajhte hain ke prophet jo thay, woh zindagi mein ladte hi rahe kyunke kitabon mein 83 ghazwaat bataye jaate hain.</w:t>
      </w:r>
      <w:r>
        <w:br/>
      </w:r>
      <w:r>
        <w:rPr>
          <w:sz w:val="20"/>
        </w:rPr>
        <w:t>33:30  ghazwa means, yani ghazwa ke literal maani to fighting ka nahi, kyunke fighting mein liya jaata hai. isko 83 yeh bilkul yani it is wrong.</w:t>
      </w:r>
      <w:r>
        <w:br/>
      </w:r>
      <w:r>
        <w:rPr>
          <w:sz w:val="20"/>
        </w:rPr>
        <w:t>33:46  dekhiye, prophet sirf three time war mein involve huay hain. sirf three time: Badr, Uhud, Hunayn. bas yeh jo kitabon mein aap ko 83 number milte hain,</w:t>
      </w:r>
      <w:r>
        <w:br/>
      </w:r>
      <w:r>
        <w:rPr>
          <w:sz w:val="20"/>
        </w:rPr>
        <w:t>33:59  woh kya hain? woh yeh hain ke opposite party jo thi, opposite party ne chaha aap ko war mein engage karna.</w:t>
      </w:r>
      <w:r>
        <w:br/>
      </w:r>
      <w:r>
        <w:rPr>
          <w:sz w:val="20"/>
        </w:rPr>
        <w:t>34:15  yani opposite party chahti thi ladai to 83 baar unhon ne chaha ke aap ko ladai mein involve karein, lekin aap ne avoid kiya.</w:t>
      </w:r>
      <w:r>
        <w:br/>
      </w:r>
      <w:r>
        <w:rPr>
          <w:sz w:val="20"/>
        </w:rPr>
        <w:t>34:28  yani aap ne avoid kar ke apne ko bachaya fight se. jaise aap ko ek example deta hoon, main aap kitabon mein padhenge: Battle of Trenches.</w:t>
      </w:r>
      <w:r>
        <w:br/>
      </w:r>
      <w:r>
        <w:rPr>
          <w:sz w:val="20"/>
        </w:rPr>
        <w:t>34:41  yeh padhenge aap</w:t>
      </w:r>
      <w:r>
        <w:br/>
      </w:r>
      <w:r>
        <w:rPr>
          <w:sz w:val="20"/>
        </w:rPr>
        <w:t>34:42  : Ghazwa Khandaq. Ghazwa Khandaq matlab hai Battle of Trench. woh battle kahan hui thi?</w:t>
      </w:r>
      <w:r>
        <w:br/>
      </w:r>
      <w:r>
        <w:rPr>
          <w:sz w:val="20"/>
        </w:rPr>
        <w:t>34:50  wahan par battle hui nahi thi. isko kehte hain battle.</w:t>
      </w:r>
      <w:r>
        <w:br/>
      </w:r>
      <w:r>
        <w:rPr>
          <w:sz w:val="20"/>
        </w:rPr>
        <w:t>34:56  is mein hua yeh ke aap ke jo opposite party thi, jo aap ke khilaf ho gaye thay, woh barah hazar fouj tayyar kar ke aaye Makah se aur Madinah ke border ke tak pahunch pahunch gaye.</w:t>
      </w:r>
      <w:r>
        <w:br/>
      </w:r>
      <w:r>
        <w:rPr>
          <w:sz w:val="20"/>
        </w:rPr>
        <w:t>35:16  lekin aap ko aap ka intelligence bohat hi strong hua karta tha. aap ko aap ke intelligence ne bataya ke idhar se aa rahi hai fouj.</w:t>
      </w:r>
      <w:r>
        <w:br/>
      </w:r>
      <w:r>
        <w:rPr>
          <w:sz w:val="20"/>
        </w:rPr>
        <w:t>35:27  to aap ne kya kiya? raat din, raat din ek kar ke trench khodi. trench matlab khandaq khodi.</w:t>
      </w:r>
      <w:r>
        <w:br/>
      </w:r>
      <w:r>
        <w:rPr>
          <w:sz w:val="20"/>
        </w:rPr>
        <w:t>35:35  dekhiye, aisa tha jo woh jo woh tha, yani jo Madinah jahan thay, wahan par Madinah mein aisa tha ke is ke teen taraf jo tha, woh penetrable nahi tha.</w:t>
      </w:r>
      <w:r>
        <w:br/>
      </w:r>
      <w:r>
        <w:rPr>
          <w:sz w:val="20"/>
        </w:rPr>
        <w:t>35:49  woh wahan se penetrable nahi kar sakta tha koi, kyunke ek taraf sara mountainous tha, woh mountain, aur do taraf bohat hi ghane is ke bagh thay khajoor ke.</w:t>
      </w:r>
      <w:r>
        <w:br/>
      </w:r>
      <w:r>
        <w:rPr>
          <w:sz w:val="20"/>
        </w:rPr>
        <w:t>36:03  do taraf khajoor ke ghane bagh, ek taraf mountain. to ek hi taraf se woh aa sakte thay. to jidhar se aane ka tha, udhar aap ne trench khodi.</w:t>
      </w:r>
      <w:r>
        <w:br/>
      </w:r>
      <w:r>
        <w:rPr>
          <w:sz w:val="20"/>
        </w:rPr>
        <w:t>36:16  trench to is ko aap ne rasta rok diya. un ko ek ek buffer qaim kar diya.</w:t>
      </w:r>
      <w:r>
        <w:br/>
      </w:r>
      <w:r>
        <w:rPr>
          <w:sz w:val="20"/>
        </w:rPr>
        <w:t>36:25  buffer</w:t>
      </w:r>
      <w:r>
        <w:br/>
      </w:r>
      <w:r>
        <w:rPr>
          <w:sz w:val="20"/>
        </w:rPr>
        <w:t>36:28  to this bar avoidance of war rather indulging in the war. lekin kitabon mein kya likha rahega? Battle of Trench.</w:t>
      </w:r>
      <w:r>
        <w:br/>
      </w:r>
      <w:r>
        <w:rPr>
          <w:sz w:val="20"/>
        </w:rPr>
        <w:t>36:39  battle kahan hui? wahan par</w:t>
      </w:r>
      <w:r>
        <w:br/>
      </w:r>
      <w:r>
        <w:rPr>
          <w:sz w:val="20"/>
        </w:rPr>
        <w:t>36:43  kisi bhi book mein aap dekhein to likha rahega: Battle of Trench, Ghazwa Khandaq. halanke wahan ladai hui nahi.</w:t>
      </w:r>
      <w:r>
        <w:br/>
      </w:r>
      <w:r>
        <w:rPr>
          <w:sz w:val="20"/>
        </w:rPr>
        <w:t>36:53  aise jitne bhi hain, sab ahiya ke aap ne avoid kiya. kai dhang se avoid kiya aap ne. aur practical tor par sirf teen mein aap involve huay.</w:t>
      </w:r>
      <w:r>
        <w:br/>
      </w:r>
      <w:r>
        <w:rPr>
          <w:sz w:val="20"/>
        </w:rPr>
        <w:t>37:06  woh bhi kaise? dekhiye, pehla zamana jo tha, woh aaj kal ke warfare to thi nahi. aaj wali jaisi hoti hai, wahan to yeh tha ke din din mein ladai hoti thi, raat ko to ladai ho nahi sakti thi.</w:t>
      </w:r>
      <w:r>
        <w:br/>
      </w:r>
      <w:r>
        <w:rPr>
          <w:sz w:val="20"/>
        </w:rPr>
        <w:t>37:20  aaj to raat ko bhi ladai hoti hai.</w:t>
      </w:r>
      <w:r>
        <w:br/>
      </w:r>
      <w:r>
        <w:rPr>
          <w:sz w:val="20"/>
        </w:rPr>
        <w:t>37:23  ab aap aaj jo hai, raat ko bhi ho sakti hai ke aap kyunke aap aise cheezain hain. to pehle kya tha? dopahar ko shuru hui aur shaam ko sun set tak khatam ho gayi.</w:t>
      </w:r>
      <w:r>
        <w:br/>
      </w:r>
      <w:r>
        <w:rPr>
          <w:sz w:val="20"/>
        </w:rPr>
        <w:t>37:35  yeh tha wahan ka tareeqa. yeh tha yaani matlab tradition thi. to teeno baar aap ne yahi kiya ke aadhe yaani dopahar ko shuru hui aur aur shaam tak khatam.</w:t>
      </w:r>
      <w:r>
        <w:br/>
      </w:r>
      <w:r>
        <w:rPr>
          <w:sz w:val="20"/>
        </w:rPr>
        <w:t>37:49  yaani ke matlab kya hua</w:t>
      </w:r>
      <w:r>
        <w:br/>
      </w:r>
      <w:r>
        <w:rPr>
          <w:sz w:val="20"/>
        </w:rPr>
        <w:t>37:51  ke poori 23 saal ki prophetic jo aap ke woh thi period, is mein sirf dedh din laday aap.</w:t>
      </w:r>
      <w:r>
        <w:br/>
      </w:r>
      <w:r>
        <w:rPr>
          <w:sz w:val="20"/>
        </w:rPr>
        <w:t>38:00  dedh din bas do ek jharpein huin, jis ko aap kehte hain english mein skirmishes. kuch skirmishes huin hain, kuch</w:t>
      </w:r>
      <w:r>
        <w:br/>
      </w:r>
      <w:r>
        <w:rPr>
          <w:sz w:val="20"/>
        </w:rPr>
        <w:t>38:11  to battle nahi hui. to beharhaal islam ka matlab hai peace.</w:t>
      </w:r>
    </w:p>
    <w:p>
      <w:pPr>
        <w:pStyle w:val="Heading2"/>
      </w:pPr>
      <w:r>
        <w:t>the formula for a complaint-free culture, illustrated by Khalid ibn al-Walid</w:t>
      </w:r>
    </w:p>
    <w:p>
      <w:r>
        <w:rPr>
          <w:color w:val="666666"/>
          <w:sz w:val="18"/>
        </w:rPr>
        <w:t>Peace of Mind June 29, 2014 · 5m 13s · at 53:36 · https://youtu.be/oVwRc_FcAGk?t=3216</w:t>
      </w:r>
    </w:p>
    <w:p>
      <w:r>
        <w:rPr>
          <w:i/>
        </w:rPr>
        <w:t>“واٹ از دا فارمولا آف اے کمپلینٹ فری کلچر ان اے مشن؟”</w:t>
      </w:r>
    </w:p>
    <w:p>
      <w:r>
        <w:rPr>
          <w:sz w:val="20"/>
        </w:rPr>
        <w:t>53:36  Maulana, agla sawal kya hai Miss Naghma Siddiqui ne Delhi se, aur unhon ne aap se poocha hai ke what is the formula of a complaint free culture in a mission?</w:t>
      </w:r>
      <w:r>
        <w:br/>
      </w:r>
      <w:r>
        <w:rPr>
          <w:sz w:val="20"/>
        </w:rPr>
        <w:t>53:50  formula to banta ji, self management. kabhi bhi agar aap discussion karenge aur pooch gach karenge to kuch hone wala nahi hai, kabhi nahi ho sakta.</w:t>
      </w:r>
      <w:r>
        <w:br/>
      </w:r>
      <w:r>
        <w:rPr>
          <w:sz w:val="20"/>
        </w:rPr>
        <w:t>54:03  pooch gach jahan hoga, jahan discussion kiya jaye ga, yani cheezon par charcha kiya jaye ga, wahan complaint free mahol ban nahi sakta hai.</w:t>
      </w:r>
      <w:r>
        <w:br/>
      </w:r>
      <w:r>
        <w:rPr>
          <w:sz w:val="20"/>
        </w:rPr>
        <w:t>54:15  complaint free mahol banega jab ke aap self management aap ke andar ho, khud hi khud is ko diffuse kar len, khud hi khud.</w:t>
      </w:r>
      <w:r>
        <w:br/>
      </w:r>
      <w:r>
        <w:rPr>
          <w:sz w:val="20"/>
        </w:rPr>
        <w:t>54:24  jaise maine ek misaal is se pehle mein bata chuka hoon aap ko ke Hazrat Khalid jo the, un ko Khalifa Umar ne mazool kar diya, yani mazool karne ke maani yeh the ke woh general the, general, is ko soldier bana diya, mamooli soldier bana diya.</w:t>
      </w:r>
      <w:r>
        <w:br/>
      </w:r>
      <w:r>
        <w:rPr>
          <w:sz w:val="20"/>
        </w:rPr>
        <w:t>54:43  to ek shakliya hai ke ja kar pooch gach karte, woh ke kaise bana diya aap ne, kaun si bari ghalati thi?</w:t>
      </w:r>
      <w:r>
        <w:br/>
      </w:r>
      <w:r>
        <w:rPr>
          <w:sz w:val="20"/>
        </w:rPr>
        <w:t>54:51  pooch gach karte aur sathiyon ko jama karte, sathiyon mein charcha karte ke dekho. lekin unhon ne yeh nahi kiya, khud hi khud manage kar liya is ko.</w:t>
      </w:r>
      <w:r>
        <w:br/>
      </w:r>
      <w:r>
        <w:rPr>
          <w:sz w:val="20"/>
        </w:rPr>
        <w:t>55:02  unhon ne kaha hai ke unhon ne keh diya ke in inni la qatil fi sabil Umar, wa la qatil fi sabil Rabb Umar. mein jo kuch kar raha tha, woh woh woh Umar ke liye thori kar raha tha, Allah ke liye kar raha hoon.</w:t>
      </w:r>
      <w:r>
        <w:br/>
      </w:r>
      <w:r>
        <w:rPr>
          <w:sz w:val="20"/>
        </w:rPr>
        <w:t>55:18  to mera mera taluq Allah se hai, kisi Khalifa se nahi hai. bas baat khatam ho gayi. to jis samaj mein logon ke andar pooch gach ka mizaj ho aur discussion ka mizaj ho, shikayaton par shikayaton ko le le kar is ki chhan been karen, woh samaj kabhi bhi aaj positive samaj nahi ban sakta,</w:t>
      </w:r>
      <w:r>
        <w:br/>
      </w:r>
      <w:r>
        <w:rPr>
          <w:sz w:val="20"/>
        </w:rPr>
        <w:t>55:43  kyun ke shikayaton ke itne zyada shakh dar shakh hote hain, woh kabhi khatam hi nahi honge. shikayat se zyada buri cheez mujhe nahi maloom.</w:t>
      </w:r>
      <w:r>
        <w:br/>
      </w:r>
      <w:r>
        <w:rPr>
          <w:sz w:val="20"/>
        </w:rPr>
        <w:t>55:52  mera apna jo deen hai, woh yeh ke shikayat is se zyada buri cheez hai ke aap sharab piyen, khizr gosht khayen. aap khizr gosht khayen to choti burai hai, aur shikayat dil mein li hai, woh bari burai hai.</w:t>
      </w:r>
      <w:r>
        <w:br/>
      </w:r>
      <w:r>
        <w:rPr>
          <w:sz w:val="20"/>
        </w:rPr>
        <w:t>56:08  mera apna jo mutala hai deen ka, mein shikayat ko super haram samajhta hoon,</w:t>
      </w:r>
      <w:r>
        <w:br/>
      </w:r>
      <w:r>
        <w:rPr>
          <w:sz w:val="20"/>
        </w:rPr>
        <w:t>56:16  aur is ka ilaaj yahi samajhta hoon ke self management khud hi khud is ko soch lijiye, khud hi khud khatam kar do. koi pooch gachh nahin, koi pooch gachh nahin ke aap kisi ko ja kar milein, telephone karein, khat likhein, yeh sab kuch hota hua nahin, hota nahin, kuch nahin hone wala.</w:t>
      </w:r>
      <w:r>
        <w:br/>
      </w:r>
      <w:r>
        <w:rPr>
          <w:sz w:val="20"/>
        </w:rPr>
        <w:t>56:37  kyunke shikayaton ko itne shakh dar shakh is ke itne pehlu hote hain ke koi kuch bhi kahe ga, aap ki shikayat khatam nahin hogi. kisi bhi wazahat se aap ki shikayat khatam nahin hogi.</w:t>
      </w:r>
      <w:r>
        <w:br/>
      </w:r>
      <w:r>
        <w:rPr>
          <w:sz w:val="20"/>
        </w:rPr>
        <w:t>56:51  shikayat aap khud ya to khatam karein ge ya kabhi khatam hi nahin hogi. shikayat yeh meri zindagi ke barq ka tajruba hai ke shikayat ko ya to ya to aadmi khud kill karta hai ya hamesha shikayat jeeta hai, isi mein mar jata hai.</w:t>
      </w:r>
      <w:r>
        <w:br/>
      </w:r>
      <w:r>
        <w:rPr>
          <w:sz w:val="20"/>
        </w:rPr>
        <w:t>57:04  woh</w:t>
      </w:r>
      <w:r>
        <w:br/>
      </w:r>
      <w:r>
        <w:rPr>
          <w:sz w:val="20"/>
        </w:rPr>
        <w:t>57:06  is ko phir sun lijiye aap ke quran o hadith ka mutala, zindagi ka tajruba dono se maine yeh samjha hai ke shikayat jo hai, aisi buri cheez hai ke agar aadmi khud khat ko khatam kare to khatam ho jaye gi,</w:t>
      </w:r>
      <w:r>
        <w:br/>
      </w:r>
      <w:r>
        <w:rPr>
          <w:sz w:val="20"/>
        </w:rPr>
        <w:t>57:26  jaise sahaba khatam karte thay. aur agar is ne chaha ke pooch gachh se khatam karein to kabhi khatam nahin hogi,</w:t>
      </w:r>
      <w:r>
        <w:br/>
      </w:r>
      <w:r>
        <w:rPr>
          <w:sz w:val="20"/>
        </w:rPr>
        <w:t>57:36  kyunke woh ek angrez dekhe ga waqea ko, doosra angrez dekhe ga, aur koi bhi wazahat ki jaye, phir bhi aap ki shikayat baqi rahe gi.</w:t>
      </w:r>
      <w:r>
        <w:br/>
      </w:r>
      <w:r>
        <w:rPr>
          <w:sz w:val="20"/>
        </w:rPr>
        <w:t>57:46  mera tajruba hai ke kabhi bhi wazahat se shikayat khatam nahin hoti, khatam hi nahin hoti, woh pari rehti hai. to jis aadmi ko Allah ko samne khare hone ka ehsas hai, jo aadmi jannat chahta hai, to us ko chahiye ke shikayat ko kill kare,</w:t>
      </w:r>
      <w:r>
        <w:br/>
      </w:r>
      <w:r>
        <w:rPr>
          <w:sz w:val="20"/>
        </w:rPr>
        <w:t>58:06  self killing seekhe shikayat ke moamle mein.</w:t>
      </w:r>
      <w:r>
        <w:br/>
      </w:r>
      <w:r>
        <w:rPr>
          <w:sz w:val="20"/>
        </w:rPr>
        <w:t>58:12  aur nahin to phir yeh risk le ke Allah ke samne us ko khara hona pare ga aur jawab nahin de paye ga. woh you have to learn the art of self killing.</w:t>
      </w:r>
      <w:r>
        <w:br/>
      </w:r>
      <w:r>
        <w:rPr>
          <w:sz w:val="20"/>
        </w:rPr>
        <w:t>58:22  khud hi khud apne andar kill kar diye, khatam kar dijiye is ko. koi pooch gachh nahin, koi discussion nahin, kuch nahin.</w:t>
      </w:r>
      <w:r>
        <w:br/>
      </w:r>
      <w:r>
        <w:rPr>
          <w:sz w:val="20"/>
        </w:rPr>
        <w:t>58:32  yeh meri pakki yaqeen hai quran o hadith ke mutale se, zai tajrube se aur aql se, dono har har pehlu se maine is par ghhor kiya hai. to main yeh yeh is nateejay pohancha hoon ke shikayat ko ya to aadmi khud khat parta hai, nahin to shikayat kabhi khatam hi nahin hoti.</w:t>
      </w:r>
    </w:p>
    <w:p>
      <w:pPr>
        <w:pStyle w:val="Heading2"/>
      </w:pPr>
      <w:r>
        <w:t>Full argument: history proves man alone is in loss</w:t>
      </w:r>
    </w:p>
    <w:p>
      <w:r>
        <w:rPr>
          <w:color w:val="666666"/>
          <w:sz w:val="18"/>
        </w:rPr>
        <w:t>Dars-e-Quran (Chapter 103, Verses 1-3) August 19, 2012 · 5m 09s · at 3:52 · https://youtu.be/q7ORmSbhs4s?t=232</w:t>
      </w:r>
    </w:p>
    <w:p>
      <w:r>
        <w:rPr>
          <w:i/>
        </w:rPr>
        <w:t>“To time kya cheez hai?”</w:t>
      </w:r>
    </w:p>
    <w:p>
      <w:r>
        <w:rPr>
          <w:sz w:val="20"/>
        </w:rPr>
        <w:t>3:52  to Time kya cheez hai? Dekhen, Time aap jaante hain ke naam hai ek ek aise phenomenon ka jo past se present, present se future ki taraf chala ja raha hai.</w:t>
      </w:r>
      <w:r>
        <w:br/>
      </w:r>
      <w:r>
        <w:rPr>
          <w:sz w:val="20"/>
        </w:rPr>
        <w:t>4:09  ek guzarta hua phenomenon jo barabar guzar raha hai. To tareekh bhi to isi waqt ban rahi hai. Tareekh kahan ban rahi hai?</w:t>
      </w:r>
      <w:r>
        <w:br/>
      </w:r>
      <w:r>
        <w:rPr>
          <w:sz w:val="20"/>
        </w:rPr>
        <w:t>4:20  Tareekh kisi Time ke andar ban rahi hai. History is a phenomenon of time.</w:t>
      </w:r>
      <w:r>
        <w:br/>
      </w:r>
      <w:r>
        <w:rPr>
          <w:sz w:val="20"/>
        </w:rPr>
        <w:t>4:29  To is ka matlab yeh hai ke History is a witness.</w:t>
      </w:r>
      <w:r>
        <w:br/>
      </w:r>
      <w:r>
        <w:rPr>
          <w:sz w:val="20"/>
        </w:rPr>
        <w:t>4:37  Is ka matlab yeh hoga ke History is a witness that man is in loss.</w:t>
      </w:r>
      <w:r>
        <w:br/>
      </w:r>
      <w:r>
        <w:rPr>
          <w:sz w:val="20"/>
        </w:rPr>
        <w:t>4:46  Ab sochiye ke insan ghaate mein hai, is ka matlab kya hai? Main samajhta hoon ke yeh koi mysterious baat nahi hai ya koi abiguous baat nahi hai.</w:t>
      </w:r>
      <w:r>
        <w:br/>
      </w:r>
      <w:r>
        <w:rPr>
          <w:sz w:val="20"/>
        </w:rPr>
        <w:t>5:03  Saare log jinhon ne history ka mutaala kiya hai,</w:t>
      </w:r>
      <w:r>
        <w:br/>
      </w:r>
      <w:r>
        <w:rPr>
          <w:sz w:val="20"/>
        </w:rPr>
        <w:t>5:09  jo history ke baare mein waaqif hain, un sab ka yeh manna hai ke history mein</w:t>
      </w:r>
      <w:r>
        <w:br/>
      </w:r>
      <w:r>
        <w:rPr>
          <w:sz w:val="20"/>
        </w:rPr>
        <w:t>5:17  negative item bohat zyada hain aur positive item bohat kam hain. Maslan bohat bada British historian tha, Gavin,</w:t>
      </w:r>
      <w:r>
        <w:br/>
      </w:r>
      <w:r>
        <w:rPr>
          <w:sz w:val="20"/>
        </w:rPr>
        <w:t>5:31  to us ne likha hai ke "History is a little more than a register of crimes."</w:t>
      </w:r>
      <w:r>
        <w:br/>
      </w:r>
      <w:r>
        <w:rPr>
          <w:sz w:val="20"/>
        </w:rPr>
        <w:t>5:44  History crime ke register se thoda hi se zyada hai. Matlab yeh hai ke zyada tar item to crime ke hain,</w:t>
      </w:r>
      <w:r>
        <w:br/>
      </w:r>
      <w:r>
        <w:rPr>
          <w:sz w:val="20"/>
        </w:rPr>
        <w:t>5:55  kuch thode se item aise hain jo achhe kahe ja sakte hain. Yeh hai picture history ki.</w:t>
      </w:r>
      <w:r>
        <w:br/>
      </w:r>
      <w:r>
        <w:rPr>
          <w:sz w:val="20"/>
        </w:rPr>
        <w:t>6:07  Isi ki taraf Allah taala ne ishara farmaya ke history ek loss ban gayi hai insan ke liye.</w:t>
      </w:r>
      <w:r>
        <w:br/>
      </w:r>
      <w:r>
        <w:rPr>
          <w:sz w:val="20"/>
        </w:rPr>
        <w:t>6:19  Ab sawal yeh hai ke history loss kyun ban gayi?</w:t>
      </w:r>
      <w:r>
        <w:br/>
      </w:r>
      <w:r>
        <w:rPr>
          <w:sz w:val="20"/>
        </w:rPr>
        <w:t>6:24  Ab aap ghor kijiye ke yeh insan jo is duniya mein hai, isi ke saath aur bhi to bohat saari cheezein hain. Maslan material world hai.</w:t>
      </w:r>
      <w:r>
        <w:br/>
      </w:r>
      <w:r>
        <w:rPr>
          <w:sz w:val="20"/>
        </w:rPr>
        <w:t>6:36  Aap jaante hain ke star, planet, galaxy, solar system, mountain, ocean, yeh saara material world hai.</w:t>
      </w:r>
      <w:r>
        <w:br/>
      </w:r>
      <w:r>
        <w:rPr>
          <w:sz w:val="20"/>
        </w:rPr>
        <w:t>6:47  Wahan par to loss ka phenomenon nahi hai.</w:t>
      </w:r>
      <w:r>
        <w:br/>
      </w:r>
      <w:r>
        <w:rPr>
          <w:sz w:val="20"/>
        </w:rPr>
        <w:t>6:50  wohan yeh koi nahi kehta ke jo material world hai, woh</w:t>
      </w:r>
      <w:r>
        <w:br/>
      </w:r>
      <w:r>
        <w:rPr>
          <w:sz w:val="20"/>
        </w:rPr>
        <w:t>6:58  sab wahan par loss hi loss hai, sab burai hi burai hai.</w:t>
      </w:r>
      <w:r>
        <w:br/>
      </w:r>
      <w:r>
        <w:rPr>
          <w:sz w:val="20"/>
        </w:rPr>
        <w:t>7:04  saare scientist jo microscope aur telescope se study karte hain duniya ka, woh kehte hain ke kainat bohat hi zyada well designed hai, well planned hai,</w:t>
      </w:r>
      <w:r>
        <w:br/>
      </w:r>
      <w:r>
        <w:rPr>
          <w:sz w:val="20"/>
        </w:rPr>
        <w:t>7:20  bohat meaningful hai, kahin bhi is mein koi flaw nahin.</w:t>
      </w:r>
      <w:r>
        <w:br/>
      </w:r>
      <w:r>
        <w:rPr>
          <w:sz w:val="20"/>
        </w:rPr>
        <w:t>7:27  to aap ghor kijiye, isi duniya mein insan hai jis ki tareekh crime ki register bani hui hai. Phir doosri baat dekhein, isi duniya mein animals hain.</w:t>
      </w:r>
      <w:r>
        <w:br/>
      </w:r>
      <w:r>
        <w:rPr>
          <w:sz w:val="20"/>
        </w:rPr>
        <w:t>7:41  Animal bhi insan ki tarah nahi hain, bohat zyada un ke haan discipline hai. Yani aap ghor kijiye, insano ne first world war kiya, second world war kiya.</w:t>
      </w:r>
      <w:r>
        <w:br/>
      </w:r>
      <w:r>
        <w:rPr>
          <w:sz w:val="20"/>
        </w:rPr>
        <w:t>7:56  kya aap ne kabhi suna hai ke jungle mein animal ke darmiyan first world war aur second world war hui? To insan ke khayal mein bohat zyada peaceful life hai haiwanat ki.</w:t>
      </w:r>
      <w:r>
        <w:br/>
      </w:r>
      <w:r>
        <w:rPr>
          <w:sz w:val="20"/>
        </w:rPr>
        <w:t>8:10  mein kabhi, aap jante hain ke TV mein aik aik aik kiya kehte hain is ko, yani aata hai is mein aik website kahin kiya kahenge, mujhe nahi maloom, is mein jungle ki life dikhate hain.</w:t>
      </w:r>
      <w:r>
        <w:br/>
      </w:r>
      <w:r>
        <w:rPr>
          <w:sz w:val="20"/>
        </w:rPr>
        <w:t>8:29  yeh aap sab log jo dekhte hain, TV jante hain, kitni beauty hoti hai is mein.</w:t>
      </w:r>
      <w:r>
        <w:br/>
      </w:r>
      <w:r>
        <w:rPr>
          <w:sz w:val="20"/>
        </w:rPr>
        <w:t>8:37  keere makoore se le kar ke bare bare janwaron tak itna peaceful tareeqe se rehte hain jungle mein ke us ko dekhte rahiye.</w:t>
      </w:r>
      <w:r>
        <w:br/>
      </w:r>
      <w:r>
        <w:rPr>
          <w:sz w:val="20"/>
        </w:rPr>
        <w:t>8:51  to kisi ne sahi kaha ke duniya mein sab kuch beautiful hai, sirf aik cheez beautiful nahi hai, woh insan hai.</w:t>
      </w:r>
    </w:p>
    <w:p>
      <w:pPr>
        <w:pStyle w:val="Heading2"/>
      </w:pPr>
      <w:r>
        <w:t>Colonial powers and Israel missed da'wah chances</w:t>
      </w:r>
    </w:p>
    <w:p>
      <w:r>
        <w:rPr>
          <w:color w:val="666666"/>
          <w:sz w:val="18"/>
        </w:rPr>
        <w:t>Method of The Quran July 20, 2014 · 4m 51s · at 17:34 · https://youtu.be/kDfC-fjxYmE?t=1054</w:t>
      </w:r>
    </w:p>
    <w:p>
      <w:r>
        <w:rPr>
          <w:i/>
        </w:rPr>
        <w:t>“Dekhiye 19th sadi mein colonial powers uthin Europe se”</w:t>
      </w:r>
    </w:p>
    <w:p>
      <w:r>
        <w:rPr>
          <w:sz w:val="20"/>
        </w:rPr>
        <w:t>17:34  to musalmanon ko is se kuch political ya material nuqsan hua. to khauf charchaa is ka hone laga.</w:t>
      </w:r>
      <w:r>
        <w:br/>
      </w:r>
      <w:r>
        <w:rPr>
          <w:sz w:val="20"/>
        </w:rPr>
        <w:t>17:45  sara har taraf charchaa ke yeh dushman hain, yeh hamari hukoomaton ko khatm karne ke liye aaye hain, hum ko lootne ke liye aaye hain. to colonial powers ke khilaf, yaani matlab European qaumon ke khilaf nafrat hi nafrat paida ho gayi.</w:t>
      </w:r>
      <w:r>
        <w:br/>
      </w:r>
      <w:r>
        <w:rPr>
          <w:sz w:val="20"/>
        </w:rPr>
        <w:t>18:02  nafrat hi nafrat. is ka nateeja kya hua? ke dawat ki spirit khatm ho gayi. aur mad'u khud aap ke ilaqe mein aa gaya tha.</w:t>
      </w:r>
      <w:r>
        <w:br/>
      </w:r>
      <w:r>
        <w:rPr>
          <w:sz w:val="20"/>
        </w:rPr>
        <w:t>18:14  yaani Europe ki qaumein jo mad'u theen, woh khud aap ke ilaqe mein aa gaye thay. lekin dawat ka koi kaam hi nahi kiya gaya. koi paida hi nahi hua jo kahe ke bhai yeh to mad'u hain, in ko dawat pahunchao.</w:t>
      </w:r>
      <w:r>
        <w:br/>
      </w:r>
      <w:r>
        <w:rPr>
          <w:sz w:val="20"/>
        </w:rPr>
        <w:t>18:28  kyun? nafrat ki wajah se spirit hi khatm ho chuki thi.</w:t>
      </w:r>
      <w:r>
        <w:br/>
      </w:r>
      <w:r>
        <w:rPr>
          <w:sz w:val="20"/>
        </w:rPr>
        <w:t>18:34  to kitna zyada yeh khilaf tha Quran ke method ke. ke sirf yahi zikr kiya gaya ke colonial powers jo hain, woh zalim hain, woh hamare khilaf hain, woh hum ko exploit karna chahti hain waghera.</w:t>
      </w:r>
      <w:r>
        <w:br/>
      </w:r>
      <w:r>
        <w:rPr>
          <w:sz w:val="20"/>
        </w:rPr>
        <w:t>18:57  to nafrat hi nafrat, nafrat hi nafrat. jab nafrat aayegi to spirit of dawat chali jayegi. isi tarah dekhiye</w:t>
      </w:r>
      <w:r>
        <w:br/>
      </w:r>
      <w:r>
        <w:rPr>
          <w:sz w:val="20"/>
        </w:rPr>
        <w:t>19:10  yeh Yahudi log jo thay, diaspora mein thay. yaani 1948 se pehle bikhre hue thay dunya mein.</w:t>
      </w:r>
      <w:r>
        <w:br/>
      </w:r>
      <w:r>
        <w:rPr>
          <w:sz w:val="20"/>
        </w:rPr>
        <w:t>19:20  diaspora mein thay. to 1948 mein Balfour declaration ke tehat Israel bana. jis mein aadha Falasteen ka, aadha jo hai,</w:t>
      </w:r>
      <w:r>
        <w:br/>
      </w:r>
      <w:r>
        <w:rPr>
          <w:sz w:val="20"/>
        </w:rPr>
        <w:t>19:35  Arabon ko diya gaya, aadha Yahudiyon ko diya gaya. ab sari dunya mein Yahudiyon ke khilaf hungama. koi ek bhi mujhe nahi maloom jo is ki wajah se Yahud ke khilaf nafratein bhar na gaya ho.</w:t>
      </w:r>
      <w:r>
        <w:br/>
      </w:r>
      <w:r>
        <w:rPr>
          <w:sz w:val="20"/>
        </w:rPr>
        <w:t>19:50  sari literature Yahud ke khilaf nafrat.</w:t>
      </w:r>
      <w:r>
        <w:br/>
      </w:r>
      <w:r>
        <w:rPr>
          <w:sz w:val="20"/>
        </w:rPr>
        <w:t>19:57  to kya hua? spirit of dawat khatm ho gayi. ab dekhiye sari dunya mein jo Yahudi bikhre hue thay, woh aa gaye thay Falasteen mein.</w:t>
      </w:r>
      <w:r>
        <w:br/>
      </w:r>
      <w:r>
        <w:rPr>
          <w:sz w:val="20"/>
        </w:rPr>
        <w:t>20:07  to yeh to bohat hi opportunity thi. ek hi jagah mil rahe thay aap ko Yahudi. un ko dawat pahunchayein. jaise Rasool Allah Salallaho Alaihe Wasallam ne kiya kiya ke Ka'aba ke buton ke naam par sari Arab ke qabail aate thay wahan par.</w:t>
      </w:r>
      <w:r>
        <w:br/>
      </w:r>
      <w:r>
        <w:rPr>
          <w:sz w:val="20"/>
        </w:rPr>
        <w:t>20:24  un ka salana mela lagta tha. mela. is mein ikattha hote thay log. to aap Rasool Allah Salallaho Alaihe Wasallam ne yeh nahi dekha ke woh buton ki pooja karne ke liye aate hain.</w:t>
      </w:r>
      <w:r>
        <w:br/>
      </w:r>
      <w:r>
        <w:rPr>
          <w:sz w:val="20"/>
        </w:rPr>
        <w:t>20:33  yeh nahi dekha. gathering hai to woh dekha. aur un ko ja ja kar Quran sunate thay. to kyun ke us waqt printing press nahi tha.</w:t>
      </w:r>
      <w:r>
        <w:br/>
      </w:r>
      <w:r>
        <w:rPr>
          <w:sz w:val="20"/>
        </w:rPr>
        <w:t>20:45  ab jab jo Yahudi diaspora mein thay, woh sab jagah se nikal nikal kar aa gaye Falasteen mein. to musalmanon ko chahiye tha ke is ko opportunity ke taur par dekhein.</w:t>
      </w:r>
      <w:r>
        <w:br/>
      </w:r>
      <w:r>
        <w:rPr>
          <w:sz w:val="20"/>
        </w:rPr>
        <w:t>20:57  un ko dawat pahunchane ke liye. aur Yahudi jo hain, aisa nahi ke woh koi, woh un ko dawat dena bekar hai.</w:t>
      </w:r>
      <w:r>
        <w:br/>
      </w:r>
      <w:r>
        <w:rPr>
          <w:sz w:val="20"/>
        </w:rPr>
        <w:t>21:05  pehlay bhi aur ab bhi bohat se Yahudi hain jinhon ne Islam qabool kiya. jaise Rasool Allah Salallaho Alaihe Wasallam ke zamane mein Abdullah ibn Salam jo thay, Yahudi thay, unhon ne Islam qabool kiya.</w:t>
      </w:r>
      <w:r>
        <w:br/>
      </w:r>
      <w:r>
        <w:rPr>
          <w:sz w:val="20"/>
        </w:rPr>
        <w:t>21:14  aur kai logon ne. maujooda zamane mein aap dekhiye asad sahib, yahoodi family paida hui. unhon ne islam qubool kiya aur bohat bara kaam unhon ne kiya.</w:t>
      </w:r>
      <w:r>
        <w:br/>
      </w:r>
      <w:r>
        <w:rPr>
          <w:sz w:val="20"/>
        </w:rPr>
        <w:t>21:27  maryam jameela jo hain, yahoodi family paida hui. unhon ne islam qubool kiya. unhon ne bhi bohat sa kaam kiya. to pehle bhi aur aaj bhi yeh waqeat batate the ke yahudiyon mein kaam karo.</w:t>
      </w:r>
      <w:r>
        <w:br/>
      </w:r>
      <w:r>
        <w:rPr>
          <w:sz w:val="20"/>
        </w:rPr>
        <w:t>21:42  un mein niklen ge aise log jo sachai ko manen. abhi bhi hamare saathi jaate hain yerushlem ke book fair mein.</w:t>
      </w:r>
      <w:r>
        <w:br/>
      </w:r>
      <w:r>
        <w:rPr>
          <w:sz w:val="20"/>
        </w:rPr>
        <w:t>21:52  to yahoodi log baqayda apna cooperation dete hain. quran ko phailane ke liye. to kaisi ajeeb opportunity thi ke dunya bhar mein phailay hue yahoodi akhatta ho gaye falasteen mein.</w:t>
      </w:r>
      <w:r>
        <w:br/>
      </w:r>
      <w:r>
        <w:rPr>
          <w:sz w:val="20"/>
        </w:rPr>
        <w:t>22:10  aur musalmanon ke andar jazba nahi paida hua ke un ko quran pahunchayen. kyun? nafrat se bhare hue the. jab nafrat thi to dawat ki speed ka koi sawal hi nahi tha.</w:t>
      </w:r>
    </w:p>
    <w:p>
      <w:pPr>
        <w:pStyle w:val="Heading2"/>
      </w:pPr>
      <w:r>
        <w:t>the real mission is putting Quran in every home</w:t>
      </w:r>
    </w:p>
    <w:p>
      <w:r>
        <w:rPr>
          <w:color w:val="666666"/>
          <w:sz w:val="18"/>
        </w:rPr>
        <w:t>Doomsday is Coming November 24, 2013 · 5m 00s · at 57:14 · https://youtu.be/rixrzrrK-cE?t=3434</w:t>
      </w:r>
    </w:p>
    <w:p>
      <w:r>
        <w:rPr>
          <w:i/>
        </w:rPr>
        <w:t>“Zameen par koi ghar nahi bachega jiske andar Allah ka kalma na pahunche”</w:t>
      </w:r>
    </w:p>
    <w:p>
      <w:r>
        <w:rPr>
          <w:sz w:val="20"/>
        </w:rPr>
        <w:t>57:14  maulana, agla sawal srinagar se riyaz ahmed bhatt sahab ne kiya hai. unhon ne likha hai: "the duty of today's day is to aware the mankind about doomsday with more vigor and forceful way to counter the designs of evil."</w:t>
      </w:r>
      <w:r>
        <w:br/>
      </w:r>
      <w:r>
        <w:rPr>
          <w:sz w:val="20"/>
        </w:rPr>
        <w:t>57:34  maulana, "what kind of methods can be useful beyond distribution of dawa literature? please advise us."</w:t>
      </w:r>
      <w:r>
        <w:br/>
      </w:r>
      <w:r>
        <w:rPr>
          <w:sz w:val="20"/>
        </w:rPr>
        <w:t>57:44  dekhen, ek hadith hai ke ek hadith mein yeh alfaaz hain ke zameen par koi aisa ghar nahin bachega,</w:t>
      </w:r>
      <w:r>
        <w:br/>
      </w:r>
      <w:r>
        <w:rPr>
          <w:sz w:val="20"/>
        </w:rPr>
        <w:t>58:01  chhota ya bada, jis ke andar Allah ka kalma na dakhil ho jaye. "illa yadkhulullahu kalimal islam" . to Allah ka kalma kya hai?</w:t>
      </w:r>
      <w:r>
        <w:br/>
      </w:r>
      <w:r>
        <w:rPr>
          <w:sz w:val="20"/>
        </w:rPr>
        <w:t>58:10  quran hai.</w:t>
      </w:r>
      <w:r>
        <w:br/>
      </w:r>
      <w:r>
        <w:rPr>
          <w:sz w:val="20"/>
        </w:rPr>
        <w:t>58:12  to mein samajhta hoon ke main target jo hai, woh quran ko ghar ghar pohnchana hai. main target. woh is ko kitna peroo karein ge, kitna follow karein ge, yeh un ka kaam hai.</w:t>
      </w:r>
      <w:r>
        <w:br/>
      </w:r>
      <w:r>
        <w:rPr>
          <w:sz w:val="20"/>
        </w:rPr>
        <w:t>58:24  It is their problem. hamara nahi hai. ghar ghar kalma, yahan pe dekhein, yaani ke ghar dil mein dakhil karna, ghar mein dakhil karna.</w:t>
      </w:r>
      <w:r>
        <w:br/>
      </w:r>
      <w:r>
        <w:rPr>
          <w:sz w:val="20"/>
        </w:rPr>
        <w:t>58:36  "la tabqa ala wajh al-ard bait badr wala wabar illa adkhala Allah kalimata al-islam" . yaani zameen par koi chota bara ghar nahi bache ga.</w:t>
      </w:r>
      <w:r>
        <w:br/>
      </w:r>
      <w:r>
        <w:rPr>
          <w:sz w:val="20"/>
        </w:rPr>
        <w:t>58:47  to kaha, hamari zimmedari hai ke Allah ke word ko, word of god ko, ghar ghar mein pohncha dein. dilon mein utar dein, yeh nahi hai. yaani ke dil mein utar dein aur woh kalma parh lein.</w:t>
      </w:r>
      <w:r>
        <w:br/>
      </w:r>
      <w:r>
        <w:rPr>
          <w:sz w:val="20"/>
        </w:rPr>
        <w:t>58:57  yeh hamara nishana nahi hai. yeh hamara nishana nahi hai ke in ke dilon ko badal dein, in se kalma parhwa dein.</w:t>
      </w:r>
      <w:r>
        <w:br/>
      </w:r>
      <w:r>
        <w:rPr>
          <w:sz w:val="20"/>
        </w:rPr>
        <w:t>59:05  nahi, gharon mein pohncha dein, gharon mein. gharon mein pohnchanay ke mani ke jahan insaan rehte hain, wahan woh pohnch jaye. aaj to insaan, aap dekhein, har jagah yaani milte hain aap ko insaan.</w:t>
      </w:r>
      <w:r>
        <w:br/>
      </w:r>
      <w:r>
        <w:rPr>
          <w:sz w:val="20"/>
        </w:rPr>
        <w:t>59:21  saari duniya mein aik mobility hai, yahan se wahan insaan aa ja rahe hain, ja rahe hain, har jagah. to aap ko safar kar ke janay ki zaroorat nahi hai falan jagah.</w:t>
      </w:r>
      <w:r>
        <w:br/>
      </w:r>
      <w:r>
        <w:rPr>
          <w:sz w:val="20"/>
        </w:rPr>
        <w:t>59:31  khud duniya ke log har jagah aa rahe hain.</w:t>
      </w:r>
      <w:r>
        <w:br/>
      </w:r>
      <w:r>
        <w:rPr>
          <w:sz w:val="20"/>
        </w:rPr>
        <w:t>59:34  kahin siyah ke roop mein, kahin taajir ke roop mein, kahin talib ilm ke roop mein, kahin kisi roop mein. to hum ko pohnchaiye. to yeh hadith jo hai, yeh batati hai ke dilon mein utarna yeh aap ka nishana nahi hai.</w:t>
      </w:r>
      <w:r>
        <w:br/>
      </w:r>
      <w:r>
        <w:rPr>
          <w:sz w:val="20"/>
        </w:rPr>
        <w:t>59:46  balkeh Allah ke word, word ko logon ko un ke haath mein pohnch jaye, yeh aap ka nishana hai. h</w:t>
      </w:r>
      <w:r>
        <w:br/>
      </w:r>
      <w:r>
        <w:rPr>
          <w:sz w:val="20"/>
        </w:rPr>
        <w:t>59:54  r zaban mein is ke tarjume, tarjume, har zaban mein umda tarjume kar ke un ko pohnchaiye. aur aur jo doosre literature hain, un ko mein kehta hoon supporting literature.</w:t>
      </w:r>
      <w:r>
        <w:br/>
      </w:r>
      <w:r>
        <w:rPr>
          <w:sz w:val="20"/>
        </w:rPr>
        <w:t>1:00:06  supporting literature. is ke sath sath hamein zaroorat hai ke hum un ko aaj supporting literature bhi dein taake woh is ko, un ko samajhna un ke liye asan ho jaye.</w:t>
      </w:r>
      <w:r>
        <w:br/>
      </w:r>
      <w:r>
        <w:rPr>
          <w:sz w:val="20"/>
        </w:rPr>
        <w:t>1:00:17  yeh to quran o hadith se yeh nishana sabit hai.</w:t>
      </w:r>
      <w:r>
        <w:br/>
      </w:r>
      <w:r>
        <w:rPr>
          <w:sz w:val="20"/>
        </w:rPr>
        <w:t>1:00:20  is mein kisi kisi ko batane ki zaroorat nahi hai. quran o hadith se yeh nishana sabit hai ke jo word of god hai, us ko ghar ghar pohncha do.</w:t>
      </w:r>
      <w:r>
        <w:br/>
      </w:r>
      <w:r>
        <w:rPr>
          <w:sz w:val="20"/>
        </w:rPr>
        <w:t>1:00:29  logon tak pohncha do.</w:t>
      </w:r>
      <w:r>
        <w:br/>
      </w:r>
      <w:r>
        <w:rPr>
          <w:sz w:val="20"/>
        </w:rPr>
        <w:t>1:00:35  aaj mujhe aik message mila. mr. reet balotra ke bhai hain, singapore mein rehte hain. to woh aik high post par hain, kisi company mein.</w:t>
      </w:r>
      <w:r>
        <w:br/>
      </w:r>
      <w:r>
        <w:rPr>
          <w:sz w:val="20"/>
        </w:rPr>
        <w:t>1:00:47  to aik safar mein unhein aik mulaqat hui aik shakhs se. woh muslim hai aur woh kisi bari company mein hai.</w:t>
      </w:r>
      <w:r>
        <w:br/>
      </w:r>
      <w:r>
        <w:rPr>
          <w:sz w:val="20"/>
        </w:rPr>
        <w:t>1:00:58  to us ko unhon ne quran ka tarjuma diya.</w:t>
      </w:r>
      <w:r>
        <w:br/>
      </w:r>
      <w:r>
        <w:rPr>
          <w:sz w:val="20"/>
        </w:rPr>
        <w:t>1:01:03  to usay bohat hi, bohat ziyada khush hua. us ne kaha ke mein mudaton se is mein tha ke lekin mujhe quran ka tarjuma nahi mil raha tha.</w:t>
      </w:r>
      <w:r>
        <w:br/>
      </w:r>
      <w:r>
        <w:rPr>
          <w:sz w:val="20"/>
        </w:rPr>
        <w:t>1:01:12  kyunke woh arabi, woh arabi zaban nahi janta tha woh. to is tarah ke beshumar roohein hain jo talash mein hain ke ke kya hai khuda-e-kitab.</w:t>
      </w:r>
      <w:r>
        <w:br/>
      </w:r>
      <w:r>
        <w:rPr>
          <w:sz w:val="20"/>
        </w:rPr>
        <w:t>1:01:23  is mein kya likha hai, woh hum janiye. to aap pohnchaiye logon ko. is logon ko pohnchaiye.</w:t>
      </w:r>
      <w:r>
        <w:br/>
      </w:r>
      <w:r>
        <w:rPr>
          <w:sz w:val="20"/>
        </w:rPr>
        <w:t>1:01:30  to distribution of quran jo hai, woh main hai. aur baqi kitabein hain, un ki hesiyat supporting literature ki hai. is ke ilawa aap mil kar batayein.</w:t>
      </w:r>
      <w:r>
        <w:br/>
      </w:r>
      <w:r>
        <w:rPr>
          <w:sz w:val="20"/>
        </w:rPr>
        <w:t>1:01:40  aap stage se batayein, woh woh aap kar sakte hain to kijiye. yeh to woh target hai jo har aadmi kar sakta hai. yaani gunga aur behra bhi kar sakta hai.</w:t>
      </w:r>
      <w:r>
        <w:br/>
      </w:r>
      <w:r>
        <w:rPr>
          <w:sz w:val="20"/>
        </w:rPr>
        <w:t>1:01:51  baqi aap ko agar Allah ne salahiyat di hai to aap stage ko istemal kijiye, media ko istemal kijiye.</w:t>
      </w:r>
      <w:r>
        <w:br/>
      </w:r>
      <w:r>
        <w:rPr>
          <w:sz w:val="20"/>
        </w:rPr>
        <w:t>1:01:58  jo jitnay aur zyada kar saktay hain, kartay rahey. yeh to minimum, minimum. yeh distribution of quran jo hai, yeh minimum hai. is kay aagay to aap bohat kuch kar saktay hain.</w:t>
      </w:r>
      <w:r>
        <w:br/>
      </w:r>
      <w:r>
        <w:rPr>
          <w:sz w:val="20"/>
        </w:rPr>
        <w:t>1:02:08  aur kartay rahey, is mein koi aap ko rokne wala nahi hai.</w:t>
      </w:r>
      <w:r>
        <w:br/>
      </w:r>
      <w:r>
        <w:rPr>
          <w:sz w:val="20"/>
        </w:rPr>
        <w:t>1:02:15  maulana, agla sawal delhi se hai, miss nagma siddiqi ka</w:t>
      </w:r>
    </w:p>
    <w:p>
      <w:pPr>
        <w:pStyle w:val="Heading2"/>
      </w:pPr>
      <w:r>
        <w:t>Cave migration story and importance of Hadith</w:t>
      </w:r>
    </w:p>
    <w:p>
      <w:r>
        <w:rPr>
          <w:color w:val="666666"/>
          <w:sz w:val="18"/>
        </w:rPr>
        <w:t>Hadith Literature - Part-1 (English) March 08, 2007 Maulana Wahiduddin Khan · 4m 29s · at 14:36 · https://youtu.be/vZSus8oBppM?t=876</w:t>
      </w:r>
    </w:p>
    <w:p>
      <w:r>
        <w:rPr>
          <w:i/>
        </w:rPr>
        <w:t>“Complete report you can find only in Hadith.”</w:t>
      </w:r>
    </w:p>
    <w:p>
      <w:r>
        <w:rPr>
          <w:sz w:val="20"/>
        </w:rPr>
        <w:t>14:36  The complete report you can find only in Hadith. So, there is a partial reference of this event in the Quran. This is mentioned in the Quran, that the Prophet said to Abu Bakr Siddiq, "La taqaf innallah maana." "Do not fear. God is with us.</w:t>
      </w:r>
      <w:r>
        <w:br/>
      </w:r>
      <w:r>
        <w:rPr>
          <w:sz w:val="20"/>
        </w:rPr>
        <w:t>15:05  Do not fear. God is with us." This is mentioned in the Quran. Then, when we read Hadith, when we read this event in Hadith, we find that at that time, the Prophet said one more thing that was very, very important. This we find in Hadith only.</w:t>
      </w:r>
      <w:r>
        <w:br/>
      </w:r>
      <w:r>
        <w:rPr>
          <w:sz w:val="20"/>
        </w:rPr>
        <w:t>15:33  These are mentioned in the Quran.</w:t>
      </w:r>
      <w:r>
        <w:br/>
      </w:r>
      <w:r>
        <w:rPr>
          <w:sz w:val="20"/>
        </w:rPr>
        <w:t>15:44  So, according to the Hadith, the Prophet said, "Ya Abu Bakr, maazannuka bisnain Allahu salih suhuma." "O Abu</w:t>
      </w:r>
      <w:r>
        <w:br/>
      </w:r>
      <w:r>
        <w:rPr>
          <w:sz w:val="20"/>
        </w:rPr>
        <w:t>15:55  Bakr, what do you think about those two whose third companion is Allah?</w:t>
      </w:r>
      <w:r>
        <w:br/>
      </w:r>
      <w:r>
        <w:rPr>
          <w:sz w:val="20"/>
        </w:rPr>
        <w:t>16:07  " "O Abu Bakr, what do you think about those whose third companion is God Almighty? " So, this part which we find in Hadith literature is very, very important to complete the whole event.</w:t>
      </w:r>
      <w:r>
        <w:br/>
      </w:r>
      <w:r>
        <w:rPr>
          <w:sz w:val="20"/>
        </w:rPr>
        <w:t>16:33  There are hundreds of such references that tell us that without adding Hadith literature, we cannot understand fully.</w:t>
      </w:r>
      <w:r>
        <w:br/>
      </w:r>
      <w:r>
        <w:rPr>
          <w:sz w:val="20"/>
        </w:rPr>
        <w:t>16:49  We cannot understand the Quran in the complete sense.</w:t>
      </w:r>
      <w:r>
        <w:br/>
      </w:r>
      <w:r>
        <w:rPr>
          <w:sz w:val="20"/>
        </w:rPr>
        <w:t>17:01  Then, so, Hadith is very important.</w:t>
      </w:r>
      <w:r>
        <w:br/>
      </w:r>
      <w:r>
        <w:rPr>
          <w:sz w:val="20"/>
        </w:rPr>
        <w:t>17:13  There is one great scholar who has said about Hadith, "Man kana fi baitihi majmuatum bil al-Ahadith, faq</w:t>
      </w:r>
      <w:r>
        <w:br/>
      </w:r>
      <w:r>
        <w:rPr>
          <w:sz w:val="20"/>
        </w:rPr>
        <w:t>17:26  anna ma fihe nabiyyun yatakallam." Anyone who has a book of Hadith in his house, he has the</w:t>
      </w:r>
      <w:r>
        <w:br/>
      </w:r>
      <w:r>
        <w:rPr>
          <w:sz w:val="20"/>
        </w:rPr>
        <w:t>17:38  Prophet himself in his house.</w:t>
      </w:r>
      <w:r>
        <w:br/>
      </w:r>
      <w:r>
        <w:rPr>
          <w:sz w:val="20"/>
        </w:rPr>
        <w:t>17:50  He has a speaking Prophet in his house.</w:t>
      </w:r>
      <w:r>
        <w:br/>
      </w:r>
      <w:r>
        <w:rPr>
          <w:sz w:val="20"/>
        </w:rPr>
        <w:t>18:03  Anyone who has a book of Hadith in his house, he has a speaking Prophet in his house.</w:t>
      </w:r>
      <w:r>
        <w:br/>
      </w:r>
      <w:r>
        <w:rPr>
          <w:sz w:val="20"/>
        </w:rPr>
        <w:t>18:15  Here, I would like to add that, "Man kana fi baitihi majmuatum bil al-Ahadith, faq fi shobatun nabiyyun."</w:t>
      </w:r>
      <w:r>
        <w:br/>
      </w:r>
      <w:r>
        <w:rPr>
          <w:sz w:val="20"/>
        </w:rPr>
        <w:t>18:27  Anyone who has a collection of Hadith in his house, he is living in the companion of the Prophet.</w:t>
      </w:r>
      <w:r>
        <w:br/>
      </w:r>
      <w:r>
        <w:rPr>
          <w:sz w:val="20"/>
        </w:rPr>
        <w:t>18:40  How, when you read Hadith, when you study Hadith literature, when you go through those traditions, you create</w:t>
      </w:r>
      <w:r>
        <w:br/>
      </w:r>
      <w:r>
        <w:rPr>
          <w:sz w:val="20"/>
        </w:rPr>
        <w:t>18:52  a psychological environment.</w:t>
      </w:r>
      <w:r>
        <w:br/>
      </w:r>
      <w:r>
        <w:rPr>
          <w:sz w:val="20"/>
        </w:rPr>
        <w:t>19:05  You create a spiritual environment in your house.</w:t>
      </w:r>
    </w:p>
    <w:p>
      <w:pPr>
        <w:pStyle w:val="Heading2"/>
      </w:pPr>
      <w:r>
        <w:t>Spirit of gratitude and true Islam</w:t>
      </w:r>
    </w:p>
    <w:p>
      <w:r>
        <w:rPr>
          <w:color w:val="666666"/>
          <w:sz w:val="18"/>
        </w:rPr>
        <w:t>The Message of the Quran October 21, 2018 · 5m 12s · at 14:02 · https://youtu.be/9_OYLmVWLOE?t=842</w:t>
      </w:r>
    </w:p>
    <w:p>
      <w:r>
        <w:rPr>
          <w:i/>
        </w:rPr>
        <w:t>“Ab gaur kijiye, is ka yeh jo al-hamd ki spirit hai”</w:t>
      </w:r>
    </w:p>
    <w:p>
      <w:r>
        <w:rPr>
          <w:sz w:val="20"/>
        </w:rPr>
        <w:t>14:02  ab ghore kijiye, is ka yeh jo alhamdulillah ki aspect hai, is ka kya matlab nikla?</w:t>
      </w:r>
      <w:r>
        <w:br/>
      </w:r>
      <w:r>
        <w:rPr>
          <w:sz w:val="20"/>
        </w:rPr>
        <w:t>14:12  alhamdulillah ki aspect ka matlab yeh hai ke aap nay aik taraf apnay khalq ka, aap nay creator ka</w:t>
      </w:r>
      <w:r>
        <w:br/>
      </w:r>
      <w:r>
        <w:rPr>
          <w:sz w:val="20"/>
        </w:rPr>
        <w:t>14:22  ki glory daryaft ki, us ka azmat daryaft ki, us ke liye shaoor ki aspect apni taraf paida ki aur sath sath saray insanon ke liye shukr, saray insanon ke liye shukr.</w:t>
      </w:r>
      <w:r>
        <w:br/>
      </w:r>
      <w:r>
        <w:rPr>
          <w:sz w:val="20"/>
        </w:rPr>
        <w:t>14:37  kyunke saray insanon nay woh technology daryaft ki, nature mein chupi hui, chupi hui woh technique daryaft ki, tab to yeh maloom hua.</w:t>
      </w:r>
      <w:r>
        <w:br/>
      </w:r>
      <w:r>
        <w:rPr>
          <w:sz w:val="20"/>
        </w:rPr>
        <w:t>14:49  yeh sab baatein hain.</w:t>
      </w:r>
      <w:r>
        <w:br/>
      </w:r>
      <w:r>
        <w:rPr>
          <w:sz w:val="20"/>
        </w:rPr>
        <w:t>14:52  to agar yeh isi liye kaha gaya hai hadith mein: "man lam yashkur al-nas lam yashkur Allah". "man lam yashkur al-nas lam yashkur Allah".</w:t>
      </w:r>
      <w:r>
        <w:br/>
      </w:r>
      <w:r>
        <w:rPr>
          <w:sz w:val="20"/>
        </w:rPr>
        <w:t>15:06  jo insaan ka shukr nahi karega, woh Allah ka shukr bhi nahi karega. yaani jab mein yeh daryaft karoon ke saari insaniyat mere liye kaam kar rahi thi,</w:t>
      </w:r>
      <w:r>
        <w:br/>
      </w:r>
      <w:r>
        <w:rPr>
          <w:sz w:val="20"/>
        </w:rPr>
        <w:t>15:21  tab ja kar mujhe yeh facility mili, to insaan ka aaj shukr aaye ga. to phir yeh hogi ke yeh saari cheez kis ne paida ki?</w:t>
      </w:r>
      <w:r>
        <w:br/>
      </w:r>
      <w:r>
        <w:rPr>
          <w:sz w:val="20"/>
        </w:rPr>
        <w:t>15:31  kon is ka khaliq hai? to jis ne is Allah, jis ne is is jo technology thi nature mein, jis ne nature ki is technology ko discover kiya,</w:t>
      </w:r>
      <w:r>
        <w:br/>
      </w:r>
      <w:r>
        <w:rPr>
          <w:sz w:val="20"/>
        </w:rPr>
        <w:t>15:51  to ek hai nature ko discover karne wala, ek hai is ka khaliq. discover kiya insaan ne, lekin is ko create kiya Khuda aur Khaliq ne.</w:t>
      </w:r>
      <w:r>
        <w:br/>
      </w:r>
      <w:r>
        <w:rPr>
          <w:sz w:val="20"/>
        </w:rPr>
        <w:t>16:02  to jab aap insaan ke contribution ko daryaft karenge, tab aap Khaliq ke takhleeq ko daryaft karenge.</w:t>
      </w:r>
      <w:r>
        <w:br/>
      </w:r>
      <w:r>
        <w:rPr>
          <w:sz w:val="20"/>
        </w:rPr>
        <w:t>16:13  ab ghore kijiye ke is tarah se aap duniya mein jiyen to aap ke andar hate nahi aayega, hate nahi hoga, kisi ko aap dushman nahi samjhenge, kisi se aap ko nafrat nahi hogi, sab aap ko apne dikhai padenge.</w:t>
      </w:r>
      <w:r>
        <w:br/>
      </w:r>
      <w:r>
        <w:rPr>
          <w:sz w:val="20"/>
        </w:rPr>
        <w:t>16:29  yeh hai Quran. log samajhte hain Quran logon ko pathar maarna sikhaata hai, sikhaata hai bomb maarna sikhaata hai, nafrat karna sikhaata hai.</w:t>
      </w:r>
      <w:r>
        <w:br/>
      </w:r>
      <w:r>
        <w:rPr>
          <w:sz w:val="20"/>
        </w:rPr>
        <w:t>16:42  wahan par maamla ulta hai. Quran sikhaata hai ke insaan se mohabbat karo, insaan ko pathar mat maaro, phool barsao,</w:t>
      </w:r>
      <w:r>
        <w:br/>
      </w:r>
      <w:r>
        <w:rPr>
          <w:sz w:val="20"/>
        </w:rPr>
        <w:t>16:55  insaan ko dushman na samjho, apna benefactor samjho. yeh hai Quran.</w:t>
      </w:r>
      <w:r>
        <w:br/>
      </w:r>
      <w:r>
        <w:rPr>
          <w:sz w:val="20"/>
        </w:rPr>
        <w:t>17:07  to Quran ko bahut se log kehte hain: "Quran phailao, Quran karo", lekin khud unhone Quran ko discover nahi kiya.</w:t>
      </w:r>
      <w:r>
        <w:br/>
      </w:r>
      <w:r>
        <w:rPr>
          <w:sz w:val="20"/>
        </w:rPr>
        <w:t>17:17  jo Quran Quran karte hain, woh khud unhone discover nahi kiya ke Quran kya cheez hai. isi liye woh spirit dekhte hain, aap woh spirit nahi dekhte.</w:t>
      </w:r>
      <w:r>
        <w:br/>
      </w:r>
      <w:r>
        <w:rPr>
          <w:sz w:val="20"/>
        </w:rPr>
        <w:t>17:27  aap to hamara jo mission hai, woh isi spirit of Quran ko zinda karna hai.</w:t>
      </w:r>
      <w:r>
        <w:br/>
      </w:r>
      <w:r>
        <w:rPr>
          <w:sz w:val="20"/>
        </w:rPr>
        <w:t>17:36  hamara jo mission hai, woh isi spirit ko, isi spirit of Quran ko zinda karna hai. is ko Quran mein kaha gaya hai: "kon rabbaniyeen".</w:t>
      </w:r>
      <w:r>
        <w:br/>
      </w:r>
      <w:r>
        <w:rPr>
          <w:sz w:val="20"/>
        </w:rPr>
        <w:t>17:48  Quran mein kaha gaya hai ke "kon rabbaniyeen", yaani rabbani bano. rabbani hone ka kya matlab hua? Rabb ka shukr ada karne wale bano,</w:t>
      </w:r>
      <w:r>
        <w:br/>
      </w:r>
      <w:r>
        <w:rPr>
          <w:sz w:val="20"/>
        </w:rPr>
        <w:t>18:01  Alhamdulillah ki spirit mein jeene wale bano. to is mein dono cheezein aa gayeen: apne Rabb ka shukr karne wale bano, phir saath saath insaan ka shukr karne wale bano.</w:t>
      </w:r>
      <w:r>
        <w:br/>
      </w:r>
      <w:r>
        <w:rPr>
          <w:sz w:val="20"/>
        </w:rPr>
        <w:t>18:16  aap ghore kijiye, is mein kya cheez reh gayi? tamam achhi cheezein aa gayeen is ke andar.</w:t>
      </w:r>
      <w:r>
        <w:br/>
      </w:r>
      <w:r>
        <w:rPr>
          <w:sz w:val="20"/>
        </w:rPr>
        <w:t>18:28  to jab hum kehte hain ke Quran ko phailao, Quran ko phailao, to is ka matlab kya hota hai? duniya ko batao ke Islam pathar maarne ka naam nahi hai,</w:t>
      </w:r>
      <w:r>
        <w:br/>
      </w:r>
      <w:r>
        <w:rPr>
          <w:sz w:val="20"/>
        </w:rPr>
        <w:t>18:42  Islam Alhamdulillah ki spirit zinda karne ka naam hai, Islam nafrat karne ka naam nahi hai, aur rabbania mein jeene ka naam hai.</w:t>
      </w:r>
      <w:r>
        <w:br/>
      </w:r>
      <w:r>
        <w:rPr>
          <w:sz w:val="20"/>
        </w:rPr>
        <w:t>18:53  Islam doosron ko qadar karne ka naam nahi hai, doosron ko zindagi dene ka naam hai. yeh matlab is ayat ka: is ko padhiye to aap "manaya aya al-nas jamee'an qadar man qadar nafs bighair nafs fikran qadar nazmiya".</w:t>
      </w:r>
    </w:p>
    <w:p>
      <w:pPr>
        <w:pStyle w:val="Heading2"/>
      </w:pPr>
      <w:r>
        <w:t>Muslims' wrong turn and the two-point roadmap forward</w:t>
      </w:r>
    </w:p>
    <w:p>
      <w:r>
        <w:rPr>
          <w:color w:val="666666"/>
          <w:sz w:val="18"/>
        </w:rPr>
        <w:t>Purpose of Creation September 28, 2014 · 4m 04s · at 29:21 · https://youtu.be/7M-rzLZzCYw?t=1761</w:t>
      </w:r>
    </w:p>
    <w:p>
      <w:r>
        <w:rPr>
          <w:i/>
        </w:rPr>
        <w:t>“Terrorism tou terrorism hai — good ya bad nahi hota”</w:t>
      </w:r>
    </w:p>
    <w:p>
      <w:r>
        <w:rPr>
          <w:sz w:val="20"/>
        </w:rPr>
        <w:t>29:21  western civilization ke bare mein woh apna attitude badlein</w:t>
      </w:r>
      <w:r>
        <w:br/>
      </w:r>
      <w:r>
        <w:rPr>
          <w:sz w:val="20"/>
        </w:rPr>
        <w:t>29:29  is ko bajaye rival samajhne ke dost samjhein yeh sab karein aur is ke baad kya karna hai unhein</w:t>
      </w:r>
      <w:r>
        <w:br/>
      </w:r>
      <w:r>
        <w:rPr>
          <w:sz w:val="20"/>
        </w:rPr>
        <w:t>29:39  dawat ka kaam sirf dawat aur kuch nahi koi jang nahi koi takrao nahi koi suicide bombing nahi koi gun culture nahi koi bomb culture nahi kuch bhi nahi koi nafrat nahi sirf dawat aur jaisa ke main ne arz kiya dawat ke do level hain dawat ke do level hain</w:t>
      </w:r>
      <w:r>
        <w:br/>
      </w:r>
      <w:r>
        <w:rPr>
          <w:sz w:val="20"/>
        </w:rPr>
        <w:t>30:02  ek yeh hai ke duniya ki jo major zabanen hain major jo languages hain un mein bohat acha translation tayyar kiya jaye quran ka bohat hi mayari qism ka aur is ko bohat hi achhe andaaz mein chhapa jaye har zaban mein aur sari duniya mein is ko phaila diya jaye yeh minimum requirement hai</w:t>
      </w:r>
      <w:r>
        <w:br/>
      </w:r>
      <w:r>
        <w:rPr>
          <w:sz w:val="20"/>
        </w:rPr>
        <w:t>30:30  maximum requirement kya hai</w:t>
      </w:r>
      <w:r>
        <w:br/>
      </w:r>
      <w:r>
        <w:rPr>
          <w:sz w:val="20"/>
        </w:rPr>
        <w:t>30:32  ke aap science ko padhein modern mind ko samjhein is zamane mein jo rationalism hai us ko jaanein aur phir is level par islam ko pesh karein</w:t>
      </w:r>
      <w:r>
        <w:br/>
      </w:r>
      <w:r>
        <w:rPr>
          <w:sz w:val="20"/>
        </w:rPr>
        <w:t>30:46  is level par yani modern jo level hai rationalism ka scientific argument ka is level pe islam ko pesh karen</w:t>
      </w:r>
      <w:r>
        <w:br/>
      </w:r>
      <w:r>
        <w:rPr>
          <w:sz w:val="20"/>
        </w:rPr>
        <w:t>30:57  jisko main kehta hoon ke yani</w:t>
      </w:r>
      <w:r>
        <w:br/>
      </w:r>
      <w:r>
        <w:rPr>
          <w:sz w:val="20"/>
        </w:rPr>
        <w:t>31:02  waqt ka fikri mustawa waqt ka fikri mustawa ka matlab yeh hai ke waqt ka jo intellectual level hai to ek hai quran ke translation har zuban mein karke phailana</w:t>
      </w:r>
      <w:r>
        <w:br/>
      </w:r>
      <w:r>
        <w:rPr>
          <w:sz w:val="20"/>
        </w:rPr>
        <w:t>31:17  doosra jo hai ke waqt ka jo fikri mustawa hai waqt ka jo intellectual level hai is level par islam ke ideology ko murattab karke dunya dunya ke samne lana</w:t>
      </w:r>
      <w:r>
        <w:br/>
      </w:r>
      <w:r>
        <w:rPr>
          <w:sz w:val="20"/>
        </w:rPr>
        <w:t>31:33  to musalman na minimum kar paye na maximum kar paye aur jo kar rahe hain woh kya hai ke</w:t>
      </w:r>
      <w:r>
        <w:br/>
      </w:r>
      <w:r>
        <w:rPr>
          <w:sz w:val="20"/>
        </w:rPr>
        <w:t>31:44  suicide bombing gun culture bomb culture nafrat</w:t>
      </w:r>
      <w:r>
        <w:br/>
      </w:r>
      <w:r>
        <w:rPr>
          <w:sz w:val="20"/>
        </w:rPr>
        <w:t>31:51  yeh sab ab tak bhi kuch nahi ab tak bhi sirf unhone khoya hai kuch paya nahi aindah bhi sirf khoyenge kuch payenge nahi</w:t>
      </w:r>
      <w:r>
        <w:br/>
      </w:r>
      <w:r>
        <w:rPr>
          <w:sz w:val="20"/>
        </w:rPr>
        <w:t>32:01  kyunke woh unka jo yeh tareeqa hai woh against the rational plan of god hai allah taala ko matlab kuch hai aur woh kuch kar rahe hain</w:t>
      </w:r>
      <w:r>
        <w:br/>
      </w:r>
      <w:r>
        <w:rPr>
          <w:sz w:val="20"/>
        </w:rPr>
        <w:t>32:16  to yaad rakhiye is dunya mein koi bhi kaam hai bhi 50 percent insan ki koshish hoti hai aur 50 percent allah ki madad is mein shamil hoti hai tab hota hai</w:t>
      </w:r>
      <w:r>
        <w:br/>
      </w:r>
      <w:r>
        <w:rPr>
          <w:sz w:val="20"/>
        </w:rPr>
        <w:t>32:31  to allah ki madad to aap ke shamil rahegi nahi aap ki to aap kya karein kuch nahi kar sakte</w:t>
      </w:r>
      <w:r>
        <w:br/>
      </w:r>
      <w:r>
        <w:rPr>
          <w:sz w:val="20"/>
        </w:rPr>
        <w:t>32:40  allah ki madad ke baghair naam ke rahe ke musalman koi bhi kamyabi hasil kar sakein impossible hai allah ki madad us waqt milegi jab ke woh allah ki scheme of things ko samjhein woh creation plan of god ko samjhein</w:t>
      </w:r>
      <w:r>
        <w:br/>
      </w:r>
      <w:r>
        <w:rPr>
          <w:sz w:val="20"/>
        </w:rPr>
        <w:t>32:59  woh purpose of creation ko samjhein aur uske mutabiq planning karein abhi jo unki planning hai woh sab sab ki sab galat planning hai</w:t>
      </w:r>
      <w:r>
        <w:br/>
      </w:r>
      <w:r>
        <w:rPr>
          <w:sz w:val="20"/>
        </w:rPr>
        <w:t>33:13  dunya ki nazar mein woh sab terrorism hai aap khud usko jihad kehte hain lekin aap ke jihad kehne se jihad nahi ho jayega woh dunya ki nazar mein woh terrorism chalega</w:t>
      </w:r>
    </w:p>
    <w:p>
      <w:pPr>
        <w:pStyle w:val="Heading2"/>
      </w:pPr>
      <w:r>
        <w:t>Faulty Muslim planning shown through Palestine and diaspora-trained Jews</w:t>
      </w:r>
    </w:p>
    <w:p>
      <w:r>
        <w:rPr>
          <w:color w:val="666666"/>
          <w:sz w:val="18"/>
        </w:rPr>
        <w:t>Divine Help September 22, 2015 · 3m 14s · at 39:11 · https://youtu.be/sozrNCif0Gg?t=2351</w:t>
      </w:r>
    </w:p>
    <w:p>
      <w:r>
        <w:rPr>
          <w:i/>
        </w:rPr>
        <w:t>“Hamari ghalat planning hoti hai, sahi karni chahiye”</w:t>
      </w:r>
    </w:p>
    <w:p>
      <w:r>
        <w:rPr>
          <w:sz w:val="20"/>
        </w:rPr>
        <w:t>39:11  hamari ghalt planning hoti hai, hamein apni planning ko sahi karna chahiye.</w:t>
      </w:r>
      <w:r>
        <w:br/>
      </w:r>
      <w:r>
        <w:rPr>
          <w:sz w:val="20"/>
        </w:rPr>
        <w:t>39:22  ghalt planning. aur musalman bar bar yeh kaam karte hain. misaal ke tor par dekhiye, falasteen mein israel aa gaye to khawamkhwah larh rahay hain.</w:t>
      </w:r>
      <w:r>
        <w:br/>
      </w:r>
      <w:r>
        <w:rPr>
          <w:sz w:val="20"/>
        </w:rPr>
        <w:t>39:35  mein khud kai baar gaya hoon wahan, woh bohat hi disciplined log</w:t>
      </w:r>
      <w:r>
        <w:br/>
      </w:r>
      <w:r>
        <w:rPr>
          <w:sz w:val="20"/>
        </w:rPr>
        <w:t>39:39  hain. woh modern education ko mili hui hai, woh jantay hain ke sachai ko accept karna hi karna hum scientist ka outlook hai.</w:t>
      </w:r>
      <w:r>
        <w:br/>
      </w:r>
      <w:r>
        <w:rPr>
          <w:sz w:val="20"/>
        </w:rPr>
        <w:t>39:50  yani mein aap ko aik misaal bataon ke hamare saathi gaye israel, wahan unhon ne quran ka stall lagaya.</w:t>
      </w:r>
      <w:r>
        <w:br/>
      </w:r>
      <w:r>
        <w:rPr>
          <w:sz w:val="20"/>
        </w:rPr>
        <w:t>40:06  to aap jantay hain ke wahan ziyada tar hebrew zaban chalti hai. hebrew zaban. to wahan par samjhanay ke maslay tha ke kesay bataya jaye ke yeh quran hai, yeh quran hai.</w:t>
      </w:r>
      <w:r>
        <w:br/>
      </w:r>
      <w:r>
        <w:rPr>
          <w:sz w:val="20"/>
        </w:rPr>
        <w:t>40:22  to yahoodi larkay kharay ho gaye, wahan khud hi khud. yahoodi larkay khud hi khud kharay ho gaye ke dekho bhai, yeh islam ki kitab hai, quran.</w:t>
      </w:r>
      <w:r>
        <w:br/>
      </w:r>
      <w:r>
        <w:rPr>
          <w:sz w:val="20"/>
        </w:rPr>
        <w:t>40:32  is ko is ke lo, is ko parho. khud hi khud lagay elaan karne. yeh door ki baat hai. musalman jantay hi nahi ke aaj ka yahoodi doosra hai, woh yahoodi nahi jo madinay mein tha.</w:t>
      </w:r>
      <w:r>
        <w:br/>
      </w:r>
      <w:r>
        <w:rPr>
          <w:sz w:val="20"/>
        </w:rPr>
        <w:t>40:47  jo yahoodi madinay mein tha, woh aaj nahi hai. aaj ke yahoodi woh hain jo diaspora mein gaya, europe, america mein.</w:t>
      </w:r>
      <w:r>
        <w:br/>
      </w:r>
      <w:r>
        <w:rPr>
          <w:sz w:val="20"/>
        </w:rPr>
        <w:t>40:57  aur wahan se train ho kar aaya israel. to yeh jo jo israel yahoodi, jo jo yahoodi israel mein hai, woh madinay se nahi aaya hai.</w:t>
      </w:r>
      <w:r>
        <w:br/>
      </w:r>
      <w:r>
        <w:rPr>
          <w:sz w:val="20"/>
        </w:rPr>
        <w:t>41:12  woh gaya europe mein, america mein. wahan us ki training hui. us ko naye ideas diye gaye. us ne taleem hasil ki.</w:t>
      </w:r>
      <w:r>
        <w:br/>
      </w:r>
      <w:r>
        <w:rPr>
          <w:sz w:val="20"/>
        </w:rPr>
        <w:t>41:20  phir woh lauta.</w:t>
      </w:r>
      <w:r>
        <w:br/>
      </w:r>
      <w:r>
        <w:rPr>
          <w:sz w:val="20"/>
        </w:rPr>
        <w:t>41:22  yeh musalman itna bhi nahi jantay. saaray arab is ko nahi jantay. saaray alam is ko nahi janta ke aaj ka yahoodi jo hai israel mein, woh lauta hua yahoodi hai.</w:t>
      </w:r>
      <w:r>
        <w:br/>
      </w:r>
      <w:r>
        <w:rPr>
          <w:sz w:val="20"/>
        </w:rPr>
        <w:t>41:34  yani pehle woh gaya diasp</w:t>
      </w:r>
      <w:r>
        <w:br/>
      </w:r>
      <w:r>
        <w:rPr>
          <w:sz w:val="20"/>
        </w:rPr>
        <w:t>41:36  ora mein. phir wahan pe us ki training hui. to us ki education hui. phir woh lauta america mein, europe mein. to woh to aap ka bana banaya madu hai.</w:t>
      </w:r>
      <w:r>
        <w:br/>
      </w:r>
      <w:r>
        <w:rPr>
          <w:sz w:val="20"/>
        </w:rPr>
        <w:t>41:46  jis ki maine misaal di aap ko. main teen baar gaya hoon Israel. aur bohat deep strategy bani ki hai. to aaj ka Yahoodi bilkul hi aik aur qaum hai.</w:t>
      </w:r>
      <w:r>
        <w:br/>
      </w:r>
      <w:r>
        <w:rPr>
          <w:sz w:val="20"/>
        </w:rPr>
        <w:t>42:02  woh qaum nahi hai jo Madine mein tha. yeh itni baat nahi jaante log. bas ladte hain, ladte hain. pathar maarte hain, bomb maarte hain.</w:t>
      </w:r>
      <w:r>
        <w:br/>
      </w:r>
      <w:r>
        <w:rPr>
          <w:sz w:val="20"/>
        </w:rPr>
        <w:t>42:12  kuch bhi nahi jaante bilkul. yahi to hai fitna-e-dajjal. isi ka naam fitna-e-dajjal hai. yaani andha fitna.</w:t>
      </w:r>
    </w:p>
    <w:p>
      <w:pPr>
        <w:pStyle w:val="Heading2"/>
      </w:pPr>
      <w:r>
        <w:t>Quran translation clarity and the path to it</w:t>
      </w:r>
    </w:p>
    <w:p>
      <w:r>
        <w:rPr>
          <w:color w:val="666666"/>
          <w:sz w:val="18"/>
        </w:rPr>
        <w:t>Q&amp;A 09 Nov 2008 - Maulana Wahiduddin Khan · 4m 18s · at 13:04 · https://youtu.be/iA8ELjlgPLU?t=784</w:t>
      </w:r>
    </w:p>
    <w:p>
      <w:r>
        <w:rPr>
          <w:i/>
        </w:rPr>
        <w:t>“Yeh bahut bada sawaal hai. Maine khud Quran ke English translations parhe hain.”</w:t>
      </w:r>
    </w:p>
    <w:p>
      <w:r>
        <w:rPr>
          <w:sz w:val="20"/>
        </w:rPr>
        <w:t>13:04  haan, yeh bohat bara sawal hai.</w:t>
      </w:r>
      <w:r>
        <w:br/>
      </w:r>
      <w:r>
        <w:rPr>
          <w:sz w:val="20"/>
        </w:rPr>
        <w:t>13:09  main ne khud Quran ke angrezi tarjume padhe hain aur jo angrezi ka expert hai, jo un ki mother tongue English hai, un se baatein ki hain.</w:t>
      </w:r>
      <w:r>
        <w:br/>
      </w:r>
      <w:r>
        <w:rPr>
          <w:sz w:val="20"/>
        </w:rPr>
        <w:t>13:19  ek sahab jinhone ke English translation ka research kiya hai, isi par jo Arabi ka aur English dono jante hain, jo Delhi mein rehte hain, un se meri baatein hui hain.</w:t>
      </w:r>
      <w:r>
        <w:br/>
      </w:r>
      <w:r>
        <w:rPr>
          <w:sz w:val="20"/>
        </w:rPr>
        <w:t>13:30  unhone university sab ka yeh kehna hai ke Quran ka jo jo translations hain English wale, un mein clarity nahi hai. Cla</w:t>
      </w:r>
      <w:r>
        <w:br/>
      </w:r>
      <w:r>
        <w:rPr>
          <w:sz w:val="20"/>
        </w:rPr>
        <w:t>13:40  rity nahi hai. Woh</w:t>
      </w:r>
      <w:r>
        <w:br/>
      </w:r>
      <w:r>
        <w:rPr>
          <w:sz w:val="20"/>
        </w:rPr>
        <w:t>13:45  to yeh bohat bara question hai. Kaisa kyu hai?</w:t>
      </w:r>
      <w:r>
        <w:br/>
      </w:r>
      <w:r>
        <w:rPr>
          <w:sz w:val="20"/>
        </w:rPr>
        <w:t>13:57  is ka jawab main jo dunga, woh aap ko subjective lagega. Main mere paas subjective jawab hai, objective jawab nahi hai. Is ka</w:t>
      </w:r>
      <w:r>
        <w:br/>
      </w:r>
      <w:r>
        <w:rPr>
          <w:sz w:val="20"/>
        </w:rPr>
        <w:t>14:07  is ka jawab mere paas hai, lekin woh jawab subjective hai, woh objective nahi hai. Yaad rakhiye, subjective jawab kya hai?</w:t>
      </w:r>
      <w:r>
        <w:br/>
      </w:r>
      <w:r>
        <w:rPr>
          <w:sz w:val="20"/>
        </w:rPr>
        <w:t>14:21  Allama Iqbal ne kaha tha ke Quran padho to yeh samjho ke Quran tumhare par utra hai. Ek shakhs ne kaha tha is ke bare mein ke Quran hai to be revealed today, lekin na to Quran Iqbal ke upar utra, un ka kalam batata hai ke woh Quran ko samajh nahi sake.</w:t>
      </w:r>
      <w:r>
        <w:br/>
      </w:r>
      <w:r>
        <w:rPr>
          <w:sz w:val="20"/>
        </w:rPr>
        <w:t>14:38  woh</w:t>
      </w:r>
      <w:r>
        <w:br/>
      </w:r>
      <w:r>
        <w:rPr>
          <w:sz w:val="20"/>
        </w:rPr>
        <w:t>14:39  na is aadmi ke upar reveal hua jis ne yeh jumla kaha tha. Kyu logon ne woh apne aap ko dedicate nahi kiya?</w:t>
      </w:r>
      <w:r>
        <w:br/>
      </w:r>
      <w:r>
        <w:rPr>
          <w:sz w:val="20"/>
        </w:rPr>
        <w:t>14:49  Iqbal kehte hain shayari karte rahe. Khudaai shayari se aap Quran utrega aap ke upar,</w:t>
      </w:r>
      <w:r>
        <w:br/>
      </w:r>
      <w:r>
        <w:rPr>
          <w:sz w:val="20"/>
        </w:rPr>
        <w:t>14:58  jabke Quran mein saaf saaf hai ke yeh Quran shayari nahi hai. Quran mein hai ke Quran shayari nahi hai, paighambar shayar nahi hota, aur aap shayari kar rahe hain to aap ko Quran kaise utrega aap ke upar?</w:t>
      </w:r>
      <w:r>
        <w:br/>
      </w:r>
      <w:r>
        <w:rPr>
          <w:sz w:val="20"/>
        </w:rPr>
        <w:t>15:16  aap ko karna padega Quran ke culture ko apnayein, paighambar ke culture ko apnayein, divine culture ko apnayein, apne aap ko blame kar dein isi mein.</w:t>
      </w:r>
      <w:r>
        <w:br/>
      </w:r>
      <w:r>
        <w:rPr>
          <w:sz w:val="20"/>
        </w:rPr>
        <w:t>15:31  aakhri had tak apne aap ko isi mein, isi mein, isi mein jis ko kehte hain, millien kar dein.</w:t>
      </w:r>
      <w:r>
        <w:br/>
      </w:r>
      <w:r>
        <w:rPr>
          <w:sz w:val="20"/>
        </w:rPr>
        <w:t>15:41  tab kya hoga? Tab aap ko marifat milegi, tab aap ko realization hoga, to Quran utrega aap ke upar. Yani utrayega kis maane mein?</w:t>
      </w:r>
      <w:r>
        <w:br/>
      </w:r>
      <w:r>
        <w:rPr>
          <w:sz w:val="20"/>
        </w:rPr>
        <w:t>15:52  yani marifat ke maane mein utrega. To phir aap ko</w:t>
      </w:r>
      <w:r>
        <w:br/>
      </w:r>
      <w:r>
        <w:rPr>
          <w:sz w:val="20"/>
        </w:rPr>
        <w:t>15:59  Quran samajhne lagenge. Aap to main apne bare mein keh sakta hoon ke maine apne aap ko isi mein fana kar diya, halak kar diya apne ko. Aur aur main keh sakta hoon Quran mere upar utra,</w:t>
      </w:r>
      <w:r>
        <w:br/>
      </w:r>
      <w:r>
        <w:rPr>
          <w:sz w:val="20"/>
        </w:rPr>
        <w:t>16:14  apne</w:t>
      </w:r>
      <w:r>
        <w:br/>
      </w:r>
      <w:r>
        <w:rPr>
          <w:sz w:val="20"/>
        </w:rPr>
        <w:t>16:16  maane ke aitbaar se, apni meaning ke aitbaar se, alfaaz ke aitbaar se nahi.</w:t>
      </w:r>
      <w:r>
        <w:br/>
      </w:r>
      <w:r>
        <w:rPr>
          <w:sz w:val="20"/>
        </w:rPr>
        <w:t>16:23  jis ko kehte hain, yani muhaddiseen ke haan ek lafz hota hai marifat-e-hadith. Agar aap mein se jo log hadith ko padha hoga to muhaddiseen ek lafz bolte hain, ek term marifat-e-hadith, yani hadith ki pehchan.</w:t>
      </w:r>
      <w:r>
        <w:br/>
      </w:r>
      <w:r>
        <w:rPr>
          <w:sz w:val="20"/>
        </w:rPr>
        <w:t>16:43  hadith ki pehchan to isi tarah se marifat-e-Quran bhi hai. Quran ki pehchan jo aadmi apne aap ko Quran mein itna zyada dedicate kare ke us ko Quran ki pehchan ho jaye,</w:t>
      </w:r>
      <w:r>
        <w:br/>
      </w:r>
      <w:r>
        <w:rPr>
          <w:sz w:val="20"/>
        </w:rPr>
        <w:t>16:58  to woh sahih translation kar sakta hai. is ki translation mein clarity hogi, nahi to nahi hogi. quran ki pehchan to hui nahi aap ko.</w:t>
      </w:r>
      <w:r>
        <w:br/>
      </w:r>
      <w:r>
        <w:rPr>
          <w:sz w:val="20"/>
        </w:rPr>
        <w:t>17:12  to kya karenge aap? main ek dilchasp example deta hoon aap ko. ek angrez the,</w:t>
      </w:r>
    </w:p>
    <w:p>
      <w:pPr>
        <w:pStyle w:val="Heading2"/>
      </w:pPr>
      <w:r>
        <w:t>How 'disabled' became 'differently abled': a Quranic idea ahead of its time</w:t>
      </w:r>
    </w:p>
    <w:p>
      <w:r>
        <w:rPr>
          <w:color w:val="666666"/>
          <w:sz w:val="18"/>
        </w:rPr>
        <w:t>Ramadan and Quranic Guidance July 29, 2012 · 3m 48s · at 17:25 · https://youtu.be/WxpcI7qi4d0?t=1045</w:t>
      </w:r>
    </w:p>
    <w:p>
      <w:r>
        <w:rPr>
          <w:i/>
        </w:rPr>
        <w:t>“Pehle zamane mein aadmi ko kya bolte the? Woh andha hai”</w:t>
      </w:r>
    </w:p>
    <w:p>
      <w:r>
        <w:rPr>
          <w:sz w:val="20"/>
        </w:rPr>
        <w:t>17:25  woh yeh hai ke pehle zamane mein aadmi jo hai, kya bolta tha? woh andha hai, woh behra hai, woh goonga hai.</w:t>
      </w:r>
      <w:r>
        <w:br/>
      </w:r>
      <w:r>
        <w:rPr>
          <w:sz w:val="20"/>
        </w:rPr>
        <w:t>17:37  woh blind hai, woh dump hai, woh deaf hai.</w:t>
      </w:r>
      <w:r>
        <w:br/>
      </w:r>
      <w:r>
        <w:rPr>
          <w:sz w:val="20"/>
        </w:rPr>
        <w:t>17:42  is tarah ke alfaaz. woh woh lame hai, woh langra hai.</w:t>
      </w:r>
      <w:r>
        <w:br/>
      </w:r>
      <w:r>
        <w:rPr>
          <w:sz w:val="20"/>
        </w:rPr>
        <w:t>17:51  lekin is zamane mein jo nayi research hui hai, woh quran ke is nishad hi ka ya quran ka jo jo clue diya gaya tha quran mein, clue.</w:t>
      </w:r>
      <w:r>
        <w:br/>
      </w:r>
      <w:r>
        <w:rPr>
          <w:sz w:val="20"/>
        </w:rPr>
        <w:t>18:00  isi ka agla darja hai. yaani ab aap jante hain ke ab aise logon ko pehle kaha jata tha disabled person.</w:t>
      </w:r>
      <w:r>
        <w:br/>
      </w:r>
      <w:r>
        <w:rPr>
          <w:sz w:val="20"/>
        </w:rPr>
        <w:t>18:13  disabled person. ab kya hai? aap ko kaha jata hai differently abled.</w:t>
      </w:r>
      <w:r>
        <w:br/>
      </w:r>
      <w:r>
        <w:rPr>
          <w:sz w:val="20"/>
        </w:rPr>
        <w:t>18:21  ek aur tarike se ba salahiyat hona. yeh kaisi ajeeb cheez thi jo quran ki in ayaton mein aur is hadith mein chupi hui thi.</w:t>
      </w:r>
      <w:r>
        <w:br/>
      </w:r>
      <w:r>
        <w:rPr>
          <w:sz w:val="20"/>
        </w:rPr>
        <w:t>18:32  ke kisi mahroomi ko mahroomi na samjho. is mein ek aur kamyabi ka raaz chupa hua hai.</w:t>
      </w:r>
      <w:r>
        <w:br/>
      </w:r>
      <w:r>
        <w:rPr>
          <w:sz w:val="20"/>
        </w:rPr>
        <w:t>18:41  to sabr kar lo ke matlab kya yeh? ke is par shikayat mat karo. mayoosi mat pado. balkeh discover karo apni is nayi ability ko.</w:t>
      </w:r>
      <w:r>
        <w:br/>
      </w:r>
      <w:r>
        <w:rPr>
          <w:sz w:val="20"/>
        </w:rPr>
        <w:t>18:55  to yeh idea poori history mein chalta raha. ab ja kar ke is ko zyada darja mila hai. yaani ab ek aadmi jo disabled samjha jata tha pehle, ab woh differently abled kaha jata hai.</w:t>
      </w:r>
      <w:r>
        <w:br/>
      </w:r>
      <w:r>
        <w:rPr>
          <w:sz w:val="20"/>
        </w:rPr>
        <w:t>19:10  is ki misalein dekhiye. is ki misalein dekhiye aap. ke braille jo tha, braille ek andha aadmi tha.</w:t>
      </w:r>
      <w:r>
        <w:br/>
      </w:r>
      <w:r>
        <w:rPr>
          <w:sz w:val="20"/>
        </w:rPr>
        <w:t>19:22  lekin is ke andhe pan ne is ke andar aik nai salahiyat jagai. yahan tak ke woh brel system ko ijad karne wala ban gaya. yani andhon ko aisi cheez jis se andhe parh saken.</w:t>
      </w:r>
      <w:r>
        <w:br/>
      </w:r>
      <w:r>
        <w:rPr>
          <w:sz w:val="20"/>
        </w:rPr>
        <w:t>19:36  aik andhe ne woh system ijad kiya.</w:t>
      </w:r>
      <w:r>
        <w:br/>
      </w:r>
      <w:r>
        <w:rPr>
          <w:sz w:val="20"/>
        </w:rPr>
        <w:t>19:40  isi ke naam par is ko kaha jata hai brel system.</w:t>
      </w:r>
      <w:r>
        <w:br/>
      </w:r>
      <w:r>
        <w:rPr>
          <w:sz w:val="20"/>
        </w:rPr>
        <w:t>19:46  aisi hirl kalar thi, woh dif aur damp thi. us ne bohat bare bare karnamay anjam diye. aap internet par dekh sakte hain.</w:t>
      </w:r>
      <w:r>
        <w:br/>
      </w:r>
      <w:r>
        <w:rPr>
          <w:sz w:val="20"/>
        </w:rPr>
        <w:t>19:59  aise hi dekhiye, stephen hawking hai, woh paralyzed hai. lekin is ka paralyzed hona is ke liye mahroomi nahi thi. is ke andar ki salahiyaten jaag parin.</w:t>
      </w:r>
      <w:r>
        <w:br/>
      </w:r>
      <w:r>
        <w:rPr>
          <w:sz w:val="20"/>
        </w:rPr>
        <w:t>20:11  woh in fold ho gaeen. agarchay is ke hath paon paralyzed ho gae. lekin andar jo salahiyaten chupi hui theen, woh in fold ho gaeen.</w:t>
      </w:r>
      <w:r>
        <w:br/>
      </w:r>
      <w:r>
        <w:rPr>
          <w:sz w:val="20"/>
        </w:rPr>
        <w:t>20:22  ab waqt ka aik, yani theoretical science mein sab se bara naam ban gaya woh.</w:t>
      </w:r>
      <w:r>
        <w:br/>
      </w:r>
      <w:r>
        <w:rPr>
          <w:sz w:val="20"/>
        </w:rPr>
        <w:t>20:29  to dekhiye, quran mein yeh baat jo kahi gai hai. ke mahroom par shikayat mat karo, mayoos mat ho, balkay sabar karo.</w:t>
      </w:r>
      <w:r>
        <w:br/>
      </w:r>
      <w:r>
        <w:rPr>
          <w:sz w:val="20"/>
        </w:rPr>
        <w:t>20:39  yani is ko positive sense mein lo. to kya hoga? tumhare andar aik aik aur salahiyat in fold ho jaye gi.</w:t>
      </w:r>
      <w:r>
        <w:br/>
      </w:r>
      <w:r>
        <w:rPr>
          <w:sz w:val="20"/>
        </w:rPr>
        <w:t>20:53  yani blind hona, dif aur damp hona, lame hona, aik aik aur salahiyat ko jagane ka sabab ban jaye ga. differently abled ka concept yeh hai.</w:t>
      </w:r>
      <w:r>
        <w:br/>
      </w:r>
      <w:r>
        <w:rPr>
          <w:sz w:val="20"/>
        </w:rPr>
        <w:t>21:06  to kitni bari cheez hai jis ka clue quran mein diya gaya tha.</w:t>
      </w:r>
    </w:p>
    <w:p>
      <w:pPr>
        <w:pStyle w:val="Heading2"/>
      </w:pPr>
      <w:r>
        <w:t>Full Day of Judgment depiction and fear of God</w:t>
      </w:r>
    </w:p>
    <w:p>
      <w:r>
        <w:rPr>
          <w:color w:val="666666"/>
          <w:sz w:val="18"/>
        </w:rPr>
        <w:t>Reflections on Surah Al-Muzzammil May 19, 2024 · 4m 55s · at 32:39 · https://youtu.be/4pduG4qDeDM?t=1959</w:t>
      </w:r>
    </w:p>
    <w:p>
      <w:r>
        <w:rPr>
          <w:i/>
        </w:rPr>
        <w:t>“On that day the mountains will turn into flowing sand”</w:t>
      </w:r>
    </w:p>
    <w:p>
      <w:r>
        <w:rPr>
          <w:sz w:val="20"/>
        </w:rPr>
        <w:t>32:39  And then says the next verse: "Inna ladaina in we have in store for them vehicles and a blessing fire,</w:t>
      </w:r>
      <w:r>
        <w:br/>
      </w:r>
      <w:r>
        <w:rPr>
          <w:sz w:val="20"/>
        </w:rPr>
        <w:t>32:54  and food that chokes and painful punishment."</w:t>
      </w:r>
      <w:r>
        <w:br/>
      </w:r>
      <w:r>
        <w:rPr>
          <w:sz w:val="20"/>
        </w:rPr>
        <w:t>33:04  Very powerful depiction of the doomed day.</w:t>
      </w:r>
      <w:r>
        <w:br/>
      </w:r>
      <w:r>
        <w:rPr>
          <w:sz w:val="20"/>
        </w:rPr>
        <w:t>33:11  This is what happens on the doomed day, that on that day the earth and the mountains shall shake. Quran mein aata hai at another place: "Inna de earth ko yak afda ar bit tremendous thing."</w:t>
      </w:r>
      <w:r>
        <w:br/>
      </w:r>
      <w:r>
        <w:rPr>
          <w:sz w:val="20"/>
        </w:rPr>
        <w:t>33:31  So on that day, we might the earth ko yak yak your earth, and it says: "</w:t>
      </w:r>
      <w:r>
        <w:br/>
      </w:r>
      <w:r>
        <w:rPr>
          <w:sz w:val="20"/>
        </w:rPr>
        <w:t>33:47  And the mountain becomes like like heap of sand, flowing sand. "Mountain today, we see it az very strong, very heavy.</w:t>
      </w:r>
      <w:r>
        <w:br/>
      </w:r>
      <w:r>
        <w:rPr>
          <w:sz w:val="20"/>
        </w:rPr>
        <w:t>34:00  You cannot move it, you cannot cut it, but on that day, it will turn into sand, flowing sand, as if it az flowing.</w:t>
      </w:r>
      <w:r>
        <w:br/>
      </w:r>
      <w:r>
        <w:rPr>
          <w:sz w:val="20"/>
        </w:rPr>
        <w:t>34:10  So qaseeb humeela, he has shifting sand. The mountain which now is so strong, will become heap of sand on that day.</w:t>
      </w:r>
      <w:r>
        <w:br/>
      </w:r>
      <w:r>
        <w:rPr>
          <w:sz w:val="20"/>
        </w:rPr>
        <w:t>34:26  Any very powerful depiction of the doomed day. May Allah save us from all the difficulties and horror of that day. Ji, jazak Allah doctor sahib. In fact, doctor sahib, I also when I think of the doomed day, then suddenly a lot of fear comes.</w:t>
      </w:r>
      <w:r>
        <w:br/>
      </w:r>
      <w:r>
        <w:rPr>
          <w:sz w:val="20"/>
        </w:rPr>
        <w:t>34:46  In fact, doctor sahib, if we read from Quran, in it a verse also comes chapter 66 that Allah Ta'ala says that: "Believers see God, safeguard yourself and your families from the fire fueled by stones and people."</w:t>
      </w:r>
      <w:r>
        <w:br/>
      </w:r>
      <w:r>
        <w:rPr>
          <w:sz w:val="20"/>
        </w:rPr>
        <w:t>35:03  "It az so scary, doctor sahib, meaning that will be a very horrific scene. It az certainly to come, but we have to prepare ourselves. We have to fear God</w:t>
      </w:r>
      <w:r>
        <w:br/>
      </w:r>
      <w:r>
        <w:rPr>
          <w:sz w:val="20"/>
        </w:rPr>
        <w:t>35:15  . Ah, in reference to this verse, doctor sahib, one ah I want to tell a hadith that the Messenger of Allah was once sitting with the companions and was telling them the same thing.</w:t>
      </w:r>
      <w:r>
        <w:br/>
      </w:r>
      <w:r>
        <w:rPr>
          <w:sz w:val="20"/>
        </w:rPr>
        <w:t>35:27  So when this verse came, a companion asked them that it mentions stones in it that: "Fire which is fueled by stone and people." Then they said that: "Will the stone of hell, it is similar to the stone of the world</w:t>
      </w:r>
      <w:r>
        <w:br/>
      </w:r>
      <w:r>
        <w:rPr>
          <w:sz w:val="20"/>
        </w:rPr>
        <w:t>35:43  d?" Then the Prophet said that: "The small stone of the hell will be bigger than all the mountains of the world." Then there was an old man, so when he heard, because of so much faith, ah when he heard, he thought, he collapsed.</w:t>
      </w:r>
      <w:r>
        <w:br/>
      </w:r>
      <w:r>
        <w:rPr>
          <w:sz w:val="20"/>
        </w:rPr>
        <w:t>36:01  So the Messenger of Allah put his hand on his heart. He was breathing his last. So the Prophet said that: "Say</w:t>
      </w:r>
      <w:r>
        <w:br/>
      </w:r>
      <w:r>
        <w:rPr>
          <w:sz w:val="20"/>
        </w:rPr>
        <w:t>36:08  Kalma." He recited the Kalma, then the Prophet gave him glad tidings, ah ah of paradise. But doctor sahib, ah meaning, when you think about it, if you have the fear of Allah inside you, then you will take life very seriously, ah you will take it seriously.</w:t>
      </w:r>
      <w:r>
        <w:br/>
      </w:r>
      <w:r>
        <w:rPr>
          <w:sz w:val="20"/>
        </w:rPr>
        <w:t>36:25  In fact, Prophet said to ah Hazrat Abu Dharr: "That make fear of God binding upon yourself. It az a root of everything." Then they said to the Messenger of Allah that: "Tell me something else</w:t>
      </w:r>
      <w:r>
        <w:br/>
      </w:r>
      <w:r>
        <w:rPr>
          <w:sz w:val="20"/>
        </w:rPr>
        <w:t>36:36  ." Then he said that: "Make reading of the Quran compulsory for you, because it will be light for the world and stock for hereafter." Ji, but this is very important, doctor sahib, that as Maulana also used to say, he corrected it in a lecture that when you read the Quran, do not read it with your ah mindset.</w:t>
      </w:r>
      <w:r>
        <w:br/>
      </w:r>
      <w:r>
        <w:rPr>
          <w:sz w:val="20"/>
        </w:rPr>
        <w:t>36:57  make Quran is a leading, I didn't get its spiritual import. I</w:t>
      </w:r>
      <w:r>
        <w:br/>
      </w:r>
      <w:r>
        <w:rPr>
          <w:sz w:val="20"/>
        </w:rPr>
        <w:t>37:03  aur is pe doctor sahib, ah abumousi ashari ne bohat sahi kaha hai ke: "quran can be a recompense for every one as well as a disaster. " to unho ne kaha ke: "ah ah when ah ah you conform to the quran, then it leads you to paradise. but when you make quran conform to you, then it will lead you to h</w:t>
      </w:r>
      <w:r>
        <w:br/>
      </w:r>
      <w:r>
        <w:rPr>
          <w:sz w:val="20"/>
        </w:rPr>
        <w:t>37:25  ell. " to yeh bohat important hai, doctor sahib, kyun ke jaisay aap ne bhi bayan kiya ke woh waqt aanay wala hai aur us ke liye humain apne aap ko prepare karna hai.</w:t>
      </w:r>
    </w:p>
    <w:p>
      <w:pPr>
        <w:pStyle w:val="Heading2"/>
      </w:pPr>
      <w:r>
        <w:t>Explaining baas, tazyin, qasawat — how nations decline</w:t>
      </w:r>
    </w:p>
    <w:p>
      <w:r>
        <w:rPr>
          <w:color w:val="666666"/>
          <w:sz w:val="18"/>
        </w:rPr>
        <w:t>Divine Warning October 31, 2013 Maulana Wahiduddin Khan · 3m 05s · at 0:46 · https://youtu.be/np9p9TqUa-g?t=46</w:t>
      </w:r>
    </w:p>
    <w:p>
      <w:r>
        <w:rPr>
          <w:i/>
        </w:rPr>
        <w:t>“Yeh Quran ki aayat bahut badi tambih hai”</w:t>
      </w:r>
    </w:p>
    <w:p>
      <w:r>
        <w:rPr>
          <w:sz w:val="20"/>
        </w:rPr>
        <w:t>0:46  quran ki yeh aayat bohat bari tanbeeh hai.</w:t>
      </w:r>
      <w:r>
        <w:br/>
      </w:r>
      <w:r>
        <w:rPr>
          <w:sz w:val="20"/>
        </w:rPr>
        <w:t>0:54  yeh tanbeeh</w:t>
      </w:r>
      <w:r>
        <w:br/>
      </w:r>
      <w:r>
        <w:rPr>
          <w:sz w:val="20"/>
        </w:rPr>
        <w:t>0:58  sirf doosri qaumon ke liye nahi thi balke woh khud ummat e muslema ke liye bhi hai.</w:t>
      </w:r>
      <w:r>
        <w:br/>
      </w:r>
      <w:r>
        <w:rPr>
          <w:sz w:val="20"/>
        </w:rPr>
        <w:t>1:05  aur main samajhta hoon ke maw'ooda zamana jo hai, maw'ood zamane ke musalman theek is ka misdaq ban chuke hain.</w:t>
      </w:r>
      <w:r>
        <w:br/>
      </w:r>
      <w:r>
        <w:rPr>
          <w:sz w:val="20"/>
        </w:rPr>
        <w:t>1:21  quran ki is aayat mein char lafz par ghaur kijiye: baas, tazarr'u, tazyeen, aur qasawat.</w:t>
      </w:r>
      <w:r>
        <w:br/>
      </w:r>
      <w:r>
        <w:rPr>
          <w:sz w:val="20"/>
        </w:rPr>
        <w:t>1:39  is ka matlab yeh hai ke jab kisi qaum ke upar</w:t>
      </w:r>
      <w:r>
        <w:br/>
      </w:r>
      <w:r>
        <w:rPr>
          <w:sz w:val="20"/>
        </w:rPr>
        <w:t>1:46  bigaad aata hai</w:t>
      </w:r>
      <w:r>
        <w:br/>
      </w:r>
      <w:r>
        <w:rPr>
          <w:sz w:val="20"/>
        </w:rPr>
        <w:t>1:50  to Allah is ki islaah ke liye, Allah ki taraf se is ki islaah ke liye tanbeehat aati hain. in tanbeehat ko yahan baas kaha gaya hai.</w:t>
      </w:r>
      <w:r>
        <w:br/>
      </w:r>
      <w:r>
        <w:rPr>
          <w:sz w:val="20"/>
        </w:rPr>
        <w:t>2:04  tanbeehat yani aise masail, aise sakht tajrubaat jo goya ke shock treatment ke hamana hote hain.</w:t>
      </w:r>
      <w:r>
        <w:br/>
      </w:r>
      <w:r>
        <w:rPr>
          <w:sz w:val="20"/>
        </w:rPr>
        <w:t>2:17  to jab is tarah ki tanbeehat aati hain to maqsood kya hota hai ke logon mein tazarr'u paida ho, yani muhasba paida ho, introspection paida ho.</w:t>
      </w:r>
      <w:r>
        <w:br/>
      </w:r>
      <w:r>
        <w:rPr>
          <w:sz w:val="20"/>
        </w:rPr>
        <w:t>2:34  log sochen aur apni islaah karen.</w:t>
      </w:r>
      <w:r>
        <w:br/>
      </w:r>
      <w:r>
        <w:rPr>
          <w:sz w:val="20"/>
        </w:rPr>
        <w:t>2:41  lekin jab koi qaum zawal ke darje pahunch chuki hoti hai to aisa bohat kam hota hai.</w:t>
      </w:r>
      <w:r>
        <w:br/>
      </w:r>
      <w:r>
        <w:rPr>
          <w:sz w:val="20"/>
        </w:rPr>
        <w:t>2:50  zyadatar kya hota hai? woh cheez hoti hai jis ko kaha gaya hai tazyeen. yeh tazyeen khud qaum ke leader karte hain.</w:t>
      </w:r>
      <w:r>
        <w:br/>
      </w:r>
      <w:r>
        <w:rPr>
          <w:sz w:val="20"/>
        </w:rPr>
        <w:t>3:04  woh tazyeen yeh hai ke jo tanbeehat Allah ki taraf se aayi hain,</w:t>
      </w:r>
      <w:r>
        <w:br/>
      </w:r>
      <w:r>
        <w:rPr>
          <w:sz w:val="20"/>
        </w:rPr>
        <w:t>3:13  un ko insanon ki taraf mansoob kar diya jaye. aur bajaye islaah e khish ke, shikayat ghair ka jazba ubhaar diya jaye.</w:t>
      </w:r>
      <w:r>
        <w:br/>
      </w:r>
      <w:r>
        <w:rPr>
          <w:sz w:val="20"/>
        </w:rPr>
        <w:t>3:24  to jab aisa hota hai to kya hota hai? nateeja qasawat. aur zyada log be-hiss ho jate hain, islaah ka jazba aur kam ho jata hai.</w:t>
      </w:r>
      <w:r>
        <w:br/>
      </w:r>
      <w:r>
        <w:rPr>
          <w:sz w:val="20"/>
        </w:rPr>
        <w:t>3:37  yeh hota hai. To mein samajhta hoon ke yeh ayat jo hai Quran ki, mowooda zaman ke musalmanon ke liye poori tarah saadiq aa rahi hai.</w:t>
      </w:r>
    </w:p>
    <w:p>
      <w:pPr>
        <w:pStyle w:val="Heading2"/>
      </w:pPr>
      <w:r>
        <w:t>Einstein's isolation: the speech nobody understood</w:t>
      </w:r>
    </w:p>
    <w:p>
      <w:r>
        <w:rPr>
          <w:color w:val="666666"/>
          <w:sz w:val="18"/>
        </w:rPr>
        <w:t>Man's Place in The Universe June 17, 2007 · 4m 22s · at 8:00 · https://youtu.be/CND6qsCMZVU?t=480</w:t>
      </w:r>
    </w:p>
    <w:p>
      <w:r>
        <w:rPr>
          <w:i/>
        </w:rPr>
        <w:t>“When Einstein won the Nobel Prize, a friend invited him”</w:t>
      </w:r>
    </w:p>
    <w:p>
      <w:r>
        <w:rPr>
          <w:sz w:val="20"/>
        </w:rPr>
        <w:t>8:00  is ka ek qissa mein ne parha. jab Einstein ko Nobel Prize mila to is ka ek dost jo kisi aur shehar mein rehta tha,</w:t>
      </w:r>
      <w:r>
        <w:br/>
      </w:r>
      <w:r>
        <w:rPr>
          <w:sz w:val="20"/>
        </w:rPr>
        <w:t>8:15  is ne is ko ek paigham bheja ke hum log bohat khush hain.</w:t>
      </w:r>
      <w:r>
        <w:br/>
      </w:r>
      <w:r>
        <w:rPr>
          <w:sz w:val="20"/>
        </w:rPr>
        <w:t>8:20  mein chahta hoon ke aap ke reception mein mein yahan ek meeting karoon. jis mein kai log ikatthe honge, parhe likhe. to aap aaiye.</w:t>
      </w:r>
      <w:r>
        <w:br/>
      </w:r>
      <w:r>
        <w:rPr>
          <w:sz w:val="20"/>
        </w:rPr>
        <w:t>8:31  is mein shirkat kijiye aap. to Einstein ne pehle to kaha ke bhai nahi aisa mat karo.</w:t>
      </w:r>
      <w:r>
        <w:br/>
      </w:r>
      <w:r>
        <w:rPr>
          <w:sz w:val="20"/>
        </w:rPr>
        <w:t>8:41  mat karo. dost nahi mana. to is ke israr par woh chala gaya.</w:t>
      </w:r>
      <w:r>
        <w:br/>
      </w:r>
      <w:r>
        <w:rPr>
          <w:sz w:val="20"/>
        </w:rPr>
        <w:t>8:51  to jab wahan woh pohancha to jo log baithe the sab parhe likhe log the. woh mamooli log nahi the.</w:t>
      </w:r>
      <w:r>
        <w:br/>
      </w:r>
      <w:r>
        <w:rPr>
          <w:sz w:val="20"/>
        </w:rPr>
        <w:t>9:03  lekin wahan Einstein ne apne ko ajnabi mehsoos kiya.</w:t>
      </w:r>
      <w:r>
        <w:br/>
      </w:r>
      <w:r>
        <w:rPr>
          <w:sz w:val="20"/>
        </w:rPr>
        <w:t>9:11  to</w:t>
      </w:r>
      <w:r>
        <w:br/>
      </w:r>
      <w:r>
        <w:rPr>
          <w:sz w:val="20"/>
        </w:rPr>
        <w:t>9:15  logon ne kaha ke bhai aap kuch boliye. chup chap baitha tha woh</w:t>
      </w:r>
      <w:r>
        <w:br/>
      </w:r>
      <w:r>
        <w:rPr>
          <w:sz w:val="20"/>
        </w:rPr>
        <w:t>9:20  ۔ to bolna chahta nahi tha woh. logon ne kaha ke boliye. to Einstein ne kaha ke aaj mere paas aap se kehne ke liye kuch nahi hai.</w:t>
      </w:r>
      <w:r>
        <w:br/>
      </w:r>
      <w:r>
        <w:rPr>
          <w:sz w:val="20"/>
        </w:rPr>
        <w:t>9:31  yani parhe likhe, taleem yafta logon ka ek sam'een hai. aur dost ne organize kiya hai. aur phir woh khare ho kar yeh kahe ke aaj mere paas aap logon se kehne ke liye kuch nahi hai.</w:t>
      </w:r>
      <w:r>
        <w:br/>
      </w:r>
      <w:r>
        <w:rPr>
          <w:sz w:val="20"/>
        </w:rPr>
        <w:t>9:46  yeh keh kar baith gaya.</w:t>
      </w:r>
      <w:r>
        <w:br/>
      </w:r>
      <w:r>
        <w:rPr>
          <w:sz w:val="20"/>
        </w:rPr>
        <w:t>9:48  ab log bohat ghussa hue ke hum aaye the kuch sunne ke liye. aur yeh kya keh diya unhon ne.</w:t>
      </w:r>
      <w:r>
        <w:br/>
      </w:r>
      <w:r>
        <w:rPr>
          <w:sz w:val="20"/>
        </w:rPr>
        <w:t>9:58  to us ke baad woh chala gaya. ab dost se baat karo, woh shikayatein keen ke kaisa aap ne kiya tha. to dost ne phir rabta kiya einstein se ke bhai logon ko bari shikayat hai ke aap kuch bolay nahi, kuch bataye nahi.</w:t>
      </w:r>
      <w:r>
        <w:br/>
      </w:r>
      <w:r>
        <w:rPr>
          <w:sz w:val="20"/>
        </w:rPr>
        <w:t>10:15  to dost ne jab bohat ziyada kaha to us ne kaha ke chalen phir main aata hoon, dobara aaunga. organize karo meeting.</w:t>
      </w:r>
      <w:r>
        <w:br/>
      </w:r>
      <w:r>
        <w:rPr>
          <w:sz w:val="20"/>
        </w:rPr>
        <w:t>10:24  buniyadi baat yeh thi ke einstein yeh mehsoos kar raha tha ke yeh mera sam'een nahi hai. agarche professor log the woh, tab bhi. chunancha doosri baar jab woh aaya woh, woh khara hua.</w:t>
      </w:r>
      <w:r>
        <w:br/>
      </w:r>
      <w:r>
        <w:rPr>
          <w:sz w:val="20"/>
        </w:rPr>
        <w:t>10:37  aur us ke baad us ne ek taqreer ki.</w:t>
      </w:r>
      <w:r>
        <w:br/>
      </w:r>
      <w:r>
        <w:rPr>
          <w:sz w:val="20"/>
        </w:rPr>
        <w:t>10:41  jo us ki daryaft thi us par us ne taqreer ki. to koi kuch samjha nahi.</w:t>
      </w:r>
      <w:r>
        <w:br/>
      </w:r>
      <w:r>
        <w:rPr>
          <w:sz w:val="20"/>
        </w:rPr>
        <w:t>10:51  kyun ke us ki jo daryaft thi us mein bohat aala riyazi shamil thi. aala riyazi.</w:t>
      </w:r>
      <w:r>
        <w:br/>
      </w:r>
      <w:r>
        <w:rPr>
          <w:sz w:val="20"/>
        </w:rPr>
        <w:t>11:01  to kaha jata hai ke bohat hi thore log dunya mein the jinhon ne einstein ki theory ko samjha ho. kyun ke itni aala riyazi se log aam taur par manoos nahi hote hain.</w:t>
      </w:r>
      <w:r>
        <w:br/>
      </w:r>
      <w:r>
        <w:rPr>
          <w:sz w:val="20"/>
        </w:rPr>
        <w:t>11:13  to behal us ne taqreer ki.</w:t>
      </w:r>
      <w:r>
        <w:br/>
      </w:r>
      <w:r>
        <w:rPr>
          <w:sz w:val="20"/>
        </w:rPr>
        <w:t>11:18  aur taqreer kar ke woh baith gaya. koi aadmi kuch samjha nahi.</w:t>
      </w:r>
      <w:r>
        <w:br/>
      </w:r>
      <w:r>
        <w:rPr>
          <w:sz w:val="20"/>
        </w:rPr>
        <w:t>11:26  aur us ke baad woh chala gaya.</w:t>
      </w:r>
      <w:r>
        <w:br/>
      </w:r>
      <w:r>
        <w:rPr>
          <w:sz w:val="20"/>
        </w:rPr>
        <w:t>11:30  yeh tha ek pehlu is ka, is ki zindagi ka. ke jo daryaft us ko hui thi agarche bohat hi juzwi daryaft thi woh.</w:t>
      </w:r>
      <w:r>
        <w:br/>
      </w:r>
      <w:r>
        <w:rPr>
          <w:sz w:val="20"/>
        </w:rPr>
        <w:t>11:42  yani nuclear fusion to poori kainaat ka ek chota sa itna hissa hai. ek chota sa hissa hai woh.</w:t>
      </w:r>
      <w:r>
        <w:br/>
      </w:r>
      <w:r>
        <w:rPr>
          <w:sz w:val="20"/>
        </w:rPr>
        <w:t>11:53  to us ne jo taqreer di thi woh quantum theory par thi.</w:t>
      </w:r>
      <w:r>
        <w:br/>
      </w:r>
      <w:r>
        <w:rPr>
          <w:sz w:val="20"/>
        </w:rPr>
        <w:t>11:59  to quantum theory poori kainaat ka ek chota sa hissa hai. jis mein.</w:t>
      </w:r>
      <w:r>
        <w:br/>
      </w:r>
      <w:r>
        <w:rPr>
          <w:sz w:val="20"/>
        </w:rPr>
        <w:t>12:07  to nuclear fusion jo us ka jo karname bataya tha woh ek kainaat ka, yani kainaat-e-haqaiq ka ek chota sa hissa tha.</w:t>
      </w:r>
      <w:r>
        <w:br/>
      </w:r>
      <w:r>
        <w:rPr>
          <w:sz w:val="20"/>
        </w:rPr>
        <w:t>12:20  aur us ko log samjhe nahi.</w:t>
      </w:r>
    </w:p>
    <w:p>
      <w:pPr>
        <w:pStyle w:val="Heading2"/>
      </w:pPr>
      <w:r>
        <w:t>Surah Al-Asr History as witness of human loss</w:t>
      </w:r>
    </w:p>
    <w:p>
      <w:r>
        <w:rPr>
          <w:color w:val="666666"/>
          <w:sz w:val="18"/>
        </w:rPr>
        <w:t>How Can a Man be Successful August 19, 2012 · 5m 38s · at 0:40 · https://youtu.be/L4CFjy-kkxE?t=40</w:t>
      </w:r>
    </w:p>
    <w:p>
      <w:r>
        <w:rPr>
          <w:i/>
        </w:rPr>
        <w:t>“Today's subject is a surah, Surah Al-Asr”</w:t>
      </w:r>
    </w:p>
    <w:p>
      <w:r>
        <w:rPr>
          <w:sz w:val="20"/>
        </w:rPr>
        <w:t>0:40  ka subject ek surah hai, yeh Quran ki surah number 103, yani Al-Asr.</w:t>
      </w:r>
      <w:r>
        <w:br/>
      </w:r>
      <w:r>
        <w:rPr>
          <w:sz w:val="20"/>
        </w:rPr>
        <w:t>0:54  Quran mein dekhein, 114 suratein hain, un mein se ek hai jo 103 number is ka hai, is ka naam hai Al-Asr.</w:t>
      </w:r>
      <w:r>
        <w:br/>
      </w:r>
      <w:r>
        <w:rPr>
          <w:sz w:val="20"/>
        </w:rPr>
        <w:t>1:08  bohat choti surah hai, to isi ke bare mein is waqt kuch baat karna hai, in sha Allah.</w:t>
      </w:r>
      <w:r>
        <w:br/>
      </w:r>
      <w:r>
        <w:rPr>
          <w:sz w:val="20"/>
        </w:rPr>
        <w:t>1:19  is soore ke bare mein</w:t>
      </w:r>
      <w:r>
        <w:br/>
      </w:r>
      <w:r>
        <w:rPr>
          <w:sz w:val="20"/>
        </w:rPr>
        <w:t>1:23  kai ulma ne yeh baat kahi hai ke is chhoti soore mein</w:t>
      </w:r>
      <w:r>
        <w:br/>
      </w:r>
      <w:r>
        <w:rPr>
          <w:sz w:val="20"/>
        </w:rPr>
        <w:t>1:32  saara khulasa deen aa gaya hai. Maslan bohat bade aalim thay, Imam Shafi, unhon ne kaha:</w:t>
      </w:r>
      <w:r>
        <w:br/>
      </w:r>
      <w:r>
        <w:rPr>
          <w:sz w:val="20"/>
        </w:rPr>
        <w:t>1:48  lo tadabbar al-nas hadhihi al-surah illa la wasi'athum</w:t>
      </w:r>
      <w:r>
        <w:br/>
      </w:r>
      <w:r>
        <w:rPr>
          <w:sz w:val="20"/>
        </w:rPr>
        <w:t>1:57  yani agar log sirf aik, agar log sirf Quran ki soore Al-Asr par ghor karein, sochein, to wohi un ki guidance ke liye kafi ho jaye gi.</w:t>
      </w:r>
      <w:r>
        <w:br/>
      </w:r>
      <w:r>
        <w:rPr>
          <w:sz w:val="20"/>
        </w:rPr>
        <w:t>2:13  is se aap samajh sakte hain ke yeh soore kitni zyada important hai. Yeh soore is tarah hai ke: Wal Asr inna al-insana lafi khusr illa alladhina amanu wa amilu al-salihath wa tawasu bil haqqi wa tawasu bil sabr</w:t>
      </w:r>
      <w:r>
        <w:br/>
      </w:r>
      <w:r>
        <w:rPr>
          <w:sz w:val="20"/>
        </w:rPr>
        <w:t>2:39  is ka translation yeh hai: Qasam hai zamane ki ke insaan ghaate mein hai. Time is a witness that man is in loss.</w:t>
      </w:r>
      <w:r>
        <w:br/>
      </w:r>
      <w:r>
        <w:rPr>
          <w:sz w:val="20"/>
        </w:rPr>
        <w:t>2:54  siwa un logon ke</w:t>
      </w:r>
      <w:r>
        <w:br/>
      </w:r>
      <w:r>
        <w:rPr>
          <w:sz w:val="20"/>
        </w:rPr>
        <w:t>2:57  jo imaan laye aur jinhon ne achhe aamaal kiye, amal saleh kiya,</w:t>
      </w:r>
      <w:r>
        <w:br/>
      </w:r>
      <w:r>
        <w:rPr>
          <w:sz w:val="20"/>
        </w:rPr>
        <w:t>3:06  aur unhon ne aapas mein aik doosre ko naseehat karte rahe,</w:t>
      </w:r>
      <w:r>
        <w:br/>
      </w:r>
      <w:r>
        <w:rPr>
          <w:sz w:val="20"/>
        </w:rPr>
        <w:t>3:16  haq ke aur sabr ke. Yeh hai soore. Ab shuru se dekhein, is mein jo hai ke qasam hai zamane ki, to qasam ka matlab hai gawah, witness.</w:t>
      </w:r>
      <w:r>
        <w:br/>
      </w:r>
      <w:r>
        <w:rPr>
          <w:sz w:val="20"/>
        </w:rPr>
        <w:t>3:36  is ka matlab hai ke time is a witness that man is in loss.</w:t>
      </w:r>
      <w:r>
        <w:br/>
      </w:r>
      <w:r>
        <w:rPr>
          <w:sz w:val="20"/>
        </w:rPr>
        <w:t>3:45  time gawah hai, time shahid hai.</w:t>
      </w:r>
      <w:r>
        <w:br/>
      </w:r>
      <w:r>
        <w:rPr>
          <w:sz w:val="20"/>
        </w:rPr>
        <w:t>3:51  to time kya cheez hai? Dekhein, time aap jante hain ke naam hai aik aik aise phenomena ka jo past se present, present se future ki taraf chala ja raha hai.</w:t>
      </w:r>
      <w:r>
        <w:br/>
      </w:r>
      <w:r>
        <w:rPr>
          <w:sz w:val="20"/>
        </w:rPr>
        <w:t>4:08  aik guzarta hua phenomena jo barabar guzar raha hai. To tareekh bhi to usi waqt ban rahi hai. Tareekh kahan ban rahi hai?</w:t>
      </w:r>
      <w:r>
        <w:br/>
      </w:r>
      <w:r>
        <w:rPr>
          <w:sz w:val="20"/>
        </w:rPr>
        <w:t>4:19  Tareekh kisi time ke andar ban rahi hai. History is a phenomena of time. To is ka matlab yeh hai: History is a witness.</w:t>
      </w:r>
      <w:r>
        <w:br/>
      </w:r>
      <w:r>
        <w:rPr>
          <w:sz w:val="20"/>
        </w:rPr>
        <w:t>4:37  is ka matlab yeh hoga ke history is a witness that man is in loss.</w:t>
      </w:r>
      <w:r>
        <w:br/>
      </w:r>
      <w:r>
        <w:rPr>
          <w:sz w:val="20"/>
        </w:rPr>
        <w:t>4:45  ab sochein ke insaan ghaate mein hai, is ka matlab kya hai? Main samajhta hoon ke yeh koi mysterious baat nahi hai ya koi ambiguous baat nahi hai.</w:t>
      </w:r>
      <w:r>
        <w:br/>
      </w:r>
      <w:r>
        <w:rPr>
          <w:sz w:val="20"/>
        </w:rPr>
        <w:t>5:02  saare log jinhon ne history ka mutala kiya hai,</w:t>
      </w:r>
      <w:r>
        <w:br/>
      </w:r>
      <w:r>
        <w:rPr>
          <w:sz w:val="20"/>
        </w:rPr>
        <w:t>5:08  jo history ke bare mein waqif hain, un sab ka yeh manna hai ke history mein</w:t>
      </w:r>
      <w:r>
        <w:br/>
      </w:r>
      <w:r>
        <w:rPr>
          <w:sz w:val="20"/>
        </w:rPr>
        <w:t>5:16  negative item bohat zyada hai aur positive item bohat kam hai. Maslan bohat bada British historian tha, Gibbon,</w:t>
      </w:r>
      <w:r>
        <w:br/>
      </w:r>
      <w:r>
        <w:rPr>
          <w:sz w:val="20"/>
        </w:rPr>
        <w:t>5:30  to us ne likha hai ke history is a little more than a register of crimes.</w:t>
      </w:r>
      <w:r>
        <w:br/>
      </w:r>
      <w:r>
        <w:rPr>
          <w:sz w:val="20"/>
        </w:rPr>
        <w:t>5:43  History crimes ke register se thori si zyada hai. Matlab yeh hai ke zyada tar item to crime ke hain, kuch thode se item aise hain jo achhe kahe ja sakte hain.</w:t>
      </w:r>
      <w:r>
        <w:br/>
      </w:r>
      <w:r>
        <w:rPr>
          <w:sz w:val="20"/>
        </w:rPr>
        <w:t>6:01  yeh hai picture history ki.</w:t>
      </w:r>
      <w:r>
        <w:br/>
      </w:r>
      <w:r>
        <w:rPr>
          <w:sz w:val="20"/>
        </w:rPr>
        <w:t>6:06  isi ki taraf Allah taala ne ishara farmaya ke history aik loss ban gayi hai insaan ke liye.</w:t>
      </w:r>
    </w:p>
    <w:p>
      <w:pPr>
        <w:pStyle w:val="Heading2"/>
      </w:pPr>
      <w:r>
        <w:t>Prophet always chose the easy option</w:t>
      </w:r>
    </w:p>
    <w:p>
      <w:r>
        <w:rPr>
          <w:color w:val="666666"/>
          <w:sz w:val="18"/>
        </w:rPr>
        <w:t>Story of Sahaba | January 11, 2008 · 5m 34s · at 30:22 · https://youtu.be/CtZdUnx9tLU?t=1822</w:t>
      </w:r>
    </w:p>
    <w:p>
      <w:r>
        <w:rPr>
          <w:i/>
        </w:rPr>
        <w:t>“Bukhari mein hai ki ma khayyara Rasulullah”</w:t>
      </w:r>
    </w:p>
    <w:p>
      <w:r>
        <w:rPr>
          <w:sz w:val="20"/>
        </w:rPr>
        <w:t>30:22  oonchi baatein seekheen unhon ne rasool Allah se.</w:t>
      </w:r>
      <w:r>
        <w:br/>
      </w:r>
      <w:r>
        <w:rPr>
          <w:sz w:val="20"/>
        </w:rPr>
        <w:t>30:29  wisdom ki baatein.</w:t>
      </w:r>
      <w:r>
        <w:br/>
      </w:r>
      <w:r>
        <w:rPr>
          <w:sz w:val="20"/>
        </w:rPr>
        <w:t>30:35  bukhari mein hai ke ma khair rasool Allah sallallahu alaihi wasallam bain amrain ila ikhtar.</w:t>
      </w:r>
      <w:r>
        <w:br/>
      </w:r>
      <w:r>
        <w:rPr>
          <w:sz w:val="20"/>
        </w:rPr>
        <w:t>30:41  rasool Allah ko jab bhi do mein se kisi ek ka intikhab karna hota tha to aap hamesha</w:t>
      </w:r>
      <w:r>
        <w:br/>
      </w:r>
      <w:r>
        <w:rPr>
          <w:sz w:val="20"/>
        </w:rPr>
        <w:t>30:48  aisar ka intikhab karte thay,</w:t>
      </w:r>
      <w:r>
        <w:br/>
      </w:r>
      <w:r>
        <w:rPr>
          <w:sz w:val="20"/>
        </w:rPr>
        <w:t>30:54  yani easy option ka.</w:t>
      </w:r>
      <w:r>
        <w:br/>
      </w:r>
      <w:r>
        <w:rPr>
          <w:sz w:val="20"/>
        </w:rPr>
        <w:t>31:00  yani jab bhi koi muamla pesh aaya, koi situation paida hui to aap ke samne hamesha insan ke</w:t>
      </w:r>
      <w:r>
        <w:br/>
      </w:r>
      <w:r>
        <w:rPr>
          <w:sz w:val="20"/>
        </w:rPr>
        <w:t>31:06  سامنے ہوتا ہے، یعنی different option.</w:t>
      </w:r>
      <w:r>
        <w:br/>
      </w:r>
      <w:r>
        <w:rPr>
          <w:sz w:val="20"/>
        </w:rPr>
        <w:t>31:12  ایک آپشن ہے وہ جو easy آپشن ہے، ایک ہے harder آپشن۔</w:t>
      </w:r>
      <w:r>
        <w:br/>
      </w:r>
      <w:r>
        <w:rPr>
          <w:sz w:val="20"/>
        </w:rPr>
        <w:t>31:18  مثال کے طور پر ایک آپشن ہے peaceful method کا، ایک</w:t>
      </w:r>
      <w:r>
        <w:br/>
      </w:r>
      <w:r>
        <w:rPr>
          <w:sz w:val="20"/>
        </w:rPr>
        <w:t>31:24  hai option violent method ka.</w:t>
      </w:r>
      <w:r>
        <w:br/>
      </w:r>
      <w:r>
        <w:rPr>
          <w:sz w:val="20"/>
        </w:rPr>
        <w:t>31:29  تو ظاہر ہے کہ peaceful method کا جو آپشن ہے وہ easy آپشن ہے اور جو جو</w:t>
      </w:r>
      <w:r>
        <w:br/>
      </w:r>
      <w:r>
        <w:rPr>
          <w:sz w:val="20"/>
        </w:rPr>
        <w:t>31:33  وائلنٹ میتھڈ کا جو آپشن ہے وہ harder آپشن ہے۔</w:t>
      </w:r>
      <w:r>
        <w:br/>
      </w:r>
      <w:r>
        <w:rPr>
          <w:sz w:val="20"/>
        </w:rPr>
        <w:t>31:37  to rasool Allah hamesha easy option lete the, harder option kabhi nahi lete the.</w:t>
      </w:r>
      <w:r>
        <w:br/>
      </w:r>
      <w:r>
        <w:rPr>
          <w:sz w:val="20"/>
        </w:rPr>
        <w:t>31:42  aur is par ghor kijiye to rasool Allah ne ye lafz nahi, in alfaaz mein koi hadith maujooda</w:t>
      </w:r>
      <w:r>
        <w:br/>
      </w:r>
      <w:r>
        <w:rPr>
          <w:sz w:val="20"/>
        </w:rPr>
        <w:t>31:46  zakheere mein nahi milti hai.</w:t>
      </w:r>
      <w:r>
        <w:br/>
      </w:r>
      <w:r>
        <w:rPr>
          <w:sz w:val="20"/>
        </w:rPr>
        <w:t>31:50  hadith ki jo kitabein hain, us mein aap padhein</w:t>
      </w:r>
      <w:r>
        <w:br/>
      </w:r>
      <w:r>
        <w:rPr>
          <w:sz w:val="20"/>
        </w:rPr>
        <w:t>31:55  to unhi lafzon mein rasool Allah ka qaul kahin aap nahi paayenge.</w:t>
      </w:r>
      <w:r>
        <w:br/>
      </w:r>
      <w:r>
        <w:rPr>
          <w:sz w:val="20"/>
        </w:rPr>
        <w:t>32:00  تو کیسے انہوں نے کہا ایسا؟ اس کا معنی ہے کہ بہت ہی minutely وہ observe کرتی تھی</w:t>
      </w:r>
      <w:r>
        <w:br/>
      </w:r>
      <w:r>
        <w:rPr>
          <w:sz w:val="20"/>
        </w:rPr>
        <w:t>32:05  har cheez ko, rasool Allah ki baaton ko, unke action ko, unke behavior ko, unki</w:t>
      </w:r>
      <w:r>
        <w:br/>
      </w:r>
      <w:r>
        <w:rPr>
          <w:sz w:val="20"/>
        </w:rPr>
        <w:t>32:10  پالیسی کو بہت ہی زیادہ دھیان کے ساتھ دیکھتی تھیں، بہت minutely observe کرتی تھیں۔</w:t>
      </w:r>
      <w:r>
        <w:br/>
      </w:r>
      <w:r>
        <w:rPr>
          <w:sz w:val="20"/>
        </w:rPr>
        <w:t>32:15  تب اس کو extract kar payenge.</w:t>
      </w:r>
      <w:r>
        <w:br/>
      </w:r>
      <w:r>
        <w:rPr>
          <w:sz w:val="20"/>
        </w:rPr>
        <w:t>32:20  aisa karne ke</w:t>
      </w:r>
      <w:r>
        <w:br/>
      </w:r>
      <w:r>
        <w:rPr>
          <w:sz w:val="20"/>
        </w:rPr>
        <w:t>32:25  لیے کیا چاہیے؟ یہ چاہیے کہ آدمی اپنے آپ کو distraction سے بچائے۔</w:t>
      </w:r>
      <w:r>
        <w:br/>
      </w:r>
      <w:r>
        <w:rPr>
          <w:sz w:val="20"/>
        </w:rPr>
        <w:t>32:29  distraction kya cheez hai? aap khane mein jis pe aap ko usi mein aap mashgool hain, kapde mein</w:t>
      </w:r>
      <w:r>
        <w:br/>
      </w:r>
      <w:r>
        <w:rPr>
          <w:sz w:val="20"/>
        </w:rPr>
        <w:t>32:33  hai to us mein mashgool hain, zevar mein hai to us mein mashgool hain, tamashe mein hai to</w:t>
      </w:r>
      <w:r>
        <w:br/>
      </w:r>
      <w:r>
        <w:rPr>
          <w:sz w:val="20"/>
        </w:rPr>
        <w:t>32:38  us mein mashgool hain.</w:t>
      </w:r>
      <w:r>
        <w:br/>
      </w:r>
      <w:r>
        <w:rPr>
          <w:sz w:val="20"/>
        </w:rPr>
        <w:t>32:42  یعنی ہر وقت آدمی کے سامنے different قسم کی چیزیں ہوتی ہیں جو اس کو کھینچتی ہیں اپنی طرف۔</w:t>
      </w:r>
      <w:r>
        <w:br/>
      </w:r>
      <w:r>
        <w:rPr>
          <w:sz w:val="20"/>
        </w:rPr>
        <w:t>32:47  aadmi idhar chala jata hai.</w:t>
      </w:r>
      <w:r>
        <w:br/>
      </w:r>
      <w:r>
        <w:rPr>
          <w:sz w:val="20"/>
        </w:rPr>
        <w:t>32:51  to agar wo aisi hotin</w:t>
      </w:r>
      <w:r>
        <w:br/>
      </w:r>
      <w:r>
        <w:rPr>
          <w:sz w:val="20"/>
        </w:rPr>
        <w:t>32:56  تو رسول اللہ سے اس طرح کی learning نہ کر پاتی وہ۔</w:t>
      </w:r>
      <w:r>
        <w:br/>
      </w:r>
      <w:r>
        <w:rPr>
          <w:sz w:val="20"/>
        </w:rPr>
        <w:t>33:02  to ye kitni badi sacrifice thi unki, Hazrat Aisha ki, ke har qism ke distraction se unhon</w:t>
      </w:r>
      <w:r>
        <w:br/>
      </w:r>
      <w:r>
        <w:rPr>
          <w:sz w:val="20"/>
        </w:rPr>
        <w:t>33:08  ne apne aap ko bachaya.</w:t>
      </w:r>
      <w:r>
        <w:br/>
      </w:r>
      <w:r>
        <w:rPr>
          <w:sz w:val="20"/>
        </w:rPr>
        <w:t>33:14  میں سمجھتا ہوں کہ سب سے بڑی sacrifice یہی ہوتی ہے کہ جو distraction ہوتی ہے زندگی میں،</w:t>
      </w:r>
      <w:r>
        <w:br/>
      </w:r>
      <w:r>
        <w:rPr>
          <w:sz w:val="20"/>
        </w:rPr>
        <w:t>33:20  unse apne aadmiyon ko bachaye taake wo kisi ek cheez pe focus kar saken.</w:t>
      </w:r>
      <w:r>
        <w:br/>
      </w:r>
      <w:r>
        <w:rPr>
          <w:sz w:val="20"/>
        </w:rPr>
        <w:t>33:26  to unhon ne apne aap ko har qism ke distraction se bachaya. to kya hua ke woh aisa kar saken ke rasool Allah ki baaton ko bohat dhyan se suneen, aap ki policyon ko bohat dhyan se dekhen, aap jo bhi karein us ko bohat hi ghaur se samjhen, samhen. yaani is mein bohat zyada gum ho gayeen woh ke kaise mein learning karoon rasool Allah se. tab yeh keh paeen woh, kyunke inhi alfaaz mein to</w:t>
      </w:r>
      <w:r>
        <w:br/>
      </w:r>
      <w:r>
        <w:rPr>
          <w:sz w:val="20"/>
        </w:rPr>
        <w:t>33:56  koi hadith hai nahi.</w:t>
      </w:r>
      <w:r>
        <w:br/>
      </w:r>
      <w:r>
        <w:rPr>
          <w:sz w:val="20"/>
        </w:rPr>
        <w:t>34:01  dekh kar observation ke zariye unhon ne paya ke aisa tha rasool Allah ka tareeqa.</w:t>
      </w:r>
      <w:r>
        <w:br/>
      </w:r>
      <w:r>
        <w:rPr>
          <w:sz w:val="20"/>
        </w:rPr>
        <w:t>34:06  aap batayein kitni badi cheez hai zindagi mein, kyunke hamesha aisa hota hai ke aadmi dekhein, us mein</w:t>
      </w:r>
      <w:r>
        <w:br/>
      </w:r>
      <w:r>
        <w:rPr>
          <w:sz w:val="20"/>
        </w:rPr>
        <w:t>34:11  kyun aisa hota hai? jab bhi aap ke samne koi situation create hui, maslan kisi ne aap ko</w:t>
      </w:r>
      <w:r>
        <w:br/>
      </w:r>
      <w:r>
        <w:rPr>
          <w:sz w:val="20"/>
        </w:rPr>
        <w:t>34:16  غصہ دلا دیا، کسی نے آپ کو provoke کر دیا، کسی نے آپ کو نقصان کر دیا، تو</w:t>
      </w:r>
      <w:r>
        <w:br/>
      </w:r>
      <w:r>
        <w:rPr>
          <w:sz w:val="20"/>
        </w:rPr>
        <w:t>34:21  kya hota hai? aap</w:t>
      </w:r>
      <w:r>
        <w:br/>
      </w:r>
      <w:r>
        <w:rPr>
          <w:sz w:val="20"/>
        </w:rPr>
        <w:t>34:26  ke jazbaat bhadak uthte hain.</w:t>
      </w:r>
      <w:r>
        <w:br/>
      </w:r>
      <w:r>
        <w:rPr>
          <w:sz w:val="20"/>
        </w:rPr>
        <w:t>34:31  jazbaat bhadak uthte hain.</w:t>
      </w:r>
      <w:r>
        <w:br/>
      </w:r>
      <w:r>
        <w:rPr>
          <w:sz w:val="20"/>
        </w:rPr>
        <w:t>34:36  to aadmi aksar kya hota hai ke jazbaat mein woh koi kaam kar baithta hai.</w:t>
      </w:r>
      <w:r>
        <w:br/>
      </w:r>
      <w:r>
        <w:rPr>
          <w:sz w:val="20"/>
        </w:rPr>
        <w:t>34:41  is mein kya mila? to is mein kya mila? to jazbaat mein jab karega aadmi to lade phade ga.</w:t>
      </w:r>
      <w:r>
        <w:br/>
      </w:r>
      <w:r>
        <w:rPr>
          <w:sz w:val="20"/>
        </w:rPr>
        <w:t>34:46  یعنی گویا harder option لے لے گا وہ۔</w:t>
      </w:r>
      <w:r>
        <w:br/>
      </w:r>
      <w:r>
        <w:rPr>
          <w:sz w:val="20"/>
        </w:rPr>
        <w:t>34:51  اس لیے کیا ملا کہ جب بھی کوئی situation create ہوتی تھی تو آپ سوچتے تھے،</w:t>
      </w:r>
      <w:r>
        <w:br/>
      </w:r>
      <w:r>
        <w:rPr>
          <w:sz w:val="20"/>
        </w:rPr>
        <w:t>34:56  jazbaat ko thaam kar ke aap ghore karte the ke hamein kya karna chahiye, kya nahi karna chahiye.</w:t>
      </w:r>
      <w:r>
        <w:br/>
      </w:r>
      <w:r>
        <w:rPr>
          <w:sz w:val="20"/>
        </w:rPr>
        <w:t>35:02  to jazbaat ko hata kar ke aap apna choice lete the.</w:t>
      </w:r>
      <w:r>
        <w:br/>
      </w:r>
      <w:r>
        <w:rPr>
          <w:sz w:val="20"/>
        </w:rPr>
        <w:t>35:08  to jab bhi aap jazbaat mein aa kar koi koi choice lenge to woh woh harder choice hoga.</w:t>
      </w:r>
      <w:r>
        <w:br/>
      </w:r>
      <w:r>
        <w:rPr>
          <w:sz w:val="20"/>
        </w:rPr>
        <w:t>35:14  aur aap jazbaat ko hata kar ke jab koi choice, koi koi choice lenge to woh easy choice hoga.</w:t>
      </w:r>
      <w:r>
        <w:br/>
      </w:r>
      <w:r>
        <w:rPr>
          <w:sz w:val="20"/>
        </w:rPr>
        <w:t>35:20  yeh kitni bari baat is ke andar mili, kitni bari baat</w:t>
      </w:r>
      <w:r>
        <w:br/>
      </w:r>
      <w:r>
        <w:rPr>
          <w:sz w:val="20"/>
        </w:rPr>
        <w:t>35:26  mili aap.</w:t>
      </w:r>
      <w:r>
        <w:br/>
      </w:r>
      <w:r>
        <w:rPr>
          <w:sz w:val="20"/>
        </w:rPr>
        <w:t>35:30  kyunke hamesha aadmi ke jazbaat kisi na kisi baat mein bhadak uthte hain.</w:t>
      </w:r>
      <w:r>
        <w:br/>
      </w:r>
      <w:r>
        <w:rPr>
          <w:sz w:val="20"/>
        </w:rPr>
        <w:t>35:34  ek taraf aql hoti hai, ek taraf jazbaat hote hain.</w:t>
      </w:r>
      <w:r>
        <w:br/>
      </w:r>
      <w:r>
        <w:rPr>
          <w:sz w:val="20"/>
        </w:rPr>
        <w:t>35:38  agar aql se soch samajh kar ke aap faisla karenge to woh aap yahi karenge ke</w:t>
      </w:r>
      <w:r>
        <w:br/>
      </w:r>
      <w:r>
        <w:rPr>
          <w:sz w:val="20"/>
        </w:rPr>
        <w:t>35:41  aap easy aur option lenge.</w:t>
      </w:r>
      <w:r>
        <w:br/>
      </w:r>
      <w:r>
        <w:rPr>
          <w:sz w:val="20"/>
        </w:rPr>
        <w:t>35:45  lekin agar jazbaat ke asar mein aa jayenge aap to aap harder option le lenge, kyunke</w:t>
      </w:r>
      <w:r>
        <w:br/>
      </w:r>
      <w:r>
        <w:rPr>
          <w:sz w:val="20"/>
        </w:rPr>
        <w:t>35:49  aql is waqt kaam nahi karti.</w:t>
      </w:r>
      <w:r>
        <w:br/>
      </w:r>
      <w:r>
        <w:rPr>
          <w:sz w:val="20"/>
        </w:rPr>
        <w:t>35:53  ab itni bari baat inhone seekhi rasool Allah se aur</w:t>
      </w:r>
    </w:p>
    <w:p>
      <w:pPr>
        <w:pStyle w:val="Heading2"/>
      </w:pPr>
      <w:r>
        <w:t>Problem of reading Quran without understanding</w:t>
      </w:r>
    </w:p>
    <w:p>
      <w:r>
        <w:rPr>
          <w:color w:val="666666"/>
          <w:sz w:val="18"/>
        </w:rPr>
        <w:t>Positive Guidance for Present Muslims 4 Aug, 2019 - Maulana Wahiduddin Khan · 4m 48s · at 0:42 · https://youtu.be/IEDGQvt-5p0?t=42</w:t>
      </w:r>
    </w:p>
    <w:p>
      <w:r>
        <w:rPr>
          <w:i/>
        </w:rPr>
        <w:t>“Aap ko shayad yaad hoga ke pichle hafta”</w:t>
      </w:r>
    </w:p>
    <w:p>
      <w:r>
        <w:rPr>
          <w:sz w:val="20"/>
        </w:rPr>
        <w:t>0:42  aap ko shayad yaad hoga ke pichle hafte</w:t>
      </w:r>
      <w:r>
        <w:br/>
      </w:r>
      <w:r>
        <w:rPr>
          <w:sz w:val="20"/>
        </w:rPr>
        <w:t>0:49  jab sawal jawab ka waqt aaya to ek sahaba ne sawal kiya ke aap quran distribute karte hain,</w:t>
      </w:r>
      <w:r>
        <w:br/>
      </w:r>
      <w:r>
        <w:rPr>
          <w:sz w:val="20"/>
        </w:rPr>
        <w:t>1:05  seerat-e-rasool ko bhi distribute karte hain. yeh to, yeh to un ke nazdeek goya poora sawal, sawal adhoora sawal is tarah tha.</w:t>
      </w:r>
      <w:r>
        <w:br/>
      </w:r>
      <w:r>
        <w:rPr>
          <w:sz w:val="20"/>
        </w:rPr>
        <w:t>1:20  main poora hafte sochta raha aaj tak ke sawal karne wale ne aisa sawal kyun kiya? sawal karne wale ne aisa sawal kyun kiya?</w:t>
      </w:r>
      <w:r>
        <w:br/>
      </w:r>
      <w:r>
        <w:rPr>
          <w:sz w:val="20"/>
        </w:rPr>
        <w:t>1:37  kyunke ulama aam taur par mante hain ke rasool allah ki sab se zyada authentic seerat khud quran hai.</w:t>
      </w:r>
      <w:r>
        <w:br/>
      </w:r>
      <w:r>
        <w:rPr>
          <w:sz w:val="20"/>
        </w:rPr>
        <w:t>1:50  is par baqayda kitabein likhi gayi hain. quran mein ek surah hai jiska naam bhi muhammad hai.</w:t>
      </w:r>
      <w:r>
        <w:br/>
      </w:r>
      <w:r>
        <w:rPr>
          <w:sz w:val="20"/>
        </w:rPr>
        <w:t>2:00  to quran khud apne aap mein rasool allah ke taaruf ka, rasool allah ka taaruf nama hai.</w:t>
      </w:r>
      <w:r>
        <w:br/>
      </w:r>
      <w:r>
        <w:rPr>
          <w:sz w:val="20"/>
        </w:rPr>
        <w:t>2:11  phir kehne walon ne aisa kyun kaha?</w:t>
      </w:r>
      <w:r>
        <w:br/>
      </w:r>
      <w:r>
        <w:rPr>
          <w:sz w:val="20"/>
        </w:rPr>
        <w:t>2:17  to meri samajh mein aaya ke yeh sab</w:t>
      </w:r>
      <w:r>
        <w:br/>
      </w:r>
      <w:r>
        <w:rPr>
          <w:sz w:val="20"/>
        </w:rPr>
        <w:t>2:23  in sincerity ka zahira hai, kufna mana hai.</w:t>
      </w:r>
      <w:r>
        <w:br/>
      </w:r>
      <w:r>
        <w:rPr>
          <w:sz w:val="20"/>
        </w:rPr>
        <w:t>2:32  log sincere nahin hain, is liye kuch bhi keh dete hain.</w:t>
      </w:r>
      <w:r>
        <w:br/>
      </w:r>
      <w:r>
        <w:rPr>
          <w:sz w:val="20"/>
        </w:rPr>
        <w:t>2:39  log sincere nahin hain, is liye kuch bhi keh dete hain.</w:t>
      </w:r>
      <w:r>
        <w:br/>
      </w:r>
      <w:r>
        <w:rPr>
          <w:sz w:val="20"/>
        </w:rPr>
        <w:t>2:45  dekhein, sincere ka matlab kya hai?</w:t>
      </w:r>
      <w:r>
        <w:br/>
      </w:r>
      <w:r>
        <w:rPr>
          <w:sz w:val="20"/>
        </w:rPr>
        <w:t>2:50  sincere ka matlab yeh hai</w:t>
      </w:r>
      <w:r>
        <w:br/>
      </w:r>
      <w:r>
        <w:rPr>
          <w:sz w:val="20"/>
        </w:rPr>
        <w:t>2:55  ke jab aap ko koi sawal karna ho to sawal karne se pehle aap sochein ke jo sawal mein karne ja raha hoon doosre se, kya mein is sawal ka matlab samajhta hoon?</w:t>
      </w:r>
      <w:r>
        <w:br/>
      </w:r>
      <w:r>
        <w:rPr>
          <w:sz w:val="20"/>
        </w:rPr>
        <w:t>3:14  pehley khud sawal ka jawab khud daryaft karein, phir doosre se sawal karein.</w:t>
      </w:r>
      <w:r>
        <w:br/>
      </w:r>
      <w:r>
        <w:rPr>
          <w:sz w:val="20"/>
        </w:rPr>
        <w:t>3:24  to sochte sochte meri samajh mein aaya ke shayad poori ummat ka yeh haal hai ke woh quran ko padhte hi nahin.</w:t>
      </w:r>
      <w:r>
        <w:br/>
      </w:r>
      <w:r>
        <w:rPr>
          <w:sz w:val="20"/>
        </w:rPr>
        <w:t>3:34  yaani tilawat to karte hain quran ki, quran ki tilawat to karte hain lekin quran ka mutala nahin karte.</w:t>
      </w:r>
      <w:r>
        <w:br/>
      </w:r>
      <w:r>
        <w:rPr>
          <w:sz w:val="20"/>
        </w:rPr>
        <w:t>3:47  quran ka mutalea nahi karte. hazrat aisha ki ek riwayat hai bukhari mein aise logon ke bare mein</w:t>
      </w:r>
      <w:r>
        <w:br/>
      </w:r>
      <w:r>
        <w:rPr>
          <w:sz w:val="20"/>
        </w:rPr>
        <w:t>3:59  jo quran bas</w:t>
      </w:r>
      <w:r>
        <w:br/>
      </w:r>
      <w:r>
        <w:rPr>
          <w:sz w:val="20"/>
        </w:rPr>
        <w:t>4:04  parh parh parh lete hain aur is par sochte nahi. to hazrat aisha ne farmaya: "awlaika qaru wa lam yaqru."</w:t>
      </w:r>
      <w:r>
        <w:br/>
      </w:r>
      <w:r>
        <w:rPr>
          <w:sz w:val="20"/>
        </w:rPr>
        <w:t>4:19  awlaika qaru wa lam yaqru. unhon ne quran ko parha magar unhon ne quran ko nahi parha.</w:t>
      </w:r>
      <w:r>
        <w:br/>
      </w:r>
      <w:r>
        <w:rPr>
          <w:sz w:val="20"/>
        </w:rPr>
        <w:t>4:31  agar sawal karne wale ne sawal karne se pehle</w:t>
      </w:r>
      <w:r>
        <w:br/>
      </w:r>
      <w:r>
        <w:rPr>
          <w:sz w:val="20"/>
        </w:rPr>
        <w:t>4:37  pure bare par ghor kiya hota, wo khud quran ka mutalea karte ke quran kya cheez hai? quran kya cheez hai?</w:t>
      </w:r>
      <w:r>
        <w:br/>
      </w:r>
      <w:r>
        <w:rPr>
          <w:sz w:val="20"/>
        </w:rPr>
        <w:t>4:49  to un ko maloom hua ke quran mein to sara rasooli ki baat hai</w:t>
      </w:r>
      <w:r>
        <w:br/>
      </w:r>
      <w:r>
        <w:rPr>
          <w:sz w:val="20"/>
        </w:rPr>
        <w:t>4:58  aur khud ulma ne baqayda is kitaben likhi hain.</w:t>
      </w:r>
      <w:r>
        <w:br/>
      </w:r>
      <w:r>
        <w:rPr>
          <w:sz w:val="20"/>
        </w:rPr>
        <w:t>5:09  to isi yahi mamla hai puri ummat ka,</w:t>
      </w:r>
      <w:r>
        <w:br/>
      </w:r>
      <w:r>
        <w:rPr>
          <w:sz w:val="20"/>
        </w:rPr>
        <w:t>5:16  puri ummat ka</w:t>
      </w:r>
      <w:r>
        <w:br/>
      </w:r>
      <w:r>
        <w:rPr>
          <w:sz w:val="20"/>
        </w:rPr>
        <w:t>5:20  ke wo parhte hain magar nahi parhte. wo sawal karte hain magar un ko pata nahi ke sawal ka jawab kya hai.</w:t>
      </w:r>
    </w:p>
    <w:p>
      <w:pPr>
        <w:pStyle w:val="Heading2"/>
      </w:pPr>
      <w:r>
        <w:t>Early prophethood and lessons from first companions</w:t>
      </w:r>
    </w:p>
    <w:p>
      <w:r>
        <w:rPr>
          <w:color w:val="666666"/>
          <w:sz w:val="18"/>
        </w:rPr>
        <w:t>Story of Sahaba | January 11, 2008 · 5m 04s · at 2:47 · https://youtu.be/CtZdUnx9tLU?t=167</w:t>
      </w:r>
    </w:p>
    <w:p>
      <w:r>
        <w:rPr>
          <w:i/>
        </w:rPr>
        <w:t>“Dekhiye, Rasulullah ko 610 Isvi mein nubuwat mili”</w:t>
      </w:r>
    </w:p>
    <w:p>
      <w:r>
        <w:rPr>
          <w:sz w:val="20"/>
        </w:rPr>
        <w:t>2:47  alag se bhi bohat si kitaben likhi gayi hain, woh har zaban mein milti hain.</w:t>
      </w:r>
      <w:r>
        <w:br/>
      </w:r>
      <w:r>
        <w:rPr>
          <w:sz w:val="20"/>
        </w:rPr>
        <w:t>2:57  yahan mein kuch waqiat bayan karunga jin mein hamare liye sabak hai.</w:t>
      </w:r>
      <w:r>
        <w:br/>
      </w:r>
      <w:r>
        <w:rPr>
          <w:sz w:val="20"/>
        </w:rPr>
        <w:t>3:07  dekhiye, rasoolullah ko 610 isvi mein nabuwwat mili, yani pehli wahi aap ke upar aai</w:t>
      </w:r>
      <w:r>
        <w:br/>
      </w:r>
      <w:r>
        <w:rPr>
          <w:sz w:val="20"/>
        </w:rPr>
        <w:t>3:17  .</w:t>
      </w:r>
      <w:r>
        <w:br/>
      </w:r>
      <w:r>
        <w:rPr>
          <w:sz w:val="20"/>
        </w:rPr>
        <w:t>3:25  yeh bara anokha experience tha aap ke liye.</w:t>
      </w:r>
      <w:r>
        <w:br/>
      </w:r>
      <w:r>
        <w:rPr>
          <w:sz w:val="20"/>
        </w:rPr>
        <w:t>3:33  to aap is waqt thay ghar e hira mein, wahan se laut kar aap aaye apni ahliya khadija ke paas.</w:t>
      </w:r>
      <w:r>
        <w:br/>
      </w:r>
      <w:r>
        <w:rPr>
          <w:sz w:val="20"/>
        </w:rPr>
        <w:t>3:40  to aap un ko le gayeen makkah mein aik sahib ke paas jinka naam tha</w:t>
      </w:r>
      <w:r>
        <w:br/>
      </w:r>
      <w:r>
        <w:rPr>
          <w:sz w:val="20"/>
        </w:rPr>
        <w:t>3:48  warqa bin nofil.</w:t>
      </w:r>
      <w:r>
        <w:br/>
      </w:r>
      <w:r>
        <w:rPr>
          <w:sz w:val="20"/>
        </w:rPr>
        <w:t>3:56  warqa bin nofil jo thay, woh khadija ke door ke rishtedar bhi thay.</w:t>
      </w:r>
      <w:r>
        <w:br/>
      </w:r>
      <w:r>
        <w:rPr>
          <w:sz w:val="20"/>
        </w:rPr>
        <w:t>4:03  woh unhon ne kai mazhabon ko parha tha aur unhon ne isaiyat ko qabool kar liya tha.</w:t>
      </w:r>
      <w:r>
        <w:br/>
      </w:r>
      <w:r>
        <w:rPr>
          <w:sz w:val="20"/>
        </w:rPr>
        <w:t>4:11  lekin thay woh basically seeker haq ke mutalashi.</w:t>
      </w:r>
      <w:r>
        <w:br/>
      </w:r>
      <w:r>
        <w:rPr>
          <w:sz w:val="20"/>
        </w:rPr>
        <w:t>4:19  to jab aap un se mile to un ki umar kafi ho chuki thi, woh nabina bhi ho chuke thay aur bohat boorhay ho chuke thay. to unhon ne aap ki baton ko suna, aap ne is tajrube ko bayan kiya jo ghare hira mein aap ke saath pesh aaya tha. to warqa bin nawfal ne isai aur yahudi literature ko, yani bible ko padha tha. to woh ashna thay ke nabuwat kya</w:t>
      </w:r>
      <w:r>
        <w:br/>
      </w:r>
      <w:r>
        <w:rPr>
          <w:sz w:val="20"/>
        </w:rPr>
        <w:t>4:49  cheez hoti hai.</w:t>
      </w:r>
      <w:r>
        <w:br/>
      </w:r>
      <w:r>
        <w:rPr>
          <w:sz w:val="20"/>
        </w:rPr>
        <w:t>4:56  to unhon ne jab suna aap se aap ke tajrube ko to foran hi unhon ne kaha ke</w:t>
      </w:r>
      <w:r>
        <w:br/>
      </w:r>
      <w:r>
        <w:rPr>
          <w:sz w:val="20"/>
        </w:rPr>
        <w:t>5:02  jo aap bata rahe hain, is se andaza hota hai ke aap par wohi farishta aaya tha jo</w:t>
      </w:r>
      <w:r>
        <w:br/>
      </w:r>
      <w:r>
        <w:rPr>
          <w:sz w:val="20"/>
        </w:rPr>
        <w:t>5:09  is se pehle musa par aaya tha.</w:t>
      </w:r>
      <w:r>
        <w:br/>
      </w:r>
      <w:r>
        <w:rPr>
          <w:sz w:val="20"/>
        </w:rPr>
        <w:t>5:15  chunancha ulama ne, bohat se ulama ne yeh kaha hai ke warqa bin nofil jo hain, wohi pehle sahabi hain.</w:t>
      </w:r>
      <w:r>
        <w:br/>
      </w:r>
      <w:r>
        <w:rPr>
          <w:sz w:val="20"/>
        </w:rPr>
        <w:t>5:22  agarche is waqe ke baad sirf chand mahine ke zinda rahe woh aur unki wafat ho gayi kyunke</w:t>
      </w:r>
      <w:r>
        <w:br/>
      </w:r>
      <w:r>
        <w:rPr>
          <w:sz w:val="20"/>
        </w:rPr>
        <w:t>5:29  woh bohat boodhe ho chuke thay, ghaliban 90 saal ke ho chuke thay is waqt.</w:t>
      </w:r>
      <w:r>
        <w:br/>
      </w:r>
      <w:r>
        <w:rPr>
          <w:sz w:val="20"/>
        </w:rPr>
        <w:t>5:37  to agarche unhon ne rasool ALLAH ki sohbat, yani literal sense mein to sohbat nahi pai, aap ke</w:t>
      </w:r>
      <w:r>
        <w:br/>
      </w:r>
      <w:r>
        <w:rPr>
          <w:sz w:val="20"/>
        </w:rPr>
        <w:t>5:44  saath baithe uthe nahi woh, lekin aap par tasdeeq karne walon mein sab se pehle woh thay makkah mein. Is wajah</w:t>
      </w:r>
      <w:r>
        <w:br/>
      </w:r>
      <w:r>
        <w:rPr>
          <w:sz w:val="20"/>
        </w:rPr>
        <w:t>5:52  se yeh kehna sahi hoga ke warqa bin nofil jo thay, woh pehle sahabi hain.</w:t>
      </w:r>
      <w:r>
        <w:br/>
      </w:r>
      <w:r>
        <w:rPr>
          <w:sz w:val="20"/>
        </w:rPr>
        <w:t>5:58  is ke baad ghaliban doosre jo sahabi kaha jaye jin ko, woh khud khadija theen.</w:t>
      </w:r>
      <w:r>
        <w:br/>
      </w:r>
      <w:r>
        <w:rPr>
          <w:sz w:val="20"/>
        </w:rPr>
        <w:t>6:04  khadija jo theen, woh aap ki ahliya theen.</w:t>
      </w:r>
      <w:r>
        <w:br/>
      </w:r>
      <w:r>
        <w:rPr>
          <w:sz w:val="20"/>
        </w:rPr>
        <w:t>6:10  unhon ne aap ko dekha tha is se pehle bhi, aap ke baray mein unki rai bohat achi thi.</w:t>
      </w:r>
      <w:r>
        <w:br/>
      </w:r>
      <w:r>
        <w:rPr>
          <w:sz w:val="20"/>
        </w:rPr>
        <w:t>6:16  aap janti theen woh ke yeh aik aisay insan hain jo kabhi jhoot nahi</w:t>
      </w:r>
      <w:r>
        <w:br/>
      </w:r>
      <w:r>
        <w:rPr>
          <w:sz w:val="20"/>
        </w:rPr>
        <w:t>6:22  bolte. to sirf aap ke kehne par unhon ne maan liya ke haan, aap khuda ke rasool hain. to woh bhi gaya sahaba ki fehrist mein shamil ho gayi. phir is ke baad dekhiye to warqa bin nawfal aur khadija ki jo misaal hai, woh batati hai ke agar aadmi ke andar complex na ho, woh kisi mazhab</w:t>
      </w:r>
      <w:r>
        <w:br/>
      </w:r>
      <w:r>
        <w:rPr>
          <w:sz w:val="20"/>
        </w:rPr>
        <w:t>6:52  bhi ta'assub ka shikar na ho, woh sachai ko sachai ka seeker ho, aur is ke samne jab</w:t>
      </w:r>
      <w:r>
        <w:br/>
      </w:r>
      <w:r>
        <w:rPr>
          <w:sz w:val="20"/>
        </w:rPr>
        <w:t>6:59  سچائی آئے گی تو اس کو ذرا بھی دیر نہیں لگے گی اس کو recognize کرنے میں۔</w:t>
      </w:r>
      <w:r>
        <w:br/>
      </w:r>
      <w:r>
        <w:rPr>
          <w:sz w:val="20"/>
        </w:rPr>
        <w:t>7:07  foran woh pehchan le ga us ko aur us ko maan le ga.</w:t>
      </w:r>
      <w:r>
        <w:br/>
      </w:r>
      <w:r>
        <w:rPr>
          <w:sz w:val="20"/>
        </w:rPr>
        <w:t>7:14  to aadmi ko chahiye ke apne aap ko</w:t>
      </w:r>
      <w:r>
        <w:br/>
      </w:r>
      <w:r>
        <w:rPr>
          <w:sz w:val="20"/>
        </w:rPr>
        <w:t>7:22  ta'assubat se bachaye.</w:t>
      </w:r>
      <w:r>
        <w:br/>
      </w:r>
      <w:r>
        <w:rPr>
          <w:sz w:val="20"/>
        </w:rPr>
        <w:t>7:30  taassubaat jo hain, woh aadmi ke upar parda ban kar chha jaate hain aur aadmi ke saamne sachai</w:t>
      </w:r>
      <w:r>
        <w:br/>
      </w:r>
      <w:r>
        <w:rPr>
          <w:sz w:val="20"/>
        </w:rPr>
        <w:t>7:37  aati hai, phir bhi woh us ko maanta nahin.</w:t>
      </w:r>
      <w:r>
        <w:br/>
      </w:r>
      <w:r>
        <w:rPr>
          <w:sz w:val="20"/>
        </w:rPr>
        <w:t>7:45  is ke baad dekhiye, rasool Allah ne yeh kiya ke apne khandan walon ko, yaani banu haashim ko ekattha</w:t>
      </w:r>
    </w:p>
    <w:p>
      <w:pPr>
        <w:pStyle w:val="Heading2"/>
      </w:pPr>
      <w:r>
        <w:t>Examples of changes in previous scriptures</w:t>
      </w:r>
    </w:p>
    <w:p>
      <w:r>
        <w:rPr>
          <w:color w:val="666666"/>
          <w:sz w:val="18"/>
        </w:rPr>
        <w:t>Preservation of The Quran 10 Oct 2021 - Prof. Farida Khanam · 5m 27s · at 1:54 · https://youtu.be/JCdmm6oays8?t=114</w:t>
      </w:r>
    </w:p>
    <w:p>
      <w:r>
        <w:rPr>
          <w:i/>
        </w:rPr>
        <w:t>“To misal ke taur par, ek baar Maulana ne”</w:t>
      </w:r>
    </w:p>
    <w:p>
      <w:r>
        <w:rPr>
          <w:sz w:val="20"/>
        </w:rPr>
        <w:t>1:54  to is tarike se woh us mein cheezein badalti rehti hain. to misaal ke taur par, ek baar Maulana ne, koi, is pehle zamane mein katib likha karte the,</w:t>
      </w:r>
      <w:r>
        <w:br/>
      </w:r>
      <w:r>
        <w:rPr>
          <w:sz w:val="20"/>
        </w:rPr>
        <w:t>2:08  haath se kitabat hoti thi, computer ke daur se pehle ki baat hai. to ek baar katib ko kuch article likhne ko diya to us mein ek lafz tha helicopter.</w:t>
      </w:r>
      <w:r>
        <w:br/>
      </w:r>
      <w:r>
        <w:rPr>
          <w:sz w:val="20"/>
        </w:rPr>
        <w:t>2:24  ab woh un ko helicopter samajh mein aaya nahi to unhon ne us ko imli ka peR likh diya. to ab yeh ek misaal hai jis se aap samajh sakte hain ke insaan ko jab kuch samajh mein nahi aata to us ki apni samajh se us mein izafe kar deta hai, us ko radobadal kar deta hai.</w:t>
      </w:r>
      <w:r>
        <w:br/>
      </w:r>
      <w:r>
        <w:rPr>
          <w:sz w:val="20"/>
        </w:rPr>
        <w:t>2:42  to is tarike se ek to yeh hai ke apni samajh se na samajhne ki wajah se woh izafe kare, aur ek hai jaan boojh ke kare. to jaan boojh ke aksar aisa hota tha ke aadmi apni khwahish ke mutabiq chahta hai ke Khuda ki taleemat bhi us ki khwahish ke mutabiq hon, kyunke har waqt apne aap ko badalna, apni yeh bohat mushkil kaam lagta hai, apni khwahish ko dabana, khatam karna, suppress karna.</w:t>
      </w:r>
      <w:r>
        <w:br/>
      </w:r>
      <w:r>
        <w:rPr>
          <w:sz w:val="20"/>
        </w:rPr>
        <w:t>3:05  to apni khwahish ke mutabiq woh kuch aisi taleemat chahta hai jis mein us ki khwahishat bhi poori hoti rahen. to us mein intentionally bhi hota hai aur un intentionally bhi hota hai.</w:t>
      </w:r>
      <w:r>
        <w:br/>
      </w:r>
      <w:r>
        <w:rPr>
          <w:sz w:val="20"/>
        </w:rPr>
        <w:t>3:20  jaise Bible mein hai ke Allah taala ne kainat chhe din mein banai aur saatveen din aaram kiya. to Allah taala ne Quran mein likha hua hai dour, ayyam, ayyam mein hazar baras bhi ho sakte hain aur chand baras bhi ho sakte hain, us mein ganjaiysh hai dono ki.</w:t>
      </w:r>
      <w:r>
        <w:br/>
      </w:r>
      <w:r>
        <w:rPr>
          <w:sz w:val="20"/>
        </w:rPr>
        <w:t>3:41  lekin Bible mein hai subah o shaam, jo hamari jo 24 ghante ke subah o shaam hote hain, us mein unhon ne woh samajhte nahi the.</w:t>
      </w:r>
      <w:r>
        <w:br/>
      </w:r>
      <w:r>
        <w:rPr>
          <w:sz w:val="20"/>
        </w:rPr>
        <w:t>3:49  is zamane mein science ki to woh hui nahi thi, science ki discoveries hui nahi theen, woh jante nahi the ke 24 ghante mein yeh sari kainat ban nahi sakti hai.</w:t>
      </w:r>
      <w:r>
        <w:br/>
      </w:r>
      <w:r>
        <w:rPr>
          <w:sz w:val="20"/>
        </w:rPr>
        <w:t>4:01  to unhon ne us mein apne hisab se, unhon ne ek din ki baat batai, ek din mein yeh banaya, pehle poora solar system banaya, phir us ke baad aur doosri jo saat aasman hain woh banaye, phir zameen banai, phir zameen mein pani barsaya.</w:t>
      </w:r>
      <w:r>
        <w:br/>
      </w:r>
      <w:r>
        <w:rPr>
          <w:sz w:val="20"/>
        </w:rPr>
        <w:t>4:18  yeh sara jo hai is sab ko kaha ke ek din mein, 24 ghante mein, ek din mein yeh hua, ek din mein yeh hua, ek din mein yeh hua, phir subah hui aur shaam hui, phir Allah ne aaram kiya, Khuda ne aaram kiya.</w:t>
      </w:r>
      <w:r>
        <w:br/>
      </w:r>
      <w:r>
        <w:rPr>
          <w:sz w:val="20"/>
        </w:rPr>
        <w:t>4:30  to is tarike se jo un ki samajh mein aaya woh us mein woh baRha diya unhon ne, aur yeh masoomana andaaz mein woh samjhe bhi nahi ke jab science aaye gi to yeh logon ko bohat hi ajeeb lage ga ke 24 ghante mein to yeh sab ho hi nahi sakta hai.</w:t>
      </w:r>
      <w:r>
        <w:br/>
      </w:r>
      <w:r>
        <w:rPr>
          <w:sz w:val="20"/>
        </w:rPr>
        <w:t>4:46  to woh insaan ke 24 ghante nahi the balke woh Khuda ke 24 ghante the, aur Khuda ke 24 ghante hazaron baras mein muheet hote hain. to isi tarike se kabhi kabhi aisa hota hai ke jaan boojh ke bhi karte hain.</w:t>
      </w:r>
      <w:r>
        <w:br/>
      </w:r>
      <w:r>
        <w:rPr>
          <w:sz w:val="20"/>
        </w:rPr>
        <w:t>5:00  misal ke tor par mere pas do bible hain, quran, is mein urdu ki bhi hai aur english</w:t>
      </w:r>
      <w:r>
        <w:br/>
      </w:r>
      <w:r>
        <w:rPr>
          <w:sz w:val="20"/>
        </w:rPr>
        <w:t>5:07  ki bhi hai.</w:t>
      </w:r>
      <w:r>
        <w:br/>
      </w:r>
      <w:r>
        <w:rPr>
          <w:sz w:val="20"/>
        </w:rPr>
        <w:t>5:08  to english ki bible mein likha hua hai, kyunke bible mein bohat sari predictions hain rasool Allah sal</w:t>
      </w:r>
      <w:r>
        <w:br/>
      </w:r>
      <w:r>
        <w:rPr>
          <w:sz w:val="20"/>
        </w:rPr>
        <w:t>5:17  Allah alaihi wasallam ke baray mein, kyunke rasool Allah aakhri nabi thay to har aasmani kitab mein aap</w:t>
      </w:r>
      <w:r>
        <w:br/>
      </w:r>
      <w:r>
        <w:rPr>
          <w:sz w:val="20"/>
        </w:rPr>
        <w:t>5:23  ke baray mein predictions ki gayi hain taake jab woh aayen to log logon ke liye aasani ho</w:t>
      </w:r>
      <w:r>
        <w:br/>
      </w:r>
      <w:r>
        <w:rPr>
          <w:sz w:val="20"/>
        </w:rPr>
        <w:t>5:29  un ko accept karne mein.</w:t>
      </w:r>
      <w:r>
        <w:br/>
      </w:r>
      <w:r>
        <w:rPr>
          <w:sz w:val="20"/>
        </w:rPr>
        <w:t>5:32  to isi ek predictions mein yeh hai ke jab woh aaye ga aakhri Nabi to woh wadi e Bakkah, us zamane mein Bakkah kehte the Makkah ko, wadi e Bakkah ko fateh kare ga das hazar qudsiyon ke sath.</w:t>
      </w:r>
      <w:r>
        <w:br/>
      </w:r>
      <w:r>
        <w:rPr>
          <w:sz w:val="20"/>
        </w:rPr>
        <w:t>5:49  qudsiyon yani saintly log, naik log, to mazhabi jo un ka matlab jin ke paas Maaz Sahab un ka apni spirit mein zinda hoga, to un ko kehte hain saintly log.</w:t>
      </w:r>
      <w:r>
        <w:br/>
      </w:r>
      <w:r>
        <w:rPr>
          <w:sz w:val="20"/>
        </w:rPr>
        <w:t>6:01  to das hazar qudsiyon ke sath wadi e Bakkah ko fateh kare ga. to Bible mein to English Bible mein to das hazar hain, lekin woh samjhe nahi honge ke yeh prediction hai aakhri Nabi ka.</w:t>
      </w:r>
      <w:r>
        <w:br/>
      </w:r>
      <w:r>
        <w:rPr>
          <w:sz w:val="20"/>
        </w:rPr>
        <w:t>6:15  lekin jab Urdu mein Bible ka tarjuma hua to us mein hai ke hazaron qudsi, hazaron qudsiyon ke sath fateh kare ga.</w:t>
      </w:r>
      <w:r>
        <w:br/>
      </w:r>
      <w:r>
        <w:rPr>
          <w:sz w:val="20"/>
        </w:rPr>
        <w:t>6:25  woh samajh gaye honge ke yeh prediction hai to unhon ne us mein change kar diya. to isi tarike se changes bohat zyada hote rahe aasmani kitabon mein.</w:t>
      </w:r>
      <w:r>
        <w:br/>
      </w:r>
      <w:r>
        <w:rPr>
          <w:sz w:val="20"/>
        </w:rPr>
        <w:t>6:34  ab jaise Hazrat Musa Alaihe Salam ko ek moajza diya gaya tha ke woh jab apna hath aise yahan karte the to woh chamakta hua nikalta tha.</w:t>
      </w:r>
      <w:r>
        <w:br/>
      </w:r>
      <w:r>
        <w:rPr>
          <w:sz w:val="20"/>
        </w:rPr>
        <w:t>6:43  haath to woh woh ek moajza tha ke hath baghal mein karte the, phir nikalta tha to chamakta hua, shining us mein hoti thi.</w:t>
      </w:r>
      <w:r>
        <w:br/>
      </w:r>
      <w:r>
        <w:rPr>
          <w:sz w:val="20"/>
        </w:rPr>
        <w:t>6:52  to woh un ko samajh mein aaya nahi ke baghal mein hath karne se chamke ga kaisay. woh Allah taala to kuch bhi kar sakta hai. to unhon ne likh diya ke hath korh se safed aur barf ki manind.</w:t>
      </w:r>
      <w:r>
        <w:br/>
      </w:r>
      <w:r>
        <w:rPr>
          <w:sz w:val="20"/>
        </w:rPr>
        <w:t>7:06  phir unhon ne socha woh korh se to chamke ga nahi. phir unhon ne likh diya barf ki manind safed. to is tarike se yeh chand misalein hain jis se aap ko pata chle ga ke kis tarike se aasmani kitabon mein woh hoti rahi tabdiliyan.</w:t>
      </w:r>
    </w:p>
    <w:p>
      <w:pPr>
        <w:pStyle w:val="Heading2"/>
      </w:pPr>
      <w:r>
        <w:t>Harsh Quranic verses on disbelief are meant to awaken, not condemn</w:t>
      </w:r>
    </w:p>
    <w:p>
      <w:r>
        <w:rPr>
          <w:color w:val="666666"/>
          <w:sz w:val="18"/>
        </w:rPr>
        <w:t>Dars-e-Quran (Al-Baqarah (The Heifer) 2 1-6) July 19, 2015 · 3m 48s · at 38:29 · https://youtu.be/JJOfEihDoIs?t=2309</w:t>
      </w:r>
    </w:p>
    <w:p>
      <w:r>
        <w:rPr>
          <w:i/>
        </w:rPr>
        <w:t>“Jis insaan ke upar Quran utra tha, woh dawat de rahe hain”</w:t>
      </w:r>
    </w:p>
    <w:p>
      <w:r>
        <w:rPr>
          <w:sz w:val="20"/>
        </w:rPr>
        <w:t>38:29  woh log jinhone ab ab yeh is mein ek aur baat aa rahi hai. mission ki tareekh bayan ho rahi hai.</w:t>
      </w:r>
      <w:r>
        <w:br/>
      </w:r>
      <w:r>
        <w:rPr>
          <w:sz w:val="20"/>
        </w:rPr>
        <w:t>38:36  jis insaan ke upar quran utra tha Muhammad sallallahu alaihi wasallam woh dawat de rahe hain. is mein se kya saamne aata hai ke kuch log toh aap ki baat ko maan rahe hain.</w:t>
      </w:r>
      <w:r>
        <w:br/>
      </w:r>
      <w:r>
        <w:rPr>
          <w:sz w:val="20"/>
        </w:rPr>
        <w:t>38:51  aap ke saathi ban rahe hain. un ko sachai mil rahi hai. lekin kuch log inkaar ki rawish par qaaim ho gaye. inkaar ki rawish par qaaim ho gaye.</w:t>
      </w:r>
      <w:r>
        <w:br/>
      </w:r>
      <w:r>
        <w:rPr>
          <w:sz w:val="20"/>
        </w:rPr>
        <w:t>39:02  unhe</w:t>
      </w:r>
      <w:r>
        <w:br/>
      </w:r>
      <w:r>
        <w:rPr>
          <w:sz w:val="20"/>
        </w:rPr>
        <w:t>39:03  mana nahi unhone. toh un ke baare mein quran keh raha hai ke jinhone inkaar kiya toh chahe un ko aap darao ya na darao woh imaan laane wale nahi hain.</w:t>
      </w:r>
      <w:r>
        <w:br/>
      </w:r>
      <w:r>
        <w:rPr>
          <w:sz w:val="20"/>
        </w:rPr>
        <w:t>39:18  iska matlab kya hai? yeh suspiciously toh hampering ki zabaan hai. yeh hampering</w:t>
      </w:r>
      <w:r>
        <w:br/>
      </w:r>
      <w:r>
        <w:rPr>
          <w:sz w:val="20"/>
        </w:rPr>
        <w:t>39:26  ki zabaan hai. kyunke yeh aayat utri thi jab. toh arab jo log is ke mukhatib the baat ko sab ke sab Islam mein dakhil ho gaye.</w:t>
      </w:r>
      <w:r>
        <w:br/>
      </w:r>
      <w:r>
        <w:rPr>
          <w:sz w:val="20"/>
        </w:rPr>
        <w:t>39:37  koi bacha nahi. poora arab Islamize ho gaya.</w:t>
      </w:r>
      <w:r>
        <w:br/>
      </w:r>
      <w:r>
        <w:rPr>
          <w:sz w:val="20"/>
        </w:rPr>
        <w:t>39:44  toh yeh hampering ki zabaan hai.</w:t>
      </w:r>
      <w:r>
        <w:br/>
      </w:r>
      <w:r>
        <w:rPr>
          <w:sz w:val="20"/>
        </w:rPr>
        <w:t>39:49  aur yeh yahan jo inkaar ka lafz istemaal kiya gaya jinhone inkaar kiya is ka matlab hai ke jinhone apni fitrat ke khilaaf chale jo apni fitrat ki awaaz ke khilaaf chale</w:t>
      </w:r>
      <w:r>
        <w:br/>
      </w:r>
      <w:r>
        <w:rPr>
          <w:sz w:val="20"/>
        </w:rPr>
        <w:t>40:04  to kab tak chalenge woh? unhein lautna padega apni fitrat ki awaz ki taraf.</w:t>
      </w:r>
      <w:r>
        <w:br/>
      </w:r>
      <w:r>
        <w:rPr>
          <w:sz w:val="20"/>
        </w:rPr>
        <w:t>40:14  to yeh yeh hampering ki zaban hai yeh iska yeh matlab nahi ke woh munkir rahenge kabhi unko sachai ka iqrar ki tofeeq nahi hogi.</w:t>
      </w:r>
      <w:r>
        <w:br/>
      </w:r>
      <w:r>
        <w:rPr>
          <w:sz w:val="20"/>
        </w:rPr>
        <w:t>40:28  jaise maine ek bar dekha hai ek ek bachcha woh chhoti cycle jo hoti hai chhoti cycle uske paas thi usne nikala aur road par jane laga.</w:t>
      </w:r>
      <w:r>
        <w:br/>
      </w:r>
      <w:r>
        <w:rPr>
          <w:sz w:val="20"/>
        </w:rPr>
        <w:t>40:38  maa mana kar rahi thi uski.</w:t>
      </w:r>
      <w:r>
        <w:br/>
      </w:r>
      <w:r>
        <w:rPr>
          <w:sz w:val="20"/>
        </w:rPr>
        <w:t>40:41  maa mana kar rahi thi ke aise mat jao. kyunke woh rush ka time tha. to woh nahi mana. to gusse ho kar maa ne kaha ke ja mar ja road par.</w:t>
      </w:r>
      <w:r>
        <w:br/>
      </w:r>
      <w:r>
        <w:rPr>
          <w:sz w:val="20"/>
        </w:rPr>
        <w:t>40:54  to kya aap samajhte hain ke maa chahti thi ke mar jaye woh? kya maa yeh chahti thi ke ja ke mar jaye road par woh? nahi yeh hampering ki zaban thi.</w:t>
      </w:r>
      <w:r>
        <w:br/>
      </w:r>
      <w:r>
        <w:rPr>
          <w:sz w:val="20"/>
        </w:rPr>
        <w:t>41:06  hampering ki zaban thi. to hampering ki zaban Quran mein istemal hui hai.</w:t>
      </w:r>
      <w:r>
        <w:br/>
      </w:r>
      <w:r>
        <w:rPr>
          <w:sz w:val="20"/>
        </w:rPr>
        <w:t>41:12  yahan jo farmaya ke jin logon ne inkar ki rawish ikhtiyar ki unko chahe samjhao ya na samjhao batao ya na batao woh isi par qaim rahenge.</w:t>
      </w:r>
      <w:r>
        <w:br/>
      </w:r>
      <w:r>
        <w:rPr>
          <w:sz w:val="20"/>
        </w:rPr>
        <w:t>41:24  woh iman lane wale nahi hain. yeh hampering ki zaban hai. unki fitrat ko jagana unke andar sochi hui jo sochi hui jo woh jo talash haq ka jo soya hua jazba hai usko jagana.</w:t>
      </w:r>
      <w:r>
        <w:br/>
      </w:r>
      <w:r>
        <w:rPr>
          <w:sz w:val="20"/>
        </w:rPr>
        <w:t>41:43  kidhar ja rahe ho tum?</w:t>
      </w:r>
      <w:r>
        <w:br/>
      </w:r>
      <w:r>
        <w:rPr>
          <w:sz w:val="20"/>
        </w:rPr>
        <w:t>41:47  kidhar ja rahe ho?</w:t>
      </w:r>
      <w:r>
        <w:br/>
      </w:r>
      <w:r>
        <w:rPr>
          <w:sz w:val="20"/>
        </w:rPr>
        <w:t>41:51  kya tabahi ki taraf ja rahe ho?</w:t>
      </w:r>
      <w:r>
        <w:br/>
      </w:r>
      <w:r>
        <w:rPr>
          <w:sz w:val="20"/>
        </w:rPr>
        <w:t>41:56  to Quran mein is tarah ki zaban bar bar istemal hui hai jo haqeeqat mein hoti hai hampering ki zaban.</w:t>
      </w:r>
      <w:r>
        <w:br/>
      </w:r>
      <w:r>
        <w:rPr>
          <w:sz w:val="20"/>
        </w:rPr>
        <w:t>42:07  aur woh aap jante hain ke hampering ki zaban jo hai bahut kargar hui aur sara Arab Islamize ho gaya.</w:t>
      </w:r>
    </w:p>
    <w:p>
      <w:pPr>
        <w:pStyle w:val="Heading2"/>
      </w:pPr>
      <w:r>
        <w:t>Full case for reading Quran with an inviting, missionary mindset</w:t>
      </w:r>
    </w:p>
    <w:p>
      <w:r>
        <w:rPr>
          <w:color w:val="666666"/>
          <w:sz w:val="18"/>
        </w:rPr>
        <w:t>Dars-e-Quran July 30, 2007 · 3m 59s · at 9:46 · https://youtu.be/9D_8jxwLKlE?t=586</w:t>
      </w:r>
    </w:p>
    <w:p>
      <w:r>
        <w:rPr>
          <w:i/>
        </w:rPr>
        <w:t>“Dawati mizaj Quran samajhne ke liye bahut zaroori hai”</w:t>
      </w:r>
    </w:p>
    <w:p>
      <w:r>
        <w:rPr>
          <w:sz w:val="20"/>
        </w:rPr>
        <w:t>9:46  isi tarah dekhiye, da'wati mizaj bhi bohat zaroori hai. Quran ko samajhne ke liye da'wati mizaj bohat zaroori hai.</w:t>
      </w:r>
      <w:r>
        <w:br/>
      </w:r>
      <w:r>
        <w:rPr>
          <w:sz w:val="20"/>
        </w:rPr>
        <w:t>9:59  is liye ke aap Quran ko padhiye to jagah jagah kya hai is mein? ayyuhal nas! ayyuhal insan! ae logon!</w:t>
      </w:r>
      <w:r>
        <w:br/>
      </w:r>
      <w:r>
        <w:rPr>
          <w:sz w:val="20"/>
        </w:rPr>
        <w:t>10:10  ae insan! yani poora Quran jo hai khitab karta hai insanon ko: ayyuhal nas!</w:t>
      </w:r>
      <w:r>
        <w:br/>
      </w:r>
      <w:r>
        <w:rPr>
          <w:sz w:val="20"/>
        </w:rPr>
        <w:t>10:18  ayyuhal insan! to kya yeh dawat hai?</w:t>
      </w:r>
      <w:r>
        <w:br/>
      </w:r>
      <w:r>
        <w:rPr>
          <w:sz w:val="20"/>
        </w:rPr>
        <w:t>10:23  to Quran ka jo khitab hai, jo is ka jo jo address karta hai, Quran is ka andaz da'wati hota hai.</w:t>
      </w:r>
      <w:r>
        <w:br/>
      </w:r>
      <w:r>
        <w:rPr>
          <w:sz w:val="20"/>
        </w:rPr>
        <w:t>10:35  yani logon ko koi message dena yeh dawat hai. to Quran ka poora andaz da'wati andaz hai. Allah taala ne Quran mein bataya ke har zamane mein paighambar bheje gaye.</w:t>
      </w:r>
      <w:r>
        <w:br/>
      </w:r>
      <w:r>
        <w:rPr>
          <w:sz w:val="20"/>
        </w:rPr>
        <w:t>10:54  to Quran bhi ek paighambar ki bheji hui wahi ka record hai. to farmaya yulqi ar-rooha min amrihi 'ala man yashaa'u min 'ibadihi li-yunzira yawm at-talaq. yulqi ar-rooha min amrihi 'ala man yashaa'u min 'ibadihi li-yunzira yawm at-talaq.</w:t>
      </w:r>
      <w:r>
        <w:br/>
      </w:r>
      <w:r>
        <w:rPr>
          <w:sz w:val="20"/>
        </w:rPr>
        <w:t>11:19  yani Khuda wahi karta hai kuch insanon par.</w:t>
      </w:r>
      <w:r>
        <w:br/>
      </w:r>
      <w:r>
        <w:rPr>
          <w:sz w:val="20"/>
        </w:rPr>
        <w:t>11:25  yulqi ar-rooha ke ma'ni yahan par wahi ke hain: yulqi ar-rooha min amrihi 'ala man yashaa'u min 'ibadihi li-yunzira yawm at-talaq.</w:t>
      </w:r>
      <w:r>
        <w:br/>
      </w:r>
      <w:r>
        <w:rPr>
          <w:sz w:val="20"/>
        </w:rPr>
        <w:t>11:43  is tarah ayat hai yeh: yulqi ar-rooha min amrihi 'ala man yashaa'u min 'ibadihi li-yunzira yawm at-talaq. ke Khuda</w:t>
      </w:r>
      <w:r>
        <w:br/>
      </w:r>
      <w:r>
        <w:rPr>
          <w:sz w:val="20"/>
        </w:rPr>
        <w:t>11:55  apna revelation bhejta hai, wahi bhejta hai kisi insan par, yani paighambar par, taake woh logon ko khabardar kar de mulaqat ke din se.</w:t>
      </w:r>
      <w:r>
        <w:br/>
      </w:r>
      <w:r>
        <w:rPr>
          <w:sz w:val="20"/>
        </w:rPr>
        <w:t>12:11  yani so that he may warn</w:t>
      </w:r>
      <w:r>
        <w:br/>
      </w:r>
      <w:r>
        <w:rPr>
          <w:sz w:val="20"/>
        </w:rPr>
        <w:t>12:18  of the day of meeting.</w:t>
      </w:r>
      <w:r>
        <w:br/>
      </w:r>
      <w:r>
        <w:rPr>
          <w:sz w:val="20"/>
        </w:rPr>
        <w:t>12:23  yani ek din aane wala hai jab ke insan aur Khuda, jab ke insan Khuda ke samne hoga. yeh day of judgment ki baat hai.</w:t>
      </w:r>
      <w:r>
        <w:br/>
      </w:r>
      <w:r>
        <w:rPr>
          <w:sz w:val="20"/>
        </w:rPr>
        <w:t>12:35  yani yeh jo insaan paida ho rahe hain, mar rahe hain, to aisa nahi ke bas paida hue aur mar gaye aur khatam ho gaye. nahi,</w:t>
      </w:r>
      <w:r>
        <w:br/>
      </w:r>
      <w:r>
        <w:rPr>
          <w:sz w:val="20"/>
        </w:rPr>
        <w:t>12:46  ek day of judgement aane wala hai, peshi ka din aane wala hai, aur saare insaan phir wahan ikattha kiye jayenge Khuda ke samne, aur phir unka hisab hoga.</w:t>
      </w:r>
      <w:r>
        <w:br/>
      </w:r>
      <w:r>
        <w:rPr>
          <w:sz w:val="20"/>
        </w:rPr>
        <w:t>12:59  unke liye punishment ka, yeh reward ka faisla hoga. to farmaya ke peghambar is liye aate hain taake woh logon ko is aane wali mulaqat ke din se unhein ba-khabar kar dein.</w:t>
      </w:r>
      <w:r>
        <w:br/>
      </w:r>
      <w:r>
        <w:rPr>
          <w:sz w:val="20"/>
        </w:rPr>
        <w:t>13:19  peghambar is liye aata hai ke woh mulaqat ke din se logon ko aagah kar de. so that he may warn of the day of judgement,</w:t>
      </w:r>
      <w:r>
        <w:br/>
      </w:r>
      <w:r>
        <w:rPr>
          <w:sz w:val="20"/>
        </w:rPr>
        <w:t>13:34  of the day of meeting. to yeh hai dawat. yani woh ka maqsad hi Quran ka dawat hai.</w:t>
      </w:r>
    </w:p>
    <w:p>
      <w:pPr>
        <w:pStyle w:val="Heading2"/>
      </w:pPr>
      <w:r>
        <w:t>Bedouin's dramatic oath dialogue with Prophet Muhammad</w:t>
      </w:r>
    </w:p>
    <w:p>
      <w:r>
        <w:rPr>
          <w:color w:val="666666"/>
          <w:sz w:val="18"/>
        </w:rPr>
        <w:t>History Repeats Itself 10th March 2013 · 4m 26s · at 5:55 · https://youtu.be/dsjxiXLPXeg?t=355</w:t>
      </w:r>
    </w:p>
    <w:p>
      <w:r>
        <w:rPr>
          <w:i/>
        </w:rPr>
        <w:t>“Rasool Allah ke zamane ka waqia — Madine mein”</w:t>
      </w:r>
    </w:p>
    <w:p>
      <w:r>
        <w:rPr>
          <w:sz w:val="20"/>
        </w:rPr>
        <w:t>5:55  rasool allah ke zamane ka waqia. rasool allah jab madine mein thay, yaani ab se chaudah so saal pehle,</w:t>
      </w:r>
      <w:r>
        <w:br/>
      </w:r>
      <w:r>
        <w:rPr>
          <w:sz w:val="20"/>
        </w:rPr>
        <w:t>6:09  to ek waqia pesh aaya wahan par.</w:t>
      </w:r>
      <w:r>
        <w:br/>
      </w:r>
      <w:r>
        <w:rPr>
          <w:sz w:val="20"/>
        </w:rPr>
        <w:t>6:13  ek din aap madine ki jo masjid thi, ab to bohat bari palace ki jaisi bani hui hai, us waqt to woh literally ek jhonpra thi.</w:t>
      </w:r>
      <w:r>
        <w:br/>
      </w:r>
      <w:r>
        <w:rPr>
          <w:sz w:val="20"/>
        </w:rPr>
        <w:t>6:25  is mein aap bethe hue thay apne sahaba ke sath. to kya hua? bahar se kisi qabile se ek aadmi aata hai.</w:t>
      </w:r>
      <w:r>
        <w:br/>
      </w:r>
      <w:r>
        <w:rPr>
          <w:sz w:val="20"/>
        </w:rPr>
        <w:t>6:36  iska zamaam, iska naam history mein aata hai, zamaam bin salbah. zamaam bin salbah.</w:t>
      </w:r>
      <w:r>
        <w:br/>
      </w:r>
      <w:r>
        <w:rPr>
          <w:sz w:val="20"/>
        </w:rPr>
        <w:t>6:46  to oont par baith kar aaya woh bahar se. poochta hua pahuncha wahan masjid ke darwaze par.</w:t>
      </w:r>
      <w:r>
        <w:br/>
      </w:r>
      <w:r>
        <w:rPr>
          <w:sz w:val="20"/>
        </w:rPr>
        <w:t>6:56  to apne oont ko is ne bahar baandh diya. is ke baad woh masjid mein enter hua.</w:t>
      </w:r>
      <w:r>
        <w:br/>
      </w:r>
      <w:r>
        <w:rPr>
          <w:sz w:val="20"/>
        </w:rPr>
        <w:t>7:04  wo log bohat hi saada fitrat log thay. woh takallufat nahi karate thay. be takalluf baat karte thay.</w:t>
      </w:r>
      <w:r>
        <w:br/>
      </w:r>
      <w:r>
        <w:rPr>
          <w:sz w:val="20"/>
        </w:rPr>
        <w:t>7:15  koi tamheed nahi. to dakhil hote hi woh kya kehta hai? "aikum ibn abdul muttalib". aaj kal kya hai?</w:t>
      </w:r>
      <w:r>
        <w:br/>
      </w:r>
      <w:r>
        <w:rPr>
          <w:sz w:val="20"/>
        </w:rPr>
        <w:t>7:24  aap jayenge to "assalam o alaikum". khairiyat hai? sab theek hai? baat bachche achhe hain? yeh sab maani chalta tha.</w:t>
      </w:r>
      <w:r>
        <w:br/>
      </w:r>
      <w:r>
        <w:rPr>
          <w:sz w:val="20"/>
        </w:rPr>
        <w:t>7:33  dakhil hote hi woh kehta hai "aikum ibn abdul muttalib". yaani tum mein se kaun hai jo abdul muttalib ka beta hai?</w:t>
      </w:r>
      <w:r>
        <w:br/>
      </w:r>
      <w:r>
        <w:rPr>
          <w:sz w:val="20"/>
        </w:rPr>
        <w:t>7:42  matlab tha aap ka ke muhammad bin abdullah ibn abdul muttalib. yaani woh insaan kaun hai jis ka naam muhammad hai? to rasool allah ne kaha ke mein hoon.</w:t>
      </w:r>
      <w:r>
        <w:br/>
      </w:r>
      <w:r>
        <w:rPr>
          <w:sz w:val="20"/>
        </w:rPr>
        <w:t>7:57  to bilkul direct sawal karta hai woh. direct sawal.</w:t>
      </w:r>
      <w:r>
        <w:br/>
      </w:r>
      <w:r>
        <w:rPr>
          <w:sz w:val="20"/>
        </w:rPr>
        <w:t>8:05  dekhein yeh waqia maine apni kitab mein likha hai. aap is ko dekh sakte hain. urdu mein "kitab al inqilab" mein woh hai page number one hundred twenty three.</w:t>
      </w:r>
      <w:r>
        <w:br/>
      </w:r>
      <w:r>
        <w:rPr>
          <w:sz w:val="20"/>
        </w:rPr>
        <w:t>8:20  english mein "prophet of islam" mein hai woh page number one thirty three mein. to kya sawal karta hai pehle woh?</w:t>
      </w:r>
      <w:r>
        <w:br/>
      </w:r>
      <w:r>
        <w:rPr>
          <w:sz w:val="20"/>
        </w:rPr>
        <w:t>8:32  pehla sawal, direct.</w:t>
      </w:r>
      <w:r>
        <w:br/>
      </w:r>
      <w:r>
        <w:rPr>
          <w:sz w:val="20"/>
        </w:rPr>
        <w:t>8:41  mein aap ko qasam dilata hoon. qasam dilata hoon. is khuda ki jis ko aap mante hain. aur is khuda ki jis ko doosre to aap log mante hain.</w:t>
      </w:r>
      <w:r>
        <w:br/>
      </w:r>
      <w:r>
        <w:rPr>
          <w:sz w:val="20"/>
        </w:rPr>
        <w:t>8:53  kya aap ko, kya aap ko khuda ne paygambar bana kar bheja hai?</w:t>
      </w:r>
      <w:r>
        <w:br/>
      </w:r>
      <w:r>
        <w:rPr>
          <w:sz w:val="20"/>
        </w:rPr>
        <w:t>9:00  aap kehte hain "allahumma nayam".</w:t>
      </w:r>
      <w:r>
        <w:br/>
      </w:r>
      <w:r>
        <w:rPr>
          <w:sz w:val="20"/>
        </w:rPr>
        <w:t>9:06  koi tamheed ke baghair aap jawab dete hain ke haan. khudaya haan.</w:t>
      </w:r>
      <w:r>
        <w:br/>
      </w:r>
      <w:r>
        <w:rPr>
          <w:sz w:val="20"/>
        </w:rPr>
        <w:t>9:13  phir isi tarah se woh kehta hai ke mein aap ko qasam dilata hoon. is khuda ki jis ko aap mante hain. is khuda ki jis ko log mante hain.</w:t>
      </w:r>
      <w:r>
        <w:br/>
      </w:r>
      <w:r>
        <w:rPr>
          <w:sz w:val="20"/>
        </w:rPr>
        <w:t>9:23  ke aap ko khuda ne kaha hai ke hum aa kar yahan apni salat ka elaan karein.</w:t>
      </w:r>
      <w:r>
        <w:br/>
      </w:r>
      <w:r>
        <w:rPr>
          <w:sz w:val="20"/>
        </w:rPr>
        <w:t>9:30  hum ko khuda yeh ahkam batayein. to aap ne kaha ke haan. "allahumma nayam". haan. aise hi woh bar bar sawal karta hai. har cheez ke bare mein.</w:t>
      </w:r>
      <w:r>
        <w:br/>
      </w:r>
      <w:r>
        <w:rPr>
          <w:sz w:val="20"/>
        </w:rPr>
        <w:t>9:40  jaise namaz, roza, hajj, zakat. har cheez ke bare mein. aap kehte hain haan. haan. aakhir mein kya hota hai?</w:t>
      </w:r>
      <w:r>
        <w:br/>
      </w:r>
      <w:r>
        <w:rPr>
          <w:sz w:val="20"/>
        </w:rPr>
        <w:t>9:53  is sawal jawab ke baad baat final ho jati hai.</w:t>
      </w:r>
      <w:r>
        <w:br/>
      </w:r>
      <w:r>
        <w:rPr>
          <w:sz w:val="20"/>
        </w:rPr>
        <w:t>10:00  woh kehta hai ke acha hath barhaiye. main aap par baiat karta hoon. aap ki sachai par.</w:t>
      </w:r>
      <w:r>
        <w:br/>
      </w:r>
      <w:r>
        <w:rPr>
          <w:sz w:val="20"/>
        </w:rPr>
        <w:t>10:09  yeh jo dialogue hua tha is zamane mein, yeh hamari kitabon mein aik matter of history ke tor par aap dekhenge is ko.</w:t>
      </w:r>
    </w:p>
    <w:p>
      <w:pPr>
        <w:pStyle w:val="Heading2"/>
      </w:pPr>
      <w:r>
        <w:t>Contemplating God's creation and the four spiritual moments</w:t>
      </w:r>
    </w:p>
    <w:p>
      <w:r>
        <w:rPr>
          <w:color w:val="666666"/>
          <w:sz w:val="18"/>
        </w:rPr>
        <w:t>The Concept of Spirituality In Islam - I January 27, 2006 Maulana Wahiduddin Khan · 3m 40s · at 46:53 · https://youtu.be/xnI_QVVDWgk?t=2813</w:t>
      </w:r>
    </w:p>
    <w:p>
      <w:r>
        <w:rPr>
          <w:i/>
        </w:rPr>
        <w:t>“The third moment is contemplating the creation of God”</w:t>
      </w:r>
    </w:p>
    <w:p>
      <w:r>
        <w:rPr>
          <w:sz w:val="20"/>
        </w:rPr>
        <w:t>46:53  then, the third one is yatfakkur fiha qusala Allah.</w:t>
      </w:r>
      <w:r>
        <w:br/>
      </w:r>
      <w:r>
        <w:rPr>
          <w:sz w:val="20"/>
        </w:rPr>
        <w:t>47:03  that moment when you are contemplating in the creature of God. yatfakkur fiha qusala Allah. khuda ki karigari mein sochna.</w:t>
      </w:r>
      <w:r>
        <w:br/>
      </w:r>
      <w:r>
        <w:rPr>
          <w:sz w:val="20"/>
        </w:rPr>
        <w:t>47:21  you are engaged</w:t>
      </w:r>
      <w:r>
        <w:br/>
      </w:r>
      <w:r>
        <w:rPr>
          <w:sz w:val="20"/>
        </w:rPr>
        <w:t>47:25  in, in the, in, in the external world. you see flowers. you see trees. you see solar system. you see stars and planets. and then,</w:t>
      </w:r>
      <w:r>
        <w:br/>
      </w:r>
      <w:r>
        <w:rPr>
          <w:sz w:val="20"/>
        </w:rPr>
        <w:t>47:42  you find the gloria of God. who was a God who don't see sign. this is yatfakkur fiha qusala Allah.</w:t>
      </w:r>
      <w:r>
        <w:br/>
      </w:r>
      <w:r>
        <w:rPr>
          <w:sz w:val="20"/>
        </w:rPr>
        <w:t>47:56  one sufi poet has said</w:t>
      </w:r>
      <w:r>
        <w:br/>
      </w:r>
      <w:r>
        <w:rPr>
          <w:sz w:val="20"/>
        </w:rPr>
        <w:t>48:02  to this regard,</w:t>
      </w:r>
      <w:r>
        <w:br/>
      </w:r>
      <w:r>
        <w:rPr>
          <w:sz w:val="20"/>
        </w:rPr>
        <w:t>48:07  "barg darakhtan sab dar nazre hoshiyar. har barkhe tafatraj marat tere darbar." it is a persian line.</w:t>
      </w:r>
      <w:r>
        <w:br/>
      </w:r>
      <w:r>
        <w:rPr>
          <w:sz w:val="20"/>
        </w:rPr>
        <w:t>48:21  a persian sufi se, "barg darakhtan sab dar nazre hoshiyar. har barkhe tafatraj marat tere darbar." it means that every leaf of a tree,</w:t>
      </w:r>
      <w:r>
        <w:br/>
      </w:r>
      <w:r>
        <w:rPr>
          <w:sz w:val="20"/>
        </w:rPr>
        <w:t>48:36  if a single leaf, is a great book of God. a single leaf, ek patti.</w:t>
      </w:r>
      <w:r>
        <w:br/>
      </w:r>
      <w:r>
        <w:rPr>
          <w:sz w:val="20"/>
        </w:rPr>
        <w:t>48:51  barg darakhtan sab dar nazre hoshiyar. one with wise who can see the gloria of God.</w:t>
      </w:r>
      <w:r>
        <w:br/>
      </w:r>
      <w:r>
        <w:rPr>
          <w:sz w:val="20"/>
        </w:rPr>
        <w:t>49:01  so, he find that every leaf has great story of God. har barkhe tafatraj marat tere darbar. in every, you can say that every leaf is a hisabik of God.</w:t>
      </w:r>
      <w:r>
        <w:br/>
      </w:r>
      <w:r>
        <w:rPr>
          <w:sz w:val="20"/>
        </w:rPr>
        <w:t>49:23  every leaf with tree is like a great hisabik of God.</w:t>
      </w:r>
      <w:r>
        <w:br/>
      </w:r>
      <w:r>
        <w:rPr>
          <w:sz w:val="20"/>
        </w:rPr>
        <w:t>49:32  this is yatfakkur fiha qusala Allah.</w:t>
      </w:r>
      <w:r>
        <w:br/>
      </w:r>
      <w:r>
        <w:rPr>
          <w:sz w:val="20"/>
        </w:rPr>
        <w:t>49:38  so, the and the fourth moment is that when you are engaged in your, in,</w:t>
      </w:r>
      <w:r>
        <w:br/>
      </w:r>
      <w:r>
        <w:rPr>
          <w:sz w:val="20"/>
        </w:rPr>
        <w:t>49:52  in, in your leveryhood to earn something for your life. so, is the fourth item.</w:t>
      </w:r>
      <w:r>
        <w:br/>
      </w:r>
      <w:r>
        <w:rPr>
          <w:sz w:val="20"/>
        </w:rPr>
        <w:t>50:05  the first item is nearness to God. second item is introspection. third is contemplation about God. and fourth is engage yourself in Islamic activities. then, the about applied spirituality,</w:t>
      </w:r>
    </w:p>
    <w:p>
      <w:pPr>
        <w:pStyle w:val="Heading2"/>
      </w:pPr>
      <w:r>
        <w:t>A caller's dream and the hadith on dreams as guidance</w:t>
      </w:r>
    </w:p>
    <w:p>
      <w:r>
        <w:rPr>
          <w:color w:val="666666"/>
          <w:sz w:val="18"/>
        </w:rPr>
        <w:t>Divine Guidance November 25, 2007 · 3m 03s · at 5:50 · https://youtu.be/uJjypJ-8His?t=350</w:t>
      </w:r>
    </w:p>
    <w:p>
      <w:r>
        <w:rPr>
          <w:i/>
        </w:rPr>
        <w:t>“Unka telephone aaya ke mujhe ek dream aaya hai”</w:t>
      </w:r>
    </w:p>
    <w:p>
      <w:r>
        <w:rPr>
          <w:sz w:val="20"/>
        </w:rPr>
        <w:t>5:50  to un ka telephone aaya ke mujhe ek dream aaya hai. ek dream.</w:t>
      </w:r>
      <w:r>
        <w:br/>
      </w:r>
      <w:r>
        <w:rPr>
          <w:sz w:val="20"/>
        </w:rPr>
        <w:t>6:00  woh dream yeh tha ke woh kahin chal rahe hain</w:t>
      </w:r>
      <w:r>
        <w:br/>
      </w:r>
      <w:r>
        <w:rPr>
          <w:sz w:val="20"/>
        </w:rPr>
        <w:t>6:05  to rastay mein dekhte hain ke ek jagah kuch bohat hi, ek aam jagah hai, kooda karkat wahan par hai.</w:t>
      </w:r>
      <w:r>
        <w:br/>
      </w:r>
      <w:r>
        <w:rPr>
          <w:sz w:val="20"/>
        </w:rPr>
        <w:t>6:15  to un ke ek relatives wahan par paray hue hain, murda. dead. yani ek insan dead parha hua hai, un ka apna jaan pehchan ka insan.</w:t>
      </w:r>
      <w:r>
        <w:br/>
      </w:r>
      <w:r>
        <w:rPr>
          <w:sz w:val="20"/>
        </w:rPr>
        <w:t>6:29  to yeh pareshan ho jatay hain ke yeh to dead hai, kya kya jaye?</w:t>
      </w:r>
      <w:r>
        <w:br/>
      </w:r>
      <w:r>
        <w:rPr>
          <w:sz w:val="20"/>
        </w:rPr>
        <w:t>6:34  to woh kahin se la kar ek chadar us ko orha dete hain.</w:t>
      </w:r>
      <w:r>
        <w:br/>
      </w:r>
      <w:r>
        <w:rPr>
          <w:sz w:val="20"/>
        </w:rPr>
        <w:t>6:40  kuch dair ke baad woh dekhte hain ke is aadmi ne aankh khol di, bolne laga, uth gaya aur chalne laga. to unhon ne poocha ke is dream ka matlab kya hai?</w:t>
      </w:r>
      <w:r>
        <w:br/>
      </w:r>
      <w:r>
        <w:rPr>
          <w:sz w:val="20"/>
        </w:rPr>
        <w:t>6:54  to is dream mein bhi mujhe laga ke wahi 50-50 ka mamla hai.</w:t>
      </w:r>
      <w:r>
        <w:br/>
      </w:r>
      <w:r>
        <w:rPr>
          <w:sz w:val="20"/>
        </w:rPr>
        <w:t>7:01  woh case</w:t>
      </w:r>
      <w:r>
        <w:br/>
      </w:r>
      <w:r>
        <w:rPr>
          <w:sz w:val="20"/>
        </w:rPr>
        <w:t>7:02  e? dekhen, sahih al bukhari jo kitab hai hadith ki, us mein rasool ALLAH sal ALLAH o alaihi wasallam ne farmaya ke prophethood khatam ho gayi,</w:t>
      </w:r>
      <w:r>
        <w:br/>
      </w:r>
      <w:r>
        <w:rPr>
          <w:sz w:val="20"/>
        </w:rPr>
        <w:t>7:15  ab koi prophet aanay wala nahi hai. lekin ek cheez baqi hai. woh kya hai? sachay dream.</w:t>
      </w:r>
      <w:r>
        <w:br/>
      </w:r>
      <w:r>
        <w:rPr>
          <w:sz w:val="20"/>
        </w:rPr>
        <w:t>7:25  al ru'ya al saadiqah sachay dream.</w:t>
      </w:r>
      <w:r>
        <w:br/>
      </w:r>
      <w:r>
        <w:rPr>
          <w:sz w:val="20"/>
        </w:rPr>
        <w:t>7:30  to aap ne bataya ke dream jo hai woh prophethood ka 40, chiyaliswan hissa hai.</w:t>
      </w:r>
      <w:r>
        <w:br/>
      </w:r>
      <w:r>
        <w:rPr>
          <w:sz w:val="20"/>
        </w:rPr>
        <w:t>7:40  46 hissa hai. nubowat ka chiyaliswan hissa hai. is par bhi aaj hi mein ghor karte hue samajh paya ke is ka matlab hai ke dream 50% hai.</w:t>
      </w:r>
      <w:r>
        <w:br/>
      </w:r>
      <w:r>
        <w:rPr>
          <w:sz w:val="20"/>
        </w:rPr>
        <w:t>7:55  interpretation ka talluq is se alag hai.</w:t>
      </w:r>
      <w:r>
        <w:br/>
      </w:r>
      <w:r>
        <w:rPr>
          <w:sz w:val="20"/>
        </w:rPr>
        <w:t>7:59  khud dream mein interpretation nahi hota. 50% dream hota hai aur 50% aap ka apna samajh hoti hai.</w:t>
      </w:r>
      <w:r>
        <w:br/>
      </w:r>
      <w:r>
        <w:rPr>
          <w:sz w:val="20"/>
        </w:rPr>
        <w:t>8:10  to isi liye kaha gaya hai ru'ya saadiqah ko mubaashraat, khushkhabri, good tidings. to khuda jab ek dream dikhata hai aap ko to us ne aap ko ek khushkhabri di.</w:t>
      </w:r>
      <w:r>
        <w:br/>
      </w:r>
      <w:r>
        <w:rPr>
          <w:sz w:val="20"/>
        </w:rPr>
        <w:t>8:23  lekin woh 50% hai.</w:t>
      </w:r>
      <w:r>
        <w:br/>
      </w:r>
      <w:r>
        <w:rPr>
          <w:sz w:val="20"/>
        </w:rPr>
        <w:t>8:26  apni aqal ko aap ko istemal kar ke wahan baqi 50% ko add karna paray ga. tab us ko aap samajh payen ge.</w:t>
      </w:r>
      <w:r>
        <w:br/>
      </w:r>
      <w:r>
        <w:rPr>
          <w:sz w:val="20"/>
        </w:rPr>
        <w:t>8:37  to yeh jo hadith mein hai ke sachay khwab jo hain nubowat ka chiyaliswan hissa hain, is ka matlab yahi hai ke woh 50% hain.</w:t>
      </w:r>
      <w:r>
        <w:br/>
      </w:r>
      <w:r>
        <w:rPr>
          <w:sz w:val="20"/>
        </w:rPr>
        <w:t>8:49  50% aap ko apni taraf se add karna parta hai.</w:t>
      </w:r>
    </w:p>
    <w:p>
      <w:pPr>
        <w:pStyle w:val="Heading2"/>
      </w:pPr>
      <w:r>
        <w:t>The fifty-year dream of a clear English Quran translation</w:t>
      </w:r>
    </w:p>
    <w:p>
      <w:r>
        <w:rPr>
          <w:color w:val="666666"/>
          <w:sz w:val="18"/>
        </w:rPr>
        <w:t>How to Decondition One's Mind 27 December, 2009 · 4m 14s · at 13:28 · https://youtu.be/BGMkpCzMxB0?t=808</w:t>
      </w:r>
    </w:p>
    <w:p>
      <w:r>
        <w:rPr>
          <w:i/>
        </w:rPr>
        <w:t>“Iske baad maine angrezi parhna shuru kiya”</w:t>
      </w:r>
    </w:p>
    <w:p>
      <w:r>
        <w:rPr>
          <w:sz w:val="20"/>
        </w:rPr>
        <w:t>13:28  to is ke baad mein ne angrezi parhna shuru kiya. aur bees baras tak mein angrezi mein ghark raha. ab mera khwab kya tha</w:t>
      </w:r>
      <w:r>
        <w:br/>
      </w:r>
      <w:r>
        <w:rPr>
          <w:sz w:val="20"/>
        </w:rPr>
        <w:t>13:37  ? mera khwab yeh tha ke yeh Allah ka jo kalam hai, mein ne jis madrasay mein parha, wahan par poora quran parhaya jata tha. kisi bhi madrasay mein, madrasay mein poora quran nahi parhaya jata.</w:t>
      </w:r>
      <w:r>
        <w:br/>
      </w:r>
      <w:r>
        <w:rPr>
          <w:sz w:val="20"/>
        </w:rPr>
        <w:t>13:49  hadith aur fiqh aur adab yeh sab parhaye jatay hain, lekin poora poora quran wahan syllabus mein dakhil ho, aisa koi madrasa nahi hai. isi wahi tha jahan mein parha banay.</w:t>
      </w:r>
      <w:r>
        <w:br/>
      </w:r>
      <w:r>
        <w:rPr>
          <w:sz w:val="20"/>
        </w:rPr>
        <w:t>14:01  lekin yeh parha, quran ko parha, aur phir quran ko doosron ko pata nahi sakta.</w:t>
      </w:r>
      <w:r>
        <w:br/>
      </w:r>
      <w:r>
        <w:rPr>
          <w:sz w:val="20"/>
        </w:rPr>
        <w:t>14:06  zaban yar man turki o turki rami danum.</w:t>
      </w:r>
      <w:r>
        <w:br/>
      </w:r>
      <w:r>
        <w:rPr>
          <w:sz w:val="20"/>
        </w:rPr>
        <w:t>14:12  the language of my friend is turkish and i don't know turkish. to international language jo thi, angrezi thi, us mein quran ko pesh karna tha.</w:t>
      </w:r>
      <w:r>
        <w:br/>
      </w:r>
      <w:r>
        <w:rPr>
          <w:sz w:val="20"/>
        </w:rPr>
        <w:t>14:22  yani quran ko parha mein ne, lekin mein jab aaya doosron ka andar to mein goonga ban gaya. kyunke woh samajhte thay english mein.</w:t>
      </w:r>
      <w:r>
        <w:br/>
      </w:r>
      <w:r>
        <w:rPr>
          <w:sz w:val="20"/>
        </w:rPr>
        <w:t>14:34  to mere andar yeh jazba paida hua ke quran ka english tarjuma kiya jaye. ab jo mein ne parha, jo tarjume, taqreeban pachas translation already maujood hain english ke, pachas.</w:t>
      </w:r>
      <w:r>
        <w:br/>
      </w:r>
      <w:r>
        <w:rPr>
          <w:sz w:val="20"/>
        </w:rPr>
        <w:t>14:46  lekin sab mein kya hai? confusion, clarity nahi kisi mein.</w:t>
      </w:r>
      <w:r>
        <w:br/>
      </w:r>
      <w:r>
        <w:rPr>
          <w:sz w:val="20"/>
        </w:rPr>
        <w:t>14:53  aaj hi angrezi akhbar jo aaya hai, us mein aik bohat achhay mashhoor well known writer ka aik article hai. to mein ne us ko parhwaya.</w:t>
      </w:r>
      <w:r>
        <w:br/>
      </w:r>
      <w:r>
        <w:rPr>
          <w:sz w:val="20"/>
        </w:rPr>
        <w:t>15:06  jis ne parha, woh bohat achhi angrezi janne wala tha. to mein ne us se poocha ke kya matlab hai is ka? koi matlab to koi samajh mein nahi aaya. achhi english hai lekin confusion hi confusion hai sab.</w:t>
      </w:r>
      <w:r>
        <w:br/>
      </w:r>
      <w:r>
        <w:rPr>
          <w:sz w:val="20"/>
        </w:rPr>
        <w:t>15:19  jitne chaptay hain aaj kal english paper mein article, taqreeban without any exception mein kahunga ke sab mein confusion hota hai.</w:t>
      </w:r>
      <w:r>
        <w:br/>
      </w:r>
      <w:r>
        <w:rPr>
          <w:sz w:val="20"/>
        </w:rPr>
        <w:t>15:29  clarity nahi hoti hai. wahi haal quran ka tha. wahi haal quran ka tha ke logon ne pachas tarjume kaat daale quran ke, lekin clarity kisi mein nahi.</w:t>
      </w:r>
      <w:r>
        <w:br/>
      </w:r>
      <w:r>
        <w:rPr>
          <w:sz w:val="20"/>
        </w:rPr>
        <w:t>15:44  jab clarity nahi to aap samjhen kaise ho?</w:t>
      </w:r>
      <w:r>
        <w:br/>
      </w:r>
      <w:r>
        <w:rPr>
          <w:sz w:val="20"/>
        </w:rPr>
        <w:t>15:47  dekhen, translation ki kya definition hai? woh easily understandable ho. parhte jaiye, samajhte jaiye, parhte jaiye, samajhte jaiye.</w:t>
      </w:r>
      <w:r>
        <w:br/>
      </w:r>
      <w:r>
        <w:rPr>
          <w:sz w:val="20"/>
        </w:rPr>
        <w:t>15:58  easily understandable hai to woh translation hai, nahi to woh kuch bhi nahi hai. to koi aik bhi translation aisa nahi tha jo easily understandable ho. to mere andar yeh talab thi ke quran ka aisa translation kiya jaye.</w:t>
      </w:r>
      <w:r>
        <w:br/>
      </w:r>
      <w:r>
        <w:rPr>
          <w:sz w:val="20"/>
        </w:rPr>
        <w:t>16:12  to</w:t>
      </w:r>
      <w:r>
        <w:br/>
      </w:r>
      <w:r>
        <w:rPr>
          <w:sz w:val="20"/>
        </w:rPr>
        <w:t>16:13  mere rishtedaron mein kuch thay angrezi janne walay, un ko mein ne chaha ke woh aik kaam karen. mere apnay janne walon mein, qareebi logon mein, bohat hi qareebi logon mein angrezi janne walay thay, un se mein ne kaha yeh tarjuma karen aisa.</w:t>
      </w:r>
      <w:r>
        <w:br/>
      </w:r>
      <w:r>
        <w:rPr>
          <w:sz w:val="20"/>
        </w:rPr>
        <w:t>16:30  to aap samjhen ke pachas saal beet gaye is khwab mein ke english mein achha translation banay quran majeed ka.</w:t>
      </w:r>
      <w:r>
        <w:br/>
      </w:r>
      <w:r>
        <w:rPr>
          <w:sz w:val="20"/>
        </w:rPr>
        <w:t>16:39  koi kya janay ke mein kis talab mein jeeta raha hoon pachas saal se ke international language mein bohat achha translation, bohat achha chha hua.</w:t>
      </w:r>
      <w:r>
        <w:br/>
      </w:r>
      <w:r>
        <w:rPr>
          <w:sz w:val="20"/>
        </w:rPr>
        <w:t>16:54  aakhir mein kya hua? ke maine socha ke main khud hi karunga.</w:t>
      </w:r>
      <w:r>
        <w:br/>
      </w:r>
      <w:r>
        <w:rPr>
          <w:sz w:val="20"/>
        </w:rPr>
        <w:t>17:02  main ne Khuda se kaha, Khudaya tujh ko likhna hai, haath mera hoga, qalam tera hoga.</w:t>
      </w:r>
      <w:r>
        <w:br/>
      </w:r>
      <w:r>
        <w:rPr>
          <w:sz w:val="20"/>
        </w:rPr>
        <w:t>17:13  mere Quran, Khudaya itne saare angrezi janne wale hain, kisi koi bhi tayyar nahin hai is kaam mein apne aap ko dene ke liye.</w:t>
      </w:r>
      <w:r>
        <w:br/>
      </w:r>
      <w:r>
        <w:rPr>
          <w:sz w:val="20"/>
        </w:rPr>
        <w:t>17:23  log daud rahe hain kis ke peeche? paise ke peeche, paise ke peeche, paise ke peeche.</w:t>
      </w:r>
      <w:r>
        <w:br/>
      </w:r>
      <w:r>
        <w:rPr>
          <w:sz w:val="20"/>
        </w:rPr>
        <w:t>17:33  to maine kaha, Khudaya ab mujhe hi koi tarjuma karna hai, lekin haath mera hoga, qalam tera hoga.</w:t>
      </w:r>
    </w:p>
    <w:p>
      <w:pPr>
        <w:pStyle w:val="Heading2"/>
      </w:pPr>
      <w:r>
        <w:t>why mission-driven travel brings peace, money-driven travel brings stress</w:t>
      </w:r>
    </w:p>
    <w:p>
      <w:r>
        <w:rPr>
          <w:color w:val="666666"/>
          <w:sz w:val="18"/>
        </w:rPr>
        <w:t>Peace of Mind June 29, 2014 · 4m 37s · at 0:54 · https://youtu.be/oVwRc_FcAGk?t=54</w:t>
      </w:r>
    </w:p>
    <w:p>
      <w:r>
        <w:rPr>
          <w:i/>
        </w:rPr>
        <w:t>“حال میں میری ملاقات ایک صاحب سے ہوئی، وہ انجینئر ہیں امریکہ میں”</w:t>
      </w:r>
    </w:p>
    <w:p>
      <w:r>
        <w:rPr>
          <w:sz w:val="20"/>
        </w:rPr>
        <w:t>0:54  haal mein meri mulaqat ek sahab se hui, woh engineer hain aur america mein rehte hain.</w:t>
      </w:r>
      <w:r>
        <w:br/>
      </w:r>
      <w:r>
        <w:rPr>
          <w:sz w:val="20"/>
        </w:rPr>
        <w:t>1:06  unho ne bataya ke</w:t>
      </w:r>
      <w:r>
        <w:br/>
      </w:r>
      <w:r>
        <w:rPr>
          <w:sz w:val="20"/>
        </w:rPr>
        <w:t>1:10  america mein aur doosre developed countries mein ek bohat bara masla hai jis ko kehte hain "stress".</w:t>
      </w:r>
      <w:r>
        <w:br/>
      </w:r>
      <w:r>
        <w:rPr>
          <w:sz w:val="20"/>
        </w:rPr>
        <w:t>1:22  stress ke mani hote hain dabao. to</w:t>
      </w:r>
      <w:r>
        <w:br/>
      </w:r>
      <w:r>
        <w:rPr>
          <w:sz w:val="20"/>
        </w:rPr>
        <w:t>1:26  wahan par kaam ka bojh itna zyada rehta hai logon ke upar ke kaam ke bojh ki wajah se woh mustaqil taur par zehni sukoon se mahroom rehte hain.</w:t>
      </w:r>
      <w:r>
        <w:br/>
      </w:r>
      <w:r>
        <w:rPr>
          <w:sz w:val="20"/>
        </w:rPr>
        <w:t>1:40  zehni sukoon se mahroom. har waqt kaam, har waqt kaam, har waqt kaam. kyunke paisa kamane ke liye zyada kaam karna</w:t>
      </w:r>
      <w:r>
        <w:br/>
      </w:r>
      <w:r>
        <w:rPr>
          <w:sz w:val="20"/>
        </w:rPr>
        <w:t>1:49  hai. logon ka ek hi goal hai: zyada paisa kamana. to zyada paisa kamane ke liye un ko zyada kaam karna parta hai,</w:t>
      </w:r>
      <w:r>
        <w:br/>
      </w:r>
      <w:r>
        <w:rPr>
          <w:sz w:val="20"/>
        </w:rPr>
        <w:t>2:05  dimagh par zyada bojh dalna parta hai. that leads to stress.</w:t>
      </w:r>
      <w:r>
        <w:br/>
      </w:r>
      <w:r>
        <w:rPr>
          <w:sz w:val="20"/>
        </w:rPr>
        <w:t>2:13  to unho ne bataya ke</w:t>
      </w:r>
      <w:r>
        <w:br/>
      </w:r>
      <w:r>
        <w:rPr>
          <w:sz w:val="20"/>
        </w:rPr>
        <w:t>2:18  kuch organizations bani wahan par jinho ne ek formula nikala ke hafte mein ek din jo hai log holiday par jayen, chutti par jayen, aur baqayda is ka intezam kiya jata hai wahan par.</w:t>
      </w:r>
      <w:r>
        <w:br/>
      </w:r>
      <w:r>
        <w:rPr>
          <w:sz w:val="20"/>
        </w:rPr>
        <w:t>2:38  yani aadmi ko khud kuch nahi karna parta, aadmi ko sirf paisa dena parta hai. is ke baad jahan wo jata hai, wo sara management wo companiyan karti hain.</w:t>
      </w:r>
      <w:r>
        <w:br/>
      </w:r>
      <w:r>
        <w:rPr>
          <w:sz w:val="20"/>
        </w:rPr>
        <w:t>2:50  to unho ne kaha ke yeh culture chala wahan par. lekin tajrube ne bataya ke wahan se jab lotte hain log to phir stress, phir stress, phir stress.</w:t>
      </w:r>
      <w:r>
        <w:br/>
      </w:r>
      <w:r>
        <w:rPr>
          <w:sz w:val="20"/>
        </w:rPr>
        <w:t>3:03  to unho ne kaha ke ek term wahan par is se bana hai jo kehte hain "holiday stress".</w:t>
      </w:r>
      <w:r>
        <w:br/>
      </w:r>
      <w:r>
        <w:rPr>
          <w:sz w:val="20"/>
        </w:rPr>
        <w:t>3:12  pehle tha "job stress", ab ban gaya "holiday stress". to hum ne is ko check kiya internet par to bohat se article is mein mile "holiday stress" par.</w:t>
      </w:r>
      <w:r>
        <w:br/>
      </w:r>
      <w:r>
        <w:rPr>
          <w:sz w:val="20"/>
        </w:rPr>
        <w:t>3:28  aur bohat bara masla hai ke jo jo life hai aaj kal ki, is mein to stress zaroor aata hai. to holiday bajaye tab bhi stress baqi rehta hai.</w:t>
      </w:r>
      <w:r>
        <w:br/>
      </w:r>
      <w:r>
        <w:rPr>
          <w:sz w:val="20"/>
        </w:rPr>
        <w:t>3:41  masla hal nahi hota.</w:t>
      </w:r>
      <w:r>
        <w:br/>
      </w:r>
      <w:r>
        <w:rPr>
          <w:sz w:val="20"/>
        </w:rPr>
        <w:t>3:45  to mere mind mein yeh sawal tha bohat dinon se. phir main haal mein mujhe kuch tajrube hue.</w:t>
      </w:r>
      <w:r>
        <w:br/>
      </w:r>
      <w:r>
        <w:rPr>
          <w:sz w:val="20"/>
        </w:rPr>
        <w:t>3:56  yani chand mahinon ke andar hamari kuch daawa meet hui.</w:t>
      </w:r>
      <w:r>
        <w:br/>
      </w:r>
      <w:r>
        <w:rPr>
          <w:sz w:val="20"/>
        </w:rPr>
        <w:t>4:03  kai daawa meet. maslan hyderabad meet, bangalore meet, faizabad meet,</w:t>
      </w:r>
      <w:r>
        <w:br/>
      </w:r>
      <w:r>
        <w:rPr>
          <w:sz w:val="20"/>
        </w:rPr>
        <w:t>4:15  lucknow meet. to main ne dekha ke hamare jo sathi, main jab jata hoon kai to mere sathi log hote hain mere.</w:t>
      </w:r>
      <w:r>
        <w:br/>
      </w:r>
      <w:r>
        <w:rPr>
          <w:sz w:val="20"/>
        </w:rPr>
        <w:t>4:25  main akela nahi jata hoon. to bohat se CPS ke log mere sath hote hain.</w:t>
      </w:r>
      <w:r>
        <w:br/>
      </w:r>
      <w:r>
        <w:rPr>
          <w:sz w:val="20"/>
        </w:rPr>
        <w:t>4:32  to main ne dekha ke log khoob khush hote hain jate waqt bhi aur lotte hue bhi. yani jate hue bhi stress free aur wapsi mein bhi stress free.</w:t>
      </w:r>
      <w:r>
        <w:br/>
      </w:r>
      <w:r>
        <w:rPr>
          <w:sz w:val="20"/>
        </w:rPr>
        <w:t>4:46  to yeh main ne socha ke farq why this difference?</w:t>
      </w:r>
      <w:r>
        <w:br/>
      </w:r>
      <w:r>
        <w:rPr>
          <w:sz w:val="20"/>
        </w:rPr>
        <w:t>4:52  kyun aisa hai ke developed countries mein log baqayda paisa kharch kar ke holiday banane ke liye jate hain achi jagahon par, lekin lotte hain to dobara stress le kar lotte hain.</w:t>
      </w:r>
      <w:r>
        <w:br/>
      </w:r>
      <w:r>
        <w:rPr>
          <w:sz w:val="20"/>
        </w:rPr>
        <w:t>5:08  hamare sathi jate hain to bohat hi khushi ke sath jate hain aur wapsi bhi khushi khushi lotte hain.</w:t>
      </w:r>
      <w:r>
        <w:br/>
      </w:r>
      <w:r>
        <w:rPr>
          <w:sz w:val="20"/>
        </w:rPr>
        <w:t>5:18  to mere samne aaya ke hamare sathiyon ka jo mamla hai wo mission ka mamla hai. aur doosre log jo hain un ka masla, un ka kaam, un ka mamla hai bas money, bas money.</w:t>
      </w:r>
    </w:p>
    <w:p>
      <w:pPr>
        <w:pStyle w:val="Heading2"/>
      </w:pPr>
      <w:r>
        <w:t>Full critique of Palestinian losing war</w:t>
      </w:r>
    </w:p>
    <w:p>
      <w:r>
        <w:rPr>
          <w:color w:val="666666"/>
          <w:sz w:val="18"/>
        </w:rPr>
        <w:t>Q&amp;A 09 Nov 2008 - Maulana Wahiduddin Khan · 3m 53s · at 0:51 · https://youtu.be/iA8ELjlgPLU?t=51</w:t>
      </w:r>
    </w:p>
    <w:p>
      <w:r>
        <w:rPr>
          <w:i/>
        </w:rPr>
        <w:t>“Dekhiye, maine abhi suna tha yeh unka jawab. Quran mein hai.”</w:t>
      </w:r>
    </w:p>
    <w:p>
      <w:r>
        <w:rPr>
          <w:sz w:val="20"/>
        </w:rPr>
        <w:t>0:51  Dekhiye, main ne abhi suna tha yeh un ka jawab. Quran mein hai ke "Innama hi kalimatu hu qailuha".</w:t>
      </w:r>
      <w:r>
        <w:br/>
      </w:r>
      <w:r>
        <w:rPr>
          <w:sz w:val="20"/>
        </w:rPr>
        <w:t>1:00  Yeh aadmi keh de baghair soyay samjhe yun hi ek baat. Koi is ka meaning nahi, koi matlab nahi hai.</w:t>
      </w:r>
      <w:r>
        <w:br/>
      </w:r>
      <w:r>
        <w:rPr>
          <w:sz w:val="20"/>
        </w:rPr>
        <w:t>1:10  Is liye ke land ke liye aap ladh rahe hain to land milna chahiye na? Har ladhai kisi end ke liye, kisi result ke liye hoti hai.</w:t>
      </w:r>
      <w:r>
        <w:br/>
      </w:r>
      <w:r>
        <w:rPr>
          <w:sz w:val="20"/>
        </w:rPr>
        <w:t>1:20  Jab shuru kiya tha ladhai unhon ne 1948 mein to Palestine ka more than 50 percent ke paas tha.</w:t>
      </w:r>
      <w:r>
        <w:br/>
      </w:r>
      <w:r>
        <w:rPr>
          <w:sz w:val="20"/>
        </w:rPr>
        <w:t>1:29  Aaj kuch bhi nahi, sab chhin gaya. To land ki ladhai ladh rahe hain aur land chhinwa rahe hain? Yeh ladhai hai yeh?</w:t>
      </w:r>
      <w:r>
        <w:br/>
      </w:r>
      <w:r>
        <w:rPr>
          <w:sz w:val="20"/>
        </w:rPr>
        <w:t>1:38  To yeh to sar ta pa ek ek stepped kaam hai. To kuch bhi nahi hai, nothing hai, nothing hai.</w:t>
      </w:r>
      <w:r>
        <w:br/>
      </w:r>
      <w:r>
        <w:rPr>
          <w:sz w:val="20"/>
        </w:rPr>
        <w:t>1:46  Na political hai na religious hai. Yeh stepped war hai yeh. Aap sochiye, koi bhi kaam, bas business aap karein to kis liye?</w:t>
      </w:r>
      <w:r>
        <w:br/>
      </w:r>
      <w:r>
        <w:rPr>
          <w:sz w:val="20"/>
        </w:rPr>
        <w:t>1:56  Aap ko income hogi, job aap karein to is liye ke aap ko salary milegi.</w:t>
      </w:r>
      <w:r>
        <w:br/>
      </w:r>
      <w:r>
        <w:rPr>
          <w:sz w:val="20"/>
        </w:rPr>
        <w:t>2:03  Koi bhi aap kaam karte hain to kisi is ka koi purpose hota hai. To land ki ladhai is liye ke ho hona chahiye ke land mile aap ko.</w:t>
      </w:r>
      <w:r>
        <w:br/>
      </w:r>
      <w:r>
        <w:rPr>
          <w:sz w:val="20"/>
        </w:rPr>
        <w:t>2:12  Nahi to land aap kho rahe hain. To now the time is to revise, to reassess</w:t>
      </w:r>
      <w:r>
        <w:br/>
      </w:r>
      <w:r>
        <w:rPr>
          <w:sz w:val="20"/>
        </w:rPr>
        <w:t>2:21  the whole thing. 60 saal beet gaye to ab unhein kehna chahiye ke humein sharm aati hai ke hum ne aisi ladhai ladi jo tha apne paas, woh bhi kho diya hum ne.</w:t>
      </w:r>
      <w:r>
        <w:br/>
      </w:r>
      <w:r>
        <w:rPr>
          <w:sz w:val="20"/>
        </w:rPr>
        <w:t>2:30  Ab to reassess karna hai, humein batao ke kya karein? Batao ke hum kya karein?</w:t>
      </w:r>
      <w:r>
        <w:br/>
      </w:r>
      <w:r>
        <w:rPr>
          <w:sz w:val="20"/>
        </w:rPr>
        <w:t>2:38  Reassess karna chahiye, revise karna chahiye. Yeh elaan karna chahiye ke "we were wrong".</w:t>
      </w:r>
      <w:r>
        <w:br/>
      </w:r>
      <w:r>
        <w:rPr>
          <w:sz w:val="20"/>
        </w:rPr>
        <w:t>2:44  Yeh jo kaha unhon ne, unhon ne kehna chahiye tha ke "we were wrong" kyun ke land mili, land chhin gayi. 1948 mein unhon ne ladhai chhodi thi, ab 60 baras beet gaye hain.</w:t>
      </w:r>
      <w:r>
        <w:br/>
      </w:r>
      <w:r>
        <w:rPr>
          <w:sz w:val="20"/>
        </w:rPr>
        <w:t>2:58  Aap kitabon mein padh lijiye, history padh lijiye, 1948 mein ball four plan ke tehat jo banaya tha unhon ne land, woh Palestine ka more than 50 percent tha.</w:t>
      </w:r>
      <w:r>
        <w:br/>
      </w:r>
      <w:r>
        <w:rPr>
          <w:sz w:val="20"/>
        </w:rPr>
        <w:t>3:12  Aaj un ke paas kuch bhi nahi hai, sab chhin gaya, sab qabza kar liya doosron ne. To yeh land ki ladhai thi, yeh land ko chhinne ki ladhai thi, land ko khone ki ladhai thi.</w:t>
      </w:r>
      <w:r>
        <w:br/>
      </w:r>
      <w:r>
        <w:rPr>
          <w:sz w:val="20"/>
        </w:rPr>
        <w:t>3:26  Yeh koi ladhai hai yeh? Stepped war.</w:t>
      </w:r>
      <w:r>
        <w:br/>
      </w:r>
      <w:r>
        <w:rPr>
          <w:sz w:val="20"/>
        </w:rPr>
        <w:t>3:30  Unhon ne kehna chahiye tha ke "we were wrong". "we were blind". "we were blind". Humein batao ke hum kya karein?</w:t>
      </w:r>
      <w:r>
        <w:br/>
      </w:r>
      <w:r>
        <w:rPr>
          <w:sz w:val="20"/>
        </w:rPr>
        <w:t>3:41  Har action, dekhiye, koi bhi action aap lein to us ko result oriented hona chahiye. Koi result nikle? Yahan to ulta ho raha hai, ulta.</w:t>
      </w:r>
      <w:r>
        <w:br/>
      </w:r>
      <w:r>
        <w:rPr>
          <w:sz w:val="20"/>
        </w:rPr>
        <w:t>3:53  Yaani kharbon rupay aap barbaad kiya isi mein. Beshumar jaanein is mein zaaya huin. Palestinian wahan se bhaag kar doosre mulkon mein chale gaye.</w:t>
      </w:r>
      <w:r>
        <w:br/>
      </w:r>
      <w:r>
        <w:rPr>
          <w:sz w:val="20"/>
        </w:rPr>
        <w:t>4:06  Jis jis angle se dekhiye, yeh khone ki war thi. Land ki war thori hai yeh? Land ki war nahi, yeh khone ki war hai. Tabahi ki war hai.</w:t>
      </w:r>
      <w:r>
        <w:br/>
      </w:r>
      <w:r>
        <w:rPr>
          <w:sz w:val="20"/>
        </w:rPr>
        <w:t>4:18  ab kehna chahiye logon ko ke "we are, we were blind".</w:t>
      </w:r>
      <w:r>
        <w:br/>
      </w:r>
      <w:r>
        <w:rPr>
          <w:sz w:val="20"/>
        </w:rPr>
        <w:t>4:24  "we, we committed a grave mistake". ab hamein batao ke hum ab se kya karein? now the time is to reassess, to revise the whole better.</w:t>
      </w:r>
      <w:r>
        <w:br/>
      </w:r>
      <w:r>
        <w:rPr>
          <w:sz w:val="20"/>
        </w:rPr>
        <w:t>4:37  to yeh koi jawab nahi, yeh "إنما هي كلمة هو قائلها" ka misdaq hai.</w:t>
      </w:r>
    </w:p>
    <w:p>
      <w:pPr>
        <w:pStyle w:val="Heading2"/>
      </w:pPr>
      <w:r>
        <w:t>The true purpose of fasting versus how Muslims waste it</w:t>
      </w:r>
    </w:p>
    <w:p>
      <w:r>
        <w:rPr>
          <w:color w:val="666666"/>
          <w:sz w:val="18"/>
        </w:rPr>
        <w:t>Roza and Quran July 18, 2010 · 4m 57s · at 52:58 · https://youtu.be/TSjqSQEb0EQ?t=3178</w:t>
      </w:r>
    </w:p>
    <w:p>
      <w:r>
        <w:rPr>
          <w:i/>
        </w:rPr>
        <w:t>“This is the purpose of fasting — preparing a person to truly read the Quran.”</w:t>
      </w:r>
    </w:p>
    <w:p>
      <w:r>
        <w:rPr>
          <w:sz w:val="20"/>
        </w:rPr>
        <w:t>52:58  to yeh hai rozay ka maqsad. rozay ka maqsad yahi hai. ke aadmi ko tayyar kar ke Quran parhne ka mauqa dena.</w:t>
      </w:r>
      <w:r>
        <w:br/>
      </w:r>
      <w:r>
        <w:rPr>
          <w:sz w:val="20"/>
        </w:rPr>
        <w:t>53:08  aap jante hain ke rozay mein Quran bohat parha jata hai. yani tilawat ki jati hai, namazon mein parha jata hai, aur phir taraveeh ki shakal mein poora poora Quran jo hai woh dohrata jata hai.</w:t>
      </w:r>
      <w:r>
        <w:br/>
      </w:r>
      <w:r>
        <w:rPr>
          <w:sz w:val="20"/>
        </w:rPr>
        <w:t>53:21  goya woh ek ijtamai mutala hota hai Quran ka. taraveeh ko mein ijtamai mutala kehta hoon. lekin abhi to rasam ke taur par ho raha hai.</w:t>
      </w:r>
      <w:r>
        <w:br/>
      </w:r>
      <w:r>
        <w:rPr>
          <w:sz w:val="20"/>
        </w:rPr>
        <w:t>53:31  in logon ko kuch milta nahin.</w:t>
      </w:r>
      <w:r>
        <w:br/>
      </w:r>
      <w:r>
        <w:rPr>
          <w:sz w:val="20"/>
        </w:rPr>
        <w:t>53:34  agar sach much woh ijtamai mutale ki taur par ho, sach much woh Quran par ghore o fikr ke liye ho, to rozay mein aadmi, rozay se aadmi jab is course se bahar aaye to Khuda is ke focus mein aa chuka hoga.</w:t>
      </w:r>
      <w:r>
        <w:br/>
      </w:r>
      <w:r>
        <w:rPr>
          <w:sz w:val="20"/>
        </w:rPr>
        <w:t>53:50  is qabil ho jayega ke woh is hadees ke mutabiq تَعْبُدُ اللَّهَ كَانَكَ تَرَى is tarah ibadat karne lage jaise ke woh Khuda ko dekh raha hai.</w:t>
      </w:r>
      <w:r>
        <w:br/>
      </w:r>
      <w:r>
        <w:rPr>
          <w:sz w:val="20"/>
        </w:rPr>
        <w:t>53:59  yeh sab ho jayega.</w:t>
      </w:r>
      <w:r>
        <w:br/>
      </w:r>
      <w:r>
        <w:rPr>
          <w:sz w:val="20"/>
        </w:rPr>
        <w:t>54:03  to kitni bari nemmat hai yeh. kitni bari nemmat hai yeh. lekin abhi is nemmat se kuch bhi, ek feesad bhi musalmanon ko faida nahin ho raha hai.</w:t>
      </w:r>
      <w:r>
        <w:br/>
      </w:r>
      <w:r>
        <w:rPr>
          <w:sz w:val="20"/>
        </w:rPr>
        <w:t>54:13  kyun? is ko bator rasam liye hue hain. rasam. farsi ka ek sher hai ke تَنْ پَرْوَرِيَ خَلْقْ فُضُوْسُ ذَا رِعَاظَةٍ jis garmi hai iftar, nazarat, ramzan, haj.</w:t>
      </w:r>
      <w:r>
        <w:br/>
      </w:r>
      <w:r>
        <w:rPr>
          <w:sz w:val="20"/>
        </w:rPr>
        <w:t>54:30  is ka matlab yeh hai ke roza rakha gaya tha ke log kam khayein. bhook pyas ka tajurba un ko ho aur ahmiyat maloom ho ke khana kitni bari cheez hai, pani kitni bari cheez hai.</w:t>
      </w:r>
      <w:r>
        <w:br/>
      </w:r>
      <w:r>
        <w:rPr>
          <w:sz w:val="20"/>
        </w:rPr>
        <w:t>54:42  lekin dhoom machate hain khane peene ki. yani aur zyada dhoom marti hai rozay mein.</w:t>
      </w:r>
      <w:r>
        <w:br/>
      </w:r>
      <w:r>
        <w:rPr>
          <w:sz w:val="20"/>
        </w:rPr>
        <w:t>54:52  yahan tak mein America mein ek bar gaya to wahan par ek rozay ke bare mein wahan meri taqreer thi.</w:t>
      </w:r>
      <w:r>
        <w:br/>
      </w:r>
      <w:r>
        <w:rPr>
          <w:sz w:val="20"/>
        </w:rPr>
        <w:t>54:58  to yeh baatein mein ne kahin ke is sher ko le kar ke rozay mein khane peene ki dhoom machai jati hai. to ek sahib jo wahan America mein rehte the woh unhon ne kaha ke aap aap kaise aise kar rahe hain?</w:t>
      </w:r>
      <w:r>
        <w:br/>
      </w:r>
      <w:r>
        <w:rPr>
          <w:sz w:val="20"/>
        </w:rPr>
        <w:t>55:12  yahan to baqayda roza rakha jata hai. to wohin ka ek senior aadmi jo America mein bohat pehle se rehta tha woh woh khara hua us ne kaha ke tum hi nahin mein bhi America mein rehta hoon.</w:t>
      </w:r>
      <w:r>
        <w:br/>
      </w:r>
      <w:r>
        <w:rPr>
          <w:sz w:val="20"/>
        </w:rPr>
        <w:t>55:24  mein janta hoon tum logon ka haal kya hai.</w:t>
      </w:r>
      <w:r>
        <w:br/>
      </w:r>
      <w:r>
        <w:rPr>
          <w:sz w:val="20"/>
        </w:rPr>
        <w:t>55:26  to us ne challenge ki zuban mein kaha ke mein aap se kehta hoon ke rozay ke shuru mein aap wazan le lijiye. weight kar lijiye. aur aakhir mein weight kijiye.</w:t>
      </w:r>
      <w:r>
        <w:br/>
      </w:r>
      <w:r>
        <w:rPr>
          <w:sz w:val="20"/>
        </w:rPr>
        <w:t>55:36  sab ka wazan barh jata hai roze ke aakhir mein. sab chup ho gaye woh. is ne kaha ke main bhi isi amreeka mein rehta hoon.</w:t>
      </w:r>
      <w:r>
        <w:br/>
      </w:r>
      <w:r>
        <w:rPr>
          <w:sz w:val="20"/>
        </w:rPr>
        <w:t>55:44  utaar buk dhoom machate hain khane peene ki roze mein. ke aap logon ka wazan barh jata hai.</w:t>
      </w:r>
      <w:r>
        <w:br/>
      </w:r>
      <w:r>
        <w:rPr>
          <w:sz w:val="20"/>
        </w:rPr>
        <w:t>55:52  aur phir kisi ki himmat nahi pad rahi bolne ki.</w:t>
      </w:r>
      <w:r>
        <w:br/>
      </w:r>
      <w:r>
        <w:rPr>
          <w:sz w:val="20"/>
        </w:rPr>
        <w:t>55:55  to yeh haal hai sab musalmanon ki. roza tha ke bhook pyas ka tajurba karein aadmi. lekin overeating itni karte hain ke unhein bhook hi nahi lagti in ko.</w:t>
      </w:r>
      <w:r>
        <w:br/>
      </w:r>
      <w:r>
        <w:rPr>
          <w:sz w:val="20"/>
        </w:rPr>
        <w:t>56:08  overeating itni karte hain ke unhein bhook nahi lagti, pyas nahi lagti. air condition kamre mein sote rehte hain. yeh roza nahi hai, yeh to ek rasam hai, ek rasam hai.</w:t>
      </w:r>
      <w:r>
        <w:br/>
      </w:r>
      <w:r>
        <w:rPr>
          <w:sz w:val="20"/>
        </w:rPr>
        <w:t>56:23  yeh har giz roza nahi hai.</w:t>
      </w:r>
      <w:r>
        <w:br/>
      </w:r>
      <w:r>
        <w:rPr>
          <w:sz w:val="20"/>
        </w:rPr>
        <w:t>56:26  hadees mein aata hai ke kam min saimin laisa lahu min samin la al-zama'</w:t>
      </w:r>
      <w:r>
        <w:br/>
      </w:r>
      <w:r>
        <w:rPr>
          <w:sz w:val="20"/>
        </w:rPr>
        <w:t>56:36  kitne rozedar aise hain ke un ko apne roze se bhook pyas ke siwa kuch aur nahi milta.</w:t>
      </w:r>
      <w:r>
        <w:br/>
      </w:r>
      <w:r>
        <w:rPr>
          <w:sz w:val="20"/>
        </w:rPr>
        <w:t>56:46  kam min saimin laisa lahu min samin illa al-juwab la tashra' ke kitne rozedar aise hain ke un ko apne roze se bhook pyas ke siwa kuch aur nahi milta.</w:t>
      </w:r>
      <w:r>
        <w:br/>
      </w:r>
      <w:r>
        <w:rPr>
          <w:sz w:val="20"/>
        </w:rPr>
        <w:t>56:59  to roza ek rasam nahi hai, ek rasam nahi hai. woh ek bohat bari haqeeqat hai. aur roze ka ta'alluq juda hua hai quran majeed se.</w:t>
      </w:r>
      <w:r>
        <w:br/>
      </w:r>
      <w:r>
        <w:rPr>
          <w:sz w:val="20"/>
        </w:rPr>
        <w:t>57:12  roze ko agar sachi rooh ke sath rakha jaye to ek roohaniyat paida hogi. ek naya shaoor jaagega.</w:t>
      </w:r>
      <w:r>
        <w:br/>
      </w:r>
      <w:r>
        <w:rPr>
          <w:sz w:val="20"/>
        </w:rPr>
        <w:t>57:22  ek nayi shakhsiyat aap ke andar ubharegi aap ke andar se. ek nayi shakhsiyat aap ke andar ubharegi is ke nateejay mein.</w:t>
      </w:r>
      <w:r>
        <w:br/>
      </w:r>
      <w:r>
        <w:rPr>
          <w:sz w:val="20"/>
        </w:rPr>
        <w:t>57:31  aur phir jab aap quran ko padhenge to quran ke mani khulenge aap ke upar.</w:t>
      </w:r>
      <w:r>
        <w:br/>
      </w:r>
      <w:r>
        <w:rPr>
          <w:sz w:val="20"/>
        </w:rPr>
        <w:t>57:37  naye naye pehlu se aap quran ko samajh paayenge. aur phir woh waqt aajayega ke aap khuda aap ke focus mein aajayega.</w:t>
      </w:r>
      <w:r>
        <w:br/>
      </w:r>
      <w:r>
        <w:rPr>
          <w:sz w:val="20"/>
        </w:rPr>
        <w:t>57:47  ghair numayan khuda aap ka numayan khuda ban jayega.</w:t>
      </w:r>
    </w:p>
    <w:p>
      <w:pPr>
        <w:pStyle w:val="Heading2"/>
      </w:pPr>
      <w:r>
        <w:t>Rebellious teen ends up craving the Maulana's guidance instead</w:t>
      </w:r>
    </w:p>
    <w:p>
      <w:r>
        <w:rPr>
          <w:color w:val="666666"/>
          <w:sz w:val="18"/>
        </w:rPr>
        <w:t>Izhar-e-Deen January 5, 2007 Maulana Wahiduddin Khan · 3m 37s · at 40:15 · https://youtu.be/k7A-QmCYPhM?t=2415</w:t>
      </w:r>
    </w:p>
    <w:p>
      <w:r>
        <w:rPr>
          <w:i/>
        </w:rPr>
        <w:t>“Barbados mein ek larka gate par baith gaya, andar aane se inkar”</w:t>
      </w:r>
    </w:p>
    <w:p>
      <w:r>
        <w:rPr>
          <w:sz w:val="20"/>
        </w:rPr>
        <w:t>40:15  main wahan gaya, barbados ek baar to barbados mein kya hua ke wahan par logon ne ek jalsa kiya,</w:t>
      </w:r>
      <w:r>
        <w:br/>
      </w:r>
      <w:r>
        <w:rPr>
          <w:sz w:val="20"/>
        </w:rPr>
        <w:t>40:30  musalmanon ne</w:t>
      </w:r>
      <w:r>
        <w:br/>
      </w:r>
      <w:r>
        <w:rPr>
          <w:sz w:val="20"/>
        </w:rPr>
        <w:t>40:34  ek jalsa kiya,</w:t>
      </w:r>
      <w:r>
        <w:br/>
      </w:r>
      <w:r>
        <w:rPr>
          <w:sz w:val="20"/>
        </w:rPr>
        <w:t>40:38  is mein meri ek taqreer thi. toh main ne dekha ke ek bachcha, ek naujawan ko uska baap laya, lekin woh baap laya toh woh wahan tak laya jahan ke jahan ke uska gate tha.</w:t>
      </w:r>
      <w:r>
        <w:br/>
      </w:r>
      <w:r>
        <w:rPr>
          <w:sz w:val="20"/>
        </w:rPr>
        <w:t>40:54  andar woh bachcha andar aane ke liye tayyar nahi hua, woh gate par baith gaya, woh aur uska peeth meri taraf thi, munh ulti taraf tha.</w:t>
      </w:r>
      <w:r>
        <w:br/>
      </w:r>
      <w:r>
        <w:rPr>
          <w:sz w:val="20"/>
        </w:rPr>
        <w:t>41:03  yani baap ke pakad dhakad se woh aa toh gaya wahan par, lekin wahan is tarah baitha ke peeth uski meri taraf thi aur munh uska ulti taraf tha.</w:t>
      </w:r>
      <w:r>
        <w:br/>
      </w:r>
      <w:r>
        <w:rPr>
          <w:sz w:val="20"/>
        </w:rPr>
        <w:t>41:13  toh main ne poocha ke yeh kya mamla hai? toh uske baap ne bataya ke yeh woh kehta hai ke me not. jab us ne chaha ke andar lao bachche ko toh us ne kaha ke me not,</w:t>
      </w:r>
      <w:r>
        <w:br/>
      </w:r>
      <w:r>
        <w:rPr>
          <w:sz w:val="20"/>
        </w:rPr>
        <w:t>41:27  yeh sab mere liye nahi hai, yeh bohat pehle ki baat hai. toh</w:t>
      </w:r>
      <w:r>
        <w:br/>
      </w:r>
      <w:r>
        <w:rPr>
          <w:sz w:val="20"/>
        </w:rPr>
        <w:t>41:35  log is ko le kar is tarah ke bohat se waqea hain, aap jante hain ke india mein jo britishs jo education laye toh hamare bare bare top ke jo thinker aur reformer aur deal reader the, unhon ne kaha ke yeh qatl gaah hai,</w:t>
      </w:r>
      <w:r>
        <w:br/>
      </w:r>
      <w:r>
        <w:rPr>
          <w:sz w:val="20"/>
        </w:rPr>
        <w:t>41:54  yeh qatl gaah banayi gayi hai, yani deen ko qatl karna, islam ko qatl karna, is ke liye hai. yeh</w:t>
      </w:r>
      <w:r>
        <w:br/>
      </w:r>
      <w:r>
        <w:rPr>
          <w:sz w:val="20"/>
        </w:rPr>
        <w:t>42:03  yeh ek bilkul galat baat thi, wahan par islam nahi qatl ho raha tha, ghair islam qatl ho raha tha, yani suppression qatl aur qatl ho raha tha, tillation qatl ho rahe the, ab aap parasti qatl ho rahi thi.</w:t>
      </w:r>
      <w:r>
        <w:br/>
      </w:r>
      <w:r>
        <w:rPr>
          <w:sz w:val="20"/>
        </w:rPr>
        <w:t>42:19  logon ne samjha ke islam qatl ho raha hai yahan par toh is ko qatl gaah bana diya. toh</w:t>
      </w:r>
      <w:r>
        <w:br/>
      </w:r>
      <w:r>
        <w:rPr>
          <w:sz w:val="20"/>
        </w:rPr>
        <w:t>42:24  yeh jo me not ka qissa jo hai, is pe bohat din tak socha maine ke kya aaj ka woh naujawan jo hai, woh me not keh raha hai ke mujhe islam nahi chahiye?</w:t>
      </w:r>
      <w:r>
        <w:br/>
      </w:r>
      <w:r>
        <w:rPr>
          <w:sz w:val="20"/>
        </w:rPr>
        <w:t>42:35  toh phir main ne is ka tajruba kiya, pichhle paanch saal se main ek tajruba kar raha hoon, yahi me not wala, me not group jo hai, isi pe tajruba kar raha hoon.</w:t>
      </w:r>
      <w:r>
        <w:br/>
      </w:r>
      <w:r>
        <w:rPr>
          <w:sz w:val="20"/>
        </w:rPr>
        <w:t>42:48  yani woh bachche jo college mein padhte hain, jo modern fashion mein rehte hain, jo friendship culture mein jeete hain, inhi bachchon mein tajruba kar raha hoon, wahi me not group jo hai.</w:t>
      </w:r>
      <w:r>
        <w:br/>
      </w:r>
      <w:r>
        <w:rPr>
          <w:sz w:val="20"/>
        </w:rPr>
        <w:t>43:00  aur main keh sakta hoon ke aaj bohat se bachche, bohat se naujawan, ladke aur ladkiyan, is group se nikal kar doosre group mein aa gaye hain, yani mere saath hain, un ka style badal gaya hai, un ki soch badal gayi hai.</w:t>
      </w:r>
      <w:r>
        <w:br/>
      </w:r>
      <w:r>
        <w:rPr>
          <w:sz w:val="20"/>
        </w:rPr>
        <w:t>43:18  yahan tak ke main kai bachon ko janta hoon ke main ne un se kaha ke tum ko apni mami ki pehmbering chahiye ke meri hembering chahiye?</w:t>
      </w:r>
      <w:r>
        <w:br/>
      </w:r>
      <w:r>
        <w:rPr>
          <w:sz w:val="20"/>
        </w:rPr>
        <w:t>43:29  yeh ajeeb baat suniye aap is ko ke in larkon aur larkiyon se main ne kaha ke tum ko apni mami ki pehpering chahiye ke meri hembering chahiye?</w:t>
      </w:r>
      <w:r>
        <w:br/>
      </w:r>
      <w:r>
        <w:rPr>
          <w:sz w:val="20"/>
        </w:rPr>
        <w:t>43:40  to aise bachhe yahan maujood hain, aap chahein to main un ka naam le sakta hoon, unhon ne kaha nahi, humein mami ki pehpering nahi chahiye</w:t>
      </w:r>
      <w:r>
        <w:br/>
      </w:r>
      <w:r>
        <w:rPr>
          <w:sz w:val="20"/>
        </w:rPr>
        <w:t>43:47  , hum ko aap ki hembering chahiye.</w:t>
      </w:r>
    </w:p>
    <w:p>
      <w:pPr>
        <w:pStyle w:val="Heading2"/>
      </w:pPr>
      <w:r>
        <w:t>Surah Duha's lesson of future-oriented hope</w:t>
      </w:r>
    </w:p>
    <w:p>
      <w:r>
        <w:rPr>
          <w:color w:val="666666"/>
          <w:sz w:val="18"/>
        </w:rPr>
        <w:t>Different Aspects of Islam · 6m 35s · at 6:21 · https://youtu.be/Y77bzb5Vbr8?t=381</w:t>
      </w:r>
    </w:p>
    <w:p>
      <w:r>
        <w:rPr>
          <w:i/>
        </w:rPr>
        <w:t>“Walil akhiratu khairun laka minal ula”</w:t>
      </w:r>
    </w:p>
    <w:p>
      <w:r>
        <w:rPr>
          <w:sz w:val="20"/>
        </w:rPr>
        <w:t>6:21  paigham tha tauheed ka, ek Khuda ka.</w:t>
      </w:r>
      <w:r>
        <w:br/>
      </w:r>
      <w:r>
        <w:rPr>
          <w:sz w:val="20"/>
        </w:rPr>
        <w:t>6:27  to wahan par aap ko zabardast mukhalifat hui.</w:t>
      </w:r>
      <w:r>
        <w:br/>
      </w:r>
      <w:r>
        <w:rPr>
          <w:sz w:val="20"/>
        </w:rPr>
        <w:t>6:32  bohat zyada sataya gaya.</w:t>
      </w:r>
      <w:r>
        <w:br/>
      </w:r>
      <w:r>
        <w:rPr>
          <w:sz w:val="20"/>
        </w:rPr>
        <w:t>6:37  bataur jo bataur yeh tha ke bohat hi mushkil halaat hain wahan ke.</w:t>
      </w:r>
      <w:r>
        <w:br/>
      </w:r>
      <w:r>
        <w:rPr>
          <w:sz w:val="20"/>
        </w:rPr>
        <w:t>6:42  to rasool Allah is halaat mein kafi pareshan rehte thay.</w:t>
      </w:r>
      <w:r>
        <w:br/>
      </w:r>
      <w:r>
        <w:rPr>
          <w:sz w:val="20"/>
        </w:rPr>
        <w:t>6:47  aur aap chunke bashar thay</w:t>
      </w:r>
      <w:r>
        <w:br/>
      </w:r>
      <w:r>
        <w:rPr>
          <w:sz w:val="20"/>
        </w:rPr>
        <w:t>6:52  to bashar hone ke nate aap ke andar tarah tarah ke khayalat aate thay.</w:t>
      </w:r>
      <w:r>
        <w:br/>
      </w:r>
      <w:r>
        <w:rPr>
          <w:sz w:val="20"/>
        </w:rPr>
        <w:t>6:57  kya hoga, kaise hoga.</w:t>
      </w:r>
      <w:r>
        <w:br/>
      </w:r>
      <w:r>
        <w:rPr>
          <w:sz w:val="20"/>
        </w:rPr>
        <w:t>7:03  us waqt aap ko ek formula diya gaya.</w:t>
      </w:r>
      <w:r>
        <w:br/>
      </w:r>
      <w:r>
        <w:rPr>
          <w:sz w:val="20"/>
        </w:rPr>
        <w:t>7:08  woh tha walil aakhirah khair lak minal ula wal duha wal lail ila saga ma wadda'aka rabbuka wa ma qala walil aakhirah khair</w:t>
      </w:r>
      <w:r>
        <w:br/>
      </w:r>
      <w:r>
        <w:rPr>
          <w:sz w:val="20"/>
        </w:rPr>
        <w:t>7:13  lak minal ula.</w:t>
      </w:r>
      <w:r>
        <w:br/>
      </w:r>
      <w:r>
        <w:rPr>
          <w:sz w:val="20"/>
        </w:rPr>
        <w:t>7:18  is zamane ki yeh</w:t>
      </w:r>
      <w:r>
        <w:br/>
      </w:r>
      <w:r>
        <w:rPr>
          <w:sz w:val="20"/>
        </w:rPr>
        <w:t>7:24  baab hai, Makah muattarah. is mein misal di gayi hai ke dekho raat aati hai, phir din aata hai. andhera hota hai, phir ujala aata hai. aik tasalsul hai. is dunya mein andhere aur ujale ka aik tasalsul hai. andhera aaya, phir ujala aaya. yeh kya hai? yeh Khuda ki taraf se aik paigham hai. Khuda ki taraf</w:t>
      </w:r>
      <w:r>
        <w:br/>
      </w:r>
      <w:r>
        <w:rPr>
          <w:sz w:val="20"/>
        </w:rPr>
        <w:t>7:54  se ek achhi khabar hai.</w:t>
      </w:r>
      <w:r>
        <w:br/>
      </w:r>
      <w:r>
        <w:rPr>
          <w:sz w:val="20"/>
        </w:rPr>
        <w:t>7:59  is ko dekh kar rasool Allah ko bataya gaya ke kaisi duniya mein mayoosi ka kya sawal hai.</w:t>
      </w:r>
      <w:r>
        <w:br/>
      </w:r>
      <w:r>
        <w:rPr>
          <w:sz w:val="20"/>
        </w:rPr>
        <w:t>8:04  ek aisi duniya jis ko Khuda ne is tarah banaya hai ke har baar wahan par raat aaye</w:t>
      </w:r>
      <w:r>
        <w:br/>
      </w:r>
      <w:r>
        <w:rPr>
          <w:sz w:val="20"/>
        </w:rPr>
        <w:t>8:09  to saath saath din aaye.</w:t>
      </w:r>
      <w:r>
        <w:br/>
      </w:r>
      <w:r>
        <w:rPr>
          <w:sz w:val="20"/>
        </w:rPr>
        <w:t>8:14  shaam ho to subah ho, andhera ho to ujala ho.</w:t>
      </w:r>
      <w:r>
        <w:br/>
      </w:r>
      <w:r>
        <w:rPr>
          <w:sz w:val="20"/>
        </w:rPr>
        <w:t>8:19  yeh sirf zameen ka f</w:t>
      </w:r>
      <w:r>
        <w:br/>
      </w:r>
      <w:r>
        <w:rPr>
          <w:sz w:val="20"/>
        </w:rPr>
        <w:t>8:24  inominah nahi hai, yeh insaan ka, insaan ki zindagi ka course hai yahi.</w:t>
      </w:r>
      <w:r>
        <w:br/>
      </w:r>
      <w:r>
        <w:rPr>
          <w:sz w:val="20"/>
        </w:rPr>
        <w:t>8:30  to agar aaj tum ko lagta hai ke tumhare mamlaat jo hain mushkilat se tum dochar ho makkah</w:t>
      </w:r>
      <w:r>
        <w:br/>
      </w:r>
      <w:r>
        <w:rPr>
          <w:sz w:val="20"/>
        </w:rPr>
        <w:t>8:36  mein, to yeh to aaj ki baat hai, kal aisa nahi rahega.</w:t>
      </w:r>
      <w:r>
        <w:br/>
      </w:r>
      <w:r>
        <w:rPr>
          <w:sz w:val="20"/>
        </w:rPr>
        <w:t>8:42  to aaj mein jeena chodo, kal mein jeena seekho.</w:t>
      </w:r>
      <w:r>
        <w:br/>
      </w:r>
      <w:r>
        <w:rPr>
          <w:sz w:val="20"/>
        </w:rPr>
        <w:t>8:48  yani haal mein mark</w:t>
      </w:r>
      <w:r>
        <w:br/>
      </w:r>
      <w:r>
        <w:rPr>
          <w:sz w:val="20"/>
        </w:rPr>
        <w:t>8:54  ooz sochne ke bajaye mustaqbil markooz sochne.</w:t>
      </w:r>
      <w:r>
        <w:br/>
      </w:r>
      <w:r>
        <w:rPr>
          <w:sz w:val="20"/>
        </w:rPr>
        <w:t>9:00  wal-akhiratu khairun laka minal-ula.</w:t>
      </w:r>
      <w:r>
        <w:br/>
      </w:r>
      <w:r>
        <w:rPr>
          <w:sz w:val="20"/>
        </w:rPr>
        <w:t>9:07  iska matlab yeh hai ke haal mein markooz sochne chodo aur mustaqbil markooz sochne ko apnao.</w:t>
      </w:r>
      <w:r>
        <w:br/>
      </w:r>
      <w:r>
        <w:rPr>
          <w:sz w:val="20"/>
        </w:rPr>
        <w:t>9:13  yeh ek kitaabi sabak hai.</w:t>
      </w:r>
      <w:r>
        <w:br/>
      </w:r>
      <w:r>
        <w:rPr>
          <w:sz w:val="20"/>
        </w:rPr>
        <w:t>9:19  abadi umeed hai iske andar. abadi umeed</w:t>
      </w:r>
      <w:r>
        <w:br/>
      </w:r>
      <w:r>
        <w:rPr>
          <w:sz w:val="20"/>
        </w:rPr>
        <w:t xml:space="preserve">9:25  </w:t>
      </w:r>
      <w:r>
        <w:br/>
      </w:r>
      <w:r>
        <w:rPr>
          <w:sz w:val="20"/>
        </w:rPr>
        <w:t>9:29  ek aisi umeed jo kabhi khatam hone wali nahi.</w:t>
      </w:r>
      <w:r>
        <w:br/>
      </w:r>
      <w:r>
        <w:rPr>
          <w:sz w:val="20"/>
        </w:rPr>
        <w:t>9:33  jisko kehta hai aaj kal ki zabaan mein kaha jata hai aashawadi.</w:t>
      </w:r>
      <w:r>
        <w:br/>
      </w:r>
      <w:r>
        <w:rPr>
          <w:sz w:val="20"/>
        </w:rPr>
        <w:t>9:37  quran insaan ko sau fisadi aashawadi banata hai.</w:t>
      </w:r>
      <w:r>
        <w:br/>
      </w:r>
      <w:r>
        <w:rPr>
          <w:sz w:val="20"/>
        </w:rPr>
        <w:t>9:40  ummeedwar banata hai.</w:t>
      </w:r>
      <w:r>
        <w:br/>
      </w:r>
      <w:r>
        <w:rPr>
          <w:sz w:val="20"/>
        </w:rPr>
        <w:t>9:44  paramid banata hai.</w:t>
      </w:r>
      <w:r>
        <w:br/>
      </w:r>
      <w:r>
        <w:rPr>
          <w:sz w:val="20"/>
        </w:rPr>
        <w:t>9:48  wal-akhiratu khairun laka minal-ula.</w:t>
      </w:r>
      <w:r>
        <w:br/>
      </w:r>
      <w:r>
        <w:rPr>
          <w:sz w:val="20"/>
        </w:rPr>
        <w:t>9:52  yeh utra tha yeh bab bilkul shuru zamane mein. kyunke shuru</w:t>
      </w:r>
      <w:r>
        <w:br/>
      </w:r>
      <w:r>
        <w:rPr>
          <w:sz w:val="20"/>
        </w:rPr>
        <w:t>9:55  zamana jo tha rasool Allah ka woh bohat hi pareshani ka zamana tha. aap akele the. mein aik waqia arz karoon ke is se andaza hoga ke us waqt kya surat thi. ke Makah mein jo Kaba tha to us mein bohat se but the. mukhtalif qabail ke but the woh. to Arab ke mukhtalif ilaqon se log aate rehte the. to aik bar aisa hua ke kisi qabile ka aik a</w:t>
      </w:r>
      <w:r>
        <w:br/>
      </w:r>
      <w:r>
        <w:rPr>
          <w:sz w:val="20"/>
        </w:rPr>
        <w:t>10:25  dami makkah aaya.</w:t>
      </w:r>
      <w:r>
        <w:br/>
      </w:r>
      <w:r>
        <w:rPr>
          <w:sz w:val="20"/>
        </w:rPr>
        <w:t>10:31  woh apne but ko nazrana di, usne jo kuch bhi kiya, phir wapas gaya apne qabile mein.</w:t>
      </w:r>
      <w:r>
        <w:br/>
      </w:r>
      <w:r>
        <w:rPr>
          <w:sz w:val="20"/>
        </w:rPr>
        <w:t>10:37  wapas gaya to usne poocha ke bhai makkah ka kuch haal batao.</w:t>
      </w:r>
      <w:r>
        <w:br/>
      </w:r>
      <w:r>
        <w:rPr>
          <w:sz w:val="20"/>
        </w:rPr>
        <w:t>10:43  tum makkah ja kar aaye ho to kuch batao wahan ke bare mein.</w:t>
      </w:r>
      <w:r>
        <w:br/>
      </w:r>
      <w:r>
        <w:rPr>
          <w:sz w:val="20"/>
        </w:rPr>
        <w:t>10:49  to usne jo khabar batayi thi us waqt, rasool Allah ka bilkul yeh shuru ka zamana tha. khabar</w:t>
      </w:r>
      <w:r>
        <w:br/>
      </w:r>
      <w:r>
        <w:rPr>
          <w:sz w:val="20"/>
        </w:rPr>
        <w:t>10:55  کیا بتائی؟ Muhammad prophesied and he was followed by Ibn Abi Quhafah.</w:t>
      </w:r>
      <w:r>
        <w:br/>
      </w:r>
      <w:r>
        <w:rPr>
          <w:sz w:val="20"/>
        </w:rPr>
        <w:t>11:01  us waqt yeh tasveer thi rasool Allah ki.</w:t>
      </w:r>
      <w:r>
        <w:br/>
      </w:r>
      <w:r>
        <w:rPr>
          <w:sz w:val="20"/>
        </w:rPr>
        <w:t>11:08  Muhammadun nabba'a wa taba'ahu ibnu Abi Quhafah.</w:t>
      </w:r>
      <w:r>
        <w:br/>
      </w:r>
      <w:r>
        <w:rPr>
          <w:sz w:val="20"/>
        </w:rPr>
        <w:t>11:14  yani makkah mein ek aadmi hai jiska naam Muhammad hai.</w:t>
      </w:r>
      <w:r>
        <w:br/>
      </w:r>
      <w:r>
        <w:rPr>
          <w:sz w:val="20"/>
        </w:rPr>
        <w:t>11:20  to is ne peghambar hone ka daawa kiya hai.</w:t>
      </w:r>
      <w:r>
        <w:br/>
      </w:r>
      <w:r>
        <w:rPr>
          <w:sz w:val="20"/>
        </w:rPr>
        <w:t>11:26  aur makka mein aik aadmi ibn abi quhafah is ka saath de raha hai.</w:t>
      </w:r>
      <w:r>
        <w:br/>
      </w:r>
      <w:r>
        <w:rPr>
          <w:sz w:val="20"/>
        </w:rPr>
        <w:t>11:32  ibn abi quhafah is ne kaha abubakar ko, hazrat abubakar siddiq ko.</w:t>
      </w:r>
      <w:r>
        <w:br/>
      </w:r>
      <w:r>
        <w:rPr>
          <w:sz w:val="20"/>
        </w:rPr>
        <w:t>11:38  in ke baap ka naam tha abu quhafah.</w:t>
      </w:r>
      <w:r>
        <w:br/>
      </w:r>
      <w:r>
        <w:rPr>
          <w:sz w:val="20"/>
        </w:rPr>
        <w:t>11:44  to in ka naam nahi liya, ibn quhafah ka naam liya, abu quhafah ka.</w:t>
      </w:r>
      <w:r>
        <w:br/>
      </w:r>
      <w:r>
        <w:rPr>
          <w:sz w:val="20"/>
        </w:rPr>
        <w:t>11:50  ke main ne to yeh dekha hai wahan par ke aik aadmi hai jis ka naam muhammad hai. to woh</w:t>
      </w:r>
      <w:r>
        <w:br/>
      </w:r>
      <w:r>
        <w:rPr>
          <w:sz w:val="20"/>
        </w:rPr>
        <w:t>11:56  kehta hai ke main peghambar hoon.</w:t>
      </w:r>
      <w:r>
        <w:br/>
      </w:r>
      <w:r>
        <w:rPr>
          <w:sz w:val="20"/>
        </w:rPr>
        <w:t>12:00  to makka mein aur to koi is ki baat sunta nahi.</w:t>
      </w:r>
      <w:r>
        <w:br/>
      </w:r>
      <w:r>
        <w:rPr>
          <w:sz w:val="20"/>
        </w:rPr>
        <w:t>12:05  bas aik aadmi hai abu quhafah ka larka, woh un ka saath de raha hai.</w:t>
      </w:r>
      <w:r>
        <w:br/>
      </w:r>
      <w:r>
        <w:rPr>
          <w:sz w:val="20"/>
        </w:rPr>
        <w:t>12:09  is waqt yeh ayat utri thi. is waqt.</w:t>
      </w:r>
      <w:r>
        <w:br/>
      </w:r>
      <w:r>
        <w:rPr>
          <w:sz w:val="20"/>
        </w:rPr>
        <w:t>12:13  ke aaj ko mat dekho, kal ko dekho.</w:t>
      </w:r>
      <w:r>
        <w:br/>
      </w:r>
      <w:r>
        <w:rPr>
          <w:sz w:val="20"/>
        </w:rPr>
        <w:t>12:18  haal ko mat dekho, mustaqbil ko dekho.</w:t>
      </w:r>
      <w:r>
        <w:br/>
      </w:r>
      <w:r>
        <w:rPr>
          <w:sz w:val="20"/>
        </w:rPr>
        <w:t>12:22  to yeh kitna bara yeh taawun hai</w:t>
      </w:r>
      <w:r>
        <w:br/>
      </w:r>
      <w:r>
        <w:rPr>
          <w:sz w:val="20"/>
        </w:rPr>
        <w:t>12:27  quran ka.</w:t>
      </w:r>
      <w:r>
        <w:br/>
      </w:r>
      <w:r>
        <w:rPr>
          <w:sz w:val="20"/>
        </w:rPr>
        <w:t>12:33  ke insaan ko is law of nature se mutaarif karwa raha hai.</w:t>
      </w:r>
      <w:r>
        <w:br/>
      </w:r>
      <w:r>
        <w:rPr>
          <w:sz w:val="20"/>
        </w:rPr>
        <w:t>12:39  jo buniyad rakhta hai is par, yani mustaqbil markooz sochne par buniyad rakhta hai.</w:t>
      </w:r>
      <w:r>
        <w:br/>
      </w:r>
      <w:r>
        <w:rPr>
          <w:sz w:val="20"/>
        </w:rPr>
        <w:t>12:45  hum raat din dekhte hain ke raat aayi, din aayi, subah hui, shaam hui, lekin sochta kaun hai?</w:t>
      </w:r>
      <w:r>
        <w:br/>
      </w:r>
      <w:r>
        <w:rPr>
          <w:sz w:val="20"/>
        </w:rPr>
        <w:t>12:51  sochta kaun hai bataiye? din aayi to kaam mein chal daud pade, raat aayi to so gaye.</w:t>
      </w:r>
    </w:p>
    <w:p>
      <w:pPr>
        <w:pStyle w:val="Heading2"/>
      </w:pPr>
      <w:r>
        <w:t>Quran punishes theft but never blasphemy, Islam is mercy</w:t>
      </w:r>
    </w:p>
    <w:p>
      <w:r>
        <w:rPr>
          <w:color w:val="666666"/>
          <w:sz w:val="18"/>
        </w:rPr>
        <w:t>Freedom of Expression in Islam September 30, 2012 · 4m 56s · at 38:04 · https://youtu.be/S4mQpkoZITg?t=2284</w:t>
      </w:r>
    </w:p>
    <w:p>
      <w:r>
        <w:rPr>
          <w:i/>
        </w:rPr>
        <w:t>“Every prophet who ever came was mocked, read the Quran”</w:t>
      </w:r>
    </w:p>
    <w:p>
      <w:r>
        <w:rPr>
          <w:sz w:val="20"/>
        </w:rPr>
        <w:t>38:04  dekhiye, doosri baat yeh hai ke Rasool Allah Sal Allahu Alaihi Wasallam, aap Quran ko padhiye. Quran ko padhiye aap.</w:t>
      </w:r>
      <w:r>
        <w:br/>
      </w:r>
      <w:r>
        <w:rPr>
          <w:sz w:val="20"/>
        </w:rPr>
        <w:t>38:13  to jitne bhi paighambar aaye, sab ke paighambaron ke sath gustakhi ki gai.</w:t>
      </w:r>
      <w:r>
        <w:br/>
      </w:r>
      <w:r>
        <w:rPr>
          <w:sz w:val="20"/>
        </w:rPr>
        <w:t>38:21  200 se zyada aisi aayatein hain Quran majeed mein jo batati hain ke jo jo peghambar aaya, us ko kaha gaya ke tum to majnoon ho, tum to yeh ho, tum to woh.</w:t>
      </w:r>
      <w:r>
        <w:br/>
      </w:r>
      <w:r>
        <w:rPr>
          <w:sz w:val="20"/>
        </w:rPr>
        <w:t>38:31  Yaani wahi cheezein hain jis ko hum aaj gustakhi kehte hain. Woh sab har peghambar ko kaha gaya. Maslan ek aayat yeh hai ya hasrat al-labat ma yati rasool illa kana yastazoon</w:t>
      </w:r>
      <w:r>
        <w:br/>
      </w:r>
      <w:r>
        <w:rPr>
          <w:sz w:val="20"/>
        </w:rPr>
        <w:t>38:49  Bandon par hasrat hai ke jo bhi peghambar aaya, har peghambar ka unhon ne mazaaq uraya. Mazaaq urana gustakhi hai ke kya hai?</w:t>
      </w:r>
      <w:r>
        <w:br/>
      </w:r>
      <w:r>
        <w:rPr>
          <w:sz w:val="20"/>
        </w:rPr>
        <w:t>38:58  Ke in ko izzat dena hai. Khud Rasool Allah salallahu alaihi wasallam ko munh dar munh kaha ke yaar kundam person, haan kaha mazammah. Munh dar munh kaha ke mazammah, yaar kundam person.</w:t>
      </w:r>
      <w:r>
        <w:br/>
      </w:r>
      <w:r>
        <w:rPr>
          <w:sz w:val="20"/>
        </w:rPr>
        <w:t>39:12  To kya Rasool Allah salallahu alaihi wasallam sahaba se kaha ke maaro in ko?</w:t>
      </w:r>
      <w:r>
        <w:br/>
      </w:r>
      <w:r>
        <w:rPr>
          <w:sz w:val="20"/>
        </w:rPr>
        <w:t>39:18  To main aap se ek baat arz karunga ke aap Quran ko padhiye to aap ko kuch aisi cheezein milengi jo Quran ke nazdeek jurm hain.</w:t>
      </w:r>
      <w:r>
        <w:br/>
      </w:r>
      <w:r>
        <w:rPr>
          <w:sz w:val="20"/>
        </w:rPr>
        <w:t>39:28  Maslan haath kaatna chori par. Chori ek jurm hai, is par haath kaata kaat diya jayega. To Quran mein ek as-sariq wa as-sariqatu fa-qata'u aideeyahum jo chori kare, uska haath kaat do.</w:t>
      </w:r>
      <w:r>
        <w:br/>
      </w:r>
      <w:r>
        <w:rPr>
          <w:sz w:val="20"/>
        </w:rPr>
        <w:t>39:43  Jurm ka zikr hai to punishment ka bhi zikr</w:t>
      </w:r>
      <w:r>
        <w:br/>
      </w:r>
      <w:r>
        <w:rPr>
          <w:sz w:val="20"/>
        </w:rPr>
        <w:t>39:46  hai. Quran ke nazdeek chori jurm hai. To chori ke jurm hone ka jab ailaan kiya gaya to yeh bhi kaha gaya ke is ka</w:t>
      </w:r>
      <w:r>
        <w:br/>
      </w:r>
      <w:r>
        <w:rPr>
          <w:sz w:val="20"/>
        </w:rPr>
        <w:t>39:55  Is ki saza kya hai? Saza kya hai? As-sariq wa as-sariqatu fa-qata'u aideeyahum to jurm bhi bataya gaya, punishment bhi bataya gaya.</w:t>
      </w:r>
      <w:r>
        <w:br/>
      </w:r>
      <w:r>
        <w:rPr>
          <w:sz w:val="20"/>
        </w:rPr>
        <w:t>40:06  Ab bataiye ke jo peghambar hain jo aaye, jin ke mutalliq Quran mein bataya gaya ke gustakhi ke jurm har ek ke khilaaf kiya gaya hai, to wahan kya unhein zikr hai saza ka?</w:t>
      </w:r>
      <w:r>
        <w:br/>
      </w:r>
      <w:r>
        <w:rPr>
          <w:sz w:val="20"/>
        </w:rPr>
        <w:t>40:19  Saare Quran mein mujhe bataiye kahan yeh bataya gaya hai ke jo gustakhi kare, woh maar dalo?</w:t>
      </w:r>
      <w:r>
        <w:br/>
      </w:r>
      <w:r>
        <w:rPr>
          <w:sz w:val="20"/>
        </w:rPr>
        <w:t>40:24  Jabke jurm ka zikr hai. Yaani jurm mein gustakhi ka zikr hai aur is par saza ka zikr nahin. Kaisi ajeeb baat yeh hai!</w:t>
      </w:r>
      <w:r>
        <w:br/>
      </w:r>
      <w:r>
        <w:rPr>
          <w:sz w:val="20"/>
        </w:rPr>
        <w:t>40:35  Ek taraf to woh Quran yeh karta hai ke jurm bhi batata hai, saza bhi batata hai. Doosri taraf sirf jurm ka zikr hai, saza ka zikr nahin.</w:t>
      </w:r>
      <w:r>
        <w:br/>
      </w:r>
      <w:r>
        <w:rPr>
          <w:sz w:val="20"/>
        </w:rPr>
        <w:t>40:47  Is se kya maloom hua? Ke der difference between the two. Is se difference</w:t>
      </w:r>
      <w:r>
        <w:br/>
      </w:r>
      <w:r>
        <w:rPr>
          <w:sz w:val="20"/>
        </w:rPr>
        <w:t>40:53  Maloom hua. Woh yeh ke ek woh cheez hoti hai jis jo ke liable to punishment hoti hai. Ek woh cheez hoti hai jo jahan aap ko dawat karna hai, tabligh karna hai, samjhana hai.</w:t>
      </w:r>
      <w:r>
        <w:br/>
      </w:r>
      <w:r>
        <w:rPr>
          <w:sz w:val="20"/>
        </w:rPr>
        <w:t>41:07  To is ke maani kya ho gaye? Ke jis cheez ko aap gustakhi kehte hain ya bila fehmi kehte hain, is par discussion kiya jayega.</w:t>
      </w:r>
      <w:r>
        <w:br/>
      </w:r>
      <w:r>
        <w:rPr>
          <w:sz w:val="20"/>
        </w:rPr>
        <w:t>41:16  Discussion samjhaya bujhaya jayega, daleel pesh ki jayegi. Maara peeta nahin jayega.</w:t>
      </w:r>
      <w:r>
        <w:br/>
      </w:r>
      <w:r>
        <w:rPr>
          <w:sz w:val="20"/>
        </w:rPr>
        <w:t>41:24  Agar maarne peetne ki baat hoti hai to jab Quran mein jurm ka zikr hua to saza bhi zikr hona chahiye tha. Yaani jurm mein gustakhi ka zikr hai aur saza-e-gustakhi ka zikr nahin.</w:t>
      </w:r>
      <w:r>
        <w:br/>
      </w:r>
      <w:r>
        <w:rPr>
          <w:sz w:val="20"/>
        </w:rPr>
        <w:t>41:42  To dekhiye, yeh saada baat nahin hai. Islam ek Islam ek deen-e-rehmat hai. Deen-e-rehmat deen koda nahin ho sakta hai, deen falaan ke nahin ho sakta hai.</w:t>
      </w:r>
      <w:r>
        <w:br/>
      </w:r>
      <w:r>
        <w:rPr>
          <w:sz w:val="20"/>
        </w:rPr>
        <w:t>41:55  Deen-e-rehmat ka matlab yeh hai ke Islam ek aisa deen hai jo insaan ki aql ko appeal karta hai, insaan ki fitrat ko appeal karta hai.</w:t>
      </w:r>
      <w:r>
        <w:br/>
      </w:r>
      <w:r>
        <w:rPr>
          <w:sz w:val="20"/>
        </w:rPr>
        <w:t>42:06  To is ko aap daleel se pesh karenge. Jab aql ko appeal karta hai to aql se pesh karenge. Is ko fitrat ko appeal karta hai to fitrat wali boli bolen</w:t>
      </w:r>
      <w:r>
        <w:br/>
      </w:r>
      <w:r>
        <w:rPr>
          <w:sz w:val="20"/>
        </w:rPr>
        <w:t>42:19  ge. Aap is mein talwar ka, bandon ka koi koi is mein kaam hi nahin hai.</w:t>
      </w:r>
      <w:r>
        <w:br/>
      </w:r>
      <w:r>
        <w:rPr>
          <w:sz w:val="20"/>
        </w:rPr>
        <w:t>42:27  Allah taala ne Islam ko bheja hai is liye ke logon ko rehmat ka rasta mile, logon ko jannat ka rasta mile, logon ko sachai mile.</w:t>
      </w:r>
      <w:r>
        <w:br/>
      </w:r>
      <w:r>
        <w:rPr>
          <w:sz w:val="20"/>
        </w:rPr>
        <w:t>42:39  To sachai talwar se thodi milegi, samjhane bujhane se milegi.</w:t>
      </w:r>
      <w:r>
        <w:br/>
      </w:r>
      <w:r>
        <w:rPr>
          <w:sz w:val="20"/>
        </w:rPr>
        <w:t>42:45  to yeh nazariya bilkul hi baseless nazariya hai. yeh Islam ko bilkul Islam ke liye ajnabi nazariya hai, yeh alien hai bilkul Islam mein.</w:t>
      </w:r>
    </w:p>
    <w:p>
      <w:pPr>
        <w:pStyle w:val="Heading2"/>
      </w:pPr>
      <w:r>
        <w:t>Full argument: Quran's eternal lessons and the crow's humility lesson</w:t>
      </w:r>
    </w:p>
    <w:p>
      <w:r>
        <w:rPr>
          <w:color w:val="666666"/>
          <w:sz w:val="18"/>
        </w:rPr>
        <w:t>Lessons from The Quran April 30, 2014 · 5m 35s · at 2:55 · https://youtu.be/3Snh2dw-6tk?t=175</w:t>
      </w:r>
    </w:p>
    <w:p>
      <w:r>
        <w:rPr>
          <w:i/>
        </w:rPr>
        <w:t>“These Quranic verses hold a very great lesson”</w:t>
      </w:r>
    </w:p>
    <w:p>
      <w:r>
        <w:rPr>
          <w:sz w:val="20"/>
        </w:rPr>
        <w:t>2:55  Qur'an ki yeh ayatein jo padhi gayeen, is mein ek bohat bari naseehat hai.</w:t>
      </w:r>
      <w:r>
        <w:br/>
      </w:r>
      <w:r>
        <w:rPr>
          <w:sz w:val="20"/>
        </w:rPr>
        <w:t>3:05  aksar log yeh samajhte hain ke Qur'an mein kai hisse aise hain jin mein koi abadi paigham nahi hai,</w:t>
      </w:r>
      <w:r>
        <w:br/>
      </w:r>
      <w:r>
        <w:rPr>
          <w:sz w:val="20"/>
        </w:rPr>
        <w:t>3:16  woh zamani aitbar se hain yani mazi ki tareekh ki ek dastan. lekin aisa nahi hai, aur</w:t>
      </w:r>
      <w:r>
        <w:br/>
      </w:r>
      <w:r>
        <w:rPr>
          <w:sz w:val="20"/>
        </w:rPr>
        <w:t>3:30  yeh ayat is baat ka ek saboot hai. dekhiye, ayat ka pehla tukra yeh hai:</w:t>
      </w:r>
      <w:r>
        <w:br/>
      </w:r>
      <w:r>
        <w:rPr>
          <w:sz w:val="20"/>
        </w:rPr>
        <w:t>3:39  wa tuloo alaihim nabaa abnay aadama bilhaqqi</w:t>
      </w:r>
      <w:r>
        <w:br/>
      </w:r>
      <w:r>
        <w:rPr>
          <w:sz w:val="20"/>
        </w:rPr>
        <w:t>3:47  yani haq ke sath unhein qissa Adam ke beton ka batao. yeh haq ka lafz yahan par jo hai, jo bilhaqq ka jo lafz hai, us mein is baat ka ishara hai ke is mein ek aam naseehat hai.</w:t>
      </w:r>
      <w:r>
        <w:br/>
      </w:r>
      <w:r>
        <w:rPr>
          <w:sz w:val="20"/>
        </w:rPr>
        <w:t>4:05  yani is mein ek aisi haqeeqat hayat batayi gayi hai jis mein sare insano ke liye sabak hai.</w:t>
      </w:r>
      <w:r>
        <w:br/>
      </w:r>
      <w:r>
        <w:rPr>
          <w:sz w:val="20"/>
        </w:rPr>
        <w:t>4:18  to mein samajhta hoon ke quran ka koi bhi hissa, chahe bظahir woh zamani, waqti ya qadeem tareekh se mutalliq nazar aata ho, us mein abdi sabaq hoga.</w:t>
      </w:r>
      <w:r>
        <w:br/>
      </w:r>
      <w:r>
        <w:rPr>
          <w:sz w:val="20"/>
        </w:rPr>
        <w:t>4:36  ab is mein, ab in baaton par ghor kijiye.</w:t>
      </w:r>
      <w:r>
        <w:br/>
      </w:r>
      <w:r>
        <w:rPr>
          <w:sz w:val="20"/>
        </w:rPr>
        <w:t>4:44  ab dekhiye, is aayat se maloom hota hai ke adam ke bete ko maloom nahi tha ke apne bhai ki dead body ko kis tarah woh thikane lagaye.</w:t>
      </w:r>
      <w:r>
        <w:br/>
      </w:r>
      <w:r>
        <w:rPr>
          <w:sz w:val="20"/>
        </w:rPr>
        <w:t>5:03  to kowe ke zariye use rehnumai mili. is se maloom hua ke kowe ke andar bhi insan ke liye sabaq hai.</w:t>
      </w:r>
      <w:r>
        <w:br/>
      </w:r>
      <w:r>
        <w:rPr>
          <w:sz w:val="20"/>
        </w:rPr>
        <w:t>5:12  yani allah ne rakha hai, tab hai. khaliq ne kowe ke andar sabaq rakha hai, tab insan ko sabaq mil raha hai.</w:t>
      </w:r>
      <w:r>
        <w:br/>
      </w:r>
      <w:r>
        <w:rPr>
          <w:sz w:val="20"/>
        </w:rPr>
        <w:t>5:24  agar allah ne na rakha hota to sabaq milta bhi nahi.</w:t>
      </w:r>
      <w:r>
        <w:br/>
      </w:r>
      <w:r>
        <w:rPr>
          <w:sz w:val="20"/>
        </w:rPr>
        <w:t>5:30  is se maloom hua ke allah ko matloob hai ke hum har cheez se modesty ka sabaq lein. modesty.</w:t>
      </w:r>
      <w:r>
        <w:br/>
      </w:r>
      <w:r>
        <w:rPr>
          <w:sz w:val="20"/>
        </w:rPr>
        <w:t>5:42  chunanche woh adam ka beta kehta hai ke: "ke kaise ajeeb hai ke mein kowe jaisa bhi na ho saka". to allah ne apne nizam fitrat mein yeh ittefaq ki baat nahi hai.</w:t>
      </w:r>
      <w:r>
        <w:br/>
      </w:r>
      <w:r>
        <w:rPr>
          <w:sz w:val="20"/>
        </w:rPr>
        <w:t>5:55  yeh yani creation plan of god mein shamil hai. yeh creation plan of god ka ek hissa hai.</w:t>
      </w:r>
      <w:r>
        <w:br/>
      </w:r>
      <w:r>
        <w:rPr>
          <w:sz w:val="20"/>
        </w:rPr>
        <w:t>6:05  allah ne takhleeq ka nizam is tarah banaya hai ke yahan insan ko cheezon se modesty ka sabaq milta rahe, ajz ka sabaq milta rahe.</w:t>
      </w:r>
      <w:r>
        <w:br/>
      </w:r>
      <w:r>
        <w:rPr>
          <w:sz w:val="20"/>
        </w:rPr>
        <w:t>6:18  yeh khud takhleeq mein yeh shamil hai. agar aisa na hota to sabaq bhi na milta.</w:t>
      </w:r>
      <w:r>
        <w:br/>
      </w:r>
      <w:r>
        <w:rPr>
          <w:sz w:val="20"/>
        </w:rPr>
        <w:t>6:29  to yeh kaisi ajeeb baat hai.</w:t>
      </w:r>
      <w:r>
        <w:br/>
      </w:r>
      <w:r>
        <w:rPr>
          <w:sz w:val="20"/>
        </w:rPr>
        <w:t>6:35  kaisi ajeeb baat hai. aur is ka raaz kya bataya? wa'ashab biha minal nadimeen. nadamat jo hai, yeh bohat hi ahem baat hai.</w:t>
      </w:r>
      <w:r>
        <w:br/>
      </w:r>
      <w:r>
        <w:rPr>
          <w:sz w:val="20"/>
        </w:rPr>
        <w:t>6:47  nadamat ke lafzi maani to hain regret. regret. lekin nadamat jo hai, is ki asal haqeeqat kya hai?</w:t>
      </w:r>
      <w:r>
        <w:br/>
      </w:r>
      <w:r>
        <w:rPr>
          <w:sz w:val="20"/>
        </w:rPr>
        <w:t>6:56  yeh par ghor kijiye.</w:t>
      </w:r>
      <w:r>
        <w:br/>
      </w:r>
      <w:r>
        <w:rPr>
          <w:sz w:val="20"/>
        </w:rPr>
        <w:t>6:58  asal haqeeqat yeh hai ke aap ke andar introspection ho. aap ke andar yeh maada ho ke aap apne upar rai sani karein.</w:t>
      </w:r>
      <w:r>
        <w:br/>
      </w:r>
      <w:r>
        <w:rPr>
          <w:sz w:val="20"/>
        </w:rPr>
        <w:t>7:09  yahan tak ke aap agar paayein ek achi cheez kowe mein to us ka etiraf karein. to nadamat yahan par is maani mein hai ke aadmi ke andar regret hona chahiye, introspection hona chahiye.</w:t>
      </w:r>
      <w:r>
        <w:br/>
      </w:r>
      <w:r>
        <w:rPr>
          <w:sz w:val="20"/>
        </w:rPr>
        <w:t>7:26  is ko is ka shaoor itna badha hua hona chahiye ke agar kowe mein bhi ek ek naseehat hai to us ko poore etiraf ke sath woh qabool kare.</w:t>
      </w:r>
      <w:r>
        <w:br/>
      </w:r>
      <w:r>
        <w:rPr>
          <w:sz w:val="20"/>
        </w:rPr>
        <w:t>7:38  kaisi ajeeb baat hai.</w:t>
      </w:r>
      <w:r>
        <w:br/>
      </w:r>
      <w:r>
        <w:rPr>
          <w:sz w:val="20"/>
        </w:rPr>
        <w:t>7:42  bohat hi ajeeb baat hai.</w:t>
      </w:r>
      <w:r>
        <w:br/>
      </w:r>
      <w:r>
        <w:rPr>
          <w:sz w:val="20"/>
        </w:rPr>
        <w:t>7:48  to is waqe mein hamein ek qulo mila sochne ke liye.</w:t>
      </w:r>
      <w:r>
        <w:br/>
      </w:r>
      <w:r>
        <w:rPr>
          <w:sz w:val="20"/>
        </w:rPr>
        <w:t>7:53  qulo mila ke tumhare liye takhleeqi jo plan hai allah ka, us ke mutabiq cheezon mein sabaq rakha gaya hai.</w:t>
      </w:r>
      <w:r>
        <w:br/>
      </w:r>
      <w:r>
        <w:rPr>
          <w:sz w:val="20"/>
        </w:rPr>
        <w:t>8:03  ek misaal hai kowe ki, lekin woh us ko generalize kiya. generalize kijiye, us ko har cheez mein sabaq hai. cheenti reh gayi, tab bhi sabaq hai.</w:t>
      </w:r>
      <w:r>
        <w:br/>
      </w:r>
      <w:r>
        <w:rPr>
          <w:sz w:val="20"/>
        </w:rPr>
        <w:t>8:15  chidiya ure, tab bhi sabaq hai. barish barse, tab bhi sabaq hai. yani kawa jo yahan par hai, woh ek bator ek misaal ke hai ke poore nature mein sabaq hai.</w:t>
      </w:r>
    </w:p>
    <w:p>
      <w:pPr>
        <w:pStyle w:val="Heading2"/>
      </w:pPr>
      <w:r>
        <w:t>Top Arab poet abandons poetry after discovering the Qur'an</w:t>
      </w:r>
    </w:p>
    <w:p>
      <w:r>
        <w:rPr>
          <w:color w:val="666666"/>
          <w:sz w:val="18"/>
        </w:rPr>
        <w:t>Divine Guidance November 25, 2007 · 5m 55s · at 51:51 · https://youtu.be/uJjypJ-8His?t=3111</w:t>
      </w:r>
    </w:p>
    <w:p>
      <w:r>
        <w:rPr>
          <w:i/>
        </w:rPr>
        <w:t>“Ek the, unka naam tha Labid ibn Rabia”</w:t>
      </w:r>
    </w:p>
    <w:p>
      <w:r>
        <w:rPr>
          <w:sz w:val="20"/>
        </w:rPr>
        <w:t>51:51  aik the un ka naam tha Labid ibn Rabia. yani Islam se pehle ke zamane mein jo tha. to is mein woh shari karte the.</w:t>
      </w:r>
      <w:r>
        <w:br/>
      </w:r>
      <w:r>
        <w:rPr>
          <w:sz w:val="20"/>
        </w:rPr>
        <w:t>52:02  jo logon ne Arabi shari ki tareekh parhi hai. woh jante hain ke Sab'a Mu'allaqa. wahan par aik bola jata hai Sab'a Mu'allaqa.</w:t>
      </w:r>
      <w:r>
        <w:br/>
      </w:r>
      <w:r>
        <w:rPr>
          <w:sz w:val="20"/>
        </w:rPr>
        <w:t>52:11  yani saat latkaye hue qasiday. to saat baray wahan par poet the. un ke un ke bari bari nazmein likhi jati hain.</w:t>
      </w:r>
      <w:r>
        <w:br/>
      </w:r>
      <w:r>
        <w:rPr>
          <w:sz w:val="20"/>
        </w:rPr>
        <w:t>52:23  un ko qasida kaha jata hai. to un ke qasiday wahan par Ka'aba ki deewar par latkaye gaye. yeh bohat bara honor tha.</w:t>
      </w:r>
      <w:r>
        <w:br/>
      </w:r>
      <w:r>
        <w:rPr>
          <w:sz w:val="20"/>
        </w:rPr>
        <w:t>52:32  to ise kehte hain Sab'a Mu'allaqa. yani saat latkaye jane walay qasiday. un mein se aik yeh the Labid ibn Rabia.</w:t>
      </w:r>
      <w:r>
        <w:br/>
      </w:r>
      <w:r>
        <w:rPr>
          <w:sz w:val="20"/>
        </w:rPr>
        <w:t>52:42  goya ke Arab ke top ke yeh poet the woh. yani saat baray poet mein se aik poet the woh. to woh Rasool Allah Sal Allahu Alaihi Wasallam se mile.</w:t>
      </w:r>
      <w:r>
        <w:br/>
      </w:r>
      <w:r>
        <w:rPr>
          <w:sz w:val="20"/>
        </w:rPr>
        <w:t>52:53  Quran suna. aur un ke samajh mein aaya. phir unhon ne Islam qabool kar liya.</w:t>
      </w:r>
      <w:r>
        <w:br/>
      </w:r>
      <w:r>
        <w:rPr>
          <w:sz w:val="20"/>
        </w:rPr>
        <w:t>53:00  to is ke baad shari chhod di unhon ne. kisi ne kaha ke aap ne shari chhod di? to un ka jawab kya tha?</w:t>
      </w:r>
      <w:r>
        <w:br/>
      </w:r>
      <w:r>
        <w:rPr>
          <w:sz w:val="20"/>
        </w:rPr>
        <w:t>53:11  Abad al-Quran Abad al-Quran? kya Quran ke baad bhi?</w:t>
      </w:r>
      <w:r>
        <w:br/>
      </w:r>
      <w:r>
        <w:rPr>
          <w:sz w:val="20"/>
        </w:rPr>
        <w:t>53:20  is ka matlab kya hai? kyunke fazilat ka aik kalma nahin hai. fazilat ki baat nahin hai yeh.</w:t>
      </w:r>
      <w:r>
        <w:br/>
      </w:r>
      <w:r>
        <w:rPr>
          <w:sz w:val="20"/>
        </w:rPr>
        <w:t>53:27  jo she'r o shari paye the un ki woh to apna aik apna aik dil bahlawa kar lijiye. aik romantic andaaz mein gaane bajana tha ab un ko.</w:t>
      </w:r>
      <w:r>
        <w:br/>
      </w:r>
      <w:r>
        <w:rPr>
          <w:sz w:val="20"/>
        </w:rPr>
        <w:t>53:38  lekin Quran ki shakal mein unhein aik universal mission mil gaya. universal mission. insaan ko batana.</w:t>
      </w:r>
      <w:r>
        <w:br/>
      </w:r>
      <w:r>
        <w:rPr>
          <w:sz w:val="20"/>
        </w:rPr>
        <w:t>53:45  ae insaan! jaan! kya hai zindagi? kya hai maut? kya hai jannat?</w:t>
      </w:r>
      <w:r>
        <w:br/>
      </w:r>
      <w:r>
        <w:rPr>
          <w:sz w:val="20"/>
        </w:rPr>
        <w:t>53:53  kya hai jahannum? kya hai khuda? yeh sari baatein jo universal truth aap kahiye in ko. to in ko universal truth ki discovery ho gayi.</w:t>
      </w:r>
      <w:r>
        <w:br/>
      </w:r>
      <w:r>
        <w:rPr>
          <w:sz w:val="20"/>
        </w:rPr>
        <w:t>54:05  is se pehle woh wahan par local level par mele lagte thay. wahan shayar log aate thay. har aadmi apna</w:t>
      </w:r>
      <w:r>
        <w:br/>
      </w:r>
      <w:r>
        <w:rPr>
          <w:sz w:val="20"/>
        </w:rPr>
        <w:t>54:15  . aaj kal ki zuban mein mushaira. yeh mushaira ka word arabi mein nahi tha. yeh mushaira ka word bana hai baad ko.</w:t>
      </w:r>
      <w:r>
        <w:br/>
      </w:r>
      <w:r>
        <w:rPr>
          <w:sz w:val="20"/>
        </w:rPr>
        <w:t>54:23  lekin wahan par samajh lijiye ke mushaire hote thay. is mein aa kar har aadmi yaani pehlwani karta tha. shair ki pehlwani.</w:t>
      </w:r>
      <w:r>
        <w:br/>
      </w:r>
      <w:r>
        <w:rPr>
          <w:sz w:val="20"/>
        </w:rPr>
        <w:t>54:32  woh suna rahe hain. woh suna rahe hain. aur woh in ko wah wah mil rahi hai. in ko wah wah mil rahi hai. to yeh local tamashe thay yeh. local tamashe thay yeh.</w:t>
      </w:r>
      <w:r>
        <w:br/>
      </w:r>
      <w:r>
        <w:rPr>
          <w:sz w:val="20"/>
        </w:rPr>
        <w:t>54:43  lekin jab in ko quran mila. jab in ko sachai mili. to unhon ne kaha ke to sari dunya andhere mein hai. dunya ko hum ne andhere se nikalna hai.</w:t>
      </w:r>
      <w:r>
        <w:br/>
      </w:r>
      <w:r>
        <w:rPr>
          <w:sz w:val="20"/>
        </w:rPr>
        <w:t>54:57  to in ko aik universal mission mil gaya. jab universal mission mil gaya. to in ko laga ke yeh sab to bohat hi meaningless dikhai padne lagi.</w:t>
      </w:r>
      <w:r>
        <w:br/>
      </w:r>
      <w:r>
        <w:rPr>
          <w:sz w:val="20"/>
        </w:rPr>
        <w:t>55:07  shairi mein kya hota hai? tha badhaiyan batana hai ke hamare dada aise thay. hamare baap aise thay. hum ne yeh ladaai aise jeeti. hamara ghoda aisa hai.</w:t>
      </w:r>
      <w:r>
        <w:br/>
      </w:r>
      <w:r>
        <w:rPr>
          <w:sz w:val="20"/>
        </w:rPr>
        <w:t>55:18  jaise in sab'a mu'allaqa mein se aik tha ibn al-qais. apne ghode ki tareef mein kehta hai ke makar farar muqbil mudbir mughn kajalmud sakhr hatta al-sayl min ali ab koi maani aur matlab is shair ka hai.</w:t>
      </w:r>
      <w:r>
        <w:br/>
      </w:r>
      <w:r>
        <w:rPr>
          <w:sz w:val="20"/>
        </w:rPr>
        <w:t>55:37  makar farar muqbil mudbir mughn kajalmud sakhr hatta al-sayl min ali to apne jangi ghoda jo hota tha ladaai wala ghoda.</w:t>
      </w:r>
      <w:r>
        <w:br/>
      </w:r>
      <w:r>
        <w:rPr>
          <w:sz w:val="20"/>
        </w:rPr>
        <w:t>55:47  uski tareef kar raha hai. ke aage badhta hai. peechay hatta hai. idhar jata hai. udhar jata hai. aur at a time. maan. maan maani.</w:t>
      </w:r>
      <w:r>
        <w:br/>
      </w:r>
      <w:r>
        <w:rPr>
          <w:sz w:val="20"/>
        </w:rPr>
        <w:t>55:56  theek isi waqt aage badha. theek isi waqt peechay hatta.</w:t>
      </w:r>
      <w:r>
        <w:br/>
      </w:r>
      <w:r>
        <w:rPr>
          <w:sz w:val="20"/>
        </w:rPr>
        <w:t>56:00  to aisa mumkin hi nahi hai. ke aik hi movement mein. aik hi second mein aadmi aage bhi badhe aur peechay bhi hate. lekin is ko misaal kya diya is ne.</w:t>
      </w:r>
      <w:r>
        <w:br/>
      </w:r>
      <w:r>
        <w:rPr>
          <w:sz w:val="20"/>
        </w:rPr>
        <w:t>56:12  aik misaal de kar ke is ko aik aik aik aik aik is ko allegory mil gayi is ko unhon ne. prove kar diya. ke pahaad se jab stream aata hai.</w:t>
      </w:r>
      <w:r>
        <w:br/>
      </w:r>
      <w:r>
        <w:rPr>
          <w:sz w:val="20"/>
        </w:rPr>
        <w:t>56:25  to is mein pathar hote hain. to jalamood kehte hain gol pathar ko.</w:t>
      </w:r>
      <w:r>
        <w:br/>
      </w:r>
      <w:r>
        <w:rPr>
          <w:sz w:val="20"/>
        </w:rPr>
        <w:t>56:31  jalamood jo hai jo ragarte ragaarte ragaarte gol ho gaya aur. to woh kehta hai ke mera ghoda aage badhta hai. peechay hatta hai.</w:t>
      </w:r>
      <w:r>
        <w:br/>
      </w:r>
      <w:r>
        <w:rPr>
          <w:sz w:val="20"/>
        </w:rPr>
        <w:t>56:40  idhar jata hai. udhar jata hai. aik hi saath. jaise ke woh jalamood. to jalamood ka to koi aage peechay hota nahi. is ka koi aage peechay nahi.</w:t>
      </w:r>
      <w:r>
        <w:br/>
      </w:r>
      <w:r>
        <w:rPr>
          <w:sz w:val="20"/>
        </w:rPr>
        <w:t>56:49  is ka charon taraf yaksaan hai. is ki yaksaniyat ko le kar is ne prove kar diya ke mera ghoda aisa hai. yeh sab shairi karte thay log.</w:t>
      </w:r>
      <w:r>
        <w:br/>
      </w:r>
      <w:r>
        <w:rPr>
          <w:sz w:val="20"/>
        </w:rPr>
        <w:t>56:58  aur bohat wah wah hoti thi isi par.</w:t>
      </w:r>
      <w:r>
        <w:br/>
      </w:r>
      <w:r>
        <w:rPr>
          <w:sz w:val="20"/>
        </w:rPr>
        <w:t>57:00  to labeed ko mila yeh baat. ke ke aik aur bari sachai. aik badhta sachai. tauheed ka mission.</w:t>
      </w:r>
      <w:r>
        <w:br/>
      </w:r>
      <w:r>
        <w:rPr>
          <w:sz w:val="20"/>
        </w:rPr>
        <w:t>57:12  aakhirat ka mission. insaan ko batana ke tumhare liye aage jannat aur jahannum hone wala hai. zindagi ka maqsad kya hai.</w:t>
      </w:r>
      <w:r>
        <w:br/>
      </w:r>
      <w:r>
        <w:rPr>
          <w:sz w:val="20"/>
        </w:rPr>
        <w:t>57:21  yeh hai universal mission. to jab in ko universal mission mila to shairi chhoot gayi. yeh hai spirituality ki aakhri had.</w:t>
      </w:r>
      <w:r>
        <w:br/>
      </w:r>
      <w:r>
        <w:rPr>
          <w:sz w:val="20"/>
        </w:rPr>
        <w:t>57:31  spirituality jab milti hai kisi ko. to sab se pehle is ki apni zindagi roshni mein naha uthti hai. aur is ke baad kya hota hai ke woh mission man of mission ban jata hai.</w:t>
      </w:r>
    </w:p>
    <w:p>
      <w:pPr>
        <w:pStyle w:val="Heading2"/>
      </w:pPr>
      <w:r>
        <w:t>two historical phases of spreading God's message</w:t>
      </w:r>
    </w:p>
    <w:p>
      <w:r>
        <w:rPr>
          <w:color w:val="666666"/>
          <w:sz w:val="18"/>
        </w:rPr>
        <w:t>Conveying The Message of God August 2, 2009 · 5m 52s · at 27:43 · https://youtu.be/Vas9vU2IepI?t=1663</w:t>
      </w:r>
    </w:p>
    <w:p>
      <w:r>
        <w:rPr>
          <w:i/>
        </w:rPr>
        <w:t>“Spreading God's word has passed through two ages”</w:t>
      </w:r>
    </w:p>
    <w:p>
      <w:r>
        <w:rPr>
          <w:sz w:val="20"/>
        </w:rPr>
        <w:t>27:43  ab mein ek baat aapse arz karna chahunga ke yeh jo hai, yani dawat ka jo hai, jisko maine kaha quran ke message ko spread karna, convey karna, logon tak pahunchana,</w:t>
      </w:r>
      <w:r>
        <w:br/>
      </w:r>
      <w:r>
        <w:rPr>
          <w:sz w:val="20"/>
        </w:rPr>
        <w:t>28:00  is ke do bare phase hain, do bare phase hain. yani yeh kaam ek to hua pehle zamane mein,</w:t>
      </w:r>
      <w:r>
        <w:br/>
      </w:r>
      <w:r>
        <w:rPr>
          <w:sz w:val="20"/>
        </w:rPr>
        <w:t>28:13  jab ke traditional age tha, wo ek ab karna hai, jab ke scientific age aa chuka hai, communication ka age aa chuka hai.</w:t>
      </w:r>
      <w:r>
        <w:br/>
      </w:r>
      <w:r>
        <w:rPr>
          <w:sz w:val="20"/>
        </w:rPr>
        <w:t>28:23  to hadith mein aata hai ke rasool Allah salallahu alaihi wasallam ne jab Hajjat ul Wida mein khitab farmaya tha sahaba ko, aakhri zamana tha aap ka, wo to aap ne farmaya tha ke</w:t>
      </w:r>
      <w:r>
        <w:br/>
      </w:r>
      <w:r>
        <w:rPr>
          <w:sz w:val="20"/>
        </w:rPr>
        <w:t>28:38  إن الله بعثني كافة للناس فعدوعني</w:t>
      </w:r>
      <w:r>
        <w:br/>
      </w:r>
      <w:r>
        <w:rPr>
          <w:sz w:val="20"/>
        </w:rPr>
        <w:t>28:43  yani Allah ne mujhe bheja hai sare insano ke liye, sare mankind ke liye. to tum meri taraf se pahuncha do, adaa karo meri taraf se.</w:t>
      </w:r>
      <w:r>
        <w:br/>
      </w:r>
      <w:r>
        <w:rPr>
          <w:sz w:val="20"/>
        </w:rPr>
        <w:t>28:57  yeh hai jisko main kahunga adaa e kalma, yani Allah ke baat ko sab tak pahunchana. is</w:t>
      </w:r>
      <w:r>
        <w:br/>
      </w:r>
      <w:r>
        <w:rPr>
          <w:sz w:val="20"/>
        </w:rPr>
        <w:t>29:08  ke baad dekhiye, ek hadith hai jis hadith mein kaha hai ke baad ke zamane ke liye, latter period ke liye,</w:t>
      </w:r>
      <w:r>
        <w:br/>
      </w:r>
      <w:r>
        <w:rPr>
          <w:sz w:val="20"/>
        </w:rPr>
        <w:t>29:19  ke hadith mein aata hai ke la yubqa ala zahr al ard bait madarun wa la barrun illa adkhal Allah kalimat al islam</w:t>
      </w:r>
      <w:r>
        <w:br/>
      </w:r>
      <w:r>
        <w:rPr>
          <w:sz w:val="20"/>
        </w:rPr>
        <w:t>29:33  yani ek zamana aayega jab ke zameen ka koi chota ghar ya bada ghar, har ghar, chote ghar mein, har bade ghar mein kalma pahunch jayega, yani word of God pahunch jayega.</w:t>
      </w:r>
      <w:r>
        <w:br/>
      </w:r>
      <w:r>
        <w:rPr>
          <w:sz w:val="20"/>
        </w:rPr>
        <w:t>29:49  ab dekhein, yeh isko sochte hue, main samjhein, yeh samajh mein aata hai ke yeh do phases hain. yani ek phase hai jisko kaha gaya hai adaa e kalma, doosra phase hai jisko kaha gaya hai adkhal kalma.</w:t>
      </w:r>
      <w:r>
        <w:br/>
      </w:r>
      <w:r>
        <w:rPr>
          <w:sz w:val="20"/>
        </w:rPr>
        <w:t>30:04  adkhal kalma, adaa e kalma kya hai? wo pre communication age ke liye hai,</w:t>
      </w:r>
      <w:r>
        <w:br/>
      </w:r>
      <w:r>
        <w:rPr>
          <w:sz w:val="20"/>
        </w:rPr>
        <w:t>30:12  pre printing age ke liye hai. yani jo first period Islam ka hai, aap jante hain ke Islam aaya six century ke first quarter mein.</w:t>
      </w:r>
      <w:r>
        <w:br/>
      </w:r>
      <w:r>
        <w:rPr>
          <w:sz w:val="20"/>
        </w:rPr>
        <w:t>30:23  us waqt printing press nahi tha, us waqt communication nahi tha, us waqt na print media tha, na electronic media tha, us waqt na car tha, na hawai jahaz tha.</w:t>
      </w:r>
      <w:r>
        <w:br/>
      </w:r>
      <w:r>
        <w:rPr>
          <w:sz w:val="20"/>
        </w:rPr>
        <w:t>30:38  to us waqt insan ki koshish se baatein pahunchti thin, bol kar ke, paon se chal kar ke.</w:t>
      </w:r>
      <w:r>
        <w:br/>
      </w:r>
      <w:r>
        <w:rPr>
          <w:sz w:val="20"/>
        </w:rPr>
        <w:t>30:46  is zamane mein ek kaam hua dawat ka jisko kaha gaya adaa e kalma. adaa e kalma ek kaam wo hai jo hoga baad ke zamane mein, communication ke zamane mein, adkhal kalma.</w:t>
      </w:r>
      <w:r>
        <w:br/>
      </w:r>
      <w:r>
        <w:rPr>
          <w:sz w:val="20"/>
        </w:rPr>
        <w:t>30:59  kyunke adkhal kalma ke bare mein farmaya gaya hai ke har har ghar mein word of god ka pahunch jana, har har ghar mein kalma ka pahunch jana. to har ghar mein kab pahunchega?</w:t>
      </w:r>
      <w:r>
        <w:br/>
      </w:r>
      <w:r>
        <w:rPr>
          <w:sz w:val="20"/>
        </w:rPr>
        <w:t>31:11  jab communication ka zamanah aa chuka hoga.</w:t>
      </w:r>
      <w:r>
        <w:br/>
      </w:r>
      <w:r>
        <w:rPr>
          <w:sz w:val="20"/>
        </w:rPr>
        <w:t>31:17  is zamane mein, seventh century mein, yeh possible nahin tha ke har har ghar mein aap pahuncha saken word of god ko, possible nahin tha. chunancha tareekh mein aata hai ke aquam nafeh jo tabe the, woh rawana hue arab se pahunch gaye africa tak aur phailaye islam ko. unhon ne to wahan par jab pahunche, atlantic jo samandar hai,</w:t>
      </w:r>
      <w:r>
        <w:br/>
      </w:r>
      <w:r>
        <w:rPr>
          <w:sz w:val="20"/>
        </w:rPr>
        <w:t>31:42  atlantic ke kinare, ab samandar bahut hi bada samandar hai, atlantic.</w:t>
      </w:r>
      <w:r>
        <w:br/>
      </w:r>
      <w:r>
        <w:rPr>
          <w:sz w:val="20"/>
        </w:rPr>
        <w:t>31:47  to unko pata nahin tha ke atlantic idhar kya hai. aaj hum jante hain ke idhar africa hai, idhar america hai, beech mein atlantic hai. atlantic ocean ke kinare khare ho kar unhon ne kaha tha ke agar main janta ke is samandar ke us paar bhi kuch log hain to main apna ghoda samandar mein daal deta.</w:t>
      </w:r>
      <w:r>
        <w:br/>
      </w:r>
      <w:r>
        <w:rPr>
          <w:sz w:val="20"/>
        </w:rPr>
        <w:t>32:09  matlab unke spirit ko dekhiye, spirit ko .</w:t>
      </w:r>
      <w:r>
        <w:br/>
      </w:r>
      <w:r>
        <w:rPr>
          <w:sz w:val="20"/>
        </w:rPr>
        <w:t>32:12  yeh nahin matlab hai ke samandar ko koi aadmi ghode se yani paar kar sakta hai. atlantic ko samandar, atlantic ocean ko aap ghode se paar nahin kar sakte kyunke unki spirit is mein hai. spirit to unhein yeh nahin pata tha ke atlantic idhar bhi insaan rehte hain.</w:t>
      </w:r>
      <w:r>
        <w:br/>
      </w:r>
      <w:r>
        <w:rPr>
          <w:sz w:val="20"/>
        </w:rPr>
        <w:t>32:34  yeh main ne is liye yeh misaal di ke traditional age mein sirf ada-e-kalma possible tha. har ghar mein, har insaan tak, har aurat aur har mard tak message pahunch jaye, laikin yeh possible nahin tha.</w:t>
      </w:r>
      <w:r>
        <w:br/>
      </w:r>
      <w:r>
        <w:rPr>
          <w:sz w:val="20"/>
        </w:rPr>
        <w:t>32:51  attracted in traditional communication. To jab communication ka zamana aa gaya to yeh hai is ke liye predict kiya Rasool Allah salallahu alaihi wasallam</w:t>
      </w:r>
      <w:r>
        <w:br/>
      </w:r>
      <w:r>
        <w:rPr>
          <w:sz w:val="20"/>
        </w:rPr>
        <w:t>33:03  ne ke ek zamanah aa jayega ke jab ke aise sadhan ho jayenge, aise sources ho jayenge ke yeh possible ho jayega ke har har ghar mein Khuda ka word, Khuda ka kalma dakhil kar diya jaye.</w:t>
      </w:r>
      <w:r>
        <w:br/>
      </w:r>
      <w:r>
        <w:rPr>
          <w:sz w:val="20"/>
        </w:rPr>
        <w:t>33:18  to main yeh kahunga ke ek hai first phase, ek hai final phase. ek hai first phase, first phase of da'wah, doosra hai final phase of da'wah.</w:t>
      </w:r>
    </w:p>
    <w:p>
      <w:pPr>
        <w:pStyle w:val="Heading2"/>
      </w:pPr>
      <w:r>
        <w:t>Need for sabr and correcting misguidance</w:t>
      </w:r>
    </w:p>
    <w:p>
      <w:r>
        <w:rPr>
          <w:color w:val="666666"/>
          <w:sz w:val="18"/>
        </w:rPr>
        <w:t>Prophetic Wisdom | January 29, 2017 · 5m 46s · at 44:06 · https://youtu.be/4w0NZoOLzsw?t=2646</w:t>
      </w:r>
    </w:p>
    <w:p>
      <w:r>
        <w:rPr>
          <w:i/>
        </w:rPr>
        <w:t>“Sabr is the only option; scholars misled.”</w:t>
      </w:r>
    </w:p>
    <w:p>
      <w:r>
        <w:rPr>
          <w:sz w:val="20"/>
        </w:rPr>
        <w:t>44:06  Masha Allah. Ab sawal lena chahein ge. Maulana pehla sawal bheja hai Hameed sahib ne Kohalpur se. Unhon ne likha hai: "Maulana, you said that sabr is non-conflictational planning. My question is what would be the timeline for maintaining sabr? As sabr can't be for infinite period?"</w:t>
      </w:r>
      <w:r>
        <w:br/>
      </w:r>
      <w:r>
        <w:rPr>
          <w:sz w:val="20"/>
        </w:rPr>
        <w:t>44:30  dekhiye, sabr jo hai ki ahmiyat yeh hai ke is ke siwa koi alternative nahi hai. aap dekhein, Musalman besabri bhi to kar rahe hain 200 saal se. kya mila? basic baat yeh hai ke sabr hi only option hai. doosra option hi nahi hai. doosra option hai khoon kharaba, bloodshed, society</w:t>
      </w:r>
      <w:r>
        <w:br/>
      </w:r>
      <w:r>
        <w:rPr>
          <w:sz w:val="20"/>
        </w:rPr>
        <w:t>45:00  bombing. yeh sochna hi galat hai ke sabr kab tak? kyunke sabr ke saath koi alternative nahi hai. already kab tak ki baat hai ke already Musalman saari dunya ke sabr ke chhod kar ke takrao ka rasta ikhtiyar kiye hue hain. misaal ke taur par Falasteen mein dekhiye, Falasteen mein itni lambi muddat se ladai to ho rahi hai, bomb maar rahe hain, mila kya? mus</w:t>
      </w:r>
      <w:r>
        <w:br/>
      </w:r>
      <w:r>
        <w:rPr>
          <w:sz w:val="20"/>
        </w:rPr>
        <w:t>45:30  alah achhi tarah samajh lijiye yeh hai ke Allah ke qanoon ke mutabiq sabr is the only option. koi target aisa banayein, aap ko woh mil jaye to sabr hua, nahi to phir hum sabr chhod kar ladein ge. woh woh law of region ke khilaaf hai. Misr mein ladai itni lambi muddat se bila kuch nahi. Falasteen mein ladai itni lambi muddat se b</w:t>
      </w:r>
      <w:r>
        <w:br/>
      </w:r>
      <w:r>
        <w:rPr>
          <w:sz w:val="20"/>
        </w:rPr>
        <w:t>46:00  ila kuch nahi. Kashmir mein ladai itni lambi muddat se bila kuch nahi. Pakistan mein ladai ladai bila kuch nahi. to idhar udhar sabr jo logon ko nazar aata hai, woh to is ka to is ka to tajurba kar chuke hain, abhi karna thodi baqi hai. ab to masla hai U-turn lene ka. yaani sabr ke ilawa jo aap ke zehan mein hai, woh to kar chuke hain aap. ab to U-turn</w:t>
      </w:r>
      <w:r>
        <w:br/>
      </w:r>
      <w:r>
        <w:rPr>
          <w:sz w:val="20"/>
        </w:rPr>
        <w:t>46:30  lene ka waqt hai. to bahar haal yeh jaan lijiye ke Allah ka jo qanoon hai, us ke mutabiq sabr is the only option aur sabr ka matlab hai non-conflictational planning. takrao ke baghair apne amal ka mansooba banana.</w:t>
      </w:r>
      <w:r>
        <w:br/>
      </w:r>
      <w:r>
        <w:rPr>
          <w:sz w:val="20"/>
        </w:rPr>
        <w:t>46:49  Maulana agla sawal bheja hai Miss Shabana Ansari ne Pakistan se. unhon ne likha hai: "Christians after the Crusades and Japanese after the Second World War reassessed and left the path of violence. So why Muslims can't adopt the peaceful way as their mission is dawah work and the message of Quran can only be conveyed with love and peace?"</w:t>
      </w:r>
      <w:r>
        <w:br/>
      </w:r>
      <w:r>
        <w:rPr>
          <w:sz w:val="20"/>
        </w:rPr>
        <w:t>47:20  dekhiye, yeh zimmedari hai hamare ulama ki. hamare ulama ne aik bohat hi bari ghalti kar rakhi hai. woh ghalti hai jihad-e-fatah se ka jihad. yeh Islam mein hai hi nahi. jihad-e-fatah yaani lado maro, shaheed ho jao aur hooron ko tumhara istiqbal karein gi. yeh nazariya bana diya ke lado maro aur is ka naam</w:t>
      </w:r>
      <w:r>
        <w:br/>
      </w:r>
      <w:r>
        <w:rPr>
          <w:sz w:val="20"/>
        </w:rPr>
        <w:t>47:50  rakha hai shaheed ho jao, is ko maroge to ja ke tum ko hoorein istiqbal karengi. isi ko mein keh raha hoon ke unhon ne nazariya banaya jehad fatah se ka jehad. woh hai hi nahin. islam mein harghiz harghiz nahin hai ke jehad fatah se ka jehad. islam mein hai jehad fatah se ka af sab positive result. agar aisa na hota to hum hijrat na karte, ladai ladte, makkah mein apna watan na chhodte</w:t>
      </w:r>
      <w:r>
        <w:br/>
      </w:r>
      <w:r>
        <w:rPr>
          <w:sz w:val="20"/>
        </w:rPr>
        <w:t>48:20  ladte rehte. islam mein ladai fatah se ka ladai hai hi nahin. yeh to haram hai, haram hai. na quran rasool allah ne aisa kiya, na quran mein aisa hai, na aql se hai, na na deen se is ka talluq hai. sare ulama ki sab se bari ghalati is daur mein yeh hai ke unhon ne ummat ke andar jehad fatah se ka jehad ka nadiya shamil kar diya. ab log lad rahe hain, lad rahe hain, lad rahe hain aur</w:t>
      </w:r>
      <w:r>
        <w:br/>
      </w:r>
      <w:r>
        <w:rPr>
          <w:sz w:val="20"/>
        </w:rPr>
        <w:t>48:53  phir aise zamane mein lad rahe hain jab ke allah taala ne ladai ka khatma hi kar diya tha. ab universal nara ban gaya hai ke kisi ko ladai ka haq nahin hai. jis ko ikhtilaf ho, woh united nations mein jaye. that is universal nara. yeh sab kis liye hua? taake musalmanon ke liye mahol yani allah taala ne yeh sab kiya is liye ke musalmanon ko peaceful daawa work ke liye mahol milay. peaceful daawa work ke</w:t>
      </w:r>
      <w:r>
        <w:br/>
      </w:r>
      <w:r>
        <w:rPr>
          <w:sz w:val="20"/>
        </w:rPr>
        <w:t>49:23  liye mahol milay. woh kya? allah taala ab musalman peaceful daawa work ka mahol istemal nahin kar rahe, phir society bombing. yeh sare ulama ki ghalati hai ke unhon ne bare bare fatwe diye, lekin is ka fatwa koi de nahin raha ke ab jang ki zaroorat nahin hai, ab to peaceful daawa work karo. ulama kyun chup hain? bare bare fatwe diye. misaal ke taur par india mein paanch sau ulama ne fatwa diya tha ke</w:t>
      </w:r>
    </w:p>
    <w:p>
      <w:pPr>
        <w:pStyle w:val="Heading2"/>
      </w:pPr>
      <w:r>
        <w:t>Al-Aqsa vs Dome of Rock and the qibla myth</w:t>
      </w:r>
    </w:p>
    <w:p>
      <w:r>
        <w:rPr>
          <w:color w:val="666666"/>
          <w:sz w:val="18"/>
        </w:rPr>
        <w:t>Journey to Aqsa Mosque November 10, 2008 · 6m 01s · at 8:36 · https://youtu.be/40kOr2jznE0?t=516</w:t>
      </w:r>
    </w:p>
    <w:p>
      <w:r>
        <w:rPr>
          <w:i/>
        </w:rPr>
        <w:t>“مسجد اقصیٰ کیا ہے وہی مسلمانوں کو پتہ نہیں”</w:t>
      </w:r>
    </w:p>
    <w:p>
      <w:r>
        <w:rPr>
          <w:sz w:val="20"/>
        </w:rPr>
        <w:t>8:36  to doosra jo anokha, jo anokhi discovery mujhe hui wahan par woh yeh hai ke masjid aqsa kya hai wohi musalmanon ko pata nahi.</w:t>
      </w:r>
      <w:r>
        <w:br/>
      </w:r>
      <w:r>
        <w:rPr>
          <w:sz w:val="20"/>
        </w:rPr>
        <w:t>8:52  ab to mein ne bar bar likha hai, ab to kuch jaan gaye hue hain log. us waqt tak koi janta nahi tha masjid aqsa kya hai. bohat anokhi baat hai yeh.</w:t>
      </w:r>
      <w:r>
        <w:br/>
      </w:r>
      <w:r>
        <w:rPr>
          <w:sz w:val="20"/>
        </w:rPr>
        <w:t>9:00  agar aap ko shakk ho to aap masjid aqsa ki jo tasweeren chapti rahi hain, us ko dekhiye. woh aik gumbad hota hai, jaise hamare haan is mein humayun tomb mein mislan yahan par gumbad hai,</w:t>
      </w:r>
      <w:r>
        <w:br/>
      </w:r>
      <w:r>
        <w:rPr>
          <w:sz w:val="20"/>
        </w:rPr>
        <w:t>9:17  maqbare mein gumbad hua karte hain. gumbad aur sunhere color ka. us ke neeche likha rehta tha "masjid aqsa".</w:t>
      </w:r>
      <w:r>
        <w:br/>
      </w:r>
      <w:r>
        <w:rPr>
          <w:sz w:val="20"/>
        </w:rPr>
        <w:t>9:28  sari dunya ke log isi ko masjid aqsa samajhte thay. hatta ke kitabon mein yeh maujood hai. mein ne apne safarnamay mein bohat si misalen di thin ke log kis tarah masjid aqsa aur us gumbad ko, jis ko qubbat al-sakhrah kaha jata hai, dono ko aik samajhte thay.</w:t>
      </w:r>
      <w:r>
        <w:br/>
      </w:r>
      <w:r>
        <w:rPr>
          <w:sz w:val="20"/>
        </w:rPr>
        <w:t>9:47  misal par maulana abdullah mahmoodi ne yahi likha hai "masjid aqsa, qubbat al-sakhrah" yani masjid aqsa. aap ko dekhna ho tafseel to mere safarnamay mein dekh sakte hain.</w:t>
      </w:r>
      <w:r>
        <w:br/>
      </w:r>
      <w:r>
        <w:rPr>
          <w:sz w:val="20"/>
        </w:rPr>
        <w:t>9:58  mein ne bohat se hawale diye hain.</w:t>
      </w:r>
      <w:r>
        <w:br/>
      </w:r>
      <w:r>
        <w:rPr>
          <w:sz w:val="20"/>
        </w:rPr>
        <w:t>10:01  wahan ja kar mujhe discovery hui ke masjid aqsa alag cheez hai, qubbat al-sakhrah alag cheez hai. dono aik cheez nahi hain.</w:t>
      </w:r>
      <w:r>
        <w:br/>
      </w:r>
      <w:r>
        <w:rPr>
          <w:sz w:val="20"/>
        </w:rPr>
        <w:t>10:11  kyunke qubbat al-sakhrah jo hai woh chattan par hai, bulandi par hai. aur masjid aqsa neeche hai. to jab bhi aap camera idhar focus karte hain to sab se numayan tasweer aati hai qubbat al-sakhrah ki.</w:t>
      </w:r>
      <w:r>
        <w:br/>
      </w:r>
      <w:r>
        <w:rPr>
          <w:sz w:val="20"/>
        </w:rPr>
        <w:t>10:27  masjid aqsa jo hai woh neeche ho jati hai.</w:t>
      </w:r>
      <w:r>
        <w:br/>
      </w:r>
      <w:r>
        <w:rPr>
          <w:sz w:val="20"/>
        </w:rPr>
        <w:t>10:32  ab ab dekhiye ke qubbat al-sakhrah kya cheez hai, masjid aqsa kya cheez hai. yeh wahan jane ke baad yeh sab mujhe discovery hui. qubbat al-sakhrah kehte hain jis ko kehte hain "dome of rock".</w:t>
      </w:r>
      <w:r>
        <w:br/>
      </w:r>
      <w:r>
        <w:rPr>
          <w:sz w:val="20"/>
        </w:rPr>
        <w:t>10:46  ek rock hai, pathar ki ek chokor si chattan. aise hi mamooli pathar jo hota hai, us ko yahoodi log muqaddas mante hain.</w:t>
      </w:r>
      <w:r>
        <w:br/>
      </w:r>
      <w:r>
        <w:rPr>
          <w:sz w:val="20"/>
        </w:rPr>
        <w:t>10:59  un ka manna yeh hai ke hazrat ibrahim yahan aaye the aur apne bete ishaq ko yahan par qurban kiya tha.</w:t>
      </w:r>
      <w:r>
        <w:br/>
      </w:r>
      <w:r>
        <w:rPr>
          <w:sz w:val="20"/>
        </w:rPr>
        <w:t>11:06  hum log to hazrat ismail ko mante hain ke qurban kiye karne ke liye tayyar hue the hazrat ibrahim.</w:t>
      </w:r>
      <w:r>
        <w:br/>
      </w:r>
      <w:r>
        <w:rPr>
          <w:sz w:val="20"/>
        </w:rPr>
        <w:t>11:15  yani hum log zubihullah mante hain hazrat ismail ko. lekin yahoodi log zubihullah mante hain hazrat ishaq ko, jo un ke doosre bete the. to un ka manna yeh hai ke yahin par hazrat ibrahim ne qurbani di thi.</w:t>
      </w:r>
      <w:r>
        <w:br/>
      </w:r>
      <w:r>
        <w:rPr>
          <w:sz w:val="20"/>
        </w:rPr>
        <w:t>11:26  to tareekhi tor par us ko hum sahi nahi samajhte, lekin un ka aqeedah yahi hai.</w:t>
      </w:r>
      <w:r>
        <w:br/>
      </w:r>
      <w:r>
        <w:rPr>
          <w:sz w:val="20"/>
        </w:rPr>
        <w:t>11:32  aur is bina par is sakhrah ko, is chattan ko, is rock ko woh muqaddas samajhte hain. is par pehle koi building nahi hua karti thi.</w:t>
      </w:r>
      <w:r>
        <w:br/>
      </w:r>
      <w:r>
        <w:rPr>
          <w:sz w:val="20"/>
        </w:rPr>
        <w:t>11:44  woh khula hua tha. phir bani umayyah ke zamane mein wahan par gumbad banaya gaya. to yeh alag cheez hai.</w:t>
      </w:r>
      <w:r>
        <w:br/>
      </w:r>
      <w:r>
        <w:rPr>
          <w:sz w:val="20"/>
        </w:rPr>
        <w:t>11:55  qubbat al-sakhrah bilkul alag cheez hai. masjid aqsa alag cheez hai.</w:t>
      </w:r>
      <w:r>
        <w:br/>
      </w:r>
      <w:r>
        <w:rPr>
          <w:sz w:val="20"/>
        </w:rPr>
        <w:t>12:01  isi tarah se ab mujhe yeh daryaft hui ke musalman yeh samajhte hain ke masjid aqsa qibla awwal hai. halanke bilkul galat hai yeh baat. sari dunya ke musalman yeh samajhte hain ke masjid aqsa woh qibla awwal hai.</w:t>
      </w:r>
      <w:r>
        <w:br/>
      </w:r>
      <w:r>
        <w:rPr>
          <w:sz w:val="20"/>
        </w:rPr>
        <w:t>12:14  yani madine mein jab rasool allah aaye the to masjid aqsa ki taraf rukh kar ke namaz padhte the. bilkul baseless baat hai tareekhi aitbar se. haqeeqat kya hai?</w:t>
      </w:r>
      <w:r>
        <w:br/>
      </w:r>
      <w:r>
        <w:rPr>
          <w:sz w:val="20"/>
        </w:rPr>
        <w:t>12:23  rasool allah ne masjid aqsa ko naam hi nahi liya tha ke woh hamare qibla awwal hai. aap ne qibla yahood ko qibla banaya tha.</w:t>
      </w:r>
      <w:r>
        <w:br/>
      </w:r>
      <w:r>
        <w:rPr>
          <w:sz w:val="20"/>
        </w:rPr>
        <w:t>12:31  yani jab tak aap makkah mein the,</w:t>
      </w:r>
      <w:r>
        <w:br/>
      </w:r>
      <w:r>
        <w:rPr>
          <w:sz w:val="20"/>
        </w:rPr>
        <w:t>12:37  aap ko maloom hai ke rasool allah sallallahu alaihi wasallam ki ba'sat shuru hui hai 610 eesvi se. aur 622 eesvi mein aap ne makkah se hijrat kar ke madina pahunche hain aap.</w:t>
      </w:r>
      <w:r>
        <w:br/>
      </w:r>
      <w:r>
        <w:rPr>
          <w:sz w:val="20"/>
        </w:rPr>
        <w:t>12:47  to jab tak aap makkah mein the, aap kaaba ki taraf rukh kar ke namaz padhte hain. aap jante hain kaaba mein namaz charon taraf padhi jati hai.</w:t>
      </w:r>
      <w:r>
        <w:br/>
      </w:r>
      <w:r>
        <w:rPr>
          <w:sz w:val="20"/>
        </w:rPr>
        <w:t>12:57  hum apni masjidon mein ek taraf padhte hain na ke aap haram mein jayenge umrah ya hajj ke liye to aap payenge kaaba beech mein hai aur charon taraf se namazein padhi ja rahi hain.</w:t>
      </w:r>
      <w:r>
        <w:br/>
      </w:r>
      <w:r>
        <w:rPr>
          <w:sz w:val="20"/>
        </w:rPr>
        <w:t>13:07  to rasool allah jidhar bhi hote the idhar se kaaba ko qibla bana kar ke namaz padhte the. jab aap madina pahunche to madine ke jo yahoodi the wahan par aap jante hain ke teen qabail yahoodi ke aabad the madine mein.</w:t>
      </w:r>
      <w:r>
        <w:br/>
      </w:r>
      <w:r>
        <w:rPr>
          <w:sz w:val="20"/>
        </w:rPr>
        <w:t>13:24  un ka qibla jo tha woh qubbat al-sakhrah tha.</w:t>
      </w:r>
      <w:r>
        <w:br/>
      </w:r>
      <w:r>
        <w:rPr>
          <w:sz w:val="20"/>
        </w:rPr>
        <w:t>13:27  yani yerushalayim ki woh woh chattan jis ko woh muqaddas samajhte hain. hum log jaise kaaba ko muqaddas samajhte hain, isi tarah woh sakhrah ko muqaddas samajhte hain.</w:t>
      </w:r>
      <w:r>
        <w:br/>
      </w:r>
      <w:r>
        <w:rPr>
          <w:sz w:val="20"/>
        </w:rPr>
        <w:t>13:39  to woh sakhrah ko rukh kar ke namaz padha karte the yahoodi log. jis ko jis par ab chunke qubba ban gaya hai, qubbat al-sakhrah use kaha jata hai, dome of rock.</w:t>
      </w:r>
      <w:r>
        <w:br/>
      </w:r>
      <w:r>
        <w:rPr>
          <w:sz w:val="20"/>
        </w:rPr>
        <w:t>13:52  to rasool allah sallallahu alaihi wasallam ne yahoodi ki yani tafsir mein likha hai ke "talifatan lil yahood" yani yahood ki talif qalb ke liye aap ne yahood ke qibla ko apna qibla bana liya.</w:t>
      </w:r>
      <w:r>
        <w:br/>
      </w:r>
      <w:r>
        <w:rPr>
          <w:sz w:val="20"/>
        </w:rPr>
        <w:t>14:08  taake un se koi unnecessary controversy na paida ho. musalman wahan normal tareeqe se reh saken. kyunke un ka domination tha us zamane mein.</w:t>
      </w:r>
      <w:r>
        <w:br/>
      </w:r>
      <w:r>
        <w:rPr>
          <w:sz w:val="20"/>
        </w:rPr>
        <w:t>14:17  to "talifatan lil yahood" likha hai tafsir urdu mein ke aap ne qibla yahood ko apna qibla banaya. yani qubbat al-sakhrah qibla banaya. to rasool allah ka jo qibla tha door madina ke ibtidai zamane mein taqreeban 16 mahine tak woh qubbat al-sakhrah tha, masjid aqsa nahi thi.</w:t>
      </w:r>
    </w:p>
    <w:p>
      <w:pPr>
        <w:pStyle w:val="Heading2"/>
      </w:pPr>
      <w:r>
        <w:t>Intellect within revelation framework</w:t>
      </w:r>
    </w:p>
    <w:p>
      <w:r>
        <w:rPr>
          <w:color w:val="666666"/>
          <w:sz w:val="18"/>
        </w:rPr>
        <w:t>Q&amp;A 04 Mar 2012 Maulana Wahiduddin Khan · 3m 51s · at 27:47 · https://youtu.be/txRmutuvWQI?t=1667</w:t>
      </w:r>
    </w:p>
    <w:p>
      <w:r>
        <w:rPr>
          <w:i/>
        </w:rPr>
        <w:t>“Aql ko wahi se jod kar istemal karein”</w:t>
      </w:r>
    </w:p>
    <w:p>
      <w:r>
        <w:rPr>
          <w:sz w:val="20"/>
        </w:rPr>
        <w:t>27:47  maulana, agla sawal tamil nadu se hai Maulana Iqbal Umri sahib ka. unhon ne poocha hai: "baaz ulma aql ke istemal ko deen mein bilkul ghair zaroori samajhte hain, aur baaz aql ke istemal ko zaroori qarar de kar jo cheez deen ki aql mein nahi aati, us ko inkaar karte hain, jaise angels ka inkaar waghera." Maulana sahib, is mein sahi baat ki wazahat farmayen.</w:t>
      </w:r>
      <w:r>
        <w:br/>
      </w:r>
      <w:r>
        <w:rPr>
          <w:sz w:val="20"/>
        </w:rPr>
        <w:t>28:16  dekhiye, hadith mein aur quran mein dono mein aql ko bohat ahmiyat di gayi hai. wali al-zikr al-bab surah al-imran ke aakhri ruku ko parhiye aap.</w:t>
      </w:r>
      <w:r>
        <w:br/>
      </w:r>
      <w:r>
        <w:rPr>
          <w:sz w:val="20"/>
        </w:rPr>
        <w:t>28:28  is mein wali al-zikr al-bab, al-bab yaani al-aql, aql walay, aql walon ko</w:t>
      </w:r>
      <w:r>
        <w:br/>
      </w:r>
      <w:r>
        <w:rPr>
          <w:sz w:val="20"/>
        </w:rPr>
        <w:t>28:37  Allah taala ne khitab farmaya ke aql di gayi hai kis liye? taake tum samjho deen ki gehraiyon ko. naseehat hazir roz se. to aql to Allah taala ka diya hai.</w:t>
      </w:r>
      <w:r>
        <w:br/>
      </w:r>
      <w:r>
        <w:rPr>
          <w:sz w:val="20"/>
        </w:rPr>
        <w:t>28:47  aql na ho, agar insan pathar bana diya jaye to baaton ko samjhega nahi. to aql to hadith mein aata hai ke Allah taala ne sab se bari cheez jo paida ki, woh aql hai.</w:t>
      </w:r>
      <w:r>
        <w:br/>
      </w:r>
      <w:r>
        <w:rPr>
          <w:sz w:val="20"/>
        </w:rPr>
        <w:t>29:01  to dekhiye, do cheezen alag alag hain. ek hai aql ko, aql ko yaani independently meyar samajh lena.</w:t>
      </w:r>
      <w:r>
        <w:br/>
      </w:r>
      <w:r>
        <w:rPr>
          <w:sz w:val="20"/>
        </w:rPr>
        <w:t>29:13  independently aql ko samajhna ke bas jo aql mein aaya, woh sahi hai, jo aql mein aaya, woh galat hai.</w:t>
      </w:r>
      <w:r>
        <w:br/>
      </w:r>
      <w:r>
        <w:rPr>
          <w:sz w:val="20"/>
        </w:rPr>
        <w:t>29:19  yeh aql ka galat istemal hai. yeh mistake hai aql ka. aql jo hai, is ki koi limitations hain.</w:t>
      </w:r>
      <w:r>
        <w:br/>
      </w:r>
      <w:r>
        <w:rPr>
          <w:sz w:val="20"/>
        </w:rPr>
        <w:t>29:33  wa ma utiytum min al-ilm illa qaleela. to is ki limitations jo hain, woh poori hoti hain wahi se. yaani peghambar ko jo wahi aayi hai, woh isi liye aayi hai ke woh aql ki kami ko poora kare.</w:t>
      </w:r>
      <w:r>
        <w:br/>
      </w:r>
      <w:r>
        <w:rPr>
          <w:sz w:val="20"/>
        </w:rPr>
        <w:t>29:47  to sochna hamara kaam hai, lekin sochne ke liye jo guideline hai, woh peghambar deta hai.</w:t>
      </w:r>
      <w:r>
        <w:br/>
      </w:r>
      <w:r>
        <w:rPr>
          <w:sz w:val="20"/>
        </w:rPr>
        <w:t>29:53  sahi line par sochna.</w:t>
      </w:r>
      <w:r>
        <w:br/>
      </w:r>
      <w:r>
        <w:rPr>
          <w:sz w:val="20"/>
        </w:rPr>
        <w:t>29:58  ek yaani wahi ke zariye se hamein woh framework milta hai, jis framework ke ko follow karte hue hum aql ko istemal karen.</w:t>
      </w:r>
      <w:r>
        <w:br/>
      </w:r>
      <w:r>
        <w:rPr>
          <w:sz w:val="20"/>
        </w:rPr>
        <w:t>30:10  to jo log wahi ko nahi mante ya quran ko nahi mante, to woh un ka, un ki, un ki aql un ko</w:t>
      </w:r>
      <w:r>
        <w:br/>
      </w:r>
      <w:r>
        <w:rPr>
          <w:sz w:val="20"/>
        </w:rPr>
        <w:t>30:20  sahi rastay par nahi le aati, bhatka deti hai. kyunke aql ke liye limitations hain. yeh ek tashdeed baat hai, yeh baat sabit shuda hai ke aql ki limitations hain.</w:t>
      </w:r>
      <w:r>
        <w:br/>
      </w:r>
      <w:r>
        <w:rPr>
          <w:sz w:val="20"/>
        </w:rPr>
        <w:t>30:32  to is limitations ki talafi wahi se hoti hai, yaani peghambar ki hidayat se hoti hai.</w:t>
      </w:r>
      <w:r>
        <w:br/>
      </w:r>
      <w:r>
        <w:rPr>
          <w:sz w:val="20"/>
        </w:rPr>
        <w:t>30:41  to mein yeh manta hoon ke peghambar ki hidayat ke framework mein aql ko istemal karna aain-e-sawab hai, aain-e-sawab hai. aur peghambar ki hidayat ko nazar andaaz kar ke aql ka ghora dorana,</w:t>
      </w:r>
      <w:r>
        <w:br/>
      </w:r>
      <w:r>
        <w:rPr>
          <w:sz w:val="20"/>
        </w:rPr>
        <w:t>30:55  woh woh sawab nahi hai. is mein koi reward nahi hai.</w:t>
      </w:r>
      <w:r>
        <w:br/>
      </w:r>
      <w:r>
        <w:rPr>
          <w:sz w:val="20"/>
        </w:rPr>
        <w:t>31:01  to aql bohat bari cheez hai, lekin is ka agar aap aql ko wahi se kaat dein to woh to woh ek sarkash ghora ban jayegi.</w:t>
      </w:r>
      <w:r>
        <w:br/>
      </w:r>
      <w:r>
        <w:rPr>
          <w:sz w:val="20"/>
        </w:rPr>
        <w:t>31:16  aur agar aql ko wahi se jor kar is ko istemal karen to bohat hi ziyada is mein faiday honge. balkay sara, yaani tazkiya ka faida, marifat ka faida, saare faiday isi mein hain ke aap aql ko sahi dhang par istemal karen.</w:t>
      </w:r>
      <w:r>
        <w:br/>
      </w:r>
      <w:r>
        <w:rPr>
          <w:sz w:val="20"/>
        </w:rPr>
        <w:t>31:33  is mein koi shaq nahi hai.</w:t>
      </w:r>
    </w:p>
    <w:p>
      <w:pPr>
        <w:pStyle w:val="Heading2"/>
      </w:pPr>
      <w:r>
        <w:t>God's creation plan: this world is a test</w:t>
      </w:r>
    </w:p>
    <w:p>
      <w:r>
        <w:rPr>
          <w:color w:val="666666"/>
          <w:sz w:val="18"/>
        </w:rPr>
        <w:t>The History of Creation March 16, 2008 · 3m 25s · at 18:35 · https://youtu.be/_azxOJV6t0E?t=1115</w:t>
      </w:r>
    </w:p>
    <w:p>
      <w:r>
        <w:rPr>
          <w:i/>
        </w:rPr>
        <w:t>“Ab yeh batana hai insaan ko: mind kisne diya”</w:t>
      </w:r>
    </w:p>
    <w:p>
      <w:r>
        <w:rPr>
          <w:sz w:val="20"/>
        </w:rPr>
        <w:t>18:35  kyun ke jab jab jab yeh chapter close jaye ga to phir kuch bhi insaan nahi kar sake ga. Ab yeh batana hai insaan ko ke tum ko mind jo tha, tumhara us ka dene wala Khuda tha.</w:t>
      </w:r>
      <w:r>
        <w:br/>
      </w:r>
      <w:r>
        <w:rPr>
          <w:sz w:val="20"/>
        </w:rPr>
        <w:t>18:50  Khuda ke creation plan ko batana hai, woh kya hai? Creation plan</w:t>
      </w:r>
      <w:r>
        <w:br/>
      </w:r>
      <w:r>
        <w:rPr>
          <w:sz w:val="20"/>
        </w:rPr>
        <w:t>18:56  woh yeh hai ke is duniya ko Khuda ne banane wale ne banaya hai, kis liye?</w:t>
      </w:r>
      <w:r>
        <w:br/>
      </w:r>
      <w:r>
        <w:rPr>
          <w:sz w:val="20"/>
        </w:rPr>
        <w:t>19:06  test ke liye. Is liye nahi ke yahan aap hum civilization bana kar ke wahan par aish karein. Yeh aish ke liye nahi banaya hai, aish ke liye to agli duniya mein hai, world hereafter mein hai, jahan paradise hai.</w:t>
      </w:r>
      <w:r>
        <w:br/>
      </w:r>
      <w:r>
        <w:rPr>
          <w:sz w:val="20"/>
        </w:rPr>
        <w:t>19:20  to Khuda ne insaan ko jab paida kiya to us ko do hisse mein banta, us ki life span ko: ek pre-death period, ek post-death period.</w:t>
      </w:r>
      <w:r>
        <w:br/>
      </w:r>
      <w:r>
        <w:rPr>
          <w:sz w:val="20"/>
        </w:rPr>
        <w:t>19:31  base death woh pre-death period jo hai, woh short span hai, us ka 60-70 saal. Woh kis liye hai? Aap ko yahan par test pe rakha gaya</w:t>
      </w:r>
      <w:r>
        <w:br/>
      </w:r>
      <w:r>
        <w:rPr>
          <w:sz w:val="20"/>
        </w:rPr>
        <w:t>19:42  hai, aap ke record ko Khuda, aap ke aap ke aap ke activities ko Khuda record kar raha hai.</w:t>
      </w:r>
      <w:r>
        <w:br/>
      </w:r>
      <w:r>
        <w:rPr>
          <w:sz w:val="20"/>
        </w:rPr>
        <w:t>19:53  Khuda record kar raha hai. Is record ke mutabiq aap ko post-death period mein ya to punishment diya jaye ga ya reward diya jaye ga.</w:t>
      </w:r>
      <w:r>
        <w:br/>
      </w:r>
      <w:r>
        <w:rPr>
          <w:sz w:val="20"/>
        </w:rPr>
        <w:t>20:04  dekhen, insaan ke andar bohat ziyada yeh ehsaas hai justice ka</w:t>
      </w:r>
      <w:r>
        <w:br/>
      </w:r>
      <w:r>
        <w:rPr>
          <w:sz w:val="20"/>
        </w:rPr>
        <w:t>20:10  ehsaas hai. justice, justice yaani bilkul inherent hai. justice ka concept hamare personality mein, hum justice chahte hain.</w:t>
      </w:r>
      <w:r>
        <w:br/>
      </w:r>
      <w:r>
        <w:rPr>
          <w:sz w:val="20"/>
        </w:rPr>
        <w:t>20:20  har aadmi justice chahta hai, lekin is duniya mein justice hoti nahin. poori poori history guzar gayi, kabhi bhi duniya mein justice nahin aa saki.</w:t>
      </w:r>
      <w:r>
        <w:br/>
      </w:r>
      <w:r>
        <w:rPr>
          <w:sz w:val="20"/>
        </w:rPr>
        <w:t>20:32  duniya mein kya aaya? zulm, atrocity, despotism, corruption, exploitation.</w:t>
      </w:r>
      <w:r>
        <w:br/>
      </w:r>
      <w:r>
        <w:rPr>
          <w:sz w:val="20"/>
        </w:rPr>
        <w:t>20:42  to insaan chahta hai ke justice ka ek din aaye, ek din aaye jahan justice mile logon ko, matlab bure logon ko punishment mile, achhe logon ko reward mile.</w:t>
      </w:r>
      <w:r>
        <w:br/>
      </w:r>
      <w:r>
        <w:rPr>
          <w:sz w:val="20"/>
        </w:rPr>
        <w:t>20:54  yahi din ab aaney wala hai. jo paighambar aaye, woh batate rahe, batate rahe, batate rahe ke is duniya ko apne liye blessing mat samjho, aish ki jagah mat samjho.</w:t>
      </w:r>
      <w:r>
        <w:br/>
      </w:r>
      <w:r>
        <w:rPr>
          <w:sz w:val="20"/>
        </w:rPr>
        <w:t>21:12  is duniya mein tum ho, yahan test ke liye, just like examination hall. lekin insaan ne kya kiya?</w:t>
      </w:r>
      <w:r>
        <w:br/>
      </w:r>
      <w:r>
        <w:rPr>
          <w:sz w:val="20"/>
        </w:rPr>
        <w:t>21:21  har baar deviate kiya, yaani agricultural period mein bhi deviate kiya, right path se hat gaya, industrial period mein bhi deviate kiya, right path se hat gaya.</w:t>
      </w:r>
      <w:r>
        <w:br/>
      </w:r>
      <w:r>
        <w:rPr>
          <w:sz w:val="20"/>
        </w:rPr>
        <w:t>21:33  to isi ko batane ke liye saare prophet aaye.</w:t>
      </w:r>
      <w:r>
        <w:br/>
      </w:r>
      <w:r>
        <w:rPr>
          <w:sz w:val="20"/>
        </w:rPr>
        <w:t>21:38  ab koi prophet aaney wala nahin hai. to ab hamari aur aap ki responsibility hai ke hum duniya ko batayen, kyunke bohat jald woh waqt aaney wala hai jab ke na koi batane wala hoga, na koi sunne wala hoga,</w:t>
      </w:r>
      <w:r>
        <w:br/>
      </w:r>
      <w:r>
        <w:rPr>
          <w:sz w:val="20"/>
        </w:rPr>
        <w:t>21:52  na karne ka kuch chance baqi rahega. yeh hai hamari responsibility.</w:t>
      </w:r>
    </w:p>
    <w:p>
      <w:pPr>
        <w:pStyle w:val="Heading2"/>
      </w:pPr>
      <w:r>
        <w:t>Quran as law of nature: every problem hides an opportunity</w:t>
      </w:r>
    </w:p>
    <w:p>
      <w:r>
        <w:rPr>
          <w:color w:val="666666"/>
          <w:sz w:val="18"/>
        </w:rPr>
        <w:t>Izhar-e-Deen January 5, 2007 Maulana Wahiduddin Khan · 4m 15s · at 55:17 · https://youtu.be/k7A-QmCYPhM?t=3317</w:t>
      </w:r>
    </w:p>
    <w:p>
      <w:r>
        <w:rPr>
          <w:i/>
        </w:rPr>
        <w:t>“Quran sirf mazhab ki kitab nahi, woh law of nature bataata hai”</w:t>
      </w:r>
    </w:p>
    <w:p>
      <w:r>
        <w:rPr>
          <w:sz w:val="20"/>
        </w:rPr>
        <w:t>55:17  woh is baat ko bohat zyada samajhne ki zaroorat hai. dekhiye, ek baat main arz karunga ke Quran jo hai, woh kya hai?</w:t>
      </w:r>
      <w:r>
        <w:br/>
      </w:r>
      <w:r>
        <w:rPr>
          <w:sz w:val="20"/>
        </w:rPr>
        <w:t>55:28  woh law of nature ko batata hai. simple maano mein sirf book of religion nahi hai, woh book of religion nahi hai.</w:t>
      </w:r>
      <w:r>
        <w:br/>
      </w:r>
      <w:r>
        <w:rPr>
          <w:sz w:val="20"/>
        </w:rPr>
        <w:t>55:38  history, woh yani</w:t>
      </w:r>
      <w:r>
        <w:br/>
      </w:r>
      <w:r>
        <w:rPr>
          <w:sz w:val="20"/>
        </w:rPr>
        <w:t>55:45  course of history, law of nature aur zindagi ki haqeeqat, in sab baaton ko batata hai. main sirf ek ek misaal mein arz karta hoon aap ko ke Quran mein hai ke "inna ma'al 'usri yusra".</w:t>
      </w:r>
      <w:r>
        <w:br/>
      </w:r>
      <w:r>
        <w:rPr>
          <w:sz w:val="20"/>
        </w:rPr>
        <w:t>56:02  "inna ma'al 'usri yusra". 'usr ke saath yusr hai,</w:t>
      </w:r>
      <w:r>
        <w:br/>
      </w:r>
      <w:r>
        <w:rPr>
          <w:sz w:val="20"/>
        </w:rPr>
        <w:t>56:07  yani "with every hardship there is ease". "with every problem there are solutions". yeh hai Quran mein ayat.</w:t>
      </w:r>
      <w:r>
        <w:br/>
      </w:r>
      <w:r>
        <w:rPr>
          <w:sz w:val="20"/>
        </w:rPr>
        <w:t>56:19  yeh ek universal law ko bataya gaya hai. is tarah se ek ayat hai ke "fa-idha alladhi bainaka wa bainahu 'adawatun walin hameem".</w:t>
      </w:r>
      <w:r>
        <w:br/>
      </w:r>
      <w:r>
        <w:rPr>
          <w:sz w:val="20"/>
        </w:rPr>
        <w:t>56:29  yani har har enemy tumhare liye potential friend hai.</w:t>
      </w:r>
      <w:r>
        <w:br/>
      </w:r>
      <w:r>
        <w:rPr>
          <w:sz w:val="20"/>
        </w:rPr>
        <w:t>56:33  in do ayaton ko aap lijiye, in do ayaton ko aap lijiye ke dunya mein kabhi bhi aisa nahi hoga ke sirf problem ho aur opportunity na ho.</w:t>
      </w:r>
      <w:r>
        <w:br/>
      </w:r>
      <w:r>
        <w:rPr>
          <w:sz w:val="20"/>
        </w:rPr>
        <w:t>56:48  misal ke taur par dekhiye ke india mein aur kashmir mein pichhle pachas baras se sab log chala rahe the ke kashmir problem state hai, kashmir problem state hai,</w:t>
      </w:r>
      <w:r>
        <w:br/>
      </w:r>
      <w:r>
        <w:rPr>
          <w:sz w:val="20"/>
        </w:rPr>
        <w:t>57:01  yeh india problem country hai, india problem country hai. aaj isi kashmir mein aur isi india mein musalman bohat taraqqi kar rahe hain. isi ka example maine aap ko diya ke isi majlis mein baithe hue hain farooq mustafa sahab aur hameedullah hameed sahab ke wahan zabardast taleemi kaam kar rahe hain education ke field mein.</w:t>
      </w:r>
      <w:r>
        <w:br/>
      </w:r>
      <w:r>
        <w:rPr>
          <w:sz w:val="20"/>
        </w:rPr>
        <w:t>57:20  yani woh state jis ko log kehte the ke yeh problem state hai, us ko unhon ne discover kiya as a state of opportunity.</w:t>
      </w:r>
      <w:r>
        <w:br/>
      </w:r>
      <w:r>
        <w:rPr>
          <w:sz w:val="20"/>
        </w:rPr>
        <w:t>57:29  ek opportunity nikali unhon ne education field mein, us mein kaam kiya unhon ne. hindu aur musalmanon dono ke darmiyan bohat zabardast un ko mawaqe mil rahe hain aur sab ke darmiyan un ki popularity barh rahi hai.</w:t>
      </w:r>
      <w:r>
        <w:br/>
      </w:r>
      <w:r>
        <w:rPr>
          <w:sz w:val="20"/>
        </w:rPr>
        <w:t>57:42  aur isi ke baad mein woh, yani isi mein woh apne message bhi phailane ke mawaqe mil rahe hain un ko. to kashmir ko log samajhte the ke problem state hai, lekin jab unhon ne kaam kiya to maloom hua ke nahi,</w:t>
      </w:r>
      <w:r>
        <w:br/>
      </w:r>
      <w:r>
        <w:rPr>
          <w:sz w:val="20"/>
        </w:rPr>
        <w:t>57:56  yeh ek aisi state hai jahan opportunities khuli hui hain. aise hi india mein bhi pichhle das saal ke andar musalmanon ne bohat taraqqi ki hai. maine kai bar kaha ke ji dilli mein jab main aaya tha 1967 mein to do char caron the musalmanon ke paas.</w:t>
      </w:r>
      <w:r>
        <w:br/>
      </w:r>
      <w:r>
        <w:rPr>
          <w:sz w:val="20"/>
        </w:rPr>
        <w:t>58:12  aaj lakhon caron hain musalmanon ke paas. jidhar ja rahi hai, jidhar jaiye, udhar musalmanon ki kothiyan ban rahi hain. masjidon mein dekhen to wahan caron ki line lagi rehti hai.</w:t>
      </w:r>
      <w:r>
        <w:br/>
      </w:r>
      <w:r>
        <w:rPr>
          <w:sz w:val="20"/>
        </w:rPr>
        <w:t>58:25  25 baras ke andar kuch se kuch ho gaya isi isi dilli mein. to kya hai? log jo hain blind bane hue the.</w:t>
      </w:r>
      <w:r>
        <w:br/>
      </w:r>
      <w:r>
        <w:rPr>
          <w:sz w:val="20"/>
        </w:rPr>
        <w:t>58:35  blind kis sense mein keh raha hoon main? ke khuda ne jo law, jis law ke tehat history ko chala rakha hai, woh to yeh tha ke kabhi bhi aisa na ho ke sirf problem, problem, problem ho jaye.</w:t>
      </w:r>
      <w:r>
        <w:br/>
      </w:r>
      <w:r>
        <w:rPr>
          <w:sz w:val="20"/>
        </w:rPr>
        <w:t>58:46  hamesha opportunity bhi rahe ke sath sath. "with every problem there is there are opportunities".</w:t>
      </w:r>
      <w:r>
        <w:br/>
      </w:r>
      <w:r>
        <w:rPr>
          <w:sz w:val="20"/>
        </w:rPr>
        <w:t>58:53  so you have to ignore the problem and avail the opportunities. yeh formula diya gaya tha quran majeed mein, lekin sab log chala rahe the: "kya problem, problem, problem".</w:t>
      </w:r>
      <w:r>
        <w:br/>
      </w:r>
      <w:r>
        <w:rPr>
          <w:sz w:val="20"/>
        </w:rPr>
        <w:t>59:04  maine khuda ke fazal se 1967 se ek ek campaign chalai ke india ek problem country nahi hai. india ek mein hamari opportunities hain aur sari dunya mein hamari opportunities hain.</w:t>
      </w:r>
      <w:r>
        <w:br/>
      </w:r>
      <w:r>
        <w:rPr>
          <w:sz w:val="20"/>
        </w:rPr>
        <w:t>59:18  kabhi bhi aisa nahi ho sakta ke dunya problem se bhar jaye aur opportunity se khali ho jaye.</w:t>
      </w:r>
      <w:r>
        <w:br/>
      </w:r>
      <w:r>
        <w:rPr>
          <w:sz w:val="20"/>
        </w:rPr>
        <w:t>59:23  aaj har jagah khuda ke fazal se musalman taraqqi kar rahe hain aur kashmir, kashmir mein bhi taraqqi kar rahe hain, india mein bhi kar rahe hain aur sari dunya mein kar rahe hain.</w:t>
      </w:r>
    </w:p>
    <w:p>
      <w:pPr>
        <w:pStyle w:val="Heading2"/>
      </w:pPr>
      <w:r>
        <w:t>Closing argument: dawah, charity, forgiveness, and living the Surah</w:t>
      </w:r>
    </w:p>
    <w:p>
      <w:r>
        <w:rPr>
          <w:color w:val="666666"/>
          <w:sz w:val="18"/>
        </w:rPr>
        <w:t>Reflections on Surah Al-Muzzammil May 19, 2024 · 6m 02s · at 50:32 · https://youtu.be/4pduG4qDeDM?t=3032</w:t>
      </w:r>
    </w:p>
    <w:p>
      <w:r>
        <w:rPr>
          <w:i/>
        </w:rPr>
        <w:t>“Fighting in the way of Allah really means dawah work”</w:t>
      </w:r>
    </w:p>
    <w:p>
      <w:r>
        <w:rPr>
          <w:sz w:val="20"/>
        </w:rPr>
        <w:t>50:32  wa akharoon yuqatiloon fi sabil allah . literally, it means that and others are fighting in cause of allah . it should be read as others are doing da'wah work in cause of allah</w:t>
      </w:r>
      <w:r>
        <w:br/>
      </w:r>
      <w:r>
        <w:rPr>
          <w:sz w:val="20"/>
        </w:rPr>
        <w:t>50:45  . very important point, doctor sahib, because today muslims are fighting in many places. they are not fighting because of da'wah, they are fighting for land.</w:t>
      </w:r>
      <w:r>
        <w:br/>
      </w:r>
      <w:r>
        <w:rPr>
          <w:sz w:val="20"/>
        </w:rPr>
        <w:t>50:56  so that doesn't fall under this. so this is a very big misconception, which should be understood, because today we are living in an age of peace, an age of freedom.</w:t>
      </w:r>
      <w:r>
        <w:br/>
      </w:r>
      <w:r>
        <w:rPr>
          <w:sz w:val="20"/>
        </w:rPr>
        <w:t>51:08  ah no one will fight you if you present quran to to . i think no, no, nobody . very seldom somebody says: "no, i will not take." hum log khud bhi experience karte hain.</w:t>
      </w:r>
      <w:r>
        <w:br/>
      </w:r>
      <w:r>
        <w:rPr>
          <w:sz w:val="20"/>
        </w:rPr>
        <w:t>51:19  doctor sahib, koi aisa nahin kehta ke woh ladne lage wapas. ji bilkul, to woh zamana chala gaya. so it says: "</w:t>
      </w:r>
      <w:r>
        <w:br/>
      </w:r>
      <w:r>
        <w:rPr>
          <w:sz w:val="20"/>
        </w:rPr>
        <w:t>51:27  whatever quran you can read easily, if you are traveler or you are sick.</w:t>
      </w:r>
      <w:r>
        <w:br/>
      </w:r>
      <w:r>
        <w:rPr>
          <w:sz w:val="20"/>
        </w:rPr>
        <w:t>51:36  so whatever quran you can easily read, you can read: al salat zakat, allah perform prayer, give charity, and give allah good loan.</w:t>
      </w:r>
      <w:r>
        <w:br/>
      </w:r>
      <w:r>
        <w:rPr>
          <w:sz w:val="20"/>
        </w:rPr>
        <w:t>51:49  good loan means the to give loan to someone without expecting return, without expecting interest, or even principal.</w:t>
      </w:r>
      <w:r>
        <w:br/>
      </w:r>
      <w:r>
        <w:rPr>
          <w:sz w:val="20"/>
        </w:rPr>
        <w:t>52:01  you, you, you are not expecting, especially for the cause of dawah, for the cause of ah ah hadar ah need of community.</w:t>
      </w:r>
      <w:r>
        <w:br/>
      </w:r>
      <w:r>
        <w:rPr>
          <w:sz w:val="20"/>
        </w:rPr>
        <w:t>52:12  to god has calling at qarz hasan, yani allah ta'ala keh raha hai ke mujhe qarz-e-hasan do. hmm,</w:t>
      </w:r>
      <w:r>
        <w:br/>
      </w:r>
      <w:r>
        <w:rPr>
          <w:sz w:val="20"/>
        </w:rPr>
        <w:t>52:20  don't expect its reward. but in the next verse, it says: "man khairullah." this is very important: whatever you send forth for yourselves, you will find it at god.</w:t>
      </w:r>
      <w:r>
        <w:br/>
      </w:r>
      <w:r>
        <w:rPr>
          <w:sz w:val="20"/>
        </w:rPr>
        <w:t>52:38  hmm,</w:t>
      </w:r>
      <w:r>
        <w:br/>
      </w:r>
      <w:r>
        <w:rPr>
          <w:sz w:val="20"/>
        </w:rPr>
        <w:t>52:41  khair wa'zuma ajra, and it will be improved and richly rewarded by him.</w:t>
      </w:r>
      <w:r>
        <w:br/>
      </w:r>
      <w:r>
        <w:rPr>
          <w:sz w:val="20"/>
        </w:rPr>
        <w:t>52:46  so, so if you ah give in the cause of allah, you will not receive reward here, but in the hereafter, it will be multiplied. it has mentioned that if somebody ah had a bad deed, god counts it one.</w:t>
      </w:r>
      <w:r>
        <w:br/>
      </w:r>
      <w:r>
        <w:rPr>
          <w:sz w:val="20"/>
        </w:rPr>
        <w:t>53:02  hmm, but if somebody do a good deed, he gave 10 rewards. ji, and that is the minimum.</w:t>
      </w:r>
      <w:r>
        <w:br/>
      </w:r>
      <w:r>
        <w:rPr>
          <w:sz w:val="20"/>
        </w:rPr>
        <w:t>53:10  hmm, it can go up to unlimited. hmm, but be</w:t>
      </w:r>
      <w:r>
        <w:br/>
      </w:r>
      <w:r>
        <w:rPr>
          <w:sz w:val="20"/>
        </w:rPr>
        <w:t>53:15  deed is one. so it is a ah ah dawah way ah allah multiplies the good deeds for the believers.</w:t>
      </w:r>
      <w:r>
        <w:br/>
      </w:r>
      <w:r>
        <w:rPr>
          <w:sz w:val="20"/>
        </w:rPr>
        <w:t>53:24  wa'staghfirullah, and allah ghafoor raheem, and seek god's forgiveness. he is the most forgiving and most merciful. so don't forget to seek god's forgiveness.</w:t>
      </w:r>
      <w:r>
        <w:br/>
      </w:r>
      <w:r>
        <w:rPr>
          <w:sz w:val="20"/>
        </w:rPr>
        <w:t>53:35  he is the most merciful and most compassionate. so here the surah ends.</w:t>
      </w:r>
      <w:r>
        <w:br/>
      </w:r>
      <w:r>
        <w:rPr>
          <w:sz w:val="20"/>
        </w:rPr>
        <w:t>53:44  it's a very motivating surah, and particularly for those who are in the field of dawah.</w:t>
      </w:r>
      <w:r>
        <w:br/>
      </w:r>
      <w:r>
        <w:rPr>
          <w:sz w:val="20"/>
        </w:rPr>
        <w:t>53:51  ah, so jaise is mein aya: "wa'btal ilaihi tabdila" ke har cheez se kat kar, ah ah allah ke taraf rukh karo.</w:t>
      </w:r>
      <w:r>
        <w:br/>
      </w:r>
      <w:r>
        <w:rPr>
          <w:sz w:val="20"/>
        </w:rPr>
        <w:t>54:04  to hum allah se dua karte hain ke humein bhi is ki tofeeq de ke hum</w:t>
      </w:r>
      <w:r>
        <w:br/>
      </w:r>
      <w:r>
        <w:rPr>
          <w:sz w:val="20"/>
        </w:rPr>
        <w:t>54:11  har cheez se kat kar aur allah ki taraf ah ah jud jayein. aur jis tarah is mein dawah ke kaam ke liye qaul-e-thaqeel ka lafz aya ke ek heavy word, heavy responsibility. to allah ta'ala humein tofeeq de ke hum</w:t>
      </w:r>
      <w:r>
        <w:br/>
      </w:r>
      <w:r>
        <w:rPr>
          <w:sz w:val="20"/>
        </w:rPr>
        <w:t>54:28  is heavy responsibility ko ada kar sakein aur dawah zimmedari ko ada kar sakein. aur jo mad'u ki taraf se koi unpleasant baatein pesh aati hain, to is mein hijr-e-jameel ah ka mamla karein.</w:t>
      </w:r>
      <w:r>
        <w:br/>
      </w:r>
      <w:r>
        <w:rPr>
          <w:sz w:val="20"/>
        </w:rPr>
        <w:t>54:43  ah, aur yeh tofeeq ata farmayein ke hum</w:t>
      </w:r>
      <w:r>
        <w:br/>
      </w:r>
      <w:r>
        <w:rPr>
          <w:sz w:val="20"/>
        </w:rPr>
        <w:t>54:47  ah mad'u se hijr-e-jameel ka mamla karein.</w:t>
      </w:r>
      <w:r>
        <w:br/>
      </w:r>
      <w:r>
        <w:rPr>
          <w:sz w:val="20"/>
        </w:rPr>
        <w:t>54:52  isi tarah is surah mein khuda ko yaad karne ke liye kaha gaya hai: "wa'zkur isma rabbika" ke apne rabb ko yaad karo</w:t>
      </w:r>
      <w:r>
        <w:br/>
      </w:r>
      <w:r>
        <w:rPr>
          <w:sz w:val="20"/>
        </w:rPr>
        <w:t>55:00  toh allah ta'ala ne yeh hukm diya hai. toh hum, hum, humein jo nematein mili hui hain, jo blessings humein mili hui hain, allah ta'ala humein yeh tofeeq ata farmaye ke hum in blessings ah ka shukr ada kar sakein.</w:t>
      </w:r>
      <w:r>
        <w:br/>
      </w:r>
      <w:r>
        <w:rPr>
          <w:sz w:val="20"/>
        </w:rPr>
        <w:t>55:15  ah, aur is mein jaise tahajjud ko allah ta'ala ne ghaur-o-fikr ke liye, tadabbur karne ke liye ah bataya hai, toh allah humein yeh tofeeq de ke hum ah yeh mauqa ko istemal karein aur raat ko ibadat karein. toh allah ta'ala humein yeh tofeeq de. aur agar dekha jaye toh Maulana ka jo mission tha, woh sara ka sara Surah Muzammil</w:t>
      </w:r>
      <w:r>
        <w:br/>
      </w:r>
      <w:r>
        <w:rPr>
          <w:sz w:val="20"/>
        </w:rPr>
        <w:t>55:39  par hi based tha. ji, isi pattern par tha. ji, aur Maulana ki jo sari kitaabein hain, sara jo literature hai, woh darasal Surah Muzammil ki tafseer hai.</w:t>
      </w:r>
      <w:r>
        <w:br/>
      </w:r>
      <w:r>
        <w:rPr>
          <w:sz w:val="20"/>
        </w:rPr>
        <w:t>55:47  ji, tuallah taala molana ke darjaat buland kare aur akhirat mein humein bhi yeh tofeeq de ke hum sab wahan milein, ikhatta hon aur molana bhi wahan hon, inshallah.</w:t>
      </w:r>
      <w:r>
        <w:br/>
      </w:r>
      <w:r>
        <w:rPr>
          <w:sz w:val="20"/>
        </w:rPr>
        <w:t>55:57  ji, rab na taqabool manaa, innaka tal-samiyul aleem, wa tub alayna, innaka antat tawwabur rahim. jazakallah, doctor</w:t>
      </w:r>
      <w:r>
        <w:br/>
      </w:r>
      <w:r>
        <w:rPr>
          <w:sz w:val="20"/>
        </w:rPr>
        <w:t>56:05  sahib, for doing this important and beautiful session in surah al-muzammil. so, with this, we will end today's session. we will be back next sunday at 10:30 am. thank you.</w:t>
      </w:r>
    </w:p>
    <w:p>
      <w:pPr>
        <w:pStyle w:val="Heading2"/>
      </w:pPr>
      <w:r>
        <w:t>True meaning of Zamzam: trust in God's help, not sanctity</w:t>
      </w:r>
    </w:p>
    <w:p>
      <w:r>
        <w:rPr>
          <w:color w:val="666666"/>
          <w:sz w:val="18"/>
        </w:rPr>
        <w:t>Divine Help September 22, 2015 · 5m 04s · at 1:02:26 · https://youtu.be/sozrNCif0Gg?t=3746</w:t>
      </w:r>
    </w:p>
    <w:p>
      <w:r>
        <w:rPr>
          <w:i/>
        </w:rPr>
        <w:t>“Aaj musalman Zamzam ke pani ko muqaddas maante hain, kya yeh sahi hai”</w:t>
      </w:r>
    </w:p>
    <w:p>
      <w:r>
        <w:rPr>
          <w:sz w:val="20"/>
        </w:rPr>
        <w:t>1:02:26  unhon ne likha hai ke aaj musalman zam zam ke pani ko bohat muqaddas mante hain. kya yeh sahi hai?</w:t>
      </w:r>
      <w:r>
        <w:br/>
      </w:r>
      <w:r>
        <w:rPr>
          <w:sz w:val="20"/>
        </w:rPr>
        <w:t>1:02:36  nahi, yeh sab kuch sahi hai. zam zam aik nemat hai, muqaddas nahi hai. muqaddas ka tasawwur hi galat hai.</w:t>
      </w:r>
      <w:r>
        <w:br/>
      </w:r>
      <w:r>
        <w:rPr>
          <w:sz w:val="20"/>
        </w:rPr>
        <w:t>1:02:46  zam zam aik nemat hai, bas to nemat to lijiye is ko.</w:t>
      </w:r>
      <w:r>
        <w:br/>
      </w:r>
      <w:r>
        <w:rPr>
          <w:sz w:val="20"/>
        </w:rPr>
        <w:t>1:02:50  asal jo zam zam ko dekh kar aap ko janna chahiye, woh yeh ke Allah ke kuch bande, yani hajra, ismail aur ibrahim,</w:t>
      </w:r>
      <w:r>
        <w:br/>
      </w:r>
      <w:r>
        <w:rPr>
          <w:sz w:val="20"/>
        </w:rPr>
        <w:t>1:03:03  ne yeh faisla kiya ke Allah ke mission ke liye unhein aik desert mein basna hai.</w:t>
      </w:r>
      <w:r>
        <w:br/>
      </w:r>
      <w:r>
        <w:rPr>
          <w:sz w:val="20"/>
        </w:rPr>
        <w:t>1:03:14  desert mein is is mein mission ko chalana hai. wahi kaha tha,</w:t>
      </w:r>
      <w:r>
        <w:br/>
      </w:r>
      <w:r>
        <w:rPr>
          <w:sz w:val="20"/>
        </w:rPr>
        <w:t>1:03:18  aik aisa group tayar karna jo poore banon mein, poore banon mein deconditioned ho, mahol se asar na liya ho.</w:t>
      </w:r>
      <w:r>
        <w:br/>
      </w:r>
      <w:r>
        <w:rPr>
          <w:sz w:val="20"/>
        </w:rPr>
        <w:t>1:03:28  to that was possible only through desert trail bhi. to us waqt Allah taala ki madad zahir hui aur sehra mein pani zahir ho gaya.</w:t>
      </w:r>
      <w:r>
        <w:br/>
      </w:r>
      <w:r>
        <w:rPr>
          <w:sz w:val="20"/>
        </w:rPr>
        <w:t>1:03:39  tab un ko yaqeen ho gaya ke is kaam ko karna hi karna hai, kyunke jahan hum kuch bebas ho jayenge, wahan Allah maujood hai.</w:t>
      </w:r>
      <w:r>
        <w:br/>
      </w:r>
      <w:r>
        <w:rPr>
          <w:sz w:val="20"/>
        </w:rPr>
        <w:t>1:03:48  to asal cheez muqaddas nahi hai, asal cheez Allah ki help ka yaqeen hai. musalman bas is ko muqaddas samajh kar ke jate hain, use late hain, apne kapde mein bhagate hain.</w:t>
      </w:r>
      <w:r>
        <w:br/>
      </w:r>
      <w:r>
        <w:rPr>
          <w:sz w:val="20"/>
        </w:rPr>
        <w:t>1:04:03  yeh sab bilkul bekar baatein hain. zam zam aap ko taqdisen yaad dilat</w:t>
      </w:r>
      <w:r>
        <w:br/>
      </w:r>
      <w:r>
        <w:rPr>
          <w:sz w:val="20"/>
        </w:rPr>
        <w:t>1:04:09  a. zam zam aap ko yaad dilata hai ke chahe tum sehra mein ho, chahe tum kahin bhi ho, Allah ke liye uth khade ho.</w:t>
      </w:r>
      <w:r>
        <w:br/>
      </w:r>
      <w:r>
        <w:rPr>
          <w:sz w:val="20"/>
        </w:rPr>
        <w:t>1:04:18  Allah wahin tum ko mil jayega. Allah ki apni foujon ke sath, apni madad ke sath wahin zahir ho jayega. yeh hai zam zam ka paigham.</w:t>
      </w:r>
      <w:r>
        <w:br/>
      </w:r>
      <w:r>
        <w:rPr>
          <w:sz w:val="20"/>
        </w:rPr>
        <w:t>1:04:36  maulana peshawar se wasal ali khan sahib ka sawal hai. unhon ne likha hai ke main pehli dafa Maulana sahib ka talk sun raha hoon aur mera yeh sawal hai ke inaam yafta log kaun hain jis ke baray mein Quran pak mein aaya hai?</w:t>
      </w:r>
      <w:r>
        <w:br/>
      </w:r>
      <w:r>
        <w:rPr>
          <w:sz w:val="20"/>
        </w:rPr>
        <w:t>1:04:56  maulana, is ko wazeh karein.</w:t>
      </w:r>
      <w:r>
        <w:br/>
      </w:r>
      <w:r>
        <w:rPr>
          <w:sz w:val="20"/>
        </w:rPr>
        <w:t>1:05:01  abhi abhi isi ke sawal ka unhon ne jawab diya hai</w:t>
      </w:r>
      <w:r>
        <w:br/>
      </w:r>
      <w:r>
        <w:rPr>
          <w:sz w:val="20"/>
        </w:rPr>
        <w:t>1:05:06  ke cheezon ko right angle se dekhna, jis ko aata hai, woh inaam yafta hai. sare log jo hain, cheezon ko right angle se nahi dekhte.</w:t>
      </w:r>
      <w:r>
        <w:br/>
      </w:r>
      <w:r>
        <w:rPr>
          <w:sz w:val="20"/>
        </w:rPr>
        <w:t>1:05:18  yahi ghalati karte hain. jaise maine aap ko zam zam ki misaal di. jo zam zam ko kya samajhte hain? muqaddas, muqaddas, muqaddas. woh right angle se dekhna hi hai.</w:t>
      </w:r>
      <w:r>
        <w:br/>
      </w:r>
      <w:r>
        <w:rPr>
          <w:sz w:val="20"/>
        </w:rPr>
        <w:t>1:05:29  maine aap ko bataya ke zam zam ko Allah ki help ki taraf dekhiye. Allah ki ke jahan bhi aap hon, yahan tak ke desert mein aap hon, tab bhi Allah ki madad aap ko pohnchegi.</w:t>
      </w:r>
      <w:r>
        <w:br/>
      </w:r>
      <w:r>
        <w:rPr>
          <w:sz w:val="20"/>
        </w:rPr>
        <w:t>1:05:44  to Allah</w:t>
      </w:r>
      <w:r>
        <w:br/>
      </w:r>
      <w:r>
        <w:rPr>
          <w:sz w:val="20"/>
        </w:rPr>
        <w:t>1:05:47  ki help har jagah milegi aap ko. is yaqeen ke saath Allah ke mission ke liye khade ho jaiye. yeh hai zam zam.</w:t>
      </w:r>
      <w:r>
        <w:br/>
      </w:r>
      <w:r>
        <w:rPr>
          <w:sz w:val="20"/>
        </w:rPr>
        <w:t>1:05:58  aur taqaddus kya?</w:t>
      </w:r>
      <w:r>
        <w:br/>
      </w:r>
      <w:r>
        <w:rPr>
          <w:sz w:val="20"/>
        </w:rPr>
        <w:t>1:06:02  musalman bas use muqaddas samajhte hain. to unhon ne zam zam ki jo asal hai, woh is ko jaana hi nahi. zam zam ka asal yeh hai ke Allah ke kaam ke liye jab jahan bhi ho, uth jao, khade ho jao.</w:t>
      </w:r>
      <w:r>
        <w:br/>
      </w:r>
      <w:r>
        <w:rPr>
          <w:sz w:val="20"/>
        </w:rPr>
        <w:t>1:06:21  wohin jahan tum ho, wahin tum ko Allah ki madad mil jayegi. bashart hai ke tum tashaddud na karo. tashaddud haram hai. saare musalman jo hain, ya to tashaddud karte hain ya tashaddud ka sochte hain.</w:t>
      </w:r>
      <w:r>
        <w:br/>
      </w:r>
      <w:r>
        <w:rPr>
          <w:sz w:val="20"/>
        </w:rPr>
        <w:t>1:06:35  nafrat, ya to nafrat ya tashaddud. nafrat ya tashaddud. is ke saath koi zam zam kaam nahi karne ka karega. nafrat aur tashaddud ko khatam karna padega, tab zam zam ka kaam shuru hoga.</w:t>
      </w:r>
      <w:r>
        <w:br/>
      </w:r>
      <w:r>
        <w:rPr>
          <w:sz w:val="20"/>
        </w:rPr>
        <w:t>1:06:53  warna zam zam aap rakh ke rahenge, bohat hi apne bag mein, aur kuch milega nahi zam zam se. zam zam se pehle aap ko apne sine ko nafrat se aur tashaddud se kharch ke nikalna hoga.</w:t>
      </w:r>
      <w:r>
        <w:br/>
      </w:r>
      <w:r>
        <w:rPr>
          <w:sz w:val="20"/>
        </w:rPr>
        <w:t>1:07:12  yeh jaanna hoga ke nafrat haram hai, tashaddud haram hai.</w:t>
      </w:r>
      <w:r>
        <w:br/>
      </w:r>
      <w:r>
        <w:rPr>
          <w:sz w:val="20"/>
        </w:rPr>
        <w:t>1:07:19  tab ja kar ke aap ko zam zam ka faida milega.</w:t>
      </w:r>
    </w:p>
    <w:p>
      <w:pPr>
        <w:pStyle w:val="Heading2"/>
      </w:pPr>
      <w:r>
        <w:t>British Empire as divine support story</w:t>
      </w:r>
    </w:p>
    <w:p>
      <w:r>
        <w:rPr>
          <w:color w:val="666666"/>
          <w:sz w:val="18"/>
        </w:rPr>
        <w:t>The Age of the Quran October 14, 2018 · 3m 48s · at 21:47 · https://youtu.be/DymTmk2gwGU?t=1307</w:t>
      </w:r>
    </w:p>
    <w:p>
      <w:r>
        <w:rPr>
          <w:i/>
        </w:rPr>
        <w:t>“Meri paidaish hui 1 February 1925 ko”</w:t>
      </w:r>
    </w:p>
    <w:p>
      <w:r>
        <w:rPr>
          <w:sz w:val="20"/>
        </w:rPr>
        <w:t>21:47  meri paidaish hui yakam farwari 1925 ko. us zamane se main ek baat sunta aa raha tha ke british government ke bare mein aap jante hain ke ek ek process tha.</w:t>
      </w:r>
      <w:r>
        <w:br/>
      </w:r>
      <w:r>
        <w:rPr>
          <w:sz w:val="20"/>
        </w:rPr>
        <w:t>22:03  chalte chalte woh daur aya ke jab ke empire banni lagi, empire phir british empire banni lagi.</w:t>
      </w:r>
      <w:r>
        <w:br/>
      </w:r>
      <w:r>
        <w:rPr>
          <w:sz w:val="20"/>
        </w:rPr>
        <w:t>22:14  british entire tareekh ki history ki sab se badi empire thi, sab se badi empire.</w:t>
      </w:r>
      <w:r>
        <w:br/>
      </w:r>
      <w:r>
        <w:rPr>
          <w:sz w:val="20"/>
        </w:rPr>
        <w:t>22:23  to jab mein chhota tha, us waqt mein ne yeh suna tha kyunke hamare ghar mein kai log English wale log the, woh aate the, balke mere saath sabhi log English wale log the.</w:t>
      </w:r>
      <w:r>
        <w:br/>
      </w:r>
      <w:r>
        <w:rPr>
          <w:sz w:val="20"/>
        </w:rPr>
        <w:t>22:39  to us waqt se mein sunta tha ek ke British Empire ke bare mein, British Empire ke bare mein ke the sun never sets on British Empire.</w:t>
      </w:r>
      <w:r>
        <w:br/>
      </w:r>
      <w:r>
        <w:rPr>
          <w:sz w:val="20"/>
        </w:rPr>
        <w:t>22:59  The sun never sets on British Empire. British Empire mein suraj kabhi gharoob nahi hota, yaani itni bada is ka area hai, cover kar raha hai poore zameen ko.</w:t>
      </w:r>
      <w:r>
        <w:br/>
      </w:r>
      <w:r>
        <w:rPr>
          <w:sz w:val="20"/>
        </w:rPr>
        <w:t>23:14  to jahan jahan suraj nikalta hai, roshni phailata hai, woh sara area British Empire mein aa jata hai. The sun never sets on British Empire.</w:t>
      </w:r>
      <w:r>
        <w:br/>
      </w:r>
      <w:r>
        <w:rPr>
          <w:sz w:val="20"/>
        </w:rPr>
        <w:t>23:30  to phir mujhe woh yeh yeh yeh yeh hadees yaad aayi hai, maa balagh al-layl wa al-nahar, jahan tak raat aur din pahunchte hain, wahan tak pahunchega Allah ka deen.</w:t>
      </w:r>
      <w:r>
        <w:br/>
      </w:r>
      <w:r>
        <w:rPr>
          <w:sz w:val="20"/>
        </w:rPr>
        <w:t>23:44  to kaise pahunchega?</w:t>
      </w:r>
      <w:r>
        <w:br/>
      </w:r>
      <w:r>
        <w:rPr>
          <w:sz w:val="20"/>
        </w:rPr>
        <w:t>23:47  kaise pahunchega? Insaan ke zariye pahunchega.</w:t>
      </w:r>
      <w:r>
        <w:br/>
      </w:r>
      <w:r>
        <w:rPr>
          <w:sz w:val="20"/>
        </w:rPr>
        <w:t>23:51  to yeh jo Allah taala ne British Empire itni bari banai,</w:t>
      </w:r>
      <w:r>
        <w:br/>
      </w:r>
      <w:r>
        <w:rPr>
          <w:sz w:val="20"/>
        </w:rPr>
        <w:t>23:57  tareekh mein pehli bar, yani musalmanon ka jo expansion tha Turkish Empire ke zamaney mein, is mein</w:t>
      </w:r>
      <w:r>
        <w:br/>
      </w:r>
      <w:r>
        <w:rPr>
          <w:sz w:val="20"/>
        </w:rPr>
        <w:t>24:06  kul 40 mulk shamil thay, lekin</w:t>
      </w:r>
      <w:r>
        <w:br/>
      </w:r>
      <w:r>
        <w:rPr>
          <w:sz w:val="20"/>
        </w:rPr>
        <w:t>24:10  British Empire mein 60 mulk shamil thay.</w:t>
      </w:r>
      <w:r>
        <w:br/>
      </w:r>
      <w:r>
        <w:rPr>
          <w:sz w:val="20"/>
        </w:rPr>
        <w:t>24:15  60 mulk itni bada tha us waqt, itna bada raqba tha ke yeh kaha jaane laga ke British Empire mein kabhi suraj gharoob nahi hota.</w:t>
      </w:r>
      <w:r>
        <w:br/>
      </w:r>
      <w:r>
        <w:rPr>
          <w:sz w:val="20"/>
        </w:rPr>
        <w:t>24:27  to dono ko mein ne milaya. Bahut dinon tak mein yeh soch raha raha hoon ke yeh itni mushabihat kyun hai ke Rasool Allah ka yeh jo qaul hai ke jahan tak suraj chand pahunchte hain, jahan tak raat din pahunchte hain, wahan tak yeh deen pahunchega.</w:t>
      </w:r>
      <w:r>
        <w:br/>
      </w:r>
      <w:r>
        <w:rPr>
          <w:sz w:val="20"/>
        </w:rPr>
        <w:t>24:46  aur doosri taraf British Empire ke bare mein ek kaha gaya ke the sun never sets, never sets on British Empire.</w:t>
      </w:r>
      <w:r>
        <w:br/>
      </w:r>
      <w:r>
        <w:rPr>
          <w:sz w:val="20"/>
        </w:rPr>
        <w:t>24:59  to meri samajh mein yeh baat aayi ke yeh jo British Empire thi, woh deen ke liye supporter ke taur par wajood mein aayi.</w:t>
      </w:r>
      <w:r>
        <w:br/>
      </w:r>
      <w:r>
        <w:rPr>
          <w:sz w:val="20"/>
        </w:rPr>
        <w:t>25:10  Supporter badqismati se hamare log jo hain, us ko dushman samajhne lage, us se ladai ladne lage, aur poori muddat mein ladai ladne lagne.</w:t>
      </w:r>
      <w:r>
        <w:br/>
      </w:r>
      <w:r>
        <w:rPr>
          <w:sz w:val="20"/>
        </w:rPr>
        <w:t>25:22  yaani 20wi sadi jo hai, 20wi sadi mein British press se ladai ladai ladai chalti rahi hai, aur ab tak nafrat nafrat nafrat chal rahi hai.</w:t>
      </w:r>
    </w:p>
    <w:p>
      <w:pPr>
        <w:pStyle w:val="Heading2"/>
      </w:pPr>
      <w:r>
        <w:t>Islam spread through Quran in early history</w:t>
      </w:r>
    </w:p>
    <w:p>
      <w:r>
        <w:rPr>
          <w:color w:val="666666"/>
          <w:sz w:val="18"/>
        </w:rPr>
        <w:t>Quran A Miracle June 01, 2014 · 5m 12s · at 16:55 · https://youtu.be/8KM3lDsj4PY?t=1015</w:t>
      </w:r>
    </w:p>
    <w:p>
      <w:r>
        <w:rPr>
          <w:i/>
        </w:rPr>
        <w:t>“Dekhiye hamari jo tareekh hai Islam ki”</w:t>
      </w:r>
    </w:p>
    <w:p>
      <w:r>
        <w:rPr>
          <w:sz w:val="20"/>
        </w:rPr>
        <w:t>16:55  dekhen hamari jo tareekh hai islam ki jo tareekh hai poori poori tareekh is ko confirm karti hai. poori poori tareekh.</w:t>
      </w:r>
      <w:r>
        <w:br/>
      </w:r>
      <w:r>
        <w:rPr>
          <w:sz w:val="20"/>
        </w:rPr>
        <w:t>17:08  rasool Allah sallallahu alaihi wasallam ne jab chh sau das isvi mein makkah mein apna mission shuru kiya toheed ka mission.</w:t>
      </w:r>
      <w:r>
        <w:br/>
      </w:r>
      <w:r>
        <w:rPr>
          <w:sz w:val="20"/>
        </w:rPr>
        <w:t>17:17  woh koi siyasat mission nahi tha. rasool Allah ka mission koi siyasat mission nahi tha. woh sirf yeh tha ke insaan ko bataya jaye ke tumhara rab kaun hai.</w:t>
      </w:r>
      <w:r>
        <w:br/>
      </w:r>
      <w:r>
        <w:rPr>
          <w:sz w:val="20"/>
        </w:rPr>
        <w:t>17:31  bas yeh yeh mission tha jis ko hum toheed kehte hain. to makkah ke aap jante hain ke kya makkah mein koi larai hui thi?</w:t>
      </w:r>
      <w:r>
        <w:br/>
      </w:r>
      <w:r>
        <w:rPr>
          <w:sz w:val="20"/>
        </w:rPr>
        <w:t>17:41  rasool Allah ne makkah walon ko talwar chalai thi. aur makkah ke jitne bhi jo intelligent log the jo jandar log the woh sab ke sab dakhil ho gaye islam mein.</w:t>
      </w:r>
      <w:r>
        <w:br/>
      </w:r>
      <w:r>
        <w:rPr>
          <w:sz w:val="20"/>
        </w:rPr>
        <w:t>17:55  yahan kya yahan tak ke aakhri zamane mein yani makkah ka jo aakhri zamana tha us waqt wahan ek sahib jo the khalid walid jo bohat baad ko iman laye.</w:t>
      </w:r>
      <w:r>
        <w:br/>
      </w:r>
      <w:r>
        <w:rPr>
          <w:sz w:val="20"/>
        </w:rPr>
        <w:t>18:05  unhon ne kaha tha amr raaz se yani islam qubool karne se kuch pehle. ke dakhalt nasif al islam</w:t>
      </w:r>
      <w:r>
        <w:br/>
      </w:r>
      <w:r>
        <w:rPr>
          <w:sz w:val="20"/>
        </w:rPr>
        <w:t>18:21  makkah ke bare mein report di thi unhon ne. ke dakhalt nasif al islam ab to makkah ke jo jandar log the woh sab to islam mein chale gaye.</w:t>
      </w:r>
      <w:r>
        <w:br/>
      </w:r>
      <w:r>
        <w:rPr>
          <w:sz w:val="20"/>
        </w:rPr>
        <w:t>18:32  rajul do taaq bana hotay hain Mud of Taste. koi makkah mein koi Mud of Taste nahi raha. yani hamari jo society thi makkah ki is mein koi Mud of Taste nahi raha.</w:t>
      </w:r>
      <w:r>
        <w:br/>
      </w:r>
      <w:r>
        <w:rPr>
          <w:sz w:val="20"/>
        </w:rPr>
        <w:t>18:43  ab chalo muhammad ke paas. yeh kaise hua? yeh isi quran ke zariye hua.</w:t>
      </w:r>
      <w:r>
        <w:br/>
      </w:r>
      <w:r>
        <w:rPr>
          <w:sz w:val="20"/>
        </w:rPr>
        <w:t>18:54  unki zuban arabi zuban thi. aur arabi zuban mein quran utra tha. isi ko rasool ALLAH صلی اللہ علیہ وسلم pesh karte the.</w:t>
      </w:r>
      <w:r>
        <w:br/>
      </w:r>
      <w:r>
        <w:rPr>
          <w:sz w:val="20"/>
        </w:rPr>
        <w:t>19:02  chunanche kitab mein aata hai ke</w:t>
      </w:r>
      <w:r>
        <w:br/>
      </w:r>
      <w:r>
        <w:rPr>
          <w:sz w:val="20"/>
        </w:rPr>
        <w:t>19:13  yani aap ne islam pesh kiya aur quran parh kar sunaya. yahi tha yahi tha is zamane mein dawat. alayhim al quran yahi tha dawat.</w:t>
      </w:r>
      <w:r>
        <w:br/>
      </w:r>
      <w:r>
        <w:rPr>
          <w:sz w:val="20"/>
        </w:rPr>
        <w:t>19:26  aur isi ke zariye se makkah ke terah saal ke andar baghair koi talwar chalai hui. na koi bomb tha wahan na koi gun thi.</w:t>
      </w:r>
      <w:r>
        <w:br/>
      </w:r>
      <w:r>
        <w:rPr>
          <w:sz w:val="20"/>
        </w:rPr>
        <w:t>19:35  lekin sare jandar log the woh sab islam mein dakhil ho gaye. jaisa ke khalid ne kaha tha ke</w:t>
      </w:r>
      <w:r>
        <w:br/>
      </w:r>
      <w:r>
        <w:rPr>
          <w:sz w:val="20"/>
        </w:rPr>
        <w:t>19:49  tamam jo People of Taste the woh to sab chale gaye islam mein. ab hamari taraf to kuch nahi reh gaya chhilka reh gaya hai.</w:t>
      </w:r>
      <w:r>
        <w:br/>
      </w:r>
      <w:r>
        <w:rPr>
          <w:sz w:val="20"/>
        </w:rPr>
        <w:t>19:58  yeh sab kaise hua yeh Miracle yeh Miracle isi quran ke zariye hua. phir aap dekhen aap seerat ki kitabon ko parhiye.</w:t>
      </w:r>
      <w:r>
        <w:br/>
      </w:r>
      <w:r>
        <w:rPr>
          <w:sz w:val="20"/>
        </w:rPr>
        <w:t>20:11  to seerat ki kitabon mein aap madinah ke bare mein bhi yeh yeh yeh yeh Sentence parhenge. madinah ke bare mein.</w:t>
      </w:r>
      <w:r>
        <w:br/>
      </w:r>
      <w:r>
        <w:rPr>
          <w:sz w:val="20"/>
        </w:rPr>
        <w:t>20:21  ke</w:t>
      </w:r>
      <w:r>
        <w:br/>
      </w:r>
      <w:r>
        <w:rPr>
          <w:sz w:val="20"/>
        </w:rPr>
        <w:t>20:24  ka</w:t>
      </w:r>
      <w:r>
        <w:br/>
      </w:r>
      <w:r>
        <w:rPr>
          <w:sz w:val="20"/>
        </w:rPr>
        <w:t>20:30  madinah ke bare mein yeh aata hai seerat ki kitabon mein. ka mun al yani madine ke gharon mein kuch mein se koi ghar aisa nahi bacha jis ke andar islam dakhil na ho gaya ho.</w:t>
      </w:r>
      <w:r>
        <w:br/>
      </w:r>
      <w:r>
        <w:rPr>
          <w:sz w:val="20"/>
        </w:rPr>
        <w:t>20:45  yeh kaise hua? madine par koi rasool ALLAH ne charhai ki thi? koi wahan talwar chalai thi wahan par? kuch bhi nahi.</w:t>
      </w:r>
      <w:r>
        <w:br/>
      </w:r>
      <w:r>
        <w:rPr>
          <w:sz w:val="20"/>
        </w:rPr>
        <w:t>20:54  sirf yahi quran. wahan par kuch sahaba gaye. aur un ke paas ek hi cheez thi yahi quran tha.</w:t>
      </w:r>
      <w:r>
        <w:br/>
      </w:r>
      <w:r>
        <w:rPr>
          <w:sz w:val="20"/>
        </w:rPr>
        <w:t>21:04  tab chhupa hua bhi nahi tha yeh. ab to yeh chhupa hua hai. is tarah se. tab chhupa hua nahi tha tab to un ki Memory mein hota tha.</w:t>
      </w:r>
      <w:r>
        <w:br/>
      </w:r>
      <w:r>
        <w:rPr>
          <w:sz w:val="20"/>
        </w:rPr>
        <w:t>21:14  Memory se parh parh suna deta woh. isi liye un ko kaha jata tha muqri. muqri maani hote hain parh kar sunane wala.</w:t>
      </w:r>
      <w:r>
        <w:br/>
      </w:r>
      <w:r>
        <w:rPr>
          <w:sz w:val="20"/>
        </w:rPr>
        <w:t>21:25  to jo sahaba gaye the madinah woh bator muqri gaye the. na talwar na bandooq na bomb na kuch.</w:t>
      </w:r>
      <w:r>
        <w:br/>
      </w:r>
      <w:r>
        <w:rPr>
          <w:sz w:val="20"/>
        </w:rPr>
        <w:t>21:34  bas jahan dekhte chand log hain madine mein wahan ja kar quran sunate the un ko. aur yahi quran ke sunane ka jo Process tha is ke nateejay mein aisa hua.</w:t>
      </w:r>
      <w:r>
        <w:br/>
      </w:r>
      <w:r>
        <w:rPr>
          <w:sz w:val="20"/>
        </w:rPr>
        <w:t>21:48  ke tareekh yeh kehti hai ke</w:t>
      </w:r>
      <w:r>
        <w:br/>
      </w:r>
      <w:r>
        <w:rPr>
          <w:sz w:val="20"/>
        </w:rPr>
        <w:t>21:55  mun al ke ghar ghar mein islam dakhil ho gaya. yeh tha quran ka Miraculous Effect. kaise ajeeb log hain jo bomb aur gun mein taqat samajhte hain.</w:t>
      </w:r>
    </w:p>
    <w:p>
      <w:pPr>
        <w:pStyle w:val="Heading2"/>
      </w:pPr>
      <w:r>
        <w:t>Kaaba's idol history proves mosque repair isn't haram</w:t>
      </w:r>
    </w:p>
    <w:p>
      <w:r>
        <w:rPr>
          <w:color w:val="666666"/>
          <w:sz w:val="18"/>
        </w:rPr>
        <w:t>In Conversation with Maulana Wahiduddin Khan English · 6m 33s · at 4:49 · https://youtu.be/QZrkP8Z3Fv8?t=289</w:t>
      </w:r>
    </w:p>
    <w:p>
      <w:r>
        <w:rPr>
          <w:i/>
        </w:rPr>
        <w:t>“Is this fatwa as per Islamic teachings?”</w:t>
      </w:r>
    </w:p>
    <w:p>
      <w:r>
        <w:rPr>
          <w:sz w:val="20"/>
        </w:rPr>
        <w:t>4:49  ? You have to understand the thing in its deeper perspective. Maulana, Kashmiri Mufti issued a fatwa that the Indian Army cannot build a mosque or repair the building because it is haram in Islam.</w:t>
      </w:r>
      <w:r>
        <w:br/>
      </w:r>
      <w:r>
        <w:rPr>
          <w:sz w:val="20"/>
        </w:rPr>
        <w:t>5:08  Is this as per Islamic teachings? No, not at all. This fatwa is wrong, completely wrong.</w:t>
      </w:r>
      <w:r>
        <w:br/>
      </w:r>
      <w:r>
        <w:rPr>
          <w:sz w:val="20"/>
        </w:rPr>
        <w:t>5:18  I will tell you that the Prophet of Islam has set all kinds of examples. There is a verse in the Qur'an, laqad kana lakum fi rasoolillahi uswatun hasanah There is a good example for you in the life of the Prophet of Islam.</w:t>
      </w:r>
      <w:r>
        <w:br/>
      </w:r>
      <w:r>
        <w:rPr>
          <w:sz w:val="20"/>
        </w:rPr>
        <w:t>5:40  So, the life of the Prophet of Islam was an eventful life. S</w:t>
      </w:r>
      <w:r>
        <w:br/>
      </w:r>
      <w:r>
        <w:rPr>
          <w:sz w:val="20"/>
        </w:rPr>
        <w:t>5:47  o, you can find all kinds of examples in his life. In this context, I would like to say that when the Prophet of Islam proclaimed his prophethood, it was 610 AD.</w:t>
      </w:r>
      <w:r>
        <w:br/>
      </w:r>
      <w:r>
        <w:rPr>
          <w:sz w:val="20"/>
        </w:rPr>
        <w:t>6:06  At that time, the Kaaba was built by Mushrik people and not by Muslims.</w:t>
      </w:r>
      <w:r>
        <w:br/>
      </w:r>
      <w:r>
        <w:rPr>
          <w:sz w:val="20"/>
        </w:rPr>
        <w:t>6:15  You know, the Kaaba was built by Prophet Abraham in the desert of Makkah. At that time, there was nothing but desert.</w:t>
      </w:r>
      <w:r>
        <w:br/>
      </w:r>
      <w:r>
        <w:rPr>
          <w:sz w:val="20"/>
        </w:rPr>
        <w:t>6:26  So, he built a mosque. Kaaba is a mosque for Tawhid. There is to worship one God.</w:t>
      </w:r>
      <w:r>
        <w:br/>
      </w:r>
      <w:r>
        <w:rPr>
          <w:sz w:val="20"/>
        </w:rPr>
        <w:t>6:38  So, Kaaba was a mosque of Kaaba was built as a center of Tawhid, as a center of oneness of God.</w:t>
      </w:r>
      <w:r>
        <w:br/>
      </w:r>
      <w:r>
        <w:rPr>
          <w:sz w:val="20"/>
        </w:rPr>
        <w:t>6:50  So, this was the real purpose of building a new mosque at Makkah. Then, what happened?</w:t>
      </w:r>
      <w:r>
        <w:br/>
      </w:r>
      <w:r>
        <w:rPr>
          <w:sz w:val="20"/>
        </w:rPr>
        <w:t>7:00  At that time, there was no restriction.</w:t>
      </w:r>
      <w:r>
        <w:br/>
      </w:r>
      <w:r>
        <w:rPr>
          <w:sz w:val="20"/>
        </w:rPr>
        <w:t>7:04  Everyone was free to visit Kaaba. No restriction at all. Then, what happened? People</w:t>
      </w:r>
      <w:r>
        <w:br/>
      </w:r>
      <w:r>
        <w:rPr>
          <w:sz w:val="20"/>
        </w:rPr>
        <w:t>7:18  people used to visit Kaaba. Then, some people who were idol worshippers,</w:t>
      </w:r>
      <w:r>
        <w:br/>
      </w:r>
      <w:r>
        <w:rPr>
          <w:sz w:val="20"/>
        </w:rPr>
        <w:t>7:25  they came over there and they put some idols because they were used to idol worship.</w:t>
      </w:r>
      <w:r>
        <w:br/>
      </w:r>
      <w:r>
        <w:rPr>
          <w:sz w:val="20"/>
        </w:rPr>
        <w:t>7:38  Say, they wanted to put in Kaaba their idol.</w:t>
      </w:r>
      <w:r>
        <w:br/>
      </w:r>
      <w:r>
        <w:rPr>
          <w:sz w:val="20"/>
        </w:rPr>
        <w:t>7:43  So, one after the other, these idol worshippers put idols.</w:t>
      </w:r>
      <w:r>
        <w:br/>
      </w:r>
      <w:r>
        <w:rPr>
          <w:sz w:val="20"/>
        </w:rPr>
        <w:t>7:56  So, the number became up to 360. So, when at the advent of the Prophet of Islam, there were 600 there were 360 idols in the Kaaba.</w:t>
      </w:r>
      <w:r>
        <w:br/>
      </w:r>
      <w:r>
        <w:rPr>
          <w:sz w:val="20"/>
        </w:rPr>
        <w:t>8:12  But, you know, the Prophet lived up to 13 years in Makkah. And he never tried to demolish never tried to destroy all those idols.</w:t>
      </w:r>
      <w:r>
        <w:br/>
      </w:r>
      <w:r>
        <w:rPr>
          <w:sz w:val="20"/>
        </w:rPr>
        <w:t>8:31  And, you know, this structure was at that time was not the same structure which was built by Hazrat Ibrahim</w:t>
      </w:r>
      <w:r>
        <w:br/>
      </w:r>
      <w:r>
        <w:rPr>
          <w:sz w:val="20"/>
        </w:rPr>
        <w:t>8:43  . This was built by Mushrik people. Now, you know, at present, Kaaba is a square building, a square building.</w:t>
      </w:r>
      <w:r>
        <w:br/>
      </w:r>
      <w:r>
        <w:rPr>
          <w:sz w:val="20"/>
        </w:rPr>
        <w:t>8:55  This was not the architecture of Hazrat Ibrahim. At that time, it was not a square building.</w:t>
      </w:r>
      <w:r>
        <w:br/>
      </w:r>
      <w:r>
        <w:rPr>
          <w:sz w:val="20"/>
        </w:rPr>
        <w:t>9:06  Then, what happened?</w:t>
      </w:r>
      <w:r>
        <w:br/>
      </w:r>
      <w:r>
        <w:rPr>
          <w:sz w:val="20"/>
        </w:rPr>
        <w:t>9:09  Due to some reason, that structure was</w:t>
      </w:r>
      <w:r>
        <w:br/>
      </w:r>
      <w:r>
        <w:rPr>
          <w:sz w:val="20"/>
        </w:rPr>
        <w:t>9:16  destroyed for some reason. So, Mushrik people at that time, there were only Mushrik people. So, they wanted to rebuild the Kaaba.</w:t>
      </w:r>
      <w:r>
        <w:br/>
      </w:r>
      <w:r>
        <w:rPr>
          <w:sz w:val="20"/>
        </w:rPr>
        <w:t>9:30  So, they rebuilt it. But they reduced the siz</w:t>
      </w:r>
      <w:r>
        <w:br/>
      </w:r>
      <w:r>
        <w:rPr>
          <w:sz w:val="20"/>
        </w:rPr>
        <w:t>9:36  e. They rebuilt it in a square shape. And that was abuse.</w:t>
      </w:r>
      <w:r>
        <w:br/>
      </w:r>
      <w:r>
        <w:rPr>
          <w:sz w:val="20"/>
        </w:rPr>
        <w:t>9:44  That was a kind of abuse in the structure. But the Prophet never tried to rebuild Kaaba again.</w:t>
      </w:r>
      <w:r>
        <w:br/>
      </w:r>
      <w:r>
        <w:rPr>
          <w:sz w:val="20"/>
        </w:rPr>
        <w:t>9:56  He simply tolerated. So, he used to visit Kaaba every day</w:t>
      </w:r>
      <w:r>
        <w:br/>
      </w:r>
      <w:r>
        <w:rPr>
          <w:sz w:val="20"/>
        </w:rPr>
        <w:t>10:02  . He used to perform his Salat, his Namaz. But he never tried to destroy idols.</w:t>
      </w:r>
      <w:r>
        <w:br/>
      </w:r>
      <w:r>
        <w:rPr>
          <w:sz w:val="20"/>
        </w:rPr>
        <w:t>10:11  He never tried to rebuild Kaaba. Then, what happened? After 23 years, he was able to occupy Makkah.</w:t>
      </w:r>
      <w:r>
        <w:br/>
      </w:r>
      <w:r>
        <w:rPr>
          <w:sz w:val="20"/>
        </w:rPr>
        <w:t>10:25  And now, he was able to establish a state in Arabia.</w:t>
      </w:r>
      <w:r>
        <w:br/>
      </w:r>
      <w:r>
        <w:rPr>
          <w:sz w:val="20"/>
        </w:rPr>
        <w:t>10:31  So, in the final days, he was head of the Arabian state. But again, he never tried to destroy that Kaaba that was built by Mushrik people.</w:t>
      </w:r>
      <w:r>
        <w:br/>
      </w:r>
      <w:r>
        <w:rPr>
          <w:sz w:val="20"/>
        </w:rPr>
        <w:t>10:47  It is a fact. You can find it in the history.</w:t>
      </w:r>
      <w:r>
        <w:br/>
      </w:r>
      <w:r>
        <w:rPr>
          <w:sz w:val="20"/>
        </w:rPr>
        <w:t>10:52  So, if Kaaba</w:t>
      </w:r>
      <w:r>
        <w:br/>
      </w:r>
      <w:r>
        <w:rPr>
          <w:sz w:val="20"/>
        </w:rPr>
        <w:t>10:57  so, if it was lawful to tolerate Kaaba even though it was built by Mushrik people, so how you can say that Army if Army tries to build a to repair a mosque, it is haram?</w:t>
      </w:r>
      <w:r>
        <w:br/>
      </w:r>
      <w:r>
        <w:rPr>
          <w:sz w:val="20"/>
        </w:rPr>
        <w:t>11:18  No, it is not haram.</w:t>
      </w:r>
    </w:p>
    <w:p>
      <w:pPr>
        <w:pStyle w:val="Heading2"/>
      </w:pPr>
      <w:r>
        <w:t>End of war era and call to dawah</w:t>
      </w:r>
    </w:p>
    <w:p>
      <w:r>
        <w:rPr>
          <w:color w:val="666666"/>
          <w:sz w:val="18"/>
        </w:rPr>
        <w:t>Prophetic Wisdom | January 29, 2017 · 4m 34s · at 30:49 · https://youtu.be/4w0NZoOLzsw?t=1849</w:t>
      </w:r>
    </w:p>
    <w:p>
      <w:r>
        <w:rPr>
          <w:i/>
        </w:rPr>
        <w:t>“The time for war is over; now only peaceful dawah.”</w:t>
      </w:r>
    </w:p>
    <w:p>
      <w:r>
        <w:rPr>
          <w:sz w:val="20"/>
        </w:rPr>
        <w:t>30:49  eez to quran hai, lekin isi ke sath supported literature zaroori hai. misal ke taur par supported literature ka matlab kya hai? quran mein kai ayatein aisi hain jin mein kaha gaya hai ke jang karo, qataluhum, jang karo. to yahan par yeh batana hai ke that was due to age factor. jis zamane mein quran utra, woh zamana tribal age ka zamana tha.</w:t>
      </w:r>
      <w:r>
        <w:br/>
      </w:r>
      <w:r>
        <w:rPr>
          <w:sz w:val="20"/>
        </w:rPr>
        <w:t>31:19  wahan cheezein settle ki jati thin jang ke zariye. to logon ne jab dekha rasool allah ke mission ko to aap par attack kiye, to bator defense ke aap ko jana pada jang mein. tab bhi aap ne bohat bada example set kiya ke aap ke mukhalifeen jo the, unhone aap par attack kiya, jang chhidri, lekin aap ne bohat hi zyada</w:t>
      </w:r>
      <w:r>
        <w:br/>
      </w:r>
      <w:r>
        <w:rPr>
          <w:sz w:val="20"/>
        </w:rPr>
        <w:t>31:50  wisdom ke sath manage kiya. manage kar ke kya kiya ke jangon ko uska rishta bana diya. yeh ajeeb o ghareeb misal hai tareekh mein ke rasool allah ne jangon ko uska rishta bana diya, ladaiyon ko jhadap jhadap bana diya. bohat badi misal hai. lekin ab jo daur hai, ab ab is ki bhi zaroorat nahi.</w:t>
      </w:r>
      <w:r>
        <w:br/>
      </w:r>
      <w:r>
        <w:rPr>
          <w:sz w:val="20"/>
        </w:rPr>
        <w:t>32:20  ab to jang ka daur hi khatam ho gaya. ab to jang ka daur hi khatam ho gaya. ab to koi ladna bhidna nahi, jang nahi karna hai, koi teer kaman nahi chalana hai. ab to peaceful tareeqe se allah ke paigham ko pahunchana hai. isi ki shakal hai ke aap word of god jo hai, quran, us ko tamam duniya ke zabanon mein tayyar kar ke sare alam tak pahuncha dein, ghar ghar dakhil dakhil ho jai</w:t>
      </w:r>
      <w:r>
        <w:br/>
      </w:r>
      <w:r>
        <w:rPr>
          <w:sz w:val="20"/>
        </w:rPr>
        <w:t>32:50  ye. yeh hai message, yeh hai sabak, yeh hai awaz. yeh awaz quran mein bhi hai, hadith mein bhi hai, aur halaat mein bhi hai, tareekh mein bhi hai. yani tareekh ko bhi khuda ne apna apne message ke liye, apne apne paigham ko dene ke liye istemal kiya. tareekh mein bhi</w:t>
      </w:r>
      <w:r>
        <w:br/>
      </w:r>
      <w:r>
        <w:rPr>
          <w:sz w:val="20"/>
        </w:rPr>
        <w:t>33:20  tareekh mein is tareeqe se ke musalman sari ladaiyan, sare karte karte do hafton ke sath beet gayi, mila kuch bhi nahi. to ab tareekh sabak de rahi hai ke ab you turn lo, apni koshishon ko divert karo, replanning karo. aur woh replanning kya hai? replanning yeh hai ke allah ke paigham ko pahunchao, quran ko pahunchao,</w:t>
      </w:r>
      <w:r>
        <w:br/>
      </w:r>
      <w:r>
        <w:rPr>
          <w:sz w:val="20"/>
        </w:rPr>
        <w:t>33:52  har ghar mein allah ke word of god ko dakhil kar do. to is waqt kya hoga? ke allah ki asal cheez kamyabi hoti hai allah ki madad se. to allah ki madad toot padegi. dekhein, jab aap kaam karenge, allah wala, allah ki machine chalayenge to allah ki madad toot padegi, nusrat toot padegi.</w:t>
      </w:r>
      <w:r>
        <w:br/>
      </w:r>
      <w:r>
        <w:rPr>
          <w:sz w:val="20"/>
        </w:rPr>
        <w:t>34:23  allah jo allah ke liye uthta hai to allah us ko apni madad bhej deta hai. to yeh hai waqt ki awaz, yeh hai aaj ki baat. sari musalmanon ko sochna chahiye, rethink karna chahiye ke</w:t>
      </w:r>
      <w:r>
        <w:br/>
      </w:r>
      <w:r>
        <w:rPr>
          <w:sz w:val="20"/>
        </w:rPr>
        <w:t>34:54  yani jo kehte hain ke where we miss the bus, where we miss the train, yani hum ne kahan apni sawari kho di ke muddat tak nahi pahunche. yahi kho di ke aap ne jo allah taala ka jo jo matloob tha, matloob yeh tha ke aap allah ki kitab ko sare insanon tak pahunch</w:t>
      </w:r>
    </w:p>
    <w:p>
      <w:pPr>
        <w:pStyle w:val="Heading2"/>
      </w:pPr>
      <w:r>
        <w:t>A hadith about vanishing water matches modern climate science</w:t>
      </w:r>
    </w:p>
    <w:p>
      <w:r>
        <w:rPr>
          <w:color w:val="666666"/>
          <w:sz w:val="18"/>
        </w:rPr>
        <w:t>Fasting Training for Discipline August 16, 2009 · 5m 22s · at 42:35 · https://youtu.be/sZw-RIqkF1c?t=2555</w:t>
      </w:r>
    </w:p>
    <w:p>
      <w:r>
        <w:rPr>
          <w:i/>
        </w:rPr>
        <w:t>“Hadith ki kitabon mein bahut si qayamat ki nishaniyan aayi hain”</w:t>
      </w:r>
    </w:p>
    <w:p>
      <w:r>
        <w:rPr>
          <w:sz w:val="20"/>
        </w:rPr>
        <w:t>42:35  aap hadith ki kitabon mein bohat si jo signs of qayamat aayi hain, ke qayamat ki pehchan, us ko parhiye aap.</w:t>
      </w:r>
      <w:r>
        <w:br/>
      </w:r>
      <w:r>
        <w:rPr>
          <w:sz w:val="20"/>
        </w:rPr>
        <w:t>42:45  dekhen, aik hadith hai jis mein Rasool Allah ne farmaya ke "end of the end of the history" kaise hoga?</w:t>
      </w:r>
      <w:r>
        <w:br/>
      </w:r>
      <w:r>
        <w:rPr>
          <w:sz w:val="20"/>
        </w:rPr>
        <w:t>42:54  yani khatma hayat kaise hogi? to aap ne farmaya ke pani jo hai, pani, water, sab se pehle us ka one third khatam ho jayega,</w:t>
      </w:r>
      <w:r>
        <w:br/>
      </w:r>
      <w:r>
        <w:rPr>
          <w:sz w:val="20"/>
        </w:rPr>
        <w:t>43:05  phir two third khatam hoga. is ke baad kya hoga? dunya mein no water ki shakal ban jayegi. yani water hi nahi hoga.</w:t>
      </w:r>
      <w:r>
        <w:br/>
      </w:r>
      <w:r>
        <w:rPr>
          <w:sz w:val="20"/>
        </w:rPr>
        <w:t>43:15  one third pehle khatam hua, phir two third khatam hoga, phir no water aa jayega. to log samajhte thay pehle us ko water disappear ho jayega.</w:t>
      </w:r>
      <w:r>
        <w:br/>
      </w:r>
      <w:r>
        <w:rPr>
          <w:sz w:val="20"/>
        </w:rPr>
        <w:t>43:26  yeh galat hai. nahi, usable nahi rahega woh.</w:t>
      </w:r>
      <w:r>
        <w:br/>
      </w:r>
      <w:r>
        <w:rPr>
          <w:sz w:val="20"/>
        </w:rPr>
        <w:t>43:33  woh kaise? abhi yeh dekhen, jo reports aa rahi hain, abhi kal parson mein report parh raha tha us ke bare mein, Ganga ke bare mein.</w:t>
      </w:r>
      <w:r>
        <w:br/>
      </w:r>
      <w:r>
        <w:rPr>
          <w:sz w:val="20"/>
        </w:rPr>
        <w:t>43:46  Ganga ke bare mein government arbon kharbon rupay kharch kar rahi hai, lekin aik expert bata raha tha ke Ganga ka pani 50 percent kam ho chuka hai.</w:t>
      </w:r>
      <w:r>
        <w:br/>
      </w:r>
      <w:r>
        <w:rPr>
          <w:sz w:val="20"/>
        </w:rPr>
        <w:t>43:58  kam ho chuka hai.</w:t>
      </w:r>
      <w:r>
        <w:br/>
      </w:r>
      <w:r>
        <w:rPr>
          <w:sz w:val="20"/>
        </w:rPr>
        <w:t>43:59  jitna pani ganga mein rehta tha, us se ab bohat kam pani hai ganga mein. jamna ka pani bohat hi kam ho gaya hai, bohat kam ho gaya hai. aise saare rivers ka haal hai, talab ka haal hai, jheelon ka haal hai, jitne pani ke reservoirs the, un ka haal hai.</w:t>
      </w:r>
      <w:r>
        <w:br/>
      </w:r>
      <w:r>
        <w:rPr>
          <w:sz w:val="20"/>
        </w:rPr>
        <w:t>44:15  yeh kyun aisa ho raha hai? aisa kyun ho raha hai? kyunke glacier se pani aata tha ganga jamna mein.</w:t>
      </w:r>
      <w:r>
        <w:br/>
      </w:r>
      <w:r>
        <w:rPr>
          <w:sz w:val="20"/>
        </w:rPr>
        <w:t>44:22  hamare yeh pahar ke oper jo barf ka, hamare yeh pahar ke oper barf ka pahar hai, jis ko hum glacier kehte hain, woh bohat ziyada pighal chuka hai global warming ki wajah se.</w:t>
      </w:r>
      <w:r>
        <w:br/>
      </w:r>
      <w:r>
        <w:rPr>
          <w:sz w:val="20"/>
        </w:rPr>
        <w:t>44:37  yani gire. to ek ayat meri samajh mein aayi qul inna asbahakum ma huwa kum ghawran fa ma ya teekum ba ma yama'in</w:t>
      </w:r>
      <w:r>
        <w:br/>
      </w:r>
      <w:r>
        <w:rPr>
          <w:sz w:val="20"/>
        </w:rPr>
        <w:t>44:48  . yahan yeh ayat mein lafz ghawra jo hai, ghawra ke ma'ni hain oper se neechay utarna. to is mein hai ke pani agar neechay utar jaye</w:t>
      </w:r>
      <w:r>
        <w:br/>
      </w:r>
      <w:r>
        <w:rPr>
          <w:sz w:val="20"/>
        </w:rPr>
        <w:t>44:59  to tum kya karoge? maye ma'een yani fresh water kahan se paoge tum? yeh jo ayat quran majeed ki hai qul inna asbahakum ma huwa kum ghawran fa ma ya teekum ba ma yama'in .</w:t>
      </w:r>
      <w:r>
        <w:br/>
      </w:r>
      <w:r>
        <w:rPr>
          <w:sz w:val="20"/>
        </w:rPr>
        <w:t>45:10  yani pani agar neechay utar jaye to tum maye ma'een yani fresh water kahan se paoge? yehi to ho raha hai is waqt</w:t>
      </w:r>
      <w:r>
        <w:br/>
      </w:r>
      <w:r>
        <w:rPr>
          <w:sz w:val="20"/>
        </w:rPr>
        <w:t>45:20  ke samundaron mein jo salty water tha pehle, to woh rain ke zariye se dobara hamein fresh water ban kar lot'ta tha.</w:t>
      </w:r>
      <w:r>
        <w:br/>
      </w:r>
      <w:r>
        <w:rPr>
          <w:sz w:val="20"/>
        </w:rPr>
        <w:t>45:30  aur glacier jab mein hue the, glacier tha aur polar ice thi aur ice berg tha, har sab pighal rahe hain global warming ki wajah se.</w:t>
      </w:r>
      <w:r>
        <w:br/>
      </w:r>
      <w:r>
        <w:rPr>
          <w:sz w:val="20"/>
        </w:rPr>
        <w:t>45:42  to glacier jo hamare pahar ke oper hain, woh sea level se panch hazar meter oper hain.</w:t>
      </w:r>
      <w:r>
        <w:br/>
      </w:r>
      <w:r>
        <w:rPr>
          <w:sz w:val="20"/>
        </w:rPr>
        <w:t>45:55  yani sea level se bohat oper. wahan se wahi ghawra ka ma'mla ho raha hai, wahan se neechay aa raha hai pani pighal pighal kar ke. to hota kya hai ke ziyada pighal rahe hain pani.</w:t>
      </w:r>
      <w:r>
        <w:br/>
      </w:r>
      <w:r>
        <w:rPr>
          <w:sz w:val="20"/>
        </w:rPr>
        <w:t>46:10  pani ke melt hone ka speed bohat barh gayi hai. to ab pani jo aata hai, woh kahan jata hai? woh kai baras se yeh chal raha hai silsila, woh beh kar ke jata hai sea mein, samundaron mein jata hai.</w:t>
      </w:r>
      <w:r>
        <w:br/>
      </w:r>
      <w:r>
        <w:rPr>
          <w:sz w:val="20"/>
        </w:rPr>
        <w:t>46:24  yani dobara woh ban jata hai salty water. yeh matlab hai is ayat ka i</w:t>
      </w:r>
      <w:r>
        <w:br/>
      </w:r>
      <w:r>
        <w:rPr>
          <w:sz w:val="20"/>
        </w:rPr>
        <w:t>46:31  nna asbahakum ma huwa kum ghawran fa ma ya teekum ba ma yama'in .</w:t>
      </w:r>
      <w:r>
        <w:br/>
      </w:r>
      <w:r>
        <w:rPr>
          <w:sz w:val="20"/>
        </w:rPr>
        <w:t>46:40  yani yeh pani dobara melt ho kar ke chala jaye samundaron mein aur salty water ban jaye. to koi fresh water kahan se milega? tukum fa ma ya teekum ba ma ya teekum ba ma yama'in . yani yeh pani dobara melt ho kar ke chala jaye samundaron mein aur salty water ban jaye. to koi fresh water kahan se milega?</w:t>
      </w:r>
      <w:r>
        <w:br/>
      </w:r>
      <w:r>
        <w:rPr>
          <w:sz w:val="20"/>
        </w:rPr>
        <w:t>46:45  to aap dekhiye, jo science, jo scientific reporten aa rahi hain, to one third ka process to khatam ho chuka hai, guzar chuka hai.</w:t>
      </w:r>
      <w:r>
        <w:br/>
      </w:r>
      <w:r>
        <w:rPr>
          <w:sz w:val="20"/>
        </w:rPr>
        <w:t>46:55  jo rasool Allah ne farmaya, teen teen period, yani one third jayega, phir two third jayega, phir total pani chala jayega. to one third to pighal chuka, polar ice pighal rahi hai, ice berg pighal rahe hain, glacier pighal rahe hain global warming ki wajah se.</w:t>
      </w:r>
      <w:r>
        <w:br/>
      </w:r>
      <w:r>
        <w:rPr>
          <w:sz w:val="20"/>
        </w:rPr>
        <w:t>47:13  aur sab pighle pighle pani kahan ja raha hai? samundar mein ja raha hai. yani salty water ban raha hai.</w:t>
      </w:r>
      <w:r>
        <w:br/>
      </w:r>
      <w:r>
        <w:rPr>
          <w:sz w:val="20"/>
        </w:rPr>
        <w:t>47:21  to two third ke process mein aa chuka, yani process jo hai, woh two third wale hisse mein aa chuka. is ke baad no water ka ma'mla hoga.</w:t>
      </w:r>
      <w:r>
        <w:br/>
      </w:r>
      <w:r>
        <w:rPr>
          <w:sz w:val="20"/>
        </w:rPr>
        <w:t>47:30  aur wahi waqt aa jayega jo ek shayar ne jo kahani likhi hai ke "Water, water, everywhere, not a drop to drink." .</w:t>
      </w:r>
      <w:r>
        <w:br/>
      </w:r>
      <w:r>
        <w:rPr>
          <w:sz w:val="20"/>
        </w:rPr>
        <w:t>47:41  pani hai magar peene ke liye kuch nahi, kyunke sab salty water hai.</w:t>
      </w:r>
      <w:r>
        <w:br/>
      </w:r>
      <w:r>
        <w:rPr>
          <w:sz w:val="20"/>
        </w:rPr>
        <w:t>47:47  to ab woh waqt aakhri tor par aa gaya hai jab ke idkhaal kalma ka process mukammal ho. is Ramzan mein hamein yehi pledge lena hai.</w:t>
      </w:r>
    </w:p>
    <w:p>
      <w:pPr>
        <w:pStyle w:val="Heading2"/>
      </w:pPr>
      <w:r>
        <w:t>Prophecy of great witness and opportunity</w:t>
      </w:r>
    </w:p>
    <w:p>
      <w:r>
        <w:rPr>
          <w:color w:val="666666"/>
          <w:sz w:val="18"/>
        </w:rPr>
        <w:t>Global Message December 30, 2018 Maulana Wahiduddin Khan · 6m 04s · at 25:19 · https://youtu.be/Ml_PyAxx8OE?t=1519</w:t>
      </w:r>
    </w:p>
    <w:p>
      <w:r>
        <w:rPr>
          <w:i/>
        </w:rPr>
        <w:t>“Quran mein hadith mein peshangi ki gayi.”</w:t>
      </w:r>
    </w:p>
    <w:p>
      <w:r>
        <w:rPr>
          <w:sz w:val="20"/>
        </w:rPr>
        <w:t>25:19  shahadat-e-aazma ka role anjaam paye ga. shahadat-e-aazma ke maani hain great witness ya great expansion quran ka aur islam ka.</w:t>
      </w:r>
      <w:r>
        <w:br/>
      </w:r>
      <w:r>
        <w:rPr>
          <w:sz w:val="20"/>
        </w:rPr>
        <w:t>25:34  shahadat-e-aazma aur is ko khud quran mein maujood hai yeh</w:t>
      </w:r>
      <w:r>
        <w:br/>
      </w:r>
      <w:r>
        <w:rPr>
          <w:sz w:val="20"/>
        </w:rPr>
        <w:t>25:43  is tareeqe se ke sanurihim ayatina fil afaqi wa fi anfusihim hatta yatabayyana lahumul haqq.</w:t>
      </w:r>
      <w:r>
        <w:br/>
      </w:r>
      <w:r>
        <w:rPr>
          <w:sz w:val="20"/>
        </w:rPr>
        <w:t>25:56  yeh jo yatabayyana lahumul haqq jo hai, yeh kya hai? tabayyun-e-aazma hai. hadith mein shahadat-e-aazma hai to quran mein tabayyun-e-aazma hai.</w:t>
      </w:r>
      <w:r>
        <w:br/>
      </w:r>
      <w:r>
        <w:rPr>
          <w:sz w:val="20"/>
        </w:rPr>
        <w:t>26:15  to yeh</w:t>
      </w:r>
      <w:r>
        <w:br/>
      </w:r>
      <w:r>
        <w:rPr>
          <w:sz w:val="20"/>
        </w:rPr>
        <w:t>26:18  yeh prediction tha quran mein aur hadith mein prediction ke ek waqt aaye ga jab ke dunya mein quran ki ya allah ke deen ki</w:t>
      </w:r>
      <w:r>
        <w:br/>
      </w:r>
      <w:r>
        <w:rPr>
          <w:sz w:val="20"/>
        </w:rPr>
        <w:t>26:35  great witness anjaam paye gi,</w:t>
      </w:r>
      <w:r>
        <w:br/>
      </w:r>
      <w:r>
        <w:rPr>
          <w:sz w:val="20"/>
        </w:rPr>
        <w:t>26:40  great tabayyun hogi. saare alam mein saare logon ke liye, one to all, saare mardon aur auraton ke liye allah ka jo word hai, allah ka jo message hai,</w:t>
      </w:r>
      <w:r>
        <w:br/>
      </w:r>
      <w:r>
        <w:rPr>
          <w:sz w:val="20"/>
        </w:rPr>
        <w:t>26:54  woh available ho jaye ga. available kitni bari baat hai!</w:t>
      </w:r>
      <w:r>
        <w:br/>
      </w:r>
      <w:r>
        <w:rPr>
          <w:sz w:val="20"/>
        </w:rPr>
        <w:t>27:00  jab dunya mein press nahi tha, us waqt yeh baat kahi gayi to is mein yeh cheez implicit thi, implicit ke aisa development hoga, aisa process chalega,</w:t>
      </w:r>
      <w:r>
        <w:br/>
      </w:r>
      <w:r>
        <w:rPr>
          <w:sz w:val="20"/>
        </w:rPr>
        <w:t>27:14  aise inqilabat aayenge ke yeh kaam mumkin ho jayega.</w:t>
      </w:r>
      <w:r>
        <w:br/>
      </w:r>
      <w:r>
        <w:rPr>
          <w:sz w:val="20"/>
        </w:rPr>
        <w:t>27:22  to mein samajhta hoon ke pichhle hazar saal tak yeh process chalta raha, chalta raha, chalta raha, yahan tak ke woh 21st century mein pahuncha aur aaj yeh sab kuch mumkin ho gaya hai</w:t>
      </w:r>
      <w:r>
        <w:br/>
      </w:r>
      <w:r>
        <w:rPr>
          <w:sz w:val="20"/>
        </w:rPr>
        <w:t>27:42  communication ke in terms of communication, in terms of travel, in terms of freedom, in terms of openness.</w:t>
      </w:r>
      <w:r>
        <w:br/>
      </w:r>
      <w:r>
        <w:rPr>
          <w:sz w:val="20"/>
        </w:rPr>
        <w:t>27:55  jis aitbaar se dekhen, woh sara infrastructure aaj wajood mein aa chuka hai yani is kaam ko anjaam dene ke liye ke quran ki tabayyun-e-aazma ya quran ki shahadat-e-aazma,</w:t>
      </w:r>
      <w:r>
        <w:br/>
      </w:r>
      <w:r>
        <w:rPr>
          <w:sz w:val="20"/>
        </w:rPr>
        <w:t>28:12  allah ke deen ki. quran ka matlab kya hai? allah ki kitab, allah ka message.</w:t>
      </w:r>
      <w:r>
        <w:br/>
      </w:r>
      <w:r>
        <w:rPr>
          <w:sz w:val="20"/>
        </w:rPr>
        <w:t>28:21  to allah ke message ki tabayyun-e-aazma, allah ke message ki shahadat-e-aazma, yeh poori tarah mumkin ho gayi hai kyun ke woh saare infrastructure aaj maujood ho chuke hain,</w:t>
      </w:r>
      <w:r>
        <w:br/>
      </w:r>
      <w:r>
        <w:rPr>
          <w:sz w:val="20"/>
        </w:rPr>
        <w:t>28:36  un mein se koi ek bhi baqi nahi raha. to ab waqt aa gaya hai, aakhri, aakhri, aakhri ke is kaam ko practical tor par anjaam diya jaye.</w:t>
      </w:r>
      <w:r>
        <w:br/>
      </w:r>
      <w:r>
        <w:rPr>
          <w:sz w:val="20"/>
        </w:rPr>
        <w:t>28:47  lekin ain usi waqt kya hua? fitna-e-dohma, musalman fitna-e-dohma ke shikar hue. fitna-e-dohma ke maani hain utter darkness.</w:t>
      </w:r>
      <w:r>
        <w:br/>
      </w:r>
      <w:r>
        <w:rPr>
          <w:sz w:val="20"/>
        </w:rPr>
        <w:t>29:02  to musalmanon ne yeh bhi ghalti ki ke fitna-e-dohma ko samajh liya ke doosron ko pata hai kya fitna hai, kisi kisi aur ka pata kya hua hai, halanke woh khud musalmanon ka apna problem hai.</w:t>
      </w:r>
      <w:r>
        <w:br/>
      </w:r>
      <w:r>
        <w:rPr>
          <w:sz w:val="20"/>
        </w:rPr>
        <w:t>29:17  fitna dohama musalmanon ka khud apna problem hai ke woh apne soch ki ghalati ki bina par utter darkness mein pad gaye hain, pad jayenge.</w:t>
      </w:r>
      <w:r>
        <w:br/>
      </w:r>
      <w:r>
        <w:rPr>
          <w:sz w:val="20"/>
        </w:rPr>
        <w:t>29:31  to ab waqt aa gaya hai ke hum utter darkness se bahar aayen, utter darkness se bahar aayen. aur jin qaumon ne yeh kaam anjam diya hai, second half yani infrastructure ko wajood mein laye hain,</w:t>
      </w:r>
      <w:r>
        <w:br/>
      </w:r>
      <w:r>
        <w:rPr>
          <w:sz w:val="20"/>
        </w:rPr>
        <w:t>29:52  jin qaumon ne khaas taur par west ne yeh kaam jo anjam diya hai ke</w:t>
      </w:r>
      <w:r>
        <w:br/>
      </w:r>
      <w:r>
        <w:rPr>
          <w:sz w:val="20"/>
        </w:rPr>
        <w:t>30:03  infrastructure jitne bhi iske ajza the, jo jo pehlu the, woh sab</w:t>
      </w:r>
      <w:r>
        <w:br/>
      </w:r>
      <w:r>
        <w:rPr>
          <w:sz w:val="20"/>
        </w:rPr>
        <w:t>30:14  aaj maujood hain. to unko humein unko acknowledge karna hai, unko as an opportunity avail karna hai</w:t>
      </w:r>
      <w:r>
        <w:br/>
      </w:r>
      <w:r>
        <w:rPr>
          <w:sz w:val="20"/>
        </w:rPr>
        <w:t>30:30  aur tamam qaumon ke sath humdardi aur mohabbat ke sath Allah ke message ko pahunchana hai. yeh hai karne ka kaam.</w:t>
      </w:r>
      <w:r>
        <w:br/>
      </w:r>
      <w:r>
        <w:rPr>
          <w:sz w:val="20"/>
        </w:rPr>
        <w:t>30:41  ab humein westophobia se bahar aana hai,</w:t>
      </w:r>
      <w:r>
        <w:br/>
      </w:r>
      <w:r>
        <w:rPr>
          <w:sz w:val="20"/>
        </w:rPr>
        <w:t>30:49  fitna dohama yani utter darkness se bahar nikalna hai.</w:t>
      </w:r>
      <w:r>
        <w:br/>
      </w:r>
      <w:r>
        <w:rPr>
          <w:sz w:val="20"/>
        </w:rPr>
        <w:t>30:55  to is waqt jo musalmanon ka sab se bada kaam hai, woh nafrat ko chhodna, doosron ko apna dushman samajhna, isko chhodna,</w:t>
      </w:r>
      <w:r>
        <w:br/>
      </w:r>
      <w:r>
        <w:rPr>
          <w:sz w:val="20"/>
        </w:rPr>
        <w:t>31:09  doosron ko apna helper samjho, unko acknowledge karo, unke liye duaen karo, unse mohabbat karo.</w:t>
      </w:r>
      <w:r>
        <w:br/>
      </w:r>
      <w:r>
        <w:rPr>
          <w:sz w:val="20"/>
        </w:rPr>
        <w:t>31:19  yeh waqt aa gaya hai.</w:t>
      </w:r>
    </w:p>
    <w:p>
      <w:pPr>
        <w:pStyle w:val="Heading2"/>
      </w:pPr>
      <w:r>
        <w:t>right goals versus wrong goals in fulfilling God's promise</w:t>
      </w:r>
    </w:p>
    <w:p>
      <w:r>
        <w:rPr>
          <w:color w:val="666666"/>
          <w:sz w:val="18"/>
        </w:rPr>
        <w:t>History Repeats Itself 10th March 2013 · 3m 58s · at 48:25 · https://youtu.be/dsjxiXLPXeg?t=2905</w:t>
      </w:r>
    </w:p>
    <w:p>
      <w:r>
        <w:rPr>
          <w:i/>
        </w:rPr>
        <w:t>“Kal jo waqia guzra, Quran ki wo ayat mere samne aa gayi”</w:t>
      </w:r>
    </w:p>
    <w:p>
      <w:r>
        <w:rPr>
          <w:sz w:val="20"/>
        </w:rPr>
        <w:t>48:25  toh kal jo waqea guzra. aur bhi is ki bahut si tafseelat hain, aap hamare sathiyon se pooch lijiyega jo wahan gaye the. toh Quran ki woh ayat mere saamne aa gayi.</w:t>
      </w:r>
      <w:r>
        <w:br/>
      </w:r>
      <w:r>
        <w:rPr>
          <w:sz w:val="20"/>
        </w:rPr>
        <w:t>48:35  Surah Aal-e-Imran ki. ke rabana atina ma atana ala rusulika. yeh mah-o-mah bani hui thi, purasrar bani hui thi is se pehle.</w:t>
      </w:r>
      <w:r>
        <w:br/>
      </w:r>
      <w:r>
        <w:rPr>
          <w:sz w:val="20"/>
        </w:rPr>
        <w:t>48:56  yaani aise hi samajh lijiye ke agar aap farz kijiye ke ek university mein dakhla len. aap is umeed ke saath ke aap engineering mein master karenge agar.</w:t>
      </w:r>
      <w:r>
        <w:br/>
      </w:r>
      <w:r>
        <w:rPr>
          <w:sz w:val="20"/>
        </w:rPr>
        <w:t>49:07  toh aap ko ek acha exam mil jayega. toh jab aap engineering mein master karen, master degree len.</w:t>
      </w:r>
      <w:r>
        <w:br/>
      </w:r>
      <w:r>
        <w:rPr>
          <w:sz w:val="20"/>
        </w:rPr>
        <w:t>49:17  toh aap dekhenge ke foran hi foran aap ko exam mil gaya. acha is ke baraks agar aap yeh karen.</w:t>
      </w:r>
      <w:r>
        <w:br/>
      </w:r>
      <w:r>
        <w:rPr>
          <w:sz w:val="20"/>
        </w:rPr>
        <w:t>49:25  ke aap dakhla len is is is mind ke saath, is zehan ke saath. ke jab main engineering mein master degree kar lunga.</w:t>
      </w:r>
      <w:r>
        <w:br/>
      </w:r>
      <w:r>
        <w:rPr>
          <w:sz w:val="20"/>
        </w:rPr>
        <w:t>49:39  toh mujhe mulk ka prime minister bana diya jayega. acha is ke baad kya ho? ke aap master degree le li aap ne. aur prime minister phir bhi nahin banaya gaya aap ko. toh aap ko maishati hogi.</w:t>
      </w:r>
      <w:r>
        <w:br/>
      </w:r>
      <w:r>
        <w:rPr>
          <w:sz w:val="20"/>
        </w:rPr>
        <w:t>49:50  yeh sahi sahi nishana rakha aap ne. to aap ke andar aitmad aaya, Allah ka shukar aaya. ghalat nishana aaya to is se aap maishati aai, rajalahat aai.</w:t>
      </w:r>
      <w:r>
        <w:br/>
      </w:r>
      <w:r>
        <w:rPr>
          <w:sz w:val="20"/>
        </w:rPr>
        <w:t>50:02  society bombing ki taraf pahunch gaye aap. yahi zamane mein logon ka haal hai. ke woh islami tehreek chalate hain kis liye?</w:t>
      </w:r>
      <w:r>
        <w:br/>
      </w:r>
      <w:r>
        <w:rPr>
          <w:sz w:val="20"/>
        </w:rPr>
        <w:t>50:12  bahut si islami tehreekein chal rahi hain. sari duniya mein islami tehreekein, islami tehreekein. kis liye? ghalba-e-Islam ke liye, ghalba-e-Islam ke liye. aur ghalba-e-Islam hota nahin.</w:t>
      </w:r>
      <w:r>
        <w:br/>
      </w:r>
      <w:r>
        <w:rPr>
          <w:sz w:val="20"/>
        </w:rPr>
        <w:t>50:24  yani Islam ke aalmi ghalba ke liye.</w:t>
      </w:r>
      <w:r>
        <w:br/>
      </w:r>
      <w:r>
        <w:rPr>
          <w:sz w:val="20"/>
        </w:rPr>
        <w:t>50:29  Islam ka aalmi ghalba yani dobara ek yani zyada wazeh lafz yeh hai ke dobara Muslim empire qaim ho jaye dunya bhar mein. Muslim empire.</w:t>
      </w:r>
      <w:r>
        <w:br/>
      </w:r>
      <w:r>
        <w:rPr>
          <w:sz w:val="20"/>
        </w:rPr>
        <w:t>50:39  ab hota nahin woh. to jis ko dekhiye woh maishati jee raha hai, maishati jee raha hai. to wahi haal hai ke is naujawan ko misaal se aap samajh sakte hain.</w:t>
      </w:r>
      <w:r>
        <w:br/>
      </w:r>
      <w:r>
        <w:rPr>
          <w:sz w:val="20"/>
        </w:rPr>
        <w:t>50:50  ke jo university mein taleem hasil kare. yeh soch kar ke jaise hi mere paas degree milegi. main India ka prime minister ban jaunga.</w:t>
      </w:r>
      <w:r>
        <w:br/>
      </w:r>
      <w:r>
        <w:rPr>
          <w:sz w:val="20"/>
        </w:rPr>
        <w:t>50:59  to jab India ka prime minister woh na bane. to maishati bhi jiye, hatta ke society bhi kar sakta hai woh. lekin agar woh nishana yeh ho. ke degree jab lunga main.</w:t>
      </w:r>
      <w:r>
        <w:br/>
      </w:r>
      <w:r>
        <w:rPr>
          <w:sz w:val="20"/>
        </w:rPr>
        <w:t>51:09  to mujhe kisi multinational mein, kisi company mein ek acha job mil jayega, offer mil jayega us ko. to bahut khush rahega woh.</w:t>
      </w:r>
      <w:r>
        <w:br/>
      </w:r>
      <w:r>
        <w:rPr>
          <w:sz w:val="20"/>
        </w:rPr>
        <w:t>51:20  is waqt sare logon ka yahi haal hai.</w:t>
      </w:r>
      <w:r>
        <w:br/>
      </w:r>
      <w:r>
        <w:rPr>
          <w:sz w:val="20"/>
        </w:rPr>
        <w:t>51:24  ke islami tehreekein chalate hain. ghalat nishane ko le kar ke. ghalat ghalat goal ko le kar ke. Allah se ghalat ummeedein qaim kar ke.</w:t>
      </w:r>
      <w:r>
        <w:br/>
      </w:r>
      <w:r>
        <w:rPr>
          <w:sz w:val="20"/>
        </w:rPr>
        <w:t>51:36  to rajai' ke sab mein ne dekha hai jis ko bhi. sab maishati jeete hain, maishati jeete hain, maishati jeete hain.</w:t>
      </w:r>
      <w:r>
        <w:br/>
      </w:r>
      <w:r>
        <w:rPr>
          <w:sz w:val="20"/>
        </w:rPr>
        <w:t>51:45  Allah ke fazl se hamare mission ke logon ka mamla yeh nahin hai. kyun? unhon ne aisa nishana rakha hi nahin.</w:t>
      </w:r>
      <w:r>
        <w:br/>
      </w:r>
      <w:r>
        <w:rPr>
          <w:sz w:val="20"/>
        </w:rPr>
        <w:t>51:55  koi self-styled goal rakha hi nahin unhon ne. wahi rakha jo Allah ne muqarrar kiya hai. to phir un ko yaqeen mil jata hai ke Rabbana atina ma atina ala ruslik.</w:t>
      </w:r>
      <w:r>
        <w:br/>
      </w:r>
      <w:r>
        <w:rPr>
          <w:sz w:val="20"/>
        </w:rPr>
        <w:t>52:11  hamare paas aaj bhi poora ho raha hai.</w:t>
      </w:r>
      <w:r>
        <w:br/>
      </w:r>
      <w:r>
        <w:rPr>
          <w:sz w:val="20"/>
        </w:rPr>
        <w:t>52:15  Rabbana atina ma atina ala ruslik. woh aaj poora ho raha hai hamare liye.</w:t>
      </w:r>
    </w:p>
    <w:p>
      <w:pPr>
        <w:pStyle w:val="Heading2"/>
      </w:pPr>
      <w:r>
        <w:t>God's mercy, life purpose, Quran preservation</w:t>
      </w:r>
    </w:p>
    <w:p>
      <w:r>
        <w:rPr>
          <w:color w:val="666666"/>
          <w:sz w:val="18"/>
        </w:rPr>
        <w:t>Quran Compilation November 16, 2014 · 5m 20s · at 0:55 · https://youtu.be/fMlK2jWO4EU?t=55</w:t>
      </w:r>
    </w:p>
    <w:p>
      <w:r>
        <w:rPr>
          <w:i/>
        </w:rPr>
        <w:t>“mein apne is baat ko Quran ki ek aayat se shuru karta”</w:t>
      </w:r>
    </w:p>
    <w:p>
      <w:r>
        <w:rPr>
          <w:sz w:val="20"/>
        </w:rPr>
        <w:t>0:55  mein apne is baat ko quran ki ek ayat se shuru karta hoon</w:t>
      </w:r>
      <w:r>
        <w:br/>
      </w:r>
      <w:r>
        <w:rPr>
          <w:sz w:val="20"/>
        </w:rPr>
        <w:t>1:03  surah al-baqarah mein ek ayat hai</w:t>
      </w:r>
      <w:r>
        <w:br/>
      </w:r>
      <w:r>
        <w:rPr>
          <w:sz w:val="20"/>
        </w:rPr>
        <w:t>1:07  innalaha raoofun bil'ibad</w:t>
      </w:r>
      <w:r>
        <w:br/>
      </w:r>
      <w:r>
        <w:rPr>
          <w:sz w:val="20"/>
        </w:rPr>
        <w:t>1:11  is ka matlab yeh hai ke Allah</w:t>
      </w:r>
      <w:r>
        <w:br/>
      </w:r>
      <w:r>
        <w:rPr>
          <w:sz w:val="20"/>
        </w:rPr>
        <w:t>1:16  apne bandoon par bohat zyada meherban hai</w:t>
      </w:r>
      <w:r>
        <w:br/>
      </w:r>
      <w:r>
        <w:rPr>
          <w:sz w:val="20"/>
        </w:rPr>
        <w:t>1:20  God is most merciful</w:t>
      </w:r>
      <w:r>
        <w:br/>
      </w:r>
      <w:r>
        <w:rPr>
          <w:sz w:val="20"/>
        </w:rPr>
        <w:t>1:24  to the mankind</w:t>
      </w:r>
      <w:r>
        <w:br/>
      </w:r>
      <w:r>
        <w:rPr>
          <w:sz w:val="20"/>
        </w:rPr>
        <w:t>1:30  dekhein is aayat ko log bohat hi limited sense mein lete hain bohat mahdood sense mein dekhein kisi bhi aayat ko</w:t>
      </w:r>
      <w:r>
        <w:br/>
      </w:r>
      <w:r>
        <w:rPr>
          <w:sz w:val="20"/>
        </w:rPr>
        <w:t>1:43  limited sense mein aap nahi le sakte jab bhi Khuda ka kalam hai to har ayat ko</w:t>
      </w:r>
      <w:r>
        <w:br/>
      </w:r>
      <w:r>
        <w:rPr>
          <w:sz w:val="20"/>
        </w:rPr>
        <w:t>1:51  Khuda ki shan ke mutabiq hona chahiye</w:t>
      </w:r>
      <w:r>
        <w:br/>
      </w:r>
      <w:r>
        <w:rPr>
          <w:sz w:val="20"/>
        </w:rPr>
        <w:t>1:56  to is ayat mein jo bataya yeh jo farmaya ke Allah insano ke upar bohat zyada meherban hai</w:t>
      </w:r>
      <w:r>
        <w:br/>
      </w:r>
      <w:r>
        <w:rPr>
          <w:sz w:val="20"/>
        </w:rPr>
        <w:t>2:04  to is ko aap bohat hi zyada</w:t>
      </w:r>
      <w:r>
        <w:br/>
      </w:r>
      <w:r>
        <w:rPr>
          <w:sz w:val="20"/>
        </w:rPr>
        <w:t>2:08  wasee maeni mein lena hoga</w:t>
      </w:r>
      <w:r>
        <w:br/>
      </w:r>
      <w:r>
        <w:rPr>
          <w:sz w:val="20"/>
        </w:rPr>
        <w:t>2:11  is waqt mein</w:t>
      </w:r>
      <w:r>
        <w:br/>
      </w:r>
      <w:r>
        <w:rPr>
          <w:sz w:val="20"/>
        </w:rPr>
        <w:t>2:13  is meherbani ke</w:t>
      </w:r>
      <w:r>
        <w:br/>
      </w:r>
      <w:r>
        <w:rPr>
          <w:sz w:val="20"/>
        </w:rPr>
        <w:t>2:16  do pehluon ko wazeh karna chahta hoon</w:t>
      </w:r>
      <w:r>
        <w:br/>
      </w:r>
      <w:r>
        <w:rPr>
          <w:sz w:val="20"/>
        </w:rPr>
        <w:t>2:21  dekhen Allah taala ne insan ko paida kiya paida kar ke zameen par basaya</w:t>
      </w:r>
      <w:r>
        <w:br/>
      </w:r>
      <w:r>
        <w:rPr>
          <w:sz w:val="20"/>
        </w:rPr>
        <w:t>2:29  to zaroori tha ke insan ko yeh bataya jaye ke</w:t>
      </w:r>
      <w:r>
        <w:br/>
      </w:r>
      <w:r>
        <w:rPr>
          <w:sz w:val="20"/>
        </w:rPr>
        <w:t>2:35  insan ki paidaish ka maqsad kya hai</w:t>
      </w:r>
      <w:r>
        <w:br/>
      </w:r>
      <w:r>
        <w:rPr>
          <w:sz w:val="20"/>
        </w:rPr>
        <w:t>2:42  zindagi kya hai maut kya hai</w:t>
      </w:r>
      <w:r>
        <w:br/>
      </w:r>
      <w:r>
        <w:rPr>
          <w:sz w:val="20"/>
        </w:rPr>
        <w:t>2:47  maut se pehle insan ko kya karna hai maut ke baad insan</w:t>
      </w:r>
      <w:r>
        <w:br/>
      </w:r>
      <w:r>
        <w:rPr>
          <w:sz w:val="20"/>
        </w:rPr>
        <w:t>2:53  ke sath kya pesh aana hai in sab baton ko bataya jaye</w:t>
      </w:r>
      <w:r>
        <w:br/>
      </w:r>
      <w:r>
        <w:rPr>
          <w:sz w:val="20"/>
        </w:rPr>
        <w:t>3:00  aur Who is the creator</w:t>
      </w:r>
      <w:r>
        <w:br/>
      </w:r>
      <w:r>
        <w:rPr>
          <w:sz w:val="20"/>
        </w:rPr>
        <w:t>3:04  of man in sab baton ko bataya jaye</w:t>
      </w:r>
      <w:r>
        <w:br/>
      </w:r>
      <w:r>
        <w:rPr>
          <w:sz w:val="20"/>
        </w:rPr>
        <w:t>3:10  to Allah taala ne bataya peghambaron ke zariye se</w:t>
      </w:r>
      <w:r>
        <w:br/>
      </w:r>
      <w:r>
        <w:rPr>
          <w:sz w:val="20"/>
        </w:rPr>
        <w:t>3:16  lekin</w:t>
      </w:r>
      <w:r>
        <w:br/>
      </w:r>
      <w:r>
        <w:rPr>
          <w:sz w:val="20"/>
        </w:rPr>
        <w:t>3:17  dekhen peghambar har ek ke liye dastiyab nahi ho sakta jaise peghambar farz kijiye ke Makkah mein hai</w:t>
      </w:r>
      <w:r>
        <w:br/>
      </w:r>
      <w:r>
        <w:rPr>
          <w:sz w:val="20"/>
        </w:rPr>
        <w:t>3:27  mein Delhi mein hoon to peghambar se milne ke liye to mujhe bohat lamba safar karna parega</w:t>
      </w:r>
      <w:r>
        <w:br/>
      </w:r>
      <w:r>
        <w:rPr>
          <w:sz w:val="20"/>
        </w:rPr>
        <w:t>3:34  to peghambar in person</w:t>
      </w:r>
      <w:r>
        <w:br/>
      </w:r>
      <w:r>
        <w:rPr>
          <w:sz w:val="20"/>
        </w:rPr>
        <w:t>3:38  har ek ke liye dastiyab nahi ho sakta hai</w:t>
      </w:r>
      <w:r>
        <w:br/>
      </w:r>
      <w:r>
        <w:rPr>
          <w:sz w:val="20"/>
        </w:rPr>
        <w:t>3:42  to zaroorat thi ke ek kitab maujood ho jo har ek ke liye dastiyab ho jaye insan kahin</w:t>
      </w:r>
      <w:r>
        <w:br/>
      </w:r>
      <w:r>
        <w:rPr>
          <w:sz w:val="20"/>
        </w:rPr>
        <w:t>3:48  bhi ho woh kitab ko parh kar jaane ke peghambar ka paigham kya hai</w:t>
      </w:r>
      <w:r>
        <w:br/>
      </w:r>
      <w:r>
        <w:rPr>
          <w:sz w:val="20"/>
        </w:rPr>
        <w:t>3:57  to Allah taala ne</w:t>
      </w:r>
      <w:r>
        <w:br/>
      </w:r>
      <w:r>
        <w:rPr>
          <w:sz w:val="20"/>
        </w:rPr>
        <w:t>4:00  quran utara aur is ke liye yeh</w:t>
      </w:r>
      <w:r>
        <w:br/>
      </w:r>
      <w:r>
        <w:rPr>
          <w:sz w:val="20"/>
        </w:rPr>
        <w:t>4:05  tay kar diya ke is ko mehfooz kitab banna hai</w:t>
      </w:r>
      <w:r>
        <w:br/>
      </w:r>
      <w:r>
        <w:rPr>
          <w:sz w:val="20"/>
        </w:rPr>
        <w:t>4:14  na nazalna zikran wa inna alayhi alhafizoon dekhen</w:t>
      </w:r>
      <w:r>
        <w:br/>
      </w:r>
      <w:r>
        <w:rPr>
          <w:sz w:val="20"/>
        </w:rPr>
        <w:t>4:19  aasmani kitab ko ek mehfooz kitab banana ek bohat hi zyada mushkil</w:t>
      </w:r>
      <w:r>
        <w:br/>
      </w:r>
      <w:r>
        <w:rPr>
          <w:sz w:val="20"/>
        </w:rPr>
        <w:t>4:27  mansooba hai kyunke dekhen pichle zamane mein bohat si kitaben aayen Allah ki taraf se lekin koi ek</w:t>
      </w:r>
      <w:r>
        <w:br/>
      </w:r>
      <w:r>
        <w:rPr>
          <w:sz w:val="20"/>
        </w:rPr>
        <w:t>4:35  kitab bhi mehfooz nahi</w:t>
      </w:r>
      <w:r>
        <w:br/>
      </w:r>
      <w:r>
        <w:rPr>
          <w:sz w:val="20"/>
        </w:rPr>
        <w:t>4:39  ek kitab bhi nahi</w:t>
      </w:r>
      <w:r>
        <w:br/>
      </w:r>
      <w:r>
        <w:rPr>
          <w:sz w:val="20"/>
        </w:rPr>
        <w:t>4:41  kyun isi</w:t>
      </w:r>
      <w:r>
        <w:br/>
      </w:r>
      <w:r>
        <w:rPr>
          <w:sz w:val="20"/>
        </w:rPr>
        <w:t>4:44  liye ke insan</w:t>
      </w:r>
      <w:r>
        <w:br/>
      </w:r>
      <w:r>
        <w:rPr>
          <w:sz w:val="20"/>
        </w:rPr>
        <w:t>4:47  ki ajeeb o ghareeb mizaj hai insan ka ke is ki marzi ke khilaf jo cheez ho us</w:t>
      </w:r>
      <w:r>
        <w:br/>
      </w:r>
      <w:r>
        <w:rPr>
          <w:sz w:val="20"/>
        </w:rPr>
        <w:t>4:51  ko bardasht nahi karta us ko mita dena chahta hai</w:t>
      </w:r>
      <w:r>
        <w:br/>
      </w:r>
      <w:r>
        <w:rPr>
          <w:sz w:val="20"/>
        </w:rPr>
        <w:t>4:56  to quran ko mehfooz kitab banana ek bohat bara mansooba tha jo sirf Allah hi is ko poora</w:t>
      </w:r>
      <w:r>
        <w:br/>
      </w:r>
      <w:r>
        <w:rPr>
          <w:sz w:val="20"/>
        </w:rPr>
        <w:t>5:02  kar sakta tha</w:t>
      </w:r>
      <w:r>
        <w:br/>
      </w:r>
      <w:r>
        <w:rPr>
          <w:sz w:val="20"/>
        </w:rPr>
        <w:t>5:05  is ki tafseel maine apni kitabon mein likhi hai ke kaise quran mehfooz hua us waqt mein</w:t>
      </w:r>
      <w:r>
        <w:br/>
      </w:r>
      <w:r>
        <w:rPr>
          <w:sz w:val="20"/>
        </w:rPr>
        <w:t>5:10  yehi kehna chahta hoon ke Allah ne apni</w:t>
      </w:r>
      <w:r>
        <w:br/>
      </w:r>
      <w:r>
        <w:rPr>
          <w:sz w:val="20"/>
        </w:rPr>
        <w:t>5:15  ek bohat hi gehri mansooba bandi ke zariye se quran ko ek mehfooz kitab bana diya</w:t>
      </w:r>
      <w:r>
        <w:br/>
      </w:r>
      <w:r>
        <w:rPr>
          <w:sz w:val="20"/>
        </w:rPr>
        <w:t>5:24  mukammal taur par mehfooz is mein ek ayat ke barabar bhi koi tabdeeli nahi aayi hai chaudah</w:t>
      </w:r>
      <w:r>
        <w:br/>
      </w:r>
      <w:r>
        <w:rPr>
          <w:sz w:val="20"/>
        </w:rPr>
        <w:t>5:30  sau saal ke andar</w:t>
      </w:r>
      <w:r>
        <w:br/>
      </w:r>
      <w:r>
        <w:rPr>
          <w:sz w:val="20"/>
        </w:rPr>
        <w:t>5:32  aur mazeed yeh ke is ki zaban bhi mehfooz hai in arabi zaban</w:t>
      </w:r>
      <w:r>
        <w:br/>
      </w:r>
      <w:r>
        <w:rPr>
          <w:sz w:val="20"/>
        </w:rPr>
        <w:t>5:39  to quran ko mehfooz karne ka kaam Allah taala ne ummat e muslema se liya</w:t>
      </w:r>
      <w:r>
        <w:br/>
      </w:r>
      <w:r>
        <w:rPr>
          <w:sz w:val="20"/>
        </w:rPr>
        <w:t>5:46  yeh sirf makka mein mehfooz nahi hua yeh lambi muddat guzri is ki sankaron saal kyunke quran mehfooz</w:t>
      </w:r>
      <w:r>
        <w:br/>
      </w:r>
      <w:r>
        <w:rPr>
          <w:sz w:val="20"/>
        </w:rPr>
        <w:t>5:54  hua shuru mein likha jata tha woh</w:t>
      </w:r>
      <w:r>
        <w:br/>
      </w:r>
      <w:r>
        <w:rPr>
          <w:sz w:val="20"/>
        </w:rPr>
        <w:t>5:58  mukhtalif qism ke tukron par phir woh likha gaya us ko</w:t>
      </w:r>
      <w:r>
        <w:br/>
      </w:r>
      <w:r>
        <w:rPr>
          <w:sz w:val="20"/>
        </w:rPr>
        <w:t>6:03  qadeem zamane ke kaghaz par phir is zamane mein printing press tha nahi us ko likha jata raha</w:t>
      </w:r>
      <w:r>
        <w:br/>
      </w:r>
      <w:r>
        <w:rPr>
          <w:sz w:val="20"/>
        </w:rPr>
        <w:t>6:13  to dunya mein sirf chand hi nuskhay</w:t>
      </w:r>
    </w:p>
    <w:p>
      <w:pPr>
        <w:pStyle w:val="Heading2"/>
      </w:pPr>
      <w:r>
        <w:t>Parable of blind and deaf response to truth</w:t>
      </w:r>
    </w:p>
    <w:p>
      <w:r>
        <w:rPr>
          <w:color w:val="666666"/>
          <w:sz w:val="18"/>
        </w:rPr>
        <w:t>Dayee and Madu | March 13, 2014 · 4m 09s · at 0:48 · https://youtu.be/6fLoZ_EV4Ks?t=48</w:t>
      </w:r>
    </w:p>
    <w:p>
      <w:r>
        <w:rPr>
          <w:i/>
        </w:rPr>
        <w:t>“Quran ki is aayat mein tamsil ki zaban mein bataya gaya hai”</w:t>
      </w:r>
    </w:p>
    <w:p>
      <w:r>
        <w:rPr>
          <w:sz w:val="20"/>
        </w:rPr>
        <w:t>0:48  bismillah rahman rahim.</w:t>
      </w:r>
      <w:r>
        <w:br/>
      </w:r>
      <w:r>
        <w:rPr>
          <w:sz w:val="20"/>
        </w:rPr>
        <w:t>0:58  quran ki is ayat mein tamseel ki zaban mein yeh bataya gaya hai ke jab haq pesh kiya</w:t>
      </w:r>
      <w:r>
        <w:br/>
      </w:r>
      <w:r>
        <w:rPr>
          <w:sz w:val="20"/>
        </w:rPr>
        <w:t>1:09  jaye to us waqt sahi response kya hota hai aur galat response kya hota hai.</w:t>
      </w:r>
      <w:r>
        <w:br/>
      </w:r>
      <w:r>
        <w:rPr>
          <w:sz w:val="20"/>
        </w:rPr>
        <w:t>1:19  jo log sachai ke talib na hon, jo apni superiority ke ehsas mein jeete hon, jo unka</w:t>
      </w:r>
      <w:r>
        <w:br/>
      </w:r>
      <w:r>
        <w:rPr>
          <w:sz w:val="20"/>
        </w:rPr>
        <w:t>1:34  concern doosri doosri cheezein hon, unke samne jab sachai pesh ki jayegi to woh</w:t>
      </w:r>
      <w:r>
        <w:br/>
      </w:r>
      <w:r>
        <w:rPr>
          <w:sz w:val="20"/>
        </w:rPr>
        <w:t>1:49  sahi response nahi de payenge.</w:t>
      </w:r>
      <w:r>
        <w:br/>
      </w:r>
      <w:r>
        <w:rPr>
          <w:sz w:val="20"/>
        </w:rPr>
        <w:t>1:54  bataur to woh baat ko sunenge lekin unka response aisa hoga jaise ke unhone kuch</w:t>
      </w:r>
      <w:r>
        <w:br/>
      </w:r>
      <w:r>
        <w:rPr>
          <w:sz w:val="20"/>
        </w:rPr>
        <w:t>1:59  suna hi nahi, ajeeb o ghareeb qism ka response denge.</w:t>
      </w:r>
      <w:r>
        <w:br/>
      </w:r>
      <w:r>
        <w:rPr>
          <w:sz w:val="20"/>
        </w:rPr>
        <w:t>2:04  jo irrelevant hoga, galat hoga.</w:t>
      </w:r>
      <w:r>
        <w:br/>
      </w:r>
      <w:r>
        <w:rPr>
          <w:sz w:val="20"/>
        </w:rPr>
        <w:t>2:09  aise hi jab unhein koi cheez di jayegi padhne ke liye to woh padhenge us ko</w:t>
      </w:r>
      <w:r>
        <w:br/>
      </w:r>
      <w:r>
        <w:rPr>
          <w:sz w:val="20"/>
        </w:rPr>
        <w:t>2:14  apni aankh se</w:t>
      </w:r>
      <w:r>
        <w:br/>
      </w:r>
      <w:r>
        <w:rPr>
          <w:sz w:val="20"/>
        </w:rPr>
        <w:t>2:19  parhain ge is ko, lekin jab apna tabasra batain ge to is ka ta'alluq kuch bhi na</w:t>
      </w:r>
      <w:r>
        <w:br/>
      </w:r>
      <w:r>
        <w:rPr>
          <w:sz w:val="20"/>
        </w:rPr>
        <w:t>2:28  ho ga is kitaab se.</w:t>
      </w:r>
      <w:r>
        <w:br/>
      </w:r>
      <w:r>
        <w:rPr>
          <w:sz w:val="20"/>
        </w:rPr>
        <w:t>2:36  to yeh woh log hain jo sachai ka, sachai khwah un ko suna kar di jaye ya parha</w:t>
      </w:r>
      <w:r>
        <w:br/>
      </w:r>
      <w:r>
        <w:rPr>
          <w:sz w:val="20"/>
        </w:rPr>
        <w:t>2:44  kar di jaye, to woh is ko sahih response nahi de paate.</w:t>
      </w:r>
      <w:r>
        <w:br/>
      </w:r>
      <w:r>
        <w:rPr>
          <w:sz w:val="20"/>
        </w:rPr>
        <w:t>2:53  is ke bar aks jo log sachai ke talib hon, jo sincere hon, jin ke andar modesty ho, to</w:t>
      </w:r>
      <w:r>
        <w:br/>
      </w:r>
      <w:r>
        <w:rPr>
          <w:sz w:val="20"/>
        </w:rPr>
        <w:t>3:03  un ka mind active rahe ga, un ke andar sunne ki taqat aur dekhne ki taqat zinda rahe gi.</w:t>
      </w:r>
      <w:r>
        <w:br/>
      </w:r>
      <w:r>
        <w:rPr>
          <w:sz w:val="20"/>
        </w:rPr>
        <w:t>3:13  to woh jab sachai ko</w:t>
      </w:r>
      <w:r>
        <w:br/>
      </w:r>
      <w:r>
        <w:rPr>
          <w:sz w:val="20"/>
        </w:rPr>
        <w:t>3:23  janain ge, khwah kitaab parhne ki shakal mein ya awaz sunne ki shakal mein, to woh sahih response dein ge.</w:t>
      </w:r>
      <w:r>
        <w:br/>
      </w:r>
      <w:r>
        <w:rPr>
          <w:sz w:val="20"/>
        </w:rPr>
        <w:t>3:33  jo baat kahi gayi hai us ko foran samajh jayen ge ke kya kehne wale ne kya kaha.</w:t>
      </w:r>
      <w:r>
        <w:br/>
      </w:r>
      <w:r>
        <w:rPr>
          <w:sz w:val="20"/>
        </w:rPr>
        <w:t>3:44  jo baat unhon ne kitaab mein parhi hai foran samajh jayen ge ke is mein kya likha gaya hai.</w:t>
      </w:r>
      <w:r>
        <w:br/>
      </w:r>
      <w:r>
        <w:rPr>
          <w:sz w:val="20"/>
        </w:rPr>
        <w:t>3:54  to yeh tamseel ki zaban mein dono qism ke logon ka haal bayan kiya gaya hai.</w:t>
      </w:r>
      <w:r>
        <w:br/>
      </w:r>
      <w:r>
        <w:rPr>
          <w:sz w:val="20"/>
        </w:rPr>
        <w:t>4:00  yeh har aadmi ka tajurba hai, har aadmi ne is manzar ko dekha hai.</w:t>
      </w:r>
      <w:r>
        <w:br/>
      </w:r>
      <w:r>
        <w:rPr>
          <w:sz w:val="20"/>
        </w:rPr>
        <w:t>4:07  koi aadmi jo andha waghera ho to ajeeb ghareeb cheezon, tareeqe se cheezon ko tatolta hai, ajeeb ghareeb</w:t>
      </w:r>
      <w:r>
        <w:br/>
      </w:r>
      <w:r>
        <w:rPr>
          <w:sz w:val="20"/>
        </w:rPr>
        <w:t>4:14  tareeqe se is ka behavior hota hai.</w:t>
      </w:r>
      <w:r>
        <w:br/>
      </w:r>
      <w:r>
        <w:rPr>
          <w:sz w:val="20"/>
        </w:rPr>
        <w:t>4:20  woh na cheezon ko sahih taur par samajh pata hai, na sahih taur par is</w:t>
      </w:r>
      <w:r>
        <w:br/>
      </w:r>
      <w:r>
        <w:rPr>
          <w:sz w:val="20"/>
        </w:rPr>
        <w:t>4:27  ke muqable mein apna rawaiyah pesh kar pata hai.</w:t>
      </w:r>
      <w:r>
        <w:br/>
      </w:r>
      <w:r>
        <w:rPr>
          <w:sz w:val="20"/>
        </w:rPr>
        <w:t>4:37  is ke bar aks jo aadmi jis ki kaan se khoob achi tarah sunai de, jis ko jis ki</w:t>
      </w:r>
      <w:r>
        <w:br/>
      </w:r>
      <w:r>
        <w:rPr>
          <w:sz w:val="20"/>
        </w:rPr>
        <w:t>4:47  aankh se dekhta ho, jo yaani is ke hawass intact hon, to woh bohat sahih sahih response de ga.</w:t>
      </w:r>
    </w:p>
    <w:p>
      <w:pPr>
        <w:pStyle w:val="Heading2"/>
      </w:pPr>
      <w:r>
        <w:t>Quran's inimitability: failed imitation attempts, unique claim</w:t>
      </w:r>
    </w:p>
    <w:p>
      <w:r>
        <w:rPr>
          <w:color w:val="666666"/>
          <w:sz w:val="18"/>
        </w:rPr>
        <w:t>Why Have Muslims Turned Violent December 14, 2008 · 5m 23s · at 1:03:53 · https://youtu.be/TYLK8Jwz8EE?t=3833</w:t>
      </w:r>
    </w:p>
    <w:p>
      <w:r>
        <w:rPr>
          <w:i/>
        </w:rPr>
        <w:t>“The Quran challenges mankind to produce even one surah like it.”</w:t>
      </w:r>
    </w:p>
    <w:p>
      <w:r>
        <w:rPr>
          <w:sz w:val="20"/>
        </w:rPr>
        <w:t>1:03:53  Quran challenges mankind to produce even a single surah like that of Quran. please make this statement understandable.</w:t>
      </w:r>
      <w:r>
        <w:br/>
      </w:r>
      <w:r>
        <w:rPr>
          <w:sz w:val="20"/>
        </w:rPr>
        <w:t>1:04:03  also tell us whether people ever attempted towards this and.</w:t>
      </w:r>
      <w:r>
        <w:br/>
      </w:r>
      <w:r>
        <w:rPr>
          <w:sz w:val="20"/>
        </w:rPr>
        <w:t>1:04:13  attempt toh bohat ki gayi.</w:t>
      </w:r>
      <w:r>
        <w:br/>
      </w:r>
      <w:r>
        <w:rPr>
          <w:sz w:val="20"/>
        </w:rPr>
        <w:t>1:04:17  Rasool Allah ke zamane mein ek aadmi tha, toh woh kehta tha ke main Quran bana kar dikhaunga.</w:t>
      </w:r>
      <w:r>
        <w:br/>
      </w:r>
      <w:r>
        <w:rPr>
          <w:sz w:val="20"/>
        </w:rPr>
        <w:t>1:04:27  toh us ne kuch suratein banayin,</w:t>
      </w:r>
      <w:r>
        <w:br/>
      </w:r>
      <w:r>
        <w:rPr>
          <w:sz w:val="20"/>
        </w:rPr>
        <w:t>1:04:32  toh logon ne us ko mazak uda kar, yani us ko mazak ban kar rakhein. ridiculous tha woh.</w:t>
      </w:r>
      <w:r>
        <w:br/>
      </w:r>
      <w:r>
        <w:rPr>
          <w:sz w:val="20"/>
        </w:rPr>
        <w:t>1:04:42  al feel, mal feel, khartoom, taweel, azanbah, qaleel, is tarah banaya tha us ne. yani Quran majeed mein jo surah hai, surah al feel, jis ko kehte hain hum, us ki naqal ki us ne.</w:t>
      </w:r>
      <w:r>
        <w:br/>
      </w:r>
      <w:r>
        <w:rPr>
          <w:sz w:val="20"/>
        </w:rPr>
        <w:t>1:04:58  us ne naqal kar ke us ne banaya. al feel, mal feel, khartoom, taweel, wazbah, qaleel. lekin yeh toh bilkul ridiculous baat hai.</w:t>
      </w:r>
      <w:r>
        <w:br/>
      </w:r>
      <w:r>
        <w:rPr>
          <w:sz w:val="20"/>
        </w:rPr>
        <w:t>1:05:09  jo log bhi arabi jante hon, woh samajh sakte hain ke yeh is arabic jo excellence hai, jo arabic language mein, us ke lihaaz se yeh kuch bhi nahi hai.</w:t>
      </w:r>
      <w:r>
        <w:br/>
      </w:r>
      <w:r>
        <w:rPr>
          <w:sz w:val="20"/>
        </w:rPr>
        <w:t>1:05:20  aise hi ab baazt period mein ek aadmi tha, Ibn Muqaffa, bohat bada adib tha. woh us ko logon ne paisa diya, kaha ke banao ek ek Quran ke jawab mein.</w:t>
      </w:r>
      <w:r>
        <w:br/>
      </w:r>
      <w:r>
        <w:rPr>
          <w:sz w:val="20"/>
        </w:rPr>
        <w:t>1:05:32  toh us ko ek jagah rakha gaya, ek ghar mein, aur khoob us ko har qism ke wahan par facilities di gayeen.</w:t>
      </w:r>
      <w:r>
        <w:br/>
      </w:r>
      <w:r>
        <w:rPr>
          <w:sz w:val="20"/>
        </w:rPr>
        <w:t>1:05:39  bohat din tak woh banata raha, banata raha. aakhir mein us se kaha nikal aaya bahar, us ne kaha ke bhai mere bas ka nahi hai. jo excellence hai Quran mein, jo adab hai, parah Islam,</w:t>
      </w:r>
      <w:r>
        <w:br/>
      </w:r>
      <w:r>
        <w:rPr>
          <w:sz w:val="20"/>
        </w:rPr>
        <w:t>1:05:53  halanke khud Ibn Muqaffa bohat bada adib tha,</w:t>
      </w:r>
      <w:r>
        <w:br/>
      </w:r>
      <w:r>
        <w:rPr>
          <w:sz w:val="20"/>
        </w:rPr>
        <w:t>1:05:57  lekin us adab ko match karne wala jo literary excellence hai Quran majeed, literary excellence, us us tarah kuch cheez nahi bana saka.</w:t>
      </w:r>
      <w:r>
        <w:br/>
      </w:r>
      <w:r>
        <w:rPr>
          <w:sz w:val="20"/>
        </w:rPr>
        <w:t>1:06:09  to us ne kaha ke bhai mere bas mein nahin hai yeh. to ek to is ka aspect hai, literally excellence ka aspect. doosra aspect yeh hai, dekhiye ke quran ki koi baat galat saabit nahin hui.</w:t>
      </w:r>
      <w:r>
        <w:br/>
      </w:r>
      <w:r>
        <w:rPr>
          <w:sz w:val="20"/>
        </w:rPr>
        <w:t>1:06:26  jaise marx ne kaha tha ke communist revolution france ke, yani communist, is ne kaha tha ke communist sun, communist suraj, france ke upar se jhaank jhaank raha hai.</w:t>
      </w:r>
      <w:r>
        <w:br/>
      </w:r>
      <w:r>
        <w:rPr>
          <w:sz w:val="20"/>
        </w:rPr>
        <w:t>1:06:41  yani is ka matlab yeh tha ke sab se pehle communist revolution france mein aayega. woh jhoota ho gaya, kuch bhi nahin hua.</w:t>
      </w:r>
      <w:r>
        <w:br/>
      </w:r>
      <w:r>
        <w:rPr>
          <w:sz w:val="20"/>
        </w:rPr>
        <w:t>1:06:51  engels ne kaha tha ke marx ne jo philosophy di hai, woh philosophy aakhri philosophy hai. ab is ke baad kuch nahin hai.</w:t>
      </w:r>
      <w:r>
        <w:br/>
      </w:r>
      <w:r>
        <w:rPr>
          <w:sz w:val="20"/>
        </w:rPr>
        <w:t>1:07:01  aur khud russia mein aise log paida hue, is ko reject kar diya. is logon ne galat bataya.</w:t>
      </w:r>
      <w:r>
        <w:br/>
      </w:r>
      <w:r>
        <w:rPr>
          <w:sz w:val="20"/>
        </w:rPr>
        <w:t>1:07:11  doosra aspect yeh hai ke quran mein</w:t>
      </w:r>
      <w:r>
        <w:br/>
      </w:r>
      <w:r>
        <w:rPr>
          <w:sz w:val="20"/>
        </w:rPr>
        <w:t>1:07:19  bahut si aayatein aisi hain jo baad ke zamane ko refer kar rahi hain. aur seventh century mein jab quran utra tha, us waqt is ke bare mein insaan ko kuch pata nahin tha.</w:t>
      </w:r>
      <w:r>
        <w:br/>
      </w:r>
      <w:r>
        <w:rPr>
          <w:sz w:val="20"/>
        </w:rPr>
        <w:t>1:07:35  to yeh baat ke quran mein woh baatein likhi hui hon jo baad ke zamane ke insaan ko maloom hone wali thin, in science age mein, woh kaise pehle pata ho gayi?</w:t>
      </w:r>
      <w:r>
        <w:br/>
      </w:r>
      <w:r>
        <w:rPr>
          <w:sz w:val="20"/>
        </w:rPr>
        <w:t>1:07:47  aisi koi kitaab nahin hai. jis kitaab mein aisi koi prediction ki gayi hai, woh sab galat saabit hui. jaise barish ne kaha ke france mein revolution aayega, wahan aaye nahin.</w:t>
      </w:r>
      <w:r>
        <w:br/>
      </w:r>
      <w:r>
        <w:rPr>
          <w:sz w:val="20"/>
        </w:rPr>
        <w:t>1:08:00  to jo log is ki detail janna chahte hain, woh meri kitaab padhein, "god arises". is mein</w:t>
      </w:r>
      <w:r>
        <w:br/>
      </w:r>
      <w:r>
        <w:rPr>
          <w:sz w:val="20"/>
        </w:rPr>
        <w:t>1:08:09  is tarah ki misalein woh dekh sakte hain. aur aakhri baat yeh hai ke quran mein jab aap padhte hain to pehle hi mein aap shuru hi mein aap yeh padhte hain ke zaalikal kitab la raiba feeh yeh khuda ki kitaab hai,</w:t>
      </w:r>
      <w:r>
        <w:br/>
      </w:r>
      <w:r>
        <w:rPr>
          <w:sz w:val="20"/>
        </w:rPr>
        <w:t>1:08:29  is mein koi shakk nahin. duniya mein kabhi koi insaan paida nahin hua jo yeh kahe ke meri kitaab khuda ki kitaab hai.</w:t>
      </w:r>
      <w:r>
        <w:br/>
      </w:r>
      <w:r>
        <w:rPr>
          <w:sz w:val="20"/>
        </w:rPr>
        <w:t>1:08:38  aap ghaur kijiye, is is is is andaaz mein, is zabaan mein koi bol nahin saka ke yeh khuda ki kitaab hai jo main de raha hoon tum ko.</w:t>
      </w:r>
      <w:r>
        <w:br/>
      </w:r>
      <w:r>
        <w:rPr>
          <w:sz w:val="20"/>
        </w:rPr>
        <w:t>1:08:50  kis ne kaha aisa? to gaya in opposed victory ki position mein hai quran is maamle mein. koi maidan mein aaya hi nahin, yeh kehne wala koi maidan mein aaya hi nahin.</w:t>
      </w:r>
      <w:r>
        <w:br/>
      </w:r>
      <w:r>
        <w:rPr>
          <w:sz w:val="20"/>
        </w:rPr>
        <w:t>1:09:04  to behal is par maine bahut zyada likha hai.</w:t>
      </w:r>
      <w:r>
        <w:br/>
      </w:r>
      <w:r>
        <w:rPr>
          <w:sz w:val="20"/>
        </w:rPr>
        <w:t>1:09:07  jo log detail history chahte hon, meri kitaabon ko padhein. bahut si kitaabein is mein, yani english mein aur arabic mein aur urdu mein, teen language mein padh sakte hain.</w:t>
      </w:r>
    </w:p>
    <w:p>
      <w:pPr>
        <w:pStyle w:val="Heading2"/>
      </w:pPr>
      <w:r>
        <w:t>Prophecy of following Jews leads to materialism</w:t>
      </w:r>
    </w:p>
    <w:p>
      <w:r>
        <w:rPr>
          <w:color w:val="666666"/>
          <w:sz w:val="18"/>
        </w:rPr>
        <w:t>Dars-e-Quran, Chapter 2, Verses 67-73 April 29 , 2018 · 5m 17s · at 7:17 · https://youtu.be/t_MtP6POTSM?t=437</w:t>
      </w:r>
    </w:p>
    <w:p>
      <w:r>
        <w:rPr>
          <w:i/>
        </w:rPr>
        <w:t>“Hadith mein aata hai ke latun min kaan qablkum”</w:t>
      </w:r>
    </w:p>
    <w:p>
      <w:r>
        <w:rPr>
          <w:sz w:val="20"/>
        </w:rPr>
        <w:t>7:17  hadith mein aata hai ke "latun min kan qablakum", yani is ka matlab yeh hua: aye musalmanon!</w:t>
      </w:r>
      <w:r>
        <w:br/>
      </w:r>
      <w:r>
        <w:rPr>
          <w:sz w:val="20"/>
        </w:rPr>
        <w:t>7:27  ek waqt aayega ke tum ummat yahud ki jagah le loge.</w:t>
      </w:r>
      <w:r>
        <w:br/>
      </w:r>
      <w:r>
        <w:rPr>
          <w:sz w:val="20"/>
        </w:rPr>
        <w:t>7:37  parhiye poori hadees: "shubra bi shubra wa dhira'an bi dhira', hatta lo dakhloo johar dabb, tab'atumo hum".</w:t>
      </w:r>
      <w:r>
        <w:br/>
      </w:r>
      <w:r>
        <w:rPr>
          <w:sz w:val="20"/>
        </w:rPr>
        <w:t>7:51  tum zaroor un logon ki pairwi karoge jo tum se pehle thay, baalisht baalisht, haath dar haath, yahan tak ke agar woh goh ke bil mein dakhil ho jao, ho gaye to tum bhi dakhil ho jaoge.</w:t>
      </w:r>
      <w:r>
        <w:br/>
      </w:r>
      <w:r>
        <w:rPr>
          <w:sz w:val="20"/>
        </w:rPr>
        <w:t>8:08  kahan hai? sahih al bukhari, sahih muslim.</w:t>
      </w:r>
      <w:r>
        <w:br/>
      </w:r>
      <w:r>
        <w:rPr>
          <w:sz w:val="20"/>
        </w:rPr>
        <w:t>8:13  yeh bukhari ki riwayat hai, muslim ki riwayat hai, yani sahihain ki riwayat hai.</w:t>
      </w:r>
      <w:r>
        <w:br/>
      </w:r>
      <w:r>
        <w:rPr>
          <w:sz w:val="20"/>
        </w:rPr>
        <w:t>8:21  iska matlab kya hai? yeh yehud ki dastaan nahi bayan ki gayi hai, woh to guzar chuki hai, hazar saal se zyada muddat guzar chuki hai iske upar.</w:t>
      </w:r>
      <w:r>
        <w:br/>
      </w:r>
      <w:r>
        <w:rPr>
          <w:sz w:val="20"/>
        </w:rPr>
        <w:t>8:37  in ayaton mein jo padhi gayi hain aap ke samne, isko is hadees ki roshni mein samjhiye.</w:t>
      </w:r>
      <w:r>
        <w:br/>
      </w:r>
      <w:r>
        <w:rPr>
          <w:sz w:val="20"/>
        </w:rPr>
        <w:t>8:46  quran ki in ayaton ko is hadees ki roshni mein samjhiye jo abhi padhi gayi aap ke samne, jiska matlab kya banega?</w:t>
      </w:r>
      <w:r>
        <w:br/>
      </w:r>
      <w:r>
        <w:rPr>
          <w:sz w:val="20"/>
        </w:rPr>
        <w:t>8:58  ke ek waqt aayega jab ke tum yehud ki jagah le loge.</w:t>
      </w:r>
      <w:r>
        <w:br/>
      </w:r>
      <w:r>
        <w:rPr>
          <w:sz w:val="20"/>
        </w:rPr>
        <w:t>9:10  yeh bahut hi zyada chaukana karne wali ayat hai. yeh</w:t>
      </w:r>
      <w:r>
        <w:br/>
      </w:r>
      <w:r>
        <w:rPr>
          <w:sz w:val="20"/>
        </w:rPr>
        <w:t>9:21  isko hazar baar padhiye aur sochiye,</w:t>
      </w:r>
      <w:r>
        <w:br/>
      </w:r>
      <w:r>
        <w:rPr>
          <w:sz w:val="20"/>
        </w:rPr>
        <w:t>9:26  yeh ummat yehud ki dastaan nahi hai, woh is baat ki dastaan hai ke ummat muslima par ek aisa waqt aayega ke woh</w:t>
      </w:r>
      <w:r>
        <w:br/>
      </w:r>
      <w:r>
        <w:rPr>
          <w:sz w:val="20"/>
        </w:rPr>
        <w:t>9:41  ummat yehud ki jagah le legi.</w:t>
      </w:r>
      <w:r>
        <w:br/>
      </w:r>
      <w:r>
        <w:rPr>
          <w:sz w:val="20"/>
        </w:rPr>
        <w:t>9:49  kaisi bhayanak ayat hai!</w:t>
      </w:r>
      <w:r>
        <w:br/>
      </w:r>
      <w:r>
        <w:rPr>
          <w:sz w:val="20"/>
        </w:rPr>
        <w:t>9:53  achha, ab yeh sochiye ke jab hadees mein peshangoi thi ke tum wohi karoge jo yehud ne kiya, to ab ab kaise aisa hoga?</w:t>
      </w:r>
      <w:r>
        <w:br/>
      </w:r>
      <w:r>
        <w:rPr>
          <w:sz w:val="20"/>
        </w:rPr>
        <w:t>10:08  ab 1400 saal beet gaye to ab kya hua? aap ko manna padega ke aisa ho chuka. jab 1400 saal beet gaye to aisa ho chuka, to woh kaise hua?</w:t>
      </w:r>
      <w:r>
        <w:br/>
      </w:r>
      <w:r>
        <w:rPr>
          <w:sz w:val="20"/>
        </w:rPr>
        <w:t>10:26  to aap ko ek discovery hogi.</w:t>
      </w:r>
      <w:r>
        <w:br/>
      </w:r>
      <w:r>
        <w:rPr>
          <w:sz w:val="20"/>
        </w:rPr>
        <w:t>10:33  aap ko ek discovery hogi. woh discovery yeh hai ke jo hua hai, woh suratan nahi hua hai, ma'anvi hua hai.</w:t>
      </w:r>
      <w:r>
        <w:br/>
      </w:r>
      <w:r>
        <w:rPr>
          <w:sz w:val="20"/>
        </w:rPr>
        <w:t>10:47  yani form ke aitbar se nahi hua hai, balki spirit ke aitbar se hua hai.</w:t>
      </w:r>
      <w:r>
        <w:br/>
      </w:r>
      <w:r>
        <w:rPr>
          <w:sz w:val="20"/>
        </w:rPr>
        <w:t>11:01  kaisi ajib baat hai!</w:t>
      </w:r>
      <w:r>
        <w:br/>
      </w:r>
      <w:r>
        <w:rPr>
          <w:sz w:val="20"/>
        </w:rPr>
        <w:t>11:04  yani aaj ka bakra kuch aur hai. aaj ka bakra woh nahi hai jo yehud ka bakra tha.</w:t>
      </w:r>
      <w:r>
        <w:br/>
      </w:r>
      <w:r>
        <w:rPr>
          <w:sz w:val="20"/>
        </w:rPr>
        <w:t>11:14  saari behas zibah karte hain log: bakra, bakra, bakra!</w:t>
      </w:r>
      <w:r>
        <w:br/>
      </w:r>
      <w:r>
        <w:rPr>
          <w:sz w:val="20"/>
        </w:rPr>
        <w:t>11:22  aaj ka bakra woh nahi hai jo yehud ke zamane mein tha. aaj ka bakra doosra hai. aaj ka bakra hai material interest.</w:t>
      </w:r>
      <w:r>
        <w:br/>
      </w:r>
      <w:r>
        <w:rPr>
          <w:sz w:val="20"/>
        </w:rPr>
        <w:t>11:34  aaj ka bakra hai material interest. aaj saare musalman, one to all, jahan tak main jaanta hoon, sab daud rahe hain material interest ke peeche.</w:t>
      </w:r>
      <w:r>
        <w:br/>
      </w:r>
      <w:r>
        <w:rPr>
          <w:sz w:val="20"/>
        </w:rPr>
        <w:t>11:49  sab ko dollar chahiye, sab ko paisa chahiye, sab ko money chahiye, sab ko material taraqqi chahiye, sab ko yeh sab cheezein chahiye.</w:t>
      </w:r>
      <w:r>
        <w:br/>
      </w:r>
      <w:r>
        <w:rPr>
          <w:sz w:val="20"/>
        </w:rPr>
        <w:t>12:06  to iske ma'ani kya hue? iske ma'ani yeh hue ke quran ki in ayaton ko aap agar samajhna chahte hain to replace kijiye, yani bakra ki jagah rakhiye material interest.</w:t>
      </w:r>
      <w:r>
        <w:br/>
      </w:r>
      <w:r>
        <w:rPr>
          <w:sz w:val="20"/>
        </w:rPr>
        <w:t>12:21  tab aap samjhenge ke kya hua, history mein kya ho gaya, kya ho gaya.</w:t>
      </w:r>
    </w:p>
    <w:p>
      <w:pPr>
        <w:pStyle w:val="Heading2"/>
      </w:pPr>
      <w:r>
        <w:t>true meaning of Quranic promise and its condition</w:t>
      </w:r>
    </w:p>
    <w:p>
      <w:r>
        <w:rPr>
          <w:color w:val="666666"/>
          <w:sz w:val="18"/>
        </w:rPr>
        <w:t>History Repeats Itself 10th March 2013 · 4m 54s · at 22:15 · https://youtu.be/dsjxiXLPXeg?t=1335</w:t>
      </w:r>
    </w:p>
    <w:p>
      <w:r>
        <w:rPr>
          <w:i/>
        </w:rPr>
        <w:t>“Mujhe Quran ki ek ayat yaad aayi — Surah Aal-e-Imran”</w:t>
      </w:r>
    </w:p>
    <w:p>
      <w:r>
        <w:rPr>
          <w:sz w:val="20"/>
        </w:rPr>
        <w:t>22:15  ab dekhiye, is ko sochte hue sochte hue sochte hue mujhe quran ki aik aayat yaad aayi. surah Aal-e-Imran jo hai us ke aakhir mein jo ruku hai, aakhri ruku.</w:t>
      </w:r>
      <w:r>
        <w:br/>
      </w:r>
      <w:r>
        <w:rPr>
          <w:sz w:val="20"/>
        </w:rPr>
        <w:t>22:30  Aal-e-Imran quran ki surah number teen hai. is ke aakhir mein hai ke ahle iman ne kaha ke khudaaya</w:t>
      </w:r>
      <w:r>
        <w:br/>
      </w:r>
      <w:r>
        <w:rPr>
          <w:sz w:val="20"/>
        </w:rPr>
        <w:t>22:41  hum ne suna aik pukarnay walay ko jo pukaar raha tha teri taraf. toh hum ne us ki pukaar par labbaik kaha.</w:t>
      </w:r>
      <w:r>
        <w:br/>
      </w:r>
      <w:r>
        <w:rPr>
          <w:sz w:val="20"/>
        </w:rPr>
        <w:t>22:55  pukaar par labbaik kaha. toh is mein jo jo kehte hain woh is mein se aik baat yeh hoti hai ke rabbana aatina ma aatana ala ruslik wala takhuthna yawm al-qiyamah.</w:t>
      </w:r>
      <w:r>
        <w:br/>
      </w:r>
      <w:r>
        <w:rPr>
          <w:sz w:val="20"/>
        </w:rPr>
        <w:t>23:11  yeh aayat tamam kitabon mein aap parhiye. logon ko wazeh nahi hai. wazeh kyun nahi hai? aam taur par do mafhoom lete hain. dono irrelevant.</w:t>
      </w:r>
      <w:r>
        <w:br/>
      </w:r>
      <w:r>
        <w:rPr>
          <w:sz w:val="20"/>
        </w:rPr>
        <w:t>23:21  is ka confusion baqi rehta hai.</w:t>
      </w:r>
      <w:r>
        <w:br/>
      </w:r>
      <w:r>
        <w:rPr>
          <w:sz w:val="20"/>
        </w:rPr>
        <w:t>23:25  aik mafhoom lete hain ke rabbana aatina ma aatana ala ruslik wala takhuthna yawm al-qiyamah. yeh aagay jo baat hai woh qiyamah ke baray mein hai.</w:t>
      </w:r>
      <w:r>
        <w:br/>
      </w:r>
      <w:r>
        <w:rPr>
          <w:sz w:val="20"/>
        </w:rPr>
        <w:t>23:33  toh is ko bhi qiyamah se joor dete hain. matlab qiyamah mein humein jannat de de. toh woh toh hai hi agli aayat mein. toh kya isi ka repetition hai?</w:t>
      </w:r>
      <w:r>
        <w:br/>
      </w:r>
      <w:r>
        <w:rPr>
          <w:sz w:val="20"/>
        </w:rPr>
        <w:t>23:44  kuch mazeed baat honi chahiye. mazeed.</w:t>
      </w:r>
      <w:r>
        <w:br/>
      </w:r>
      <w:r>
        <w:rPr>
          <w:sz w:val="20"/>
        </w:rPr>
        <w:t>23:50  toh is wajah se woh confusion mein par jatay hain. is aayat ki koi meaning nazar nahi aati in ko.</w:t>
      </w:r>
      <w:r>
        <w:br/>
      </w:r>
      <w:r>
        <w:rPr>
          <w:sz w:val="20"/>
        </w:rPr>
        <w:t>23:56  acha doosray log kya lete hain is ko? wohi hukoomat aur iqtidaar aur sultan. aala karamat Allah.</w:t>
      </w:r>
      <w:r>
        <w:br/>
      </w:r>
      <w:r>
        <w:rPr>
          <w:sz w:val="20"/>
        </w:rPr>
        <w:t>24:06  toh woh kabhi hota nahi. kabhi hua nahi. toh bhi confusion hai ke kaisa wada hai jo poora nahi ho raha hai.</w:t>
      </w:r>
      <w:r>
        <w:br/>
      </w:r>
      <w:r>
        <w:rPr>
          <w:sz w:val="20"/>
        </w:rPr>
        <w:t>24:17  dekhiye yeh matlab nahi hai is ka.</w:t>
      </w:r>
      <w:r>
        <w:br/>
      </w:r>
      <w:r>
        <w:rPr>
          <w:sz w:val="20"/>
        </w:rPr>
        <w:t>24:21  rabbana aatina ma aatana ala ruslik. is ka tarjuma yeh hai ke aye aye hamare rab hum ko de woh cheez jis ka wada kiya hai tu ne apne rasoolon par.</w:t>
      </w:r>
      <w:r>
        <w:br/>
      </w:r>
      <w:r>
        <w:rPr>
          <w:sz w:val="20"/>
        </w:rPr>
        <w:t>24:37  rabbana aatina ma aatana ala ruslik. acha toh rasoolon par jo Allah ne wada kiya woh toh zaroor diya.</w:t>
      </w:r>
      <w:r>
        <w:br/>
      </w:r>
      <w:r>
        <w:rPr>
          <w:sz w:val="20"/>
        </w:rPr>
        <w:t>24:48  yeh toh manna paray ga hamara aqeedah hai. toh kis rasool ko yeh mauqa mila ke sari duniya mein hukoomat aaliya qaim kare woh? kis ko? khud rasool Allah ke zamanay mein aisay nahi hua?</w:t>
      </w:r>
      <w:r>
        <w:br/>
      </w:r>
      <w:r>
        <w:rPr>
          <w:sz w:val="20"/>
        </w:rPr>
        <w:t>24:58  mahdood ilaqay mein aik mahdood saltanat bani bas.</w:t>
      </w:r>
      <w:r>
        <w:br/>
      </w:r>
      <w:r>
        <w:rPr>
          <w:sz w:val="20"/>
        </w:rPr>
        <w:t>25:03  toh khud peghambaron ke zamanay mein bhi yeh wada unfilled fulfill raha. toh kaise aap confusion se niklein gay aap?</w:t>
      </w:r>
      <w:r>
        <w:br/>
      </w:r>
      <w:r>
        <w:rPr>
          <w:sz w:val="20"/>
        </w:rPr>
        <w:t>25:12  confusion hi confusion rahe ga. toh yeh yeh aayat jo hai logon ke liye sirf aqeeday ki aayat bani hui hai.</w:t>
      </w:r>
      <w:r>
        <w:br/>
      </w:r>
      <w:r>
        <w:rPr>
          <w:sz w:val="20"/>
        </w:rPr>
        <w:t>25:20  dekhiye is ka matlab yahi hai ke peghambaron ne kiya kaam kiya duniya mein? un ke mission ko samjhiye. un ka mission tha daawa mission.</w:t>
      </w:r>
      <w:r>
        <w:br/>
      </w:r>
      <w:r>
        <w:rPr>
          <w:sz w:val="20"/>
        </w:rPr>
        <w:t>25:32  daawa mission.</w:t>
      </w:r>
      <w:r>
        <w:br/>
      </w:r>
      <w:r>
        <w:rPr>
          <w:sz w:val="20"/>
        </w:rPr>
        <w:t>25:33  to daawa mission ki nisbat se jo waade kiye tum ne peghambaron par aur jo fulfill hue woh hamare par bhi fulfill kar de. Yaani baaitbaar daawa mission jo waade to ne kiye peghambaron se aur jis ko fulfill kiya woh hamare upar kar de.</w:t>
      </w:r>
      <w:r>
        <w:br/>
      </w:r>
      <w:r>
        <w:rPr>
          <w:sz w:val="20"/>
        </w:rPr>
        <w:t>25:54  ab is ko aap le kar sochiye is waqeye ko. Is waqeye ko. To rasool Allah ke saath woh waqea guzra</w:t>
      </w:r>
      <w:r>
        <w:br/>
      </w:r>
      <w:r>
        <w:rPr>
          <w:sz w:val="20"/>
        </w:rPr>
        <w:t>26:02  ke ek aadmi paida hua ek qabile mein. Woh sunta hai ke ek shakhs paida hua hai jo kehta hai nabuwat daawa karta hai. Wahan se aata hai woh oont par baith kar ke.</w:t>
      </w:r>
      <w:r>
        <w:br/>
      </w:r>
      <w:r>
        <w:rPr>
          <w:sz w:val="20"/>
        </w:rPr>
        <w:t>26:15  sawalaat karta hai. Aur yeh bhi kehta hai ke main aap se sawal mein sakhti karunga. Aap ko bura mat maniyega. I hope this will not offend you.</w:t>
      </w:r>
      <w:r>
        <w:br/>
      </w:r>
      <w:r>
        <w:rPr>
          <w:sz w:val="20"/>
        </w:rPr>
        <w:t>26:25  to aap ne kaha ke nahi tum to chahe khush ho.</w:t>
      </w:r>
      <w:r>
        <w:br/>
      </w:r>
      <w:r>
        <w:rPr>
          <w:sz w:val="20"/>
        </w:rPr>
        <w:t>26:30  to yeh shart hai. Yeh shart hai.</w:t>
      </w:r>
      <w:r>
        <w:br/>
      </w:r>
      <w:r>
        <w:rPr>
          <w:sz w:val="20"/>
        </w:rPr>
        <w:t>26:37  is baat ki ke Allah ka waada aap par poora ho. Woh shart kya hai?</w:t>
      </w:r>
      <w:r>
        <w:br/>
      </w:r>
      <w:r>
        <w:rPr>
          <w:sz w:val="20"/>
        </w:rPr>
        <w:t>26:42  aap Allah ke paigham ko, daawat-e-ilahi ko aise andaaz mein logon tak pahunchayein ke log bura na manein.</w:t>
      </w:r>
      <w:r>
        <w:br/>
      </w:r>
      <w:r>
        <w:rPr>
          <w:sz w:val="20"/>
        </w:rPr>
        <w:t>26:53  logon ka mind address ho. Log is ko apni nature ki awaaz samjhein. To kya hoga? Yeh aap ka fifty percent hoga.</w:t>
      </w:r>
      <w:r>
        <w:br/>
      </w:r>
      <w:r>
        <w:rPr>
          <w:sz w:val="20"/>
        </w:rPr>
        <w:t>27:02  to kya hoga? Farishton ke zariye un ke dil mein aap ki mohabbat daali jayegi.</w:t>
      </w:r>
    </w:p>
    <w:p>
      <w:pPr>
        <w:pStyle w:val="Heading2"/>
      </w:pPr>
      <w:r>
        <w:t>From Quran's ancient context to today's friend-supporter world</w:t>
      </w:r>
    </w:p>
    <w:p>
      <w:r>
        <w:rPr>
          <w:color w:val="666666"/>
          <w:sz w:val="18"/>
        </w:rPr>
        <w:t>Quran aur Asr-e-Jadeed Al-Risala, January 2017 Maulana Wahiduddin Khan · 5m 19s · at 0:02 · https://youtu.be/__3jCmiWfEc?t=2</w:t>
      </w:r>
    </w:p>
    <w:p>
      <w:r>
        <w:rPr>
          <w:i/>
        </w:rPr>
        <w:t>“The Quran addressed four groups of people — but that was 1400 years ago.”</w:t>
      </w:r>
    </w:p>
    <w:p>
      <w:r>
        <w:rPr>
          <w:sz w:val="20"/>
        </w:rPr>
        <w:t>0:02  quran aur asr e jadeed. quran saatveen sadi ke rub e awwal mein utra. quran ka maqsad insaniyat ki islaah tha.</w:t>
      </w:r>
      <w:r>
        <w:br/>
      </w:r>
      <w:r>
        <w:rPr>
          <w:sz w:val="20"/>
        </w:rPr>
        <w:t>0:13  apne zamane ke aitbaar se quran mein jin mukhtalif girohon ko address kiya gaya hai, woh amalan 4 qism ke giroh hain: yahood, isai, mushrik, aur kaffir.</w:t>
      </w:r>
      <w:r>
        <w:br/>
      </w:r>
      <w:r>
        <w:rPr>
          <w:sz w:val="20"/>
        </w:rPr>
        <w:t>0:26  agar koi shakhs quran ko parhe to woh payega ke yeh chaaron giroh quran ki dawat ke baray mein manfi, yani negative, zehan rakhte hain.</w:t>
      </w:r>
      <w:r>
        <w:br/>
      </w:r>
      <w:r>
        <w:rPr>
          <w:sz w:val="20"/>
        </w:rPr>
        <w:t>0:36  chunaanche quran mein in ke upar sakht tanqeed ki gayi hai, hatta ke baaz auqaat in ke sakht radd e amal ki bina par jang ki nabat aa gayi.</w:t>
      </w:r>
      <w:r>
        <w:br/>
      </w:r>
      <w:r>
        <w:rPr>
          <w:sz w:val="20"/>
        </w:rPr>
        <w:t>0:47  baad ke zamane ke musalman jab quran ko parhte hain to woh quran mein in chaaron girohon ka zikr paate hain,</w:t>
      </w:r>
      <w:r>
        <w:br/>
      </w:r>
      <w:r>
        <w:rPr>
          <w:sz w:val="20"/>
        </w:rPr>
        <w:t>0:57  kyun ke chaaron girohon ke baray mein in ke asri ravaiye ki bina par sakht tabsaray kiye gaye hain. quran ke yeh sakht tabsaray zamani sabab, yani age factor, ki bina par hain, lekin musalman ghair shaoori tor par yeh samajh lete hain ke yeh tabaqaat aaj bhi baqi hain, aur un ke baray mein aaj bhi un ka wahi sakht ravaiyah hona chahiye jo rasool aur ashaab e rasool ke zamane mein tha.</w:t>
      </w:r>
      <w:r>
        <w:br/>
      </w:r>
      <w:r>
        <w:rPr>
          <w:sz w:val="20"/>
        </w:rPr>
        <w:t>1:26  maujooda zamane mein musalmanon ka haal yeh hai ke woh tamam dunya ko apna dushman samajhte hain, woh tamam qaumon ke khilaaf jang chhede hue hain, kabhi passive sense mein aur kabhi active sense mein.</w:t>
      </w:r>
      <w:r>
        <w:br/>
      </w:r>
      <w:r>
        <w:rPr>
          <w:sz w:val="20"/>
        </w:rPr>
        <w:t>1:42  woh yahood ko maghzoob qaum samajhte hain, nasara ko zaal qaum samajhte hain,</w:t>
      </w:r>
      <w:r>
        <w:br/>
      </w:r>
      <w:r>
        <w:rPr>
          <w:sz w:val="20"/>
        </w:rPr>
        <w:t>1:49  woh mafrooha kaffiron ko jahannami samajhte hain, aur is tarah mushrikon ko i'tiqadi ma'non mein sarasar batil samajhte hain. musalmanon ka yahi mizaj, yani mindset, hai jis ne in ko sari dunya ka mukhalif bana diya hai.</w:t>
      </w:r>
      <w:r>
        <w:br/>
      </w:r>
      <w:r>
        <w:rPr>
          <w:sz w:val="20"/>
        </w:rPr>
        <w:t>2:07  in ka nishana yeh ban gaya hai ke tamam qaumon se larr kar un ko maghloob karna hai aur sari dunya mein islam ka siyasi iqtidaar qaim karna hai.</w:t>
      </w:r>
      <w:r>
        <w:br/>
      </w:r>
      <w:r>
        <w:rPr>
          <w:sz w:val="20"/>
        </w:rPr>
        <w:t>2:19  musalmanon ki yeh soch tamam tar un ki ghalat fikri ka nateeja hai. saatveen sadi mein arab ya atraf e arab mein jo qaumein maujood theen, woh sab bohat pehle khatam ho chuki.</w:t>
      </w:r>
      <w:r>
        <w:br/>
      </w:r>
      <w:r>
        <w:rPr>
          <w:sz w:val="20"/>
        </w:rPr>
        <w:t>2:32  ab un ke naam se jo qaumein dunya mein maujood hain, woh khwah naam ke aitbaar se qadeem hon, lekin haqeeqat ke aitbaar se woh jadeed hain.</w:t>
      </w:r>
      <w:r>
        <w:br/>
      </w:r>
      <w:r>
        <w:rPr>
          <w:sz w:val="20"/>
        </w:rPr>
        <w:t>2:43  jadeed daur ek aitbaar se deconditioning ka daur, yani age of deconditioning hai. jadeed daur mein naye afkaar, khaas tor par secular education, ne mukammal taur par logon ke zehnon ko badal diya hai.</w:t>
      </w:r>
      <w:r>
        <w:br/>
      </w:r>
      <w:r>
        <w:rPr>
          <w:sz w:val="20"/>
        </w:rPr>
        <w:t>3:00  aaj ka yahoodi mukhtalif yahoodi hai, aaj ka isai mukhtalif isai hai, is tarah aaj ke mushrik mukhtalif qism ke mushrik hain.</w:t>
      </w:r>
      <w:r>
        <w:br/>
      </w:r>
      <w:r>
        <w:rPr>
          <w:sz w:val="20"/>
        </w:rPr>
        <w:t>3:11  yeh</w:t>
      </w:r>
      <w:r>
        <w:br/>
      </w:r>
      <w:r>
        <w:rPr>
          <w:sz w:val="20"/>
        </w:rPr>
        <w:t>3:12  qaumein ab itna zyada badal chuki hain ke un ko wahi samajh sakta hai jis ne unhein dobara daryaft, yani discover, kiya ho.</w:t>
      </w:r>
      <w:r>
        <w:br/>
      </w:r>
      <w:r>
        <w:rPr>
          <w:sz w:val="20"/>
        </w:rPr>
        <w:t>3:21  qadeem zamane ke aitbaar se yeh log 4 mukhtalif qaum thay, lekin jadeed zamane ke aitbaar se yeh sab ek hi qaum hain.</w:t>
      </w:r>
      <w:r>
        <w:br/>
      </w:r>
      <w:r>
        <w:rPr>
          <w:sz w:val="20"/>
        </w:rPr>
        <w:t>3:31  sab par ek hi lafz mantiq hota hai, aur woh hai jadeed insaan.</w:t>
      </w:r>
      <w:r>
        <w:br/>
      </w:r>
      <w:r>
        <w:rPr>
          <w:sz w:val="20"/>
        </w:rPr>
        <w:t>3:37  qadeem zamane ke insaan ke bar aks jadeed daur ke insaan ke andar usooli tor par kattar pan aur ta'assub khatam ho chuka hai.</w:t>
      </w:r>
      <w:r>
        <w:br/>
      </w:r>
      <w:r>
        <w:rPr>
          <w:sz w:val="20"/>
        </w:rPr>
        <w:t>3:47  qadeem zamane mein sari dunya mein hum aur woh, we and they, ka tasawwur, yani concept, raaij tha. ab aaj ki dunya mein aam taur par hum aur hum, we and we, ka concept raaij ho chuka hai.</w:t>
      </w:r>
      <w:r>
        <w:br/>
      </w:r>
      <w:r>
        <w:rPr>
          <w:sz w:val="20"/>
        </w:rPr>
        <w:t>4:06  is soorat e haal ne qadeem masawaat, yani equation, ka khataama kar diya hai. qadeem zamane mein dost aur dushman, yani friend and enemy, ka tasawwur phaila hua tha.</w:t>
      </w:r>
      <w:r>
        <w:br/>
      </w:r>
      <w:r>
        <w:rPr>
          <w:sz w:val="20"/>
        </w:rPr>
        <w:t>4:20  ab yeh tanawwut, yani dichotomy, khatam ho chuki hai. aaj dunya mein jis masawaat ka ghalba hai, woh dost aur mu'eed, yani supporter, ka hai.</w:t>
      </w:r>
      <w:r>
        <w:br/>
      </w:r>
      <w:r>
        <w:rPr>
          <w:sz w:val="20"/>
        </w:rPr>
        <w:t>4:32  aaj ki dunya mein koi kisi ka dushman nahin.</w:t>
      </w:r>
      <w:r>
        <w:br/>
      </w:r>
      <w:r>
        <w:rPr>
          <w:sz w:val="20"/>
        </w:rPr>
        <w:t>4:36  aaj ki dunya mein koi shakhs ya to aap ka dost hoga, aur agar dost na ho to woh aap ka mu'eed hoga. goya jis daur ki peshangoi hadees mein ki gayi thi, woh ab waqea ban chuki hai.</w:t>
      </w:r>
      <w:r>
        <w:br/>
      </w:r>
      <w:r>
        <w:rPr>
          <w:sz w:val="20"/>
        </w:rPr>
        <w:t>4:51  in riwayaton mein mustaqbil ke jis waqe ko deen ki nisbat se bayan kiya gaya hai, woh haqeeqatan sari insaniyat ki nisbat se hai.</w:t>
      </w:r>
      <w:r>
        <w:br/>
      </w:r>
      <w:r>
        <w:rPr>
          <w:sz w:val="20"/>
        </w:rPr>
        <w:t>5:01  y</w:t>
      </w:r>
      <w:r>
        <w:br/>
      </w:r>
      <w:r>
        <w:rPr>
          <w:sz w:val="20"/>
        </w:rPr>
        <w:t>5:02  ani mustaqbil mein ek aisa zamana aayega jab ke dushmani ka daur usooli taur par khatm ho jayega. daur ke taqaze ki bina par log ek doosre ke dost honge, aur agar dost na honge to woh imkani taur par ek doosre ke mu'eed ban jayenge.</w:t>
      </w:r>
    </w:p>
    <w:p>
      <w:pPr>
        <w:pStyle w:val="Heading2"/>
      </w:pPr>
      <w:r>
        <w:t>Understanding the hadith on Quran commitment</w:t>
      </w:r>
    </w:p>
    <w:p>
      <w:r>
        <w:rPr>
          <w:color w:val="666666"/>
          <w:sz w:val="18"/>
        </w:rPr>
        <w:t>Quran The Book of Guidance 21 July, 2013 - Maulana Wahiduddin Khan · 5m 38s · at 1:05 · https://youtu.be/u0vvvl3R5ro?t=65</w:t>
      </w:r>
    </w:p>
    <w:p>
      <w:r>
        <w:rPr>
          <w:i/>
        </w:rPr>
        <w:t>“Main shuru karta hoon apne aaj ke tajurbe se”</w:t>
      </w:r>
    </w:p>
    <w:p>
      <w:r>
        <w:rPr>
          <w:sz w:val="20"/>
        </w:rPr>
        <w:t>1:05  shuru karta hoon aik apne aaj ke tajrube se, aaj subah ke aik tajrube se. dekhen, aik hadith hai jo sahih al bukhari mein aur doosri kitabon mein aai hai,</w:t>
      </w:r>
      <w:r>
        <w:br/>
      </w:r>
      <w:r>
        <w:rPr>
          <w:sz w:val="20"/>
        </w:rPr>
        <w:t>1:25  is ke alfaaz yeh hain:</w:t>
      </w:r>
      <w:r>
        <w:br/>
      </w:r>
      <w:r>
        <w:rPr>
          <w:sz w:val="20"/>
        </w:rPr>
        <w:t>1:30  ta'ahhud al quran</w:t>
      </w:r>
      <w:r>
        <w:br/>
      </w:r>
      <w:r>
        <w:rPr>
          <w:sz w:val="20"/>
        </w:rPr>
        <w:t>1:34  fawallazi nafsi biyadhi lahu ashadd tafsi min rabbi fi aqlihi.</w:t>
      </w:r>
      <w:r>
        <w:br/>
      </w:r>
      <w:r>
        <w:rPr>
          <w:sz w:val="20"/>
        </w:rPr>
        <w:t>1:45  is ka matlab yeh hai ke quran ki bohat ziyada hifazat karo. hifazat matlab is ki</w:t>
      </w:r>
      <w:r>
        <w:br/>
      </w:r>
      <w:r>
        <w:rPr>
          <w:sz w:val="20"/>
        </w:rPr>
        <w:t>1:56  yani taaq par rakho, alwar band karo, yeh matlab nahin. is ka jo text hai, is ka matan hai, is ke bare mein hai. quran ki bohat ziyada hifazat karo, bohat ziyada is ka dhyan rakho, kyunke is zaat ki qasam jis ke qabze mein meri jaan hai,</w:t>
      </w:r>
      <w:r>
        <w:br/>
      </w:r>
      <w:r>
        <w:rPr>
          <w:sz w:val="20"/>
        </w:rPr>
        <w:t>2:21  quran is se bhi ziyada tezi se bhagta hai jis tarah oont is waqt bhagta hai jab ke woh apni rassi se chhoot gaya ho.</w:t>
      </w:r>
      <w:r>
        <w:br/>
      </w:r>
      <w:r>
        <w:rPr>
          <w:sz w:val="20"/>
        </w:rPr>
        <w:t>2:38  yani you have to commit</w:t>
      </w:r>
      <w:r>
        <w:br/>
      </w:r>
      <w:r>
        <w:rPr>
          <w:sz w:val="20"/>
        </w:rPr>
        <w:t>2:43  to the quran, you have to commit yourself to the quran, you have to commit yourself to the quran, warna kya hoga?</w:t>
      </w:r>
      <w:r>
        <w:br/>
      </w:r>
      <w:r>
        <w:rPr>
          <w:sz w:val="20"/>
        </w:rPr>
        <w:t>2:53  quran tumhare andar se nikal jayega. is hadith ko agar aap tasweer saron mein dekhen to aam taur par is ko yani jo jo hifz karte hain quran, un se is ko joda gaya hai.</w:t>
      </w:r>
      <w:r>
        <w:br/>
      </w:r>
      <w:r>
        <w:rPr>
          <w:sz w:val="20"/>
        </w:rPr>
        <w:t>3:12  yani quran jab ka hifza karo to barabar parho, barabar is ko yaad rakho, barabar is ka dohrao, nahin to woh tumhara tumhare dimagh se nikal jayega.</w:t>
      </w:r>
      <w:r>
        <w:br/>
      </w:r>
      <w:r>
        <w:rPr>
          <w:sz w:val="20"/>
        </w:rPr>
        <w:t>3:25  dekhen, yeh jo sharah hai, yeh bilkul hi baseless hai, is ka is hadith se koi ta'alluq nahin hai.</w:t>
      </w:r>
      <w:r>
        <w:br/>
      </w:r>
      <w:r>
        <w:rPr>
          <w:sz w:val="20"/>
        </w:rPr>
        <w:t>3:36  is hadith ka jo ta'alluq hai, woh quran ke meaning se hai, na ke is ke alfaaz se.</w:t>
      </w:r>
      <w:r>
        <w:br/>
      </w:r>
      <w:r>
        <w:rPr>
          <w:sz w:val="20"/>
        </w:rPr>
        <w:t>3:46  hifz kya karta hai? alfaaz ko yaad karta hai to is se is ka ta'alluq nahin, woh aik alag masla hai. yani quran ki jo meaning hai, woh tumhare dimagh se nikal jayegi, aur meaning bhi is matlab mein nahin ke aik baar jo padh liya, is ka tarjuma woh nahin.</w:t>
      </w:r>
      <w:r>
        <w:br/>
      </w:r>
      <w:r>
        <w:rPr>
          <w:sz w:val="20"/>
        </w:rPr>
        <w:t>4:06  is ka jo bar bar jo is ke naye mani khulte hain, jo is ke is ki jo gehraiyon mein jo jo chhipi hui cheezen hain, woh zahir hoti hain tumhare dimagh par, woh sab nahin hongi agar tum is se bohat ziyada tumhara commitment nahin hoga.</w:t>
      </w:r>
      <w:r>
        <w:br/>
      </w:r>
      <w:r>
        <w:rPr>
          <w:sz w:val="20"/>
        </w:rPr>
        <w:t>4:32  to is hadith ko aaj mein ab aik tajrube se samjhaunga. dekhen, is se pehle mein bata chuka hoon ke mere ghar ke samne aik aik darakht hai jis ko mein kehta hoon "spiritual tree".</w:t>
      </w:r>
      <w:r>
        <w:br/>
      </w:r>
      <w:r>
        <w:rPr>
          <w:sz w:val="20"/>
        </w:rPr>
        <w:t>4:48  pehle kai baar mein "from the spiritual tree" ke title se yahan par bolta tha. idhar aik muddat se, yani ghaliban aik saal se ya is se ziyada muddat se,</w:t>
      </w:r>
      <w:r>
        <w:br/>
      </w:r>
      <w:r>
        <w:rPr>
          <w:sz w:val="20"/>
        </w:rPr>
        <w:t>5:08  mein is ke neeche baith baithta nahin tha, is se ta'alluq nahin baqi raha tha mera, to mere dimagh se nikal gaya tha.</w:t>
      </w:r>
      <w:r>
        <w:br/>
      </w:r>
      <w:r>
        <w:rPr>
          <w:sz w:val="20"/>
        </w:rPr>
        <w:t>5:21  aaj subah ko walk karte hue achaanak wahan pahuncha, is ke neeche to wahan baitha, wahan khada hua, is ke patton ko dekha, khoob hara bhara tha woh.</w:t>
      </w:r>
      <w:r>
        <w:br/>
      </w:r>
      <w:r>
        <w:rPr>
          <w:sz w:val="20"/>
        </w:rPr>
        <w:t>5:34  to aaj goya maine spiritual tree ko rediscover kiya, aik bhooli hui cheez ko maine recall kiya.</w:t>
      </w:r>
      <w:r>
        <w:br/>
      </w:r>
      <w:r>
        <w:rPr>
          <w:sz w:val="20"/>
        </w:rPr>
        <w:t>5:47  is se maine samjha ke kya matlab hai is hadith ka. is hadith ka matlab hai quran ki study barabar karo, quran ka mutala barabar karo,</w:t>
      </w:r>
      <w:r>
        <w:br/>
      </w:r>
      <w:r>
        <w:rPr>
          <w:sz w:val="20"/>
        </w:rPr>
        <w:t>6:01  tab is ke mani tumhare dimagh mein baqi rahenge, aur sirf mani be'aitbaar tarjuma nahin, kyunke quran ke bare mein aaya hai ke "la tanqadi aja'ibuhu", is mein naye naye pehlu khulte rahenge barabar.</w:t>
      </w:r>
      <w:r>
        <w:br/>
      </w:r>
      <w:r>
        <w:rPr>
          <w:sz w:val="20"/>
        </w:rPr>
        <w:t>6:20  woh sab hota rahega, warna kya hoga? quran jo hai, tumhari living memory se nikal jayega, yani quran ke mani.</w:t>
      </w:r>
      <w:r>
        <w:br/>
      </w:r>
      <w:r>
        <w:rPr>
          <w:sz w:val="20"/>
        </w:rPr>
        <w:t>6:34  yeh matlab hai is hadith ka.</w:t>
      </w:r>
    </w:p>
    <w:p>
      <w:pPr>
        <w:pStyle w:val="Heading2"/>
      </w:pPr>
      <w:r>
        <w:t>Ibn Taymiyyah's book exposes the absence of rational argument</w:t>
      </w:r>
    </w:p>
    <w:p>
      <w:r>
        <w:rPr>
          <w:color w:val="666666"/>
          <w:sz w:val="18"/>
        </w:rPr>
        <w:t>Revival of Islam November 7, 2010 · 4m 38s · at 40:03 · https://youtu.be/-aRS72WUTR8?t=2403</w:t>
      </w:r>
    </w:p>
    <w:p>
      <w:r>
        <w:rPr>
          <w:i/>
        </w:rPr>
        <w:t>“Ek bahut mashhoor kitab hai, Imam Ibn Taymiyyah ki”</w:t>
      </w:r>
    </w:p>
    <w:p>
      <w:r>
        <w:rPr>
          <w:sz w:val="20"/>
        </w:rPr>
        <w:t>40:03  jaante nahin. main ek misaal doon, ek misaal doon, ek bahut mashhoor kitaab hai aur bahut bade aalim ki kitaab hai, Imam Ibn Taymiyyah.</w:t>
      </w:r>
      <w:r>
        <w:br/>
      </w:r>
      <w:r>
        <w:rPr>
          <w:sz w:val="20"/>
        </w:rPr>
        <w:t>40:18  iska kaam, iska naam hai "Al-Saif Al-Maslool 'ala Shatim Al-Rasool".</w:t>
      </w:r>
      <w:r>
        <w:br/>
      </w:r>
      <w:r>
        <w:rPr>
          <w:sz w:val="20"/>
        </w:rPr>
        <w:t>40:23  moti si kitaab hai. ismein unhone dikhaya hai ke Rasool Allah par jo shatm kare, bura bhala kahe to usko qatl kar do.</w:t>
      </w:r>
      <w:r>
        <w:br/>
      </w:r>
      <w:r>
        <w:rPr>
          <w:sz w:val="20"/>
        </w:rPr>
        <w:t>40:34  poori kitaab ka yeh khulasa hai. lekin aap dekhiye, ismein ek bhi rational argument nahin hai. saari kitaab mein yani top ka aadmi hamari tareekh ka hai, top ka aadmi aur kitaab likhta hai, moti si.</w:t>
      </w:r>
      <w:r>
        <w:br/>
      </w:r>
      <w:r>
        <w:rPr>
          <w:sz w:val="20"/>
        </w:rPr>
        <w:t>40:49  aap padh lijiye is kitaab ko, ek bhi ismein koi rational argument nahin hai. rational argument kis cheez ka naam hai?</w:t>
      </w:r>
      <w:r>
        <w:br/>
      </w:r>
      <w:r>
        <w:rPr>
          <w:sz w:val="20"/>
        </w:rPr>
        <w:t>40:58  yahan is mauqe par ek aadmi yeh daawa karta hai ke koi shakhs agar Rasool Allah ki shatm kare to uska maamla kya hoga? ya qatl haddan,</w:t>
      </w:r>
      <w:r>
        <w:br/>
      </w:r>
      <w:r>
        <w:rPr>
          <w:sz w:val="20"/>
        </w:rPr>
        <w:t>41:13  woh qatl kar diya jayega ba taur hadd ke.</w:t>
      </w:r>
      <w:r>
        <w:br/>
      </w:r>
      <w:r>
        <w:rPr>
          <w:sz w:val="20"/>
        </w:rPr>
        <w:t>41:18  yeh hai unka daawa, ya qatl haddan, woh qatl kar diya jayega. lekin kaise saabit hua? yani shariat mein koi qanoon batane ke liye aapko Quran ka reference dena padega, Hadees ka reference dena padega,</w:t>
      </w:r>
      <w:r>
        <w:br/>
      </w:r>
      <w:r>
        <w:rPr>
          <w:sz w:val="20"/>
        </w:rPr>
        <w:t>41:34  warna yeh aapka apna qanoon ho jayega. yani shaatim ke liye kehna ke yeh qatl haddan kaise saabit hua? to</w:t>
      </w:r>
      <w:r>
        <w:br/>
      </w:r>
      <w:r>
        <w:rPr>
          <w:sz w:val="20"/>
        </w:rPr>
        <w:t>41:44  is poori kitaab mein na to Quran se koi daleel hai, na Hadees se koi daleel hai. sab qiyasat hain, mafroozat hain, jazbaat hain. bas poori kitaab mein ek Hadees unhone naqal ki hai,</w:t>
      </w:r>
      <w:r>
        <w:br/>
      </w:r>
      <w:r>
        <w:rPr>
          <w:sz w:val="20"/>
        </w:rPr>
        <w:t>41:59  uske alfaaz yeh hain ke : "Man sabba Nabiy faqtulooh, man sabba Nabiy faqtulooh".</w:t>
      </w:r>
      <w:r>
        <w:br/>
      </w:r>
      <w:r>
        <w:rPr>
          <w:sz w:val="20"/>
        </w:rPr>
        <w:t>42:09  jo tumhare Nabi ka sab kare, usko bura kahe to usko qatl kar do. phir khud hi likhte hain ke is Hadees ki koi asal mujhe nahin maloom.</w:t>
      </w:r>
      <w:r>
        <w:br/>
      </w:r>
      <w:r>
        <w:rPr>
          <w:sz w:val="20"/>
        </w:rPr>
        <w:t>42:20  aur aur likhte hain ke agar yeh hadees saabit ho jaye to yeh nas hoga, yani textual saboot hoga. lekin sawal yeh hai ke ulama kehte hain jis hadees ko ibn taimiya na jaane, woh hadees hai hi nahin hai.</w:t>
      </w:r>
      <w:r>
        <w:br/>
      </w:r>
      <w:r>
        <w:rPr>
          <w:sz w:val="20"/>
        </w:rPr>
        <w:t>42:37  haafiz ibn taimiya kaha jata hai inko. dekhein, pehle zamane mein lafz haafiz boltatha, haafiz hadees ke liye, haafiz quran ke liye nahin. aajkal jab bolte hain lafz haafiz, iska matlab hota hai haafiz quran.</w:t>
      </w:r>
      <w:r>
        <w:br/>
      </w:r>
      <w:r>
        <w:rPr>
          <w:sz w:val="20"/>
        </w:rPr>
        <w:t>42:50  pehley zamane mein aesa nahin tha. to haafiz, haafiz ibn taimiya ke maani hain ke hadees ka haafiz. to hadees ke mamle mein samjha jata hai ke woh bohat bade haafiz thay hadees ke,</w:t>
      </w:r>
      <w:r>
        <w:br/>
      </w:r>
      <w:r>
        <w:rPr>
          <w:sz w:val="20"/>
        </w:rPr>
        <w:t>43:05  yahan tak ke jis hadees ke bare mein woh na jante hon, woh hadees hai hi nahin hai. ab bataein ke woh aesa aadmi likhta hai aesa kitaab mein kaha agar yeh saabit ho jaye ke hadees hai to yeh ek nas ho jayegi.</w:t>
      </w:r>
      <w:r>
        <w:br/>
      </w:r>
      <w:r>
        <w:rPr>
          <w:sz w:val="20"/>
        </w:rPr>
        <w:t>43:18  lekin sawal yeh hai ke saabit to saabit hai hi nahin hai, woh to kisi ka banaya hua qaul hai. yeh hai irrational argument, illogical argument.</w:t>
      </w:r>
      <w:r>
        <w:br/>
      </w:r>
      <w:r>
        <w:rPr>
          <w:sz w:val="20"/>
        </w:rPr>
        <w:t>43:32  saari kitaab mein, jis kitaab ko aap parhiye, main inshallah bataunga ke is mein kis tarah illogical argument hote hain, kis tarah irrational argument hote hain. kisi bhi kitaab ko aap bataiye mujhe,</w:t>
      </w:r>
      <w:r>
        <w:br/>
      </w:r>
      <w:r>
        <w:rPr>
          <w:sz w:val="20"/>
        </w:rPr>
        <w:t>43:46  kisi arbi ki ya kisi non-arbi ki,</w:t>
      </w:r>
      <w:r>
        <w:br/>
      </w:r>
      <w:r>
        <w:rPr>
          <w:sz w:val="20"/>
        </w:rPr>
        <w:t>43:52  kisi mein irrational argument nahin hota.</w:t>
      </w:r>
      <w:r>
        <w:br/>
      </w:r>
      <w:r>
        <w:rPr>
          <w:sz w:val="20"/>
        </w:rPr>
        <w:t>43:55  hawaa-e-daleel, qayaas-e-daleel, jazbaati daleel, inshaa-e-daleel, khateebana daleel hoti hai. bas ab dekhiye ke quran ne kaha tha: "qul haato burhanakum" yani istadlal ko burhan par khara karo.</w:t>
      </w:r>
      <w:r>
        <w:br/>
      </w:r>
      <w:r>
        <w:rPr>
          <w:sz w:val="20"/>
        </w:rPr>
        <w:t>44:13  yeh to wohi hai jo aaj science kehti hai ke facts and figures par dil ko qaim karna chahiye.</w:t>
      </w:r>
      <w:r>
        <w:br/>
      </w:r>
      <w:r>
        <w:rPr>
          <w:sz w:val="20"/>
        </w:rPr>
        <w:t>44:22  yeh science kehti hai ke tumhare paas facts and figures hone chahiye. wohi to quran mein hai: "qul haato burhanakum". to quran ne introduce kiya tha tareekh mein is usool ko ke argument rational hona chahiye,</w:t>
      </w:r>
    </w:p>
    <w:p>
      <w:pPr>
        <w:pStyle w:val="Heading2"/>
      </w:pPr>
      <w:r>
        <w:t>Recurring snake dream finally understood as a call to preach</w:t>
      </w:r>
    </w:p>
    <w:p>
      <w:r>
        <w:rPr>
          <w:color w:val="666666"/>
          <w:sz w:val="18"/>
        </w:rPr>
        <w:t>Divine Guidance November 25, 2007 · 4m 40s · at 8:53 · https://youtu.be/uJjypJ-8His?t=533</w:t>
      </w:r>
    </w:p>
    <w:p>
      <w:r>
        <w:rPr>
          <w:i/>
        </w:rPr>
        <w:t>“Hamare ek sathi hain Hyderabad mein, Habib bhai”</w:t>
      </w:r>
    </w:p>
    <w:p>
      <w:r>
        <w:rPr>
          <w:sz w:val="20"/>
        </w:rPr>
        <w:t>8:53  mein is ko, mein is ko illustrate karne ke liye mein example doon ga. dekhen, hamare ek saathi hain hyderabad mein, habib bhai.</w:t>
      </w:r>
      <w:r>
        <w:br/>
      </w:r>
      <w:r>
        <w:rPr>
          <w:sz w:val="20"/>
        </w:rPr>
        <w:t>9:05  to kai baras pehle un ko ek khwab aaya.</w:t>
      </w:r>
      <w:r>
        <w:br/>
      </w:r>
      <w:r>
        <w:rPr>
          <w:sz w:val="20"/>
        </w:rPr>
        <w:t>9:12  un ko ek khwab aaya ke</w:t>
      </w:r>
      <w:r>
        <w:br/>
      </w:r>
      <w:r>
        <w:rPr>
          <w:sz w:val="20"/>
        </w:rPr>
        <w:t>9:17  ek road hai seedhi, us par ek bohat bara saanp un ko daura raha hai.</w:t>
      </w:r>
      <w:r>
        <w:br/>
      </w:r>
      <w:r>
        <w:rPr>
          <w:sz w:val="20"/>
        </w:rPr>
        <w:t>9:24  saanp daura raha hai, woh dor rahe hain, daura raha hai, dor rahe hain. yahan tak ke ek jagah pohanchte hain, ek spot par jahan mein khara hua hoon. yani road ke beech mein khara hua hoon. to mujh ko dekh kar woh bhi khare ho gaye.</w:t>
      </w:r>
      <w:r>
        <w:br/>
      </w:r>
      <w:r>
        <w:rPr>
          <w:sz w:val="20"/>
        </w:rPr>
        <w:t>9:37  phir saanp bhi ruk gaya. to mujh se woh kehte hain pareshani ke aalam mein ke dekhen yeh saanp mujh ko daura raha hai, kya karoon?</w:t>
      </w:r>
      <w:r>
        <w:br/>
      </w:r>
      <w:r>
        <w:rPr>
          <w:sz w:val="20"/>
        </w:rPr>
        <w:t>9:50  to mein kehta hoon ke dawat kijiye.</w:t>
      </w:r>
      <w:r>
        <w:br/>
      </w:r>
      <w:r>
        <w:rPr>
          <w:sz w:val="20"/>
        </w:rPr>
        <w:t>9:56  dawat ki jiye. woh un ka kehna yeh hai ke yahi same dream, wese hi ke wese hi, un ko bar bar aata raha.</w:t>
      </w:r>
      <w:r>
        <w:br/>
      </w:r>
      <w:r>
        <w:rPr>
          <w:sz w:val="20"/>
        </w:rPr>
        <w:t>10:08  bar bar aata raha. yeh saanp daura raha hai, woh daur rahe hain. main road par milta hoon. mujh se kehte hain ke yeh dekhen saanp daura</w:t>
      </w:r>
      <w:r>
        <w:br/>
      </w:r>
      <w:r>
        <w:rPr>
          <w:sz w:val="20"/>
        </w:rPr>
        <w:t>10:19  raha hai. main kehta hoon dawat ki jiye. yahan par dream khatm ho jata hai. to us waqt jo unhon ne samjha is dream ka matlab, yani baqiya 50% woh add nahi kar sake.</w:t>
      </w:r>
      <w:r>
        <w:br/>
      </w:r>
      <w:r>
        <w:rPr>
          <w:sz w:val="20"/>
        </w:rPr>
        <w:t>10:33  to dream aise hi raha, unexplained pada raha. kyun? unhon ne samjha ke dawat ki jiye ka matlab yeh hai ke dekh pakwa kar khilao.</w:t>
      </w:r>
      <w:r>
        <w:br/>
      </w:r>
      <w:r>
        <w:rPr>
          <w:sz w:val="20"/>
        </w:rPr>
        <w:t>10:44  aaj kal aap jante hain ke musalmanon ka riwaj hai ke dekh pakwa kar khilate hain.</w:t>
      </w:r>
      <w:r>
        <w:br/>
      </w:r>
      <w:r>
        <w:rPr>
          <w:sz w:val="20"/>
        </w:rPr>
        <w:t>10:51  to dawat ki jiye ka matlab yeh samjhen woh ke logon ko khilai pilaiye.</w:t>
      </w:r>
      <w:r>
        <w:br/>
      </w:r>
      <w:r>
        <w:rPr>
          <w:sz w:val="20"/>
        </w:rPr>
        <w:t>10:59  to shayad khilai pla bhi ho, unhon ne mujhe yaad nahi hai ke khilai pulaya ke nahi khilai pulaya. to woh khwab aata raha, aata raha, aata raha. to phir mujh se unhon ne kaha ke main samajh nahi paya ke yeh khwab bar bar kyun aa raha hai?</w:t>
      </w:r>
      <w:r>
        <w:br/>
      </w:r>
      <w:r>
        <w:rPr>
          <w:sz w:val="20"/>
        </w:rPr>
        <w:t>11:17  to main ne kaha ke yeh dawat ki jiye ka matlab khilana pilana nahi hai. dawat ki jiye ka matlab hai do dawah work.</w:t>
      </w:r>
      <w:r>
        <w:br/>
      </w:r>
      <w:r>
        <w:rPr>
          <w:sz w:val="20"/>
        </w:rPr>
        <w:t>11:28  do dawah work. tab un ki samajh mein aaya. tab unhon ne rest of the 50% ko add kiya ke mujhe dawati kaam karna chahiye.</w:t>
      </w:r>
      <w:r>
        <w:br/>
      </w:r>
      <w:r>
        <w:rPr>
          <w:sz w:val="20"/>
        </w:rPr>
        <w:t>11:42  ab mashallah woh isi mein lag gaye hain. apne ko isi mein dedicate kar diya hai.</w:t>
      </w:r>
      <w:r>
        <w:br/>
      </w:r>
      <w:r>
        <w:rPr>
          <w:sz w:val="20"/>
        </w:rPr>
        <w:t>11:49  is example se aap samajh sakte hain ke dream kya cheez hai. aur rasool Allah ne kyun kaha ke dream jo hai nabuwat ka 50% hissa hai.</w:t>
      </w:r>
      <w:r>
        <w:br/>
      </w:r>
      <w:r>
        <w:rPr>
          <w:sz w:val="20"/>
        </w:rPr>
        <w:t>12:03  aap ne chiyaliswan hissa kaha tha, isi ko main keh raha hoon 50%. to 50% dream hota hai aur 50% interpretation hota hai jo aap ki taraf se aata hai.</w:t>
      </w:r>
      <w:r>
        <w:br/>
      </w:r>
      <w:r>
        <w:rPr>
          <w:sz w:val="20"/>
        </w:rPr>
        <w:t>12:17  to agar aap</w:t>
      </w:r>
      <w:r>
        <w:br/>
      </w:r>
      <w:r>
        <w:rPr>
          <w:sz w:val="20"/>
        </w:rPr>
        <w:t>12:20  50% Khuda ne aap ko bataya good tidings ke roop mein aur 50% aap add na kar sake to kya hoga?</w:t>
      </w:r>
      <w:r>
        <w:br/>
      </w:r>
      <w:r>
        <w:rPr>
          <w:sz w:val="20"/>
        </w:rPr>
        <w:t>12:32  aap ko aise khwab se kuch faida nahi hoga. khwab khud nahi chalaye ga. khwab apne sath kabhi bhi yaad rakhiye, interpretation le kar nahi aata.</w:t>
      </w:r>
      <w:r>
        <w:br/>
      </w:r>
      <w:r>
        <w:rPr>
          <w:sz w:val="20"/>
        </w:rPr>
        <w:t>12:44  yeh bohat bari baat samajhna chahiye ke koi bhi dream apne andar interpretation le kar nahi aata. interpretation dream dekhne wale ka apna kaam hai.</w:t>
      </w:r>
      <w:r>
        <w:br/>
      </w:r>
      <w:r>
        <w:rPr>
          <w:sz w:val="20"/>
        </w:rPr>
        <w:t>12:58  is ko itna add karna pare ga. yahan bhi wahi baat hai jo wahan hai ke hidayat jo hai tum nahi de sakte jab tak Khuda na chahe.</w:t>
      </w:r>
      <w:r>
        <w:br/>
      </w:r>
      <w:r>
        <w:rPr>
          <w:sz w:val="20"/>
        </w:rPr>
        <w:t>13:08  yani tum jo kuch karoge woh 50% hoga.</w:t>
      </w:r>
      <w:r>
        <w:br/>
      </w:r>
      <w:r>
        <w:rPr>
          <w:sz w:val="20"/>
        </w:rPr>
        <w:t>13:13  baqiya 50% to madu ka kaam hai. apne hisse ka kaam woh agar nahi kare ga to koi faida nahi hoga.</w:t>
      </w:r>
      <w:r>
        <w:br/>
      </w:r>
      <w:r>
        <w:rPr>
          <w:sz w:val="20"/>
        </w:rPr>
        <w:t>13:23  to ab Habib bhai ne jab samajh liya ke is ka matlab yeh hai aur isi mein lag gaye, tab ja kar woh khwab jo hai un ke liye rehmat ban gaya, rehmat.</w:t>
      </w:r>
    </w:p>
    <w:p>
      <w:pPr>
        <w:pStyle w:val="Heading2"/>
      </w:pPr>
      <w:r>
        <w:t>Political protest is haram in Islam</w:t>
      </w:r>
    </w:p>
    <w:p>
      <w:r>
        <w:rPr>
          <w:color w:val="666666"/>
          <w:sz w:val="18"/>
        </w:rPr>
        <w:t>Q&amp;A 04 Mar 2012 Maulana Wahiduddin Khan · 4m 30s · at 4:49 · https://youtu.be/txRmutuvWQI?t=289</w:t>
      </w:r>
    </w:p>
    <w:p>
      <w:r>
        <w:rPr>
          <w:i/>
        </w:rPr>
        <w:t>“Yeh hadith political protest se ta'alluq nahi”</w:t>
      </w:r>
    </w:p>
    <w:p>
      <w:r>
        <w:rPr>
          <w:sz w:val="20"/>
        </w:rPr>
        <w:t>4:49  is hadith ka is se koi talluq nahi hai jis zamane mein liya hai aap ne is ko. yeh political protest aur political hungama is ka kya talluq is hadith se?</w:t>
      </w:r>
      <w:r>
        <w:br/>
      </w:r>
      <w:r>
        <w:rPr>
          <w:sz w:val="20"/>
        </w:rPr>
        <w:t>5:00  dekhiye, daily life jo hamari hai, is se talluq hai. daily life. is ka kuch bhi party se koi talluq nahi hai.</w:t>
      </w:r>
      <w:r>
        <w:br/>
      </w:r>
      <w:r>
        <w:rPr>
          <w:sz w:val="20"/>
        </w:rPr>
        <w:t>5:08  yeh jo hungame ho rahe hain mukhtalif mulkon mein, parties ko le kar ke, woh to bilkul haram kaam hai. haram. is mein koi shakk hi nahi.</w:t>
      </w:r>
      <w:r>
        <w:br/>
      </w:r>
      <w:r>
        <w:rPr>
          <w:sz w:val="20"/>
        </w:rPr>
        <w:t>5:17  yeh jo hai daily life mein,</w:t>
      </w:r>
      <w:r>
        <w:br/>
      </w:r>
      <w:r>
        <w:rPr>
          <w:sz w:val="20"/>
        </w:rPr>
        <w:t>5:23  kya agar is mein yeh yeh unhone galat likha hai yeh ke forcefully us ko khatam karte hain hum? matlab yeh baghze istataat hamein is mein koshish karna chahiye.</w:t>
      </w:r>
      <w:r>
        <w:br/>
      </w:r>
      <w:r>
        <w:rPr>
          <w:sz w:val="20"/>
        </w:rPr>
        <w:t>5:34  is mein istataat. to daily life mein aap jab kahin dekhein</w:t>
      </w:r>
      <w:r>
        <w:br/>
      </w:r>
      <w:r>
        <w:rPr>
          <w:sz w:val="20"/>
        </w:rPr>
        <w:t>5:42  koi cheez burai ki, daily life mein, chahe ghar mein ya ghar ke bahar, to wahan hamein yeh karna hai ke agar hum mana karne par qadir hon to mana karein.</w:t>
      </w:r>
      <w:r>
        <w:br/>
      </w:r>
      <w:r>
        <w:rPr>
          <w:sz w:val="20"/>
        </w:rPr>
        <w:t>6:00  lekin mana karne par jhagda badhta ho to hum is ke liye dua karein. dil mein is mein hai ke fabaqalbehi kamane ke is ke liye dua karna.</w:t>
      </w:r>
      <w:r>
        <w:br/>
      </w:r>
      <w:r>
        <w:rPr>
          <w:sz w:val="20"/>
        </w:rPr>
        <w:t>6:14  is ka hargiz yeh matlab nahi hai ke aap is ke burai khatam karne par</w:t>
      </w:r>
      <w:r>
        <w:br/>
      </w:r>
      <w:r>
        <w:rPr>
          <w:sz w:val="20"/>
        </w:rPr>
        <w:t>6:19  khare ho jayein, protest karne aur ek naya blood shed ho, naya khoon kharaba ho. jo kehte hain counter productive, woh to haram hai Islam mein.</w:t>
      </w:r>
      <w:r>
        <w:br/>
      </w:r>
      <w:r>
        <w:rPr>
          <w:sz w:val="20"/>
        </w:rPr>
        <w:t>6:28  haram. sab se pehle aap ko dekhna parega ke jo situation hai, kya woh situation mere qabu ki hai? wahan kuch positive role kar sakta hoon mein?</w:t>
      </w:r>
      <w:r>
        <w:br/>
      </w:r>
      <w:r>
        <w:rPr>
          <w:sz w:val="20"/>
        </w:rPr>
        <w:t>6:39  nahi to chup chap ja ke masjid ja ke dua kijiye.</w:t>
      </w:r>
      <w:r>
        <w:br/>
      </w:r>
      <w:r>
        <w:rPr>
          <w:sz w:val="20"/>
        </w:rPr>
        <w:t>6:42  yeh to bilkul haram hai ke aap karne ki position mein nahi hain, aap jhanda le ke khare ho jayein aur is ke baad goliyan chalein aur bomb barsein aur log marein katein. yeh yeh is ka is hadith se is ka koi talluq nahi.</w:t>
      </w:r>
      <w:r>
        <w:br/>
      </w:r>
      <w:r>
        <w:rPr>
          <w:sz w:val="20"/>
        </w:rPr>
        <w:t>6:54  woh to super haram hai, bilashuba. jo aaj kal ho raha hai hum is mamle mein jagah jagah, yeh sab haram hai. haram. is ka is ka hadith se koi talluq nahi.</w:t>
      </w:r>
      <w:r>
        <w:br/>
      </w:r>
      <w:r>
        <w:rPr>
          <w:sz w:val="20"/>
        </w:rPr>
        <w:t>7:03  hadith mein hai ke peaceful tareeqe se, result oriented tareeqe se, baqt istitaat, aap agar kisi burai ke bare mein kuch kar sakte hain to kijiye.</w:t>
      </w:r>
      <w:r>
        <w:br/>
      </w:r>
      <w:r>
        <w:rPr>
          <w:sz w:val="20"/>
        </w:rPr>
        <w:t>7:14  nahi to chup chap ja ke masjid mein dua kijiye. aur political protest ka to hargiz hargiz talluq nahi is se. is hadith se.</w:t>
      </w:r>
      <w:r>
        <w:br/>
      </w:r>
      <w:r>
        <w:rPr>
          <w:sz w:val="20"/>
        </w:rPr>
        <w:t>7:23  bilkul is ka talluq nahi. mein is ko political protest ko haram samajhta hoon. is is liye haram samajhta hoon ke sahaba ne kabhi aisa kiya nahi. Rasool Allah ne kabhi aisa kiya nahi.</w:t>
      </w:r>
      <w:r>
        <w:br/>
      </w:r>
      <w:r>
        <w:rPr>
          <w:sz w:val="20"/>
        </w:rPr>
        <w:t>7:33  Makkah mein woh sab masail maujood the jis ko le kar kaha ke political protest kiya jata hai. opposition kiya thi.</w:t>
      </w:r>
      <w:r>
        <w:br/>
      </w:r>
      <w:r>
        <w:rPr>
          <w:sz w:val="20"/>
        </w:rPr>
        <w:t>7:41  rasool Allah ne aisa nahi kiya. is wajah se mein is ko haram kehta hoon. yaani opposition ke jo tareeqe aaj kal chal rahe hain duniya mein, rights ko le kar ke aur political demand ko le kar, woh sab ke asbab maujood the Makkah mein.</w:t>
      </w:r>
      <w:r>
        <w:br/>
      </w:r>
      <w:r>
        <w:rPr>
          <w:sz w:val="20"/>
        </w:rPr>
        <w:t>7:54  rasool Allah ne nahi kaha is ko. to Usman karte hain to is ko feal haram karte hain.</w:t>
      </w:r>
      <w:r>
        <w:br/>
      </w:r>
      <w:r>
        <w:rPr>
          <w:sz w:val="20"/>
        </w:rPr>
        <w:t>8:00  mujhe zara bhi is mein shaq nahi ke haram hai yeh. jo hadith mein hai, woh sirf yeh hai ke rozmarra ki zindagi mein, ghar ke andar, ghar ke bahar, aap logon ko naseehat karein.</w:t>
      </w:r>
      <w:r>
        <w:br/>
      </w:r>
      <w:r>
        <w:rPr>
          <w:sz w:val="20"/>
        </w:rPr>
        <w:t>8:10  koi baat dekha hai to naseehat karein. bashart ke aap ko wahan par baat aur bigadne ka andesha na ho.</w:t>
      </w:r>
      <w:r>
        <w:br/>
      </w:r>
      <w:r>
        <w:rPr>
          <w:sz w:val="20"/>
        </w:rPr>
        <w:t>8:19  misal ke taur par dekhiye, masjidon mein ek ek ek imam phat ke masjid mein aa gaya. aap ka khayal hai ke imam jo hai galat imam hai.</w:t>
      </w:r>
      <w:r>
        <w:br/>
      </w:r>
      <w:r>
        <w:rPr>
          <w:sz w:val="20"/>
        </w:rPr>
        <w:t>8:30  to kya karte hain? muqtadi is ka hungama khara karte hain. is ke phir namaz najayaz hai. yeh bilkul galat kaam hai yeh.</w:t>
      </w:r>
      <w:r>
        <w:br/>
      </w:r>
      <w:r>
        <w:rPr>
          <w:sz w:val="20"/>
        </w:rPr>
        <w:t>8:37  aap ko sirf yeh haq hai ke muqtadiyon se kahein ke yeh imam sahi nahi hai to aur hum imam ko badal lein. narmi se kahein.</w:t>
      </w:r>
      <w:r>
        <w:br/>
      </w:r>
      <w:r>
        <w:rPr>
          <w:sz w:val="20"/>
        </w:rPr>
        <w:t>8:45  agar muqtadi tayar is ke nahi hain to chup chap se aap namaz padh ke chale jaiye. aur kuch aap ko haq nahi kuch karne ka.</w:t>
      </w:r>
      <w:r>
        <w:br/>
      </w:r>
      <w:r>
        <w:rPr>
          <w:sz w:val="20"/>
        </w:rPr>
        <w:t>8:54  to khamosh aur result oriented naseehat is se murad hai. bas is se zyada kuch nahi. result oriented naseehat.</w:t>
      </w:r>
      <w:r>
        <w:br/>
      </w:r>
      <w:r>
        <w:rPr>
          <w:sz w:val="20"/>
        </w:rPr>
        <w:t>9:04  is se zyada kuch nahi. yaani result oriented counseling. is hadith mein</w:t>
      </w:r>
      <w:r>
        <w:br/>
      </w:r>
      <w:r>
        <w:rPr>
          <w:sz w:val="20"/>
        </w:rPr>
        <w:t>9:11  result oriented counseling ki baat kahi gayi hai na ke protest ki. protest bilkul haram hai Islam mein.</w:t>
      </w:r>
    </w:p>
    <w:p>
      <w:pPr>
        <w:pStyle w:val="Heading2"/>
      </w:pPr>
      <w:r>
        <w:t>Re-application of Quran during Tatar invasion</w:t>
      </w:r>
    </w:p>
    <w:p>
      <w:r>
        <w:rPr>
          <w:color w:val="666666"/>
          <w:sz w:val="18"/>
        </w:rPr>
        <w:t>Quran: A Book of Guidance | August 3, 2014 · 4m 04s · at 4:26 · https://youtu.be/OO6VwFy9Nto?t=266</w:t>
      </w:r>
    </w:p>
    <w:p>
      <w:r>
        <w:rPr>
          <w:i/>
        </w:rPr>
        <w:t>“The meaning is the ummah failed to re-apply the Quran.”</w:t>
      </w:r>
    </w:p>
    <w:p>
      <w:r>
        <w:rPr>
          <w:sz w:val="20"/>
        </w:rPr>
        <w:t>4:26  to zamana hamesha badalta hai. to is ayat ka matlab yeh hai ke rasool Allah yeh farma rahe hain ke baad ke zamane mein meri ummat quran ka re-application daryaft na kar saki, bhatakti rahi woh. is tarah is ne quran ko abandoned book bana diya. in terms of re-application,</w:t>
      </w:r>
      <w:r>
        <w:br/>
      </w:r>
      <w:r>
        <w:rPr>
          <w:sz w:val="20"/>
        </w:rPr>
        <w:t>4:57  in terms of tilawat nahi, in terms of tilawat nahi, woh to kabhi aisa nahi hota ke tilawat na ki jaye. har qaum, har mazhab apni kitab ki tilawat karta rehta hai. to yeh abandoned book ya kitab mehjoor banana, yeh tha in terms of re-application. yeh matlab hai. aur yeh re-appli</w:t>
      </w:r>
      <w:r>
        <w:br/>
      </w:r>
      <w:r>
        <w:rPr>
          <w:sz w:val="20"/>
        </w:rPr>
        <w:t>5:27  cation bohat pehle shuru ho gaya tha. misaal ke taur par dekhiye, terahveen sadi mein jab tatariyon ne hamla kiya, abbasi hukumat ko khatam kiya, to that was time of re-application of the quran. to log yahi jante the ke ladna, ladna, ladna. pehle daur mein ladai bhadai hui to us mein se ab bhi ladna hi ladna hai.</w:t>
      </w:r>
      <w:r>
        <w:br/>
      </w:r>
      <w:r>
        <w:rPr>
          <w:sz w:val="20"/>
        </w:rPr>
        <w:t>5:58  ab zamana badal chuka tha, halaat badal chuke the, ab re-apply karna tha. woh kya tha? ke ab ladaai ke bajaye dawat. yaani tatariyon ke saath ladaai ke bajaye tatariyon ke upar quran ki dawat pesh karna. to Allah taala ne is ko practically is ka demonstration diya. agarche log</w:t>
      </w:r>
      <w:r>
        <w:br/>
      </w:r>
      <w:r>
        <w:rPr>
          <w:sz w:val="20"/>
        </w:rPr>
        <w:t>6:28  is ko parh nahi sake. is waqt ke top ke ulama, jaise ibn taimiya waghera, ne fatwa diya ke tatariyon se lada jaye. lekin hua kuch bhi nahi. in logon ki ladaai se tatari masla khatm nahi hua. khatm kaise hua? dawat se. aise asbab paida hue ke apne aap tatariyon ke darmiyan islam ki dawat phail</w:t>
      </w:r>
      <w:r>
        <w:br/>
      </w:r>
      <w:r>
        <w:rPr>
          <w:sz w:val="20"/>
        </w:rPr>
        <w:t>6:58  ne lagi. aur woh tehqeeq kar ke, Arnold Tane bhi ne likha hai, ke hua yeh ke jab tatariyon ne fateh kar liya, abbasi hukumat ko khatm kar diya, to bohat zyada unhon ne ghulam banaye, auratein aur mard dono ko, hazaron hazar ki tadad mein, pakar kar le gaye apne gharon mein. sara kaam un se karwate the. to har ghar mein,</w:t>
      </w:r>
      <w:r>
        <w:br/>
      </w:r>
      <w:r>
        <w:rPr>
          <w:sz w:val="20"/>
        </w:rPr>
        <w:t>7:28  tatariyon ke har ghar mein, muslim auratein aur muslim mard bator ghulam ke hazaron ki tadad mein wahan aa gaye. ab kya tha ke woh kuch na kuch quran ki interaction jo hota tha, un interaction ke darmiyan kuch na kuch baatein un tak pohnchne lagin. maslan ek musalman ko cheenk aayi, us ne kaha Alhamdulillah, tatari ne poocha yeh kya cheez hai?</w:t>
      </w:r>
      <w:r>
        <w:br/>
      </w:r>
      <w:r>
        <w:rPr>
          <w:sz w:val="20"/>
        </w:rPr>
        <w:t>8:00  yeh kya cheez hai? to unhon ne explain kiya. namaz ka waqt aaya, ek musalman ne wuzu kiya, tatari ne poocha ke bhai yeh kya cheez hai? is tarah se interaction ke darmiyan islam ka taaruf hone laga aur quran un tak pohnchne laga. aur phir dheere dheere un ke dil mein islam dakhil hone laga. is tarah jo kaam musalmanon ke jihad o qital se nahi hua tha, woh dawat ke zariye ho gaya.</w:t>
      </w:r>
    </w:p>
    <w:p>
      <w:pPr>
        <w:pStyle w:val="Heading2"/>
      </w:pPr>
      <w:r>
        <w:t>Misinterpretation of Khilafah and power verses</w:t>
      </w:r>
    </w:p>
    <w:p>
      <w:r>
        <w:rPr>
          <w:color w:val="666666"/>
          <w:sz w:val="18"/>
        </w:rPr>
        <w:t>Misinterpretation of Islam July 24, 2008 · 3m 28s · at 22:05 · https://youtu.be/SNX20ErFRDo?t=1325</w:t>
      </w:r>
    </w:p>
    <w:p>
      <w:r>
        <w:rPr>
          <w:i/>
        </w:rPr>
        <w:t>“They changed a divine promise into a target.”</w:t>
      </w:r>
    </w:p>
    <w:p>
      <w:r>
        <w:rPr>
          <w:sz w:val="20"/>
        </w:rPr>
        <w:t>22:05  dekhiye, quran mein do ayaten hain, is ko yeh log quote karte hain. ek hai: "wa'adallahu alladhina amanu wa amilus salihat la yaj'alannahum fil ardi khulafa" ke khuda ne wada kiya hai ahle iman se ke woh un ko zameen mein khalifa banayega, yani iqtadar dega.</w:t>
      </w:r>
      <w:r>
        <w:br/>
      </w:r>
      <w:r>
        <w:rPr>
          <w:sz w:val="20"/>
        </w:rPr>
        <w:t>22:26  ab dekhen, yahan par khilafat jo hai, amr mauood hai, khuda ki taraf se wada hai. khuda apni taraf se karega aisa ke tum ko khilafat de de, zameen mein iqtadar de de.</w:t>
      </w:r>
      <w:r>
        <w:br/>
      </w:r>
      <w:r>
        <w:rPr>
          <w:sz w:val="20"/>
        </w:rPr>
        <w:t>22:40  ab unhon ne badal kar is ko kya kar diya ke isi ko target bana diya musalmanon ka ke tum log khilafat qaim karo. ayat mein yeh nahin tha ke aye musalmano, tum log khilafat ko qaim karo, yeh tha ke tum iman par qaim raho, amr aur good deed par qaim raho, apne character ko durust karo.</w:t>
      </w:r>
      <w:r>
        <w:br/>
      </w:r>
      <w:r>
        <w:rPr>
          <w:sz w:val="20"/>
        </w:rPr>
        <w:t>23:02  to khuda ki taraf se aise halat paida kiye jayenge ke tum zameen mein tum ko iqtadar mil jaye.</w:t>
      </w:r>
      <w:r>
        <w:br/>
      </w:r>
      <w:r>
        <w:rPr>
          <w:sz w:val="20"/>
        </w:rPr>
        <w:t>23:11  to jo cheez khuda karne wala tha, us ko unhon ne yani apne best interpretation se musalmanon ko target bana diya.</w:t>
      </w:r>
      <w:r>
        <w:br/>
      </w:r>
      <w:r>
        <w:rPr>
          <w:sz w:val="20"/>
        </w:rPr>
        <w:t>23:22  is ko kehte hain nasb ul ain target ke musalmanon ka nasb ul ain yeh hai ke woh khilafat qaim karen, hukoomat qaim karen, hukoomat ilahia qaim karen.</w:t>
      </w:r>
      <w:r>
        <w:br/>
      </w:r>
      <w:r>
        <w:rPr>
          <w:sz w:val="20"/>
        </w:rPr>
        <w:t>23:32  yeh bilkul galat baat hai, baseless baat hai.</w:t>
      </w:r>
      <w:r>
        <w:br/>
      </w:r>
      <w:r>
        <w:rPr>
          <w:sz w:val="20"/>
        </w:rPr>
        <w:t>23:36  jo cheez thi amr mauood, us ko bana diya amr maqsood. amr mauood ka matlab hai yani khuda ki taraf se wada kiya hua. amr maqsood yeh hai ke wohi cheez target ban ban gayi.</w:t>
      </w:r>
      <w:r>
        <w:br/>
      </w:r>
      <w:r>
        <w:rPr>
          <w:sz w:val="20"/>
        </w:rPr>
        <w:t>23:50  yeh hai best interpretation ke jis cheez ko khuda ki taraf se aana tha, us ko khud hi lane ki koshish karne lage yeh log.</w:t>
      </w:r>
      <w:r>
        <w:br/>
      </w:r>
      <w:r>
        <w:rPr>
          <w:sz w:val="20"/>
        </w:rPr>
        <w:t>24:01  to kya hua? phir militancy aayi, violence aaya. idhar ek aur ayat hai ke "alladhina makkanna fil ardi aqamas salata wa atuz zakata" yani ahle iman ko jab hum zameen mein iqtadar dete hain, zameen mein political power dete hain, to woh aisa wa aisa karte hain,</w:t>
      </w:r>
      <w:r>
        <w:br/>
      </w:r>
      <w:r>
        <w:rPr>
          <w:sz w:val="20"/>
        </w:rPr>
        <w:t>24:25  namaz qaim karte hain, zakat ka nizam banate hain waghera. ab yahan bhi dekhiye ke is mein ayat mein jo jo shabd hain, woh kya hain ke hum jab dete hain political power to woh aisa karte hain.</w:t>
      </w:r>
      <w:r>
        <w:br/>
      </w:r>
      <w:r>
        <w:rPr>
          <w:sz w:val="20"/>
        </w:rPr>
        <w:t>24:40  ayat mein to yeh hai ke khuda jab deta hai. lekin misinterpretation ke zariye kya kiya gaya ke us ko target bana diya gaya ke zameen mein tum power hasil karo, zameen mein tum political role qaim karo.</w:t>
      </w:r>
      <w:r>
        <w:br/>
      </w:r>
      <w:r>
        <w:rPr>
          <w:sz w:val="20"/>
        </w:rPr>
        <w:t>24:55  yeh kahan hai ayat mein? ayat mein to yeh hai hi nahin. aise kai jagah aisa hai ke jo cheez,</w:t>
      </w:r>
      <w:r>
        <w:br/>
      </w:r>
      <w:r>
        <w:rPr>
          <w:sz w:val="20"/>
        </w:rPr>
        <w:t>25:09  ah, jo cheez thi, kisi aur dhang se us ko kisi aur dhang se bana diya gaya. isi ka naam hai misinterpretation.</w:t>
      </w:r>
      <w:r>
        <w:br/>
      </w:r>
      <w:r>
        <w:rPr>
          <w:sz w:val="20"/>
        </w:rPr>
        <w:t>25:21  to misinterpretation ki bahut si sooraten hain, lekin yeh jo misinterpretation kiya gaya jis ke zariye islam ka target political role bana diya gaya, sab se bura interpretation tha.</w:t>
      </w:r>
    </w:p>
    <w:p>
      <w:pPr>
        <w:pStyle w:val="Heading2"/>
      </w:pPr>
      <w:r>
        <w:t>Structure and scope of Hadith literature</w:t>
      </w:r>
    </w:p>
    <w:p>
      <w:r>
        <w:rPr>
          <w:color w:val="666666"/>
          <w:sz w:val="18"/>
        </w:rPr>
        <w:t>Hadith Literature - Part-1 (English) March 08, 2007 Maulana Wahiduddin Khan · 5m 48s · at 28:19 · https://youtu.be/vZSus8oBppM?t=1699</w:t>
      </w:r>
    </w:p>
    <w:p>
      <w:r>
        <w:rPr>
          <w:i/>
        </w:rPr>
        <w:t>“Hadith means sayings. There are three kind of Hadith.”</w:t>
      </w:r>
    </w:p>
    <w:p>
      <w:r>
        <w:rPr>
          <w:sz w:val="20"/>
        </w:rPr>
        <w:t>28:19  Then, you know that Hadith means sayings. Sayings.</w:t>
      </w:r>
      <w:r>
        <w:br/>
      </w:r>
      <w:r>
        <w:rPr>
          <w:sz w:val="20"/>
        </w:rPr>
        <w:t>28:29  Literally, Hadith means sayings.</w:t>
      </w:r>
      <w:r>
        <w:br/>
      </w:r>
      <w:r>
        <w:rPr>
          <w:sz w:val="20"/>
        </w:rPr>
        <w:t>28:39  There are, according to the scholars, there are three kinds of Hadith.</w:t>
      </w:r>
      <w:r>
        <w:br/>
      </w:r>
      <w:r>
        <w:rPr>
          <w:sz w:val="20"/>
        </w:rPr>
        <w:t>28:50  And Hadith, according to the scholars, Hadith consists of three things. That is, Qawl, Amal, and Taqrir. In Arabic, it is Qawl, Amal, and Taqrir. These are the three parts of Hadith.</w:t>
      </w:r>
      <w:r>
        <w:br/>
      </w:r>
      <w:r>
        <w:rPr>
          <w:sz w:val="20"/>
        </w:rPr>
        <w:t>29:19  There are three parts of Hadith: Qawl, Amal, and Taqrir.</w:t>
      </w:r>
      <w:r>
        <w:br/>
      </w:r>
      <w:r>
        <w:rPr>
          <w:sz w:val="20"/>
        </w:rPr>
        <w:t>29:25  Qawl means saying. Saying.</w:t>
      </w:r>
      <w:r>
        <w:br/>
      </w:r>
      <w:r>
        <w:rPr>
          <w:sz w:val="20"/>
        </w:rPr>
        <w:t>29:31  Amal means practice.</w:t>
      </w:r>
      <w:r>
        <w:br/>
      </w:r>
      <w:r>
        <w:rPr>
          <w:sz w:val="20"/>
        </w:rPr>
        <w:t>29:37  And Taqrir means confirmation.</w:t>
      </w:r>
      <w:r>
        <w:br/>
      </w:r>
      <w:r>
        <w:rPr>
          <w:sz w:val="20"/>
        </w:rPr>
        <w:t>29:43  When we read a saying of the Prophet, that is Qawl.</w:t>
      </w:r>
      <w:r>
        <w:br/>
      </w:r>
      <w:r>
        <w:rPr>
          <w:sz w:val="20"/>
        </w:rPr>
        <w:t>29:49  When we read a practice of the Prophet, it is Amal.</w:t>
      </w:r>
      <w:r>
        <w:br/>
      </w:r>
      <w:r>
        <w:rPr>
          <w:sz w:val="20"/>
        </w:rPr>
        <w:t>29:55  And when the Prophet saw anyone doing something, and the Prophet was...</w:t>
      </w:r>
      <w:r>
        <w:br/>
      </w:r>
      <w:r>
        <w:rPr>
          <w:sz w:val="20"/>
        </w:rPr>
        <w:t>30:02  although the Prophet observed that Amal and he was silent, then, according to the scholars, it was a silent confirmation or silent approval.</w:t>
      </w:r>
      <w:r>
        <w:br/>
      </w:r>
      <w:r>
        <w:rPr>
          <w:sz w:val="20"/>
        </w:rPr>
        <w:t>30:17  So, Taqrir means silent approval by the Prophet.</w:t>
      </w:r>
      <w:r>
        <w:br/>
      </w:r>
      <w:r>
        <w:rPr>
          <w:sz w:val="20"/>
        </w:rPr>
        <w:t>30:24  So, these are three parts of Hadith: Qawl, Amal, and Taqrir.</w:t>
      </w:r>
      <w:r>
        <w:br/>
      </w:r>
      <w:r>
        <w:rPr>
          <w:sz w:val="20"/>
        </w:rPr>
        <w:t>30:32  Saying and practice and silent approval by the Prophet of Islam.</w:t>
      </w:r>
      <w:r>
        <w:br/>
      </w:r>
      <w:r>
        <w:rPr>
          <w:sz w:val="20"/>
        </w:rPr>
        <w:t>30:40  Then, there are more than a dozen books of Hadith.</w:t>
      </w:r>
      <w:r>
        <w:br/>
      </w:r>
      <w:r>
        <w:rPr>
          <w:sz w:val="20"/>
        </w:rPr>
        <w:t>30:48  Six books are called Shah-e-Sittah. Six books.</w:t>
      </w:r>
      <w:r>
        <w:br/>
      </w:r>
      <w:r>
        <w:rPr>
          <w:sz w:val="20"/>
        </w:rPr>
        <w:t>30:54  That is, six authentic books. Shah-e-Sittah.</w:t>
      </w:r>
      <w:r>
        <w:br/>
      </w:r>
      <w:r>
        <w:rPr>
          <w:sz w:val="20"/>
        </w:rPr>
        <w:t>31:00  But only Shah-e-Sittah is not...</w:t>
      </w:r>
      <w:r>
        <w:br/>
      </w:r>
      <w:r>
        <w:rPr>
          <w:sz w:val="20"/>
        </w:rPr>
        <w:t>31:06  all the Hadith literature is not compiled in these six books.</w:t>
      </w:r>
      <w:r>
        <w:br/>
      </w:r>
      <w:r>
        <w:rPr>
          <w:sz w:val="20"/>
        </w:rPr>
        <w:t>31:12  There are other Hadith. Other Hadith.</w:t>
      </w:r>
      <w:r>
        <w:br/>
      </w:r>
      <w:r>
        <w:rPr>
          <w:sz w:val="20"/>
        </w:rPr>
        <w:t>31:19  There are Hadith other than these six books. You know, in the first book is Sahih al-Bukhari. It is said that Sahih al-Bukhari is as-Sahh al-Kutub ba'da Kitabullah. After the Quran, this is the most authentic book in Islam.</w:t>
      </w:r>
      <w:r>
        <w:br/>
      </w:r>
      <w:r>
        <w:rPr>
          <w:sz w:val="20"/>
        </w:rPr>
        <w:t>31:45  Now, in Sahih al-Bukhari, there are 8,000, near about 8,000 Hadith, near about 8,000 traditions. But there are Muqarrarat. Muqarrarat means repetition.</w:t>
      </w:r>
      <w:r>
        <w:br/>
      </w:r>
      <w:r>
        <w:rPr>
          <w:sz w:val="20"/>
        </w:rPr>
        <w:t>32:08  So, if you count the number of Hadith narrated by Sahih al-Bukhari, including the Muqarrarat, then it is near about 8,000.</w:t>
      </w:r>
      <w:r>
        <w:br/>
      </w:r>
      <w:r>
        <w:rPr>
          <w:sz w:val="20"/>
        </w:rPr>
        <w:t>32:32  Then, there is the book that is called Musnad Imam Ahmad. Musnad Imam Ahmad. In this book, you can find that more than 10,000...</w:t>
      </w:r>
      <w:r>
        <w:br/>
      </w:r>
      <w:r>
        <w:rPr>
          <w:sz w:val="20"/>
        </w:rPr>
        <w:t>32:48  there are more than 10,000 traditions. Then, there are other books. So, some scholars have compiled books by selecting...</w:t>
      </w:r>
      <w:r>
        <w:br/>
      </w:r>
      <w:r>
        <w:rPr>
          <w:sz w:val="20"/>
        </w:rPr>
        <w:t>33:08  some scholars have compiled books excluding that Muqarrarat, that repetitions.</w:t>
      </w:r>
      <w:r>
        <w:br/>
      </w:r>
      <w:r>
        <w:rPr>
          <w:sz w:val="20"/>
        </w:rPr>
        <w:t>33:14  One such book is Jamul Usul Fi Ahadithi Rasul.</w:t>
      </w:r>
      <w:r>
        <w:br/>
      </w:r>
      <w:r>
        <w:rPr>
          <w:sz w:val="20"/>
        </w:rPr>
        <w:t>33:20  Jamul Usul Fi Ahadithi Rasul.</w:t>
      </w:r>
      <w:r>
        <w:br/>
      </w:r>
      <w:r>
        <w:rPr>
          <w:sz w:val="20"/>
        </w:rPr>
        <w:t>33:26  In this book, you can find more than...</w:t>
      </w:r>
      <w:r>
        <w:br/>
      </w:r>
      <w:r>
        <w:rPr>
          <w:sz w:val="20"/>
        </w:rPr>
        <w:t>33:32  near about 10,000 Hadith. 10,000 Hadith.</w:t>
      </w:r>
      <w:r>
        <w:br/>
      </w:r>
      <w:r>
        <w:rPr>
          <w:sz w:val="20"/>
        </w:rPr>
        <w:t>33:39  If you want to... and now... now all these Hadiths are also available on computer. At present, on computer, all the Hadiths are available. By using computer, you can find out any Hadith.</w:t>
      </w:r>
      <w:r>
        <w:br/>
      </w:r>
      <w:r>
        <w:rPr>
          <w:sz w:val="20"/>
        </w:rPr>
        <w:t>34:07  So, this is the Hadith literature. Then, there are commentaries. Commentary of Hadith. That is called Sharh al-Hadith. Commentary of Hadith.</w:t>
      </w:r>
    </w:p>
    <w:p>
      <w:pPr>
        <w:pStyle w:val="Heading2"/>
      </w:pPr>
      <w:r>
        <w:t>the Prophet never complained about Mecca's persecution</w:t>
      </w:r>
    </w:p>
    <w:p>
      <w:r>
        <w:rPr>
          <w:color w:val="666666"/>
          <w:sz w:val="18"/>
        </w:rPr>
        <w:t>Quran for All Mankind June 3, 2012 · 3m 57s · at 50:43 · https://youtu.be/Gp-53Zjugcg?t=3043</w:t>
      </w:r>
    </w:p>
    <w:p>
      <w:r>
        <w:rPr>
          <w:i/>
        </w:rPr>
        <w:t>“When prophethood came, Khadijah laid out his bed as usual”</w:t>
      </w:r>
    </w:p>
    <w:p>
      <w:r>
        <w:rPr>
          <w:sz w:val="20"/>
        </w:rPr>
        <w:t>50:43  Rasool Allah ko jab nabuwat mili aur yeh hukum hua keh ya ahlal mudassir utho aur logon ko aagah kar do.</w:t>
      </w:r>
      <w:r>
        <w:br/>
      </w:r>
      <w:r>
        <w:rPr>
          <w:sz w:val="20"/>
        </w:rPr>
        <w:t>50:57  to maine ek kitab mein parha keh Hazrat Khadija ne bistar bichhaya, mamool ke mutabiq keh aaram kar lijiye.</w:t>
      </w:r>
      <w:r>
        <w:br/>
      </w:r>
      <w:r>
        <w:rPr>
          <w:sz w:val="20"/>
        </w:rPr>
        <w:t>51:07  aap ne farmaya ali al-rah ya khadija</w:t>
      </w:r>
      <w:r>
        <w:br/>
      </w:r>
      <w:r>
        <w:rPr>
          <w:sz w:val="20"/>
        </w:rPr>
        <w:t>51:13  nubuwatt se pehle, aap nubuwatt se pehle hazrat khadija jo aap ki ahliya theen, woh bistar bicha deti theen, wahan par aaram kar lete thay.</w:t>
      </w:r>
      <w:r>
        <w:br/>
      </w:r>
      <w:r>
        <w:rPr>
          <w:sz w:val="20"/>
        </w:rPr>
        <w:t>51:21  aap yeh nubuwatt se pehle ki baat hai, nubuwatt ke baad bhi unhon ne bistar bicha diya aaram karne ke liye.</w:t>
      </w:r>
      <w:r>
        <w:br/>
      </w:r>
      <w:r>
        <w:rPr>
          <w:sz w:val="20"/>
        </w:rPr>
        <w:t>51:30  to aap ne farmaya ke ali al-rah ya khadija aye khadija, ab aaram kahan? aye khadija, ab aaram karne ka waqt kahan?</w:t>
      </w:r>
      <w:r>
        <w:br/>
      </w:r>
      <w:r>
        <w:rPr>
          <w:sz w:val="20"/>
        </w:rPr>
        <w:t>51:44  ab to bas isi mein apne aap ko khapa dena hai ke log</w:t>
      </w:r>
      <w:r>
        <w:br/>
      </w:r>
      <w:r>
        <w:rPr>
          <w:sz w:val="20"/>
        </w:rPr>
        <w:t>51:53  aaj kal ke musalmanon ko dekhen to sab kahan, kis kaam mein masroof hain? sab shikayaton mein, cheekh pukaar mein. musalmanon ka akhbar parhiye, un ki kitab parhiye, un ki majlis mein baithiye.</w:t>
      </w:r>
      <w:r>
        <w:br/>
      </w:r>
      <w:r>
        <w:rPr>
          <w:sz w:val="20"/>
        </w:rPr>
        <w:t>52:05  yahan zulm ho raha hai, wahan sazish ho rahi hai. yeh sab kahaniyan un ke paas hain. lekin rasool allah sallallahu alaihi wasallam jab makkah se, makkah walon ne sataya, makkah walon ne aap ko apne watan mein rehne se rehna mushkil kar diya to aap watan chhod kar madina chale gaye.</w:t>
      </w:r>
      <w:r>
        <w:br/>
      </w:r>
      <w:r>
        <w:rPr>
          <w:sz w:val="20"/>
        </w:rPr>
        <w:t>52:28  aap ghaur kijiye ke ek ek aadmi jo ke apne watan se luta hua wahan pahunch raha hai, to aaj kal ka jo halat hai logon ki, us ke paas kya hogi kahani?</w:t>
      </w:r>
      <w:r>
        <w:br/>
      </w:r>
      <w:r>
        <w:rPr>
          <w:sz w:val="20"/>
        </w:rPr>
        <w:t>52:41  woh bas makkah walon ki burai kehte hain, "dekho makkah wale itne kharab hain, dekho makkah wale aise hain, makkah wale aise hain." aap kitabon mein padh lijiye, ek lafz bhi aap ki zuban se shikayat ka nahi nikla makkah ke khilaf,</w:t>
      </w:r>
      <w:r>
        <w:br/>
      </w:r>
      <w:r>
        <w:rPr>
          <w:sz w:val="20"/>
        </w:rPr>
        <w:t>52:57  ek lafz bhi nahi. pehli taqreer jo aap ne ki thi, wahan pe madina pahunch kar jo sehat kitabon mein is unwan ke sath aati hai ke awwal khutbah khutbah rasool allah sallallahu alaihi wasallam fi al-madinah hai,</w:t>
      </w:r>
      <w:r>
        <w:br/>
      </w:r>
      <w:r>
        <w:rPr>
          <w:sz w:val="20"/>
        </w:rPr>
        <w:t>53:15  us mein aap ne kya farmaya tha? us ka khulasa yeh hai ayyuha al-nas</w:t>
      </w:r>
      <w:r>
        <w:br/>
      </w:r>
      <w:r>
        <w:rPr>
          <w:sz w:val="20"/>
        </w:rPr>
        <w:t>53:25  ittqu al-nara walaw bishaqqatra ayyuha al-nas itqu al-nara walaw bishaqqatra. aye logon, apne aap ko aag se bachao.</w:t>
      </w:r>
      <w:r>
        <w:br/>
      </w:r>
      <w:r>
        <w:rPr>
          <w:sz w:val="20"/>
        </w:rPr>
        <w:t>53:37  save yourself from you save yourself from hell at any cost.</w:t>
      </w:r>
      <w:r>
        <w:br/>
      </w:r>
      <w:r>
        <w:rPr>
          <w:sz w:val="20"/>
        </w:rPr>
        <w:t>53:48  ayyuha al-nas itqu al-nara walaw bishaqqatra</w:t>
      </w:r>
      <w:r>
        <w:br/>
      </w:r>
      <w:r>
        <w:rPr>
          <w:sz w:val="20"/>
        </w:rPr>
        <w:t>53:53  save yourself from hell at any cost.</w:t>
      </w:r>
      <w:r>
        <w:br/>
      </w:r>
      <w:r>
        <w:rPr>
          <w:sz w:val="20"/>
        </w:rPr>
        <w:t>54:00  to aaj kal ke musalmanon ki baaten aap suniye, un ke paas kya hai? conspiracy ki baaten hain, zulm ki baaten hain. hamare huqooq ghassab kar liye hain, hum par zulm ho raha hai.</w:t>
      </w:r>
      <w:r>
        <w:br/>
      </w:r>
      <w:r>
        <w:rPr>
          <w:sz w:val="20"/>
        </w:rPr>
        <w:t>54:13  yeh sab bilkul absurd hai, absurd. allah ke scheme ke khilaf hain yeh baaten.</w:t>
      </w:r>
      <w:r>
        <w:br/>
      </w:r>
      <w:r>
        <w:rPr>
          <w:sz w:val="20"/>
        </w:rPr>
        <w:t>54:28  yeh allah ki scheme nahi hai ke aap inhi cheezon mein phanse rahen aur shikayaten karen, protest karen. is ke liye suicide bombing ke tak pahunch kar karne lagay.</w:t>
      </w:r>
    </w:p>
    <w:p>
      <w:pPr>
        <w:pStyle w:val="Heading2"/>
      </w:pPr>
      <w:r>
        <w:t>Complete lecture from Bismillah to realization</w:t>
      </w:r>
    </w:p>
    <w:p>
      <w:r>
        <w:rPr>
          <w:color w:val="666666"/>
          <w:sz w:val="18"/>
        </w:rPr>
        <w:t>Don't Have Negative Opinion of Others Dec 7, 2019 - Maulana Wahiduddin Khan · 3m 13s · at 0:13 · https://youtu.be/rwlAkJyaYf4?t=13</w:t>
      </w:r>
    </w:p>
    <w:p>
      <w:r>
        <w:rPr>
          <w:i/>
        </w:rPr>
        <w:t>“Bismillah hir rahman nir raheem”</w:t>
      </w:r>
    </w:p>
    <w:p>
      <w:r>
        <w:rPr>
          <w:sz w:val="20"/>
        </w:rPr>
        <w:t>0:13  bismillah rahman rahim.</w:t>
      </w:r>
      <w:r>
        <w:br/>
      </w:r>
      <w:r>
        <w:rPr>
          <w:sz w:val="20"/>
        </w:rPr>
        <w:t>0:22  wa sallallahu 'ala nabiyyi karim. aaj mujhe ek aisi baat ki discovery hui jo main apne bare mein keh sakta hoon ke main janta nahin tha.</w:t>
      </w:r>
      <w:r>
        <w:br/>
      </w:r>
      <w:r>
        <w:rPr>
          <w:sz w:val="20"/>
        </w:rPr>
        <w:t>0:43  woh ek ayat ko le kar aaya hai. aap woh ayat padhiye.</w:t>
      </w:r>
      <w:r>
        <w:br/>
      </w:r>
      <w:r>
        <w:rPr>
          <w:sz w:val="20"/>
        </w:rPr>
        <w:t>0:51  bismillah rahman rahim. ya ayyuhallazina amanu ijtiniboo katsiram minaz zanni. inn ba'adz zanni ismun.</w:t>
      </w:r>
      <w:r>
        <w:br/>
      </w:r>
      <w:r>
        <w:rPr>
          <w:sz w:val="20"/>
        </w:rPr>
        <w:t>1:02  ae imaan walo! bohat ziyada badgumani se bacho. beshak ba'z badgumani gunah hai. surah al-hujurat ayat number 12.</w:t>
      </w:r>
      <w:r>
        <w:br/>
      </w:r>
      <w:r>
        <w:rPr>
          <w:sz w:val="20"/>
        </w:rPr>
        <w:t>1:18  dekhen is mein main sochta tha ke yeh ba'z ka lafz kyun aaya hai.</w:t>
      </w:r>
      <w:r>
        <w:br/>
      </w:r>
      <w:r>
        <w:rPr>
          <w:sz w:val="20"/>
        </w:rPr>
        <w:t>1:28  kyunke badgumani to har badgumani galat hi hai.</w:t>
      </w:r>
      <w:r>
        <w:br/>
      </w:r>
      <w:r>
        <w:rPr>
          <w:sz w:val="20"/>
        </w:rPr>
        <w:t>1:38  badgumani ka matlab hai</w:t>
      </w:r>
      <w:r>
        <w:br/>
      </w:r>
      <w:r>
        <w:rPr>
          <w:sz w:val="20"/>
        </w:rPr>
        <w:t>1:42  suspicion ke tehat sochna.</w:t>
      </w:r>
      <w:r>
        <w:br/>
      </w:r>
      <w:r>
        <w:rPr>
          <w:sz w:val="20"/>
        </w:rPr>
        <w:t>1:50  to badgumani to har badgumani galat hai. yeh kyun kaha ke baaz badgumani gunah hote hain.</w:t>
      </w:r>
      <w:r>
        <w:br/>
      </w:r>
      <w:r>
        <w:rPr>
          <w:sz w:val="20"/>
        </w:rPr>
        <w:t>2:03  to</w:t>
      </w:r>
      <w:r>
        <w:br/>
      </w:r>
      <w:r>
        <w:rPr>
          <w:sz w:val="20"/>
        </w:rPr>
        <w:t>2:07  mein apne bare mein bohat ziyada sochta hoon apni galtiyon ke bare mein.</w:t>
      </w:r>
      <w:r>
        <w:br/>
      </w:r>
      <w:r>
        <w:rPr>
          <w:sz w:val="20"/>
        </w:rPr>
        <w:t>2:17  to aaj</w:t>
      </w:r>
      <w:r>
        <w:br/>
      </w:r>
      <w:r>
        <w:rPr>
          <w:sz w:val="20"/>
        </w:rPr>
        <w:t>2:21  meri samajh mein aaya ke ek saath ek sahab the</w:t>
      </w:r>
      <w:r>
        <w:br/>
      </w:r>
      <w:r>
        <w:rPr>
          <w:sz w:val="20"/>
        </w:rPr>
        <w:t>2:30  to hamari family mein un ke bare mein achhi rai rahi thi.</w:t>
      </w:r>
      <w:r>
        <w:br/>
      </w:r>
      <w:r>
        <w:rPr>
          <w:sz w:val="20"/>
        </w:rPr>
        <w:t>2:41  agarche door ka rishta tha un se to un ke bare mein achhi rai rahi thi. to mein bachpan se sunte sunte mein bhi badguman ho gaya.</w:t>
      </w:r>
      <w:r>
        <w:br/>
      </w:r>
      <w:r>
        <w:rPr>
          <w:sz w:val="20"/>
        </w:rPr>
        <w:t>2:56  yani matlab badguman ke bare mein achhi rai nahi thi.</w:t>
      </w:r>
      <w:r>
        <w:br/>
      </w:r>
      <w:r>
        <w:rPr>
          <w:sz w:val="20"/>
        </w:rPr>
        <w:t>3:05  to</w:t>
      </w:r>
      <w:r>
        <w:br/>
      </w:r>
      <w:r>
        <w:rPr>
          <w:sz w:val="20"/>
        </w:rPr>
        <w:t>3:09  aaj mujhe</w:t>
      </w:r>
      <w:r>
        <w:br/>
      </w:r>
      <w:r>
        <w:rPr>
          <w:sz w:val="20"/>
        </w:rPr>
        <w:t>3:13  yeh samajh mein aaya ke yeh baaz ka matlab kyun hai. in baaz al-zanb mein is ko chhod kar sochta tha.</w:t>
      </w:r>
    </w:p>
    <w:p>
      <w:pPr>
        <w:pStyle w:val="Heading2"/>
      </w:pPr>
      <w:r>
        <w:t>Discovering the real divide: religion and era, not religion and world</w:t>
      </w:r>
    </w:p>
    <w:p>
      <w:r>
        <w:rPr>
          <w:color w:val="666666"/>
          <w:sz w:val="18"/>
        </w:rPr>
        <w:t>How to Decondition One's Mind 27 December, 2009 · 3m 39s · at 9:49 · https://youtu.be/BGMkpCzMxB0?t=589</w:t>
      </w:r>
    </w:p>
    <w:p>
      <w:r>
        <w:rPr>
          <w:i/>
        </w:rPr>
        <w:t>“Yeh ek shock laga — is se yahan se shuru hoti hai deconditioning”</w:t>
      </w:r>
    </w:p>
    <w:p>
      <w:r>
        <w:rPr>
          <w:sz w:val="20"/>
        </w:rPr>
        <w:t>9:49  yeh ek shock laga. aap shock ko jab ek tajrube ke taur par lein, tab yahan se from here starts deconditioning.</w:t>
      </w:r>
      <w:r>
        <w:br/>
      </w:r>
      <w:r>
        <w:rPr>
          <w:sz w:val="20"/>
        </w:rPr>
        <w:t>10:02  har aadmi ki zindagi mein shock lagte hain</w:t>
      </w:r>
      <w:r>
        <w:br/>
      </w:r>
      <w:r>
        <w:rPr>
          <w:sz w:val="20"/>
        </w:rPr>
        <w:t>10:04  , har aadmi ke negative experience hote hain. lekin woh bas us ko complain ke sense mein le leta hai. doosron ko bura kehne lagta hai.</w:t>
      </w:r>
      <w:r>
        <w:br/>
      </w:r>
      <w:r>
        <w:rPr>
          <w:sz w:val="20"/>
        </w:rPr>
        <w:t>10:16  toh mein jin logon se milta tha, angrez daanon se, aur un se mujhe jo shock lagta tha, toh ek shakal thi ke mein un ko bura samajhta tha. jaise ke bohat se logon ne samjha ke murtad hain, aur yeh fasaq hain, yeh gumrah hain.</w:t>
      </w:r>
      <w:r>
        <w:br/>
      </w:r>
      <w:r>
        <w:rPr>
          <w:sz w:val="20"/>
        </w:rPr>
        <w:t>10:31  saare log isi matlab mein lete the un logon ko ke nechri hain.</w:t>
      </w:r>
      <w:r>
        <w:br/>
      </w:r>
      <w:r>
        <w:rPr>
          <w:sz w:val="20"/>
        </w:rPr>
        <w:t>10:37  lekin maine introspection kiya ke kyun aisa hai ke mein parh kar nikla hoon aur un ko mein address nahi kar sakta?</w:t>
      </w:r>
      <w:r>
        <w:br/>
      </w:r>
      <w:r>
        <w:rPr>
          <w:sz w:val="20"/>
        </w:rPr>
        <w:t>10:49  tab maine is hadith se rehnumai mujhe mili ke in yakoon baseera be zamani.</w:t>
      </w:r>
      <w:r>
        <w:br/>
      </w:r>
      <w:r>
        <w:rPr>
          <w:sz w:val="20"/>
        </w:rPr>
        <w:t>10:57  ke momin ko chahiye ke ek taraf woh deen ko jaane aur saath saath woh zamane ko jaane. in yakoon baseera be zamani. toh maine kaha madrase mein maine, maine socha ke madrase mein maine deen ko toh jaana, lekin zamane se bekhabar reh gaya.</w:t>
      </w:r>
      <w:r>
        <w:br/>
      </w:r>
      <w:r>
        <w:rPr>
          <w:sz w:val="20"/>
        </w:rPr>
        <w:t>11:15  yeh bhi ek bari daryaft thi ke log taqseem karte hain deen aur duniya. ek parcha nikalta tha is zamane mein, falan deen duniya, falan deen duniya.</w:t>
      </w:r>
      <w:r>
        <w:br/>
      </w:r>
      <w:r>
        <w:rPr>
          <w:sz w:val="20"/>
        </w:rPr>
        <w:t>11:25  yeh</w:t>
      </w:r>
      <w:r>
        <w:br/>
      </w:r>
      <w:r>
        <w:rPr>
          <w:sz w:val="20"/>
        </w:rPr>
        <w:t>11:26  taqseem sahi nahi hai. sahi taqseem deen aur zamana. madrase mein hum sunte the ke ek deen hai, ek duniya hai, ek deen hai, ek duniya hai.</w:t>
      </w:r>
      <w:r>
        <w:br/>
      </w:r>
      <w:r>
        <w:rPr>
          <w:sz w:val="20"/>
        </w:rPr>
        <w:t>11:36  ek teesri cheez hai jo zamana, us se hum bekhabar the.</w:t>
      </w:r>
      <w:r>
        <w:br/>
      </w:r>
      <w:r>
        <w:rPr>
          <w:sz w:val="20"/>
        </w:rPr>
        <w:t>11:41  samajhte the deen achi cheez hai, duniya duniyadari buri cheez hai. isi conditioning mein hum jeete the. yaani us ko kehte hain woh, yaani ek ek duality, galat qism ki woh sanviyat mein ke deen hai, duniya hai, deen hai aur duniya hai.</w:t>
      </w:r>
      <w:r>
        <w:br/>
      </w:r>
      <w:r>
        <w:rPr>
          <w:sz w:val="20"/>
        </w:rPr>
        <w:t>12:00  nahi, ek teesri cheez bhi hai, woh zamana hai. yeh yeh daryaft thi meri, discovery thi us ko</w:t>
      </w:r>
      <w:r>
        <w:br/>
      </w:r>
      <w:r>
        <w:rPr>
          <w:sz w:val="20"/>
        </w:rPr>
        <w:t>12:10  ke duniyadari toh hamein nahi karna hai, lekin zamane ko toh jaanna hai humein.</w:t>
      </w:r>
      <w:r>
        <w:br/>
      </w:r>
      <w:r>
        <w:rPr>
          <w:sz w:val="20"/>
        </w:rPr>
        <w:t>12:15  zamane ko nahi janenge toh hum dawat ka kaam kaise karenge? islam ko yaqeen kaise apna bahal karenge?</w:t>
      </w:r>
      <w:r>
        <w:br/>
      </w:r>
      <w:r>
        <w:rPr>
          <w:sz w:val="20"/>
        </w:rPr>
        <w:t>12:28  zamane ka matlab hai ke you have to re discover your religion in modern terms.</w:t>
      </w:r>
      <w:r>
        <w:br/>
      </w:r>
      <w:r>
        <w:rPr>
          <w:sz w:val="20"/>
        </w:rPr>
        <w:t>12:39  yeh aik bohat bari daryaft thi mere liye ke taqseem jo hai, woh deen dunya ki nahi hai,</w:t>
      </w:r>
      <w:r>
        <w:br/>
      </w:r>
      <w:r>
        <w:rPr>
          <w:sz w:val="20"/>
        </w:rPr>
        <w:t>12:44  deen aur zamanay ki hai.</w:t>
      </w:r>
      <w:r>
        <w:br/>
      </w:r>
      <w:r>
        <w:rPr>
          <w:sz w:val="20"/>
        </w:rPr>
        <w:t>12:52  is ko kehte hain angrezi mein dichotomy. woh dichotomy galat thi. madrasay ki taleem ne jo dichotomy hamare andar paida ki thi, woh yeh thi ke yeh deen hai, baqi sab dunya hai.</w:t>
      </w:r>
      <w:r>
        <w:br/>
      </w:r>
      <w:r>
        <w:rPr>
          <w:sz w:val="20"/>
        </w:rPr>
        <w:t>13:04  to dunya ko chhoro, woh to bekar cheez hai. nahi, maloom hai ke deen hai, woh doosra zamana hai. to</w:t>
      </w:r>
      <w:r>
        <w:br/>
      </w:r>
      <w:r>
        <w:rPr>
          <w:sz w:val="20"/>
        </w:rPr>
        <w:t>13:13  yeh galat dichotomy mein jee raha tha mein. lekin jab mujhe shock laga to mein ne socha, sochte sochte mein ne samjha ke yeh to galat dichotomy thi. deen aur dunya ki dichotomy nahi, deen aur zamanay ki dichotomy.</w:t>
      </w:r>
    </w:p>
    <w:p>
      <w:pPr>
        <w:pStyle w:val="Heading2"/>
      </w:pPr>
      <w:r>
        <w:t>Discovering God's constant nearness as a way of life</w:t>
      </w:r>
    </w:p>
    <w:p>
      <w:r>
        <w:rPr>
          <w:color w:val="666666"/>
          <w:sz w:val="18"/>
        </w:rPr>
        <w:t>Ramadan and Quranic Guidance July 29, 2012 · 5m 56s · at 42:46 · https://youtu.be/WxpcI7qi4d0?t=2566</w:t>
      </w:r>
    </w:p>
    <w:p>
      <w:r>
        <w:rPr>
          <w:i/>
        </w:rPr>
        <w:t>“Wo ayat hai ke jab mere bande mere baare mein poochein”</w:t>
      </w:r>
    </w:p>
    <w:p>
      <w:r>
        <w:rPr>
          <w:sz w:val="20"/>
        </w:rPr>
        <w:t>42:46  woh yeh hai ke wiza salik ibadi ini wani qareeb</w:t>
      </w:r>
      <w:r>
        <w:br/>
      </w:r>
      <w:r>
        <w:rPr>
          <w:sz w:val="20"/>
        </w:rPr>
        <w:t>42:53  . woh ji woh dawat daai zatan falyastajibuli walion bi la lahum yashudun. is ka translation yeh hai ke jab mere bande mere bare mein poochhen to kahon ke mein bilkul qareeb hoon.</w:t>
      </w:r>
      <w:r>
        <w:br/>
      </w:r>
      <w:r>
        <w:rPr>
          <w:sz w:val="20"/>
        </w:rPr>
        <w:t>43:17  ini qareeb, mein to tumhare bilkul qareeb hoon.</w:t>
      </w:r>
      <w:r>
        <w:br/>
      </w:r>
      <w:r>
        <w:rPr>
          <w:sz w:val="20"/>
        </w:rPr>
        <w:t>43:23  sunta hoon tumhari baton ko aur jawab deta hoon tumhari pukar ko. to tum mujh ko pukaaro aur mere par yaqeen karo.</w:t>
      </w:r>
      <w:r>
        <w:br/>
      </w:r>
      <w:r>
        <w:rPr>
          <w:sz w:val="20"/>
        </w:rPr>
        <w:t>43:35  yeh hai rushd ka tareeqa. ab aap ghor kijiye. agar aap Allah ko is aise se daryaft karen ke woh to bilkul mere qareeb hai.</w:t>
      </w:r>
      <w:r>
        <w:br/>
      </w:r>
      <w:r>
        <w:rPr>
          <w:sz w:val="20"/>
        </w:rPr>
        <w:t>43:47  mein mein isi ki presence mein jee raha hoon.</w:t>
      </w:r>
      <w:r>
        <w:br/>
      </w:r>
      <w:r>
        <w:rPr>
          <w:sz w:val="20"/>
        </w:rPr>
        <w:t>43:51  mein mein aur khuda koi do door door ki cheezen nahin hain. mein Allah ki presence mein jee raha hoon, chaubis ghante har lamha.</w:t>
      </w:r>
      <w:r>
        <w:br/>
      </w:r>
      <w:r>
        <w:rPr>
          <w:sz w:val="20"/>
        </w:rPr>
        <w:t>44:03  to kya ho ga? yahi ho ga, whisper shuru ho jayega.</w:t>
      </w:r>
      <w:r>
        <w:br/>
      </w:r>
      <w:r>
        <w:rPr>
          <w:sz w:val="20"/>
        </w:rPr>
        <w:t>44:13  jis ko munajat ko log samajhte hain, yani munajat maqbool waghera bhi kaha jata hai, woh sab woh woh cheez nahin hai.</w:t>
      </w:r>
      <w:r>
        <w:br/>
      </w:r>
      <w:r>
        <w:rPr>
          <w:sz w:val="20"/>
        </w:rPr>
        <w:t>44:22  yeh munajat mani dua nahin hai. munajat ka mani sargoshi, whisper. to jab khuda ko aap is aise se daryaft karen, khuda har waqt sunta hai, har waqt meri baton, mujh ko dekh raha hai.</w:t>
      </w:r>
      <w:r>
        <w:br/>
      </w:r>
      <w:r>
        <w:rPr>
          <w:sz w:val="20"/>
        </w:rPr>
        <w:t>44:38  woh mujh se bilkul hi qareeb hai.</w:t>
      </w:r>
      <w:r>
        <w:br/>
      </w:r>
      <w:r>
        <w:rPr>
          <w:sz w:val="20"/>
        </w:rPr>
        <w:t>44:44  quran mein hai ke Allah tum se dar ke jahan se bhi zyada qareeb hai. aap ghor kijiye ke phir kya ho ga aap ka haal?</w:t>
      </w:r>
      <w:r>
        <w:br/>
      </w:r>
      <w:r>
        <w:rPr>
          <w:sz w:val="20"/>
        </w:rPr>
        <w:t>44:54  har waqt aap Allah ko yaad karenge. har waqt aap Allah ko pukarenge. har waqt aap ke dil se Allah se duaen niklengi.</w:t>
      </w:r>
      <w:r>
        <w:br/>
      </w:r>
      <w:r>
        <w:rPr>
          <w:sz w:val="20"/>
        </w:rPr>
        <w:t>45:05  har waqt. isi ka naam hai whisper.</w:t>
      </w:r>
      <w:r>
        <w:br/>
      </w:r>
      <w:r>
        <w:rPr>
          <w:sz w:val="20"/>
        </w:rPr>
        <w:t>45:11  jab khuda bilkul aap ke qareeb hai, jo khuda aap ke rag jahan se bhi zyada qareeb hai, jab aap us ko aap ki presence mein jee rahe hain, jab us ko apne charon taraf aap pa rahe hain, jab khuda-e-krishan mein aap creator ko observe kar rahe hain,</w:t>
      </w:r>
      <w:r>
        <w:br/>
      </w:r>
      <w:r>
        <w:rPr>
          <w:sz w:val="20"/>
        </w:rPr>
        <w:t>45:32  yeh sab jab aap ka haal ho jaye, yani discovery ke is level ko aap pahunch jayen to kya ho ga</w:t>
      </w:r>
      <w:r>
        <w:br/>
      </w:r>
      <w:r>
        <w:rPr>
          <w:sz w:val="20"/>
        </w:rPr>
        <w:t>45:42  ? wohi ho ga jis ko kaha gaya hai yanaji rabbah. yani har lamha aap ke khuda se sargoshiyan hongi.</w:t>
      </w:r>
      <w:r>
        <w:br/>
      </w:r>
      <w:r>
        <w:rPr>
          <w:sz w:val="20"/>
        </w:rPr>
        <w:t>45:50  har lamha aap ke khuda se whisper ho ga. har lamha aap se ek mutual conversation, conversation chalta rahe ga.</w:t>
      </w:r>
      <w:r>
        <w:br/>
      </w:r>
      <w:r>
        <w:rPr>
          <w:sz w:val="20"/>
        </w:rPr>
        <w:t>46:00  yeh hai maximum. to roze mein apne ko ekso ekso kar ke quran ki study karna, yeh to minimum hai, minimum.</w:t>
      </w:r>
      <w:r>
        <w:br/>
      </w:r>
      <w:r>
        <w:rPr>
          <w:sz w:val="20"/>
        </w:rPr>
        <w:t>46:11  yeh</w:t>
      </w:r>
      <w:r>
        <w:br/>
      </w:r>
      <w:r>
        <w:rPr>
          <w:sz w:val="20"/>
        </w:rPr>
        <w:t>46:12  maximum mein na yaad rakhiye ke yeh maximum nahi hai. yeh itna to kam se kam zaroori hai ke barah mahine mein se aik ghanta, mahina.</w:t>
      </w:r>
      <w:r>
        <w:br/>
      </w:r>
      <w:r>
        <w:rPr>
          <w:sz w:val="20"/>
        </w:rPr>
        <w:t>46:22  itna to kam se kam zaroori hai ke barah mahine mein se aik mahina aap apne ko iksu karen.</w:t>
      </w:r>
      <w:r>
        <w:br/>
      </w:r>
      <w:r>
        <w:rPr>
          <w:sz w:val="20"/>
        </w:rPr>
        <w:t>46:31  is mein bhi agar aap</w:t>
      </w:r>
      <w:r>
        <w:br/>
      </w:r>
      <w:r>
        <w:rPr>
          <w:sz w:val="20"/>
        </w:rPr>
        <w:t>46:35  ziyada aap ko mauqa nahi mil raha to kam se kam aakhri das din aitkaf mein le ja kar ke aik dam hi iksu kar len. yeh minimum hai.</w:t>
      </w:r>
      <w:r>
        <w:br/>
      </w:r>
      <w:r>
        <w:rPr>
          <w:sz w:val="20"/>
        </w:rPr>
        <w:t>46:48  lekin maximum kya hai?</w:t>
      </w:r>
      <w:r>
        <w:br/>
      </w:r>
      <w:r>
        <w:rPr>
          <w:sz w:val="20"/>
        </w:rPr>
        <w:t>46:52  maximum yeh hai ke aap barah ghante</w:t>
      </w:r>
      <w:r>
        <w:br/>
      </w:r>
      <w:r>
        <w:rPr>
          <w:sz w:val="20"/>
        </w:rPr>
        <w:t>46:58  ramzan aur aitkaf mein rahen. aur barah mahine. yaani barah mahine aap ka yahi haal ho.</w:t>
      </w:r>
      <w:r>
        <w:br/>
      </w:r>
      <w:r>
        <w:rPr>
          <w:sz w:val="20"/>
        </w:rPr>
        <w:t>47:08  aap ghor kijiye ke jab aap Allah ko isi se daryaft karen ke woh aap ka khaliq hai, woh aap ka rab hai, woh aap ka munib hai, woh aap ka sab kuch hai aur woh bilkul aap ke qareeb hai.</w:t>
      </w:r>
      <w:r>
        <w:br/>
      </w:r>
      <w:r>
        <w:rPr>
          <w:sz w:val="20"/>
        </w:rPr>
        <w:t>47:26  aap dil mein bolen tab bhi woh sune ga. yaani aap chahe lafzon mein na bolen, dil mein sochein tab bhi woh sune ga woh.</w:t>
      </w:r>
      <w:r>
        <w:br/>
      </w:r>
      <w:r>
        <w:rPr>
          <w:sz w:val="20"/>
        </w:rPr>
        <w:t>47:39  aur phir aap ko yeh yaad aaye ke aakhir kar mujhe isi Khuda ke haan jaana hai.</w:t>
      </w:r>
      <w:r>
        <w:br/>
      </w:r>
      <w:r>
        <w:rPr>
          <w:sz w:val="20"/>
        </w:rPr>
        <w:t>47:49  aakhir kar mujhe isi Khuda ke haan jaana hai.</w:t>
      </w:r>
      <w:r>
        <w:br/>
      </w:r>
      <w:r>
        <w:rPr>
          <w:sz w:val="20"/>
        </w:rPr>
        <w:t>47:54  mein bhaag nahi saka.</w:t>
      </w:r>
      <w:r>
        <w:br/>
      </w:r>
      <w:r>
        <w:rPr>
          <w:sz w:val="20"/>
        </w:rPr>
        <w:t>47:59  bhaag nahi sakta. zalik ma'an ko tamim wa tahid. yaani bhaagne wala bhi aakhir kar pohnche ga Allah ke paas.</w:t>
      </w:r>
      <w:r>
        <w:br/>
      </w:r>
      <w:r>
        <w:rPr>
          <w:sz w:val="20"/>
        </w:rPr>
        <w:t>48:09  chahe aap bhagen ya na bhagen, aakhir kar maut ke baad lazman mujhe Allah ko face karna hai. ab ghor kijiye, yeh sab baatein jab aur yeh bhi ho ke maut ka koi waqt nahi hai.</w:t>
      </w:r>
      <w:r>
        <w:br/>
      </w:r>
      <w:r>
        <w:rPr>
          <w:sz w:val="20"/>
        </w:rPr>
        <w:t>48:23  kabhi bhi aa sakti hai. in sab baaton se jab aap ka zehn banta hai to aap ghor kijiye, kya haal ho ga aap ka?</w:t>
      </w:r>
      <w:r>
        <w:br/>
      </w:r>
      <w:r>
        <w:rPr>
          <w:sz w:val="20"/>
        </w:rPr>
        <w:t>48:33  saal ke barah mahine aap munajat mein guzaren ge. yaani Allah se whisper mein, Allah se sargoshi mein.</w:t>
      </w:r>
    </w:p>
    <w:p>
      <w:pPr>
        <w:pStyle w:val="Heading2"/>
      </w:pPr>
      <w:r>
        <w:t>Atom to unobservable Quran validated</w:t>
      </w:r>
    </w:p>
    <w:p>
      <w:r>
        <w:rPr>
          <w:color w:val="666666"/>
          <w:sz w:val="18"/>
        </w:rPr>
        <w:t>Quran A book of Universal Guidance Maulana Wahiduddin Khan · 6m 09s · at 27:06 · https://youtu.be/XXfkkqcIPhk?t=1626</w:t>
      </w:r>
    </w:p>
    <w:p>
      <w:r>
        <w:rPr>
          <w:i/>
        </w:rPr>
        <w:t>“At that time concept was everything is matter”</w:t>
      </w:r>
    </w:p>
    <w:p>
      <w:r>
        <w:rPr>
          <w:sz w:val="20"/>
        </w:rPr>
        <w:t>27:06  ab main ek baat aap ko kahoon ga, is par aap ghaur kijiye ke is zamane mein jo concept tha, woh yeh tha ke sab kuch matter hai.</w:t>
      </w:r>
      <w:r>
        <w:br/>
      </w:r>
      <w:r>
        <w:rPr>
          <w:sz w:val="20"/>
        </w:rPr>
        <w:t>27:18  Yunan mein, yaani Greece mein, ek philosopher paida hua jis ne atom ka concept diya. atom yaani har cheez jo hai, tiny ek ek maade se bani hai jis ko atom kaha us ne.</w:t>
      </w:r>
      <w:r>
        <w:br/>
      </w:r>
      <w:r>
        <w:rPr>
          <w:sz w:val="20"/>
        </w:rPr>
        <w:t>27:35  yeh sari cheezen jo hain, aakhir mein woh hain meter hain. To meter ka jo unit hai, woh hai atom, aur atom jo hai, thos hai.</w:t>
      </w:r>
      <w:r>
        <w:br/>
      </w:r>
      <w:r>
        <w:rPr>
          <w:sz w:val="20"/>
        </w:rPr>
        <w:t>27:46  Is ko arabi kitabon mein likhaya gaya tha "jazlait jaza". Thos goya sari universe jo hai, sari cheezen thos cheezon se bani hain.</w:t>
      </w:r>
      <w:r>
        <w:br/>
      </w:r>
      <w:r>
        <w:rPr>
          <w:sz w:val="20"/>
        </w:rPr>
        <w:t>27:58  To Newton ke zamane mein yeh behas hui ke light kya cheez hai. Light jo hai, dekhne mein thos lagti nahin. To Newton ne kya kaha?</w:t>
      </w:r>
      <w:r>
        <w:br/>
      </w:r>
      <w:r>
        <w:rPr>
          <w:sz w:val="20"/>
        </w:rPr>
        <w:t>28:08  Ke is ko bhi us ne material cheez bata diya. To is ka jo theory hai, is ko kaha jata hai "corpuscles theory of light" yani roshan zarat.</w:t>
      </w:r>
      <w:r>
        <w:br/>
      </w:r>
      <w:r>
        <w:rPr>
          <w:sz w:val="20"/>
        </w:rPr>
        <w:t>28:22  Roshan zarat yani is ka manna yeh tha ke roshan particles hain, yani material particles jo nikalte hain is se, lamp se ya is se jo aap jalate hain,</w:t>
      </w:r>
      <w:r>
        <w:br/>
      </w:r>
      <w:r>
        <w:rPr>
          <w:sz w:val="20"/>
        </w:rPr>
        <w:t>28:37  Woh woh fiza mein bikhar jate hain. To roshni ko us ne kaha madi zarat, roshan madi zarat jo kehte thay "corpuscles theory of light".</w:t>
      </w:r>
      <w:r>
        <w:br/>
      </w:r>
      <w:r>
        <w:rPr>
          <w:sz w:val="20"/>
        </w:rPr>
        <w:t>28:50  To ek muddat guzri hai jab ke Newton ka yeh nazariya chhaya hua tha. Lekin is ke baad aap jante hain ke Rutherford paida hua, Einstein paida hua, aur doosre log paida hue.</w:t>
      </w:r>
      <w:r>
        <w:br/>
      </w:r>
      <w:r>
        <w:rPr>
          <w:sz w:val="20"/>
        </w:rPr>
        <w:t>29:01  Unhon ne atom ko jo research ki to atom split ho gaya. Yani atom bhi toot kar ke maloom hua ke atom koi yani unit nahin hai, material world ka unit nahin hai.</w:t>
      </w:r>
      <w:r>
        <w:br/>
      </w:r>
      <w:r>
        <w:rPr>
          <w:sz w:val="20"/>
        </w:rPr>
        <w:t>29:14  Woh toota jab toota to maloom hua ke is mein to electron, proton hain, woh dikhai nahin detay. To sara world jo hai, kya ban gaya?</w:t>
      </w:r>
      <w:r>
        <w:br/>
      </w:r>
      <w:r>
        <w:rPr>
          <w:sz w:val="20"/>
        </w:rPr>
        <w:t>29:23  "Unobservable downs of electron". Ek scientist ke language mein, ek scientist ne kaha ke yeh jo material world hamara hai, woh hai "unobservable downs of electrons".</w:t>
      </w:r>
      <w:r>
        <w:br/>
      </w:r>
      <w:r>
        <w:rPr>
          <w:sz w:val="20"/>
        </w:rPr>
        <w:t>29:38  Yeh ban gaya. Yeh main is liye keh raha hoon ke dekhiye, jab Quran aaya to kya hua? Quran ne jo concept diya, is mein har cheez unseen thi.</w:t>
      </w:r>
      <w:r>
        <w:br/>
      </w:r>
      <w:r>
        <w:rPr>
          <w:sz w:val="20"/>
        </w:rPr>
        <w:t>29:52  Khuda unseen hai, yani God jo hai, woh ek unseen hasti hai. Jo revelation aata hai prophet ke paas, woh unseen hai.</w:t>
      </w:r>
      <w:r>
        <w:br/>
      </w:r>
      <w:r>
        <w:rPr>
          <w:sz w:val="20"/>
        </w:rPr>
        <w:t>30:05  Angel unseen hai, paradise unseen hai, hell unseen hai. Jo sara world jis ko hum kehte hain ke world hereafter, woh sab unseen hai.</w:t>
      </w:r>
      <w:r>
        <w:br/>
      </w:r>
      <w:r>
        <w:rPr>
          <w:sz w:val="20"/>
        </w:rPr>
        <w:t>30:20  To inhi unseen cheezon par base kiya Quran ne apne system ko. Quran ka jo belief system hai, woh unseen cheezon par base karta hai.</w:t>
      </w:r>
      <w:r>
        <w:br/>
      </w:r>
      <w:r>
        <w:rPr>
          <w:sz w:val="20"/>
        </w:rPr>
        <w:t>30:30  To ab yahan par dekhiye ke ilm jo hai, insan ka jo ilm hai, human knowledge, woh base kar rahi thi seen cheezon par, observable cheezon par, yani atom par.</w:t>
      </w:r>
      <w:r>
        <w:br/>
      </w:r>
      <w:r>
        <w:rPr>
          <w:sz w:val="20"/>
        </w:rPr>
        <w:t>30:43  Woh yeh maan rahe thay ke sara jo hai, universe of fact jo hai, woh atom ka majmooa hai, yani observable cheez hai.</w:t>
      </w:r>
      <w:r>
        <w:br/>
      </w:r>
      <w:r>
        <w:rPr>
          <w:sz w:val="20"/>
        </w:rPr>
        <w:t>30:54  Sab kuch is ke muqable mein jo pesh kiya Quran ne, to woh aise belief thay, aise aisi baaten thi jo observable nahin thi.</w:t>
      </w:r>
      <w:r>
        <w:br/>
      </w:r>
      <w:r>
        <w:rPr>
          <w:sz w:val="20"/>
        </w:rPr>
        <w:t>31:06  To unobservable, to is ko mani ke observable duniya mein unobservable duniya ka message diya gaya ke tum samajhte ho ke fact jo hai, woh observable hai, lekin nahin, fact unseen hai.</w:t>
      </w:r>
      <w:r>
        <w:br/>
      </w:r>
      <w:r>
        <w:rPr>
          <w:sz w:val="20"/>
        </w:rPr>
        <w:t>31:23  Ab yeh bilkul hi yani contradiction tha ilm insani mein aur ilm Qurani mein. Ilm insani mein aur ilm Qurani mein contradiction tha.</w:t>
      </w:r>
      <w:r>
        <w:br/>
      </w:r>
      <w:r>
        <w:rPr>
          <w:sz w:val="20"/>
        </w:rPr>
        <w:t>31:36  Yeh charchaa hazar saal tak chalta raha. Yeh yeh contradiction hazar saal tak chalta raha. Log yeh samajhte rahe ke Quran ka jo belief system hai ya Quran ka jo ideology hai, woh ideology ilm insani se proof nahin ho sakti.</w:t>
      </w:r>
      <w:r>
        <w:br/>
      </w:r>
      <w:r>
        <w:rPr>
          <w:sz w:val="20"/>
        </w:rPr>
        <w:t>31:52  Yeh human knowledge se is ko proof nahin kiya sakta, kyunke human knowledge base karti hai observable cheezon par. Aur yahan par sab kuch unseen hai, na dikhai dene wala.</w:t>
      </w:r>
      <w:r>
        <w:br/>
      </w:r>
      <w:r>
        <w:rPr>
          <w:sz w:val="20"/>
        </w:rPr>
        <w:t>32:04  Lekin jab aisa hua, yani yeh aap jante hain ke is se pehle, yani Einstein se pehle, sari research insan jo chalti thi, woh micro world pe chalti thi.</w:t>
      </w:r>
      <w:r>
        <w:br/>
      </w:r>
      <w:r>
        <w:rPr>
          <w:sz w:val="20"/>
        </w:rPr>
        <w:t>32:19  Lekin jab atom toot gaya to sari research kahan pahunch gayi? Micro world pe pahunch gayi. To micro world jo tha, woh observable tha, lekin micro world jo hai, observable nahin hai,</w:t>
      </w:r>
      <w:r>
        <w:br/>
      </w:r>
      <w:r>
        <w:rPr>
          <w:sz w:val="20"/>
        </w:rPr>
        <w:t>32:33  Kyunke yahan pe to wohi hai jo main ne arz kiya ke un, yani yeh unobservable downs of electron ban gaya jo observable nahin hai.</w:t>
      </w:r>
      <w:r>
        <w:br/>
      </w:r>
      <w:r>
        <w:rPr>
          <w:sz w:val="20"/>
        </w:rPr>
        <w:t>32:46  To sari cheezen jo hain, pehle samajhte thay log ke atom ka atom se bani hain. To samjha jata tha ke cheezen observable hain, lekin jab atom toot gaya aur reduce ho kar electron ban gaya to woh observable nahin raha.</w:t>
      </w:r>
      <w:r>
        <w:br/>
      </w:r>
      <w:r>
        <w:rPr>
          <w:sz w:val="20"/>
        </w:rPr>
        <w:t>33:06  ab is ki wajah se logic mein ek bohat bara change aaya. logic mein, logic mein woh kya?</w:t>
      </w:r>
    </w:p>
    <w:p>
      <w:pPr>
        <w:pStyle w:val="Heading2"/>
      </w:pPr>
      <w:r>
        <w:t>Raising Arab nation for Quran preservation</w:t>
      </w:r>
    </w:p>
    <w:p>
      <w:r>
        <w:rPr>
          <w:color w:val="666666"/>
          <w:sz w:val="18"/>
        </w:rPr>
        <w:t>Preservation of The Quran 10 Oct 2021 - Prof. Farida Khanam · 3m 55s · at 12:13 · https://youtu.be/JCdmm6oays8?t=733</w:t>
      </w:r>
    </w:p>
    <w:p>
      <w:r>
        <w:rPr>
          <w:i/>
        </w:rPr>
        <w:t>“Allah Ta'ala ne sab se pehle ek poori qoum khari ki”</w:t>
      </w:r>
    </w:p>
    <w:p>
      <w:r>
        <w:rPr>
          <w:sz w:val="20"/>
        </w:rPr>
        <w:t>12:13  aisa hota nahi, kyun ke asbab ki dunya yahan imtehan hamara ho raha hai. to Allah taala ne sab se pehle aik poori qaum khadi ki, jo hazrat hajra ko jo wahan sehra mein basaya.</w:t>
      </w:r>
      <w:r>
        <w:br/>
      </w:r>
      <w:r>
        <w:rPr>
          <w:sz w:val="20"/>
        </w:rPr>
        <w:t>12:28  to woh isi liye ke aik nai qaum, aik sehrai mahol mein, fitrat ke mahol mein, aik nai qaum paida ho aur us ke andar woh tamam al-marwah yani manliness ki tamam salahiyatein hon.</w:t>
      </w:r>
      <w:r>
        <w:br/>
      </w:r>
      <w:r>
        <w:rPr>
          <w:sz w:val="20"/>
        </w:rPr>
        <w:t>12:42  kyun ke jo log shehron mein rehte thay, woh to shehron ke jo corrupt civilization thi, us ke asar se woh poore mutasir ho jatay thay aur wohi un ki conditioning ho jati thi.</w:t>
      </w:r>
      <w:r>
        <w:br/>
      </w:r>
      <w:r>
        <w:rPr>
          <w:sz w:val="20"/>
        </w:rPr>
        <w:t>12:56  woh har cheez ko rever karte the. is zamane mein har cheez jo bari nazar aai, usi ko usi ki parastish hone lag jati thi.</w:t>
      </w:r>
      <w:r>
        <w:br/>
      </w:r>
      <w:r>
        <w:rPr>
          <w:sz w:val="20"/>
        </w:rPr>
        <w:t>13:05  to in ka jo hai, woh bilkul hi apni fitrat se woh door ho jate the. to Allah taala ne ek dam sehra mein ek poori qaum banai.</w:t>
      </w:r>
      <w:r>
        <w:br/>
      </w:r>
      <w:r>
        <w:rPr>
          <w:sz w:val="20"/>
        </w:rPr>
        <w:t>13:15  is mein tawaled o tanasul ke zariye se poore dhai hazar saal lag gaye. to yeh qaum jo hai, itni zyada almarwah par thi ke woh log aise the ke jo wada kar lete to kabhi wada khilafi nahi karte.</w:t>
      </w:r>
      <w:r>
        <w:br/>
      </w:r>
      <w:r>
        <w:rPr>
          <w:sz w:val="20"/>
        </w:rPr>
        <w:t>13:33  ek sache the, jhoot nahi bolte the, bahadur the, sakhi the. matlab har woh, woh, woh har woh insaniyat ki jo khusoosiyat hoti hain, sab un ke andar maujood theen.</w:t>
      </w:r>
      <w:r>
        <w:br/>
      </w:r>
      <w:r>
        <w:rPr>
          <w:sz w:val="20"/>
        </w:rPr>
        <w:t>13:48  to is tareeqe se jab unhone rasool Allah par iman laye to woh phir peechhe nahi hate. ek jang e hunain mein un ke upar teer baras rahe the.</w:t>
      </w:r>
      <w:r>
        <w:br/>
      </w:r>
      <w:r>
        <w:rPr>
          <w:sz w:val="20"/>
        </w:rPr>
        <w:t>13:58  waqti taur par woh ghabra gaye, bhage. lekin phir Hazrat Abbas ne un ko bulaya ke tum kahan ja rahe ho? tum ne falan peed ke, akashiya babool ka peed shayad hota hai, falan peed ke neeche tum ne bait li thi.</w:t>
      </w:r>
      <w:r>
        <w:br/>
      </w:r>
      <w:r>
        <w:rPr>
          <w:sz w:val="20"/>
        </w:rPr>
        <w:t>14:10  tum kahan bhag ke ja rahe ho? foran saare wapas aa gaye aur is teer ki bochhar mein unhone rasool Allah ka saath diya.</w:t>
      </w:r>
      <w:r>
        <w:br/>
      </w:r>
      <w:r>
        <w:rPr>
          <w:sz w:val="20"/>
        </w:rPr>
        <w:t>14:21  to yeh log the, in logon ne hifazat ki Quran ki. aaj jo Quran hamare paas mehfooz hai, woh un ki qurbaniyon ki wajah se hai.</w:t>
      </w:r>
      <w:r>
        <w:br/>
      </w:r>
      <w:r>
        <w:rPr>
          <w:sz w:val="20"/>
        </w:rPr>
        <w:t>14:35  to Allah taala ne poori support kiya in logon ko aur us ke baad ab in ko Allah taala ne siyasi ikhtedar de diya, hazar baras tak siyasi ikhtedar.</w:t>
      </w:r>
      <w:r>
        <w:br/>
      </w:r>
      <w:r>
        <w:rPr>
          <w:sz w:val="20"/>
        </w:rPr>
        <w:t>14:46  to jab tak ke press ka daur nahi aaya tha, tab tak in ko siyasi ikhtedar mila raha. poori abad duniya mein taqreeban unhone directly ya indirectly woh ghalib rahe.</w:t>
      </w:r>
      <w:r>
        <w:br/>
      </w:r>
      <w:r>
        <w:rPr>
          <w:sz w:val="20"/>
        </w:rPr>
        <w:t>14:58  unhone jo Quran culture sari duniya mein phaila diya. asal mein Quran culture ka kya matlab tha? tauheed culture, ek Khuda ka culture.</w:t>
      </w:r>
      <w:r>
        <w:br/>
      </w:r>
      <w:r>
        <w:rPr>
          <w:sz w:val="20"/>
        </w:rPr>
        <w:t>15:07  aur isi par tamam jo taraqqiyan hain, aaj jo hum dekh rahe hain, woh isi par hain. kyunke jab insan har cheez ki parastish karta tha to koi taraqqi ho hi nahi sakti thi.</w:t>
      </w:r>
      <w:r>
        <w:br/>
      </w:r>
      <w:r>
        <w:rPr>
          <w:sz w:val="20"/>
        </w:rPr>
        <w:t>15:19  parastish karte hue kaise insan is ki, is ki investigation karega? to jab insan ne yeh mana ke sirf ek Khuda hai, phir woh saare darwaze khul gaye, tamam taraqqi ke, research ke, investigation ke.</w:t>
      </w:r>
      <w:r>
        <w:br/>
      </w:r>
      <w:r>
        <w:rPr>
          <w:sz w:val="20"/>
        </w:rPr>
        <w:t>15:34  to Allah taala chahta tha ke yeh is duniya mein insan ko poora mauqa mile discoveries karne ka. inhi discoveries ke zariye se insan ki marifat hoti hai.</w:t>
      </w:r>
      <w:r>
        <w:br/>
      </w:r>
      <w:r>
        <w:rPr>
          <w:sz w:val="20"/>
        </w:rPr>
        <w:t>15:46  to Allah ki marifat inhi ke zariye se hoti hai ke Allah ne itni azeem kainat banai aur poori azeem kainat insan ke hawale kar di.</w:t>
      </w:r>
      <w:r>
        <w:br/>
      </w:r>
      <w:r>
        <w:rPr>
          <w:sz w:val="20"/>
        </w:rPr>
        <w:t>15:55  to is tareeqe se Allah taala ne yeh intezam kiya, sab se pehle ek qaum ka ke ek mazboot, taqatwar qaum uthe aur woh aakhri rasool ka saath de kar ek inqilab laye.</w:t>
      </w:r>
    </w:p>
    <w:p>
      <w:pPr>
        <w:pStyle w:val="Heading2"/>
      </w:pPr>
      <w:r>
        <w:t>how humanity's history of invention teaches gratitude</w:t>
      </w:r>
    </w:p>
    <w:p>
      <w:r>
        <w:rPr>
          <w:color w:val="666666"/>
          <w:sz w:val="18"/>
        </w:rPr>
        <w:t>Deeper Meaning of The Quran May 17, 2015 · 6m 05s · at 4:10 · https://youtu.be/CoTUNYxSRiI?t=250</w:t>
      </w:r>
    </w:p>
    <w:p>
      <w:r>
        <w:rPr>
          <w:i/>
        </w:rPr>
        <w:t>“شکر کا کیا مطلب ہے؟ شکر کے معنی ہیں اعتراف کرنا”</w:t>
      </w:r>
    </w:p>
    <w:p>
      <w:r>
        <w:rPr>
          <w:sz w:val="20"/>
        </w:rPr>
        <w:t>4:10  shukr ka kya matlab hai? dekhein shukr ke mani hain itraaf karna, acknowledge karna. jab woh allah ka shukr karte hain to woh bhi itraaf hota hai,</w:t>
      </w:r>
      <w:r>
        <w:br/>
      </w:r>
      <w:r>
        <w:rPr>
          <w:sz w:val="20"/>
        </w:rPr>
        <w:t>4:24  acknowledgement hota hai.</w:t>
      </w:r>
      <w:r>
        <w:br/>
      </w:r>
      <w:r>
        <w:rPr>
          <w:sz w:val="20"/>
        </w:rPr>
        <w:t>4:26  yeh mamla insaan ka hai. ke insaan ka jab hum shukr karte hain to woh goya insaan ki khidmat ka itraaf karte hain ke insaan se hum ko yeh mila.</w:t>
      </w:r>
      <w:r>
        <w:br/>
      </w:r>
      <w:r>
        <w:rPr>
          <w:sz w:val="20"/>
        </w:rPr>
        <w:t>4:39  to yeh sirf yeh nahi ke quran ko mehfooz kiya unhon ne, quran ko yaad kiya, quran ki tilawat ki, phir hote hote hote hum ko pohncha diya.</w:t>
      </w:r>
      <w:r>
        <w:br/>
      </w:r>
      <w:r>
        <w:rPr>
          <w:sz w:val="20"/>
        </w:rPr>
        <w:t>4:49  yeh insaan ka itraaf.</w:t>
      </w:r>
      <w:r>
        <w:br/>
      </w:r>
      <w:r>
        <w:rPr>
          <w:sz w:val="20"/>
        </w:rPr>
        <w:t>4:52  is ke siwa bhi jo doosre mamlaat hain wahan bhi insaan ka itraaf hai. misalan aaj mein soch raha tha ke aaj</w:t>
      </w:r>
      <w:r>
        <w:br/>
      </w:r>
      <w:r>
        <w:rPr>
          <w:sz w:val="20"/>
        </w:rPr>
        <w:t>5:06  ek sahab the jo hawa jahaz se aaye hain dilli to un ka kuch zikr tha.</w:t>
      </w:r>
      <w:r>
        <w:br/>
      </w:r>
      <w:r>
        <w:rPr>
          <w:sz w:val="20"/>
        </w:rPr>
        <w:t>5:15  to mein ne socha ke yeh ek bohat bara shukr ka item hai, insaan ke shukr ka.</w:t>
      </w:r>
      <w:r>
        <w:br/>
      </w:r>
      <w:r>
        <w:rPr>
          <w:sz w:val="20"/>
        </w:rPr>
        <w:t>5:24  woh kaise? hawa jahaz jo hai hazaron saal ki tareekh ke nateejay mein bana hai. hazaron saal ki tareekh.</w:t>
      </w:r>
      <w:r>
        <w:br/>
      </w:r>
      <w:r>
        <w:rPr>
          <w:sz w:val="20"/>
        </w:rPr>
        <w:t>5:35  insaan jo hai hazaron saal ek mehnat karta hai, mehnat karta raha. yahan tak ke is ne aap ko hawa jahaz de diya.</w:t>
      </w:r>
      <w:r>
        <w:br/>
      </w:r>
      <w:r>
        <w:rPr>
          <w:sz w:val="20"/>
        </w:rPr>
        <w:t>5:44  sab se pehle kahan se shuru hua? to kaha jata hai ke primitive age mein ya stone age mein insaan ne dekha ke jangall mein ghoda hai.</w:t>
      </w:r>
      <w:r>
        <w:br/>
      </w:r>
      <w:r>
        <w:rPr>
          <w:sz w:val="20"/>
        </w:rPr>
        <w:t>6:00  ab ghoda bohat ajeeb laga is ko dekhne mein. to sirf ek janwar ke taur par dekha is ne. phir dheere dheere is ne discover kiya ke ghoda to hamare saare kaam aa sakta hai.</w:t>
      </w:r>
      <w:r>
        <w:br/>
      </w:r>
      <w:r>
        <w:rPr>
          <w:sz w:val="20"/>
        </w:rPr>
        <w:t>6:13  yani ek din nahi pata chal gaya. is ko pata karne mein bohat din guzar gaye. to is ne ghoṛe ko jangal se pakaṛa, is ko sadaya, is ki zain banai, lagam banai,</w:t>
      </w:r>
      <w:r>
        <w:br/>
      </w:r>
      <w:r>
        <w:rPr>
          <w:sz w:val="20"/>
        </w:rPr>
        <w:t>6:27  is ko khilaya pilaya. is tarah ghoṛe ko sawari ka zariya banaya. to kuch dinon tak insan ghoṛe par sawari karta raha.</w:t>
      </w:r>
      <w:r>
        <w:br/>
      </w:r>
      <w:r>
        <w:rPr>
          <w:sz w:val="20"/>
        </w:rPr>
        <w:t>6:39  phir dhire dhire aisa hua ke is ne pahiya daryaft kiya.</w:t>
      </w:r>
      <w:r>
        <w:br/>
      </w:r>
      <w:r>
        <w:rPr>
          <w:sz w:val="20"/>
        </w:rPr>
        <w:t>6:43  pahiya. kaha jata hai ke sab se pehli discovery pahiya hai. yani wheel. wheel ko sab se pehli discovery bataya jata hai.</w:t>
      </w:r>
      <w:r>
        <w:br/>
      </w:r>
      <w:r>
        <w:rPr>
          <w:sz w:val="20"/>
        </w:rPr>
        <w:t>6:57  to wheel jab bani to kya hua? phir ghaṛi banna mumkin ho gaya. jab wheel ban gayi to ghaṛi banna mumkin ho gaya. to ab ghaṛi bana kar is mein ghoṛe ko lagaya gaya.</w:t>
      </w:r>
      <w:r>
        <w:br/>
      </w:r>
      <w:r>
        <w:rPr>
          <w:sz w:val="20"/>
        </w:rPr>
        <w:t>7:11  ab ghoṛe par to ek admi baithta tha lekin ghaṛi mein kai admi baithne lagay. is tarah ghoṛe ke zariye ye mumkin ho gaya ke kai admi safar karen ghaṛi mein baith kar.</w:t>
      </w:r>
      <w:r>
        <w:br/>
      </w:r>
      <w:r>
        <w:rPr>
          <w:sz w:val="20"/>
        </w:rPr>
        <w:t>7:27  is tarah phir tareekh aage baṛhi. aur aage baṛhi to insan ne bicycle daryaft kiya. to bicycle ek aur hi anokhi cheez thi.</w:t>
      </w:r>
      <w:r>
        <w:br/>
      </w:r>
      <w:r>
        <w:rPr>
          <w:sz w:val="20"/>
        </w:rPr>
        <w:t>7:40  mein ek bar to paṛha ek article mein ke kashmir mein ek angrez pehli bar bicycle laya. to kashmiri is ko dekh kar kehne lagay ke ye lohay ka ghoṛa hai.</w:t>
      </w:r>
      <w:r>
        <w:br/>
      </w:r>
      <w:r>
        <w:rPr>
          <w:sz w:val="20"/>
        </w:rPr>
        <w:t>7:52  kyun ke is se pehle unhon ne dekha nahi tha bicycle ko. to is ke baad bicycle banai insan ne. kuch din tak bicycle se chalta raha.</w:t>
      </w:r>
      <w:r>
        <w:br/>
      </w:r>
      <w:r>
        <w:rPr>
          <w:sz w:val="20"/>
        </w:rPr>
        <w:t>8:05  phir dhire dhire mechanization hua. engine banna laga.</w:t>
      </w:r>
      <w:r>
        <w:br/>
      </w:r>
      <w:r>
        <w:rPr>
          <w:sz w:val="20"/>
        </w:rPr>
        <w:t>8:10  to phir motorcycle bani, phir car bani, tarah tarah ki carain banin. phir hote hote hawa jahaz ka daur aya.</w:t>
      </w:r>
      <w:r>
        <w:br/>
      </w:r>
      <w:r>
        <w:rPr>
          <w:sz w:val="20"/>
        </w:rPr>
        <w:t>8:19  hawa jahaz ke daur mein bohat se logon ne qurbaniyan keen. kab hawa jahaz bana hai? ke log mar gaye isi mein.</w:t>
      </w:r>
      <w:r>
        <w:br/>
      </w:r>
      <w:r>
        <w:rPr>
          <w:sz w:val="20"/>
        </w:rPr>
        <w:t>8:29  kyun ke pehle jo jahaz banay thay us mein itna arrangement nahi hota tha. mislan aaj jo jahaz uṛta hai to us mein GPS hota hai.</w:t>
      </w:r>
      <w:r>
        <w:br/>
      </w:r>
      <w:r>
        <w:rPr>
          <w:sz w:val="20"/>
        </w:rPr>
        <w:t>8:40  GPS computer ke ishtirak se theek theek locate karta hai kahan jahaz utre ga. to pilot baitha rehta hai aur GPS is ko guide karta rehta hai.</w:t>
      </w:r>
      <w:r>
        <w:br/>
      </w:r>
      <w:r>
        <w:rPr>
          <w:sz w:val="20"/>
        </w:rPr>
        <w:t>8:54  lekin jo shuru mein jahaz banay thay to wo to aise hi thay. to kai gir gaye, kai kuch ho gaya. to gharaẓ ye ke ek lambi muddat hai cyclists ne sacrifice ki, research ki, discoveries ki.</w:t>
      </w:r>
      <w:r>
        <w:br/>
      </w:r>
      <w:r>
        <w:rPr>
          <w:sz w:val="20"/>
        </w:rPr>
        <w:t>9:09  jis ke nateejay mein hamein aaj hawa jahaz mila hai. yani pehle insan chalta tha paidal, paon se chalta tha.</w:t>
      </w:r>
      <w:r>
        <w:br/>
      </w:r>
      <w:r>
        <w:rPr>
          <w:sz w:val="20"/>
        </w:rPr>
        <w:t>9:19  phir joota use daryaft kiya. yani pehle nangay paon chalta tha, phir joota daryaft kiya. phir is ne ghoṛa daryaft kiya.</w:t>
      </w:r>
      <w:r>
        <w:br/>
      </w:r>
      <w:r>
        <w:rPr>
          <w:sz w:val="20"/>
        </w:rPr>
        <w:t>9:30  phir pahiya daryaft kiya. phir ghaṛi banai. phir bicycle daryaft kiya.</w:t>
      </w:r>
      <w:r>
        <w:br/>
      </w:r>
      <w:r>
        <w:rPr>
          <w:sz w:val="20"/>
        </w:rPr>
        <w:t>9:36  phir motorcycle banai, phir car banai. car ke baad phir hawa jahaz ka daur aya. hawa jahaz banaye.</w:t>
      </w:r>
      <w:r>
        <w:br/>
      </w:r>
      <w:r>
        <w:rPr>
          <w:sz w:val="20"/>
        </w:rPr>
        <w:t>9:46  to ye hazaron saal mein aisa hua hai. ye hai insan ka shukr karna. aaj jab aap kisi sawari par baithain, chahe hawa jahaz par baithain, chahe bicycle par baithain, chahe bus par baithain, to aap sochen ke is daur ko lane mein insan ne ek lambi qurbani di hai.</w:t>
      </w:r>
      <w:r>
        <w:br/>
      </w:r>
      <w:r>
        <w:rPr>
          <w:sz w:val="20"/>
        </w:rPr>
        <w:t>10:05  hazaron saal tak insan koshish karta raha, koshish karta raha. tab hum is sawari ko paya hum ne.</w:t>
      </w:r>
    </w:p>
    <w:p>
      <w:pPr>
        <w:pStyle w:val="Heading2"/>
      </w:pPr>
      <w:r>
        <w:t>Yunus's u-turn story applied to modern Muslims 'under siege'</w:t>
      </w:r>
    </w:p>
    <w:p>
      <w:r>
        <w:rPr>
          <w:color w:val="666666"/>
          <w:sz w:val="18"/>
        </w:rPr>
        <w:t>Purpose of Creation September 28, 2014 · 4m 00s · at 38:41 · https://youtu.be/7M-rzLZzCYw?t=2321</w:t>
      </w:r>
    </w:p>
    <w:p>
      <w:r>
        <w:rPr>
          <w:i/>
        </w:rPr>
        <w:t>“Yeh misal Quran mein hai jo aaj ke musalmano par sadiq aati hai”</w:t>
      </w:r>
    </w:p>
    <w:p>
      <w:r>
        <w:rPr>
          <w:sz w:val="20"/>
        </w:rPr>
        <w:t>38:41  aap chahte hain agar musalman chahte hain ke halaat badlen</w:t>
      </w:r>
      <w:r>
        <w:br/>
      </w:r>
      <w:r>
        <w:rPr>
          <w:sz w:val="20"/>
        </w:rPr>
        <w:t>38:46  allah ki nusrat in ki taraf aaye</w:t>
      </w:r>
      <w:r>
        <w:br/>
      </w:r>
      <w:r>
        <w:rPr>
          <w:sz w:val="20"/>
        </w:rPr>
        <w:t>38:50  toh in ko u turn lena parega</w:t>
      </w:r>
      <w:r>
        <w:br/>
      </w:r>
      <w:r>
        <w:rPr>
          <w:sz w:val="20"/>
        </w:rPr>
        <w:t>38:53  is ki ek misaal dekhiye quran mein</w:t>
      </w:r>
      <w:r>
        <w:br/>
      </w:r>
      <w:r>
        <w:rPr>
          <w:sz w:val="20"/>
        </w:rPr>
        <w:t>38:57  hazrat yunus alaihissalam ki hai</w:t>
      </w:r>
      <w:r>
        <w:br/>
      </w:r>
      <w:r>
        <w:rPr>
          <w:sz w:val="20"/>
        </w:rPr>
        <w:t>39:01  hazrat yunus alaihissalam athween sadi</w:t>
      </w:r>
      <w:r>
        <w:br/>
      </w:r>
      <w:r>
        <w:rPr>
          <w:sz w:val="20"/>
        </w:rPr>
        <w:t>39:06  qabl masih mein ninevah mein aaye jo iraq mein tha</w:t>
      </w:r>
      <w:r>
        <w:br/>
      </w:r>
      <w:r>
        <w:rPr>
          <w:sz w:val="20"/>
        </w:rPr>
        <w:t>39:12  unhon ne tauheed ki dawat di lekin kuch dinon ke baad woh unhon ne samjha ke ab yeh log manne wale nahi hain in ko chhod kar nineveh se bahar chale gaye to aise halaat paida hue ke woh machhli ke pait mein jana pada un ko aur riwayat ke mutabiq taqreeban 40 din tak machhli ke pait mein rahe woh phir un ko ehsas hua ke maine galti ki</w:t>
      </w:r>
      <w:r>
        <w:br/>
      </w:r>
      <w:r>
        <w:rPr>
          <w:sz w:val="20"/>
        </w:rPr>
        <w:t>39:42  mujhe abhi nineveh chhodna nahi chahiye tha yani you turn lene ka faisla kiya unhon ne to allah ne hukum diya woh mushrikon ke woh la kar ke khushki par un ko nikal diya phir woh dobara nineveh aaye yani unhon ne you turn liya aur phir dawat ka kaam</w:t>
      </w:r>
      <w:r>
        <w:br/>
      </w:r>
      <w:r>
        <w:rPr>
          <w:sz w:val="20"/>
        </w:rPr>
        <w:t>40:09  kiya nateeja kya hua ke wahan par sare logon ne un ka saath diya sab un ke hath par iman laye yeh jo quran mein misaal hai yahi aaj ke musalmanon par saadiq aati hai to sari duniya ke musalmanon ko you turn lena hai aur sab kuch chhod kar ke gun aur bam aur nafrat chhod kar ke dawat ki taraf lotna hai</w:t>
      </w:r>
      <w:r>
        <w:br/>
      </w:r>
      <w:r>
        <w:rPr>
          <w:sz w:val="20"/>
        </w:rPr>
        <w:t>40:38  tab un ko allah ki nasrat milegi tab un ko kamyabi hasil hogi to main samajhta hoon ke yunus alaihissalam ko yeh misaal hai quran majeed mein woh direct taur par musalmanon ke upar apply hoti hai aaj ke musalmanon ke upar woh keh rahe hain ke you turn lo warna tum mashriq ke pait mein padh rahe hoge</w:t>
      </w:r>
      <w:r>
        <w:br/>
      </w:r>
      <w:r>
        <w:rPr>
          <w:sz w:val="20"/>
        </w:rPr>
        <w:t>41:01  aaj kal jo musalman hain jo jo bhi main sunta hoon musalmanon ki taqreeren un ki kitab un ke magazine sab mein yahi to hota hai problem problem problem ke hum problems gire hue hain we are under siege to jo yeh kehte hain musalman ke we are under siege to wahi to hai yeh ke hum machhli ke pait mein hain</w:t>
      </w:r>
      <w:r>
        <w:br/>
      </w:r>
      <w:r>
        <w:rPr>
          <w:sz w:val="20"/>
        </w:rPr>
        <w:t>41:30  dilli mein ek bahut top ka ek seminar hua tha jis mein musalmanon ke top ke jo jo padhe likhe ladhe log hain wahan us mein jama hue the wahan ke zaban pe english thi english mein sab log bol rahe the sab educated musalman the is ka khulasa kya tha yahi tha we are under siege</w:t>
      </w:r>
      <w:r>
        <w:br/>
      </w:r>
      <w:r>
        <w:rPr>
          <w:sz w:val="20"/>
        </w:rPr>
        <w:t>41:57  to we are under siege we are under siege yahi to hai ke hum machhli ke pait mein hain</w:t>
      </w:r>
      <w:r>
        <w:br/>
      </w:r>
      <w:r>
        <w:rPr>
          <w:sz w:val="20"/>
        </w:rPr>
        <w:t>42:06  wahi to hai yeh</w:t>
      </w:r>
      <w:r>
        <w:br/>
      </w:r>
      <w:r>
        <w:rPr>
          <w:sz w:val="20"/>
        </w:rPr>
        <w:t>42:10  toh siege se bahar aana</w:t>
      </w:r>
      <w:r>
        <w:br/>
      </w:r>
      <w:r>
        <w:rPr>
          <w:sz w:val="20"/>
        </w:rPr>
        <w:t>42:13  isi waqt possible hai jab ke hum woh kahein jo hai toh yunus ne kiya</w:t>
      </w:r>
      <w:r>
        <w:br/>
      </w:r>
      <w:r>
        <w:rPr>
          <w:sz w:val="20"/>
        </w:rPr>
        <w:t>42:19  yani apni ghalti ko mana ke maan kar ke Allah se toba kiya to machhli se bahar aaye</w:t>
      </w:r>
      <w:r>
        <w:br/>
      </w:r>
      <w:r>
        <w:rPr>
          <w:sz w:val="20"/>
        </w:rPr>
        <w:t>42:26  to Musalman bhi seij se bahar kab aayenge jab apni ghalti ko manen ke hamari bladsiti ghalat</w:t>
      </w:r>
      <w:r>
        <w:br/>
      </w:r>
      <w:r>
        <w:rPr>
          <w:sz w:val="20"/>
        </w:rPr>
        <w:t>42:32  thi hamari political activities ghalat thi hamari ladau ladai jo hum ne chhed rakhi hai wo ghalat thi</w:t>
      </w:r>
    </w:p>
    <w:p>
      <w:pPr>
        <w:pStyle w:val="Heading2"/>
      </w:pPr>
      <w:r>
        <w:t>scholar's paradox: peaceful Quran, reactive Muslims, resolved</w:t>
      </w:r>
    </w:p>
    <w:p>
      <w:r>
        <w:rPr>
          <w:color w:val="666666"/>
          <w:sz w:val="18"/>
        </w:rPr>
        <w:t>Why Have Muslims Turned Violent December 14, 2008 · 4m 15s · at 1:04 · https://youtu.be/TYLK8Jwz8EE?t=64</w:t>
      </w:r>
    </w:p>
    <w:p>
      <w:r>
        <w:rPr>
          <w:i/>
        </w:rPr>
        <w:t>“A non-Muslim scholar told me: the Quran is peace.”</w:t>
      </w:r>
    </w:p>
    <w:p>
      <w:r>
        <w:rPr>
          <w:sz w:val="20"/>
        </w:rPr>
        <w:t>1:04  kal meri mulaqaat aik saahib se hui,</w:t>
      </w:r>
      <w:r>
        <w:br/>
      </w:r>
      <w:r>
        <w:rPr>
          <w:sz w:val="20"/>
        </w:rPr>
        <w:t>1:08  woh aik non muslim scholar hain. lekin bohat hi open minded aadmi hain.</w:t>
      </w:r>
      <w:r>
        <w:br/>
      </w:r>
      <w:r>
        <w:rPr>
          <w:sz w:val="20"/>
        </w:rPr>
        <w:t>1:17  aur bohat ziyada, bohat hi well read hain, bohat ziyada unhon ne safar kiye hain.</w:t>
      </w:r>
      <w:r>
        <w:br/>
      </w:r>
      <w:r>
        <w:rPr>
          <w:sz w:val="20"/>
        </w:rPr>
        <w:t>1:28  to, aur senior bhi hain.</w:t>
      </w:r>
      <w:r>
        <w:br/>
      </w:r>
      <w:r>
        <w:rPr>
          <w:sz w:val="20"/>
        </w:rPr>
        <w:t>1:31  unhon ne kaha ke maine Quran ko</w:t>
      </w:r>
      <w:r>
        <w:br/>
      </w:r>
      <w:r>
        <w:rPr>
          <w:sz w:val="20"/>
        </w:rPr>
        <w:t>1:37  taqreeban chhay baar parha hai.</w:t>
      </w:r>
      <w:r>
        <w:br/>
      </w:r>
      <w:r>
        <w:rPr>
          <w:sz w:val="20"/>
        </w:rPr>
        <w:t>1:42  maine paya hai ke Quran to aik book of peace hai. saari baatein jo Quran majeed mein hain woh peace hi ko le kar ke hain.</w:t>
      </w:r>
      <w:r>
        <w:br/>
      </w:r>
      <w:r>
        <w:rPr>
          <w:sz w:val="20"/>
        </w:rPr>
        <w:t>2:01  yeh aik waqia hai. misaal ke taur par dekhen Quran majeed mein aap parhen to saare Quran mein human duties ki baat mile gi aap ko.</w:t>
      </w:r>
      <w:r>
        <w:br/>
      </w:r>
      <w:r>
        <w:rPr>
          <w:sz w:val="20"/>
        </w:rPr>
        <w:t>2:13  kahin bhi human rights ki baat nahi mile gi. exception hai. yateemi ki kitabein aap parhen ge, humanities ke baray mein.</w:t>
      </w:r>
      <w:r>
        <w:br/>
      </w:r>
      <w:r>
        <w:rPr>
          <w:sz w:val="20"/>
        </w:rPr>
        <w:t>2:25  in sab mein aap paayen ge ke human rights ki baatein hoti hain.</w:t>
      </w:r>
      <w:r>
        <w:br/>
      </w:r>
      <w:r>
        <w:rPr>
          <w:sz w:val="20"/>
        </w:rPr>
        <w:t>2:30  Human duties ko to koi likhta hi nahi kuch.</w:t>
      </w:r>
      <w:r>
        <w:br/>
      </w:r>
      <w:r>
        <w:rPr>
          <w:sz w:val="20"/>
        </w:rPr>
        <w:t>2:36  aur yeh aik haqeeqat hai ke jis society mein log right conscious hon woh sab ke sab negativity mein jeeyen ge.</w:t>
      </w:r>
      <w:r>
        <w:br/>
      </w:r>
      <w:r>
        <w:rPr>
          <w:sz w:val="20"/>
        </w:rPr>
        <w:t>2:48  lekin jo society duty conscious ho us mein log normal mind ke saath hon ge.</w:t>
      </w:r>
      <w:r>
        <w:br/>
      </w:r>
      <w:r>
        <w:rPr>
          <w:sz w:val="20"/>
        </w:rPr>
        <w:t>2:59  wahan par tolerance ho ga aur peace ho ga. to yeh unhon ne kaha ke Quran to book of peace hai.</w:t>
      </w:r>
      <w:r>
        <w:br/>
      </w:r>
      <w:r>
        <w:rPr>
          <w:sz w:val="20"/>
        </w:rPr>
        <w:t>3:09  unhon ne yeh bhi kaha kuch verses aisi zaroor Quran mein hain jo ke larai ki baat jis mein hai. to woh to war time ke liye hai.</w:t>
      </w:r>
      <w:r>
        <w:br/>
      </w:r>
      <w:r>
        <w:rPr>
          <w:sz w:val="20"/>
        </w:rPr>
        <w:t>3:20  jab war chhari hui ho to wahan to yahi kaha jaye ga.</w:t>
      </w:r>
      <w:r>
        <w:br/>
      </w:r>
      <w:r>
        <w:rPr>
          <w:sz w:val="20"/>
        </w:rPr>
        <w:t>3:25  War time ki baat hai. woh bohat thori si verses aisi hain. to unhon ne kaha ke aik taraf to Quran jo hai woh book of peace hai.</w:t>
      </w:r>
      <w:r>
        <w:br/>
      </w:r>
      <w:r>
        <w:rPr>
          <w:sz w:val="20"/>
        </w:rPr>
        <w:t>3:38  doosri taraf mein unhon ne kaha ke main bohat musalmanon se mila hoon. India ke andar, India ke bahar. sab ko maine paya ke woh reactive psychology mein jeete hain.</w:t>
      </w:r>
      <w:r>
        <w:br/>
      </w:r>
      <w:r>
        <w:rPr>
          <w:sz w:val="20"/>
        </w:rPr>
        <w:t>3:53  yaani radd-e-amal ki nafsiyaat mein. aur yeh aik bilkul haqeeqat hai. maine khud bohat safar kiye hain, bohat parha hai.</w:t>
      </w:r>
      <w:r>
        <w:br/>
      </w:r>
      <w:r>
        <w:rPr>
          <w:sz w:val="20"/>
        </w:rPr>
        <w:t>4:06  saare musalman without any exception radd-e-amal ki nafsiyaat mein likhte aur bolte hain.</w:t>
      </w:r>
      <w:r>
        <w:br/>
      </w:r>
      <w:r>
        <w:rPr>
          <w:sz w:val="20"/>
        </w:rPr>
        <w:t>4:15  to reactive psychology jo hai bohat hi strict word hai musalmanon ke mind ko batane ke liye.</w:t>
      </w:r>
      <w:r>
        <w:br/>
      </w:r>
      <w:r>
        <w:rPr>
          <w:sz w:val="20"/>
        </w:rPr>
        <w:t>4:27  to unhon ne kaha ke why this contradiction between Muslims and their book?</w:t>
      </w:r>
      <w:r>
        <w:br/>
      </w:r>
      <w:r>
        <w:rPr>
          <w:sz w:val="20"/>
        </w:rPr>
        <w:t>4:38  ke kitab to kehti hai peace ki baat aur khud woh jeete hain reactive psychology mein.</w:t>
      </w:r>
      <w:r>
        <w:br/>
      </w:r>
      <w:r>
        <w:rPr>
          <w:sz w:val="20"/>
        </w:rPr>
        <w:t>4:45  dekhen is ka answer bilkul simple hai.</w:t>
      </w:r>
      <w:r>
        <w:br/>
      </w:r>
      <w:r>
        <w:rPr>
          <w:sz w:val="20"/>
        </w:rPr>
        <w:t>4:51  woh explain hota hai principle of differentiation se. Principle of differentiation ek accepted principle hai.</w:t>
      </w:r>
      <w:r>
        <w:br/>
      </w:r>
      <w:r>
        <w:rPr>
          <w:sz w:val="20"/>
        </w:rPr>
        <w:t>5:02  yani ek cheez, doosri cheez farq karna.</w:t>
      </w:r>
      <w:r>
        <w:br/>
      </w:r>
      <w:r>
        <w:rPr>
          <w:sz w:val="20"/>
        </w:rPr>
        <w:t>5:08  to you have to differentiate between Islam and Muslims.</w:t>
      </w:r>
      <w:r>
        <w:br/>
      </w:r>
      <w:r>
        <w:rPr>
          <w:sz w:val="20"/>
        </w:rPr>
        <w:t>5:12  You have to judge Muslims in the light of Islamic teachings and not vice versa.</w:t>
      </w:r>
    </w:p>
    <w:p>
      <w:pPr>
        <w:pStyle w:val="Heading2"/>
      </w:pPr>
      <w:r>
        <w:t>Quran wisdom from Bismillah to positivity</w:t>
      </w:r>
    </w:p>
    <w:p>
      <w:r>
        <w:rPr>
          <w:color w:val="666666"/>
          <w:sz w:val="18"/>
        </w:rPr>
        <w:t>Ramadan and Quranic Guidance I 29th July 2012 Maulana Wahiduddin Khan · 4m 19s · at 6:53 · https://youtu.be/uMIZwel3w8g?t=413</w:t>
      </w:r>
    </w:p>
    <w:p>
      <w:r>
        <w:rPr>
          <w:i/>
        </w:rPr>
        <w:t>“Maine Quran khola to sabse pehli aayat yeh saamne aayi”</w:t>
      </w:r>
    </w:p>
    <w:p>
      <w:r>
        <w:rPr>
          <w:sz w:val="20"/>
        </w:rPr>
        <w:t>6:53  Maine Quran khola to sab se pehli ayat yeh saamne aayi: Bismillah hir rehman nir raheem.</w:t>
      </w:r>
      <w:r>
        <w:br/>
      </w:r>
      <w:r>
        <w:rPr>
          <w:sz w:val="20"/>
        </w:rPr>
        <w:t>7:02  Main sochne laga ke aadmi dunya mein kuch kaam karna chahta hai.</w:t>
      </w:r>
      <w:r>
        <w:br/>
      </w:r>
      <w:r>
        <w:rPr>
          <w:sz w:val="20"/>
        </w:rPr>
        <w:t>7:09  Har din woh sochta hai ke main yeh karoon, woh karoon. Phir us ko andeshe satate hain ke kya maloom aisa ho jaye, kya maloom waisa ho jaye, kya maloom mera kaam bigad jaye.</w:t>
      </w:r>
      <w:r>
        <w:br/>
      </w:r>
      <w:r>
        <w:rPr>
          <w:sz w:val="20"/>
        </w:rPr>
        <w:t>7:23  To hukm hai ke Bismillah hir rehman nir raheem keh kar apne kaam ko shuru karo.</w:t>
      </w:r>
      <w:r>
        <w:br/>
      </w:r>
      <w:r>
        <w:rPr>
          <w:sz w:val="20"/>
        </w:rPr>
        <w:t>7:32  Hadees mein aata hai ke jo kaam Bismillah hir rehman nir raheem keh kar shuru na kiya jaye to woh kamyab nahi hoga.</w:t>
      </w:r>
      <w:r>
        <w:br/>
      </w:r>
      <w:r>
        <w:rPr>
          <w:sz w:val="20"/>
        </w:rPr>
        <w:t>7:43  Kamyab na hone ka matlab kya hai? Yeh koi bad dua ki baat nahi hai.</w:t>
      </w:r>
      <w:r>
        <w:br/>
      </w:r>
      <w:r>
        <w:rPr>
          <w:sz w:val="20"/>
        </w:rPr>
        <w:t>7:49  Asal yeh hai ke jab aap yeh keh kar kaam shuru karein to aap ka zehn kya banta hai? Ke jis dunya mein ja raha hoon main apna kaam karne ke liye, woh dunya hai aise Khuda ki jo Rehman aur Raheem hai.</w:t>
      </w:r>
      <w:r>
        <w:br/>
      </w:r>
      <w:r>
        <w:rPr>
          <w:sz w:val="20"/>
        </w:rPr>
        <w:t>8:09  Jo blessing wala hai, jo compassionate hai. Jo apne bando par meherban hai.</w:t>
      </w:r>
      <w:r>
        <w:br/>
      </w:r>
      <w:r>
        <w:rPr>
          <w:sz w:val="20"/>
        </w:rPr>
        <w:t>8:20  Aap ghaur kijiye ke yeh jo aap ko soch milti hai ke is se aap ko kitna bara faida hoga.</w:t>
      </w:r>
      <w:r>
        <w:br/>
      </w:r>
      <w:r>
        <w:rPr>
          <w:sz w:val="20"/>
        </w:rPr>
        <w:t>8:31  Is se aap ke andar conviction aayega, yaqeen aayega. Aap ko azm aayega.</w:t>
      </w:r>
      <w:r>
        <w:br/>
      </w:r>
      <w:r>
        <w:rPr>
          <w:sz w:val="20"/>
        </w:rPr>
        <w:t>8:38  Aap samjhenge ke main zaroor kamyab hoonga. Aap ka hausla badhega. Yeh sab baatein hongi. To yeh hai wisdom.</w:t>
      </w:r>
      <w:r>
        <w:br/>
      </w:r>
      <w:r>
        <w:rPr>
          <w:sz w:val="20"/>
        </w:rPr>
        <w:t>8:49  Quran ke liye yeh lafz sahi nahi hai ke woh muqaddas kalam hai.</w:t>
      </w:r>
      <w:r>
        <w:br/>
      </w:r>
      <w:r>
        <w:rPr>
          <w:sz w:val="20"/>
        </w:rPr>
        <w:t>8:54  Sahi yeh hai ke woh book of wisdom hai. Zindagi ki wisdom deta hai.</w:t>
      </w:r>
      <w:r>
        <w:br/>
      </w:r>
      <w:r>
        <w:rPr>
          <w:sz w:val="20"/>
        </w:rPr>
        <w:t>9:03  aise hi maine shuru kiya, maine agli jo surah hai alfatiha: alhamdu lillahi rabbil alameen.</w:t>
      </w:r>
      <w:r>
        <w:br/>
      </w:r>
      <w:r>
        <w:rPr>
          <w:sz w:val="20"/>
        </w:rPr>
        <w:t>9:16  to maine socha ke aadmi duniya mein rehta hai tension mein, tarah tarah ki shikayatein,</w:t>
      </w:r>
      <w:r>
        <w:br/>
      </w:r>
      <w:r>
        <w:rPr>
          <w:sz w:val="20"/>
        </w:rPr>
        <w:t>9:24  tarah tarah ka stress. ab yeh zehan iska hai, yeh zehan le kar ke woh padhta hai: alhamdu lillahi rabbil alameen.</w:t>
      </w:r>
      <w:r>
        <w:br/>
      </w:r>
      <w:r>
        <w:rPr>
          <w:sz w:val="20"/>
        </w:rPr>
        <w:t>9:34  to kya sochega woh? woh sochega ke Allah to jo malik hai is kainat ka, woh to sarapa hamd wala hai.</w:t>
      </w:r>
      <w:r>
        <w:br/>
      </w:r>
      <w:r>
        <w:rPr>
          <w:sz w:val="20"/>
        </w:rPr>
        <w:t>9:46  aur uski hamd universal hai, saare alam ko phaili hui hai. to uski apni baat aakhri had tak minimize ho jayegi.</w:t>
      </w:r>
      <w:r>
        <w:br/>
      </w:r>
      <w:r>
        <w:rPr>
          <w:sz w:val="20"/>
        </w:rPr>
        <w:t>9:58  woh kahega: sach mein Khuda hai to hamd wala hai. yaani saare alam mein jiski rehmaten phaili hui hain, to mera chhota sa koi problem agar hai to woh kya hai?</w:t>
      </w:r>
      <w:r>
        <w:br/>
      </w:r>
      <w:r>
        <w:rPr>
          <w:sz w:val="20"/>
        </w:rPr>
        <w:t>10:07  woh kuch bhi nahi hai.</w:t>
      </w:r>
      <w:r>
        <w:br/>
      </w:r>
      <w:r>
        <w:rPr>
          <w:sz w:val="20"/>
        </w:rPr>
        <w:t>10:12  apni baaton ko aap bhool jayenge aur saare alam ki satah par jo Allah ki rububiyat phaili hui hai, us ko le kar aap kahenge: alhamdu lillahi alhamdu lillahi.</w:t>
      </w:r>
      <w:r>
        <w:br/>
      </w:r>
      <w:r>
        <w:rPr>
          <w:sz w:val="20"/>
        </w:rPr>
        <w:t>10:26  is se dekhiye aap</w:t>
      </w:r>
      <w:r>
        <w:br/>
      </w:r>
      <w:r>
        <w:rPr>
          <w:sz w:val="20"/>
        </w:rPr>
        <w:t>10:29  ke andar shukr paida ho ga. maine Quran ko bar bar padha hai. ek baat mein yeh keh sakta hoon ke Quran mein ek anokhi sifat yeh hai ke Quran chahta hai ke har haal mein aap positive rahen.</w:t>
      </w:r>
      <w:r>
        <w:br/>
      </w:r>
      <w:r>
        <w:rPr>
          <w:sz w:val="20"/>
        </w:rPr>
        <w:t>10:50  kisi haal mein aap negative na hone payen.</w:t>
      </w:r>
      <w:r>
        <w:br/>
      </w:r>
      <w:r>
        <w:rPr>
          <w:sz w:val="20"/>
        </w:rPr>
        <w:t>10:55  yeh saare Quran ka khulasa hai. kisi haal mein aap negative na hon, har haal mein aap positive hon.</w:t>
      </w:r>
    </w:p>
    <w:p>
      <w:pPr>
        <w:pStyle w:val="Heading2"/>
      </w:pPr>
      <w:r>
        <w:t>Positive attitude after hijra</w:t>
      </w:r>
    </w:p>
    <w:p>
      <w:r>
        <w:rPr>
          <w:color w:val="666666"/>
          <w:sz w:val="18"/>
        </w:rPr>
        <w:t>Al Risala January, 2018 · 3m 24s · at 17:07 · https://youtu.be/3rTdjPuZXyE?t=1027</w:t>
      </w:r>
    </w:p>
    <w:p>
      <w:r>
        <w:rPr>
          <w:i/>
        </w:rPr>
        <w:t>“Peghambar Islam ne qadeem Makkah mein apna mission 610 A.D. mein shuru kiya”</w:t>
      </w:r>
    </w:p>
    <w:p>
      <w:r>
        <w:rPr>
          <w:sz w:val="20"/>
        </w:rPr>
        <w:t>17:07  har haal mein musbat tarz e fikr: peghambar e islam ne qadeem makka mein apna mishn 610 isvi mein shuru kiya.</w:t>
      </w:r>
      <w:r>
        <w:br/>
      </w:r>
      <w:r>
        <w:rPr>
          <w:sz w:val="20"/>
        </w:rPr>
        <w:t>17:18  is waqt makka mein qabaili culture yani tribal culture shiddat ke sath maujood tha. wahan ke logon ne aap ke sath har qism ka bura suluk kiya, yahan tak ke tera saal baad aap ne majboor ho kar apne watan ko chhod diya aur makka se taqreeban paanch sau kilometer ke faasle par maujood madina mein apne sathiyon ke sath muqeem ho gaye.</w:t>
      </w:r>
      <w:r>
        <w:br/>
      </w:r>
      <w:r>
        <w:rPr>
          <w:sz w:val="20"/>
        </w:rPr>
        <w:t>17:44  yeh shiddat tareen maanon mein jala watni ka case tha. aam riwaj yeh hai ke aise log apne naye watan mein ja kar sirf ek kaam karte hain aur woh apne saabiq ham watanon ki buraiyan bayan karna.</w:t>
      </w:r>
      <w:r>
        <w:br/>
      </w:r>
      <w:r>
        <w:rPr>
          <w:sz w:val="20"/>
        </w:rPr>
        <w:t>18:00  lekin peghambar e islam ne is se alag ek intehai taur par mukhtalif tareeqa ikhtiyar kiya. woh yeh ke aap madina ja kar is tarah rehne lage jaisa ke makka mein aap ke sath kuch bhi na hua ho.</w:t>
      </w:r>
      <w:r>
        <w:br/>
      </w:r>
      <w:r>
        <w:rPr>
          <w:sz w:val="20"/>
        </w:rPr>
        <w:t>18:17  seerat ibn e hisham mein hijrat ke baad ke waqeaat ka zikr hai. is ke tehat peghambar e islam ke pehle khutbe ka zikr hai.</w:t>
      </w:r>
      <w:r>
        <w:br/>
      </w:r>
      <w:r>
        <w:rPr>
          <w:sz w:val="20"/>
        </w:rPr>
        <w:t>18:27  is bab ka pehla paragraph un alfaaz mein aaya hai: awwal khutbah khutabaha rasool allah sallallaho alaihi wasallam yani pehla khutbah jo aap ne madina mein diya.</w:t>
      </w:r>
      <w:r>
        <w:br/>
      </w:r>
      <w:r>
        <w:rPr>
          <w:sz w:val="20"/>
        </w:rPr>
        <w:t>18:41  is khutbe ko jo padhe woh hairat angez taur par paye ga ke is khutbe mein un logon ke khilaf koi shikayat ki baat nahin hai jinhon ne aap ko apne watan se nikal diya tha.</w:t>
      </w:r>
      <w:r>
        <w:br/>
      </w:r>
      <w:r>
        <w:rPr>
          <w:sz w:val="20"/>
        </w:rPr>
        <w:t>18:55  aam riwaj yeh hai ke aise mauqe par jala watan afraad apne naye watani logon ko ubharte hain taake woh un ke sath apne qadeem ham watanon ke khilaf jawabi karrawai karen.</w:t>
      </w:r>
      <w:r>
        <w:br/>
      </w:r>
      <w:r>
        <w:rPr>
          <w:sz w:val="20"/>
        </w:rPr>
        <w:t>19:08  magar peghambar e islam ne is qism ki koi baat isharay ki zaban mein bhi nahin ki. is khutbe ka khulasa yeh tha: fa man is tataa'a an yaqi wajhahu min an naari walaw bi shaqqin min tamratin fal yaf'al, wa man lam yajid fa bi kalimatin tayyibatin khutbe ke mazkoorah alfaaz par ghaur kijiye.</w:t>
      </w:r>
      <w:r>
        <w:br/>
      </w:r>
      <w:r>
        <w:rPr>
          <w:sz w:val="20"/>
        </w:rPr>
        <w:t>19:33  iska khulasa doosre lafzon mein yeh hai: doosre log aap ko aag mein dhakelne ki koshish kar rahe hain, lekin aap ka dil un ki hamdardi se bhara hua ho.</w:t>
      </w:r>
      <w:r>
        <w:br/>
      </w:r>
      <w:r>
        <w:rPr>
          <w:sz w:val="20"/>
        </w:rPr>
        <w:t>19:45  aap un ko yeh paigham dete hain ke apne aap ko allah ki pakad se bachao. yeh hai peghambarana hikmat. is ka khulasa yeh hai ke jo log aap ke dushman banen, aap un ke khair khwah ban jayen.</w:t>
      </w:r>
      <w:r>
        <w:br/>
      </w:r>
      <w:r>
        <w:rPr>
          <w:sz w:val="20"/>
        </w:rPr>
        <w:t>20:00  jo log aap par zulm karen, aap allah se un ke liye achhe ajr ke talib ban jayen. jo log aap ko na den, aap un ke liye dene wale ya giver ban jayen aur un ke liye daai ban kar un ke sath friendly rawish ikhtiyar karen.</w:t>
      </w:r>
      <w:r>
        <w:br/>
      </w:r>
      <w:r>
        <w:rPr>
          <w:sz w:val="20"/>
        </w:rPr>
        <w:t>20:19  peghambar e islam ki yeh rawish sirf ek akhlaqi rawish nahin hai, balke woh aala darje ki danishmandi ka maamla hai.</w:t>
      </w:r>
    </w:p>
    <w:p>
      <w:pPr>
        <w:pStyle w:val="Heading2"/>
      </w:pPr>
      <w:r>
        <w:t>Sincerity and the problem of reading without reflection</w:t>
      </w:r>
    </w:p>
    <w:p>
      <w:r>
        <w:rPr>
          <w:color w:val="666666"/>
          <w:sz w:val="18"/>
        </w:rPr>
        <w:t>Positive Guidance for Present Muslims 4 Aug, 2019 - Maulana Wahiduddin Khan · 6m 01s · at 2:45 · https://youtu.be/IEDGQvt-5p0?t=165</w:t>
      </w:r>
    </w:p>
    <w:p>
      <w:r>
        <w:rPr>
          <w:i/>
        </w:rPr>
        <w:t>“Dekhiye, sansir ka matlab kya hai?”</w:t>
      </w:r>
    </w:p>
    <w:p>
      <w:r>
        <w:rPr>
          <w:sz w:val="20"/>
        </w:rPr>
        <w:t>2:45  dekhein, sincere ka matlab kya hai?</w:t>
      </w:r>
      <w:r>
        <w:br/>
      </w:r>
      <w:r>
        <w:rPr>
          <w:sz w:val="20"/>
        </w:rPr>
        <w:t>2:50  sincere ka matlab yeh hai</w:t>
      </w:r>
      <w:r>
        <w:br/>
      </w:r>
      <w:r>
        <w:rPr>
          <w:sz w:val="20"/>
        </w:rPr>
        <w:t>2:55  ke jab aap ko koi sawal karna ho to sawal karne se pehle aap sochein ke jo sawal mein karne ja raha hoon doosre se, kya mein is sawal ka matlab samajhta hoon?</w:t>
      </w:r>
      <w:r>
        <w:br/>
      </w:r>
      <w:r>
        <w:rPr>
          <w:sz w:val="20"/>
        </w:rPr>
        <w:t>3:14  pehley khud sawal ka jawab khud daryaft karein, phir doosre se sawal karein.</w:t>
      </w:r>
      <w:r>
        <w:br/>
      </w:r>
      <w:r>
        <w:rPr>
          <w:sz w:val="20"/>
        </w:rPr>
        <w:t>3:24  to sochte sochte meri samajh mein aaya ke shayad poori ummat ka yeh haal hai ke woh quran ko padhte hi nahin.</w:t>
      </w:r>
      <w:r>
        <w:br/>
      </w:r>
      <w:r>
        <w:rPr>
          <w:sz w:val="20"/>
        </w:rPr>
        <w:t>3:34  yaani tilawat to karte hain quran ki, quran ki tilawat to karte hain lekin quran ka mutala nahin karte.</w:t>
      </w:r>
      <w:r>
        <w:br/>
      </w:r>
      <w:r>
        <w:rPr>
          <w:sz w:val="20"/>
        </w:rPr>
        <w:t>3:47  quran ka mutalea nahi karte. hazrat aisha ki ek riwayat hai bukhari mein aise logon ke bare mein</w:t>
      </w:r>
      <w:r>
        <w:br/>
      </w:r>
      <w:r>
        <w:rPr>
          <w:sz w:val="20"/>
        </w:rPr>
        <w:t>3:59  jo quran bas</w:t>
      </w:r>
      <w:r>
        <w:br/>
      </w:r>
      <w:r>
        <w:rPr>
          <w:sz w:val="20"/>
        </w:rPr>
        <w:t>4:04  parh parh parh lete hain aur is par sochte nahi. to hazrat aisha ne farmaya: "awlaika qaru wa lam yaqru."</w:t>
      </w:r>
      <w:r>
        <w:br/>
      </w:r>
      <w:r>
        <w:rPr>
          <w:sz w:val="20"/>
        </w:rPr>
        <w:t>4:19  awlaika qaru wa lam yaqru. unhon ne quran ko parha magar unhon ne quran ko nahi parha.</w:t>
      </w:r>
      <w:r>
        <w:br/>
      </w:r>
      <w:r>
        <w:rPr>
          <w:sz w:val="20"/>
        </w:rPr>
        <w:t>4:31  agar sawal karne wale ne sawal karne se pehle</w:t>
      </w:r>
      <w:r>
        <w:br/>
      </w:r>
      <w:r>
        <w:rPr>
          <w:sz w:val="20"/>
        </w:rPr>
        <w:t>4:37  pure bare par ghor kiya hota, wo khud quran ka mutalea karte ke quran kya cheez hai? quran kya cheez hai?</w:t>
      </w:r>
      <w:r>
        <w:br/>
      </w:r>
      <w:r>
        <w:rPr>
          <w:sz w:val="20"/>
        </w:rPr>
        <w:t>4:49  to un ko maloom hua ke quran mein to sara rasooli ki baat hai</w:t>
      </w:r>
      <w:r>
        <w:br/>
      </w:r>
      <w:r>
        <w:rPr>
          <w:sz w:val="20"/>
        </w:rPr>
        <w:t>4:58  aur khud ulma ne baqayda is kitaben likhi hain.</w:t>
      </w:r>
      <w:r>
        <w:br/>
      </w:r>
      <w:r>
        <w:rPr>
          <w:sz w:val="20"/>
        </w:rPr>
        <w:t>5:09  to isi yahi mamla hai puri ummat ka,</w:t>
      </w:r>
      <w:r>
        <w:br/>
      </w:r>
      <w:r>
        <w:rPr>
          <w:sz w:val="20"/>
        </w:rPr>
        <w:t>5:16  puri ummat ka</w:t>
      </w:r>
      <w:r>
        <w:br/>
      </w:r>
      <w:r>
        <w:rPr>
          <w:sz w:val="20"/>
        </w:rPr>
        <w:t>5:20  ke wo parhte hain magar nahi parhte. wo sawal karte hain magar un ko pata nahi ke sawal ka jawab kya hai.</w:t>
      </w:r>
      <w:r>
        <w:br/>
      </w:r>
      <w:r>
        <w:rPr>
          <w:sz w:val="20"/>
        </w:rPr>
        <w:t>5:30  misalan dekhiye, ek martaba mein bus mein safar kar raha tha to mere sath ek sahab the jo parhe likhe the,</w:t>
      </w:r>
      <w:r>
        <w:br/>
      </w:r>
      <w:r>
        <w:rPr>
          <w:sz w:val="20"/>
        </w:rPr>
        <w:t>5:44  taleem yafta the. wo yani aligarh university mein wo ustad the, wo urdu department mein. to mein ne dekha ke jab baithte hain wo bus mein to apni jeeb mein hath dalte hain.</w:t>
      </w:r>
      <w:r>
        <w:br/>
      </w:r>
      <w:r>
        <w:rPr>
          <w:sz w:val="20"/>
        </w:rPr>
        <w:t>6:06  wo sherwani pehne hue the, sherwani ke andar ek chota sa pocket tha. to is mein pocket size ka ek quran hota tha, marha quran, marha.</w:t>
      </w:r>
      <w:r>
        <w:br/>
      </w:r>
      <w:r>
        <w:rPr>
          <w:sz w:val="20"/>
        </w:rPr>
        <w:t>6:21  to is ko nikalte, wo is ko likhte, parhne.</w:t>
      </w:r>
      <w:r>
        <w:br/>
      </w:r>
      <w:r>
        <w:rPr>
          <w:sz w:val="20"/>
        </w:rPr>
        <w:t>6:29  pure safar mein shayad ye safar dilli se aligarh ka tha ya mujhe theek se yaad nahi kyunke lamba safar tha.</w:t>
      </w:r>
      <w:r>
        <w:br/>
      </w:r>
      <w:r>
        <w:rPr>
          <w:sz w:val="20"/>
        </w:rPr>
        <w:t>6:40  pure safar mein wo yahi karte rahe.</w:t>
      </w:r>
      <w:r>
        <w:br/>
      </w:r>
      <w:r>
        <w:rPr>
          <w:sz w:val="20"/>
        </w:rPr>
        <w:t>6:47  mein ne un se pucha: "kya aap quran ko parhte hain safar mein?" to hazrat hazar bhi parhte honge.</w:t>
      </w:r>
      <w:r>
        <w:br/>
      </w:r>
      <w:r>
        <w:rPr>
          <w:sz w:val="20"/>
        </w:rPr>
        <w:t>7:02  to mein ne un se pucha ke quran se aap ka itna taluq hai ke aap hamesha sath rakhte hain aur is ko parhte rehte hain.</w:t>
      </w:r>
      <w:r>
        <w:br/>
      </w:r>
      <w:r>
        <w:rPr>
          <w:sz w:val="20"/>
        </w:rPr>
        <w:t>7:14  to mein ne ek ek simple sawal un se kiya, bohat hi simple. wo urdu ke ustad the aligarh university mein, zaroor mere sawal ka jawab, sawal ka alfaaz samajhte the.</w:t>
      </w:r>
      <w:r>
        <w:br/>
      </w:r>
      <w:r>
        <w:rPr>
          <w:sz w:val="20"/>
        </w:rPr>
        <w:t>7:31  wo</w:t>
      </w:r>
      <w:r>
        <w:br/>
      </w:r>
      <w:r>
        <w:rPr>
          <w:sz w:val="20"/>
        </w:rPr>
        <w:t>7:35  mein ne pucha ke</w:t>
      </w:r>
      <w:r>
        <w:br/>
      </w:r>
      <w:r>
        <w:rPr>
          <w:sz w:val="20"/>
        </w:rPr>
        <w:t>7:42  ke quran kab se parh rahe hain aap? unhon ne kaha ke mein 14 saal se isi tarah quran ko daily parhta hoon, 14 saal se, 14 saal se daily safar mein bhi aur jab hazar mein bhi.</w:t>
      </w:r>
      <w:r>
        <w:br/>
      </w:r>
      <w:r>
        <w:rPr>
          <w:sz w:val="20"/>
        </w:rPr>
        <w:t>8:07  to mein ne un se ek ek simple sawal kiya ke quran ka khulasa kya hai?</w:t>
      </w:r>
      <w:r>
        <w:br/>
      </w:r>
      <w:r>
        <w:rPr>
          <w:sz w:val="20"/>
        </w:rPr>
        <w:t>8:18  ye quran jo allah ki kitab hai, is ka khulasa kya hai?</w:t>
      </w:r>
      <w:r>
        <w:br/>
      </w:r>
      <w:r>
        <w:rPr>
          <w:sz w:val="20"/>
        </w:rPr>
        <w:t>8:26  to woh quran ka koi khulasa bata na sake,</w:t>
      </w:r>
      <w:r>
        <w:br/>
      </w:r>
      <w:r>
        <w:rPr>
          <w:sz w:val="20"/>
        </w:rPr>
        <w:t>8:35  yeh bata nahi sake ke quran ka khulasa kya hai. unhon ne jawab, un ka jawab yeh tha ke hum ne is par ghor nahi kiya.</w:t>
      </w:r>
    </w:p>
    <w:p>
      <w:pPr>
        <w:pStyle w:val="Heading2"/>
      </w:pPr>
      <w:r>
        <w:t>Complete argument on Tafakkur and its importance</w:t>
      </w:r>
    </w:p>
    <w:p>
      <w:r>
        <w:rPr>
          <w:color w:val="666666"/>
          <w:sz w:val="18"/>
        </w:rPr>
        <w:t>The Concept Of Contemplation In Islam -English · 3m 36s · at 0:44 · https://youtu.be/6T363zDBUL4?t=44</w:t>
      </w:r>
    </w:p>
    <w:p>
      <w:r>
        <w:rPr>
          <w:i/>
        </w:rPr>
        <w:t>“The topic for this day is the concept of Tafakkur in Islam.”</w:t>
      </w:r>
    </w:p>
    <w:p>
      <w:r>
        <w:rPr>
          <w:sz w:val="20"/>
        </w:rPr>
        <w:t>0:44  The topic for this day is the concept of tafkeer in Islam, T-A-F-K-E-E-R, the concept of tafkeer in Islam.</w:t>
      </w:r>
      <w:r>
        <w:br/>
      </w:r>
      <w:r>
        <w:rPr>
          <w:sz w:val="20"/>
        </w:rPr>
        <w:t>1:06  aur word tafkeer and also some other words with the same name, with the same meaning, are used in the Quran frequently.</w:t>
      </w:r>
      <w:r>
        <w:br/>
      </w:r>
      <w:r>
        <w:rPr>
          <w:sz w:val="20"/>
        </w:rPr>
        <w:t>1:26  For example, tafkeer, tazkir, tasawwur, these words are synonymous. So if you read Quran, you will find that Quran laid great emphasis on tafkeer. Tafkeer is very important practice in Islam.</w:t>
      </w:r>
      <w:r>
        <w:br/>
      </w:r>
      <w:r>
        <w:rPr>
          <w:sz w:val="20"/>
        </w:rPr>
        <w:t>1:56  Now, what is tafakkur? Tafakkur means contemplation, thinking.</w:t>
      </w:r>
      <w:r>
        <w:br/>
      </w:r>
      <w:r>
        <w:rPr>
          <w:sz w:val="20"/>
        </w:rPr>
        <w:t>2:13  There is a verse in the Quran, in these words, that Quran was revealed for one purpose, li yadabbaru</w:t>
      </w:r>
      <w:r>
        <w:br/>
      </w:r>
      <w:r>
        <w:rPr>
          <w:sz w:val="20"/>
        </w:rPr>
        <w:t>2:30  Ayatihi, so that you may ponder over its verses, li yaddabbaru Ayatihi, so that they may ponder over its verses.</w:t>
      </w:r>
      <w:r>
        <w:br/>
      </w:r>
      <w:r>
        <w:rPr>
          <w:sz w:val="20"/>
        </w:rPr>
        <w:t>2:48  There are other verses of the Quran with the same meaning. These verses of the Quran clearly mention that the most important aspect of revelation is tafkeer.</w:t>
      </w:r>
      <w:r>
        <w:br/>
      </w:r>
      <w:r>
        <w:rPr>
          <w:sz w:val="20"/>
        </w:rPr>
        <w:t>3:16  So what is the importance of tafkeer? The fact is that our mind has great potential. There are billion and billion and billion particles in every mind.</w:t>
      </w:r>
      <w:r>
        <w:br/>
      </w:r>
      <w:r>
        <w:rPr>
          <w:sz w:val="20"/>
        </w:rPr>
        <w:t>3:41  What are these particles? They are not sand, they are particles of information. So our mind is full of potentials.</w:t>
      </w:r>
      <w:r>
        <w:br/>
      </w:r>
      <w:r>
        <w:rPr>
          <w:sz w:val="20"/>
        </w:rPr>
        <w:t>3:59  Our sole purpose is to unfold these potentials, to turn the potentials of our mind into actual. There is a sole purpose of human life, there is a sole purpose of the Quran.</w:t>
      </w:r>
      <w:r>
        <w:br/>
      </w:r>
      <w:r>
        <w:rPr>
          <w:sz w:val="20"/>
        </w:rPr>
        <w:t>4:20  According to my experience, the greatest danger among people is confused thinking, confused thinking, because people don't spend</w:t>
      </w:r>
    </w:p>
    <w:p>
      <w:pPr>
        <w:pStyle w:val="Heading2"/>
      </w:pPr>
      <w:r>
        <w:t>Why Quran alone is not enough for Islam</w:t>
      </w:r>
    </w:p>
    <w:p>
      <w:r>
        <w:rPr>
          <w:color w:val="666666"/>
          <w:sz w:val="18"/>
        </w:rPr>
        <w:t>An Introduction to Hadith | July 25, 2007 · 4m 03s · at 17:03 · https://youtu.be/gfGuT-o5mSM?t=1023</w:t>
      </w:r>
    </w:p>
    <w:p>
      <w:r>
        <w:rPr>
          <w:i/>
        </w:rPr>
        <w:t>“Ali - Ali ibn Talib was the fourth Caliph of Islam”</w:t>
      </w:r>
    </w:p>
    <w:p>
      <w:r>
        <w:rPr>
          <w:sz w:val="20"/>
        </w:rPr>
        <w:t>17:03  Ali - Ali ibn Talib was the fourth Caliph of Islam.</w:t>
      </w:r>
      <w:r>
        <w:br/>
      </w:r>
      <w:r>
        <w:rPr>
          <w:sz w:val="20"/>
        </w:rPr>
        <w:t>17:14  So, during his Caliphate, there was a sect - it is called in Islamic history Khawarij or Khawariji.</w:t>
      </w:r>
      <w:r>
        <w:br/>
      </w:r>
      <w:r>
        <w:rPr>
          <w:sz w:val="20"/>
        </w:rPr>
        <w:t>17:24  So, Khawarij were believing - they adopted this slogan - they adopted this slogan that "Hasbuna Kitabullah</w:t>
      </w:r>
      <w:r>
        <w:br/>
      </w:r>
      <w:r>
        <w:rPr>
          <w:sz w:val="20"/>
        </w:rPr>
        <w:t>17:35  " - "Hasbuna Kitabullah" - the book of God is the Nafas or Quran is the Nafas.</w:t>
      </w:r>
      <w:r>
        <w:br/>
      </w:r>
      <w:r>
        <w:rPr>
          <w:sz w:val="20"/>
        </w:rPr>
        <w:t>17:42  We do not need Hadith.</w:t>
      </w:r>
      <w:r>
        <w:br/>
      </w:r>
      <w:r>
        <w:rPr>
          <w:sz w:val="20"/>
        </w:rPr>
        <w:t>17:50  Now, in our present time, also there are some people, some sects who claim the same thing.</w:t>
      </w:r>
      <w:r>
        <w:br/>
      </w:r>
      <w:r>
        <w:rPr>
          <w:sz w:val="20"/>
        </w:rPr>
        <w:t>17:57  They say that we</w:t>
      </w:r>
      <w:r>
        <w:br/>
      </w:r>
      <w:r>
        <w:rPr>
          <w:sz w:val="20"/>
        </w:rPr>
        <w:t>18:05  need no Hadith to understand Islam.</w:t>
      </w:r>
      <w:r>
        <w:br/>
      </w:r>
      <w:r>
        <w:rPr>
          <w:sz w:val="20"/>
        </w:rPr>
        <w:t>18:11  Quran is enough for us, but it is wrong.</w:t>
      </w:r>
      <w:r>
        <w:br/>
      </w:r>
      <w:r>
        <w:rPr>
          <w:sz w:val="20"/>
        </w:rPr>
        <w:t>18:17  This kind of notion is wrong.</w:t>
      </w:r>
      <w:r>
        <w:br/>
      </w:r>
      <w:r>
        <w:rPr>
          <w:sz w:val="20"/>
        </w:rPr>
        <w:t>18:24  Only Quran is not enough for us to understand the Islamic religion.</w:t>
      </w:r>
      <w:r>
        <w:br/>
      </w:r>
      <w:r>
        <w:rPr>
          <w:sz w:val="20"/>
        </w:rPr>
        <w:t>18:30  If you read Quran, you will find that Quran is a book of ideology</w:t>
      </w:r>
      <w:r>
        <w:br/>
      </w:r>
      <w:r>
        <w:rPr>
          <w:sz w:val="20"/>
        </w:rPr>
        <w:t>18:36  - a book of ideology.</w:t>
      </w:r>
      <w:r>
        <w:br/>
      </w:r>
      <w:r>
        <w:rPr>
          <w:sz w:val="20"/>
        </w:rPr>
        <w:t>18:42  As far as the ideology of Islam is concerned, you can find it in the Quran.</w:t>
      </w:r>
      <w:r>
        <w:br/>
      </w:r>
      <w:r>
        <w:rPr>
          <w:sz w:val="20"/>
        </w:rPr>
        <w:t>18:48  But ideology is not enough.</w:t>
      </w:r>
      <w:r>
        <w:br/>
      </w:r>
      <w:r>
        <w:rPr>
          <w:sz w:val="20"/>
        </w:rPr>
        <w:t>18:54  You must know some practical aspects also.</w:t>
      </w:r>
      <w:r>
        <w:br/>
      </w:r>
      <w:r>
        <w:rPr>
          <w:sz w:val="20"/>
        </w:rPr>
        <w:t>19:00  So, you read the ideology of Islam in the Quran, but how to translate it into practice? How</w:t>
      </w:r>
      <w:r>
        <w:br/>
      </w:r>
      <w:r>
        <w:rPr>
          <w:sz w:val="20"/>
        </w:rPr>
        <w:t>19:06  to translate it into practice? There are other questions, and only reading of Quran cannot help you in this regard. So, Hadith tells us how to practice the Islamic ideology. The Prophet of Islam practiced Islam</w:t>
      </w:r>
      <w:r>
        <w:br/>
      </w:r>
      <w:r>
        <w:rPr>
          <w:sz w:val="20"/>
        </w:rPr>
        <w:t>19:36  . Once his wife Aisha was asked about the ethics of the Prophet of Islam, she narrated this verse of the Quran: "Inna ka laa laa khulqin aazim." Your akhlaq is Quranic akhlaq. Your life is Quranic life. So, Quran was an ide</w:t>
      </w:r>
      <w:r>
        <w:br/>
      </w:r>
      <w:r>
        <w:rPr>
          <w:sz w:val="20"/>
        </w:rPr>
        <w:t>20:06  ology, and the Prophet of Islam was a practical example of the Quran.</w:t>
      </w:r>
      <w:r>
        <w:br/>
      </w:r>
      <w:r>
        <w:rPr>
          <w:sz w:val="20"/>
        </w:rPr>
        <w:t>20:13  The Prophet of Islam was a practical example of the Quranic teachings.</w:t>
      </w:r>
      <w:r>
        <w:br/>
      </w:r>
      <w:r>
        <w:rPr>
          <w:sz w:val="20"/>
        </w:rPr>
        <w:t>20:19  So, simply reading Quran is not enough.</w:t>
      </w:r>
      <w:r>
        <w:br/>
      </w:r>
      <w:r>
        <w:rPr>
          <w:sz w:val="20"/>
        </w:rPr>
        <w:t>20:25  If you are sincere, if you want to know how to practice Quranic ideology, you have no option</w:t>
      </w:r>
      <w:r>
        <w:br/>
      </w:r>
      <w:r>
        <w:rPr>
          <w:sz w:val="20"/>
        </w:rPr>
        <w:t>20:31  other than to opt for the Sunnah, for the Hadith,</w:t>
      </w:r>
      <w:r>
        <w:br/>
      </w:r>
      <w:r>
        <w:rPr>
          <w:sz w:val="20"/>
        </w:rPr>
        <w:t>20:37  for prophetic examples.</w:t>
      </w:r>
      <w:r>
        <w:br/>
      </w:r>
      <w:r>
        <w:rPr>
          <w:sz w:val="20"/>
        </w:rPr>
        <w:t>20:43  So, it is wrong to say that Quran is enough.</w:t>
      </w:r>
      <w:r>
        <w:br/>
      </w:r>
      <w:r>
        <w:rPr>
          <w:sz w:val="20"/>
        </w:rPr>
        <w:t>20:49  We need no Hadith because without the help of Hadith, you cannot understand the practical aspect of Islam.</w:t>
      </w:r>
      <w:r>
        <w:br/>
      </w:r>
      <w:r>
        <w:rPr>
          <w:sz w:val="20"/>
        </w:rPr>
        <w:t>20:55  Quran gives us the ideological aspect of Islam, the critical aspect of Islam.</w:t>
      </w:r>
      <w:r>
        <w:br/>
      </w:r>
      <w:r>
        <w:rPr>
          <w:sz w:val="20"/>
        </w:rPr>
        <w:t>21:01  But as far as the practical aspect</w:t>
      </w:r>
    </w:p>
    <w:p>
      <w:pPr>
        <w:pStyle w:val="Heading2"/>
      </w:pPr>
      <w:r>
        <w:t>Full history of Quran's journey to translation</w:t>
      </w:r>
    </w:p>
    <w:p>
      <w:r>
        <w:rPr>
          <w:color w:val="666666"/>
          <w:sz w:val="18"/>
        </w:rPr>
        <w:t>For The Sake of God July 27, 2014 · 5m 15s · at 17:27 · https://youtu.be/3lPfny7j2NE?t=1047</w:t>
      </w:r>
    </w:p>
    <w:p>
      <w:r>
        <w:rPr>
          <w:i/>
        </w:rPr>
        <w:t>“Rasul Allah par jab Quran utarta tha to sahaba ko sunate”</w:t>
      </w:r>
    </w:p>
    <w:p>
      <w:r>
        <w:rPr>
          <w:sz w:val="20"/>
        </w:rPr>
        <w:t>17:27  chunaancha dekhiye, rasool allah salallaho alaihi wasallam par jab quran utarta tha to aap sahaba ko sunate the.</w:t>
      </w:r>
      <w:r>
        <w:br/>
      </w:r>
      <w:r>
        <w:rPr>
          <w:sz w:val="20"/>
        </w:rPr>
        <w:t>17:36  aap jante hain ke is zamane mein printing press nahi tha, sab memory pe chalta tha, sab kuch memory par. to rasool allah ne suna jibril se, phir aap ne sunaya sahaba ko, sahaba ne yaad kar liya.</w:t>
      </w:r>
      <w:r>
        <w:br/>
      </w:r>
      <w:r>
        <w:rPr>
          <w:sz w:val="20"/>
        </w:rPr>
        <w:t>17:55  ab sahaba jo hain, muqri ban gaye. muqri mani hote hain parh kar sunane wala. ab jagah jagah woh suna rahe hain.</w:t>
      </w:r>
      <w:r>
        <w:br/>
      </w:r>
      <w:r>
        <w:rPr>
          <w:sz w:val="20"/>
        </w:rPr>
        <w:t>18:07  that was first phase of dawah, yani quran ko le kar ke apni memory mein us ko mehfooz kar ke jahan insan mile, un ko sunana, jahan insan mile, us ko sunana.</w:t>
      </w:r>
      <w:r>
        <w:br/>
      </w:r>
      <w:r>
        <w:rPr>
          <w:sz w:val="20"/>
        </w:rPr>
        <w:t>18:21  yeh tha.</w:t>
      </w:r>
      <w:r>
        <w:br/>
      </w:r>
      <w:r>
        <w:rPr>
          <w:sz w:val="20"/>
        </w:rPr>
        <w:t>18:24  phir agle agla jo phase hai, woh yeh ke logon ne likha, us ko haath se likha. tab haath hi se likha jata tha, haath se likh likh kar ke kuch mushaf tayyar kiye.</w:t>
      </w:r>
      <w:r>
        <w:br/>
      </w:r>
      <w:r>
        <w:rPr>
          <w:sz w:val="20"/>
        </w:rPr>
        <w:t>18:38  kabhi qita likhenge aap haath se, haath se qita likhenge aap, zyada nahi likh sakte aap. to kuch copy likhe hue quran ki tayyar ho gayi.</w:t>
      </w:r>
      <w:r>
        <w:br/>
      </w:r>
      <w:r>
        <w:rPr>
          <w:sz w:val="20"/>
        </w:rPr>
        <w:t>18:51  is tarah chalta raha.</w:t>
      </w:r>
      <w:r>
        <w:br/>
      </w:r>
      <w:r>
        <w:rPr>
          <w:sz w:val="20"/>
        </w:rPr>
        <w:t>18:54  phir aap jante hain ke</w:t>
      </w:r>
      <w:r>
        <w:br/>
      </w:r>
      <w:r>
        <w:rPr>
          <w:sz w:val="20"/>
        </w:rPr>
        <w:t>18:58  masjido mein, madarso mein, jagah jagah parhaya jata raha, suna jata raha. lekin kya arabic text hai? is ka jo charchah tha, woh arabic text ka charchah tha.</w:t>
      </w:r>
      <w:r>
        <w:br/>
      </w:r>
      <w:r>
        <w:rPr>
          <w:sz w:val="20"/>
        </w:rPr>
        <w:t>19:12  arabic text. is ke baad jab printing press aaya atharveen sadi mein to musalmano ne us ko chhapa, yani printing yeh paper bana, printing press bana to chhapa, chhap chhap kar ke har ghar mein, har madrase mein, har masjid mein pahunchaya.</w:t>
      </w:r>
      <w:r>
        <w:br/>
      </w:r>
      <w:r>
        <w:rPr>
          <w:sz w:val="20"/>
        </w:rPr>
        <w:t>19:37  tab bhi kya tha? arabic text.</w:t>
      </w:r>
      <w:r>
        <w:br/>
      </w:r>
      <w:r>
        <w:rPr>
          <w:sz w:val="20"/>
        </w:rPr>
        <w:t>19:42  goya hazar saal tak quran jo hai, arabic text ki surat mein logon tak pahunchta raha. aap ghor kijiye ke quran mein tha ke "likon lil alameen nazeera",</w:t>
      </w:r>
      <w:r>
        <w:br/>
      </w:r>
      <w:r>
        <w:rPr>
          <w:sz w:val="20"/>
        </w:rPr>
        <w:t>19:58  yani sare alam ke liye nazeer bane, sare alam ke liye warner bane. warner to sara alam tak kahan pahuncha?</w:t>
      </w:r>
      <w:r>
        <w:br/>
      </w:r>
      <w:r>
        <w:rPr>
          <w:sz w:val="20"/>
        </w:rPr>
        <w:t>20:08  duniya mein to ek hazar language hain, sirf arabi to nahi hai. to hazar saal tak quran sirf un logon ki cheez bana raha jo arabic language jante hon, yani un un un other words musalman ke liye quran musalman ki kitab bana raha hai.</w:t>
      </w:r>
      <w:r>
        <w:br/>
      </w:r>
      <w:r>
        <w:rPr>
          <w:sz w:val="20"/>
        </w:rPr>
        <w:t>20:29  logon tak pahunchane ke liye zaroori tha ke is ka translation kiya jaye.</w:t>
      </w:r>
      <w:r>
        <w:br/>
      </w:r>
      <w:r>
        <w:rPr>
          <w:sz w:val="20"/>
        </w:rPr>
        <w:t>20:34  dekhiye, yahan par yeh baat samajh lijiye ke quran mein chuki yeh likha hua nahi hai ke aye musalmano, quran ka translation karo taake log samjhein.</w:t>
      </w:r>
      <w:r>
        <w:br/>
      </w:r>
      <w:r>
        <w:rPr>
          <w:sz w:val="20"/>
        </w:rPr>
        <w:t>20:47  is liye hamare ulama translation hi ko najayaz samajhte rahe. isi dilli mein bohat hi ajib baat hai,</w:t>
      </w:r>
      <w:r>
        <w:br/>
      </w:r>
      <w:r>
        <w:rPr>
          <w:sz w:val="20"/>
        </w:rPr>
        <w:t>20:57  yahi dilli mein ek tha bohat bara alam, shabir allah dihlevi, un ko kaha jata hai. pehli baar unhone persian mein tarjuma kiya, persian mein tarjuma kiya to logon ko marne ke liye daude, marne ke liye isi dilli mein ghar mein chhup gaye woh</w:t>
      </w:r>
      <w:r>
        <w:br/>
      </w:r>
      <w:r>
        <w:rPr>
          <w:sz w:val="20"/>
        </w:rPr>
        <w:t>21:17  kyunki samajhte the ke quran ka tarjuma nahi hona chahiye. aur ek bana liya tha, ek ek sakhta aqeedah ke translation jo hai, woh sahi ho nahi sakta, kuch na kuch galti hogi to sirf arabi rahe, arabi rahe.</w:t>
      </w:r>
      <w:r>
        <w:br/>
      </w:r>
      <w:r>
        <w:rPr>
          <w:sz w:val="20"/>
        </w:rPr>
        <w:t>21:31  to printing press aane ke baad bhi quran ko sirf arabi mein phailaya jata raha. printing press aaya aur modern technology aayi,</w:t>
      </w:r>
      <w:r>
        <w:br/>
      </w:r>
      <w:r>
        <w:rPr>
          <w:sz w:val="20"/>
        </w:rPr>
        <w:t>21:45  safar hone lage, aana jana aasan ho gaya, sab kuch ho gaya. lekin phir bhi quran sirf arabi mein phailta raha. goya duniya be khabar hai.</w:t>
      </w:r>
      <w:r>
        <w:br/>
      </w:r>
      <w:r>
        <w:rPr>
          <w:sz w:val="20"/>
        </w:rPr>
        <w:t>21:55  abhi hamare ek sathi bombay ke, unhone ka telephone aaya ke bombay mein woh ek aadmi se mile jo foreign mission ke tehat woh saudi arab mein tha,</w:t>
      </w:r>
      <w:r>
        <w:br/>
      </w:r>
      <w:r>
        <w:rPr>
          <w:sz w:val="20"/>
        </w:rPr>
        <w:t>22:09  das saal, 71 saal wahan raha hua. to is ne kaha ke shuyookh aate thay hamare paas to quran hum ko bator gift dete thay, gift bohat acha chhupa hua, sone ka kaam bana hua.</w:t>
      </w:r>
      <w:r>
        <w:br/>
      </w:r>
      <w:r>
        <w:rPr>
          <w:sz w:val="20"/>
        </w:rPr>
        <w:t>22:21  lekin kya hota tha? arabic, arabic, arabic. to wo jab kholta tha arabic to wo shelf mein rakh deta tha. yaani saudi arab mein kisi ne is ko quran ka translation nahi diya</w:t>
      </w:r>
      <w:r>
        <w:br/>
      </w:r>
      <w:r>
        <w:rPr>
          <w:sz w:val="20"/>
        </w:rPr>
        <w:t>22:36  kyun ke musalman jante nahi thay ke quran ka tarjuma kar ke logon tak pahunchana hai.</w:t>
      </w:r>
    </w:p>
    <w:p>
      <w:pPr>
        <w:pStyle w:val="Heading2"/>
      </w:pPr>
      <w:r>
        <w:t>Quran as first written scripture in history</w:t>
      </w:r>
    </w:p>
    <w:p>
      <w:r>
        <w:rPr>
          <w:color w:val="666666"/>
          <w:sz w:val="18"/>
        </w:rPr>
        <w:t>Quran The Book of God January 4, 2008 Maulana Wahiduddin Khan · 3m 50s · at 0:35 · https://youtu.be/8geIHuPSE8g?t=35</w:t>
      </w:r>
    </w:p>
    <w:p>
      <w:r>
        <w:rPr>
          <w:i/>
        </w:rPr>
        <w:t>“Aaj mujhe Quran ke baare mein kuch kehna hai”</w:t>
      </w:r>
    </w:p>
    <w:p>
      <w:r>
        <w:rPr>
          <w:sz w:val="20"/>
        </w:rPr>
        <w:t>0:35  aaj mujhe quran ke bare mein kuch kehna hai.</w:t>
      </w:r>
      <w:r>
        <w:br/>
      </w:r>
      <w:r>
        <w:rPr>
          <w:sz w:val="20"/>
        </w:rPr>
        <w:t>0:43  quran ka lafzi matlab hai parhi jaane wali cheez, parhi jaane wali kitab.</w:t>
      </w:r>
      <w:r>
        <w:br/>
      </w:r>
      <w:r>
        <w:rPr>
          <w:sz w:val="20"/>
        </w:rPr>
        <w:t>0:58  dekhiye, yeh saada baat nahi hai. agar aap religion ki history ko dekhen to quran se pehle jo bhi mazhabi kitaben thin,</w:t>
      </w:r>
      <w:r>
        <w:br/>
      </w:r>
      <w:r>
        <w:rPr>
          <w:sz w:val="20"/>
        </w:rPr>
        <w:t>1:15  wo sab sun kar jani jati thin.</w:t>
      </w:r>
      <w:r>
        <w:br/>
      </w:r>
      <w:r>
        <w:rPr>
          <w:sz w:val="20"/>
        </w:rPr>
        <w:t>1:21  sun, sunna yeh zariya tha un ka. quran pehli kitab hai jo parh kar jaane wali kitab bani.</w:t>
      </w:r>
      <w:r>
        <w:br/>
      </w:r>
      <w:r>
        <w:rPr>
          <w:sz w:val="20"/>
        </w:rPr>
        <w:t>1:32  yani jab rasool Allah par, Muhammad sallallahu alaihi wasallam par wahi aati thi, yani quran ka koi hissa utarta tha, to usi waqt aap us ko likhwa dete the.</w:t>
      </w:r>
      <w:r>
        <w:br/>
      </w:r>
      <w:r>
        <w:rPr>
          <w:sz w:val="20"/>
        </w:rPr>
        <w:t>1:45  yani aap bolte the aur likhne wale likhte the. is tarah ke taqreeban do darjan aadmi the jin ko kuttab-e-wahi kaha jata hai.</w:t>
      </w:r>
      <w:r>
        <w:br/>
      </w:r>
      <w:r>
        <w:rPr>
          <w:sz w:val="20"/>
        </w:rPr>
        <w:t>2:00  yani wahi ko likhne wale. to har waqt koi na koi in mein se aap ke paas hota tha.</w:t>
      </w:r>
      <w:r>
        <w:br/>
      </w:r>
      <w:r>
        <w:rPr>
          <w:sz w:val="20"/>
        </w:rPr>
        <w:t>2:09  khud Hazrat Aisha jo thin, aap ki wife, wo bhi ek katib-e-wahi thin. Hazrat Abu Bakr ek katib-e-wahi the. to is baat ko aap samajh lijiye ke rasool Allah khud agarche ummi the,</w:t>
      </w:r>
      <w:r>
        <w:br/>
      </w:r>
      <w:r>
        <w:rPr>
          <w:sz w:val="20"/>
        </w:rPr>
        <w:t>2:24  lekin aap ke sath har waqt koi na koi aisa aadmi rehta tha jo likhna aur parhna janta tha. is wajah se quran ne ek nai tareekh ka aghaz kiya.</w:t>
      </w:r>
      <w:r>
        <w:br/>
      </w:r>
      <w:r>
        <w:rPr>
          <w:sz w:val="20"/>
        </w:rPr>
        <w:t>2:39  aishri kitaben agar sunne par mabni hua karti thin, yani sun kar janna, sun kar maloom karna, to quran ek aisi kitab bani jis ko ke parh kar aap samajh saken.</w:t>
      </w:r>
      <w:r>
        <w:br/>
      </w:r>
      <w:r>
        <w:rPr>
          <w:sz w:val="20"/>
        </w:rPr>
        <w:t>2:58  is mamle mein aap ka ehtimam itna zyada tha ke safar mein bhi aap qalam aur roshnai sath hoti thi aap ke, aur paper.</w:t>
      </w:r>
      <w:r>
        <w:br/>
      </w:r>
      <w:r>
        <w:rPr>
          <w:sz w:val="20"/>
        </w:rPr>
        <w:t>3:08  jaise misal ke taur par hijrat ka jo safar hua, yani Makka ke 13 saal baad aap Makka se migrate kar ke Madina gae.</w:t>
      </w:r>
      <w:r>
        <w:br/>
      </w:r>
      <w:r>
        <w:rPr>
          <w:sz w:val="20"/>
        </w:rPr>
        <w:t>3:21  yeh safar ek bohat hi</w:t>
      </w:r>
      <w:r>
        <w:br/>
      </w:r>
      <w:r>
        <w:rPr>
          <w:sz w:val="20"/>
        </w:rPr>
        <w:t>3:25  emergency ki halat mein hua tha. lekin us waqt bhi aap ke paas qalam aur kaghaz maujood tha. chunancha rastay mein ek bar aisa hua ke Hazrat Abu Bakr jo aap ke saathi the,</w:t>
      </w:r>
      <w:r>
        <w:br/>
      </w:r>
      <w:r>
        <w:rPr>
          <w:sz w:val="20"/>
        </w:rPr>
        <w:t>3:39  un se aap ne ek cheez likhwai aur unhon ne qalam kaghaz nikal kar us ko likha. to is se andaza hota hai ke quran ke likhne ka ehtimam pehle din se tha aur hamesha raha.</w:t>
      </w:r>
      <w:r>
        <w:br/>
      </w:r>
      <w:r>
        <w:rPr>
          <w:sz w:val="20"/>
        </w:rPr>
        <w:t>3:54  ab quran mazhab ki tareekh mein pehli kitab bani jo likhi gai. ab jo doosri kitaben hain, aaj to dekhte hain un ko aap kitabi ki shakal mein, doosri mazhabi kitaben, lekin yeh baad ko likhi gai aur chhapi gai hain.</w:t>
      </w:r>
      <w:r>
        <w:br/>
      </w:r>
      <w:r>
        <w:rPr>
          <w:sz w:val="20"/>
        </w:rPr>
        <w:t>4:11  yeh baad ko likhi aur chhapi gai hain. jis waqt wo kitab aai ya pesh ki gai, us waqt wo sunne wali kitab thi. aur quran jo hai, pehle din se hi parhne wali kitab thi.</w:t>
      </w:r>
    </w:p>
    <w:p>
      <w:pPr>
        <w:pStyle w:val="Heading2"/>
      </w:pPr>
      <w:r>
        <w:t>Contemplating universe and seeking forgiveness on Laylat al-Qadr</w:t>
      </w:r>
    </w:p>
    <w:p>
      <w:r>
        <w:rPr>
          <w:color w:val="666666"/>
          <w:sz w:val="18"/>
        </w:rPr>
        <w:t>Ramadan a Month of Study of Quran August 23, 2009 · 5m 51s · at 19:14 · https://youtu.be/8z-v68n7WuA?t=1154</w:t>
      </w:r>
    </w:p>
    <w:p>
      <w:r>
        <w:rPr>
          <w:i/>
        </w:rPr>
        <w:t>“Quran mein aaya hai ki Allah ne aasman ko buland kiya”</w:t>
      </w:r>
    </w:p>
    <w:p>
      <w:r>
        <w:rPr>
          <w:sz w:val="20"/>
        </w:rPr>
        <w:t>19:14  jaise misaal ke taur par</w:t>
      </w:r>
      <w:r>
        <w:br/>
      </w:r>
      <w:r>
        <w:rPr>
          <w:sz w:val="20"/>
        </w:rPr>
        <w:t>19:16  quran mein ek aayat hai ke</w:t>
      </w:r>
      <w:r>
        <w:br/>
      </w:r>
      <w:r>
        <w:rPr>
          <w:sz w:val="20"/>
        </w:rPr>
        <w:t>19:20  allah ne aasman ko buland kiya is tarah ke bina amadin tarawunaha</w:t>
      </w:r>
      <w:r>
        <w:br/>
      </w:r>
      <w:r>
        <w:rPr>
          <w:sz w:val="20"/>
        </w:rPr>
        <w:t>19:29  yani ek poori kainat hai</w:t>
      </w:r>
      <w:r>
        <w:br/>
      </w:r>
      <w:r>
        <w:rPr>
          <w:sz w:val="20"/>
        </w:rPr>
        <w:t>19:32  jis ko hum aasman kehte hain to bina amadin tarawunaha is ka koi is ka koi</w:t>
      </w:r>
      <w:r>
        <w:br/>
      </w:r>
      <w:r>
        <w:rPr>
          <w:sz w:val="20"/>
        </w:rPr>
        <w:t>19:39  satoon nahi is ka koi pillars nahi yani itni bari kainat khari hui hai bina pillars ke</w:t>
      </w:r>
      <w:r>
        <w:br/>
      </w:r>
      <w:r>
        <w:rPr>
          <w:sz w:val="20"/>
        </w:rPr>
        <w:t>19:46  is par aap sochen. To ab jo dekhiye jo pehle insan is ko ek aqide ke taur par janta tha.</w:t>
      </w:r>
      <w:r>
        <w:br/>
      </w:r>
      <w:r>
        <w:rPr>
          <w:sz w:val="20"/>
        </w:rPr>
        <w:t>19:56  ab science ne is ko ek waqe ke taur par bata diya hai. Keh jab se insan ne telescope discover ki telescope to insan ko ke liye mumkin ho gaya keh bohat door tak dekhe.</w:t>
      </w:r>
      <w:r>
        <w:br/>
      </w:r>
      <w:r>
        <w:rPr>
          <w:sz w:val="20"/>
        </w:rPr>
        <w:t>20:15  phir telescope aisi banayi gayin jis mein keh camera lage hue the. Aise satellite banaye gaye keh upar gaye upar ja kar unhon ne photo liya.</w:t>
      </w:r>
      <w:r>
        <w:br/>
      </w:r>
      <w:r>
        <w:rPr>
          <w:sz w:val="20"/>
        </w:rPr>
        <w:t>20:25  to bohat door tak insan ne dekha. To maloom hua keh kainat jo hai bohat hi bari hai. Yaani space abhi tak space ke koi limit nahin maloom hum ko.</w:t>
      </w:r>
      <w:r>
        <w:br/>
      </w:r>
      <w:r>
        <w:rPr>
          <w:sz w:val="20"/>
        </w:rPr>
        <w:t>20:36  is ke space ke andar kya hain galaxies hain bohat hi bari bari. Million billion sitare ek ek galaxy mein hain.</w:t>
      </w:r>
      <w:r>
        <w:br/>
      </w:r>
      <w:r>
        <w:rPr>
          <w:sz w:val="20"/>
        </w:rPr>
        <w:t>20:47  stars hain planets hain. Ab bohat hi door tak phailaye hue hain. In ki duriyan itni zyada hain keh hum is tarah nahin nap sakte jis tarah hum napte hain shaharoon ko.</w:t>
      </w:r>
      <w:r>
        <w:br/>
      </w:r>
      <w:r>
        <w:rPr>
          <w:sz w:val="20"/>
        </w:rPr>
        <w:t>20:58  keh hum kehte hain keh Dilli se Kolkata itne miles hain. Aisa hum nahin keh paate. To wahan par light years ko istemal kiya jata hai.</w:t>
      </w:r>
      <w:r>
        <w:br/>
      </w:r>
      <w:r>
        <w:rPr>
          <w:sz w:val="20"/>
        </w:rPr>
        <w:t>21:08  light years ko istemal kar ke aata hai is distance ko batane ke liye jo universe mein hai. Aur yeh sara space mein hai. Aisa nahin hai keh jaise koi koi koi koi koi cheez ho is par khada hua ho.</w:t>
      </w:r>
      <w:r>
        <w:br/>
      </w:r>
      <w:r>
        <w:rPr>
          <w:sz w:val="20"/>
        </w:rPr>
        <w:t>21:24  jaise yeh building jo hai ek zameen par khadi hui hai. Yeh building ek zameen par khadi hui hai. Lekin itni bari jo space mein jo itni bari duniya hai kainat woh kisi se khadi nahin hui hai.</w:t>
      </w:r>
      <w:r>
        <w:br/>
      </w:r>
      <w:r>
        <w:rPr>
          <w:sz w:val="20"/>
        </w:rPr>
        <w:t>21:36  space mein moallaq hai. Space mein move kar rahi hai. Baghair amadan tarawnuha ab aap sochen keh itni bari kainat jis ki distance ko napne ke liye hum ko light years istemal karna padta hai.</w:t>
      </w:r>
      <w:r>
        <w:br/>
      </w:r>
      <w:r>
        <w:rPr>
          <w:sz w:val="20"/>
        </w:rPr>
        <w:t>21:51  to aap bilkul tharthari aa jayegi tharthari. Keh itni bari itni bari kainat baghair sutoon ke khadi hai.</w:t>
      </w:r>
      <w:r>
        <w:br/>
      </w:r>
      <w:r>
        <w:rPr>
          <w:sz w:val="20"/>
        </w:rPr>
        <w:t>22:01  baghair pillars ke khadi hai. Baghair kisi kisi base ke khadi hui hai. Hawa mein hai space mein hai.</w:t>
      </w:r>
      <w:r>
        <w:br/>
      </w:r>
      <w:r>
        <w:rPr>
          <w:sz w:val="20"/>
        </w:rPr>
        <w:t>22:12  to phir aap ko bilkul thartharahat ho jayegi aap ko. Isi ko kaha gaya keh wajalat quloobuhum un ka dil dahal uthe ga. To yeh kab ho ga jab aap sochen ge.</w:t>
      </w:r>
      <w:r>
        <w:br/>
      </w:r>
      <w:r>
        <w:rPr>
          <w:sz w:val="20"/>
        </w:rPr>
        <w:t>22:23  jab aap sochen ge. Sochen ge baghair nahin ho sakta hai. Yeh Allah taala ne jo farmaya keh Ramadan mein quran utra is raat yaani quran ke mutabiq woh raat ka waqt tha.</w:t>
      </w:r>
      <w:r>
        <w:br/>
      </w:r>
      <w:r>
        <w:rPr>
          <w:sz w:val="20"/>
        </w:rPr>
        <w:t>22:39  jab quran utarna shuru hua to woh raat ka waqt tha. Ramadan ke mahine ki koi aakhri date thi aur waqt tha raat ka.</w:t>
      </w:r>
      <w:r>
        <w:br/>
      </w:r>
      <w:r>
        <w:rPr>
          <w:sz w:val="20"/>
        </w:rPr>
        <w:t>22:48  is waqt Jibrael aaye. Is raat ko quran mein Lailat-ul-Qadr kaha gaya hai.</w:t>
      </w:r>
      <w:r>
        <w:br/>
      </w:r>
      <w:r>
        <w:rPr>
          <w:sz w:val="20"/>
        </w:rPr>
        <w:t>22:57  Inna anzalnahu fi Lailat-ul-Qadr to Lailat-ul-Qadr ki bohat ahmiyat hai. Khairun min alf shahr kaha gaya is ko. Hazar mahinon se behtar hai.</w:t>
      </w:r>
      <w:r>
        <w:br/>
      </w:r>
      <w:r>
        <w:rPr>
          <w:sz w:val="20"/>
        </w:rPr>
        <w:t>23:09  to chunanche log Ramadan ke aakhri mahinon mein Lailat-ul-Qadr ko pane ke liye ibadaten karte hain.</w:t>
      </w:r>
      <w:r>
        <w:br/>
      </w:r>
      <w:r>
        <w:rPr>
          <w:sz w:val="20"/>
        </w:rPr>
        <w:t>23:20  Hazrat Aisha ne Rasool Allah se poocha keh agar main Lailat-ul-Qadr ko pa jaon jis ko hum Shab-e-Qadr kehte hain</w:t>
      </w:r>
      <w:r>
        <w:br/>
      </w:r>
      <w:r>
        <w:rPr>
          <w:sz w:val="20"/>
        </w:rPr>
        <w:t>23:29  night of destiny to main kya karoon? To Rasool Allah ne farmaya keh tum yeh dua karo.</w:t>
      </w:r>
      <w:r>
        <w:br/>
      </w:r>
      <w:r>
        <w:rPr>
          <w:sz w:val="20"/>
        </w:rPr>
        <w:t>23:40  Allahumma anta Afuwwun tuhibbul afwa fa'afu anni Allahumma anta Afuwwun tuhibbul afwa fa'afu anni aye Allah</w:t>
      </w:r>
      <w:r>
        <w:br/>
      </w:r>
      <w:r>
        <w:rPr>
          <w:sz w:val="20"/>
        </w:rPr>
        <w:t>23:53  tu boht maaf karne wala hai. tu maafii ko pasand karta hai. tu mujh ko bhi maaf kar de.</w:t>
      </w:r>
      <w:r>
        <w:br/>
      </w:r>
      <w:r>
        <w:rPr>
          <w:sz w:val="20"/>
        </w:rPr>
        <w:t>24:04  is dua mein aap ne kya baat farmaii? yeh alfaaz nahi hain aap ke in alfaaz ko na samjhen ke bas yeh alfaaz dohra diye aap ne to bas kaam ho gaya aap ka.</w:t>
      </w:r>
      <w:r>
        <w:br/>
      </w:r>
      <w:r>
        <w:rPr>
          <w:sz w:val="20"/>
        </w:rPr>
        <w:t>24:13  yeh matlab nahi hai. is ka matlab yeh hai ke shab qadr jo hai aap ne yeh batana hai is ke zariye bataya ke shab qadr mein kya cheez mangna chahiye?</w:t>
      </w:r>
      <w:r>
        <w:br/>
      </w:r>
      <w:r>
        <w:rPr>
          <w:sz w:val="20"/>
        </w:rPr>
        <w:t>24:26  shab qadr milti hai aap ko to kya cheez mangna chahiye? aap aulaad mangen aur buildingen mangen aur paisa mangen business mangen is ke liye shab qadr nahi hai.</w:t>
      </w:r>
      <w:r>
        <w:br/>
      </w:r>
      <w:r>
        <w:rPr>
          <w:sz w:val="20"/>
        </w:rPr>
        <w:t>24:42  shab qadr is liye ke aap Allah ki maghfirat mangen.</w:t>
      </w:r>
      <w:r>
        <w:br/>
      </w:r>
      <w:r>
        <w:rPr>
          <w:sz w:val="20"/>
        </w:rPr>
        <w:t>24:47  ae Allah tu boht maaf karne wala hai maafii ko pasand karta hai tu tu mujhe mujhe maaf farma de. tu sab se bari mangne ki cheez Allah taala se yeh hai.</w:t>
      </w:r>
      <w:r>
        <w:br/>
      </w:r>
      <w:r>
        <w:rPr>
          <w:sz w:val="20"/>
        </w:rPr>
        <w:t>24:58  is dua ke zariye aap ne yeh sabak diya ke mangne ki cheez kya hai?</w:t>
      </w:r>
    </w:p>
    <w:p>
      <w:pPr>
        <w:pStyle w:val="Heading2"/>
      </w:pPr>
      <w:r>
        <w:t>Dawah is the only true mission</w:t>
      </w:r>
    </w:p>
    <w:p>
      <w:r>
        <w:rPr>
          <w:color w:val="666666"/>
          <w:sz w:val="18"/>
        </w:rPr>
        <w:t>The Modern Age October 20, 2018 · 4m 06s · at 6:10 · https://youtu.be/jcHURa9UnVY?t=370</w:t>
      </w:r>
    </w:p>
    <w:p>
      <w:r>
        <w:rPr>
          <w:i/>
        </w:rPr>
        <w:t>“Wajah kya hai iski? Jab aap Allah wala kaam karein”</w:t>
      </w:r>
    </w:p>
    <w:p>
      <w:r>
        <w:rPr>
          <w:sz w:val="20"/>
        </w:rPr>
        <w:t>6:10  wajah kya hai is ki? jab aap Allah wala kaam karen, yani dawat ka kaam, jis ko hum dawat ka kaam kehte hain, to dawat ka kaam mein kya hota hai?</w:t>
      </w:r>
      <w:r>
        <w:br/>
      </w:r>
      <w:r>
        <w:rPr>
          <w:sz w:val="20"/>
        </w:rPr>
        <w:t>6:24  aap ki inner spirit jo hai, woh address hoti hai ke main ne apne Rab ka kaam kiya, apne Rab ka jo hukum tha ke mera paigham phailao, logon ko batao ke tumhara khaliq kya chahta hai.</w:t>
      </w:r>
      <w:r>
        <w:br/>
      </w:r>
      <w:r>
        <w:rPr>
          <w:sz w:val="20"/>
        </w:rPr>
        <w:t>6:46  to aap ko is aitbar se aik sukoon milta hai ke main ne jis khaliq ne mujhe paida kiya hai, woh chahta tha ke main insaan ko bataun ke "what is the creation plan of God?</w:t>
      </w:r>
      <w:r>
        <w:br/>
      </w:r>
      <w:r>
        <w:rPr>
          <w:sz w:val="20"/>
        </w:rPr>
        <w:t>7:01  what is the purpose of life?" aakhirat ke baray mein, jannat ke baray mein bataun. to woh main ne bata diya, aur aakhirat mein jab aap ka samna hoga Rab-ul-Alameen se, to aap yeh keh sakenge ke Khudaya!</w:t>
      </w:r>
      <w:r>
        <w:br/>
      </w:r>
      <w:r>
        <w:rPr>
          <w:sz w:val="20"/>
        </w:rPr>
        <w:t>7:19  mere pas tera message tha, mere pas teri kitab thi, us ko main ne logon tak pohancha diya un ki apni understandable language mein.</w:t>
      </w:r>
      <w:r>
        <w:br/>
      </w:r>
      <w:r>
        <w:rPr>
          <w:sz w:val="20"/>
        </w:rPr>
        <w:t>7:29  to aap ghor kijiye ke kitna aap ko sukoon hasil hoga. main aik martaba main ne aik aadmi ko dekha, woh mamooli aadmi tha, mulazim tha kisi office mein.</w:t>
      </w:r>
      <w:r>
        <w:br/>
      </w:r>
      <w:r>
        <w:rPr>
          <w:sz w:val="20"/>
        </w:rPr>
        <w:t>7:48  to main ne aik pulat dekha us ko ke bari tezi se woh chala ja raha hai, chala ja raha hai. to main ne us se poocha ke aap kahan ja rahe hain? us ke chalne ka andaaz jo tha, us mein aik ajeeb qism ki yani khushi thi.</w:t>
      </w:r>
      <w:r>
        <w:br/>
      </w:r>
      <w:r>
        <w:rPr>
          <w:sz w:val="20"/>
        </w:rPr>
        <w:t>8:06  to us ne kaha ke collector sahib ka aik order hai, aik urgent order hai, us ko pohanchana hai. woh collectrate mein kaam karta tha, to kisi wajah se sham ko, yani der ho, din guzar chuka tha, sham ko koi message bhejna tha collector sahib ko.</w:t>
      </w:r>
      <w:r>
        <w:br/>
      </w:r>
      <w:r>
        <w:rPr>
          <w:sz w:val="20"/>
        </w:rPr>
        <w:t>8:28  is se kaha ke jo jaldi se le ke jao.</w:t>
      </w:r>
      <w:r>
        <w:br/>
      </w:r>
      <w:r>
        <w:rPr>
          <w:sz w:val="20"/>
        </w:rPr>
        <w:t>8:33  to aap ghor kijiye ke agar aap ko</w:t>
      </w:r>
      <w:r>
        <w:br/>
      </w:r>
      <w:r>
        <w:rPr>
          <w:sz w:val="20"/>
        </w:rPr>
        <w:t>8:39  yeh ehsas ho jaye ke mere rab ne, mere khaliq ne, mere creator ne, us ne mujhe ek message diya hai, quran allah ki taraf se mere paas aya hai ke aye bande!</w:t>
      </w:r>
      <w:r>
        <w:br/>
      </w:r>
      <w:r>
        <w:rPr>
          <w:sz w:val="20"/>
        </w:rPr>
        <w:t>8:53  to pohanchao logon tak, pohanchao. lakon lil alameen nazeera. to aap is ko le ke jab niklenge pohanchane ke liye logon ko, to aap ghor kijiye ke aap ko kitna zabardast aap ke yani khushi se sina phat raha hoga, aap ka khushi se sina phat raha hoga.</w:t>
      </w:r>
      <w:r>
        <w:br/>
      </w:r>
      <w:r>
        <w:rPr>
          <w:sz w:val="20"/>
        </w:rPr>
        <w:t>9:16  wo kaam hai aap ke paas, aur aap mother teresa ke model ki taraf dauren to aap ke paas bara kaam maujood tha karne ke liye, aap daure chhote se kaam ke liye.</w:t>
      </w:r>
      <w:r>
        <w:br/>
      </w:r>
      <w:r>
        <w:rPr>
          <w:sz w:val="20"/>
        </w:rPr>
        <w:t>9:32  main bohat se logon ko dekhta hoon ke mother teresa ko model banaye hue hain, aur yeh jo jis ko so called charity mein apna maal lagate hain,</w:t>
      </w:r>
      <w:r>
        <w:br/>
      </w:r>
      <w:r>
        <w:rPr>
          <w:sz w:val="20"/>
        </w:rPr>
        <w:t>9:50  main kahunga ke koi insan jis ko allah ki marifat ho jaye, allah ki marifat jis ke paas quran ho, jis ke paas allah ki book of god ho, book of guide,</w:t>
      </w:r>
      <w:r>
        <w:br/>
      </w:r>
      <w:r>
        <w:rPr>
          <w:sz w:val="20"/>
        </w:rPr>
        <w:t>10:07  us ko apni jeb ka ek ek paisa sirf allah ke message ko pohanchane mein lagana chahiye, aur kuch nahin.</w:t>
      </w:r>
    </w:p>
    <w:p>
      <w:pPr>
        <w:pStyle w:val="Heading2"/>
      </w:pPr>
      <w:r>
        <w:t>Becoming second best of universe</w:t>
      </w:r>
    </w:p>
    <w:p>
      <w:r>
        <w:rPr>
          <w:color w:val="666666"/>
          <w:sz w:val="18"/>
        </w:rPr>
        <w:t>How to Become 2nd Best in the Universe Oct 8, 2006 Maulana Wahiduddin Khan · 4m 15s · at 1:19 · https://youtu.be/drciAo6jF_o?t=79</w:t>
      </w:r>
    </w:p>
    <w:p>
      <w:r>
        <w:rPr>
          <w:i/>
        </w:rPr>
        <w:t>“How to become the second best of the universe”</w:t>
      </w:r>
    </w:p>
    <w:p>
      <w:r>
        <w:rPr>
          <w:sz w:val="20"/>
        </w:rPr>
        <w:t>1:19  woh yeh hai ke "how to become</w:t>
      </w:r>
      <w:r>
        <w:br/>
      </w:r>
      <w:r>
        <w:rPr>
          <w:sz w:val="20"/>
        </w:rPr>
        <w:t>1:27  the second best of the universe".</w:t>
      </w:r>
      <w:r>
        <w:br/>
      </w:r>
      <w:r>
        <w:rPr>
          <w:sz w:val="20"/>
        </w:rPr>
        <w:t>1:33  "how to become the second best of the universe".</w:t>
      </w:r>
      <w:r>
        <w:br/>
      </w:r>
      <w:r>
        <w:rPr>
          <w:sz w:val="20"/>
        </w:rPr>
        <w:t>1:43  dekhiye, is baat mein koi doubt nahi, koi is mein do raay nahi ke is universe ka jo first best hai,</w:t>
      </w:r>
      <w:r>
        <w:br/>
      </w:r>
      <w:r>
        <w:rPr>
          <w:sz w:val="20"/>
        </w:rPr>
        <w:t>1:58  woh is ka creator hai. zahir hai ke jo creator hai, us ke siwa kaun hai jo universe ka first best ban sake?</w:t>
      </w:r>
      <w:r>
        <w:br/>
      </w:r>
      <w:r>
        <w:rPr>
          <w:sz w:val="20"/>
        </w:rPr>
        <w:t>2:18  ab sawal yeh hai ke second best kaun ho sakta hai?</w:t>
      </w:r>
      <w:r>
        <w:br/>
      </w:r>
      <w:r>
        <w:rPr>
          <w:sz w:val="20"/>
        </w:rPr>
        <w:t>2:25  main samajhta hoon ke second best woh hai jo</w:t>
      </w:r>
      <w:r>
        <w:br/>
      </w:r>
      <w:r>
        <w:rPr>
          <w:sz w:val="20"/>
        </w:rPr>
        <w:t>2:32  creator ko</w:t>
      </w:r>
      <w:r>
        <w:br/>
      </w:r>
      <w:r>
        <w:rPr>
          <w:sz w:val="20"/>
        </w:rPr>
        <w:t>2:36  acknowledge kare,</w:t>
      </w:r>
      <w:r>
        <w:br/>
      </w:r>
      <w:r>
        <w:rPr>
          <w:sz w:val="20"/>
        </w:rPr>
        <w:t>2:41  jo creator ko discover kare.</w:t>
      </w:r>
      <w:r>
        <w:br/>
      </w:r>
      <w:r>
        <w:rPr>
          <w:sz w:val="20"/>
        </w:rPr>
        <w:t>2:48  main samajhta hoon ke wohi is universe mein second best hai.</w:t>
      </w:r>
      <w:r>
        <w:br/>
      </w:r>
      <w:r>
        <w:rPr>
          <w:sz w:val="20"/>
        </w:rPr>
        <w:t>2:55  ek shayar ne phool ko dekha, us ki khushbu ko dekha</w:t>
      </w:r>
      <w:r>
        <w:br/>
      </w:r>
      <w:r>
        <w:rPr>
          <w:sz w:val="20"/>
        </w:rPr>
        <w:t>3:05  to shayar ne kaha, persian shayar ne: "ae gul but khursandam, to booye kase daari?</w:t>
      </w:r>
      <w:r>
        <w:br/>
      </w:r>
      <w:r>
        <w:rPr>
          <w:sz w:val="20"/>
        </w:rPr>
        <w:t>3:17  ae phool, main tujh ko dekh kar bohat shaad hota hoon, bohat khush hota hoon, kyunke tu</w:t>
      </w:r>
      <w:r>
        <w:br/>
      </w:r>
      <w:r>
        <w:rPr>
          <w:sz w:val="20"/>
        </w:rPr>
        <w:t>3:33  kisi ki khushbu apne sath rakhta hai."</w:t>
      </w:r>
      <w:r>
        <w:br/>
      </w:r>
      <w:r>
        <w:rPr>
          <w:sz w:val="20"/>
        </w:rPr>
        <w:t>3:38  yeh kya hai? yani creator ki khushbu. is shayar ne phool ko dekha, us ki khushbu ko soongha to us ki khushbu mein us ko dikhai pada ke kaisa ajeeb hoga woh khuda jis ne phool banaya aur us ke andar itni achhi khushbu rakh di.</w:t>
      </w:r>
      <w:r>
        <w:br/>
      </w:r>
      <w:r>
        <w:rPr>
          <w:sz w:val="20"/>
        </w:rPr>
        <w:t>4:08  to mein yeh kahoon ga ke phool silent, phool silent language mein apne creator ka pata deta hai.</w:t>
      </w:r>
      <w:r>
        <w:br/>
      </w:r>
      <w:r>
        <w:rPr>
          <w:sz w:val="20"/>
        </w:rPr>
        <w:t>4:20  insan ko yeh, insan ke andar yeh capacity hai ke woh speaking language mein</w:t>
      </w:r>
      <w:r>
        <w:br/>
      </w:r>
      <w:r>
        <w:rPr>
          <w:sz w:val="20"/>
        </w:rPr>
        <w:t>4:34  khuda ko acknowledge kar sake.</w:t>
      </w:r>
      <w:r>
        <w:br/>
      </w:r>
      <w:r>
        <w:rPr>
          <w:sz w:val="20"/>
        </w:rPr>
        <w:t>4:38  misalan aap kahein ke "God is the great, glory be to God".</w:t>
      </w:r>
      <w:r>
        <w:br/>
      </w:r>
      <w:r>
        <w:rPr>
          <w:sz w:val="20"/>
        </w:rPr>
        <w:t>4:48  yeh sentence sirf insan bol sakta hai. Yani mein simply lipstick ki baat, mein lip service ki baat nahi kar raha hoon, mein is sentence ki baat kar raha hoon jo khuda ki discovery ke baad is tarah nikalti hai jaise grace, Greek philosopher ki zuban se nikla tha: "Eureka, Eureka".</w:t>
      </w:r>
      <w:r>
        <w:br/>
      </w:r>
      <w:r>
        <w:rPr>
          <w:sz w:val="20"/>
        </w:rPr>
        <w:t>5:17  to yeh sirf insan hai jis ke andar thinking power hai, conceptual thinking hai, jo kisi cheez ko intellectually discover kar sakta hai.</w:t>
      </w:r>
    </w:p>
    <w:p>
      <w:pPr>
        <w:pStyle w:val="Heading2"/>
      </w:pPr>
      <w:r>
        <w:t>Problems are part of nature, learn to manage them</w:t>
      </w:r>
    </w:p>
    <w:p>
      <w:r>
        <w:rPr>
          <w:color w:val="666666"/>
          <w:sz w:val="18"/>
        </w:rPr>
        <w:t>The Role of Islam in Personality Development March 13, 2011 · 3m 57s · at 42:58 · https://youtu.be/jQP07IZoEy0?t=2578</w:t>
      </w:r>
    </w:p>
    <w:p>
      <w:r>
        <w:rPr>
          <w:i/>
        </w:rPr>
        <w:t>“Hum ne insan ko problem ke sath paida kiya”</w:t>
      </w:r>
    </w:p>
    <w:p>
      <w:r>
        <w:rPr>
          <w:sz w:val="20"/>
        </w:rPr>
        <w:t>42:58  to yeh sab se bari jo wisdom hai, us ko musalman bhool chuke hain ke zindagi mein problem dekhein. aik baat yeh bhi hai, quran mein aaya hai ke laqad khalaqna al insana fi kabad. aik bohat bari wisdom ki baat hai yeh.</w:t>
      </w:r>
      <w:r>
        <w:br/>
      </w:r>
      <w:r>
        <w:rPr>
          <w:sz w:val="20"/>
        </w:rPr>
        <w:t>43:14  laqad khalaqna al insana fi kabad. yani we have created man with problems. yeh quran mein likha hua hai. ha</w:t>
      </w:r>
      <w:r>
        <w:br/>
      </w:r>
      <w:r>
        <w:rPr>
          <w:sz w:val="20"/>
        </w:rPr>
        <w:t>43:23  hum ne insan ko paida kiya problems. ab bataiye ke jab khud nature mein problem hai, khud allah taala ka jo creation plan hai, is mein problem hai, to aap kaise us ko abolish karenge?</w:t>
      </w:r>
      <w:r>
        <w:br/>
      </w:r>
      <w:r>
        <w:rPr>
          <w:sz w:val="20"/>
        </w:rPr>
        <w:t>43:36  aap kaise us ko eliminate karenge? to you have to accept it as it is. yani hamare liye koi option nahin hai.</w:t>
      </w:r>
      <w:r>
        <w:br/>
      </w:r>
      <w:r>
        <w:rPr>
          <w:sz w:val="20"/>
        </w:rPr>
        <w:t>43:46  sare musalman is se bekhabar hain ke problem jo hai, part of nature hai.</w:t>
      </w:r>
      <w:r>
        <w:br/>
      </w:r>
      <w:r>
        <w:rPr>
          <w:sz w:val="20"/>
        </w:rPr>
        <w:t>43:52  duniya bhar ke musalman, abhi jo arab countries mein jo ladai bhadai ho rahi hai, woh isi liye ho rahi hai. koi janta nahin ke problem jo hai, woh to rahega.</w:t>
      </w:r>
      <w:r>
        <w:br/>
      </w:r>
      <w:r>
        <w:rPr>
          <w:sz w:val="20"/>
        </w:rPr>
        <w:t>44:05  yani aik aik rule ko lad bhad kar hatate hain, phir phir us ka, us ka phir us ke khilaf aik abolition ki tareekh chal dete hain, woh hatate hain, phir chal dete hain.</w:t>
      </w:r>
      <w:r>
        <w:br/>
      </w:r>
      <w:r>
        <w:rPr>
          <w:sz w:val="20"/>
        </w:rPr>
        <w:t>44:18  aik ke baad aik ke baad aik. kyunke problem to rahega.</w:t>
      </w:r>
      <w:r>
        <w:br/>
      </w:r>
      <w:r>
        <w:rPr>
          <w:sz w:val="20"/>
        </w:rPr>
        <w:t>44:25  problem to rahega. to laqad khalaqna al insana fi kabad. hum ne paida kiya insan ko problems. to problem is part of nature.</w:t>
      </w:r>
      <w:r>
        <w:br/>
      </w:r>
      <w:r>
        <w:rPr>
          <w:sz w:val="20"/>
        </w:rPr>
        <w:t>44:38  jo allah ta'ala ka jo creation plan hai, usi ka ek part hai problem. to aap kaise khatam karenge isko? aap to khatam kar nahin sakte isko.</w:t>
      </w:r>
      <w:r>
        <w:br/>
      </w:r>
      <w:r>
        <w:rPr>
          <w:sz w:val="20"/>
        </w:rPr>
        <w:t>44:48  wo to impossible hai.</w:t>
      </w:r>
      <w:r>
        <w:br/>
      </w:r>
      <w:r>
        <w:rPr>
          <w:sz w:val="20"/>
        </w:rPr>
        <w:t>44:54  jaise suraj mein light hai, saath saath is ke wo bhi hai, heat bhi hai. to light bhi hai aur heat bhi hai. to kya aap heat ko nikal denge? light rahegi, wo heat nahin rahegi.</w:t>
      </w:r>
      <w:r>
        <w:br/>
      </w:r>
      <w:r>
        <w:rPr>
          <w:sz w:val="20"/>
        </w:rPr>
        <w:t>45:04  aap ke bas mein hai. heat to rahegi.</w:t>
      </w:r>
      <w:r>
        <w:br/>
      </w:r>
      <w:r>
        <w:rPr>
          <w:sz w:val="20"/>
        </w:rPr>
        <w:t>45:11  to jo cheez part of nature ho, us ko aap khatam nahin kar</w:t>
      </w:r>
      <w:r>
        <w:br/>
      </w:r>
      <w:r>
        <w:rPr>
          <w:sz w:val="20"/>
        </w:rPr>
        <w:t>45:16  sakte. lekin us ko na janne ki wajah se musalman lad rahe hain har jagah. jahan dekhein, lad rahe hain bas. chahe muslim country ho ya non-muslim country ho.</w:t>
      </w:r>
      <w:r>
        <w:br/>
      </w:r>
      <w:r>
        <w:rPr>
          <w:sz w:val="20"/>
        </w:rPr>
        <w:t>45:27  problem dono jagah rahega. musalmanon ne pakistan banwaya 47 mein. ek ek problem free state samajhte the ke ho jayegi wo.</w:t>
      </w:r>
      <w:r>
        <w:br/>
      </w:r>
      <w:r>
        <w:rPr>
          <w:sz w:val="20"/>
        </w:rPr>
        <w:t>45:35  lekin kya problem free state ho gayi wo? sab se zyada ladai to pakistan mein ho rahi hai.</w:t>
      </w:r>
      <w:r>
        <w:br/>
      </w:r>
      <w:r>
        <w:rPr>
          <w:sz w:val="20"/>
        </w:rPr>
        <w:t>45:42  dekhiye, problem free state nahin ban sakti. problem free society nahin ban sakti. is tarah problem free human nahin ban sakta. ghar mein problem rahega, society mein rahega, state mein rahega, system mein rahega.</w:t>
      </w:r>
      <w:r>
        <w:br/>
      </w:r>
      <w:r>
        <w:rPr>
          <w:sz w:val="20"/>
        </w:rPr>
        <w:t>45:57  to aap ko janna chahiye ke wo, yaani part of creation hai wo. to us ko hum you have to learn the art of management</w:t>
      </w:r>
      <w:r>
        <w:br/>
      </w:r>
      <w:r>
        <w:rPr>
          <w:sz w:val="20"/>
        </w:rPr>
        <w:t>46:07  you have to learn the art of problem management rather than trying to eliminate the problem. log kya karte hain? ladne lagte hain. gharon mein lad rahe hain, society mein lad rahe hain, mulkon mein lad rahe hain, har jagah lad rahe hain.</w:t>
      </w:r>
      <w:r>
        <w:br/>
      </w:r>
      <w:r>
        <w:rPr>
          <w:sz w:val="20"/>
        </w:rPr>
        <w:t>46:24  to yes, yes, in ko quran ko samajh kar padhte nahin hain. quran ko sirf tilawat karte hain.</w:t>
      </w:r>
      <w:r>
        <w:br/>
      </w:r>
      <w:r>
        <w:rPr>
          <w:sz w:val="20"/>
        </w:rPr>
        <w:t>46:31  isi ek baat ko agar jaan lein musalman ke life jo hai, uska part hai problem. so we have to learn the art of problem management.</w:t>
      </w:r>
      <w:r>
        <w:br/>
      </w:r>
      <w:r>
        <w:rPr>
          <w:sz w:val="20"/>
        </w:rPr>
        <w:t>46:46  problem ko manage karo, problem ko khatam nahin kar sakte aap. is haqeeqat ko na janne ki wajah se ladai, ladai, ladai, ladai har jagah.</w:t>
      </w:r>
    </w:p>
    <w:p>
      <w:pPr>
        <w:pStyle w:val="Heading2"/>
      </w:pPr>
      <w:r>
        <w:t>Revenge story, prophetic example, and Muslim attitude</w:t>
      </w:r>
    </w:p>
    <w:p>
      <w:r>
        <w:rPr>
          <w:color w:val="666666"/>
          <w:sz w:val="18"/>
        </w:rPr>
        <w:t>Universal Study of The Quran 26 July, 2019 - Maulana Wahiduddin Khan · 4m 16s · at 14:03 · https://youtu.be/Ac4V122XwXA?t=843</w:t>
      </w:r>
    </w:p>
    <w:p>
      <w:r>
        <w:rPr>
          <w:i/>
        </w:rPr>
        <w:t>“To unhonne faisla kiya ke main is ko qatal karunga”</w:t>
      </w:r>
    </w:p>
    <w:p>
      <w:r>
        <w:rPr>
          <w:sz w:val="20"/>
        </w:rPr>
        <w:t>14:03  to unhon ne faisla kiya ke main is ko qatl karunga. maar dalunga. ghusse mein yeh kaha unhon ne mujh se.</w:t>
      </w:r>
      <w:r>
        <w:br/>
      </w:r>
      <w:r>
        <w:rPr>
          <w:sz w:val="20"/>
        </w:rPr>
        <w:t>14:12  kisi wajah se woh dilli aaye the woh ke maine shayad maine socha hai. maine tay kiya hai ke main is shakhs ko qatl karunga.</w:t>
      </w:r>
      <w:r>
        <w:br/>
      </w:r>
      <w:r>
        <w:rPr>
          <w:sz w:val="20"/>
        </w:rPr>
        <w:t>14:24  mere sath dhoka dhoka kiya hai is ne.</w:t>
      </w:r>
      <w:r>
        <w:br/>
      </w:r>
      <w:r>
        <w:rPr>
          <w:sz w:val="20"/>
        </w:rPr>
        <w:t>14:31  to maine un ki baatein suni.</w:t>
      </w:r>
      <w:r>
        <w:br/>
      </w:r>
      <w:r>
        <w:rPr>
          <w:sz w:val="20"/>
        </w:rPr>
        <w:t>14:38  us waqt main shayad us us building mein nahi tha. purane dilli mein tha ghaliban. jamiat building mein.</w:t>
      </w:r>
      <w:r>
        <w:br/>
      </w:r>
      <w:r>
        <w:rPr>
          <w:sz w:val="20"/>
        </w:rPr>
        <w:t>14:50  to is ko sunne ke baad maine is se kaha ke aap ki soch sahi soch nahi hai. woh kehte hain ji mujhe dhoka diya is ne.</w:t>
      </w:r>
      <w:r>
        <w:br/>
      </w:r>
      <w:r>
        <w:rPr>
          <w:sz w:val="20"/>
        </w:rPr>
        <w:t>15:06  to meri zuban se ek jumla nikla</w:t>
      </w:r>
      <w:r>
        <w:br/>
      </w:r>
      <w:r>
        <w:rPr>
          <w:sz w:val="20"/>
        </w:rPr>
        <w:t>15:11  ke kya aap sochte hain ke aap jab qatl kar dalenge is ko to baat meri khatm ho jayegi?</w:t>
      </w:r>
      <w:r>
        <w:br/>
      </w:r>
      <w:r>
        <w:rPr>
          <w:sz w:val="20"/>
        </w:rPr>
        <w:t>15:24  baat meri khatm ho jayegi? to meri zuban se nikla tha jumla ke inteqam lene se pehle soch liye ke inteqam ka bhi inteqam liya jayega.</w:t>
      </w:r>
      <w:r>
        <w:br/>
      </w:r>
      <w:r>
        <w:rPr>
          <w:sz w:val="20"/>
        </w:rPr>
        <w:t>15:38  jameed building mein yeh jumla nikla tha meri zuban se.</w:t>
      </w:r>
      <w:r>
        <w:br/>
      </w:r>
      <w:r>
        <w:rPr>
          <w:sz w:val="20"/>
        </w:rPr>
        <w:t>15:44  inteqam lene se pehle soch liye ke inteqam ka bhi inteqam liya jayega.</w:t>
      </w:r>
      <w:r>
        <w:br/>
      </w:r>
      <w:r>
        <w:rPr>
          <w:sz w:val="20"/>
        </w:rPr>
        <w:t>15:52  yani aap marenge is aadmi ko phir is ke bete jo hain jo zinda rahenge woh hum marenge aap ko. woh chhodenge aap ko.</w:t>
      </w:r>
      <w:r>
        <w:br/>
      </w:r>
      <w:r>
        <w:rPr>
          <w:sz w:val="20"/>
        </w:rPr>
        <w:t>16:03  is ke bete aap chhodenge. wahi inteqam unhein bhadka bhadkega. to maine kaha ke inteqam lene se pehle soch liye ke inteqam ka bhi inteqam liya jayega.</w:t>
      </w:r>
      <w:r>
        <w:br/>
      </w:r>
      <w:r>
        <w:rPr>
          <w:sz w:val="20"/>
        </w:rPr>
        <w:t>16:21  to woh thoda ruk gaya. us ne kaha ke phir main kya karun? aap ke pas kuch paisa bacha hai?</w:t>
      </w:r>
      <w:r>
        <w:br/>
      </w:r>
      <w:r>
        <w:rPr>
          <w:sz w:val="20"/>
        </w:rPr>
        <w:t>16:31  log to de diya aap ne.</w:t>
      </w:r>
      <w:r>
        <w:br/>
      </w:r>
      <w:r>
        <w:rPr>
          <w:sz w:val="20"/>
        </w:rPr>
        <w:t>16:35  to unhon ne kaha us waqt kaha tha ke 25 hazar bacha hai. woh us waqt lehaz se dekhiye aaj aaj ke lehaz se nahi.</w:t>
      </w:r>
      <w:r>
        <w:br/>
      </w:r>
      <w:r>
        <w:rPr>
          <w:sz w:val="20"/>
        </w:rPr>
        <w:t>16:45  us waqt 25 hazar bohat zyada raha hoga ke 25 hazar mere pas hai. to maine kaha theek hai. is ko jo diya aap ne is ko bhula dijiye.</w:t>
      </w:r>
      <w:r>
        <w:br/>
      </w:r>
      <w:r>
        <w:rPr>
          <w:sz w:val="20"/>
        </w:rPr>
        <w:t>16:55  bhula dijiye is ko. aur yeh jo aap ke pas hai baqi</w:t>
      </w:r>
      <w:r>
        <w:br/>
      </w:r>
      <w:r>
        <w:rPr>
          <w:sz w:val="20"/>
        </w:rPr>
        <w:t>17:05  is ko istemal kijiye. is se aap koi kaam shuru kijiye.</w:t>
      </w:r>
      <w:r>
        <w:br/>
      </w:r>
      <w:r>
        <w:rPr>
          <w:sz w:val="20"/>
        </w:rPr>
        <w:t>17:14  us waqt to maine ek misaal nahi di thi. aaj main misaal deta hoon ke yeh rasool Allah ki sunnat hai.</w:t>
      </w:r>
      <w:r>
        <w:br/>
      </w:r>
      <w:r>
        <w:rPr>
          <w:sz w:val="20"/>
        </w:rPr>
        <w:t>17:22  yani kaba jo tha mushrikeen ne is ko aisa banaya ke ke kaba ka ek hissa hatim ho gaya.</w:t>
      </w:r>
      <w:r>
        <w:br/>
      </w:r>
      <w:r>
        <w:rPr>
          <w:sz w:val="20"/>
        </w:rPr>
        <w:t>17:37  goya nikal gaya rasool Allah ke is se. to rasool Allah ne jo kaba bach gaya tha usi par planning ki. jo kaaj chhan gaya tha us par planning nahi ki.</w:t>
      </w:r>
      <w:r>
        <w:br/>
      </w:r>
      <w:r>
        <w:rPr>
          <w:sz w:val="20"/>
        </w:rPr>
        <w:t>17:49  hatim ka chhana chhana hua hissa tha kaba ka. hain us waqt mein nahi us waqt yeh baat mein us waqt mein naya ehtiyaj mein sochta hoon ke yeh sunnat bhi hai ke hatim jo tha woh chhana hua kaba tha chhan gaya tha.</w:t>
      </w:r>
      <w:r>
        <w:br/>
      </w:r>
      <w:r>
        <w:rPr>
          <w:sz w:val="20"/>
        </w:rPr>
        <w:t>18:06  is ko aap ne dobara lene ki koshish nahi ki balkeh jo aap ab ab jo bohat baki tha aap ko us par planning ki.</w:t>
      </w:r>
    </w:p>
    <w:p>
      <w:pPr>
        <w:pStyle w:val="Heading2"/>
      </w:pPr>
      <w:r>
        <w:t>Mission not reactionary following Prophet tradition</w:t>
      </w:r>
    </w:p>
    <w:p>
      <w:r>
        <w:rPr>
          <w:color w:val="666666"/>
          <w:sz w:val="18"/>
        </w:rPr>
        <w:t>Age of the Quran July 14, 2019 Maulana Wahiduddin khan · 5m 59s · at 32:41 · https://youtu.be/vUuC3CcKnxw?t=1961</w:t>
      </w:r>
    </w:p>
    <w:p>
      <w:r>
        <w:rPr>
          <w:i/>
        </w:rPr>
        <w:t>“This mission is not in reaction to any world events”</w:t>
      </w:r>
    </w:p>
    <w:p>
      <w:r>
        <w:rPr>
          <w:sz w:val="20"/>
        </w:rPr>
        <w:t>32:41  Assalamu Alaikum Bismillah Rahman Rahim</w:t>
      </w:r>
      <w:r>
        <w:br/>
      </w:r>
      <w:r>
        <w:rPr>
          <w:sz w:val="20"/>
        </w:rPr>
        <w:t>32:46  wa salallahu ala nabiyil kareem</w:t>
      </w:r>
      <w:r>
        <w:br/>
      </w:r>
      <w:r>
        <w:rPr>
          <w:sz w:val="20"/>
        </w:rPr>
        <w:t>32:50  ah Rajat has</w:t>
      </w:r>
      <w:r>
        <w:br/>
      </w:r>
      <w:r>
        <w:rPr>
          <w:sz w:val="20"/>
        </w:rPr>
        <w:t>32:54  termed me that I am the strongest pillar but I feel myself the weakest</w:t>
      </w:r>
      <w:r>
        <w:br/>
      </w:r>
      <w:r>
        <w:rPr>
          <w:sz w:val="20"/>
        </w:rPr>
        <w:t>33:02  ah but with the inspiration of ah</w:t>
      </w:r>
      <w:r>
        <w:br/>
      </w:r>
      <w:r>
        <w:rPr>
          <w:sz w:val="20"/>
        </w:rPr>
        <w:t>33:07  Maulana mission ah we all feel ah strong ah</w:t>
      </w:r>
      <w:r>
        <w:br/>
      </w:r>
      <w:r>
        <w:rPr>
          <w:sz w:val="20"/>
        </w:rPr>
        <w:t>33:16  so first of all I will speak ah little bit about the mission and then my experiences</w:t>
      </w:r>
      <w:r>
        <w:br/>
      </w:r>
      <w:r>
        <w:rPr>
          <w:sz w:val="20"/>
        </w:rPr>
        <w:t>33:24  ah as</w:t>
      </w:r>
      <w:r>
        <w:br/>
      </w:r>
      <w:r>
        <w:rPr>
          <w:sz w:val="20"/>
        </w:rPr>
        <w:t>33:27  you all know that this mission has started not</w:t>
      </w:r>
      <w:r>
        <w:br/>
      </w:r>
      <w:r>
        <w:rPr>
          <w:sz w:val="20"/>
        </w:rPr>
        <w:t>33:35  di vid di reaction to any thing like you see so many missions in the world they</w:t>
      </w:r>
      <w:r>
        <w:br/>
      </w:r>
      <w:r>
        <w:rPr>
          <w:sz w:val="20"/>
        </w:rPr>
        <w:t>33:43  ar they were started in reaction to sum</w:t>
      </w:r>
      <w:r>
        <w:br/>
      </w:r>
      <w:r>
        <w:rPr>
          <w:sz w:val="20"/>
        </w:rPr>
        <w:t>33:51  incidents and then they grew into missions but Maulana mission or CPS mission is not in</w:t>
      </w:r>
      <w:r>
        <w:br/>
      </w:r>
      <w:r>
        <w:rPr>
          <w:sz w:val="20"/>
        </w:rPr>
        <w:t>34:01  reaction to any worldly incidents</w:t>
      </w:r>
      <w:r>
        <w:br/>
      </w:r>
      <w:r>
        <w:rPr>
          <w:sz w:val="20"/>
        </w:rPr>
        <w:t>34:04  it is only with the inspiration and with the marifa of Allah subhanahu wa ta'ala that is quite</w:t>
      </w:r>
      <w:r>
        <w:br/>
      </w:r>
      <w:r>
        <w:rPr>
          <w:sz w:val="20"/>
        </w:rPr>
        <w:t>34:12  clear in Maulana</w:t>
      </w:r>
      <w:r>
        <w:br/>
      </w:r>
      <w:r>
        <w:rPr>
          <w:sz w:val="20"/>
        </w:rPr>
        <w:t>34:16  200 books one who goes through</w:t>
      </w:r>
      <w:r>
        <w:br/>
      </w:r>
      <w:r>
        <w:rPr>
          <w:sz w:val="20"/>
        </w:rPr>
        <w:t>34:20  Maulana</w:t>
      </w:r>
      <w:r>
        <w:br/>
      </w:r>
      <w:r>
        <w:rPr>
          <w:sz w:val="20"/>
        </w:rPr>
        <w:t>34:21  literature one will be knowing his thought or his</w:t>
      </w:r>
      <w:r>
        <w:br/>
      </w:r>
      <w:r>
        <w:rPr>
          <w:sz w:val="20"/>
        </w:rPr>
        <w:t>34:31  mission it is divine mission</w:t>
      </w:r>
      <w:r>
        <w:br/>
      </w:r>
      <w:r>
        <w:rPr>
          <w:sz w:val="20"/>
        </w:rPr>
        <w:t>34:35  godly mission when I came across with it</w:t>
      </w:r>
      <w:r>
        <w:br/>
      </w:r>
      <w:r>
        <w:rPr>
          <w:sz w:val="20"/>
        </w:rPr>
        <w:t>34:42  of course I am not an</w:t>
      </w:r>
      <w:r>
        <w:br/>
      </w:r>
      <w:r>
        <w:rPr>
          <w:sz w:val="20"/>
        </w:rPr>
        <w:t>34:44  intelligent person or any I was a simple man from a small village</w:t>
      </w:r>
      <w:r>
        <w:br/>
      </w:r>
      <w:r>
        <w:rPr>
          <w:sz w:val="20"/>
        </w:rPr>
        <w:t>34:52  When I came across in 1976, when I started reading it, it slowly affected me and it slowly</w:t>
      </w:r>
      <w:r>
        <w:br/>
      </w:r>
      <w:r>
        <w:rPr>
          <w:sz w:val="20"/>
        </w:rPr>
        <w:t>35:01  and I think it seems as the experience with everyone that</w:t>
      </w:r>
      <w:r>
        <w:br/>
      </w:r>
      <w:r>
        <w:rPr>
          <w:sz w:val="20"/>
        </w:rPr>
        <w:t>35:10  you don't start with a being as you see with members of other missions and</w:t>
      </w:r>
      <w:r>
        <w:br/>
      </w:r>
      <w:r>
        <w:rPr>
          <w:sz w:val="20"/>
        </w:rPr>
        <w:t>35:16  they see get overwhelmed by a high profile speaker and then you start and then you calm down</w:t>
      </w:r>
      <w:r>
        <w:br/>
      </w:r>
      <w:r>
        <w:rPr>
          <w:sz w:val="20"/>
        </w:rPr>
        <w:t>35:24  so this has this this doesn't happen with the members of CPS here once they get</w:t>
      </w:r>
      <w:r>
        <w:br/>
      </w:r>
      <w:r>
        <w:rPr>
          <w:sz w:val="20"/>
        </w:rPr>
        <w:t>35:33  into it and they gradually grow into it they gradually become universal da'is and this much is true</w:t>
      </w:r>
      <w:r>
        <w:br/>
      </w:r>
      <w:r>
        <w:rPr>
          <w:sz w:val="20"/>
        </w:rPr>
        <w:t>35:45  and you can study any</w:t>
      </w:r>
      <w:r>
        <w:br/>
      </w:r>
      <w:r>
        <w:rPr>
          <w:sz w:val="20"/>
        </w:rPr>
        <w:t>35:50  CPS members life that they got into it and then they grow in different ways and I am seeing here in within this Delhi unit</w:t>
      </w:r>
      <w:r>
        <w:br/>
      </w:r>
      <w:r>
        <w:rPr>
          <w:sz w:val="20"/>
        </w:rPr>
        <w:t>36:08  following the Rasul Allah tradition</w:t>
      </w:r>
      <w:r>
        <w:br/>
      </w:r>
      <w:r>
        <w:rPr>
          <w:sz w:val="20"/>
        </w:rPr>
        <w:t>36:14  as Felicity said that the nursery of heroes were created there and same tradition is being</w:t>
      </w:r>
      <w:r>
        <w:br/>
      </w:r>
      <w:r>
        <w:rPr>
          <w:sz w:val="20"/>
        </w:rPr>
        <w:t>36:26  revived here that people are growing in different ways and in Delhi I am seeing the CP</w:t>
      </w:r>
      <w:r>
        <w:br/>
      </w:r>
      <w:r>
        <w:rPr>
          <w:sz w:val="20"/>
        </w:rPr>
        <w:t>36:35  S members getting PhDs so we have a basket of PhDs here Alhamdulillah</w:t>
      </w:r>
      <w:r>
        <w:br/>
      </w:r>
      <w:r>
        <w:rPr>
          <w:sz w:val="20"/>
        </w:rPr>
        <w:t>36:42  its Allah mercy</w:t>
      </w:r>
      <w:r>
        <w:br/>
      </w:r>
      <w:r>
        <w:rPr>
          <w:sz w:val="20"/>
        </w:rPr>
        <w:t>36:46  and Maulana inspiration</w:t>
      </w:r>
      <w:r>
        <w:br/>
      </w:r>
      <w:r>
        <w:rPr>
          <w:sz w:val="20"/>
        </w:rPr>
        <w:t>36:56  with the same call Maulana you know gave I mean inspired all of us to do the dawah he have to mention three books dawah Haq Islami dawah and dawah Islam there are three major books of of you read them one will not</w:t>
      </w:r>
      <w:r>
        <w:br/>
      </w:r>
      <w:r>
        <w:rPr>
          <w:sz w:val="20"/>
        </w:rPr>
        <w:t>37:26  rest without being a da'i as Quranic ayats and the hadith read here al-amin and other and then Hajjat al-wada Prophet Muhammad Sallallahu Alaihi Wasallam said in Allah</w:t>
      </w:r>
      <w:r>
        <w:br/>
      </w:r>
      <w:r>
        <w:rPr>
          <w:sz w:val="20"/>
        </w:rPr>
        <w:t>37:55  kaft al-nas with this</w:t>
      </w:r>
      <w:r>
        <w:br/>
      </w:r>
      <w:r>
        <w:rPr>
          <w:sz w:val="20"/>
        </w:rPr>
        <w:t>37:57  advice sahaba went through all over the world and they spread Islam and</w:t>
      </w:r>
      <w:r>
        <w:br/>
      </w:r>
      <w:r>
        <w:rPr>
          <w:sz w:val="20"/>
        </w:rPr>
        <w:t>38:06  now that the same tradition Maulana has revived and Quran has been translated in year 2009 and the</w:t>
      </w:r>
      <w:r>
        <w:br/>
      </w:r>
      <w:r>
        <w:rPr>
          <w:sz w:val="20"/>
        </w:rPr>
        <w:t>38:17  first Quran conference was held in 2010</w:t>
      </w:r>
      <w:r>
        <w:br/>
      </w:r>
      <w:r>
        <w:rPr>
          <w:sz w:val="20"/>
        </w:rPr>
        <w:t>38:21  at the time Maulana gave a call that this the message of Quran must go into each and</w:t>
      </w:r>
      <w:r>
        <w:br/>
      </w:r>
      <w:r>
        <w:rPr>
          <w:sz w:val="20"/>
        </w:rPr>
        <w:t>38:29  every house because the time is right now the</w:t>
      </w:r>
      <w:r>
        <w:br/>
      </w:r>
      <w:r>
        <w:rPr>
          <w:sz w:val="20"/>
        </w:rPr>
        <w:t>38:35  when these advices Quranic and ahadith advices were there</w:t>
      </w:r>
    </w:p>
    <w:p>
      <w:pPr>
        <w:pStyle w:val="Heading2"/>
      </w:pPr>
      <w:r>
        <w:t>Prophet stands for a Jewish funeral, all humans are siblings</w:t>
      </w:r>
    </w:p>
    <w:p>
      <w:r>
        <w:rPr>
          <w:color w:val="666666"/>
          <w:sz w:val="18"/>
        </w:rPr>
        <w:t>The Concept of Spirituality In Islam - I January 27, 2006 Maulana Wahiduddin Khan · 5m 03s · at 35:02 · https://youtu.be/xnI_QVVDWgk?t=2102</w:t>
      </w:r>
    </w:p>
    <w:p>
      <w:r>
        <w:rPr>
          <w:i/>
        </w:rPr>
        <w:t>“One day the Prophet of Islam saw a funeral procession”</w:t>
      </w:r>
    </w:p>
    <w:p>
      <w:r>
        <w:rPr>
          <w:sz w:val="20"/>
        </w:rPr>
        <w:t>35:02  what happened? one day, the prophet of islam</w:t>
      </w:r>
      <w:r>
        <w:br/>
      </w:r>
      <w:r>
        <w:rPr>
          <w:sz w:val="20"/>
        </w:rPr>
        <w:t>35:11  saw a funeral procession passing through a street in madina.</w:t>
      </w:r>
      <w:r>
        <w:br/>
      </w:r>
      <w:r>
        <w:rPr>
          <w:sz w:val="20"/>
        </w:rPr>
        <w:t>35:22  funeral procession, we call it jalaal.</w:t>
      </w:r>
      <w:r>
        <w:br/>
      </w:r>
      <w:r>
        <w:rPr>
          <w:sz w:val="20"/>
        </w:rPr>
        <w:t>35:29  so, at the time, prophet was seated on seeing that, that procession. he stood up in respect. so, one of his compassion said, "o prophet,</w:t>
      </w:r>
      <w:r>
        <w:br/>
      </w:r>
      <w:r>
        <w:rPr>
          <w:sz w:val="20"/>
        </w:rPr>
        <w:t>35:46  it was funeral of a jew. funeral of a non muslim. it was not a funeral of muslim."</w:t>
      </w:r>
      <w:r>
        <w:br/>
      </w:r>
      <w:r>
        <w:rPr>
          <w:sz w:val="20"/>
        </w:rPr>
        <w:t>35:56  so, the prophet replied, "alast nafsan.</w:t>
      </w:r>
      <w:r>
        <w:br/>
      </w:r>
      <w:r>
        <w:rPr>
          <w:sz w:val="20"/>
        </w:rPr>
        <w:t>36:04  alast nafsan. it means, was he not a human being. was he not a human being.</w:t>
      </w:r>
      <w:r>
        <w:br/>
      </w:r>
      <w:r>
        <w:rPr>
          <w:sz w:val="20"/>
        </w:rPr>
        <w:t>36:18  " it means that the prophet of islam discovered a community between himself and that non muslim.</w:t>
      </w:r>
      <w:r>
        <w:br/>
      </w:r>
      <w:r>
        <w:rPr>
          <w:sz w:val="20"/>
        </w:rPr>
        <w:t>36:34  it means that, also, our raza is different. also, our culture is different.</w:t>
      </w:r>
      <w:r>
        <w:br/>
      </w:r>
      <w:r>
        <w:rPr>
          <w:sz w:val="20"/>
        </w:rPr>
        <w:t>36:45  also, our community is different. but, at the same time, we both are human being. we both are creation of god. this is the true spirituality.</w:t>
      </w:r>
      <w:r>
        <w:br/>
      </w:r>
      <w:r>
        <w:rPr>
          <w:sz w:val="20"/>
        </w:rPr>
        <w:t>37:01  this is the true spirituality.</w:t>
      </w:r>
      <w:r>
        <w:br/>
      </w:r>
      <w:r>
        <w:rPr>
          <w:sz w:val="20"/>
        </w:rPr>
        <w:t>37:07  on seeing that, that, that jews body, he said, "alast nafsan, was he not a human being. also, we are different in some aspects. but, at the same time, we are human being. we both are creation of god." this is the true spirituality</w:t>
      </w:r>
      <w:r>
        <w:br/>
      </w:r>
      <w:r>
        <w:rPr>
          <w:sz w:val="20"/>
        </w:rPr>
        <w:t>37:32  . the true spirit of islam. killing is not the spirit of islam. love is the spirit of islam. love, tolerance, passion. you know, the first verse of islam is, "bismillahirrahmanirrahim."</w:t>
      </w:r>
      <w:r>
        <w:br/>
      </w:r>
      <w:r>
        <w:rPr>
          <w:sz w:val="20"/>
        </w:rPr>
        <w:t>37:53  then, the first verse of, of, of, of the chapter, "al fatiha, alhamdulillah rabbil alameen." here, you see that quran introduce god as rahim and rahman.</w:t>
      </w:r>
      <w:r>
        <w:br/>
      </w:r>
      <w:r>
        <w:rPr>
          <w:sz w:val="20"/>
        </w:rPr>
        <w:t>38:15  a source of compassion, source of barsi.</w:t>
      </w:r>
      <w:r>
        <w:br/>
      </w:r>
      <w:r>
        <w:rPr>
          <w:sz w:val="20"/>
        </w:rPr>
        <w:t>38:24  and</w:t>
      </w:r>
      <w:r>
        <w:br/>
      </w:r>
      <w:r>
        <w:rPr>
          <w:sz w:val="20"/>
        </w:rPr>
        <w:t>38:25  prophet of islam, i said, "tahallaku bi khalaqillah. adopt divine character." it means that god is barsiful. so, you have to be barsiful. god is compassionate. so, you have to be compassionate. this is the true spirit of islam.</w:t>
      </w:r>
      <w:r>
        <w:br/>
      </w:r>
      <w:r>
        <w:rPr>
          <w:sz w:val="20"/>
        </w:rPr>
        <w:t>38:51  the prophet of islam used to rise early in the morning. and after morning prayer, he used to say, "allah mashhad, anal ibad kul ikhwa." every day in the morning,</w:t>
      </w:r>
      <w:r>
        <w:br/>
      </w:r>
      <w:r>
        <w:rPr>
          <w:sz w:val="20"/>
        </w:rPr>
        <w:t>39:14  "allah mashhad, allah mashhad, anal ibad kul ikhwa."</w:t>
      </w:r>
      <w:r>
        <w:br/>
      </w:r>
      <w:r>
        <w:rPr>
          <w:sz w:val="20"/>
        </w:rPr>
        <w:t>39:23  it means, "i bear witness." it means, "i bear witness that all human being are sisters or brothers to each other." this is the prophetic vision.</w:t>
      </w:r>
      <w:r>
        <w:br/>
      </w:r>
      <w:r>
        <w:rPr>
          <w:sz w:val="20"/>
        </w:rPr>
        <w:t>39:50  this is the prophetic thinking.</w:t>
      </w:r>
      <w:r>
        <w:br/>
      </w:r>
      <w:r>
        <w:rPr>
          <w:sz w:val="20"/>
        </w:rPr>
        <w:t>39:58  all human being are brothers and sisters to each other.</w:t>
      </w:r>
    </w:p>
    <w:p>
      <w:pPr>
        <w:pStyle w:val="Heading2"/>
      </w:pPr>
      <w:r>
        <w:t>Every loss contains a gain from Quran</w:t>
      </w:r>
    </w:p>
    <w:p>
      <w:r>
        <w:rPr>
          <w:color w:val="666666"/>
          <w:sz w:val="18"/>
        </w:rPr>
        <w:t>Ramadan and Quranic Guidance I 29th July 2012 Maulana Wahiduddin Khan · 6m 04s · at 12:30 · https://youtu.be/uMIZwel3w8g?t=750</w:t>
      </w:r>
    </w:p>
    <w:p>
      <w:r>
        <w:rPr>
          <w:i/>
        </w:rPr>
        <w:t>“Dekhiye, Surah Fajr mein aap padhiye”</w:t>
      </w:r>
    </w:p>
    <w:p>
      <w:r>
        <w:rPr>
          <w:sz w:val="20"/>
        </w:rPr>
        <w:t>12:30  dekhiye surah fajar mein aap padhiye. surah alfajr. teesre paray mein surah alfajr hai. is mein ek bahut ajeeb baat yeh hai ke "wa amma iza mubtalaya rabbahu fa akramahu fa na'amahu fa yaqoolu rabbi akramun"</w:t>
      </w:r>
      <w:r>
        <w:br/>
      </w:r>
      <w:r>
        <w:rPr>
          <w:sz w:val="20"/>
        </w:rPr>
        <w:t>12:50  . "wa amma iza mubtalaya faqadra alaihi rizquhu fa yaqoolu rabbi ahana". is mein ek bahut ajeeb baat mujhe mili.</w:t>
      </w:r>
      <w:r>
        <w:br/>
      </w:r>
      <w:r>
        <w:rPr>
          <w:sz w:val="20"/>
        </w:rPr>
        <w:t>13:02  dekhiye is mein yeh zikr hai ke Allah taala kisi ko kuch deta hai</w:t>
      </w:r>
      <w:r>
        <w:br/>
      </w:r>
      <w:r>
        <w:rPr>
          <w:sz w:val="20"/>
        </w:rPr>
        <w:t>13:07  aur kisi se bazahir kuch chhin jata hai.</w:t>
      </w:r>
      <w:r>
        <w:br/>
      </w:r>
      <w:r>
        <w:rPr>
          <w:sz w:val="20"/>
        </w:rPr>
        <w:t>13:11  koi kamyab hota hai, koi bazahir kuch nakami ka tajruba hota hai is ko. to dono ko kaha gaya hai ibtila.</w:t>
      </w:r>
      <w:r>
        <w:br/>
      </w:r>
      <w:r>
        <w:rPr>
          <w:sz w:val="20"/>
        </w:rPr>
        <w:t>13:24  ibtila, ibtila ma'ani test, azmaish. yaani aap kuch payen tab bhi woh ibtila hai.</w:t>
      </w:r>
      <w:r>
        <w:br/>
      </w:r>
      <w:r>
        <w:rPr>
          <w:sz w:val="20"/>
        </w:rPr>
        <w:t>13:34  kuch aap na paayein tab bhi ibtila hai. is ke maani kya hue? ke dono sooraton mein aap ko</w:t>
      </w:r>
      <w:r>
        <w:br/>
      </w:r>
      <w:r>
        <w:rPr>
          <w:sz w:val="20"/>
        </w:rPr>
        <w:t>13:43  yeksanan darjay ka positive response dena chahiye. dono sooraton mein. is ko samjhein Khuda ki taraf, is ko bhi samjhein Khuda ki taraf.</w:t>
      </w:r>
      <w:r>
        <w:br/>
      </w:r>
      <w:r>
        <w:rPr>
          <w:sz w:val="20"/>
        </w:rPr>
        <w:t>13:57  yeh kaisi ajeeb baat hai? ke aap ko bazahir kamyabi ho tab bhi aap ke andar positive thinking hona chahiye.</w:t>
      </w:r>
      <w:r>
        <w:br/>
      </w:r>
      <w:r>
        <w:rPr>
          <w:sz w:val="20"/>
        </w:rPr>
        <w:t>14:07  aur bazahir aap ko waqti taur par kuch nakami ho tab bhi aap ke andar positive thinking hona chahiye.</w:t>
      </w:r>
      <w:r>
        <w:br/>
      </w:r>
      <w:r>
        <w:rPr>
          <w:sz w:val="20"/>
        </w:rPr>
        <w:t>14:14  yaani yeh sochein aap ke woh bhi ibtila tha, yeh bhi ibtila hai. woh bhi test tha, yeh bhi test hai. yahan na koi jeet hai na haar hai.</w:t>
      </w:r>
      <w:r>
        <w:br/>
      </w:r>
      <w:r>
        <w:rPr>
          <w:sz w:val="20"/>
        </w:rPr>
        <w:t>14:25  yahan na koi kamyabi hai na nakami hai. yeh to saara maamla test ka maamla hai. to is se dekhiye aap ke andar eternal</w:t>
      </w:r>
      <w:r>
        <w:br/>
      </w:r>
      <w:r>
        <w:rPr>
          <w:sz w:val="20"/>
        </w:rPr>
        <w:t>14:35  positivity aaye gi. har haal mein. phir yeh sochte sochte mujhe ek hadees yaad aayi.</w:t>
      </w:r>
      <w:r>
        <w:br/>
      </w:r>
      <w:r>
        <w:rPr>
          <w:sz w:val="20"/>
        </w:rPr>
        <w:t>14:48  hadees mein hai ke "إِذَا ابْتَلَىٰ تُوْ عَبْدِي بِحَبِيبَتَهِ فَصَبَرَ" .</w:t>
      </w:r>
      <w:r>
        <w:br/>
      </w:r>
      <w:r>
        <w:rPr>
          <w:sz w:val="20"/>
        </w:rPr>
        <w:t>14:59  Allah taala farmate hain ke jab mein apne bando ko ibtila mein dalta hoon is ki do aankhon ke baray mein. yaani is ki do aankhein le leta hoon.</w:t>
      </w:r>
      <w:r>
        <w:br/>
      </w:r>
      <w:r>
        <w:rPr>
          <w:sz w:val="20"/>
        </w:rPr>
        <w:t>15:10  yaani aankhein se mahroomi, yaani nabina ban jana. yeh hai ibtila.</w:t>
      </w:r>
      <w:r>
        <w:br/>
      </w:r>
      <w:r>
        <w:rPr>
          <w:sz w:val="20"/>
        </w:rPr>
        <w:t>15:18  yeh mahroomi nahi hai. yeh nahi farmaya ke jab is ko mahroom karta hoon aankhon se. yaani hadees bhi yeh nahi hai ke jab mein is ko is ki aankhon se mahroom kar deta hoon.</w:t>
      </w:r>
      <w:r>
        <w:br/>
      </w:r>
      <w:r>
        <w:rPr>
          <w:sz w:val="20"/>
        </w:rPr>
        <w:t>15:30  nahi, jab mein is ki aankhon ke baray mein is par</w:t>
      </w:r>
      <w:r>
        <w:br/>
      </w:r>
      <w:r>
        <w:rPr>
          <w:sz w:val="20"/>
        </w:rPr>
        <w:t>15:34  is pe ibtila karta hoon, yaani is ko aazmaish mein dalta hoon. aur phir woh sabr kar leta hai. to is ke badlay mein is ko jannat deta hoon.</w:t>
      </w:r>
      <w:r>
        <w:br/>
      </w:r>
      <w:r>
        <w:rPr>
          <w:sz w:val="20"/>
        </w:rPr>
        <w:t>15:45  dekhiye jannat to akhirat ki cheez hai. lekin yeh banda isi dunya se shuru ho jata hai.</w:t>
      </w:r>
      <w:r>
        <w:br/>
      </w:r>
      <w:r>
        <w:rPr>
          <w:sz w:val="20"/>
        </w:rPr>
        <w:t>15:53  is par ghore karte hue mujhe samajh aaya ke sabr ka matlab hi hai positive thinking. sabr koi negative cheez nahi, koi buzdi ki baat nahi.</w:t>
      </w:r>
      <w:r>
        <w:br/>
      </w:r>
      <w:r>
        <w:rPr>
          <w:sz w:val="20"/>
        </w:rPr>
        <w:t>16:06  yaani ek aadmi ki dono aankhein chali gayeen</w:t>
      </w:r>
      <w:r>
        <w:br/>
      </w:r>
      <w:r>
        <w:rPr>
          <w:sz w:val="20"/>
        </w:rPr>
        <w:t>16:10  to sabr karta hai. is ka matlab ke is ko woh positive sense mein leta hai.</w:t>
      </w:r>
      <w:r>
        <w:br/>
      </w:r>
      <w:r>
        <w:rPr>
          <w:sz w:val="20"/>
        </w:rPr>
        <w:t>16:17  positive sense mein leta hai. is ko le kar ke phir mein ne abhi jo research hui hai us ko socha mein ne. goya aankhein jaisa ke research yeh hai ke aankh band kar ke jab aap sochte hain to aap zyada soch paate hain.</w:t>
      </w:r>
      <w:r>
        <w:br/>
      </w:r>
      <w:r>
        <w:rPr>
          <w:sz w:val="20"/>
        </w:rPr>
        <w:t>16:34  is ka matlab ke aankh se mahroomi ka matlab yeh nahi ke aap mahroom ho gaye. aap ko Khuda ne ek aur salahiyat paida kar di.</w:t>
      </w:r>
      <w:r>
        <w:br/>
      </w:r>
      <w:r>
        <w:rPr>
          <w:sz w:val="20"/>
        </w:rPr>
        <w:t>16:47  aankh band hui to kuch aur salahiyatein jo hain trigger ho gayeen.</w:t>
      </w:r>
      <w:r>
        <w:br/>
      </w:r>
      <w:r>
        <w:rPr>
          <w:sz w:val="20"/>
        </w:rPr>
        <w:t>16:53  kaisi ajeeb yeh cheez hai jo Quran mein di gayi thi. ke kisi mahroomi ko mahroomi na samjho. woh mahroomi ke sath sath ek ek yaft lagi hui hai.</w:t>
      </w:r>
      <w:r>
        <w:br/>
      </w:r>
      <w:r>
        <w:rPr>
          <w:sz w:val="20"/>
        </w:rPr>
        <w:t>17:07  is ke sath sath ek paana laga hua hai.</w:t>
      </w:r>
      <w:r>
        <w:br/>
      </w:r>
      <w:r>
        <w:rPr>
          <w:sz w:val="20"/>
        </w:rPr>
        <w:t>17:12  to is par sochte sochte mujhe samajh aaya ke yeh ek concept tha jo history mein diya tha Quran ne. ke har mahroomi ke andar ek yaft hai.</w:t>
      </w:r>
      <w:r>
        <w:br/>
      </w:r>
      <w:r>
        <w:rPr>
          <w:sz w:val="20"/>
        </w:rPr>
        <w:t>17:24  har khone ke andar ek paana hai. yeh cheez develop hui aaj kal ke modern world mein.</w:t>
      </w:r>
      <w:r>
        <w:br/>
      </w:r>
      <w:r>
        <w:rPr>
          <w:sz w:val="20"/>
        </w:rPr>
        <w:t>17:33  ek bohat bara is mein baat maloom ho gayi. woh yeh hai ke pehle zamanay mein aadmi jo hai kya bolta tha?</w:t>
      </w:r>
      <w:r>
        <w:br/>
      </w:r>
      <w:r>
        <w:rPr>
          <w:sz w:val="20"/>
        </w:rPr>
        <w:t>17:45  woh andha hai, woh behra hai, woh gunga hai. woh blind hai, woh dump hai, woh deaf hai.</w:t>
      </w:r>
      <w:r>
        <w:br/>
      </w:r>
      <w:r>
        <w:rPr>
          <w:sz w:val="20"/>
        </w:rPr>
        <w:t>17:55  is tarah ke alfaaz. woh woh lame hai, woh langra hai. lekin is zamane mein jo nai research hui hai woh quran ke is nishad hi ka ya quran ka jo jo clue diya gaya tha quran mein, clue.</w:t>
      </w:r>
      <w:r>
        <w:br/>
      </w:r>
      <w:r>
        <w:rPr>
          <w:sz w:val="20"/>
        </w:rPr>
        <w:t>18:13  isi ka</w:t>
      </w:r>
      <w:r>
        <w:br/>
      </w:r>
      <w:r>
        <w:rPr>
          <w:sz w:val="20"/>
        </w:rPr>
        <w:t>18:15  agla darja hai. yaani ab aap jante hain ke ab aise logon ko pehle kaha jata tha disabled person.</w:t>
      </w:r>
      <w:r>
        <w:br/>
      </w:r>
      <w:r>
        <w:rPr>
          <w:sz w:val="20"/>
        </w:rPr>
        <w:t>18:26  disabled person. ab kya hai? ab kaha jata hai differently enabled.</w:t>
      </w:r>
    </w:p>
    <w:p>
      <w:pPr>
        <w:pStyle w:val="Heading2"/>
      </w:pPr>
      <w:r>
        <w:t>Treaty of Hudaybiyyah: one-sided peace that changed history</w:t>
      </w:r>
    </w:p>
    <w:p>
      <w:r>
        <w:rPr>
          <w:color w:val="666666"/>
          <w:sz w:val="18"/>
        </w:rPr>
        <w:t>The Secret of Divine Wisdom September 2, 2012 · 5m 59s · at 21:44 · https://youtu.be/ZXQlrW7PqAE?t=1304</w:t>
      </w:r>
    </w:p>
    <w:p>
      <w:r>
        <w:rPr>
          <w:i/>
        </w:rPr>
        <w:t>“Rasulullah ne apna hi lafz mitwa kar sulh ki”</w:t>
      </w:r>
    </w:p>
    <w:p>
      <w:r>
        <w:rPr>
          <w:sz w:val="20"/>
        </w:rPr>
        <w:t>21:44  woh daur tha larai ka. bohat dinon ke baad yeh mauqa mila ke aap sulah hudaybiya karein aap. sulah hudaybiya ka peace treaty, peace treaty tha woh.</w:t>
      </w:r>
      <w:r>
        <w:br/>
      </w:r>
      <w:r>
        <w:rPr>
          <w:sz w:val="20"/>
        </w:rPr>
        <w:t>21:56  aik taraf rasool Allah thay, doosri taraf</w:t>
      </w:r>
      <w:r>
        <w:br/>
      </w:r>
      <w:r>
        <w:rPr>
          <w:sz w:val="20"/>
        </w:rPr>
        <w:t>22:00  quraish ke qabail thay. to woh razi nahi hote thay peace par, kisi qeemat par. rasool Allah ko kya karna pada?</w:t>
      </w:r>
      <w:r>
        <w:br/>
      </w:r>
      <w:r>
        <w:rPr>
          <w:sz w:val="20"/>
        </w:rPr>
        <w:t>22:10  unki sari condition ko unilaterally manna pada. jis ki aakhri had yeh thi, aakhri had ke paper par muahida likha gaya, us ki condition likhi gayi.</w:t>
      </w:r>
      <w:r>
        <w:br/>
      </w:r>
      <w:r>
        <w:rPr>
          <w:sz w:val="20"/>
        </w:rPr>
        <w:t>22:25  jo jo woh kehte gaye yani is muahiday ko dictate kiya tha fareeqe sani ne.</w:t>
      </w:r>
      <w:r>
        <w:br/>
      </w:r>
      <w:r>
        <w:rPr>
          <w:sz w:val="20"/>
        </w:rPr>
        <w:t>22:31  rasool Allah ne dictate kiya. un ke dictation ke mutabiq muahida tayyar hua. to is mein yeh lafz likha gaya tha ke Muhammad rasool Allah yani aik fareeq is ke hain Muhammad rasool Allah.</w:t>
      </w:r>
      <w:r>
        <w:br/>
      </w:r>
      <w:r>
        <w:rPr>
          <w:sz w:val="20"/>
        </w:rPr>
        <w:t>22:48  unhon ne kaha ke yeh kaise ho sakta hai? hum aap ko rasool mante hi nahi. is ko mitaiye aur bajaye Muhammad rasool Allah ke likhiye Muhammad bin Abdullah.</w:t>
      </w:r>
      <w:r>
        <w:br/>
      </w:r>
      <w:r>
        <w:rPr>
          <w:sz w:val="20"/>
        </w:rPr>
        <w:t>23:04  aaj koi musalman is ke liye tayyar ho sakta hai?</w:t>
      </w:r>
      <w:r>
        <w:br/>
      </w:r>
      <w:r>
        <w:rPr>
          <w:sz w:val="20"/>
        </w:rPr>
        <w:t>23:09  rasool Allah ne kaha haan mita do.</w:t>
      </w:r>
      <w:r>
        <w:br/>
      </w:r>
      <w:r>
        <w:rPr>
          <w:sz w:val="20"/>
        </w:rPr>
        <w:t>23:14  aur rasool Allah ne israr kar ke lafz rasool Allah ko mita diya aur wahan par likhwaya Muhammad bin Abdullah. is tarah se woh peace treaty tay hui.</w:t>
      </w:r>
      <w:r>
        <w:br/>
      </w:r>
      <w:r>
        <w:rPr>
          <w:sz w:val="20"/>
        </w:rPr>
        <w:t>23:28  peace treaty tay hote hi bhai kya hua?</w:t>
      </w:r>
      <w:r>
        <w:br/>
      </w:r>
      <w:r>
        <w:rPr>
          <w:sz w:val="20"/>
        </w:rPr>
        <w:t>23:31  larai khatam, nafrat ka mahaul khatam, party culture khatam. phir wisdom ne prevail kiya.</w:t>
      </w:r>
      <w:r>
        <w:br/>
      </w:r>
      <w:r>
        <w:rPr>
          <w:sz w:val="20"/>
        </w:rPr>
        <w:t>23:40  jab party culture khatam hota hai to wisdom prevail karti hai.</w:t>
      </w:r>
      <w:r>
        <w:br/>
      </w:r>
      <w:r>
        <w:rPr>
          <w:sz w:val="20"/>
        </w:rPr>
        <w:t>23:48  jab party culture khatam hoga to wisdom prevail karegi.</w:t>
      </w:r>
      <w:r>
        <w:br/>
      </w:r>
      <w:r>
        <w:rPr>
          <w:sz w:val="20"/>
        </w:rPr>
        <w:t>23:55  to woh log jo thay ab woh sochne</w:t>
      </w:r>
      <w:r>
        <w:br/>
      </w:r>
      <w:r>
        <w:rPr>
          <w:sz w:val="20"/>
        </w:rPr>
        <w:t>23:58  lagay. un ko moqa mila ke ab sochay.</w:t>
      </w:r>
      <w:r>
        <w:br/>
      </w:r>
      <w:r>
        <w:rPr>
          <w:sz w:val="20"/>
        </w:rPr>
        <w:t>24:03  yahan tak ke un ke andar rethinking aai. jo log thay jo tashaddud, nafrat aur negativity ko soch nahi paatay thay.</w:t>
      </w:r>
      <w:r>
        <w:br/>
      </w:r>
      <w:r>
        <w:rPr>
          <w:sz w:val="20"/>
        </w:rPr>
        <w:t>24:19  jab yak tarfa tor par rasool Allah ne is mahol ko khatam kar diya</w:t>
      </w:r>
      <w:r>
        <w:br/>
      </w:r>
      <w:r>
        <w:rPr>
          <w:sz w:val="20"/>
        </w:rPr>
        <w:t>24:26  to un ke andar kya hua?</w:t>
      </w:r>
      <w:r>
        <w:br/>
      </w:r>
      <w:r>
        <w:rPr>
          <w:sz w:val="20"/>
        </w:rPr>
        <w:t>24:28  rethinking aai, reassessment aya. second thought jo kehtay hain woh aya. yahan tak ke yani bohat hi kam muddat mein yani do saal ke andar woh saray ke saray Islam mein dakhil ho gay.</w:t>
      </w:r>
      <w:r>
        <w:br/>
      </w:r>
      <w:r>
        <w:rPr>
          <w:sz w:val="20"/>
        </w:rPr>
        <w:t>24:47  yani jab tak wahan par party culture chal rahi thi tab tak logon ki aqalain kaam nahi karti theen. lekin jab party culture khatam kiya rasool Allah sal Allah alaihi wasallam ne to wisdom ne prevail kiya.</w:t>
      </w:r>
      <w:r>
        <w:br/>
      </w:r>
      <w:r>
        <w:rPr>
          <w:sz w:val="20"/>
        </w:rPr>
        <w:t>25:02  ab lagay sochne log. aur phir wahan par</w:t>
      </w:r>
      <w:r>
        <w:br/>
      </w:r>
      <w:r>
        <w:rPr>
          <w:sz w:val="20"/>
        </w:rPr>
        <w:t>25:10  saray log Islam mein dakhil ho gay.</w:t>
      </w:r>
      <w:r>
        <w:br/>
      </w:r>
      <w:r>
        <w:rPr>
          <w:sz w:val="20"/>
        </w:rPr>
        <w:t>25:13  yeh lekin yeh itna mushkil kaam tha ke sahaba mein aik shakhs bhi samajh mein nahi aata tha kisi ke aisi aisi hum aisa hum peace treaty kaise karein?</w:t>
      </w:r>
      <w:r>
        <w:br/>
      </w:r>
      <w:r>
        <w:rPr>
          <w:sz w:val="20"/>
        </w:rPr>
        <w:t>25:25  aik shakhs bhi nahi ke un ki sari shartain manay, rasool Allah ke lafz mita dein</w:t>
      </w:r>
      <w:r>
        <w:br/>
      </w:r>
      <w:r>
        <w:rPr>
          <w:sz w:val="20"/>
        </w:rPr>
        <w:t>25:34  aur umrah kiye baghair Hudaybiyyah se wapas chalay jayen. bazahir to sari jeet un ki thi.</w:t>
      </w:r>
      <w:r>
        <w:br/>
      </w:r>
      <w:r>
        <w:rPr>
          <w:sz w:val="20"/>
        </w:rPr>
        <w:t>25:43  lekin yaad rakhiye jo haar, jo defeat ke baat yeh ho ke wisdom prevail kare to kamyabi aap ki hoti hai.</w:t>
      </w:r>
      <w:r>
        <w:br/>
      </w:r>
      <w:r>
        <w:rPr>
          <w:sz w:val="20"/>
        </w:rPr>
        <w:t>25:57  yani do fareeq larh rahay hain. do fareeq larh rahay hain. aap kisi bhi tareeqay se larhai ko khatam kar dein to jab bhi wisdom prevail karegi to jeet aap ki hogi.</w:t>
      </w:r>
      <w:r>
        <w:br/>
      </w:r>
      <w:r>
        <w:rPr>
          <w:sz w:val="20"/>
        </w:rPr>
        <w:t>26:13  yeh aik principle hai. aur yahi wahan hua. to jis waqt Hudaybiyyah ki yani jo muahida hua tha koi bhi shakhs Allah ke woh insan jis ko hum kehtay hain Hazrat Umar Razi Allah Tala Anhu yeh Islami tareekh ka aitbaar naam Hazrat Umar Razi Allah Tala Anhu kehtay hain.</w:t>
      </w:r>
      <w:r>
        <w:br/>
      </w:r>
      <w:r>
        <w:rPr>
          <w:sz w:val="20"/>
        </w:rPr>
        <w:t>26:42  bari kitabein un par likhi gayi hain. unhon ne kaha tha ke lam naqd dunya min durna. yeh to aik humiliating muahida hai.</w:t>
      </w:r>
      <w:r>
        <w:br/>
      </w:r>
      <w:r>
        <w:rPr>
          <w:sz w:val="20"/>
        </w:rPr>
        <w:t>26:57  hum kyun is ko manay? aisay humiliating muahiday ko kyun manay? aisay humiliating treaty ko kyun manay hum?</w:t>
      </w:r>
      <w:r>
        <w:br/>
      </w:r>
      <w:r>
        <w:rPr>
          <w:sz w:val="20"/>
        </w:rPr>
        <w:t>27:11  halankeh Quran mein isi ke bare mein aaya hai ke woh ana fatahna laka fathan mubeena is</w:t>
      </w:r>
      <w:r>
        <w:br/>
      </w:r>
      <w:r>
        <w:rPr>
          <w:sz w:val="20"/>
        </w:rPr>
        <w:t>27:15  mein bhi dekhiye raaz yahi hai.</w:t>
      </w:r>
      <w:r>
        <w:br/>
      </w:r>
      <w:r>
        <w:rPr>
          <w:sz w:val="20"/>
        </w:rPr>
        <w:t>27:18  Sochiye is baat ko</w:t>
      </w:r>
      <w:r>
        <w:br/>
      </w:r>
      <w:r>
        <w:rPr>
          <w:sz w:val="20"/>
        </w:rPr>
        <w:t>27:22  ke jab yeh</w:t>
      </w:r>
      <w:r>
        <w:br/>
      </w:r>
      <w:r>
        <w:rPr>
          <w:sz w:val="20"/>
        </w:rPr>
        <w:t>27:24  yeh Hudaybiyyah treaty finalize hui thi</w:t>
      </w:r>
      <w:r>
        <w:br/>
      </w:r>
      <w:r>
        <w:rPr>
          <w:sz w:val="20"/>
        </w:rPr>
        <w:t>27:29  is ke foran baad yeh ayat utri thi ke jis Hudaybiyyah treaty ko Hazrat Umar jaisa aadmi aur</w:t>
      </w:r>
      <w:r>
        <w:br/>
      </w:r>
      <w:r>
        <w:rPr>
          <w:sz w:val="20"/>
        </w:rPr>
        <w:t>27:36  saare hi Sahaba samajhte the ke yeh yeh aik aik zillat aamez muahida hai,</w:t>
      </w:r>
    </w:p>
    <w:p>
      <w:pPr>
        <w:pStyle w:val="Heading2"/>
      </w:pPr>
      <w:r>
        <w:t>Ramadan as distraction-avoidance for real Quran study, not hunger</w:t>
      </w:r>
    </w:p>
    <w:p>
      <w:r>
        <w:rPr>
          <w:color w:val="666666"/>
          <w:sz w:val="18"/>
        </w:rPr>
        <w:t>Quran The Book of Guidance July 21, 2013 · 5m 59s · at 15:47 · https://youtu.be/DGDHIAde7eU?t=947</w:t>
      </w:r>
    </w:p>
    <w:p>
      <w:r>
        <w:rPr>
          <w:i/>
        </w:rPr>
        <w:t>“Iska matlab hai har qism ki distraction se bachana”</w:t>
      </w:r>
    </w:p>
    <w:p>
      <w:r>
        <w:rPr>
          <w:sz w:val="20"/>
        </w:rPr>
        <w:t>15:47  woh pichle hafte maine arz kiya tha. iska matlab hai har qism ki distraction se bachana,</w:t>
      </w:r>
      <w:r>
        <w:br/>
      </w:r>
      <w:r>
        <w:rPr>
          <w:sz w:val="20"/>
        </w:rPr>
        <w:t>15:57  including</w:t>
      </w:r>
      <w:r>
        <w:br/>
      </w:r>
      <w:r>
        <w:rPr>
          <w:sz w:val="20"/>
        </w:rPr>
        <w:t>16:01  food for the temporary period. to yeh jo Ramzan mein khane aur pani se rukne ki baat hai, yeh alamati taur par hai.</w:t>
      </w:r>
      <w:r>
        <w:br/>
      </w:r>
      <w:r>
        <w:rPr>
          <w:sz w:val="20"/>
        </w:rPr>
        <w:t>16:14  iska matlab hai ke momin ko chahiye ke saal mein ek mahina aisa guzare ke har qism ke distraction se bacha kar ke zyada se zyada waqt apna lagaye Quran ke tadabbur mein.</w:t>
      </w:r>
      <w:r>
        <w:br/>
      </w:r>
      <w:r>
        <w:rPr>
          <w:sz w:val="20"/>
        </w:rPr>
        <w:t>16:30  is liye mein samajh paya hoon ke Ramzan ka jo Ramzan ki jo asal haqeeqat hai, woh hai itikaf.</w:t>
      </w:r>
      <w:r>
        <w:br/>
      </w:r>
      <w:r>
        <w:rPr>
          <w:sz w:val="20"/>
        </w:rPr>
        <w:t>16:40  yeh das din ka itikaf to formal itikaf hai, aur baqi jo 20 din hain, woh informal itikaf hain. itikaf kis liye?</w:t>
      </w:r>
      <w:r>
        <w:br/>
      </w:r>
      <w:r>
        <w:rPr>
          <w:sz w:val="20"/>
        </w:rPr>
        <w:t>16:50  itikaf bhi bator be aitbar form nahi hai. wahi hai distraction se apne ko bacha kar aap</w:t>
      </w:r>
      <w:r>
        <w:br/>
      </w:r>
      <w:r>
        <w:rPr>
          <w:sz w:val="20"/>
        </w:rPr>
        <w:t>17:01  devotion ke sath aap Quran ka</w:t>
      </w:r>
      <w:r>
        <w:br/>
      </w:r>
      <w:r>
        <w:rPr>
          <w:sz w:val="20"/>
        </w:rPr>
        <w:t>17:05  mutala karein, Quran ke mani mein ghark ho jayein, iske</w:t>
      </w:r>
      <w:r>
        <w:br/>
      </w:r>
      <w:r>
        <w:rPr>
          <w:sz w:val="20"/>
        </w:rPr>
        <w:t>17:13  is se apna guidance daryaft karein. yeh matlab hai. to isi liye Quran mein hai ke shahr Ramzan allazi unzil fi al-Quran.</w:t>
      </w:r>
      <w:r>
        <w:br/>
      </w:r>
      <w:r>
        <w:rPr>
          <w:sz w:val="20"/>
        </w:rPr>
        <w:t>17:26  yeh jis mahine mein quran utara gaya tha, is mahine mein kaha gaya ke roze rakho</w:t>
      </w:r>
      <w:r>
        <w:br/>
      </w:r>
      <w:r>
        <w:rPr>
          <w:sz w:val="20"/>
        </w:rPr>
        <w:t>17:32  is se maloom hota hai ke quran aur ramzan mein bohat gehra taluq hai. woh taluq kya hai? yahi hai. yahi hai ke woh aadmi ekso ho kar apne ko distraction se bacha kar quran ka mutala kare.</w:t>
      </w:r>
      <w:r>
        <w:br/>
      </w:r>
      <w:r>
        <w:rPr>
          <w:sz w:val="20"/>
        </w:rPr>
        <w:t>17:51  dekhen, mutala karne ka matlab kya hai?</w:t>
      </w:r>
      <w:r>
        <w:br/>
      </w:r>
      <w:r>
        <w:rPr>
          <w:sz w:val="20"/>
        </w:rPr>
        <w:t>17:55  mutala karne ka matlab yeh hai ke aadmi yeh duniya mein aata hai to pet se woh koi guide book nahi lata, kisi pahad par likha hua nahi hai ke what is the purpose of creation.</w:t>
      </w:r>
      <w:r>
        <w:br/>
      </w:r>
      <w:r>
        <w:rPr>
          <w:sz w:val="20"/>
        </w:rPr>
        <w:t>18:15  to aadmi aata hai ek aisi duniya mein jis ki mein, jis ke bare mein peshi taur par use kuch nahi maloom hai.</w:t>
      </w:r>
      <w:r>
        <w:br/>
      </w:r>
      <w:r>
        <w:rPr>
          <w:sz w:val="20"/>
        </w:rPr>
        <w:t>18:22  ab sawal yeh hai ke woh</w:t>
      </w:r>
      <w:r>
        <w:br/>
      </w:r>
      <w:r>
        <w:rPr>
          <w:sz w:val="20"/>
        </w:rPr>
        <w:t>18:26  kaise jaane ga?</w:t>
      </w:r>
      <w:r>
        <w:br/>
      </w:r>
      <w:r>
        <w:rPr>
          <w:sz w:val="20"/>
        </w:rPr>
        <w:t>18:30  woh in sawalat ka jawab, jo buniyadi sawalat hain, kaise un ka jawab maloom kare? woh yani who am i what is the purpose of creation?</w:t>
      </w:r>
      <w:r>
        <w:br/>
      </w:r>
      <w:r>
        <w:rPr>
          <w:sz w:val="20"/>
        </w:rPr>
        <w:t>18:42  what is the meaning of life? what is the meaning of death? what is pre death period? what is post death period?</w:t>
      </w:r>
      <w:r>
        <w:br/>
      </w:r>
      <w:r>
        <w:rPr>
          <w:sz w:val="20"/>
        </w:rPr>
        <w:t>18:53  what is the formula of success? yani yeh sari cheezein jo hain, hamein janna hai. to kahan maloom karein? is ko maloom karne ki ek hi source hai, woh hai quran.</w:t>
      </w:r>
      <w:r>
        <w:br/>
      </w:r>
      <w:r>
        <w:rPr>
          <w:sz w:val="20"/>
        </w:rPr>
        <w:t>19:08  quran is sense mein ke peghambaron ke zariye jo kalam ilahi utra bar bar, to is ka preserved edition aur authentic edition sirf quran hai.</w:t>
      </w:r>
      <w:r>
        <w:br/>
      </w:r>
      <w:r>
        <w:rPr>
          <w:sz w:val="20"/>
        </w:rPr>
        <w:t>19:21  hum yeh nahi kehte ke quran afzal kitab hai, quran koi different book hai. hum yeh nahi kehte. hum yeh mante hain ke sare peghambaron ne allah ki taraf se jo guidance di thi, jo mehfooz nahi rahi pichle zamane mein,</w:t>
      </w:r>
      <w:r>
        <w:br/>
      </w:r>
      <w:r>
        <w:rPr>
          <w:sz w:val="20"/>
        </w:rPr>
        <w:t>19:42  to aakhri zamane mein aanay wali jo kitab hai, quran, is ko allah taala ne khaas intezam kiya, is ke ihtimam kiya, is ko mehfooz kar diya.</w:t>
      </w:r>
      <w:r>
        <w:br/>
      </w:r>
      <w:r>
        <w:rPr>
          <w:sz w:val="20"/>
        </w:rPr>
        <w:t>19:50  yahan tak ke printing press ka daur aaya to woh aakhri had tak mehfooz ho gayi. is liye quran ki ahmiyat hai. ab jab quran ko aap parhte hain is nazar se to bohat ajeeb o ghareeb tor par ek nayi cheez discover hoti hai.</w:t>
      </w:r>
      <w:r>
        <w:br/>
      </w:r>
      <w:r>
        <w:rPr>
          <w:sz w:val="20"/>
        </w:rPr>
        <w:t>20:12  misalan dekhen, aap kisi road ke kinare khare ho jayen, jahan log daud rahe hain, aa rahe hain, ja rahe hain, aa rahe hain, ja rahe hain, subah se sham tak.</w:t>
      </w:r>
      <w:r>
        <w:br/>
      </w:r>
      <w:r>
        <w:rPr>
          <w:sz w:val="20"/>
        </w:rPr>
        <w:t>20:24  aap sochen ke kahan aa rahe hain, kahan ja rahe hain? sirf ek maqsad ke liye, aur woh hai jis ko kehte hain kamai, paisa kamana.</w:t>
      </w:r>
      <w:r>
        <w:br/>
      </w:r>
      <w:r>
        <w:rPr>
          <w:sz w:val="20"/>
        </w:rPr>
        <w:t>20:34  chahe koi job kar raha hai, chahe koi business kar raha hai, koi politics mein daud laga raha hai, sab ka aakhri maqsad kya hai?</w:t>
      </w:r>
      <w:r>
        <w:br/>
      </w:r>
      <w:r>
        <w:rPr>
          <w:sz w:val="20"/>
        </w:rPr>
        <w:t>20:42  paisa kamana. paisa kis liye? taake meri zindagi zyada achi ho, mere paas acha ghar ho, mere paas achi sawari ho, mere bachon ka mustaqbil acha ho, achi taleem un ko ho.</w:t>
      </w:r>
      <w:r>
        <w:br/>
      </w:r>
      <w:r>
        <w:rPr>
          <w:sz w:val="20"/>
        </w:rPr>
        <w:t>20:55  yani sara jo maqsad hai,</w:t>
      </w:r>
      <w:r>
        <w:br/>
      </w:r>
      <w:r>
        <w:rPr>
          <w:sz w:val="20"/>
        </w:rPr>
        <w:t>20:57  woh yeh hai ke is duniya ka betterment. aur chunke is duniya ke betterment ki price dene ke liye mujhe paisa chahiye, is liye paisa center mein ho jata hai.</w:t>
      </w:r>
      <w:r>
        <w:br/>
      </w:r>
      <w:r>
        <w:rPr>
          <w:sz w:val="20"/>
        </w:rPr>
        <w:t>21:11  is is zehan, is ab ab yeh ek tajurba aap ne kiya road ke kinare logon ko dekh kar ke. ab quran ko parhiye aap to quran mein aap dekhen ke aisa kahin bhi nahi hai.</w:t>
      </w:r>
      <w:r>
        <w:br/>
      </w:r>
      <w:r>
        <w:rPr>
          <w:sz w:val="20"/>
        </w:rPr>
        <w:t>21:23  sara quran bohat hi zyada shiddat se bata raha hai akhirat ki ahmiyat ko, akhirat ki ahmiyat ko, jannat aur jahannum ka tazkira.</w:t>
      </w:r>
      <w:r>
        <w:br/>
      </w:r>
      <w:r>
        <w:rPr>
          <w:sz w:val="20"/>
        </w:rPr>
        <w:t>21:35  apne log tayyari karo agli duniya ke liye, maut se pehle ki duniya, maut se pehle ki zindagi, maut ke baad ki zindagi ki tayyari karo.</w:t>
      </w:r>
    </w:p>
    <w:p>
      <w:pPr>
        <w:pStyle w:val="Heading2"/>
      </w:pPr>
      <w:r>
        <w:t>Maulana's work ethic, discovering his gift, and his giving philosophy</w:t>
      </w:r>
    </w:p>
    <w:p>
      <w:r>
        <w:rPr>
          <w:color w:val="666666"/>
          <w:sz w:val="18"/>
        </w:rPr>
        <w:t>In Conversation with Dr. Saniyasnain Khan December 12, 2021 · 5m 58s · at 13:58 · https://youtu.be/9Lp76ckNRYE?t=838</w:t>
      </w:r>
    </w:p>
    <w:p>
      <w:r>
        <w:rPr>
          <w:i/>
        </w:rPr>
        <w:t>“Maulana was an incredibly hard-working man, up from Fajr to Isha”</w:t>
      </w:r>
    </w:p>
    <w:p>
      <w:r>
        <w:rPr>
          <w:sz w:val="20"/>
        </w:rPr>
        <w:t>13:58  Early jo learning mujhe sab se aham hui early stages mein woh yeh ke aah Maulana was a very hard working person.</w:t>
      </w:r>
      <w:r>
        <w:br/>
      </w:r>
      <w:r>
        <w:rPr>
          <w:sz w:val="20"/>
        </w:rPr>
        <w:t>14:11  ji. bohat matlab subah fajar ke waqt se le ke raat ko isha tak kaam hi karte rehte thay. aur un ka kaam tha parhna aur likhna.</w:t>
      </w:r>
      <w:r>
        <w:br/>
      </w:r>
      <w:r>
        <w:rPr>
          <w:sz w:val="20"/>
        </w:rPr>
        <w:t>14:22  bas kitabon mein gharaq rehte thay. chunaanchay mujhe lagta hai Maulana nay bohat hi early stage mein early ages mein jab woh bohat hi chotay thay shayad twenty years ke aas paas us waqt un ko yeh realize ho gaya ke woh likh sakte hain.</w:t>
      </w:r>
      <w:r>
        <w:br/>
      </w:r>
      <w:r>
        <w:rPr>
          <w:sz w:val="20"/>
        </w:rPr>
        <w:t>14:45  hmm. He can write and analyze. hmm. jo Maulana ki analysis ki power hai woh aap parhte hain kitabon mein jo cheez humein aam aadmi ko nazar nahin aati woh Maulana is ko dekhte hain aur analyze karte hain.</w:t>
      </w:r>
      <w:r>
        <w:br/>
      </w:r>
      <w:r>
        <w:rPr>
          <w:sz w:val="20"/>
        </w:rPr>
        <w:t>14:58  hmm. to jab unhon nay yeh realize kiya ke he can write and he can analyze to woh is pe lag gaye. hmm. woh kaam unhon nay poori tarah se is kaam pe lag gaye aur likhna aur parhna likhna aur parhna aur koi kaam nahin kiya.</w:t>
      </w:r>
      <w:r>
        <w:br/>
      </w:r>
      <w:r>
        <w:rPr>
          <w:sz w:val="20"/>
        </w:rPr>
        <w:t>15:15  ji. chunaanchay har insaan aah ko Allah taala nay koi khaas salahiyat di hai. hmm. aah to is ko woh discover karna chahiye.</w:t>
      </w:r>
      <w:r>
        <w:br/>
      </w:r>
      <w:r>
        <w:rPr>
          <w:sz w:val="20"/>
        </w:rPr>
        <w:t>15:27  hmm. Ke Allah ne kaun si khaas ah quality salahiyat us ko di hai jab woh is ko</w:t>
      </w:r>
      <w:r>
        <w:br/>
      </w:r>
      <w:r>
        <w:rPr>
          <w:sz w:val="20"/>
        </w:rPr>
        <w:t>15:36  discover kar le to is ko chahiye ke woh ah is pe lag jaye jam jaye aur tabhi</w:t>
      </w:r>
      <w:r>
        <w:br/>
      </w:r>
      <w:r>
        <w:rPr>
          <w:sz w:val="20"/>
        </w:rPr>
        <w:t>15:44  is ko success hasil hogi worldly ah aitbaar se bhi aur aakhirat ke aitbaar se to mein mein</w:t>
      </w:r>
      <w:r>
        <w:br/>
      </w:r>
      <w:r>
        <w:rPr>
          <w:sz w:val="20"/>
        </w:rPr>
        <w:t>15:52  samajhta hoon ke yeh jo maine note kiya ke Maulana bas likhte padhte the aur jo log</w:t>
      </w:r>
      <w:r>
        <w:br/>
      </w:r>
      <w:r>
        <w:rPr>
          <w:sz w:val="20"/>
        </w:rPr>
        <w:t>15:58  aate the un ke haan chuki mein aksar baithta tha jab log aate the to maine dekha</w:t>
      </w:r>
      <w:r>
        <w:br/>
      </w:r>
      <w:r>
        <w:rPr>
          <w:sz w:val="20"/>
        </w:rPr>
        <w:t>16:05  ke baat bhi woh yahi karte the likhne padhne wali Qur'an ki hadees ki ya koi aur baat</w:t>
      </w:r>
      <w:r>
        <w:br/>
      </w:r>
      <w:r>
        <w:rPr>
          <w:sz w:val="20"/>
        </w:rPr>
        <w:t>16:11  koi political baat</w:t>
      </w:r>
      <w:r>
        <w:br/>
      </w:r>
      <w:r>
        <w:rPr>
          <w:sz w:val="20"/>
        </w:rPr>
        <w:t>16:13  koi aah idhar udhar ki baat koi shair o shayari. hmm. koi joke yeh sab nay intehai sanjeeda guftagu hoti thi aur is se dono ko faida hota tha.</w:t>
      </w:r>
      <w:r>
        <w:br/>
      </w:r>
      <w:r>
        <w:rPr>
          <w:sz w:val="20"/>
        </w:rPr>
        <w:t>16:27  aah aur hamesha un ka zehan bas aah gehri soch mein gharaq rehta tha. hmm. koi faltu baat nahin jo bhi log aah aisay kabhi aaye jo idhar udhar ki baat karte thay to Maulana miltay nahin thay un se baad mein.</w:t>
      </w:r>
      <w:r>
        <w:br/>
      </w:r>
      <w:r>
        <w:rPr>
          <w:sz w:val="20"/>
        </w:rPr>
        <w:t>16:43  ji. to yeh hamesha un ka un ka tareeqa raha ke hamesha sanjeedgi. hmm. aur sincerity. hmm. aur jo maqsad hai jab unhon nay discover kar liya to usi maqsad usi mission mein apni zindagi ko lagati thi.</w:t>
      </w:r>
      <w:r>
        <w:br/>
      </w:r>
      <w:r>
        <w:rPr>
          <w:sz w:val="20"/>
        </w:rPr>
        <w:t>16:58  ji. aur aah shayad doctor sahib aah isi liye woh itna zyada unhon ne likha jaise aap ne bataya ke sanjidgi ke sath unhon ne zindagi bitai sincerity ke sath aur likhte rehte the ke aaj do sau se zyada kitaben.</w:t>
      </w:r>
      <w:r>
        <w:br/>
      </w:r>
      <w:r>
        <w:rPr>
          <w:sz w:val="20"/>
        </w:rPr>
        <w:t>17:13  ji. jo hain aah un ki hain aur translation ka kaam musalsal ab chal raha hai. ji. to yeh isi liye ho paya kyunke woh itna zyada likhte the.</w:t>
      </w:r>
      <w:r>
        <w:br/>
      </w:r>
      <w:r>
        <w:rPr>
          <w:sz w:val="20"/>
        </w:rPr>
        <w:t>17:23  mujhe aur mujhe aik baat aur yaad aa rahi hai main aap ki baat. ji ji ji kaat raha hoon ke aik baar kya hua hum jab yahan aaye Nizamuddin mein eighty five ki baat hai.</w:t>
      </w:r>
      <w:r>
        <w:br/>
      </w:r>
      <w:r>
        <w:rPr>
          <w:sz w:val="20"/>
        </w:rPr>
        <w:t>17:34  hmm. ke aik sahib aaye mere paas encyclopedia britannica le ke. ji. aah thirty volume set.</w:t>
      </w:r>
      <w:r>
        <w:br/>
      </w:r>
      <w:r>
        <w:rPr>
          <w:sz w:val="20"/>
        </w:rPr>
        <w:t>17:43  hmm. aur aah unhon ne woh bechne ke liye aaye the. hmm. to aah unhon ne kaha yeh thirty thousand ka hai.</w:t>
      </w:r>
      <w:r>
        <w:br/>
      </w:r>
      <w:r>
        <w:rPr>
          <w:sz w:val="20"/>
        </w:rPr>
        <w:t>17:53  hmm. aur unhon ne kaha main is ko chhod ke jata hoon aap ke paas. aah aik haftay ke liye ya chand dinon ke liye phir aaunga agar aap aah is ko pasand karenge to le lijiyega warna main wapas le lunga.</w:t>
      </w:r>
      <w:r>
        <w:br/>
      </w:r>
      <w:r>
        <w:rPr>
          <w:sz w:val="20"/>
        </w:rPr>
        <w:t>18:07  to main ne Maulana ko dikhaya ke yeh encyclopedia britannica. ji. koi sahib la ke de gaye hain aap ko pasand hai to hum le len usay to Maulana ne usay khola dekha parha aik do din tak to unhon ne kaha theek hai is ko tum khareed lo.</w:t>
      </w:r>
      <w:r>
        <w:br/>
      </w:r>
      <w:r>
        <w:rPr>
          <w:sz w:val="20"/>
        </w:rPr>
        <w:t>18:25  hmm. mera khayal hai zindagi mein kabhi koi cheez unhon ne mujh se kahin nahi khareedne ke liye sirf encyclopedia halanke us zamane mein eighty five mein thirty thousand was a big money.</w:t>
      </w:r>
      <w:r>
        <w:br/>
      </w:r>
      <w:r>
        <w:rPr>
          <w:sz w:val="20"/>
        </w:rPr>
        <w:t>18:35  yar definitely. haan lekin unhon ne is ko kaha ke theek hai le lo aur agar aaj jayen aap wahan par un ke room mein woh rakhi hui hai.</w:t>
      </w:r>
      <w:r>
        <w:br/>
      </w:r>
      <w:r>
        <w:rPr>
          <w:sz w:val="20"/>
        </w:rPr>
        <w:t>18:43  sari series hai. sari series hai aap kholiye koi page to us pe Maulana ki hath se kuch likha hua hoga taqreeban har page unhon ne parha. ji. har subject ko unhon ne parha to un ka bas shauq yahi tha.</w:t>
      </w:r>
      <w:r>
        <w:br/>
      </w:r>
      <w:r>
        <w:rPr>
          <w:sz w:val="20"/>
        </w:rPr>
        <w:t>18:54  ji. parhna aur likhna parhna aur likhna aur sab se herat angez baat yeh bhi hai doctor sahib ke aah main ne khud woh pages flip kiye hain kyunke kai baar Maulana kehte the ke aap yeh nikaliye aur to woh un ko yaad bhi hai ke kahan pe kya likha hua hai.</w:t>
      </w:r>
      <w:r>
        <w:br/>
      </w:r>
      <w:r>
        <w:rPr>
          <w:sz w:val="20"/>
        </w:rPr>
        <w:t>19:09  ji. aur kahan pe woh cheez jo woh dhoondhna cha rahe hain woh mile gi. zabardast memory thi Maulana ki. ji. aur doosri cheez yeh hai ke jaise aap ne bataya ke aah woh likhte rahe aur sanjidgi ke sath unhon ne zindagi guzari aur doosri cheez yeh hai ke hamesha un ka jo attitude tha woh well wishing wala attitude tha wahi unhon ne hum sab ko bhi sikhaya.</w:t>
      </w:r>
      <w:r>
        <w:br/>
      </w:r>
      <w:r>
        <w:rPr>
          <w:sz w:val="20"/>
        </w:rPr>
        <w:t>19:29  bilkul. to un ka woh aah mujhe bohat acha lagta tha jumla ke jo de us ka bhi bhala aur jo na de aah us ka bhi bhala. ji.</w:t>
      </w:r>
      <w:r>
        <w:br/>
      </w:r>
      <w:r>
        <w:rPr>
          <w:sz w:val="20"/>
        </w:rPr>
        <w:t>19:37  to it's sort of reflects on how a daai should be. hmm. ke aik daai ko hamesha is dunya mein aik giver member ki hesiyat se aah rehna chahiye jaise aik peR hota hai.</w:t>
      </w:r>
      <w:r>
        <w:br/>
      </w:r>
      <w:r>
        <w:rPr>
          <w:sz w:val="20"/>
        </w:rPr>
        <w:t>19:49  bilkul. aah peR ka bohat acha example batate the woh aah ke peR sirf dena janta hai. aah and that is how you know we should lead our life.</w:t>
      </w:r>
    </w:p>
    <w:p>
      <w:pPr>
        <w:pStyle w:val="Heading2"/>
      </w:pPr>
      <w:r>
        <w:t>Life transformation from traditional to modern</w:t>
      </w:r>
    </w:p>
    <w:p>
      <w:r>
        <w:rPr>
          <w:color w:val="666666"/>
          <w:sz w:val="18"/>
        </w:rPr>
        <w:t>In Conversation with Khaja Kaleemuddin 29 Aug 2021 · 4m 10s · at 8:52 · https://youtu.be/oKq_ptPZOVE?t=532</w:t>
      </w:r>
    </w:p>
    <w:p>
      <w:r>
        <w:rPr>
          <w:i/>
        </w:rPr>
        <w:t>“میں جب اپنی زندگی کو اب پیچھے مڑ کے دیکھتا ہوں تو میری زندگی کے دو پارٹس ہیں”</w:t>
      </w:r>
    </w:p>
    <w:p>
      <w:r>
        <w:rPr>
          <w:sz w:val="20"/>
        </w:rPr>
        <w:t>8:52  ? ji, main jab apni zindagi ko ab peechay murr ke dekhta hoon to meri zindagi ke do parts hain.</w:t>
      </w:r>
      <w:r>
        <w:br/>
      </w:r>
      <w:r>
        <w:rPr>
          <w:sz w:val="20"/>
        </w:rPr>
        <w:t>9:03  main village mein grow up hua, us waqt</w:t>
      </w:r>
      <w:r>
        <w:br/>
      </w:r>
      <w:r>
        <w:rPr>
          <w:sz w:val="20"/>
        </w:rPr>
        <w:t>9:08  traditional islam se waqif tha. mujhe mere family se mila. is mein woh to sirf rasoomati religion tha, jis mein bataya jata tha ke bhai is ka itna sawab hai, is ka itna sawab hai, is din kar lo, is waqt kar lo to aur itna sawab barh jayega.</w:t>
      </w:r>
      <w:r>
        <w:br/>
      </w:r>
      <w:r>
        <w:rPr>
          <w:sz w:val="20"/>
        </w:rPr>
        <w:t>9:28  to woh</w:t>
      </w:r>
      <w:r>
        <w:br/>
      </w:r>
      <w:r>
        <w:rPr>
          <w:sz w:val="20"/>
        </w:rPr>
        <w:t>9:29  falo to kar raha tha, lekin woh mere zehan mein nahin baith raha tha ke ke khuda ta'ala jo hai un cheezon ka muntazir hai ke bhai yeh kar lo to jo hai yeh de de ga, woh de de ga.</w:t>
      </w:r>
      <w:r>
        <w:br/>
      </w:r>
      <w:r>
        <w:rPr>
          <w:sz w:val="20"/>
        </w:rPr>
        <w:t>9:42  aur phir jab mein college mein dakhil hua to</w:t>
      </w:r>
      <w:r>
        <w:br/>
      </w:r>
      <w:r>
        <w:rPr>
          <w:sz w:val="20"/>
        </w:rPr>
        <w:t>9:48  wahan par phir mein aik doosre qism ke islam se mutarif hua, aur woh hai</w:t>
      </w:r>
      <w:r>
        <w:br/>
      </w:r>
      <w:r>
        <w:rPr>
          <w:sz w:val="20"/>
        </w:rPr>
        <w:t>9:59  political interpretation keh sakte hain is ko. aur woh in mein jo wahan jin logon se mulaqat hui, aur wahan kyunke shehar ja chuka tha, shehar mein jo masjid ko mein namaz parhne jata tha, wahan par yeh idea mil raha tha ke jo hai</w:t>
      </w:r>
      <w:r>
        <w:br/>
      </w:r>
      <w:r>
        <w:rPr>
          <w:sz w:val="20"/>
        </w:rPr>
        <w:t>10:17  musalman aur islam jo hai superior religion hai, aur aur</w:t>
      </w:r>
      <w:r>
        <w:br/>
      </w:r>
      <w:r>
        <w:rPr>
          <w:sz w:val="20"/>
        </w:rPr>
        <w:t>10:27  izn yani izn dam ka jo hai tafrqa paida kiya hua tha. aur hum do qaum hain, hum aur hukoomat ilahia qaim karna ji</w:t>
      </w:r>
      <w:r>
        <w:br/>
      </w:r>
      <w:r>
        <w:rPr>
          <w:sz w:val="20"/>
        </w:rPr>
        <w:t>10:43  un ka motto tha. aur isi se mera zehan change influence ho raha tha.</w:t>
      </w:r>
      <w:r>
        <w:br/>
      </w:r>
      <w:r>
        <w:rPr>
          <w:sz w:val="20"/>
        </w:rPr>
        <w:t>10:52  ji ji. to phir yani jab college se farigh hua, jab mein</w:t>
      </w:r>
      <w:r>
        <w:br/>
      </w:r>
      <w:r>
        <w:rPr>
          <w:sz w:val="20"/>
        </w:rPr>
        <w:t>11:02  yani professional life mein shamil hua to wahan par yeh risala mila mujhe.</w:t>
      </w:r>
      <w:r>
        <w:br/>
      </w:r>
      <w:r>
        <w:rPr>
          <w:sz w:val="20"/>
        </w:rPr>
        <w:t>11:13  to ab woh yeh parh raha yani jab das saal ka mutala hua to woh Maulana ki presentation jo islam unhon ne quran aur hadith se kiya, to woh bilkul mere zehan mein baith gaya kyunke isi ka</w:t>
      </w:r>
      <w:r>
        <w:br/>
      </w:r>
      <w:r>
        <w:rPr>
          <w:sz w:val="20"/>
        </w:rPr>
        <w:t>11:32  khayal tha ke yun hona chahiye. ab har page mein yani koi aisi baat nahin thi jo yeh lage ke Maulana apni taraf se koi taweel kar rahe hain.</w:t>
      </w:r>
      <w:r>
        <w:br/>
      </w:r>
      <w:r>
        <w:rPr>
          <w:sz w:val="20"/>
        </w:rPr>
        <w:t>11:46  woh quran har page ya to quran ki tafseer hoti thi ya to jo hai hadith ki tafseer hoti thi. phir doosra jo hota tha jo</w:t>
      </w:r>
      <w:r>
        <w:br/>
      </w:r>
      <w:r>
        <w:rPr>
          <w:sz w:val="20"/>
        </w:rPr>
        <w:t>11:56  aap ke liye zindagi mein kaise aage badhein, aur har page pe aap ko sabr o tahammul ka jo hai sabak milta tha, aap aage kaise barh sakte hain.</w:t>
      </w:r>
      <w:r>
        <w:br/>
      </w:r>
      <w:r>
        <w:rPr>
          <w:sz w:val="20"/>
        </w:rPr>
        <w:t>12:10  aur woh baatein</w:t>
      </w:r>
      <w:r>
        <w:br/>
      </w:r>
      <w:r>
        <w:rPr>
          <w:sz w:val="20"/>
        </w:rPr>
        <w:t>12:13  woh itni yani dil ko lagen ke waqai isi se jo hai insan taraqqi kar sakta hai. to meri personality mein complete jo hai 180 degree ka change aa gaya jo pehle tha.</w:t>
      </w:r>
      <w:r>
        <w:br/>
      </w:r>
      <w:r>
        <w:rPr>
          <w:sz w:val="20"/>
        </w:rPr>
        <w:t>12:29  aur is</w:t>
      </w:r>
      <w:r>
        <w:br/>
      </w:r>
      <w:r>
        <w:rPr>
          <w:sz w:val="20"/>
        </w:rPr>
        <w:t>12:30  is din se aaj tak mein jo kuch bhi hoon, woh Maulana ki literature se meri jo personality bani hai, mein soch bhi nahin sakta tha ke jo hai is qabil insan aur is tarah ka insan mein banoon ga.</w:t>
      </w:r>
      <w:r>
        <w:br/>
      </w:r>
      <w:r>
        <w:rPr>
          <w:sz w:val="20"/>
        </w:rPr>
        <w:t>12:50  aur</w:t>
      </w:r>
      <w:r>
        <w:br/>
      </w:r>
      <w:r>
        <w:rPr>
          <w:sz w:val="20"/>
        </w:rPr>
        <w:t>12:51  aur aik mission mil jaye ga jo ta hayat, ta yani marne tak jo hai yeh mission pe qaim rahoon.</w:t>
      </w:r>
      <w:r>
        <w:br/>
      </w:r>
      <w:r>
        <w:rPr>
          <w:sz w:val="20"/>
        </w:rPr>
        <w:t>13:01  to yeh changes aaye</w:t>
      </w:r>
      <w:r>
        <w:br/>
      </w:r>
      <w:r>
        <w:rPr>
          <w:sz w:val="20"/>
        </w:rPr>
        <w:t>13:03  ji. masha Allah. Kaleem sahib, aap ne aik bari interesting baat abhi batai ke aap ko urdu nahin aati thi. ji to kis cheez ne motivate kiya ke aap urdu seekhein?</w:t>
      </w:r>
    </w:p>
    <w:p>
      <w:pPr>
        <w:pStyle w:val="Heading2"/>
      </w:pPr>
      <w:r>
        <w:t>Darwin's acknowledgment and shift to book of God</w:t>
      </w:r>
    </w:p>
    <w:p>
      <w:r>
        <w:rPr>
          <w:color w:val="666666"/>
          <w:sz w:val="18"/>
        </w:rPr>
        <w:t>In Search of Truth 6 Aug 2006 - Maulana Wahiduddin Khan · 4m 55s · at 15:41 · https://youtu.be/f8sqv7h-V4o?t=941</w:t>
      </w:r>
    </w:p>
    <w:p>
      <w:r>
        <w:rPr>
          <w:i/>
        </w:rPr>
        <w:t>“Then came Darwinism which researched the phenomenon of life”</w:t>
      </w:r>
    </w:p>
    <w:p>
      <w:r>
        <w:rPr>
          <w:sz w:val="20"/>
        </w:rPr>
        <w:t>15:41  toh yeh phir ek dead lock tha. kyunke is ke baad aap jante hain ke Darwinism aaya. Darwinism ne life ke phenomena par research kiya.</w:t>
      </w:r>
      <w:r>
        <w:br/>
      </w:r>
      <w:r>
        <w:rPr>
          <w:sz w:val="20"/>
        </w:rPr>
        <w:t>15:57  ke different species jo hain, woh kaise banti hain? million, billion qism ki cheezein kaise banti hain? kya hota hai? is par unhone research</w:t>
      </w:r>
      <w:r>
        <w:br/>
      </w:r>
      <w:r>
        <w:rPr>
          <w:sz w:val="20"/>
        </w:rPr>
        <w:t>16:06  kiya. toh unhe kya mil gaya? ek demonstrable cheez, woh hai fossils. fossils ko aap demonstrate kar sakte the.</w:t>
      </w:r>
      <w:r>
        <w:br/>
      </w:r>
      <w:r>
        <w:rPr>
          <w:sz w:val="20"/>
        </w:rPr>
        <w:t>16:15  is par base kar ke unhone ek ek edifice khada kiya.</w:t>
      </w:r>
      <w:r>
        <w:br/>
      </w:r>
      <w:r>
        <w:rPr>
          <w:sz w:val="20"/>
        </w:rPr>
        <w:t>16:21  lekin phir yahan bhi ek dead lock aa gaya. unhone apni samajh se successfully ek ek woh bana liya,</w:t>
      </w:r>
      <w:r>
        <w:br/>
      </w:r>
      <w:r>
        <w:rPr>
          <w:sz w:val="20"/>
        </w:rPr>
        <w:t>16:36  yaani ek ek naqsha bana liya ke kis tarah se cheezein bani. yaani machhli se kis tarah se chidiya ban gayi, bakri se kis tarah zaroa ban gaya.</w:t>
      </w:r>
      <w:r>
        <w:br/>
      </w:r>
      <w:r>
        <w:rPr>
          <w:sz w:val="20"/>
        </w:rPr>
        <w:t>16:48  toh is tarah se unhone ek naqsha banaya fossils ke base par. ab samjhein ke hum dobara demonstration ke is mein aa gaye hain.</w:t>
      </w:r>
      <w:r>
        <w:br/>
      </w:r>
      <w:r>
        <w:rPr>
          <w:sz w:val="20"/>
        </w:rPr>
        <w:t>16:58  lekin Darwin ke samne yeh sawal tha ke zindagi shuru kaise hui? beginning kaise hui zindagi ki?</w:t>
      </w:r>
      <w:r>
        <w:br/>
      </w:r>
      <w:r>
        <w:rPr>
          <w:sz w:val="20"/>
        </w:rPr>
        <w:t>17:07  yahan is ke paas koi demonstrable data nahi tha.</w:t>
      </w:r>
      <w:r>
        <w:br/>
      </w:r>
      <w:r>
        <w:rPr>
          <w:sz w:val="20"/>
        </w:rPr>
        <w:t>17:12  aap is ki kitaab padhiye, origin of species. is mein is ne kam az kam teen jagah God ka etraf kiya hai. is ke jo</w:t>
      </w:r>
      <w:r>
        <w:br/>
      </w:r>
      <w:r>
        <w:rPr>
          <w:sz w:val="20"/>
        </w:rPr>
        <w:t>17:24  last paragraph hai, origin of species ka, is ne woh saaf tor par yeh kaha hai ke zindagi ko shuru karne wala ek creator tha.</w:t>
      </w:r>
      <w:r>
        <w:br/>
      </w:r>
      <w:r>
        <w:rPr>
          <w:sz w:val="20"/>
        </w:rPr>
        <w:t>17:40  is tarah is ne likha hai ke yeh concept kitna zyada beautiful hai ke shuru mein ek ibtidai life ko ek creator ne create kar ke duniya mein rakha.</w:t>
      </w:r>
      <w:r>
        <w:br/>
      </w:r>
      <w:r>
        <w:rPr>
          <w:sz w:val="20"/>
        </w:rPr>
        <w:t>17:56  aur phir is se species barhti chali gayeen aur itni sari cheezein paida ho gayeen.</w:t>
      </w:r>
      <w:r>
        <w:br/>
      </w:r>
      <w:r>
        <w:rPr>
          <w:sz w:val="20"/>
        </w:rPr>
        <w:t>18:02  to kya ke yahan par phir ek shift hua</w:t>
      </w:r>
      <w:r>
        <w:br/>
      </w:r>
      <w:r>
        <w:rPr>
          <w:sz w:val="20"/>
        </w:rPr>
        <w:t>18:08  ke zindagi kaise, is ka evolution kaise hua? to evolution ke liye to unhein fossils ki soorat mein demonstrable data mil gaya tha.</w:t>
      </w:r>
      <w:r>
        <w:br/>
      </w:r>
      <w:r>
        <w:rPr>
          <w:sz w:val="20"/>
        </w:rPr>
        <w:t>18:21  lekin zindagi shuru kaise hui? yahan par woh mehsoos kiya ke woh helpless</w:t>
      </w:r>
      <w:r>
        <w:br/>
      </w:r>
      <w:r>
        <w:rPr>
          <w:sz w:val="20"/>
        </w:rPr>
        <w:t>18:26  hai. to chunancha unhon ne yeh maan liya ke shuru karne wala jo hai, yaani prime mover jo hai, woh ek creator tha jis ne create kiya.</w:t>
      </w:r>
      <w:r>
        <w:br/>
      </w:r>
      <w:r>
        <w:rPr>
          <w:sz w:val="20"/>
        </w:rPr>
        <w:t>18:39  yahan par dekhiye, phir unhon ne hawai jahaz badla. yaani ek aisi cheez ko maan liya jis ko maanne ke liye un ke paas woh argument maujood nahi tha jis ko is se pehle woh use kar rahe thay.</w:t>
      </w:r>
      <w:r>
        <w:br/>
      </w:r>
      <w:r>
        <w:rPr>
          <w:sz w:val="20"/>
        </w:rPr>
        <w:t>18:53  to main yeh kahunga ke zindagi ke safar is tarah jo chal raha hai ke bar bar hum shift kar rahe hain, shift kar ke hamara safar aage barh jata hai.</w:t>
      </w:r>
      <w:r>
        <w:br/>
      </w:r>
      <w:r>
        <w:rPr>
          <w:sz w:val="20"/>
        </w:rPr>
        <w:t>19:07  yaani shift karne ki jo policy hai, us ko hum ne bar bar mazi mein istemal kiya hai. aur aakhir mein Darwin ne is tarah istemal kiya ke seedhe seedhe creator ko</w:t>
      </w:r>
      <w:r>
        <w:br/>
      </w:r>
      <w:r>
        <w:rPr>
          <w:sz w:val="20"/>
        </w:rPr>
        <w:t>19:16  maan liya us ne. main samajhta hoon ke here is the starting point hamare liye ke sachai ko agar hum janna chahte hain to hamein phir ek shift karna hai.</w:t>
      </w:r>
      <w:r>
        <w:br/>
      </w:r>
      <w:r>
        <w:rPr>
          <w:sz w:val="20"/>
        </w:rPr>
        <w:t>19:30  woh shift kya hai? woh shift yeh hai ke ab tak hum apne jo chala rahe thay, apna survey, woh chal raha tha book of nature par.</w:t>
      </w:r>
      <w:r>
        <w:br/>
      </w:r>
      <w:r>
        <w:rPr>
          <w:sz w:val="20"/>
        </w:rPr>
        <w:t>19:45  nature mein jo phenomena tha, nature mein jo cheezein hamare dekhne mein aati theen, us ko main book of nature keh raha hoon ya law of nature keh lijiye, law of nature ya book of nature, us par chal raha tha hamari hamari research chal rahi thi.</w:t>
      </w:r>
      <w:r>
        <w:br/>
      </w:r>
      <w:r>
        <w:rPr>
          <w:sz w:val="20"/>
        </w:rPr>
        <w:t>20:02  ab main kahunga ke phir ek shift chahiye ke aap book of nature se shift kar ke aayen book of God par.</w:t>
      </w:r>
      <w:r>
        <w:br/>
      </w:r>
      <w:r>
        <w:rPr>
          <w:sz w:val="20"/>
        </w:rPr>
        <w:t>20:12  tab aage ka safar chalega. warna aap kuch jaan nahi payenge. phir dead lock jo aa gaya hai ke hum explain nahi kar sake.</w:t>
      </w:r>
      <w:r>
        <w:br/>
      </w:r>
      <w:r>
        <w:rPr>
          <w:sz w:val="20"/>
        </w:rPr>
        <w:t>20:21  itni sari tarqqiyan huien, itni sari baatein hum ne jani, lekin phir bhi life ko hum explain nahi kar sake is tarah se ke hum yaani poori tarah mutma'in ho saken.</w:t>
      </w:r>
    </w:p>
    <w:p>
      <w:pPr>
        <w:pStyle w:val="Heading2"/>
      </w:pPr>
      <w:r>
        <w:t>Five periods of human history from the angle of dawah</w:t>
      </w:r>
    </w:p>
    <w:p>
      <w:r>
        <w:rPr>
          <w:color w:val="666666"/>
          <w:sz w:val="18"/>
        </w:rPr>
        <w:t>Five Periods of Human History March 8, 2009 Maulana Wahiduddin Khan · 4m 14s · at 0:37 · https://youtu.be/_Y4VcKV2OPk?t=37</w:t>
      </w:r>
    </w:p>
    <w:p>
      <w:r>
        <w:rPr>
          <w:i/>
        </w:rPr>
        <w:t>“Today's topic: the five periods of human history”</w:t>
      </w:r>
    </w:p>
    <w:p>
      <w:r>
        <w:rPr>
          <w:sz w:val="20"/>
        </w:rPr>
        <w:t>0:37  aaj ka topic hai:</w:t>
      </w:r>
      <w:r>
        <w:br/>
      </w:r>
      <w:r>
        <w:rPr>
          <w:sz w:val="20"/>
        </w:rPr>
        <w:t>0:42  five periods of human history.</w:t>
      </w:r>
      <w:r>
        <w:br/>
      </w:r>
      <w:r>
        <w:rPr>
          <w:sz w:val="20"/>
        </w:rPr>
        <w:t>0:48  insani tareekh ke panch daur. dekhen, tareekh ko mukhtalif angle se dekhte hain log, aur alag alag aspects se iske daur batate hain.</w:t>
      </w:r>
      <w:r>
        <w:br/>
      </w:r>
      <w:r>
        <w:rPr>
          <w:sz w:val="20"/>
        </w:rPr>
        <w:t>1:04  main jis angle se dekh raha hoon,</w:t>
      </w:r>
      <w:r>
        <w:br/>
      </w:r>
      <w:r>
        <w:rPr>
          <w:sz w:val="20"/>
        </w:rPr>
        <w:t>1:09  is ke aitbar se maine panch daur bataye hain,</w:t>
      </w:r>
      <w:r>
        <w:br/>
      </w:r>
      <w:r>
        <w:rPr>
          <w:sz w:val="20"/>
        </w:rPr>
        <w:t>1:15  yani dawat ke angle se.</w:t>
      </w:r>
      <w:r>
        <w:br/>
      </w:r>
      <w:r>
        <w:rPr>
          <w:sz w:val="20"/>
        </w:rPr>
        <w:t>1:20  to sab se pehla daur jo hai, woh hai jab ke prophet aate rahe, bar bar, lekin insan ne inko ignore kiya.</w:t>
      </w:r>
      <w:r>
        <w:br/>
      </w:r>
      <w:r>
        <w:rPr>
          <w:sz w:val="20"/>
        </w:rPr>
        <w:t>1:32  aur history mein inka record nahin, rasool allah se pehle. yeh pehla daur tha jab ke insan ne peghambar ko "unworthy of recording" samjha,</w:t>
      </w:r>
      <w:r>
        <w:br/>
      </w:r>
      <w:r>
        <w:rPr>
          <w:sz w:val="20"/>
        </w:rPr>
        <w:t>1:50  yani is qabil nahin samjha ke inko tareekh mein record kiya jaye. chunancha purely historical sense mein woh pichhle peghambar sab lamaloom hain.</w:t>
      </w:r>
      <w:r>
        <w:br/>
      </w:r>
      <w:r>
        <w:rPr>
          <w:sz w:val="20"/>
        </w:rPr>
        <w:t>2:04  woh aqide ke aitbar se peghambar hain, lekin tareekh ke aitbar se woh recorded history mein nahin aate.</w:t>
      </w:r>
      <w:r>
        <w:br/>
      </w:r>
      <w:r>
        <w:rPr>
          <w:sz w:val="20"/>
        </w:rPr>
        <w:t>2:13  dusra daur hai muhammad sallallahu alaihi wasallam ka. inke bare mein quran majeed mein hai ke "yab'athuka rabbuka maqaman mahmoodan" ke aap ko khuda ne maqam mehmood diya.</w:t>
      </w:r>
      <w:r>
        <w:br/>
      </w:r>
      <w:r>
        <w:rPr>
          <w:sz w:val="20"/>
        </w:rPr>
        <w:t>2:31  yeh maqam mehmood koi mysterious cheez nahin hai, yeh koi asrar cheez nahin hai.</w:t>
      </w:r>
      <w:r>
        <w:br/>
      </w:r>
      <w:r>
        <w:rPr>
          <w:sz w:val="20"/>
        </w:rPr>
        <w:t>2:38  yeh ek historical phenomena hai, purely historical phenomena hai.</w:t>
      </w:r>
      <w:r>
        <w:br/>
      </w:r>
      <w:r>
        <w:rPr>
          <w:sz w:val="20"/>
        </w:rPr>
        <w:t>2:47  is se murad hai historically acknowledged peghambar, yani woh peghambar jis ko tareekh mein peghambar ki hesiyat se acknowledge kiya gaya.</w:t>
      </w:r>
      <w:r>
        <w:br/>
      </w:r>
      <w:r>
        <w:rPr>
          <w:sz w:val="20"/>
        </w:rPr>
        <w:t>3:05  yeh hai dusra daur.</w:t>
      </w:r>
      <w:r>
        <w:br/>
      </w:r>
      <w:r>
        <w:rPr>
          <w:sz w:val="20"/>
        </w:rPr>
        <w:t>3:08  teesra daur jo hai, woh hai "preserved book of god" ka, yani quran ka. is se pehle bhi allah taala ne apni kitaben bhejin,</w:t>
      </w:r>
      <w:r>
        <w:br/>
      </w:r>
      <w:r>
        <w:rPr>
          <w:sz w:val="20"/>
        </w:rPr>
        <w:t>3:22  lekin insan inko preserve mehfoz na kar saka.</w:t>
      </w:r>
      <w:r>
        <w:br/>
      </w:r>
      <w:r>
        <w:rPr>
          <w:sz w:val="20"/>
        </w:rPr>
        <w:t>3:31  quran ke liye allah taala ne khusoosi intezam kiya, is liye woh mukammal taur par mehfoz kitab ki hesiyat se baqi rahi.</w:t>
      </w:r>
      <w:r>
        <w:br/>
      </w:r>
      <w:r>
        <w:rPr>
          <w:sz w:val="20"/>
        </w:rPr>
        <w:t>3:41  to teesra daur hai "preserved book of god" ka.</w:t>
      </w:r>
      <w:r>
        <w:br/>
      </w:r>
      <w:r>
        <w:rPr>
          <w:sz w:val="20"/>
        </w:rPr>
        <w:t>3:48  chautha daur hai science ka daur.</w:t>
      </w:r>
      <w:r>
        <w:br/>
      </w:r>
      <w:r>
        <w:rPr>
          <w:sz w:val="20"/>
        </w:rPr>
        <w:t>3:51  science ne jo baaten discover kin, woh khuda ki baaton ka tasdeeq karne wali ban gayin,</w:t>
      </w:r>
      <w:r>
        <w:br/>
      </w:r>
      <w:r>
        <w:rPr>
          <w:sz w:val="20"/>
        </w:rPr>
        <w:t>4:06  jis ki peshangoi quran mein maujood thi pehle se. sanuri hum ayatina fil afaq, hatta tabayyan al haqq.</w:t>
      </w:r>
      <w:r>
        <w:br/>
      </w:r>
      <w:r>
        <w:rPr>
          <w:sz w:val="20"/>
        </w:rPr>
        <w:t>4:16  is ayat mein scientific daur ki peshangoi hai.</w:t>
      </w:r>
      <w:r>
        <w:br/>
      </w:r>
      <w:r>
        <w:rPr>
          <w:sz w:val="20"/>
        </w:rPr>
        <w:t>4:22  to is chauthe daur ko main kahunga ke scientific affirmation ka daur.</w:t>
      </w:r>
      <w:r>
        <w:br/>
      </w:r>
      <w:r>
        <w:rPr>
          <w:sz w:val="20"/>
        </w:rPr>
        <w:t>4:31  scientific affirmation. is ke baad panchva daur jo hai, woh end of history hai,</w:t>
      </w:r>
      <w:r>
        <w:br/>
      </w:r>
      <w:r>
        <w:rPr>
          <w:sz w:val="20"/>
        </w:rPr>
        <w:t>4:40  yani insani tareekh ka khatma aur day of judgment ka aaghaz.</w:t>
      </w:r>
      <w:r>
        <w:br/>
      </w:r>
      <w:r>
        <w:rPr>
          <w:sz w:val="20"/>
        </w:rPr>
        <w:t>4:49  yeh hain panch daur.</w:t>
      </w:r>
    </w:p>
    <w:p>
      <w:pPr>
        <w:pStyle w:val="Heading2"/>
      </w:pPr>
      <w:r>
        <w:t>Lesson from Yusuf: build power without clashing with rulers</w:t>
      </w:r>
    </w:p>
    <w:p>
      <w:r>
        <w:rPr>
          <w:color w:val="666666"/>
          <w:sz w:val="18"/>
        </w:rPr>
        <w:t>Ramadan and Roza August 5, 2012 · 5m 55s · at 28:41 · https://youtu.be/G1oFWcZ1gBg?t=1721</w:t>
      </w:r>
    </w:p>
    <w:p>
      <w:r>
        <w:rPr>
          <w:i/>
        </w:rPr>
        <w:t>“Ek mushrik badshah ne Hazrat Yusuf ko mauka diya”</w:t>
      </w:r>
    </w:p>
    <w:p>
      <w:r>
        <w:rPr>
          <w:sz w:val="20"/>
        </w:rPr>
        <w:t>28:41  woh namuna yeh hai ke woh misr gaye woh paida hue the falasteen mein phir woh misr pohanche aur wahan par jo badshah tha jo king tha woh king agarche mushrik tha woh sharab bhi peeta tha yeh khud quran se sabit hai lekin is ke bawajood is ke andar kuch aur qualities thi</w:t>
      </w:r>
      <w:r>
        <w:br/>
      </w:r>
      <w:r>
        <w:rPr>
          <w:sz w:val="20"/>
        </w:rPr>
        <w:t>29:10  is ne hazrat yusuf ko mauqa diya ke is ke hukumat mein shareek ho kar is ke mulk ka ka jo ziraat nizam ziraat hai jo agriculture hai is ko sambhalein woh aap jante hain ke qadeem zamane mein sab se bara department jo hota tha woh agriculture ka hota tha</w:t>
      </w:r>
      <w:r>
        <w:br/>
      </w:r>
      <w:r>
        <w:rPr>
          <w:sz w:val="20"/>
        </w:rPr>
        <w:t>29:30  ab sab se bara department hota hai industry ka is waqt industry hoti nahi thi to kisi bhi</w:t>
      </w:r>
      <w:r>
        <w:br/>
      </w:r>
      <w:r>
        <w:rPr>
          <w:sz w:val="20"/>
        </w:rPr>
        <w:t>29:36  hukumat mein jo sab se bara department hota tha wo ziraat ka hota tha agriculture ka sab se</w:t>
      </w:r>
      <w:r>
        <w:br/>
      </w:r>
      <w:r>
        <w:rPr>
          <w:sz w:val="20"/>
        </w:rPr>
        <w:t>29:43  bara department to wo us ne kaha ke aap is ko sambhaliye ye aap ke</w:t>
      </w:r>
      <w:r>
        <w:br/>
      </w:r>
      <w:r>
        <w:rPr>
          <w:sz w:val="20"/>
        </w:rPr>
        <w:t>29:50  intezaam mein hum dete hain</w:t>
      </w:r>
      <w:r>
        <w:br/>
      </w:r>
      <w:r>
        <w:rPr>
          <w:sz w:val="20"/>
        </w:rPr>
        <w:t>29:53  to Hazrat Yusuf ne is ko qabool kar liya</w:t>
      </w:r>
      <w:r>
        <w:br/>
      </w:r>
      <w:r>
        <w:rPr>
          <w:sz w:val="20"/>
        </w:rPr>
        <w:t>29:57  ye bohat hi ajeeb baat hai</w:t>
      </w:r>
      <w:r>
        <w:br/>
      </w:r>
      <w:r>
        <w:rPr>
          <w:sz w:val="20"/>
        </w:rPr>
        <w:t>30:00  woh woh badshah jo mushrik tha jo sharab bhi peeta tha lekin akhlaqi aitbar se woh ek sahi aadmi tha is ne mauqa diya ke mein koi dakhal nahi doonga aap ka baghair poora ikhtiyar aap ko hoga to poore mulk mein un ko ek mauqa mil gaya kaam karne ka dawati kaam karne ka poore mulk mein koi mudakhlat nahi</w:t>
      </w:r>
      <w:r>
        <w:br/>
      </w:r>
      <w:r>
        <w:rPr>
          <w:sz w:val="20"/>
        </w:rPr>
        <w:t>30:29  is se kya nateeja nikalta hai Allah taala ko yeh waqea bayan kar ke yeh sabak dena hai ke tareekh mein bar bar aise hi paish ayega ke koi political power hogi koi ruler hoga to</w:t>
      </w:r>
      <w:r>
        <w:br/>
      </w:r>
      <w:r>
        <w:rPr>
          <w:sz w:val="20"/>
        </w:rPr>
        <w:t>30:47  is se takrao kiye baghair agar tumhein mauqa milta hai ke tum ab non political field mein jo opportunities hain un ka avail karo to badshah se takrao mat karo</w:t>
      </w:r>
      <w:r>
        <w:br/>
      </w:r>
      <w:r>
        <w:rPr>
          <w:sz w:val="20"/>
        </w:rPr>
        <w:t>31:02  ruler se takrao mat karo lekin us zamane mein aap ghaur kijiye ke sari dunya ke musalman ruler se takrao kar rahe hain jahan takrao nahi kar rahe hain wahan nafrat karte hain</w:t>
      </w:r>
      <w:r>
        <w:br/>
      </w:r>
      <w:r>
        <w:rPr>
          <w:sz w:val="20"/>
        </w:rPr>
        <w:t>31:16  kam az kam yeh hai ke media mein in par in ke khilaaf shorgol karte rehte hain yaani ya to in ke khilaaf aam disturb chala rahe hain hathiyar uthaye hue hain ya kam az kam in ke khilaaf yaani media ke zariye stage ke zariye in ke khilaaf bolte rehte hain yaani itna bara namuna Allah ne rasool ne quran majeed de diya tha us ko aakhir al-qasas bhi keh diya tha</w:t>
      </w:r>
      <w:r>
        <w:br/>
      </w:r>
      <w:r>
        <w:rPr>
          <w:sz w:val="20"/>
        </w:rPr>
        <w:t>31:45  lekin is is namune ko kisi ne samjha nahin</w:t>
      </w:r>
      <w:r>
        <w:br/>
      </w:r>
      <w:r>
        <w:rPr>
          <w:sz w:val="20"/>
        </w:rPr>
        <w:t>31:51  aur is daur mein aap jante hain ke ab ab woh daur aa gaya hai ke badshah akhlaqi aitbar se acha ho is ka masla hi nahin hai ab to democracy hai woh acha hai ya bura hai is ka koi sawal nahin ab hukoomat jo hai woh sirf ban chuka hai administration is se aage is ka koi ikhtiyar nahin hai</w:t>
      </w:r>
      <w:r>
        <w:br/>
      </w:r>
      <w:r>
        <w:rPr>
          <w:sz w:val="20"/>
        </w:rPr>
        <w:t>32:14  ab sare jo department hain maslan education hai industry hai da work hai jitne bhi shobe hain woh sab open hain maslan aap India mein ya kisi mulk mein da wah empire banaye non political field mein to koi rukawat nahin aap ko</w:t>
      </w:r>
      <w:r>
        <w:br/>
      </w:r>
      <w:r>
        <w:rPr>
          <w:sz w:val="20"/>
        </w:rPr>
        <w:t>32:42  isi mulk mein dekhiye kuch log hain unhon ne industrial empire bana rakha hai kuch log hain jinhon ne educational empire bana rakha hai isi mulk mein aur sari duniya mein maslan aap dekhiye musalmanon ke parchon mein aksar likha jata hai ke yahood ne America ke media par qabza kar rakha hai yaani is ko conspiracy ke sense mein lete hain</w:t>
      </w:r>
      <w:r>
        <w:br/>
      </w:r>
      <w:r>
        <w:rPr>
          <w:sz w:val="20"/>
        </w:rPr>
        <w:t>33:08  yahood ki conspiracy lekin is mein doosra pehlu hai ke yahood ne wahan ki hukoomat se takrao na kar ke yeh kiya ke wahan ke bankon par aur wahan ke media par qabza kar ke woh chala rahe hain is ko is ka mani yeh hai ke hukoomat agarchay doosre ke hath mein ho phir bhi media par aap ka ikhtiyar ho sakta hai educational system par aap ka ikhtiyar ho sakta hai</w:t>
      </w:r>
      <w:r>
        <w:br/>
      </w:r>
      <w:r>
        <w:rPr>
          <w:sz w:val="20"/>
        </w:rPr>
        <w:t>33:38  yeh yeh sabaq tha is mein to bajaye is ke ke yeh sabaq len ke America ki hukoomat se takrao na kare agar aadmi to itni bari opportunity hai ke poore media ko control kar sakta hai woh poore educational system control kar sakta hai woh poori industry ko control kar sakta hai woh yeh baat hai naye daur ki pehle zamane mein aisa mumkin nahin hua karta tha kyunke woh kingship ka zamana tha</w:t>
      </w:r>
      <w:r>
        <w:br/>
      </w:r>
      <w:r>
        <w:rPr>
          <w:sz w:val="20"/>
        </w:rPr>
        <w:t>34:07  ab to democracy hai yaani pehle agar badshah bohat ziyada ikhlaq wala ho bohat ziyada achay mizaj ka ho tab mumkin hota tha is ka mani kya hui hai jo jo possibility hazrat yusuf ke liye ek badshah ki khush ikhlaqi ki wajah se mumkin hui thi ab woh system ki wajah se mumkin ho gayi hai ab woh age ki wajah se mumkin ho gayi hai</w:t>
      </w:r>
    </w:p>
    <w:p>
      <w:pPr>
        <w:pStyle w:val="Heading2"/>
      </w:pPr>
      <w:r>
        <w:t>Quran subject is God's creation plan</w:t>
      </w:r>
    </w:p>
    <w:p>
      <w:r>
        <w:rPr>
          <w:color w:val="666666"/>
          <w:sz w:val="18"/>
        </w:rPr>
        <w:t>Quran: A Divine Guide Book | October 24, 2007 | Maulana Wahiduddin Khan · 4m 07s · at 12:27 · https://youtu.be/2fxvc-ZN1HM?t=747</w:t>
      </w:r>
    </w:p>
    <w:p>
      <w:r>
        <w:rPr>
          <w:i/>
        </w:rPr>
        <w:t>“The subject of Quran is Creation Plan of God”</w:t>
      </w:r>
    </w:p>
    <w:p>
      <w:r>
        <w:rPr>
          <w:sz w:val="20"/>
        </w:rPr>
        <w:t>12:27  doosri baat yeh hai ke quran ka subject kya hai? dekhiye har kitab ka ek subject hota hai.</w:t>
      </w:r>
      <w:r>
        <w:br/>
      </w:r>
      <w:r>
        <w:rPr>
          <w:sz w:val="20"/>
        </w:rPr>
        <w:t>12:35  aam tor par kya hai? generally yeh hota hai ke quran, aam tor par yeh hota hai ke</w:t>
      </w:r>
      <w:r>
        <w:br/>
      </w:r>
      <w:r>
        <w:rPr>
          <w:sz w:val="20"/>
        </w:rPr>
        <w:t>12:43  kitab ko jo title likha jata hai, title, usi se pata chal jata hai ke is ka subject kya hai.</w:t>
      </w:r>
      <w:r>
        <w:br/>
      </w:r>
      <w:r>
        <w:rPr>
          <w:sz w:val="20"/>
        </w:rPr>
        <w:t>12:51  jaise ek kitab aap lenge, is ka title hoga "History of India"</w:t>
      </w:r>
      <w:r>
        <w:br/>
      </w:r>
      <w:r>
        <w:rPr>
          <w:sz w:val="20"/>
        </w:rPr>
        <w:t xml:space="preserve">12:59  </w:t>
      </w:r>
      <w:r>
        <w:br/>
      </w:r>
      <w:r>
        <w:rPr>
          <w:sz w:val="20"/>
        </w:rPr>
        <w:t>13:04  to title hi bata de ga ke is kitab ka subject kya hai.</w:t>
      </w:r>
      <w:r>
        <w:br/>
      </w:r>
      <w:r>
        <w:rPr>
          <w:sz w:val="20"/>
        </w:rPr>
        <w:t>13:09  kisi ek kitab ko lenge, aap is par likha hoga "Life of Mahatma Gandhi".</w:t>
      </w:r>
      <w:r>
        <w:br/>
      </w:r>
      <w:r>
        <w:rPr>
          <w:sz w:val="20"/>
        </w:rPr>
        <w:t>13:14  yeh dekhte hi aap jaan len ge ke is kitab ka subject kya hai.</w:t>
      </w:r>
      <w:r>
        <w:br/>
      </w:r>
      <w:r>
        <w:rPr>
          <w:sz w:val="20"/>
        </w:rPr>
        <w:t>13:19  to koi bhi kitab jab likhi jati hai to is ka jo title hota hai wahi bata deta</w:t>
      </w:r>
      <w:r>
        <w:br/>
      </w:r>
      <w:r>
        <w:rPr>
          <w:sz w:val="20"/>
        </w:rPr>
        <w:t>13:25  hai ke is ka subject kya hai.</w:t>
      </w:r>
      <w:r>
        <w:br/>
      </w:r>
      <w:r>
        <w:rPr>
          <w:sz w:val="20"/>
        </w:rPr>
        <w:t>13:30  lekin Quran ka jo naam hai woh is type ka naam nahi hai. Kyun ke Quran jo hai kisi subject ko nahi batata. Literally Quran ka matlab hai parhi jane wali cheez. Bas. Parhi jane wali cheez. To parhi jane wali cheez to har kitab hoti hai. To is ka naam hai bas itna hi ke par</w:t>
      </w:r>
      <w:r>
        <w:br/>
      </w:r>
      <w:r>
        <w:rPr>
          <w:sz w:val="20"/>
        </w:rPr>
        <w:t>14:00  hi jaane wali kitab.</w:t>
      </w:r>
      <w:r>
        <w:br/>
      </w:r>
      <w:r>
        <w:rPr>
          <w:sz w:val="20"/>
        </w:rPr>
        <w:t>14:05  is wajah se quran ke subject ko janne ke liye hamein is ke andar talash karna pare ga.</w:t>
      </w:r>
      <w:r>
        <w:br/>
      </w:r>
      <w:r>
        <w:rPr>
          <w:sz w:val="20"/>
        </w:rPr>
        <w:t>14:10  is ke title se aap nahi samajh sakte ke quran ka subject kya hai.</w:t>
      </w:r>
      <w:r>
        <w:br/>
      </w:r>
      <w:r>
        <w:rPr>
          <w:sz w:val="20"/>
        </w:rPr>
        <w:t>14:15  to mein ne is aitbar se quran ko bar bar parha, bar bar parha.</w:t>
      </w:r>
      <w:r>
        <w:br/>
      </w:r>
      <w:r>
        <w:rPr>
          <w:sz w:val="20"/>
        </w:rPr>
        <w:t>14:20  bohat dinon tak parhta raha.</w:t>
      </w:r>
      <w:r>
        <w:br/>
      </w:r>
      <w:r>
        <w:rPr>
          <w:sz w:val="20"/>
        </w:rPr>
        <w:t>14:25  mein jo jaan paya hoon woh yeh hai ke quran ka subject hai</w:t>
      </w:r>
      <w:r>
        <w:br/>
      </w:r>
      <w:r>
        <w:rPr>
          <w:sz w:val="20"/>
        </w:rPr>
        <w:t>14:31  "Creation Plan of God" ko batana.</w:t>
      </w:r>
      <w:r>
        <w:br/>
      </w:r>
      <w:r>
        <w:rPr>
          <w:sz w:val="20"/>
        </w:rPr>
        <w:t>14:37  "Creation Plan of God" ko batana.</w:t>
      </w:r>
      <w:r>
        <w:br/>
      </w:r>
      <w:r>
        <w:rPr>
          <w:sz w:val="20"/>
        </w:rPr>
        <w:t>14:43  yani khuda ne yeh sansar banaya, yeh zameen o aasman banaye, yahan par pani banaya, haryali banai aur</w:t>
      </w:r>
      <w:r>
        <w:br/>
      </w:r>
      <w:r>
        <w:rPr>
          <w:sz w:val="20"/>
        </w:rPr>
        <w:t>14:50  animal banaye, bird banaye, phir insan banaya.</w:t>
      </w:r>
      <w:r>
        <w:br/>
      </w:r>
      <w:r>
        <w:rPr>
          <w:sz w:val="20"/>
        </w:rPr>
        <w:t>14:56  itni sari cheezein hain, itni sari cheezein.</w:t>
      </w:r>
      <w:r>
        <w:br/>
      </w:r>
      <w:r>
        <w:rPr>
          <w:sz w:val="20"/>
        </w:rPr>
        <w:t>15:02  kal mein soch raha tha ke kaisa ajeeb hai yeh creation ke ek taraf hum dekhte hain ke</w:t>
      </w:r>
      <w:r>
        <w:br/>
      </w:r>
      <w:r>
        <w:rPr>
          <w:sz w:val="20"/>
        </w:rPr>
        <w:t>15:08  chidiya hawa mein urr rahi hai, is ke paas pankh hain.</w:t>
      </w:r>
      <w:r>
        <w:br/>
      </w:r>
      <w:r>
        <w:rPr>
          <w:sz w:val="20"/>
        </w:rPr>
        <w:t>15:13  kis ne pankh lagaya? kis ne jana ke chidiya jo hai us ko urrna hai to urrne ke</w:t>
      </w:r>
      <w:r>
        <w:br/>
      </w:r>
      <w:r>
        <w:rPr>
          <w:sz w:val="20"/>
        </w:rPr>
        <w:t>15:18  liye us ko pankh chahiye.</w:t>
      </w:r>
      <w:r>
        <w:br/>
      </w:r>
      <w:r>
        <w:rPr>
          <w:sz w:val="20"/>
        </w:rPr>
        <w:t>15:23  dusri taraf aap dekhiye ke sher aur bhediya itne zyada strong hote hain lekin urr nahi sakte woh.</w:t>
      </w:r>
      <w:r>
        <w:br/>
      </w:r>
      <w:r>
        <w:rPr>
          <w:sz w:val="20"/>
        </w:rPr>
        <w:t>15:28  kyun ke un ke paas pankh nahi hain.</w:t>
      </w:r>
      <w:r>
        <w:br/>
      </w:r>
      <w:r>
        <w:rPr>
          <w:sz w:val="20"/>
        </w:rPr>
        <w:t>15:33  to un ko chaar paon diya chalne ke liye.</w:t>
      </w:r>
      <w:r>
        <w:br/>
      </w:r>
      <w:r>
        <w:rPr>
          <w:sz w:val="20"/>
        </w:rPr>
        <w:t>15:38  saanp zameen par rengta hai to us ke paas paon hain, na na pankh hai.</w:t>
      </w:r>
      <w:r>
        <w:br/>
      </w:r>
      <w:r>
        <w:rPr>
          <w:sz w:val="20"/>
        </w:rPr>
        <w:t>15:42  us ko doosre dhang se diya ke zameen par reng sake woh.</w:t>
      </w:r>
      <w:r>
        <w:br/>
      </w:r>
      <w:r>
        <w:rPr>
          <w:sz w:val="20"/>
        </w:rPr>
        <w:t>15:46  to billions and billions cheezein hain duniya mein.</w:t>
      </w:r>
      <w:r>
        <w:br/>
      </w:r>
      <w:r>
        <w:rPr>
          <w:sz w:val="20"/>
        </w:rPr>
        <w:t>15:51  har ek ka alag model.</w:t>
      </w:r>
      <w:r>
        <w:br/>
      </w:r>
      <w:r>
        <w:rPr>
          <w:sz w:val="20"/>
        </w:rPr>
        <w:t>15:55  anokhi cheez yeh hai ke aap kisi bhi cheez ko aap dekhiye to aap ko mehsoos hoga ke</w:t>
      </w:r>
      <w:r>
        <w:br/>
      </w:r>
      <w:r>
        <w:rPr>
          <w:sz w:val="20"/>
        </w:rPr>
        <w:t>15:59  har cheez apne final</w:t>
      </w:r>
      <w:r>
        <w:br/>
      </w:r>
      <w:r>
        <w:rPr>
          <w:sz w:val="20"/>
        </w:rPr>
        <w:t>16:04  model par hai.</w:t>
      </w:r>
      <w:r>
        <w:br/>
      </w:r>
      <w:r>
        <w:rPr>
          <w:sz w:val="20"/>
        </w:rPr>
        <w:t>16:09  ghaas ko aap dekhiye to aap sochiye ke kya ghaas ka koi aur model ho sakta hai? aap</w:t>
      </w:r>
      <w:r>
        <w:br/>
      </w:r>
      <w:r>
        <w:rPr>
          <w:sz w:val="20"/>
        </w:rPr>
        <w:t>16:14  apne ko helpless feel karenge.</w:t>
      </w:r>
      <w:r>
        <w:br/>
      </w:r>
      <w:r>
        <w:rPr>
          <w:sz w:val="20"/>
        </w:rPr>
        <w:t>16:19  ke ghaas ka jo model hai wahi is ka final model hai.</w:t>
      </w:r>
      <w:r>
        <w:br/>
      </w:r>
      <w:r>
        <w:rPr>
          <w:sz w:val="20"/>
        </w:rPr>
        <w:t>16:24  haathi ka jo model hai wahi is ka final model hai.</w:t>
      </w:r>
      <w:r>
        <w:br/>
      </w:r>
      <w:r>
        <w:rPr>
          <w:sz w:val="20"/>
        </w:rPr>
        <w:t>16:29  ghore ka jo model hai wahi is ka final model hai.</w:t>
      </w:r>
    </w:p>
    <w:p>
      <w:pPr>
        <w:pStyle w:val="Heading2"/>
      </w:pPr>
      <w:r>
        <w:t>Canada Muslims positive vs others extremist</w:t>
      </w:r>
    </w:p>
    <w:p>
      <w:r>
        <w:rPr>
          <w:color w:val="666666"/>
          <w:sz w:val="18"/>
        </w:rPr>
        <w:t>Lessons from My Journey to Canada January 03, 2016 Maulana Wahiduddin Khan · 4m 03s · at 7:33 · https://youtu.be/Uh8DWul9IyY?t=453</w:t>
      </w:r>
    </w:p>
    <w:p>
      <w:r>
        <w:rPr>
          <w:i/>
        </w:rPr>
        <w:t>“Canada is a very different country.”</w:t>
      </w:r>
    </w:p>
    <w:p>
      <w:r>
        <w:rPr>
          <w:sz w:val="20"/>
        </w:rPr>
        <w:t>7:33  Canada jo hai, bohat hi different country hai. Canada se is waqt meri murad hai Canada ke musalman.</w:t>
      </w:r>
      <w:r>
        <w:br/>
      </w:r>
      <w:r>
        <w:rPr>
          <w:sz w:val="20"/>
        </w:rPr>
        <w:t>7:45  is waqt meri murad hai kyunke main Canada ke musalmanon mein gaya tha, zyada program mera Canada ke musalmanon mein hua. to Canada is aitbaar se mere liye aik different country tha.</w:t>
      </w:r>
      <w:r>
        <w:br/>
      </w:r>
      <w:r>
        <w:rPr>
          <w:sz w:val="20"/>
        </w:rPr>
        <w:t>7:59  Canada ke musalman is tarah bigde hue nahi the jis tarah har jagah log bigde bigde hue hain. har jagah logon ko kehta hai extremism hai, terrorism hai, negative thinking hai.</w:t>
      </w:r>
      <w:r>
        <w:br/>
      </w:r>
      <w:r>
        <w:rPr>
          <w:sz w:val="20"/>
        </w:rPr>
        <w:t>8:10  magar Canada ke musalmanon mein yeh baat nahi pai maine. bohat zyada positive response.</w:t>
      </w:r>
      <w:r>
        <w:br/>
      </w:r>
      <w:r>
        <w:rPr>
          <w:sz w:val="20"/>
        </w:rPr>
        <w:t>8:20  jaise main aik misaal doon</w:t>
      </w:r>
      <w:r>
        <w:br/>
      </w:r>
      <w:r>
        <w:rPr>
          <w:sz w:val="20"/>
        </w:rPr>
        <w:t>8:24  ke America mein hum gaye the is se pehle to wahan ke aik masjid mein aik program hua. is masjid mein meri jo taqreer hui to us mein maine rasool Allah ki seerat ko le kar ke kuch positive baatein kahein.</w:t>
      </w:r>
      <w:r>
        <w:br/>
      </w:r>
      <w:r>
        <w:rPr>
          <w:sz w:val="20"/>
        </w:rPr>
        <w:t>8:43  aakhir mein aik muslim naujawan khada hua, woh laga shor karne. samajh nahi aata kya shor kar raha hai, kya us ko ghussa aaya hai.</w:t>
      </w:r>
      <w:r>
        <w:br/>
      </w:r>
      <w:r>
        <w:rPr>
          <w:sz w:val="20"/>
        </w:rPr>
        <w:t>8:53  to shor karte karte woh stage par aa gaya. tab mere samne aaya ke woh kya keh raha hai. woh keh raha tha ke "he cited our prophet ten times,</w:t>
      </w:r>
      <w:r>
        <w:br/>
      </w:r>
      <w:r>
        <w:rPr>
          <w:sz w:val="20"/>
        </w:rPr>
        <w:t>9:07  but he divers peace be upon him." sahi, yeh yeh zehan tha America ke musalmanon ka. aur yahan mujhe Canada mein aik masjid mein meri taqreer hui,</w:t>
      </w:r>
      <w:r>
        <w:br/>
      </w:r>
      <w:r>
        <w:rPr>
          <w:sz w:val="20"/>
        </w:rPr>
        <w:t>9:22  saare log itna itna zyada</w:t>
      </w:r>
      <w:r>
        <w:br/>
      </w:r>
      <w:r>
        <w:rPr>
          <w:sz w:val="20"/>
        </w:rPr>
        <w:t>9:28  acha response diya logon ne. bohat zyada acha response, bohat positive response. isi tarah aur bhi jo program the, sab mein wahan ke musalmanon ka response bohat hi acha tha.</w:t>
      </w:r>
      <w:r>
        <w:br/>
      </w:r>
      <w:r>
        <w:rPr>
          <w:sz w:val="20"/>
        </w:rPr>
        <w:t>9:45  to maine masjid mein jab taqreer hui thi to aik naujawan ne, aik muslim naujawan ne poocha sawal ke douran ke aap ki zindagi mein koi regret hai to aap ko bataiye taake is se hum sabak lein.</w:t>
      </w:r>
      <w:r>
        <w:br/>
      </w:r>
      <w:r>
        <w:rPr>
          <w:sz w:val="20"/>
        </w:rPr>
        <w:t>10:02  regret. to maine kaha ke haan, aik regret hai, aik regret hai.</w:t>
      </w:r>
      <w:r>
        <w:br/>
      </w:r>
      <w:r>
        <w:rPr>
          <w:sz w:val="20"/>
        </w:rPr>
        <w:t>10:13  to un pe kya? maine kaha regret yeh hai ke Canada maine der mein safar kiya. Canada mujhe aur pehle aana chahiye tha, itna acha country hai aap.</w:t>
      </w:r>
      <w:r>
        <w:br/>
      </w:r>
      <w:r>
        <w:rPr>
          <w:sz w:val="20"/>
        </w:rPr>
        <w:t>10:27  to saare log bilkul, yaani bohat ziyada in ko shoq paida hua, bohat hi jazba aaya, aur bohat ziyada shoq se meri baat suntay rahay woh.</w:t>
      </w:r>
      <w:r>
        <w:br/>
      </w:r>
      <w:r>
        <w:rPr>
          <w:sz w:val="20"/>
        </w:rPr>
        <w:t>10:42  yeh yeh tajurba humain America mein nahi hua, Britain mein nahi hua, France mein nahi hua. to maine socha ke is ka raaz kya hai.</w:t>
      </w:r>
      <w:r>
        <w:br/>
      </w:r>
      <w:r>
        <w:rPr>
          <w:sz w:val="20"/>
        </w:rPr>
        <w:t>10:55  ab wahan mujhe meri jo taqreerein huin, chaar taqreerein meri huin, aur log rotay thay meri taqreer sun kar. rotay thay taqreer, aur program ke baad bheer kar kar letay thay mujh ko kitabein lay kar sign karwanay ke liye, aur hath hath choomnay ke liye, ajeeb ajeeb haal.</w:t>
      </w:r>
      <w:r>
        <w:br/>
      </w:r>
      <w:r>
        <w:rPr>
          <w:sz w:val="20"/>
        </w:rPr>
        <w:t>11:17  mujko qareeb se dekhnay ke liye. aisa tajurba hum ko sirf Canada mein hua. to farq kyun hai?</w:t>
      </w:r>
      <w:r>
        <w:br/>
      </w:r>
      <w:r>
        <w:rPr>
          <w:sz w:val="20"/>
        </w:rPr>
        <w:t>11:27  aur aksar bas mulkon mein gaya, har mulk mein haalat bohat mukhtalif hai, ajeeb haalat hai.</w:t>
      </w:r>
    </w:p>
    <w:p>
      <w:pPr>
        <w:pStyle w:val="Heading2"/>
      </w:pPr>
      <w:r>
        <w:t>Intellectual development key to paradise</w:t>
      </w:r>
    </w:p>
    <w:p>
      <w:r>
        <w:rPr>
          <w:color w:val="666666"/>
          <w:sz w:val="18"/>
        </w:rPr>
        <w:t>Islam and Peace (In Conversation with Maulana) · 4m 50s · at 31:28 · https://youtu.be/vFVw6wPt5lk?t=1888</w:t>
      </w:r>
    </w:p>
    <w:p>
      <w:r>
        <w:rPr>
          <w:i/>
        </w:rPr>
        <w:t>“Intellect is the most important quality.”</w:t>
      </w:r>
    </w:p>
    <w:p>
      <w:r>
        <w:rPr>
          <w:sz w:val="20"/>
        </w:rPr>
        <w:t>31:28  Maulana, in various national and international forums, you have always emphasized on intellectual development. Can you define for us what you mean by intellectual development?</w:t>
      </w:r>
      <w:r>
        <w:br/>
      </w:r>
      <w:r>
        <w:rPr>
          <w:sz w:val="20"/>
        </w:rPr>
        <w:t>31:41  You know, intellect is the most important quality of man, every man. Intellect means mental capacity or mind.</w:t>
      </w:r>
      <w:r>
        <w:br/>
      </w:r>
      <w:r>
        <w:rPr>
          <w:sz w:val="20"/>
        </w:rPr>
        <w:t>31:54  So mind is a combination of mind and body. But body is simply a vehicle.</w:t>
      </w:r>
      <w:r>
        <w:br/>
      </w:r>
      <w:r>
        <w:rPr>
          <w:sz w:val="20"/>
        </w:rPr>
        <w:t>32:04  Basically, you are a mind</w:t>
      </w:r>
      <w:r>
        <w:br/>
      </w:r>
      <w:r>
        <w:rPr>
          <w:sz w:val="20"/>
        </w:rPr>
        <w:t>32:07  . Mind is the true personality of a man. And physical body is a vehicle.</w:t>
      </w:r>
      <w:r>
        <w:br/>
      </w:r>
      <w:r>
        <w:rPr>
          <w:sz w:val="20"/>
        </w:rPr>
        <w:t>32:19  So only developing your physical body is not enough because</w:t>
      </w:r>
      <w:r>
        <w:br/>
      </w:r>
      <w:r>
        <w:rPr>
          <w:sz w:val="20"/>
        </w:rPr>
        <w:t>32:30  animals also have physical bodies. Animals also have physical existence.</w:t>
      </w:r>
      <w:r>
        <w:br/>
      </w:r>
      <w:r>
        <w:rPr>
          <w:sz w:val="20"/>
        </w:rPr>
        <w:t>32:36  So the development of a man is development of mind. Development of body is like developing an animal.</w:t>
      </w:r>
      <w:r>
        <w:br/>
      </w:r>
      <w:r>
        <w:rPr>
          <w:sz w:val="20"/>
        </w:rPr>
        <w:t>32:51  So when you say that, when you use the term a developed personality, you have to take it in intellectual development because intellect is the only important quality of a man.</w:t>
      </w:r>
      <w:r>
        <w:br/>
      </w:r>
      <w:r>
        <w:rPr>
          <w:sz w:val="20"/>
        </w:rPr>
        <w:t>33:09  And it is intellect or intellectual development that makes you a superman. All those good qualities pertain to intellectual development, not physical development.</w:t>
      </w:r>
      <w:r>
        <w:br/>
      </w:r>
      <w:r>
        <w:rPr>
          <w:sz w:val="20"/>
        </w:rPr>
        <w:t>33:25  Physical development gives you health, strength. Physical strength or physical health. And intellectual development gives you thinking capacity,</w:t>
      </w:r>
      <w:r>
        <w:br/>
      </w:r>
      <w:r>
        <w:rPr>
          <w:sz w:val="20"/>
        </w:rPr>
        <w:t>33:40  gives you learning, gives you wisdom. So all these things pertain to intellectual development.</w:t>
      </w:r>
      <w:r>
        <w:br/>
      </w:r>
      <w:r>
        <w:rPr>
          <w:sz w:val="20"/>
        </w:rPr>
        <w:t>33:51  So it is very import</w:t>
      </w:r>
      <w:r>
        <w:br/>
      </w:r>
      <w:r>
        <w:rPr>
          <w:sz w:val="20"/>
        </w:rPr>
        <w:t>33:53  ant. But how do you link it with paradise? Paradise, according to the Quran, only those people will file entry into paradise who are</w:t>
      </w:r>
      <w:r>
        <w:br/>
      </w:r>
      <w:r>
        <w:rPr>
          <w:sz w:val="20"/>
        </w:rPr>
        <w:t>34:14  people of tazkiyah.</w:t>
      </w:r>
      <w:r>
        <w:br/>
      </w:r>
      <w:r>
        <w:rPr>
          <w:sz w:val="20"/>
        </w:rPr>
        <w:t>34:22  Paradise will be given to those who are purified souls.</w:t>
      </w:r>
      <w:r>
        <w:br/>
      </w:r>
      <w:r>
        <w:rPr>
          <w:sz w:val="20"/>
        </w:rPr>
        <w:t>34:31  This word in the Quran, the word used is purified soul. In the same sense, I say purified intellectual development.</w:t>
      </w:r>
      <w:r>
        <w:br/>
      </w:r>
      <w:r>
        <w:rPr>
          <w:sz w:val="20"/>
        </w:rPr>
        <w:t>34:42  It is intellectual development that is the source of purification. Only physical health cannot purify your personality.</w:t>
      </w:r>
      <w:r>
        <w:br/>
      </w:r>
      <w:r>
        <w:rPr>
          <w:sz w:val="20"/>
        </w:rPr>
        <w:t>34:58  Purification of personality is directly linked with intellectual development.</w:t>
      </w:r>
      <w:r>
        <w:br/>
      </w:r>
      <w:r>
        <w:rPr>
          <w:sz w:val="20"/>
        </w:rPr>
        <w:t>35:06  Without intellectual development, you cannot purify your soul.</w:t>
      </w:r>
      <w:r>
        <w:br/>
      </w:r>
      <w:r>
        <w:rPr>
          <w:sz w:val="20"/>
        </w:rPr>
        <w:t>35:14  Only physical health cannot suffice.</w:t>
      </w:r>
      <w:r>
        <w:br/>
      </w:r>
      <w:r>
        <w:rPr>
          <w:sz w:val="20"/>
        </w:rPr>
        <w:t>35:21  So I think that all those people who want to file entry into paradise, they must develop their mind.</w:t>
      </w:r>
      <w:r>
        <w:br/>
      </w:r>
      <w:r>
        <w:rPr>
          <w:sz w:val="20"/>
        </w:rPr>
        <w:t>35:34  I am not saying this word in in technical terms, but in ideological terms, in spiritual terms.</w:t>
      </w:r>
      <w:r>
        <w:br/>
      </w:r>
      <w:r>
        <w:rPr>
          <w:sz w:val="20"/>
        </w:rPr>
        <w:t>35:45  So</w:t>
      </w:r>
      <w:r>
        <w:br/>
      </w:r>
      <w:r>
        <w:rPr>
          <w:sz w:val="20"/>
        </w:rPr>
        <w:t>35:48  every Mumin must develop his mind in terms of spirituality, in terms of taqwa, in terms of soul, so that it is by this method he can prove a man of tazkiyah.</w:t>
      </w:r>
      <w:r>
        <w:br/>
      </w:r>
      <w:r>
        <w:rPr>
          <w:sz w:val="20"/>
        </w:rPr>
        <w:t>36:15  So this is the way of tazkiyah.</w:t>
      </w:r>
    </w:p>
    <w:p>
      <w:pPr>
        <w:pStyle w:val="Heading2"/>
      </w:pPr>
      <w:r>
        <w:t>Quran distribution work in Africa region</w:t>
      </w:r>
    </w:p>
    <w:p>
      <w:r>
        <w:rPr>
          <w:color w:val="666666"/>
          <w:sz w:val="18"/>
        </w:rPr>
        <w:t>CPS Peace Conference, Day 1, Global Quran Translation and Distribution presentation by Maria Khan · 4m 43s · at 13:12 · https://youtu.be/3KWde6lmuJM?t=792</w:t>
      </w:r>
    </w:p>
    <w:p>
      <w:r>
        <w:rPr>
          <w:i/>
        </w:rPr>
        <w:t>“From America we move into Africa”</w:t>
      </w:r>
    </w:p>
    <w:p>
      <w:r>
        <w:rPr>
          <w:sz w:val="20"/>
        </w:rPr>
        <w:t>13:12  from america, we move into africa.</w:t>
      </w:r>
      <w:r>
        <w:br/>
      </w:r>
      <w:r>
        <w:rPr>
          <w:sz w:val="20"/>
        </w:rPr>
        <w:t>13:19  so africa is a country which is divided into five regions. you can see north africa, west africa, central africa, southern africa, and east africa.</w:t>
      </w:r>
      <w:r>
        <w:br/>
      </w:r>
      <w:r>
        <w:rPr>
          <w:sz w:val="20"/>
        </w:rPr>
        <w:t>13:33  so africa mein cps ke four centers hain, major centers of quran distribution. the first is libya.</w:t>
      </w:r>
      <w:r>
        <w:br/>
      </w:r>
      <w:r>
        <w:rPr>
          <w:sz w:val="20"/>
        </w:rPr>
        <w:t>13:43  the four centers have been marked in red. the first is libya. so libya mein ek bohat hi purani team hai libyan brothers ki.</w:t>
      </w:r>
      <w:r>
        <w:br/>
      </w:r>
      <w:r>
        <w:rPr>
          <w:sz w:val="20"/>
        </w:rPr>
        <w:t>13:52  wo log india bhi aaye hue hain maulana se milne, aur bohat pehle se maulana ke saath hain, aur maulana ke ideology aur thought mein believe karte hain. to wo log wahan par libya ka, libya ko unhone ek point banaya hua hai, distribution point.</w:t>
      </w:r>
      <w:r>
        <w:br/>
      </w:r>
      <w:r>
        <w:rPr>
          <w:sz w:val="20"/>
        </w:rPr>
        <w:t>14:07  to ghana mein aur rwanda mein haroon shaikh uncle visit karte hain for business purposes. to wahan par unhone, jahan bhi wo jaate hain business purposes ke liye, to haroon shaikh uncle wahan par quran distribution ka kaam karte hain, logon se milte hain, team set up karte hain.</w:t>
      </w:r>
      <w:r>
        <w:br/>
      </w:r>
      <w:r>
        <w:rPr>
          <w:sz w:val="20"/>
        </w:rPr>
        <w:t>14:25  aur ek bohat hi important kaam jo haroon shaikh uncle kar rahe hain, woh jahan bhi jaate hain foreign countries mein, specially in Africa, he is trying to get quran translation done in the local languages of the places he visits.</w:t>
      </w:r>
      <w:r>
        <w:br/>
      </w:r>
      <w:r>
        <w:rPr>
          <w:sz w:val="20"/>
        </w:rPr>
        <w:t>14:39  toh unhon ne, Rwanda gaye thay, woh Rwanda mein wahan par haroon shaikh sahab ki ek factory hai. Toh wahan par unhon ne, wahan Rwanda ko hum ne ek hub bana diya hai, because haroon shaikh sahab have set up a factory over there.</w:t>
      </w:r>
      <w:r>
        <w:br/>
      </w:r>
      <w:r>
        <w:rPr>
          <w:sz w:val="20"/>
        </w:rPr>
        <w:t>14:52  it has become a hub of quran distribution. Aur unhon ne Rwandan language mein quran ka translation karwaya hai, and it is under approval.</w:t>
      </w:r>
      <w:r>
        <w:br/>
      </w:r>
      <w:r>
        <w:rPr>
          <w:sz w:val="20"/>
        </w:rPr>
        <w:t>15:02  aur similarly Ghana mein haroon shaikh uncle jaate rehte hain, wahan par unhon ne, ek team set up ki hai, ek center set up kiya hai, aur is center ke head hain Tasleem sahab.</w:t>
      </w:r>
      <w:r>
        <w:br/>
      </w:r>
      <w:r>
        <w:rPr>
          <w:sz w:val="20"/>
        </w:rPr>
        <w:t>15:13  Tasleem sahab ka video bhi hai. Similarly South Africa mein, ek center hai IPCI. Toh IPCI center, quran, IPCI center ke paas bohat saare quran translations hain.</w:t>
      </w:r>
      <w:r>
        <w:br/>
      </w:r>
      <w:r>
        <w:rPr>
          <w:sz w:val="20"/>
        </w:rPr>
        <w:t>15:28  toh it keeps giving those quran translations to Aba for printing. So for example, it has given the Chewa translation of the quran, and the Afrikaans translation of the quran.</w:t>
      </w:r>
      <w:r>
        <w:br/>
      </w:r>
      <w:r>
        <w:rPr>
          <w:sz w:val="20"/>
        </w:rPr>
        <w:t>15:40  So it gives many local languages, African languages of the quran for translation.</w:t>
      </w:r>
      <w:r>
        <w:br/>
      </w:r>
      <w:r>
        <w:rPr>
          <w:sz w:val="20"/>
        </w:rPr>
        <w:t>15:51  This video is of a person from Nigeria, who is doing dawah work there.</w:t>
      </w:r>
      <w:r>
        <w:br/>
      </w:r>
      <w:r>
        <w:rPr>
          <w:sz w:val="20"/>
        </w:rPr>
        <w:t>15:58  Given dawah is one of the most important aspect of the life of a muslim. We as muslims have been privileged to be honored by God Almighty, very called as the best of all nation.</w:t>
      </w:r>
      <w:r>
        <w:br/>
      </w:r>
      <w:r>
        <w:rPr>
          <w:sz w:val="20"/>
        </w:rPr>
        <w:t>16:08  And the reason what he called is the best of all nation is because he told us that we are the people who invite to what is good and forbid what is bad, which is the getting involved in dawah.</w:t>
      </w:r>
      <w:r>
        <w:br/>
      </w:r>
      <w:r>
        <w:rPr>
          <w:sz w:val="20"/>
        </w:rPr>
        <w:t>16:20  An important aspect of getting involved in dawah is sharing the word of God Almighty to any human being you get to see. And this word of God Almighty is all contained within the book sanctioned by God himself, and that is the noble quran.</w:t>
      </w:r>
      <w:r>
        <w:br/>
      </w:r>
      <w:r>
        <w:rPr>
          <w:sz w:val="20"/>
        </w:rPr>
        <w:t>16:36  The noble quran contains every information about what God Almighty wants to do with our life. It contains the information of what has happened in the past, and it contains information of what will happen in the future.</w:t>
      </w:r>
      <w:r>
        <w:br/>
      </w:r>
      <w:r>
        <w:rPr>
          <w:sz w:val="20"/>
        </w:rPr>
        <w:t>16:47  In essence, this is a message from our creator on how we should live our life in existence. We as Treat Dawah Nigeria have been involved in inviting people to what is good and forbidding what is wrong within our capacity.</w:t>
      </w:r>
      <w:r>
        <w:br/>
      </w:r>
      <w:r>
        <w:rPr>
          <w:sz w:val="20"/>
        </w:rPr>
        <w:t>17:02  Alhamdulillah, we have been able to give the copy of the quran to several hundreds of people, and this copy of the quran has helped a lot of them to be able to leave misconceptions that they had before about Islam.</w:t>
      </w:r>
      <w:r>
        <w:br/>
      </w:r>
      <w:r>
        <w:rPr>
          <w:sz w:val="20"/>
        </w:rPr>
        <w:t>17:15  For many of them, they lived the aspect of leading the wrong way of life and also coming to the part of Islam. Alhamdulillah, this is all by the mercy of our creator.</w:t>
      </w:r>
      <w:r>
        <w:br/>
      </w:r>
      <w:r>
        <w:rPr>
          <w:sz w:val="20"/>
        </w:rPr>
        <w:t>17:25  However, the copy of the quran also is important for every single human being, not just for muslims. This book of the quran is a book that is a mercy to the entire world.</w:t>
      </w:r>
      <w:r>
        <w:br/>
      </w:r>
      <w:r>
        <w:rPr>
          <w:sz w:val="20"/>
        </w:rPr>
        <w:t>17:36  The quran is a book that is a mercy for the whole universe. The quran is a blessing for the entire world. Won't you want to share in this message and give everyone you see a copy of the quran for them to live a better life just like you?</w:t>
      </w:r>
      <w:r>
        <w:br/>
      </w:r>
      <w:r>
        <w:rPr>
          <w:sz w:val="20"/>
        </w:rPr>
        <w:t>17:52  Assalamualaikum warahmatullah wabarakatuh.</w:t>
      </w:r>
    </w:p>
    <w:p>
      <w:pPr>
        <w:pStyle w:val="Heading2"/>
      </w:pPr>
      <w:r>
        <w:t>Flood and desert therapy in Islamic history</w:t>
      </w:r>
    </w:p>
    <w:p>
      <w:r>
        <w:rPr>
          <w:color w:val="666666"/>
          <w:sz w:val="18"/>
        </w:rPr>
        <w:t>Dars-e-Quran, Chapter 2, Verse 79 June 24, 2018 · 3m 52s · at 9:39 · https://youtu.be/7OeNcHSoPp0?t=579</w:t>
      </w:r>
    </w:p>
    <w:p>
      <w:r>
        <w:rPr>
          <w:i/>
        </w:rPr>
        <w:t>“Hazrat Nooh ka toofan”</w:t>
      </w:r>
    </w:p>
    <w:p>
      <w:r>
        <w:rPr>
          <w:sz w:val="20"/>
        </w:rPr>
        <w:t>9:39  Hazrat Nuh ka toofan. log samajhte hain ke koi toofan, koi ek hi baat jaante hain ke azaab, azaab, azaab.</w:t>
      </w:r>
      <w:r>
        <w:br/>
      </w:r>
      <w:r>
        <w:rPr>
          <w:sz w:val="20"/>
        </w:rPr>
        <w:t>9:50  bas isi itna hi jaante hain. nahin, Allah taala ke har kaam mein koi koi maslehat hoti hai. to toofan Nuh jo tha, woh sirf azaab nahin tha,</w:t>
      </w:r>
      <w:r>
        <w:br/>
      </w:r>
      <w:r>
        <w:rPr>
          <w:sz w:val="20"/>
        </w:rPr>
        <w:t>10:03  woh Allah taala ka yani jo jo qaumon ko revival ka karte hue tareeqa hai, us ko apply karna tha. chunaanche dekhiye, toofan Nuh mein kya hua?</w:t>
      </w:r>
      <w:r>
        <w:br/>
      </w:r>
      <w:r>
        <w:rPr>
          <w:sz w:val="20"/>
        </w:rPr>
        <w:t>10:18  us waqt jo tak jo aabadi thi, woh sab ki sab Iraq ke is ilaaqe mein rehti thi jo kehte hain Misr Patakhiyan, yani Dajla aur Furaat ke darmiyan.</w:t>
      </w:r>
      <w:r>
        <w:br/>
      </w:r>
      <w:r>
        <w:rPr>
          <w:sz w:val="20"/>
        </w:rPr>
        <w:t>10:32  Dajla aur Furaat dono daryayein hain. to Dajla aur Furaat ke darmiyan ka jo ilaaqa tha, us ko kehte thay Misr Patakhiyan.</w:t>
      </w:r>
      <w:r>
        <w:br/>
      </w:r>
      <w:r>
        <w:rPr>
          <w:sz w:val="20"/>
        </w:rPr>
        <w:t>10:42  us waqt ki insani aabadi is ilaaqe mein thi. to Allah taala ne flood ka process chalaya, yani bohat bara sailab aaya.</w:t>
      </w:r>
      <w:r>
        <w:br/>
      </w:r>
      <w:r>
        <w:rPr>
          <w:sz w:val="20"/>
        </w:rPr>
        <w:t>10:56  log kashtiyon par sawaar ho kar ke wahan se muntakil kar diye gaye. to ab dekhen, kahan gaye woh? woh gaye Turkey ki sarhad par, aur Ararat pahaad ke naani ke utar utaar diye gaye,</w:t>
      </w:r>
      <w:r>
        <w:br/>
      </w:r>
      <w:r>
        <w:rPr>
          <w:sz w:val="20"/>
        </w:rPr>
        <w:t>11:14  yani Europe ke kinare.</w:t>
      </w:r>
      <w:r>
        <w:br/>
      </w:r>
      <w:r>
        <w:rPr>
          <w:sz w:val="20"/>
        </w:rPr>
        <w:t>11:19  Europe ke kinare. to jo insaniyat confined ho gayi thi is ilaaqe mein, jis ko Misr Patakhiyan kehte thay,</w:t>
      </w:r>
      <w:r>
        <w:br/>
      </w:r>
      <w:r>
        <w:rPr>
          <w:sz w:val="20"/>
        </w:rPr>
        <w:t>11:32  us ko wahan se nikaal kar le gaye Europe ki sarhad par. aur baaz muhqqiqeen ne likha hai ke yahi woh log hain jo jis se Western Europe bana, aur jin se Western civilization aayi, aur jin se yani White Race develop hui.</w:t>
      </w:r>
      <w:r>
        <w:br/>
      </w:r>
      <w:r>
        <w:rPr>
          <w:sz w:val="20"/>
        </w:rPr>
        <w:t>11:55  to kiya yeh yeh agar yeh kehna hai ke azab, azab, azab to aap ne ek rukh ko dekha, doosre rukh ko nahi dekha. woh tha is ek bohat hi fertile qaum thi, woh jo daway mein thi,</w:t>
      </w:r>
      <w:r>
        <w:br/>
      </w:r>
      <w:r>
        <w:rPr>
          <w:sz w:val="20"/>
        </w:rPr>
        <w:t>12:13  ek bohat hi zinda qaum thi, woh lekin pad gayi thi ghalati mein. is ko is ko utha kar le gaye, wahan par daal diya</w:t>
      </w:r>
      <w:r>
        <w:br/>
      </w:r>
      <w:r>
        <w:rPr>
          <w:sz w:val="20"/>
        </w:rPr>
        <w:t>12:25  turki ke pahaar ararat par, jo ke sar europe ki sarhad par tha. to ek nayi qaum banana, is qaum se naya kaam lena, yeh wohi sahi amal tha jis tarah ke arab mein hua.</w:t>
      </w:r>
      <w:r>
        <w:br/>
      </w:r>
      <w:r>
        <w:rPr>
          <w:sz w:val="20"/>
        </w:rPr>
        <w:t>12:42  hazrat ibrahim ne apne bachon ko la kar ke iraq se la kar ke basa diya, yani makkah mein.</w:t>
      </w:r>
      <w:r>
        <w:br/>
      </w:r>
      <w:r>
        <w:rPr>
          <w:sz w:val="20"/>
        </w:rPr>
        <w:t>12:52  to woh tha desert therapy,</w:t>
      </w:r>
      <w:r>
        <w:br/>
      </w:r>
      <w:r>
        <w:rPr>
          <w:sz w:val="20"/>
        </w:rPr>
        <w:t>13:01  aur yeh jo tha, yeh tha flood therapy. hazrat ibrahim ke sath jo muamla hua ke hajra aur ismail iraq se nikle, aur aage base makkah ke pas desert mein, to that was desert therapy.</w:t>
      </w:r>
      <w:r>
        <w:br/>
      </w:r>
      <w:r>
        <w:rPr>
          <w:sz w:val="20"/>
        </w:rPr>
        <w:t>13:19  aur yeh jo nasl uthai gayi wahan se, aur la kar ararat par basai gayi, that was flood therapy. to yeh yeh yahi muamla hua yahood ke sath.</w:t>
      </w:r>
    </w:p>
    <w:p>
      <w:pPr>
        <w:pStyle w:val="Heading2"/>
      </w:pPr>
      <w:r>
        <w:t>Lessons from lifting of Shab-e-Qadr knowledge</w:t>
      </w:r>
    </w:p>
    <w:p>
      <w:r>
        <w:rPr>
          <w:color w:val="666666"/>
          <w:sz w:val="18"/>
        </w:rPr>
        <w:t>Shab-e-Qadr October 7, 2007 Maulana Wahiduddin Khan · 5m 23s · at 16:38 · https://youtu.be/zt3RAKDBu7E?t=998</w:t>
      </w:r>
    </w:p>
    <w:p>
      <w:r>
        <w:rPr>
          <w:i/>
        </w:rPr>
        <w:t>“Rasool Allah ek baar Ramzan ke aakhri ashre mein i'tikaf”</w:t>
      </w:r>
    </w:p>
    <w:p>
      <w:r>
        <w:rPr>
          <w:sz w:val="20"/>
        </w:rPr>
        <w:t>16:38  woh kaise? dekhein hadith mein ata hai ke rasool Allah sal Allah alayh wasalam aik bar ramzan ke aakhri ashre mein itikaf mein thay, yani masjid mein thay.</w:t>
      </w:r>
      <w:r>
        <w:br/>
      </w:r>
      <w:r>
        <w:rPr>
          <w:sz w:val="20"/>
        </w:rPr>
        <w:t>16:52  yani masjid mein, madine ki masjid mein aap itikaf mein thay ramzan ke aakhri dinon mein.</w:t>
      </w:r>
      <w:r>
        <w:br/>
      </w:r>
      <w:r>
        <w:rPr>
          <w:sz w:val="20"/>
        </w:rPr>
        <w:t>17:00  to aik roz</w:t>
      </w:r>
      <w:r>
        <w:br/>
      </w:r>
      <w:r>
        <w:rPr>
          <w:sz w:val="20"/>
        </w:rPr>
        <w:t>17:05  aap ko Allah taala ne ilm diya shab qadr ka. to aap nikle, masjid se nikle.</w:t>
      </w:r>
      <w:r>
        <w:br/>
      </w:r>
      <w:r>
        <w:rPr>
          <w:sz w:val="20"/>
        </w:rPr>
        <w:t>17:16  to wahan kya hua ke do musalman aapas mein jhagad rahe the.</w:t>
      </w:r>
      <w:r>
        <w:br/>
      </w:r>
      <w:r>
        <w:rPr>
          <w:sz w:val="20"/>
        </w:rPr>
        <w:t>17:24  do musalman aapas mein jhagad rahe the. to aap ne logon se kaha ke dekho mujh ko Allah taala ne shab e qadr ka ilm diya tha.</w:t>
      </w:r>
      <w:r>
        <w:br/>
      </w:r>
      <w:r>
        <w:rPr>
          <w:sz w:val="20"/>
        </w:rPr>
        <w:t>17:37  main masjid se nikla ke tum ko yeh ilm bata doon. lekin do musalman lad gaye to kya hua?</w:t>
      </w:r>
      <w:r>
        <w:br/>
      </w:r>
      <w:r>
        <w:rPr>
          <w:sz w:val="20"/>
        </w:rPr>
        <w:t>17:48  farufi at. rufi at, woh ilm hi utha liya gaya. woh ilm hi utha liya gaya.</w:t>
      </w:r>
      <w:r>
        <w:br/>
      </w:r>
      <w:r>
        <w:rPr>
          <w:sz w:val="20"/>
        </w:rPr>
        <w:t>17:59  do musalman aapas mein lad gaye to woh ilm shab e qadr ka utha liya gaya. yaani peghambar se utha liya gaya.</w:t>
      </w:r>
      <w:r>
        <w:br/>
      </w:r>
      <w:r>
        <w:rPr>
          <w:sz w:val="20"/>
        </w:rPr>
        <w:t>18:09  fata laha rajulani bin al ansar farufi at. is mein bohat bara sabak hai. ladna jhagadna kaun log karte hain?</w:t>
      </w:r>
      <w:r>
        <w:br/>
      </w:r>
      <w:r>
        <w:rPr>
          <w:sz w:val="20"/>
        </w:rPr>
        <w:t>18:20  jin ke dilon mein negative thought hote hain, jin ke dilon mein ghussa hota hai, jin ke dilon mein ishtiaaal hota hai, jin ke dilon mein doosre ki sympathy nahin hoti.</w:t>
      </w:r>
      <w:r>
        <w:br/>
      </w:r>
      <w:r>
        <w:rPr>
          <w:sz w:val="20"/>
        </w:rPr>
        <w:t>18:36  wohi log ladte jhagadte hain aapas mein. is ka matlab kya hua ke dua ki qubooliyat sirf insaan, is insaan, is sirf is ka matlab yeh hua ke sirf is insaan ki dua qabool hoti hai jis ka dil negative thought se khaali ho.</w:t>
      </w:r>
      <w:r>
        <w:br/>
      </w:r>
      <w:r>
        <w:rPr>
          <w:sz w:val="20"/>
        </w:rPr>
        <w:t>18:59  aap zara ghor kijiye is hadees mein, kaisi ajeeb hadees hai. ke peghambar par Khuda ne utara ilm shab e qadr ka aur aap bahar niklein ke logon ko batate, bata dein.</w:t>
      </w:r>
      <w:r>
        <w:br/>
      </w:r>
      <w:r>
        <w:rPr>
          <w:sz w:val="20"/>
        </w:rPr>
        <w:t>19:13  to hadees mein yeh alfaaz aate hain ke fata laha rajulani bin al ansar farufi at. yeh do musalman aapas mein us waqt ladne lage, jhagadne lage.</w:t>
      </w:r>
      <w:r>
        <w:br/>
      </w:r>
      <w:r>
        <w:rPr>
          <w:sz w:val="20"/>
        </w:rPr>
        <w:t>19:28  ladne ka matlab yeh nahin ke woh bandook chalane lage, bomb marne lage, jhagadne lage. jo hote hain angrezi mein quarrel, quarrel karne lage.</w:t>
      </w:r>
      <w:r>
        <w:br/>
      </w:r>
      <w:r>
        <w:rPr>
          <w:sz w:val="20"/>
        </w:rPr>
        <w:t>19:42  to shab e qadr ka ilm utha liya gaya, peghambar se utha liya gaya, peghambar ke mind se utha liya gaya.</w:t>
      </w:r>
      <w:r>
        <w:br/>
      </w:r>
      <w:r>
        <w:rPr>
          <w:sz w:val="20"/>
        </w:rPr>
        <w:t>19:52  is mein bohat hi bari naseehat hai ke agar aap chahte hain</w:t>
      </w:r>
      <w:r>
        <w:br/>
      </w:r>
      <w:r>
        <w:rPr>
          <w:sz w:val="20"/>
        </w:rPr>
        <w:t>20:00  ke aap ki dua qabool ho shab e qadr ke din ya aur dinon mein to aap ko hundred percent apne aap ko positive banana hoga.</w:t>
      </w:r>
      <w:r>
        <w:br/>
      </w:r>
      <w:r>
        <w:rPr>
          <w:sz w:val="20"/>
        </w:rPr>
        <w:t>20:15  hate, ishtiaaal aur intolerance aur enmity, ladai jhagde ka zehan in sab ko mitana hoga.</w:t>
      </w:r>
      <w:r>
        <w:br/>
      </w:r>
      <w:r>
        <w:rPr>
          <w:sz w:val="20"/>
        </w:rPr>
        <w:t>20:35  tab aap ki zubaan se woh purified word niklega jis ka naam dua hai aur jo dua qabool hogi. to yahan par maine do baatein arz keen do hadeeson ko le kar.</w:t>
      </w:r>
      <w:r>
        <w:br/>
      </w:r>
      <w:r>
        <w:rPr>
          <w:sz w:val="20"/>
        </w:rPr>
        <w:t>20:52  ke dua ki ek shart yeh hai, dua ki ek condition yeh hai ke woh nikli ho, nikli ho positive mind se nikli ho.</w:t>
      </w:r>
      <w:r>
        <w:br/>
      </w:r>
      <w:r>
        <w:rPr>
          <w:sz w:val="20"/>
        </w:rPr>
        <w:t>21:02  ek condition yeh hai. hundred percent positive mind se nikli ho. ek condition yeh hai. doosri condition kya hai?</w:t>
      </w:r>
      <w:r>
        <w:br/>
      </w:r>
      <w:r>
        <w:rPr>
          <w:sz w:val="20"/>
        </w:rPr>
        <w:t>21:12  insanon ki sympathy aap ke dil mein ho. sympathy, kyunke jo ladta hai kaun? wohi jo sympathy nahin hoti doosre ke liye.</w:t>
      </w:r>
      <w:r>
        <w:br/>
      </w:r>
      <w:r>
        <w:rPr>
          <w:sz w:val="20"/>
        </w:rPr>
        <w:t>21:24  ek aadmi apne bete se mohabbat karta ho to ladta bhi nahin us se. kyun ladega? mohabbat kar raha hai to us se ladega kyun? to ladne ke maani hain ke doosre ke liye aap sympathetic nahin hain.</w:t>
      </w:r>
      <w:r>
        <w:br/>
      </w:r>
      <w:r>
        <w:rPr>
          <w:sz w:val="20"/>
        </w:rPr>
        <w:t>21:39  ladne jhagadne ka matlab yeh hai ke aap doosre ke liye aap ke aap provoke ho jayein, mushtael ho jayein. is ka matlab yeh hai ke aap doosre ke liye sympathetic nahin hain.</w:t>
      </w:r>
      <w:r>
        <w:br/>
      </w:r>
      <w:r>
        <w:rPr>
          <w:sz w:val="20"/>
        </w:rPr>
        <w:t>21:51  to do condition huin yeh. ek condition yeh hai ke aap ka dil negative thought se khaali ho.</w:t>
      </w:r>
    </w:p>
    <w:p>
      <w:pPr>
        <w:pStyle w:val="Heading2"/>
      </w:pPr>
      <w:r>
        <w:t>Ramadan as a month of introspection through Quran study</w:t>
      </w:r>
    </w:p>
    <w:p>
      <w:r>
        <w:rPr>
          <w:color w:val="666666"/>
          <w:sz w:val="18"/>
        </w:rPr>
        <w:t>Ramadan and Roza July 14, 2013 · 5m 50s · at 12:55 · https://youtu.be/M2p3NR5pF7c?t=775</w:t>
      </w:r>
    </w:p>
    <w:p>
      <w:r>
        <w:rPr>
          <w:i/>
        </w:rPr>
        <w:t>“Maine likha ke Ramzan ka mahina goya introspection ka mahina hai”</w:t>
      </w:r>
    </w:p>
    <w:p>
      <w:r>
        <w:rPr>
          <w:sz w:val="20"/>
        </w:rPr>
        <w:t>12:55  to maine kaha ke dekhiye, is mein bhi maine yeh baat likhi ke Ramadan ka mahina is aitbaar se goya introspection ka mahina hai.</w:t>
      </w:r>
      <w:r>
        <w:br/>
      </w:r>
      <w:r>
        <w:rPr>
          <w:sz w:val="20"/>
        </w:rPr>
        <w:t>13:06  yani Quran ko padhiye aur discover kijiye apne maazi ko, apne present ko, aur uske mutabiq apni planning kijiye.</w:t>
      </w:r>
      <w:r>
        <w:br/>
      </w:r>
      <w:r>
        <w:rPr>
          <w:sz w:val="20"/>
        </w:rPr>
        <w:t>13:19  to Ramadan ka mahina saada mahina nahi hai, woh month of introspection hai.</w:t>
      </w:r>
      <w:r>
        <w:br/>
      </w:r>
      <w:r>
        <w:rPr>
          <w:sz w:val="20"/>
        </w:rPr>
        <w:t>13:25  to maine is mein likha ke dekhiye, agar agar Musalman waqai apne zehan ko khali kar ke Quran ko padhein is mahine mein to apni bohat ajeeb taur par woh payenge Quran majeed mein apni rehnumai.</w:t>
      </w:r>
      <w:r>
        <w:br/>
      </w:r>
      <w:r>
        <w:rPr>
          <w:sz w:val="20"/>
        </w:rPr>
        <w:t>13:46  misalan Quran ko padhte hue hi jab woh is ayat par pahunchenge ke "wa ma asabakum min musibatin bima kasabat aidikum" .</w:t>
      </w:r>
      <w:r>
        <w:br/>
      </w:r>
      <w:r>
        <w:rPr>
          <w:sz w:val="20"/>
        </w:rPr>
        <w:t>13:58  jo musibat bhi tum par parti hai, woh tumhare apne hi kiye ka nateeja hoti hai.</w:t>
      </w:r>
      <w:r>
        <w:br/>
      </w:r>
      <w:r>
        <w:rPr>
          <w:sz w:val="20"/>
        </w:rPr>
        <w:t>14:05  ab yahan par padhne wala thhetega, ruk kar sochega ke hum to yeh samajhte the ke falan dushman hai hamara, falan hamare khilaf sazish kar raha hai, falan hum ko tabah karne par tula hua hai, is liye hamein musibatein aayi hain.</w:t>
      </w:r>
      <w:r>
        <w:br/>
      </w:r>
      <w:r>
        <w:rPr>
          <w:sz w:val="20"/>
        </w:rPr>
        <w:t>14:25  lekin yahan to ulti baat hai. Quran mein to ulti baat hai ke jo musibat bhi aati hai tumhare upar, woh tumhare apne hi kiye ka nateeja hoti hai.</w:t>
      </w:r>
      <w:r>
        <w:br/>
      </w:r>
      <w:r>
        <w:rPr>
          <w:sz w:val="20"/>
        </w:rPr>
        <w:t>14:39  ab is se dekhiye kya hoga? ek naya zehan paida hoga ke aap khud apne andar in asbab ko talash karo.</w:t>
      </w:r>
      <w:r>
        <w:br/>
      </w:r>
      <w:r>
        <w:rPr>
          <w:sz w:val="20"/>
        </w:rPr>
        <w:t>14:52  hamari jo musibatein hain, hamare jo problems hain, woh kyun hain? iska sabab khud apne andar talash karo aur usko correct karo, uski islaah karo.</w:t>
      </w:r>
      <w:r>
        <w:br/>
      </w:r>
      <w:r>
        <w:rPr>
          <w:sz w:val="20"/>
        </w:rPr>
        <w:t>15:04  yeh is mein milega.</w:t>
      </w:r>
      <w:r>
        <w:br/>
      </w:r>
      <w:r>
        <w:rPr>
          <w:sz w:val="20"/>
        </w:rPr>
        <w:t>15:06  aise hi dekhiye,</w:t>
      </w:r>
      <w:r>
        <w:br/>
      </w:r>
      <w:r>
        <w:rPr>
          <w:sz w:val="20"/>
        </w:rPr>
        <w:t>15:10  is mein maine likha ke ek aage ek ayat yeh milegi padhne wale ko ke "innallaha la yughayyiru ma biqawmin hatta yughayyiru ma bi anfusihim" .</w:t>
      </w:r>
      <w:r>
        <w:br/>
      </w:r>
      <w:r>
        <w:rPr>
          <w:sz w:val="20"/>
        </w:rPr>
        <w:t>15:23  Allah kisi qaum ki haalat is waqt tak nahi badalta jab tak woh khud apni haalat ko na badle.</w:t>
      </w:r>
      <w:r>
        <w:br/>
      </w:r>
      <w:r>
        <w:rPr>
          <w:sz w:val="20"/>
        </w:rPr>
        <w:t>15:32  yeh kitni bada message is ke andar hai ke agar aap chahte hain ke aap ki haalat badle, aap ka mustaqbil durust ho, aap taraqqi karein, aap zindagi mein aage badhein to aap ko yeh karna padega ke aap apne andar dhoondhein ke mujhe kya karna hai.</w:t>
      </w:r>
      <w:r>
        <w:br/>
      </w:r>
      <w:r>
        <w:rPr>
          <w:sz w:val="20"/>
        </w:rPr>
        <w:t>15:53  apni islaah karein, apni kamiyon ko door karein, apni shortcomings ko door karein, aur phir planning karein.</w:t>
      </w:r>
      <w:r>
        <w:br/>
      </w:r>
      <w:r>
        <w:rPr>
          <w:sz w:val="20"/>
        </w:rPr>
        <w:t>16:04  tab aap Allah ka jo qanoon hai, woh aap ka saath dega.</w:t>
      </w:r>
      <w:r>
        <w:br/>
      </w:r>
      <w:r>
        <w:rPr>
          <w:sz w:val="20"/>
        </w:rPr>
        <w:t>16:10  is tarah se poora Quran aap ke liye introspection ki dawat deta hai. poora Quran isko jab, yani to Ramadan ka mahina is liye hai ke aap poori tarah apne aap ko har distraction se door kar ke, hatta ke khana peena bhi temporary taur par chhod dein, aur</w:t>
      </w:r>
      <w:r>
        <w:br/>
      </w:r>
      <w:r>
        <w:rPr>
          <w:sz w:val="20"/>
        </w:rPr>
        <w:t>16:37  phir Quran mein study karein, Quran ko samjhein.</w:t>
      </w:r>
      <w:r>
        <w:br/>
      </w:r>
      <w:r>
        <w:rPr>
          <w:sz w:val="20"/>
        </w:rPr>
        <w:t>16:40  dekhiye, Quran aap jante hain ke Ramadan ke mahine mein itikaf ka tareeqa hai. to aam taur par log das din itikaf karte hain aakhri zamane mein.</w:t>
      </w:r>
      <w:r>
        <w:br/>
      </w:r>
      <w:r>
        <w:rPr>
          <w:sz w:val="20"/>
        </w:rPr>
        <w:t>16:51  lekin sachhi baat hai ke poora mahina itikafi ka mahina hai. yani das din to goya ke aap masjid mein baith gaye, baqi ke dinon bhi ab chalta phirta itikaf hai.</w:t>
      </w:r>
      <w:r>
        <w:br/>
      </w:r>
      <w:r>
        <w:rPr>
          <w:sz w:val="20"/>
        </w:rPr>
        <w:t>17:05  woh kaisay? keh aap ka mind isi pe laga hua hai. aap ka mind isi pe laga hua hai.</w:t>
      </w:r>
      <w:r>
        <w:br/>
      </w:r>
      <w:r>
        <w:rPr>
          <w:sz w:val="20"/>
        </w:rPr>
        <w:t>17:13  yani quran ke mazameen par. quran ko aap subah subah ko parhtay hain, sham ko parhtay hain, kyunkeh aap aik so aik so kiye hue hain.</w:t>
      </w:r>
      <w:r>
        <w:br/>
      </w:r>
      <w:r>
        <w:rPr>
          <w:sz w:val="20"/>
        </w:rPr>
        <w:t>17:23  to chahe aap bethe hon, soye hon, chal rahe hon, kuch kar rahe hon, lekin aap ka mind laga rahe ga quran ki un ayaton par jin ko aap ne parha hai ya namazon mein suna hai.</w:t>
      </w:r>
      <w:r>
        <w:br/>
      </w:r>
      <w:r>
        <w:rPr>
          <w:sz w:val="20"/>
        </w:rPr>
        <w:t>17:39  to goya keh das din ka itikaf formal itikaf hai aur baqi bais din in formal itikaf.</w:t>
      </w:r>
      <w:r>
        <w:br/>
      </w:r>
      <w:r>
        <w:rPr>
          <w:sz w:val="20"/>
        </w:rPr>
        <w:t>17:52  is aitbar se poora mahina itikaf ka mahina hai, sochne ka mahina, apna apne apne apne apne quran se hidayat aur rehnumai talash karne ka mahina.</w:t>
      </w:r>
      <w:r>
        <w:br/>
      </w:r>
      <w:r>
        <w:rPr>
          <w:sz w:val="20"/>
        </w:rPr>
        <w:t>18:08  to yeh ramzan ki yeh haqeeqat</w:t>
      </w:r>
      <w:r>
        <w:br/>
      </w:r>
      <w:r>
        <w:rPr>
          <w:sz w:val="20"/>
        </w:rPr>
        <w:t>18:10  hai. yeh nahi keh bas</w:t>
      </w:r>
      <w:r>
        <w:br/>
      </w:r>
      <w:r>
        <w:rPr>
          <w:sz w:val="20"/>
        </w:rPr>
        <w:t>18:14  yani dawn se le kar censor tak aap khane apna rok diya to roza ho gaya. nahi, yeh to is ka form hai roze ka.</w:t>
      </w:r>
      <w:r>
        <w:br/>
      </w:r>
      <w:r>
        <w:rPr>
          <w:sz w:val="20"/>
        </w:rPr>
        <w:t>18:29  yani ab ab sawal yeh hai keh for what? kis purpose ke liye yeh</w:t>
      </w:r>
      <w:r>
        <w:br/>
      </w:r>
      <w:r>
        <w:rPr>
          <w:sz w:val="20"/>
        </w:rPr>
        <w:t>18:34  kiya gaya? woh purpose hai apne ko yaksu kar ke, apne ko distraction se bacha kar quran ki study karna, quran ka mutala karna.</w:t>
      </w:r>
    </w:p>
    <w:p>
      <w:pPr>
        <w:pStyle w:val="Heading2"/>
      </w:pPr>
      <w:r>
        <w:t>The companion who never kept malice and inner purity</w:t>
      </w:r>
    </w:p>
    <w:p>
      <w:r>
        <w:rPr>
          <w:color w:val="666666"/>
          <w:sz w:val="18"/>
        </w:rPr>
        <w:t>Discussions on the impact of Maulana Wahiduddin Khan's Thought July 1, 2020 · 3m 30s · at 27:17 · https://youtu.be/Xzuu-nbDm4g?t=1637</w:t>
      </w:r>
    </w:p>
    <w:p>
      <w:r>
        <w:rPr>
          <w:i/>
        </w:rPr>
        <w:t>“Do you know that person will go to paradise”</w:t>
      </w:r>
    </w:p>
    <w:p>
      <w:r>
        <w:rPr>
          <w:sz w:val="20"/>
        </w:rPr>
        <w:t>27:17  . So in another place,</w:t>
      </w:r>
      <w:r>
        <w:br/>
      </w:r>
      <w:r>
        <w:rPr>
          <w:sz w:val="20"/>
        </w:rPr>
        <w:t>27:20  Maulana talks about that, and it is, again, from the life of the Prophet of Islam, Prophet Muhammad,</w:t>
      </w:r>
      <w:r>
        <w:br/>
      </w:r>
      <w:r>
        <w:rPr>
          <w:sz w:val="20"/>
        </w:rPr>
        <w:t>27:28  is that once he looked at a person, and he says that, "Do you know " and he</w:t>
      </w:r>
      <w:r>
        <w:br/>
      </w:r>
      <w:r>
        <w:rPr>
          <w:sz w:val="20"/>
        </w:rPr>
        <w:t>27:34  was sitting with his companions, and he looked at a person, and he said that, "This person</w:t>
      </w:r>
      <w:r>
        <w:br/>
      </w:r>
      <w:r>
        <w:rPr>
          <w:sz w:val="20"/>
        </w:rPr>
        <w:t>27:40  will go to paradise hereafter."</w:t>
      </w:r>
      <w:r>
        <w:br/>
      </w:r>
      <w:r>
        <w:rPr>
          <w:sz w:val="20"/>
        </w:rPr>
        <w:t>27:45  And a lot of people who were sitting around him were amused in a sense that because getting</w:t>
      </w:r>
      <w:r>
        <w:br/>
      </w:r>
      <w:r>
        <w:rPr>
          <w:sz w:val="20"/>
        </w:rPr>
        <w:t>27:52  a paradise is the biggest reward</w:t>
      </w:r>
      <w:r>
        <w:br/>
      </w:r>
      <w:r>
        <w:rPr>
          <w:sz w:val="20"/>
        </w:rPr>
        <w:t>27:56  in Islam.</w:t>
      </w:r>
      <w:r>
        <w:br/>
      </w:r>
      <w:r>
        <w:rPr>
          <w:sz w:val="20"/>
        </w:rPr>
        <w:t>27:58  And so a lot of people who were around him, his companions, they got curious that, "How come Prophet said such a thing about this person</w:t>
      </w:r>
      <w:r>
        <w:br/>
      </w:r>
      <w:r>
        <w:rPr>
          <w:sz w:val="20"/>
        </w:rPr>
        <w:t>28:08  ?" So one of the companions, Hazrat Ali, he followed this guy. And he went to his house, and he says that from that point of that in that time, you could go to any person and stay at his home for three to five days,</w:t>
      </w:r>
      <w:r>
        <w:br/>
      </w:r>
      <w:r>
        <w:rPr>
          <w:sz w:val="20"/>
        </w:rPr>
        <w:t>28:27  and the person will not say no to you. So he said that, "No, I want to spend time with you." So then</w:t>
      </w:r>
      <w:r>
        <w:br/>
      </w:r>
      <w:r>
        <w:rPr>
          <w:sz w:val="20"/>
        </w:rPr>
        <w:t>28:37  this person allowed Hazrat Ali that, "Okay, you come, and you stay with me." So he spent three, four days. And he realized that this person is not doing something extra.</w:t>
      </w:r>
      <w:r>
        <w:br/>
      </w:r>
      <w:r>
        <w:rPr>
          <w:sz w:val="20"/>
        </w:rPr>
        <w:t>28:50  Then what do I do?</w:t>
      </w:r>
      <w:r>
        <w:br/>
      </w:r>
      <w:r>
        <w:rPr>
          <w:sz w:val="20"/>
        </w:rPr>
        <w:t>28:53  So yes, he's praying during all five times. He takes care of his family well and everything, I mean, which is aspect out of any Muslim, okay?</w:t>
      </w:r>
      <w:r>
        <w:br/>
      </w:r>
      <w:r>
        <w:rPr>
          <w:sz w:val="20"/>
        </w:rPr>
        <w:t>29:09  He's not doing something extra. So how come Prophet of Islam said that this person will go to paradise with such a surety, such an authority?</w:t>
      </w:r>
      <w:r>
        <w:br/>
      </w:r>
      <w:r>
        <w:rPr>
          <w:sz w:val="20"/>
        </w:rPr>
        <w:t>29:20  While going on the third day or fifth day, he said that, "Actually, this happened, and I got curious. I wanted to know what special do you have because of which Prophet said that you will go to paradise</w:t>
      </w:r>
      <w:r>
        <w:br/>
      </w:r>
      <w:r>
        <w:rPr>
          <w:sz w:val="20"/>
        </w:rPr>
        <w:t>29:36  ?" So this person said that, "No, I also do not know why Prophet of Islam said this.</w:t>
      </w:r>
      <w:r>
        <w:br/>
      </w:r>
      <w:r>
        <w:rPr>
          <w:sz w:val="20"/>
        </w:rPr>
        <w:t>29:42  But I can tell you one thing about me,</w:t>
      </w:r>
      <w:r>
        <w:br/>
      </w:r>
      <w:r>
        <w:rPr>
          <w:sz w:val="20"/>
        </w:rPr>
        <w:t>29:46  and I can assure you that I never keep malice or any hard feeling for anybody in my</w:t>
      </w:r>
      <w:r>
        <w:br/>
      </w:r>
      <w:r>
        <w:rPr>
          <w:sz w:val="20"/>
        </w:rPr>
        <w:t>29:51  heart." So that is, I think, the probably could be a thing that I can tell you with</w:t>
      </w:r>
      <w:r>
        <w:br/>
      </w:r>
      <w:r>
        <w:rPr>
          <w:sz w:val="20"/>
        </w:rPr>
        <w:t>29:58  all assurance that I do not have anger, hatred, or malice for anybody in my heart.</w:t>
      </w:r>
      <w:r>
        <w:br/>
      </w:r>
      <w:r>
        <w:rPr>
          <w:sz w:val="20"/>
        </w:rPr>
        <w:t>30:06  And then Hazrat Ali understood that. I think that was the reason why Prophet said that this person will go to paradise. So what I'm trying to say is that it's not only on the action level but what you think in your heart.</w:t>
      </w:r>
      <w:r>
        <w:br/>
      </w:r>
      <w:r>
        <w:rPr>
          <w:sz w:val="20"/>
        </w:rPr>
        <w:t>30:23  Islam emphasizes a lot on that.</w:t>
      </w:r>
      <w:r>
        <w:br/>
      </w:r>
      <w:r>
        <w:rPr>
          <w:sz w:val="20"/>
        </w:rPr>
        <w:t>30:27  The Quran clearly says that it's important that not only from your behavior or demeanor, what kind of person you are, but what is important is that in private, who you are.</w:t>
      </w:r>
      <w:r>
        <w:br/>
      </w:r>
      <w:r>
        <w:rPr>
          <w:sz w:val="20"/>
        </w:rPr>
        <w:t>30:41  So I think that has been a few very profound learnings for me. And</w:t>
      </w:r>
    </w:p>
    <w:p>
      <w:pPr>
        <w:pStyle w:val="Heading2"/>
      </w:pPr>
      <w:r>
        <w:t>Correct Quranic interpretation and revival principle</w:t>
      </w:r>
    </w:p>
    <w:p>
      <w:r>
        <w:rPr>
          <w:color w:val="666666"/>
          <w:sz w:val="18"/>
        </w:rPr>
        <w:t>Dars-e-Quran, Chapter 2, Verse 79 June 24, 2018 · 5m 52s · at 1:54 · https://youtu.be/7OeNcHSoPp0?t=114</w:t>
      </w:r>
    </w:p>
    <w:p>
      <w:r>
        <w:rPr>
          <w:i/>
        </w:rPr>
        <w:t>“Quran ko samajhna ho ya kisi bhi khaas baat ko samajhna ho”</w:t>
      </w:r>
    </w:p>
    <w:p>
      <w:r>
        <w:rPr>
          <w:sz w:val="20"/>
        </w:rPr>
        <w:t>1:54  quran ko samajhna ho ya kisi bhi khaas baat ko samajhna ho to aap ko yeh jaanna chahiye ke aap is waqt samajh payenge jab ke aap open mind hon.</w:t>
      </w:r>
      <w:r>
        <w:br/>
      </w:r>
      <w:r>
        <w:rPr>
          <w:sz w:val="20"/>
        </w:rPr>
        <w:t>2:13  yani open mind ki hesiyat number aik ki hai. to quran ko samajhne ke liye zaroori hai ke aap ke andar open mind ho. aap ne apne aap ko train kiya ho ke is cheezon ko open mind ke sath dekhen.</w:t>
      </w:r>
      <w:r>
        <w:br/>
      </w:r>
      <w:r>
        <w:rPr>
          <w:sz w:val="20"/>
        </w:rPr>
        <w:t>2:28  to yahan par jo baat kahi gayi hai yahood ke bare mein, jab mein is ko parhta hoon aur doosre hisse jo yahan par yahood ka zikr hai,</w:t>
      </w:r>
      <w:r>
        <w:br/>
      </w:r>
      <w:r>
        <w:rPr>
          <w:sz w:val="20"/>
        </w:rPr>
        <w:t>2:45  to mere zehen mein aik aur baat aati hai. yahan par aik baat mein yeh arz kar doon ke quran ko samajhne ke liye yeh kafi nahi hai ke aap average reference ko jaan lein.</w:t>
      </w:r>
      <w:r>
        <w:br/>
      </w:r>
      <w:r>
        <w:rPr>
          <w:sz w:val="20"/>
        </w:rPr>
        <w:t>3:01  yani fori taur par jo depth hai us ko jaan lein. yeh har giz kafi nahi hai.</w:t>
      </w:r>
      <w:r>
        <w:br/>
      </w:r>
      <w:r>
        <w:rPr>
          <w:sz w:val="20"/>
        </w:rPr>
        <w:t>3:10  yani is ayat ke aage, is ayat ke peeche fori taur par kya hai, is ka jaanna har giz kafi nahi hai. kyunke quran ka dekhiye usool hai ke is mein agar baat</w:t>
      </w:r>
      <w:r>
        <w:br/>
      </w:r>
      <w:r>
        <w:rPr>
          <w:sz w:val="20"/>
        </w:rPr>
        <w:t>3:26  yani story jaisi ho, jis tarah doosre ka qissa, to is mein to silsila war ho sakta hai. lekin jab koi hikmat ho, koi wisdom ho, to wahan silsila war nahi hota hai.</w:t>
      </w:r>
      <w:r>
        <w:br/>
      </w:r>
      <w:r>
        <w:rPr>
          <w:sz w:val="20"/>
        </w:rPr>
        <w:t>3:39  wahan par yeh hota hai ke koi hissa aik jagah to koi doosra hissa doosri jagah. yani fragmentary method.</w:t>
      </w:r>
      <w:r>
        <w:br/>
      </w:r>
      <w:r>
        <w:rPr>
          <w:sz w:val="20"/>
        </w:rPr>
        <w:t>3:53  aise muamle mein quran fragmentary method istemal karta hai. to aap ko is usool ko jaanna chahiye. maslan dekhiye, surah baqarah mein yeh jo ayaten hain,</w:t>
      </w:r>
      <w:r>
        <w:br/>
      </w:r>
      <w:r>
        <w:rPr>
          <w:sz w:val="20"/>
        </w:rPr>
        <w:t>4:08  to is mein yahood ka yeh mazammat nikalti hai. to yahood ke mazammat se logon ke mein yeh zehen bana hai ke yahood bohat kharab log hain.</w:t>
      </w:r>
      <w:r>
        <w:br/>
      </w:r>
      <w:r>
        <w:rPr>
          <w:sz w:val="20"/>
        </w:rPr>
        <w:t>4:23  bas sari dunya ke musalman aik hi baat jante hain ke yahoodi bohat kharab log hain. lekin yeh bilkul galat hai, saat feesad galat hai. quran se is ka koi talluq nahi hai.</w:t>
      </w:r>
      <w:r>
        <w:br/>
      </w:r>
      <w:r>
        <w:rPr>
          <w:sz w:val="20"/>
        </w:rPr>
        <w:t>4:35  quran se is ka koi talluq nahi hai. kyunke jo haqeeqat hai, us haqeeqat ka aik hissa yahan banwa hai, doosra hissa doosri jagah banwa hai.</w:t>
      </w:r>
      <w:r>
        <w:br/>
      </w:r>
      <w:r>
        <w:rPr>
          <w:sz w:val="20"/>
        </w:rPr>
        <w:t>4:49  woh ayat aap parhiye, is mein ke woh</w:t>
      </w:r>
      <w:r>
        <w:br/>
      </w:r>
      <w:r>
        <w:rPr>
          <w:sz w:val="20"/>
        </w:rPr>
        <w:t>4:57  woh jo hai</w:t>
      </w:r>
      <w:r>
        <w:br/>
      </w:r>
      <w:r>
        <w:rPr>
          <w:sz w:val="20"/>
        </w:rPr>
        <w:t>5:05  "alam ta'lam annallaha yuhyi al-ard ba'da mawtihā" is ko parhiye, do ayaten.</w:t>
      </w:r>
      <w:r>
        <w:br/>
      </w:r>
      <w:r>
        <w:rPr>
          <w:sz w:val="20"/>
        </w:rPr>
        <w:t>5:15  alam yanni alladhina amanu antakhsh qulubuhum lidhikrillah wama nazala min al-haqq. wala yakunu alladhina utu al-kitaba min qablu fatala alayhimu al-amadu fa qasut qulubuhum wakathirun minhum fasiqon.</w:t>
      </w:r>
      <w:r>
        <w:br/>
      </w:r>
      <w:r>
        <w:rPr>
          <w:sz w:val="20"/>
        </w:rPr>
        <w:t>5:29  i'lamu annallaha yuhyi al-arda ba'da mawtihā qad bayyana lakum al-ayata la'allakum</w:t>
      </w:r>
      <w:r>
        <w:br/>
      </w:r>
      <w:r>
        <w:rPr>
          <w:sz w:val="20"/>
        </w:rPr>
        <w:t>5:35  ta'qilun. dekhiye, in ayaton par ghor kijiye. aik taraf to quran ke bare mein yahan aur doosri jagah yeh bataya gaya hai ke bohat taza qasawat aa gayi hai un ke andar.</w:t>
      </w:r>
      <w:r>
        <w:br/>
      </w:r>
      <w:r>
        <w:rPr>
          <w:sz w:val="20"/>
        </w:rPr>
        <w:t>5:48  qasawat</w:t>
      </w:r>
      <w:r>
        <w:br/>
      </w:r>
      <w:r>
        <w:rPr>
          <w:sz w:val="20"/>
        </w:rPr>
        <w:t>5:52  sakht tabiy ki gayi hai ke tumhari taraf qasawat aa gayi hai. aur yahan par dekhiye ke qasawat ke baad koi halat bani hui hai.</w:t>
      </w:r>
      <w:r>
        <w:br/>
      </w:r>
      <w:r>
        <w:rPr>
          <w:sz w:val="20"/>
        </w:rPr>
        <w:t>6:03  phir se parhiye.</w:t>
      </w:r>
      <w:r>
        <w:br/>
      </w:r>
      <w:r>
        <w:rPr>
          <w:sz w:val="20"/>
        </w:rPr>
        <w:t>6:05  alam yanni alladhina amanu antakhsh qulubuhum lidhikrillah wama nazala min al-haqq. wala yakunu alladhina utu al-kitaba min qablu fatala alayhimu al-amadu fa qasut qulubuhum wakathirun minhum fasiqon.</w:t>
      </w:r>
      <w:r>
        <w:br/>
      </w:r>
      <w:r>
        <w:rPr>
          <w:sz w:val="20"/>
        </w:rPr>
        <w:t>6:19  haan, dekhiye, yahan jo hai yeh qasaawat ke baad ki halat hai. woh yeh hai ke qaumon mein bigaad aata hai.</w:t>
      </w:r>
      <w:r>
        <w:br/>
      </w:r>
      <w:r>
        <w:rPr>
          <w:sz w:val="20"/>
        </w:rPr>
        <w:t>6:30  har qaum mein, kisi ek qaum mein nahin.</w:t>
      </w:r>
      <w:r>
        <w:br/>
      </w:r>
      <w:r>
        <w:rPr>
          <w:sz w:val="20"/>
        </w:rPr>
        <w:t>6:35  yani bigaad asal kya hota hai? qasaawat, be haisi. to qasaawat aane ke baad</w:t>
      </w:r>
      <w:r>
        <w:br/>
      </w:r>
      <w:r>
        <w:rPr>
          <w:sz w:val="20"/>
        </w:rPr>
        <w:t>6:48  phir maslay uthte hain, halaat paida hote hain, un ke andar rethinking aati hai, un ki islaah hoti hai.</w:t>
      </w:r>
      <w:r>
        <w:br/>
      </w:r>
      <w:r>
        <w:rPr>
          <w:sz w:val="20"/>
        </w:rPr>
        <w:t>7:00  to qasaawat qaumon ki tareekh mein aakhri baat nahin hai. qasaawat ke baad bhi ek baat hai, aur woh hai rawai hona.</w:t>
      </w:r>
      <w:r>
        <w:br/>
      </w:r>
      <w:r>
        <w:rPr>
          <w:sz w:val="20"/>
        </w:rPr>
        <w:t>7:15  chunaanche yahan misaal di gayi hai baarish ki ke dekho, zameen sookh jaati hai, phir baarish hoti hai.</w:t>
      </w:r>
      <w:r>
        <w:br/>
      </w:r>
      <w:r>
        <w:rPr>
          <w:sz w:val="20"/>
        </w:rPr>
        <w:t>7:24  to is zameen mein, woh zameen fertile ho jaati hai, is mein sabza ugta hai, is mein kheti laala uthti hai.</w:t>
      </w:r>
      <w:r>
        <w:br/>
      </w:r>
      <w:r>
        <w:rPr>
          <w:sz w:val="20"/>
        </w:rPr>
        <w:t>7:36  to yeh jo hai rebirth, yeh usool sirf zameen ka nahin hai, yeh insaan ka bhi hai.</w:t>
      </w:r>
    </w:p>
    <w:p>
      <w:pPr>
        <w:pStyle w:val="Heading2"/>
      </w:pPr>
      <w:r>
        <w:t>Iblis's ego, refusal to bow, and lesson for communal conflict</w:t>
      </w:r>
    </w:p>
    <w:p>
      <w:r>
        <w:rPr>
          <w:color w:val="666666"/>
          <w:sz w:val="18"/>
        </w:rPr>
        <w:t>Man Between Angels and Satan August 14, 2011 · 5m 28s · at 7:52 · https://youtu.be/cRXTSSZNM30?t=472</w:t>
      </w:r>
    </w:p>
    <w:p>
      <w:r>
        <w:rPr>
          <w:i/>
        </w:rPr>
        <w:t>“Ab dekhein jab Allah ne insan ko paida kiya us waqt kya hua”</w:t>
      </w:r>
    </w:p>
    <w:p>
      <w:r>
        <w:rPr>
          <w:sz w:val="20"/>
        </w:rPr>
        <w:t>7:52  aur dekhein ab aap jo qissa paish aaya jab aaj insaan ko paida kiya Allah taala ne is waqt, to us waqt kya hua?</w:t>
      </w:r>
      <w:r>
        <w:br/>
      </w:r>
      <w:r>
        <w:rPr>
          <w:sz w:val="20"/>
        </w:rPr>
        <w:t>8:05  Allah taala ne jab paida kiya insaan ko to us waqt do aur makhlooq theen.</w:t>
      </w:r>
      <w:r>
        <w:br/>
      </w:r>
      <w:r>
        <w:rPr>
          <w:sz w:val="20"/>
        </w:rPr>
        <w:t>8:12  iblis yani jinnaat, aur doosre malaika, angels.</w:t>
      </w:r>
      <w:r>
        <w:br/>
      </w:r>
      <w:r>
        <w:rPr>
          <w:sz w:val="20"/>
        </w:rPr>
        <w:t>8:21  to Allah taala ne kaha ke jinnaat aur angels dono insaan ke aage jhuk jayein.</w:t>
      </w:r>
      <w:r>
        <w:br/>
      </w:r>
      <w:r>
        <w:rPr>
          <w:sz w:val="20"/>
        </w:rPr>
        <w:t>8:30  jhukne ka matlab yeh nahi tha ke un ki ibadat karein. nahi. mera matlab yeh tha ke insaan ko free hand dein. chunaanche insaan is zamane mein basaya gaya tha test ke liye,</w:t>
      </w:r>
      <w:r>
        <w:br/>
      </w:r>
      <w:r>
        <w:rPr>
          <w:sz w:val="20"/>
        </w:rPr>
        <w:t>8:46  to matlab yeh tha ke insaan jo karna chahe kare. na jinnaat rasta rokein, na malaika rasta rokein.</w:t>
      </w:r>
      <w:r>
        <w:br/>
      </w:r>
      <w:r>
        <w:rPr>
          <w:sz w:val="20"/>
        </w:rPr>
        <w:t>8:56  yeh maqsad tha is ka. to</w:t>
      </w:r>
      <w:r>
        <w:br/>
      </w:r>
      <w:r>
        <w:rPr>
          <w:sz w:val="20"/>
        </w:rPr>
        <w:t>9:00  malaika ne to maan liya. lekin jinnaat ne jin ka sardaar tha iblis, us ne kiya kiya?</w:t>
      </w:r>
      <w:r>
        <w:br/>
      </w:r>
      <w:r>
        <w:rPr>
          <w:sz w:val="20"/>
        </w:rPr>
        <w:t>9:10  us ne kaha ke yeh insaan ko barhai de di gayi mere muqable mein. us ke aage jhukne ko kaha gaya. to mein to us ki barhai ko nahi manta.</w:t>
      </w:r>
      <w:r>
        <w:br/>
      </w:r>
      <w:r>
        <w:rPr>
          <w:sz w:val="20"/>
        </w:rPr>
        <w:t>9:23  to us ne us ko ego problem bana liya.</w:t>
      </w:r>
      <w:r>
        <w:br/>
      </w:r>
      <w:r>
        <w:rPr>
          <w:sz w:val="20"/>
        </w:rPr>
        <w:t>9:27  us ne samjha ke bara mein hoon. ana khairun minh. bara to mein hoon, phir insaan ko kyun di gayi barhai?</w:t>
      </w:r>
      <w:r>
        <w:br/>
      </w:r>
      <w:r>
        <w:rPr>
          <w:sz w:val="20"/>
        </w:rPr>
        <w:t>9:39  to ego problem bana liya. malaika jo thay, farishte, unhone ego problem nahi banaya. unhone kaha ke jo Allah taala ne kaha hai us ko hum mante hain.</w:t>
      </w:r>
      <w:r>
        <w:br/>
      </w:r>
      <w:r>
        <w:rPr>
          <w:sz w:val="20"/>
        </w:rPr>
        <w:t>9:49  to yaad rakhiye isi ko shaitan chahta hai ke insaan hamesha yahi kaam karta rahe. us ko follow kar de us ko.</w:t>
      </w:r>
      <w:r>
        <w:br/>
      </w:r>
      <w:r>
        <w:rPr>
          <w:sz w:val="20"/>
        </w:rPr>
        <w:t>9:58  shaitan ne challenge diya tha ke mein saare insaanon ko behkaunga.</w:t>
      </w:r>
      <w:r>
        <w:br/>
      </w:r>
      <w:r>
        <w:rPr>
          <w:sz w:val="20"/>
        </w:rPr>
        <w:t>10:06  yaani mein sab ko apne raste par chalaunga. yeh jo hai majmeen mein sab ko behkaunga, matlab kiya hai is ka?</w:t>
      </w:r>
      <w:r>
        <w:br/>
      </w:r>
      <w:r>
        <w:rPr>
          <w:sz w:val="20"/>
        </w:rPr>
        <w:t>10:18  is ka matlab kiya hai? ke sab ko mein apne raste par chalaunga. yaani kiya rasta</w:t>
      </w:r>
      <w:r>
        <w:br/>
      </w:r>
      <w:r>
        <w:rPr>
          <w:sz w:val="20"/>
        </w:rPr>
        <w:t>10:28  ? wahi ke har cheez ko ego problem banana. is dunya mein dekhiye yeh competition ki dunya hai, challenge ki dunya hai, azadi ki dunya hai.</w:t>
      </w:r>
      <w:r>
        <w:br/>
      </w:r>
      <w:r>
        <w:rPr>
          <w:sz w:val="20"/>
        </w:rPr>
        <w:t>10:41  to yahan bar bar aisa hota hai ke kisi ko aap se barhai mil jaye, kisi aitbaar se.</w:t>
      </w:r>
      <w:r>
        <w:br/>
      </w:r>
      <w:r>
        <w:rPr>
          <w:sz w:val="20"/>
        </w:rPr>
        <w:t>10:50  kabhi koi chota ho jaye, kabhi koi bara ho jaye. kabhi kisi ke paas zyada ho jaye, kabhi kisi ke paas kam ho jaye.</w:t>
      </w:r>
      <w:r>
        <w:br/>
      </w:r>
      <w:r>
        <w:rPr>
          <w:sz w:val="20"/>
        </w:rPr>
        <w:t>10:58  jab yahan challenge ki hai, competition hai, azadi hai to yeh to hoga hi hoga.</w:t>
      </w:r>
      <w:r>
        <w:br/>
      </w:r>
      <w:r>
        <w:rPr>
          <w:sz w:val="20"/>
        </w:rPr>
        <w:t>11:06  to aise mauqe par shaitan kiya karta hai?</w:t>
      </w:r>
      <w:r>
        <w:br/>
      </w:r>
      <w:r>
        <w:rPr>
          <w:sz w:val="20"/>
        </w:rPr>
        <w:t>11:11  jis ko kuch kam mila.</w:t>
      </w:r>
      <w:r>
        <w:br/>
      </w:r>
      <w:r>
        <w:rPr>
          <w:sz w:val="20"/>
        </w:rPr>
        <w:t>11:16  jis ko kuch kam kiya, kuch bhi farq pesh aaya to us ko activate karta hai ke dekho doosra aage tum se barh raha hai.</w:t>
      </w:r>
      <w:r>
        <w:br/>
      </w:r>
      <w:r>
        <w:rPr>
          <w:sz w:val="20"/>
        </w:rPr>
        <w:t>11:32  to differences zyada sahi baat yeh hai ke hum yeh kahein ke is dunya mein differences zaroor pesh aayenge.</w:t>
      </w:r>
      <w:r>
        <w:br/>
      </w:r>
      <w:r>
        <w:rPr>
          <w:sz w:val="20"/>
        </w:rPr>
        <w:t>11:40  to difference ke mauqe par shaitan kiya karta hai? ego ko bharkata hai. jaise mein ne misaal di ke hindu ka juloos aaya, masjid ke samne se guzarna tha us ko.</w:t>
      </w:r>
      <w:r>
        <w:br/>
      </w:r>
      <w:r>
        <w:rPr>
          <w:sz w:val="20"/>
        </w:rPr>
        <w:t>11:55  to wahan par kiya hai? ego problem bana liya. masjid hamari muqaddas jagah hai. hindu ka juloos guzre ga to hamari be-hurmati hogi.</w:t>
      </w:r>
      <w:r>
        <w:br/>
      </w:r>
      <w:r>
        <w:rPr>
          <w:sz w:val="20"/>
        </w:rPr>
        <w:t>12:06  yeh wahi iblis wali nafsiyat hai.</w:t>
      </w:r>
      <w:r>
        <w:br/>
      </w:r>
      <w:r>
        <w:rPr>
          <w:sz w:val="20"/>
        </w:rPr>
        <w:t>12:12  to yeh family mein hota hai, paros mein hota hai, national life mein hota hai, international life mein bhi hota hai.</w:t>
      </w:r>
      <w:r>
        <w:br/>
      </w:r>
      <w:r>
        <w:rPr>
          <w:sz w:val="20"/>
        </w:rPr>
        <w:t>12:21  saare insaanon ko shaitan kiya chahta hai? ke apne raste par dale. jo us ne kiya wahi sab ko, sab ka case wahi bana de.</w:t>
      </w:r>
      <w:r>
        <w:br/>
      </w:r>
      <w:r>
        <w:rPr>
          <w:sz w:val="20"/>
        </w:rPr>
        <w:t>12:35  isi liye poori tareekh mein dekhiye aadmi bar bar kiya karta hai?</w:t>
      </w:r>
      <w:r>
        <w:br/>
      </w:r>
      <w:r>
        <w:rPr>
          <w:sz w:val="20"/>
        </w:rPr>
        <w:t>12:40  yahi hota hai. ego clash hota hai. ego problem banate hain log. har aadmi is ko apne fakhr ka masla bana leta hai, apne naz ka masla, apne pride ka masla, apne ego ka masla.</w:t>
      </w:r>
      <w:r>
        <w:br/>
      </w:r>
      <w:r>
        <w:rPr>
          <w:sz w:val="20"/>
        </w:rPr>
        <w:t>12:53  bana bana kar ladte jhagadte ladte rehte hain.</w:t>
      </w:r>
      <w:r>
        <w:br/>
      </w:r>
      <w:r>
        <w:rPr>
          <w:sz w:val="20"/>
        </w:rPr>
        <w:t>13:02  to yeh bohat hi zyada serious baat hai jis par har aadmi ko sochna chahiye. kyunke isi par aadmi ke aakhri mein kamyabi aur nakami ka faisla hona hai.</w:t>
      </w:r>
    </w:p>
    <w:p>
      <w:pPr>
        <w:pStyle w:val="Heading2"/>
      </w:pPr>
      <w:r>
        <w:t>Palestine vs India: pride, humility, and national destiny</w:t>
      </w:r>
    </w:p>
    <w:p>
      <w:r>
        <w:rPr>
          <w:color w:val="666666"/>
          <w:sz w:val="18"/>
        </w:rPr>
        <w:t>Man's Place in The Universe June 17, 2007 · 4m 47s · at 32:37 · https://youtu.be/CND6qsCMZVU?t=1957</w:t>
      </w:r>
    </w:p>
    <w:p>
      <w:r>
        <w:rPr>
          <w:i/>
        </w:rPr>
        <w:t>“Today in Palestine, people are fighting each other”</w:t>
      </w:r>
    </w:p>
    <w:p>
      <w:r>
        <w:rPr>
          <w:sz w:val="20"/>
        </w:rPr>
        <w:t>32:37  dhiyan dilaunga. jo aaj hi ke paper mein. mujhe mili. aap dekhte honge ke aaj kal Falasteen mein.</w:t>
      </w:r>
      <w:r>
        <w:br/>
      </w:r>
      <w:r>
        <w:rPr>
          <w:sz w:val="20"/>
        </w:rPr>
        <w:t>32:46  aapas hi mein is mein log lad rahe hain. Falasteen mein jo Arab log hain. woh do firqay un ke hain. Hamas aur Fateh. do baray firqay.</w:t>
      </w:r>
      <w:r>
        <w:br/>
      </w:r>
      <w:r>
        <w:rPr>
          <w:sz w:val="20"/>
        </w:rPr>
        <w:t>32:56  aapas mein lad rahe hain dono.</w:t>
      </w:r>
      <w:r>
        <w:br/>
      </w:r>
      <w:r>
        <w:rPr>
          <w:sz w:val="20"/>
        </w:rPr>
        <w:t>32:58  is mein aap ne dekha hoga. aaj ka jo paper hai. yeh Hindu. Hindu paper mein aik is ka photo aaya hai. dono group lad rahe hain aapas mein.</w:t>
      </w:r>
      <w:r>
        <w:br/>
      </w:r>
      <w:r>
        <w:rPr>
          <w:sz w:val="20"/>
        </w:rPr>
        <w:t>33:10  dekhiye. Falasteen bana hai 1948 mein. aur India azaad hua hai 1947 mein.</w:t>
      </w:r>
      <w:r>
        <w:br/>
      </w:r>
      <w:r>
        <w:rPr>
          <w:sz w:val="20"/>
        </w:rPr>
        <w:t>33:21  yani aik saal ka sirf farq hai.</w:t>
      </w:r>
      <w:r>
        <w:br/>
      </w:r>
      <w:r>
        <w:rPr>
          <w:sz w:val="20"/>
        </w:rPr>
        <w:t>33:24  donon ka ek hi kahani hai. lekin natija do hain. dekhiye india mein jo log.</w:t>
      </w:r>
      <w:r>
        <w:br/>
      </w:r>
      <w:r>
        <w:rPr>
          <w:sz w:val="20"/>
        </w:rPr>
        <w:t>33:33  freedom movement chala rahe the. mahatma gandhi. mahatma gandhi ne kaha tha ke. partition mere lash par hoga.</w:t>
      </w:r>
      <w:r>
        <w:br/>
      </w:r>
      <w:r>
        <w:rPr>
          <w:sz w:val="20"/>
        </w:rPr>
        <w:t>33:42  main pakistan. ke sare jo hamare leader the. pakistan ke khilaf the. woh kisi tarah tayyar nahi the ke india ka partition ho.</w:t>
      </w:r>
      <w:r>
        <w:br/>
      </w:r>
      <w:r>
        <w:rPr>
          <w:sz w:val="20"/>
        </w:rPr>
        <w:t>33:51  lekin 1947 mein unhon ne partition ko maan liya. aur aaj un ki aaina taraqqi kar raha hai. theek yahi baat wahan bhi hui.</w:t>
      </w:r>
      <w:r>
        <w:br/>
      </w:r>
      <w:r>
        <w:rPr>
          <w:sz w:val="20"/>
        </w:rPr>
        <w:t>34:01  falasteen mein. ke falasteen mein ball four commission ke tehat. is ka partition hua. falasteen ka partition hua.</w:t>
      </w:r>
      <w:r>
        <w:br/>
      </w:r>
      <w:r>
        <w:rPr>
          <w:sz w:val="20"/>
        </w:rPr>
        <w:t>34:10  1948 mein.</w:t>
      </w:r>
      <w:r>
        <w:br/>
      </w:r>
      <w:r>
        <w:rPr>
          <w:sz w:val="20"/>
        </w:rPr>
        <w:t>34:12  ek ek tihai diya gaya. israel ko. aur do tihai diya gaya arbon ko. arbon ko do tihai mila.</w:t>
      </w:r>
      <w:r>
        <w:br/>
      </w:r>
      <w:r>
        <w:rPr>
          <w:sz w:val="20"/>
        </w:rPr>
        <w:t>34:21  aur israel ko ek tihai mila. unhon ne inkar kar diya ke hum nahi mante. aur ladai shuru kar di. ladne lage. itna zyada ladte ladte ladte ladte kya hua ke.</w:t>
      </w:r>
      <w:r>
        <w:br/>
      </w:r>
      <w:r>
        <w:rPr>
          <w:sz w:val="20"/>
        </w:rPr>
        <w:t>34:33  jo do tihai tha woh bhi gaya. chhin</w:t>
      </w:r>
      <w:r>
        <w:br/>
      </w:r>
      <w:r>
        <w:rPr>
          <w:sz w:val="20"/>
        </w:rPr>
        <w:t>34:36  gaya. ab thoda sa do. woh do sirf. chhota chhota ilaqa hai. gaza aur aur areehah.</w:t>
      </w:r>
      <w:r>
        <w:br/>
      </w:r>
      <w:r>
        <w:rPr>
          <w:sz w:val="20"/>
        </w:rPr>
        <w:t>34:45  jahan kuch bhi nahi hai. samjhiye taqreeban veeran hai woh. aur is ke liye ladai ho rahi hai is waqt wahan. aapas mein</w:t>
      </w:r>
      <w:r>
        <w:br/>
      </w:r>
      <w:r>
        <w:rPr>
          <w:sz w:val="20"/>
        </w:rPr>
        <w:t>34:55  . to main yeh kehta hoon ke agar. jis tarah se india ke leaderon ne. yeh. is hikmat amli ka saboot diya. ke partition ko maan liya.</w:t>
      </w:r>
      <w:r>
        <w:br/>
      </w:r>
      <w:r>
        <w:rPr>
          <w:sz w:val="20"/>
        </w:rPr>
        <w:t>35:05  to india taraqqi karne laga. agar arab log. 1948 mein. partition ko maan lete. to aaj kitna aage hote woh log.</w:t>
      </w:r>
      <w:r>
        <w:br/>
      </w:r>
      <w:r>
        <w:rPr>
          <w:sz w:val="20"/>
        </w:rPr>
        <w:t>35:16  kyun? is liye ke dekhiye. woh jo do tihai un ko mila tha. to sare sab se achhe jo ilaqe the un ko mile the woh.</w:t>
      </w:r>
      <w:r>
        <w:br/>
      </w:r>
      <w:r>
        <w:rPr>
          <w:sz w:val="20"/>
        </w:rPr>
        <w:t>35:24  behtareen jitne ilaqe the. israel ko to sehra mila tha zyada tar. yerushalaym arbon ke paas tha. masjid aqsa arbon ke paas tha.</w:t>
      </w:r>
      <w:r>
        <w:br/>
      </w:r>
      <w:r>
        <w:rPr>
          <w:sz w:val="20"/>
        </w:rPr>
        <w:t>35:35  sare achhe ilaqe jo the woh arbon ke paas the. to do tihai un ke paas tha. ek tihai jo hai. woh israel ke paas tha. to wahi hikmat amli jo india wale leaderon ko hui.</w:t>
      </w:r>
      <w:r>
        <w:br/>
      </w:r>
      <w:r>
        <w:rPr>
          <w:sz w:val="20"/>
        </w:rPr>
        <w:t>35:50  woh kyunke mahatma gandhi jo the woh ek muatadil aadmi the.</w:t>
      </w:r>
      <w:r>
        <w:br/>
      </w:r>
      <w:r>
        <w:rPr>
          <w:sz w:val="20"/>
        </w:rPr>
        <w:t>35:54  mahatma gandhi mein gharoor nahi tha. woh ek muatadil aadmi the. to agarchay woh ek kaha tha unhon ne. ke meri lash par banega pakistan.</w:t>
      </w:r>
      <w:r>
        <w:br/>
      </w:r>
      <w:r>
        <w:rPr>
          <w:sz w:val="20"/>
        </w:rPr>
        <w:t>36:03  lekin un ki ajzi ne yeh bataya un ko. ke you have to accept the reality jab baat yahan tak pahunch gayi.</w:t>
      </w:r>
      <w:r>
        <w:br/>
      </w:r>
      <w:r>
        <w:rPr>
          <w:sz w:val="20"/>
        </w:rPr>
        <w:t>36:12  ke koi charah nahi hai. jinnah sahib ne barah e rast amal ka ultimatum de diya. vice roy kehta tha hum aazad nahi karenge india ko jab tak yeh wada tay na ho.</w:t>
      </w:r>
      <w:r>
        <w:br/>
      </w:r>
      <w:r>
        <w:rPr>
          <w:sz w:val="20"/>
        </w:rPr>
        <w:t>36:23  to jab yahan mamla aa gaya. to gandhi ne kaha ke we have to accept the reality. nehru ne kaha ke we have to accept the reality kyunke ajzi ne unhein yahan tak pahunchaya hai.</w:t>
      </w:r>
      <w:r>
        <w:br/>
      </w:r>
      <w:r>
        <w:rPr>
          <w:sz w:val="20"/>
        </w:rPr>
        <w:t>36:36  yani haqeeqi andaaz tak pahunchaya. aur wahan par un ke paas fakhr tha. gharoor tha. to unhon ne kaha hum to nahi mante.</w:t>
      </w:r>
      <w:r>
        <w:br/>
      </w:r>
      <w:r>
        <w:rPr>
          <w:sz w:val="20"/>
        </w:rPr>
        <w:t>36:43  sunarmikum fi al-bahr unhon ne kaha israel se. ke sunarmikum fi al-bahr hum tum ko. samundaron mein dhakel denge. aur kya hua?</w:t>
      </w:r>
      <w:r>
        <w:br/>
      </w:r>
      <w:r>
        <w:rPr>
          <w:sz w:val="20"/>
        </w:rPr>
        <w:t>36:54  ulte unhi ko samundar mein dhakel diya israel ne. to ajzi jo hai. us waqt aati hai jab aap ko kainat ka sahi gyan ho.</w:t>
      </w:r>
      <w:r>
        <w:br/>
      </w:r>
      <w:r>
        <w:rPr>
          <w:sz w:val="20"/>
        </w:rPr>
        <w:t>37:04  kainat mein aap ka maqam jo hai. woh kya hai? aap samajh lete hain ke master of kainat main hoon.</w:t>
      </w:r>
      <w:r>
        <w:br/>
      </w:r>
      <w:r>
        <w:rPr>
          <w:sz w:val="20"/>
        </w:rPr>
        <w:t>37:12  to ab kuch nahi kar sakte aap. to mein mein aaj jo mozu hai. ke man's place in the universe agar aap ko sahi.</w:t>
      </w:r>
    </w:p>
    <w:p>
      <w:pPr>
        <w:pStyle w:val="Heading2"/>
      </w:pPr>
      <w:r>
        <w:t>Quran explained through human psychology</w:t>
      </w:r>
    </w:p>
    <w:p>
      <w:r>
        <w:rPr>
          <w:color w:val="666666"/>
          <w:sz w:val="18"/>
        </w:rPr>
        <w:t>Dars-e-Quran, Chapter 2, Verse 30-33 November 26. 2017 · 6m 02s · at 3:32 · https://youtu.be/NeyC7ANI3uI?t=212</w:t>
      </w:r>
    </w:p>
    <w:p>
      <w:r>
        <w:rPr>
          <w:i/>
        </w:rPr>
        <w:t>“Is par ghour karte hue”</w:t>
      </w:r>
    </w:p>
    <w:p>
      <w:r>
        <w:rPr>
          <w:sz w:val="20"/>
        </w:rPr>
        <w:t>3:32  is par ghaur karte hue yeh baat samajh mein aati hai ke yeh koi mysterious statement nahin hai jo kabhi milaye alam mein allah aur farishton ke darmiyan hua ho.</w:t>
      </w:r>
      <w:r>
        <w:br/>
      </w:r>
      <w:r>
        <w:rPr>
          <w:sz w:val="20"/>
        </w:rPr>
        <w:t>3:52  yeh human history ke baray mein aik statement hai.</w:t>
      </w:r>
      <w:r>
        <w:br/>
      </w:r>
      <w:r>
        <w:rPr>
          <w:sz w:val="20"/>
        </w:rPr>
        <w:t>4:02  insan ki jo tareekh hai, woh is dunya mein, is dunya mein jab insan banaya jaye, basaya jaye ga aur yahan history is ki banay gi to insan ki history kis tarah safar kare gi,</w:t>
      </w:r>
      <w:r>
        <w:br/>
      </w:r>
      <w:r>
        <w:rPr>
          <w:sz w:val="20"/>
        </w:rPr>
        <w:t>4:20  is ke baray mein yeh statement hai.</w:t>
      </w:r>
      <w:r>
        <w:br/>
      </w:r>
      <w:r>
        <w:rPr>
          <w:sz w:val="20"/>
        </w:rPr>
        <w:t>4:25  is par main bohat dinon se ghaur kar raha tha</w:t>
      </w:r>
      <w:r>
        <w:br/>
      </w:r>
      <w:r>
        <w:rPr>
          <w:sz w:val="20"/>
        </w:rPr>
        <w:t>4:31  to mujhe yeh samajh mein aaya ke quran ko samajhnay ke liye aik usool woh hai jo hadithon mein aaya hai,</w:t>
      </w:r>
      <w:r>
        <w:br/>
      </w:r>
      <w:r>
        <w:rPr>
          <w:sz w:val="20"/>
        </w:rPr>
        <w:t>4:45  taeed deen ke naam se.</w:t>
      </w:r>
      <w:r>
        <w:br/>
      </w:r>
      <w:r>
        <w:rPr>
          <w:sz w:val="20"/>
        </w:rPr>
        <w:t>4:51  hadith ki taqreeban tamam kitabon mein aik riwayat aati hai ke rasool allah sallallahu alaihi wasallam ne farmaya ke yeh deen rasool allah laye hain, deen islam.</w:t>
      </w:r>
      <w:r>
        <w:br/>
      </w:r>
      <w:r>
        <w:rPr>
          <w:sz w:val="20"/>
        </w:rPr>
        <w:t>5:07  is ki taeed doosray log bhi karen ge, secular log, ghair ahl-e-deen bhi.</w:t>
      </w:r>
      <w:r>
        <w:br/>
      </w:r>
      <w:r>
        <w:rPr>
          <w:sz w:val="20"/>
        </w:rPr>
        <w:t>5:16  to bohat ajeeb baat hai ke yeh hadith poori tareekh mein sach sabit hui hai.</w:t>
      </w:r>
      <w:r>
        <w:br/>
      </w:r>
      <w:r>
        <w:rPr>
          <w:sz w:val="20"/>
        </w:rPr>
        <w:t>5:27  aur main sochta hoon ke yeh jo quran ki ayat hai, in ko samajhnay ke liye sab se bara reference jo mujhe mila, woh aik secular insan ke zariye hai.</w:t>
      </w:r>
      <w:r>
        <w:br/>
      </w:r>
      <w:r>
        <w:rPr>
          <w:sz w:val="20"/>
        </w:rPr>
        <w:t>5:45  dekhiye, aap jaantay hain ke is zamanay mein nafsiyat ka ilm, psychology ka jo ilm hai, woh bohat ziyada taraqqi hui hai.</w:t>
      </w:r>
      <w:r>
        <w:br/>
      </w:r>
      <w:r>
        <w:rPr>
          <w:sz w:val="20"/>
        </w:rPr>
        <w:t>5:57  bohat top ke dimagh is mein lagay hue hain. to inhi mein se aik hai Alfred Adler.</w:t>
      </w:r>
      <w:r>
        <w:br/>
      </w:r>
      <w:r>
        <w:rPr>
          <w:sz w:val="20"/>
        </w:rPr>
        <w:t>6:13  woh Austria mein paida hua aur 1937 mein is ki وفات hui. woh beesveen sadi ke is psychology ke mazmoon par, jo beesveen sadi mein jo log paida hue,</w:t>
      </w:r>
      <w:r>
        <w:br/>
      </w:r>
      <w:r>
        <w:rPr>
          <w:sz w:val="20"/>
        </w:rPr>
        <w:t>6:33  un mein se teen top ke logon mein se aik mana jata hai. woh top most aadmi, bees beesveen sadi ke jo paida hue, un mein se aik mana jata hai, woh</w:t>
      </w:r>
      <w:r>
        <w:br/>
      </w:r>
      <w:r>
        <w:rPr>
          <w:sz w:val="20"/>
        </w:rPr>
        <w:t>6:51  alfred adler. to us ne bohat ziyada tehqeeq ki is baray mein ke insan ka nature kya hai, insan ka mindset kya hai, insan ki soch kya chalti hai, is ke baray mein.</w:t>
      </w:r>
      <w:r>
        <w:br/>
      </w:r>
      <w:r>
        <w:rPr>
          <w:sz w:val="20"/>
        </w:rPr>
        <w:t>7:10  to is ka aik aik aik school of thought bana, is ki buniyad par school of thought bana, jo individual psychology kaha jata hai.</w:t>
      </w:r>
      <w:r>
        <w:br/>
      </w:r>
      <w:r>
        <w:rPr>
          <w:sz w:val="20"/>
        </w:rPr>
        <w:t>7:24  to is ki jo research thi, bohat lambi muddat tak, is ka khulasa yeh hai jis ko kehte hain</w:t>
      </w:r>
      <w:r>
        <w:br/>
      </w:r>
      <w:r>
        <w:rPr>
          <w:sz w:val="20"/>
        </w:rPr>
        <w:t>7:38  logo therapy. logo therapy ka matlab hai ke ma'nawiyat ki talash.</w:t>
      </w:r>
      <w:r>
        <w:br/>
      </w:r>
      <w:r>
        <w:rPr>
          <w:sz w:val="20"/>
        </w:rPr>
        <w:t>7:51  is ke liye kya lafz aaya hai? is mein</w:t>
      </w:r>
      <w:r>
        <w:br/>
      </w:r>
      <w:r>
        <w:rPr>
          <w:sz w:val="20"/>
        </w:rPr>
        <w:t>7:53  human nature is motivated, motivated by the search for a life purpose. haan, yeh is ki research hai, sari zindagi ki research ke insan ki jo nature hai,</w:t>
      </w:r>
      <w:r>
        <w:br/>
      </w:r>
      <w:r>
        <w:rPr>
          <w:sz w:val="20"/>
        </w:rPr>
        <w:t>8:09  paidaishi tor par, woh is baat se, yani yeh is ke andar, yeh yeh yeh spirit chupi hui hai insan ke andar ke woh is ko talash kar raha hai.</w:t>
      </w:r>
      <w:r>
        <w:br/>
      </w:r>
      <w:r>
        <w:rPr>
          <w:sz w:val="20"/>
        </w:rPr>
        <w:t>8:25  kis cheez ka hai? woh lafz hai</w:t>
      </w:r>
      <w:r>
        <w:br/>
      </w:r>
      <w:r>
        <w:rPr>
          <w:sz w:val="20"/>
        </w:rPr>
        <w:t>8:29  human nature is motivated by the search for a life purpose. haan, life ka purpose kya hai? ma'nawiyat ka hai, is ki talash.</w:t>
      </w:r>
      <w:r>
        <w:br/>
      </w:r>
      <w:r>
        <w:rPr>
          <w:sz w:val="20"/>
        </w:rPr>
        <w:t>8:41  to bhai, samajh mein aaya ke is quran ki in ayaton ko samajhne ke liye yeh aik buniyadi ma'khaz hai. woh yeh hai ke Allah rabbul izzat ne farishton ko bataya ke chounke insan ko azadi di gayi hai, di jayegi, total azadi, total freedom,</w:t>
      </w:r>
      <w:r>
        <w:br/>
      </w:r>
      <w:r>
        <w:rPr>
          <w:sz w:val="20"/>
        </w:rPr>
        <w:t>9:05  to freedom ko mehsoos karega aur khoon bahayega, fasad karega, yeh sab hoga. lekin Allah ne insan ke nature mein, is ki takhleeqi banawat mein,</w:t>
      </w:r>
      <w:r>
        <w:br/>
      </w:r>
      <w:r>
        <w:rPr>
          <w:sz w:val="20"/>
        </w:rPr>
        <w:t>9:21  aik cheez rakh di hai jo motivation hai is baat ka ke woh zindagi ki purpose ko talash kare.</w:t>
      </w:r>
    </w:p>
    <w:p>
      <w:pPr>
        <w:pStyle w:val="Heading2"/>
      </w:pPr>
      <w:r>
        <w:t>Human tragedy of wasted potential and its cause</w:t>
      </w:r>
    </w:p>
    <w:p>
      <w:r>
        <w:rPr>
          <w:color w:val="666666"/>
          <w:sz w:val="18"/>
        </w:rPr>
        <w:t>The Team Spirit (Part 1) Nov 10, 2006 · 5m 59s · at 1:53 · https://youtu.be/2KfMPUzsmTg?t=113</w:t>
      </w:r>
    </w:p>
    <w:p>
      <w:r>
        <w:rPr>
          <w:i/>
        </w:rPr>
        <w:t>“But this whole history is a tragedy.”</w:t>
      </w:r>
    </w:p>
    <w:p>
      <w:r>
        <w:rPr>
          <w:sz w:val="20"/>
        </w:rPr>
        <w:t>1:53  aala qism ke potential ke sath paida kiya, best potential ke sath paida kiya. lekin yeh poori history ki ek tragedy hai ke insan apne potential ko actual na bana saka.</w:t>
      </w:r>
      <w:r>
        <w:br/>
      </w:r>
      <w:r>
        <w:rPr>
          <w:sz w:val="20"/>
        </w:rPr>
        <w:t>2:14  yeh matlab hai is ayat ka, yani poori poori history par ek sweeping remark hai, poori poori human history par.</w:t>
      </w:r>
      <w:r>
        <w:br/>
      </w:r>
      <w:r>
        <w:rPr>
          <w:sz w:val="20"/>
        </w:rPr>
        <w:t>2:28  we created man in the best mold, then we cast him down to the lowest of the low.</w:t>
      </w:r>
      <w:r>
        <w:br/>
      </w:r>
      <w:r>
        <w:rPr>
          <w:sz w:val="20"/>
        </w:rPr>
        <w:t>2:40  is ka matlab yeh hai ke insan ko Khuda ne bohat hi achhe potential ke sath paida kiya, lekin woh apne potential ko actual na bana saka aur isi hal mein duniya se chala gaya.</w:t>
      </w:r>
      <w:r>
        <w:br/>
      </w:r>
      <w:r>
        <w:rPr>
          <w:sz w:val="20"/>
        </w:rPr>
        <w:t>2:59  to meri samajh mein aaya ke hum jo mission chala rahe hain, jis mein hum ek chahte hain ke ek team bane, is ka target kya hai.</w:t>
      </w:r>
      <w:r>
        <w:br/>
      </w:r>
      <w:r>
        <w:rPr>
          <w:sz w:val="20"/>
        </w:rPr>
        <w:t>3:13  is ka target yeh hai ke aap insan ko</w:t>
      </w:r>
      <w:r>
        <w:br/>
      </w:r>
      <w:r>
        <w:rPr>
          <w:sz w:val="20"/>
        </w:rPr>
        <w:t>3:22  batayein, us ko warning dein ke tum kitne bare loss ki taraf ja rahe ho. sare potential tumhare andar soye pade rehte hain aur tum mar kar ke khatm ho jate ho.</w:t>
      </w:r>
      <w:r>
        <w:br/>
      </w:r>
      <w:r>
        <w:rPr>
          <w:sz w:val="20"/>
        </w:rPr>
        <w:t>3:44  yahi baat batana, yahi dawat illallah hai, yahi dawat work hai. aur hum jo team bana rahe hain, is team ko yahi kaam karna hai,</w:t>
      </w:r>
      <w:r>
        <w:br/>
      </w:r>
      <w:r>
        <w:rPr>
          <w:sz w:val="20"/>
        </w:rPr>
        <w:t>3:58  yehi kaam karna hai. maine haal mein kai bohat hi top ke logon ke jo life hoti hai, un ke jo halaat hote hain, is ko batinka waghera mein dekha.</w:t>
      </w:r>
      <w:r>
        <w:br/>
      </w:r>
      <w:r>
        <w:rPr>
          <w:sz w:val="20"/>
        </w:rPr>
        <w:t>4:15  bohat hi yeh anokha ek ek anokhi cheez disclose hui ke saare hi barhe log frustration mein mare hain, without any exception.</w:t>
      </w:r>
      <w:r>
        <w:br/>
      </w:r>
      <w:r>
        <w:rPr>
          <w:sz w:val="20"/>
        </w:rPr>
        <w:t>4:32  Plato frustration mein mara, Batran Russell frustration mein mara, Mars aur Russo frustration mein mare, Darwin frustration mein mara.</w:t>
      </w:r>
      <w:r>
        <w:br/>
      </w:r>
      <w:r>
        <w:rPr>
          <w:sz w:val="20"/>
        </w:rPr>
        <w:t>4:45  abhi mein parh raha tha ke Rockefeller, jo yeh America ka bohat bara shayad sab se bara rich aadmi tha, aakhir mein is ka haal yeh hua ke woh nervous breakdown ka shikar hua.</w:t>
      </w:r>
      <w:r>
        <w:br/>
      </w:r>
      <w:r>
        <w:rPr>
          <w:sz w:val="20"/>
        </w:rPr>
        <w:t>5:09  woh chahta tha ke bohat din tak mein jiyoon, bohat din tak apni dolat ka faida uthaoon, lekin is par barhapa aaya, is par bemari aayi aur maut ko apne samne dekhne laga.</w:t>
      </w:r>
      <w:r>
        <w:br/>
      </w:r>
      <w:r>
        <w:rPr>
          <w:sz w:val="20"/>
        </w:rPr>
        <w:t>5:26  to woh nervous breakdown ka shikar hua, Rockefeller jaisa aadmi, aur isi haal mein mar gaya. woh frustration mein.</w:t>
      </w:r>
      <w:r>
        <w:br/>
      </w:r>
      <w:r>
        <w:rPr>
          <w:sz w:val="20"/>
        </w:rPr>
        <w:t>5:37  isi America ka doosra bohat hi bara aadmi, Henry Ford, top ka rich aadmi, is ka haal yeh hua ke woh bhi frustration mein para aur cancer mein mara.</w:t>
      </w:r>
      <w:r>
        <w:br/>
      </w:r>
      <w:r>
        <w:rPr>
          <w:sz w:val="20"/>
        </w:rPr>
        <w:t>5:51  woh cancer mein nihayat hi mayoosi ke alam mein. yeh sab ka haal hai, mere janne mein kisi ka bhi is mein exception nahi hai.</w:t>
      </w:r>
      <w:r>
        <w:br/>
      </w:r>
      <w:r>
        <w:rPr>
          <w:sz w:val="20"/>
        </w:rPr>
        <w:t>6:06  kyun aisa hota hai? yeh is liye hota hai ke log Khuda ke creation plan ko nahi jante. Khuda ne yeh dunya banai hai test ke liye, aur log samajh lete hain ke yeh dunya hai is liye ke hum hi apni paradise banayein.</w:t>
      </w:r>
      <w:r>
        <w:br/>
      </w:r>
      <w:r>
        <w:rPr>
          <w:sz w:val="20"/>
        </w:rPr>
        <w:t>6:25  to yeh present world is liye hai hi nahi ke aap apne, aap ka jo dream world hai, jo desire aap ke mann mein basi hui hain,</w:t>
      </w:r>
      <w:r>
        <w:br/>
      </w:r>
      <w:r>
        <w:rPr>
          <w:sz w:val="20"/>
        </w:rPr>
        <w:t>6:39  to apni ek dunya banayein jahan aap ki desire poori hon.</w:t>
      </w:r>
      <w:r>
        <w:br/>
      </w:r>
      <w:r>
        <w:rPr>
          <w:sz w:val="20"/>
        </w:rPr>
        <w:t>6:47  log be tahasha paise ki taraf bhagte hain, khoob paisa kamate hain, lekin aakhir mein kya hota hai ke paise se na to woh health khareed sakte,</w:t>
      </w:r>
      <w:r>
        <w:br/>
      </w:r>
      <w:r>
        <w:rPr>
          <w:sz w:val="20"/>
        </w:rPr>
        <w:t>7:01  na paise se khushi khareed sakte, na paise se apni zindagi ko hazar baras bana sakte.</w:t>
      </w:r>
      <w:r>
        <w:br/>
      </w:r>
      <w:r>
        <w:rPr>
          <w:sz w:val="20"/>
        </w:rPr>
        <w:t>7:13  to jab unhein mehsoos hota hai ke paisa kamane mein sari umar laga di maine, aur jo meri chahat hai, woh mein paise se khareed nahi sakta, to wahan par frustration aata hai un ko.</w:t>
      </w:r>
      <w:r>
        <w:br/>
      </w:r>
      <w:r>
        <w:rPr>
          <w:sz w:val="20"/>
        </w:rPr>
        <w:t>7:30  to aap ko yeh karna hai ke dunya ko batayein ke creator ka creation plan kya hai, taake log is ke mutabiq apni zindagi ki re-planning karein.</w:t>
      </w:r>
    </w:p>
    <w:p>
      <w:pPr>
        <w:pStyle w:val="Heading2"/>
      </w:pPr>
      <w:r>
        <w:t>Rejection of ijma as bid'ah in Islam</w:t>
      </w:r>
    </w:p>
    <w:p>
      <w:r>
        <w:rPr>
          <w:color w:val="666666"/>
          <w:sz w:val="18"/>
        </w:rPr>
        <w:t>What is Ijtihad February 25, 2007 Maulana Wahiduddin Khan · 5m 04s · at 4:15 · https://youtu.be/vPBQYpteeb0?t=255</w:t>
      </w:r>
    </w:p>
    <w:p>
      <w:r>
        <w:rPr>
          <w:i/>
        </w:rPr>
        <w:t>“Main samajhta hoon ke yeh jo categorization hua yeh sahi nahi tha”</w:t>
      </w:r>
    </w:p>
    <w:p>
      <w:r>
        <w:rPr>
          <w:sz w:val="20"/>
        </w:rPr>
        <w:t>4:15  main samajhta hoon ke yeh jo categorization hua yeh sahi nahi tha. sahi is sense mein ke dekhiye rasool Allah aakhri zamane mein, rasool Allah ki ek hadith hai ke tarakt fiikum al-thaqalayn.</w:t>
      </w:r>
      <w:r>
        <w:br/>
      </w:r>
      <w:r>
        <w:rPr>
          <w:sz w:val="20"/>
        </w:rPr>
        <w:t>4:39  lan tadillu ma tamassaktum bihima. main tumhare darmiyan do bhaari cheez chhod raha hoon. Khuda ki kitab aur rasool ki sunnat.</w:t>
      </w:r>
      <w:r>
        <w:br/>
      </w:r>
      <w:r>
        <w:rPr>
          <w:sz w:val="20"/>
        </w:rPr>
        <w:t>4:52  jab tak tum is ko pakde rahoge tum gumrah na hoge. jis ko kehte hain al-thaqalayn. yani quran aur sunnat.</w:t>
      </w:r>
      <w:r>
        <w:br/>
      </w:r>
      <w:r>
        <w:rPr>
          <w:sz w:val="20"/>
        </w:rPr>
        <w:t>5:02  ab sawal yeh hai ke jab hadith mein do bataya gaya tha to char kahan se bana liya unhon ne? pehla sawal paida hota hai char kahan se bana liya?</w:t>
      </w:r>
      <w:r>
        <w:br/>
      </w:r>
      <w:r>
        <w:rPr>
          <w:sz w:val="20"/>
        </w:rPr>
        <w:t>5:15  to maine dekhiye qias aur ijma dono hi ek bidat hain. sawal yeh hai ke ijma ka word jo hai na rasool Allah ne use kiya na Abu Bakr khaleefa awwal na Umar khaleefa sani.</w:t>
      </w:r>
      <w:r>
        <w:br/>
      </w:r>
      <w:r>
        <w:rPr>
          <w:sz w:val="20"/>
        </w:rPr>
        <w:t>5:32  yani poora jo khilafat rashida hai us ko hum kehte hain to ijma ka lafz to use nahi hua. baat ko use hua to main is ko bidat kahunga.</w:t>
      </w:r>
      <w:r>
        <w:br/>
      </w:r>
      <w:r>
        <w:rPr>
          <w:sz w:val="20"/>
        </w:rPr>
        <w:t>5:44  aur hadith mein aata hai ke bidat mein kabhi khair nahi hota, achhai nahi hoti.</w:t>
      </w:r>
      <w:r>
        <w:br/>
      </w:r>
      <w:r>
        <w:rPr>
          <w:sz w:val="20"/>
        </w:rPr>
        <w:t>5:53  ijma ke tasawwur ka bahut bada nuksan hua ummat ko. yani do ke siwa koi teesra bhi, koi teesri cheez bhi hai jo muqaddas ho sakti hai.</w:t>
      </w:r>
      <w:r>
        <w:br/>
      </w:r>
      <w:r>
        <w:rPr>
          <w:sz w:val="20"/>
        </w:rPr>
        <w:t>6:09  muqaddas matlab ke absolute tor par woh, ab absolute ho sakti hai woh. to quran absolute hai. sunnat rasool absolute hai.</w:t>
      </w:r>
      <w:r>
        <w:br/>
      </w:r>
      <w:r>
        <w:rPr>
          <w:sz w:val="20"/>
        </w:rPr>
        <w:t>6:18  ab ijma laga diya unhon ne is mein. ek teesri cheez bhi absolute ban gayi. to kisi ko kya right hai ke teesri cheez ko bator absolute ke shamil kare deen mein?</w:t>
      </w:r>
      <w:r>
        <w:br/>
      </w:r>
      <w:r>
        <w:rPr>
          <w:sz w:val="20"/>
        </w:rPr>
        <w:t>6:31  yeh mere nazdeek bidat hai. ab gaur kijiye ke jab rasool Allah do keh rahe hain al-thaqalayn to teen kahan se bana liya aap ne?</w:t>
      </w:r>
      <w:r>
        <w:br/>
      </w:r>
      <w:r>
        <w:rPr>
          <w:sz w:val="20"/>
        </w:rPr>
        <w:t>6:41  ke ek aur hai ijma. is ijma ko wahi darja de diya practical taur par jo quran ka aur sunnat ka hai. kaise kisi ko yeh right hai ke woh ek aur cheez badhaye is mein?</w:t>
      </w:r>
      <w:r>
        <w:br/>
      </w:r>
      <w:r>
        <w:rPr>
          <w:sz w:val="20"/>
        </w:rPr>
        <w:t>6:58  is ki wajah se bahut nuksan hua hai. jaise ek sahab ne mujh se kaha, abhi kal ki baat hai ke meri jo kitabein hain unhon ne kaha ke is ko aap padhiye.</w:t>
      </w:r>
      <w:r>
        <w:br/>
      </w:r>
      <w:r>
        <w:rPr>
          <w:sz w:val="20"/>
        </w:rPr>
        <w:t>7:12  to unhon ne kya kaha? pehle ulama ki tasdeeq lao. ulama ka certificate lao tab hum padhenge is ko.</w:t>
      </w:r>
      <w:r>
        <w:br/>
      </w:r>
      <w:r>
        <w:rPr>
          <w:sz w:val="20"/>
        </w:rPr>
        <w:t>7:23  bahut se log isi isi mein mubtala hain, isi fareb mein. ke ulama ka certificate lao. sawal yeh hai ke ulama ka certificate kyun layein hum? to is ka, is ka sharah milta hai ijma mein.</w:t>
      </w:r>
      <w:r>
        <w:br/>
      </w:r>
      <w:r>
        <w:rPr>
          <w:sz w:val="20"/>
        </w:rPr>
        <w:t>7:35  yani other than quran sunnat. ek aur unhon ne garh liya. absolute source.</w:t>
      </w:r>
      <w:r>
        <w:br/>
      </w:r>
      <w:r>
        <w:rPr>
          <w:sz w:val="20"/>
        </w:rPr>
        <w:t>7:46  koi bhi yeh nahi kehta ke quran aur sunnat ki daleel lao hamari literature par. aaj tak mujhe ek insan nahi mila hai jo yeh kahe ke theek hai in ki kitab hum padhenge.</w:t>
      </w:r>
      <w:r>
        <w:br/>
      </w:r>
      <w:r>
        <w:rPr>
          <w:sz w:val="20"/>
        </w:rPr>
        <w:t>7:58  quran sunnat mein kya daleel hai is ke liye? ke woh quran sunnat hi upar base karti hai woh sari kitabein. to koi aadmi yeh kehne ki position mein nahi hai hamari literature ke bare mein ke quran hadith se daleel lao.</w:t>
      </w:r>
      <w:r>
        <w:br/>
      </w:r>
      <w:r>
        <w:rPr>
          <w:sz w:val="20"/>
        </w:rPr>
        <w:t>8:15  kyunki woh sab quran hadith hi upar to base karti hai. ab kya nikala hai? ulama ki tasdeeq lao. yeh ulama ki tasdeeq jo nikla hai yeh, yeh isi ijma ke concept se nikla hai.</w:t>
      </w:r>
      <w:r>
        <w:br/>
      </w:r>
      <w:r>
        <w:rPr>
          <w:sz w:val="20"/>
        </w:rPr>
        <w:t>8:27  ke do ke siwa koi teesra bhi hai source jo absolute hai. kitni badi gumrahi hai bataiye.</w:t>
      </w:r>
      <w:r>
        <w:br/>
      </w:r>
      <w:r>
        <w:rPr>
          <w:sz w:val="20"/>
        </w:rPr>
        <w:t>8:38  kitni badi gumrahi hai. khuli khuli gumrahi hai yeh. jab rasool Allah yeh keh rahe hain ke tarakt fiikum al-thaqalayn. main tumhare darmiyan do bhaari cheez chhod raha hoon.</w:t>
      </w:r>
      <w:r>
        <w:br/>
      </w:r>
      <w:r>
        <w:rPr>
          <w:sz w:val="20"/>
        </w:rPr>
        <w:t>8:51  thaqal matlab bhaari cheez. bhaari cheez ka matlab yeh hai ke absolute source of truth. ab sochiye ke jab rasool Allah keh rahe hain ke do cheez to aap ne teesra kyun mila diya is mein?</w:t>
      </w:r>
      <w:r>
        <w:br/>
      </w:r>
      <w:r>
        <w:rPr>
          <w:sz w:val="20"/>
        </w:rPr>
        <w:t>9:05  yeh ijma bhi ek bhaari cheez hai.</w:t>
      </w:r>
      <w:r>
        <w:br/>
      </w:r>
      <w:r>
        <w:rPr>
          <w:sz w:val="20"/>
        </w:rPr>
        <w:t>9:12  yeh bilashuba bidat hai. is se bahut zyada gumrahi paida hui hai.</w:t>
      </w:r>
    </w:p>
    <w:p>
      <w:pPr>
        <w:pStyle w:val="Heading2"/>
      </w:pPr>
      <w:r>
        <w:t>Full breakdown: verse translation, selflessness, profession vs mission defined</w:t>
      </w:r>
    </w:p>
    <w:p>
      <w:r>
        <w:rPr>
          <w:color w:val="666666"/>
          <w:sz w:val="18"/>
        </w:rPr>
        <w:t>Character of A Dayee January 29, 2014 · 5m 40s · at 1:18 · https://youtu.be/HiPTrIHGmTE?t=78</w:t>
      </w:r>
    </w:p>
    <w:p>
      <w:r>
        <w:rPr>
          <w:i/>
        </w:rPr>
        <w:t>“Is ayat ka lafzi tarjuma yeh hai”</w:t>
      </w:r>
    </w:p>
    <w:p>
      <w:r>
        <w:rPr>
          <w:sz w:val="20"/>
        </w:rPr>
        <w:t>1:18  Dekhiye is ayat ka jo lafzi tarjuma hai woh toh yeh hai ke paighambar ki zuban se yeh baat hai ke kaho, yani apne mukhatebeen se kaho ke main tum se is kaam par koi ajr nahi chahta, ajr ka matlab wages,</w:t>
      </w:r>
      <w:r>
        <w:br/>
      </w:r>
      <w:r>
        <w:rPr>
          <w:sz w:val="20"/>
        </w:rPr>
        <w:t>1:41  is par koi ajr, koi wages nahi chahta, aur main koi mutakallif aadmi nahi hoon.</w:t>
      </w:r>
      <w:r>
        <w:br/>
      </w:r>
      <w:r>
        <w:rPr>
          <w:sz w:val="20"/>
        </w:rPr>
        <w:t>1:53  is aayat ko is waqt aap samajh payenge jab aap</w:t>
      </w:r>
      <w:r>
        <w:br/>
      </w:r>
      <w:r>
        <w:rPr>
          <w:sz w:val="20"/>
        </w:rPr>
        <w:t>1:59  is ki gehrai mein utar kar use dekhen. asal mein yeh jo do hissa hai is aayat ka,</w:t>
      </w:r>
      <w:r>
        <w:br/>
      </w:r>
      <w:r>
        <w:rPr>
          <w:sz w:val="20"/>
        </w:rPr>
        <w:t>2:08  to ek hi haqeeqat ke do pehluon ko bayan kiya gaya hai. pehla tukda aur doosra tukda dono alag alag nahi hain, ek hi haqeeqat ke do pehlu hain.</w:t>
      </w:r>
      <w:r>
        <w:br/>
      </w:r>
      <w:r>
        <w:rPr>
          <w:sz w:val="20"/>
        </w:rPr>
        <w:t>2:24  pehla jo hissa hai ke kaho ke main tum se koi ajr nahi chahta, to yeh batata hai ke yeh ek selfless person ka kaam hai.</w:t>
      </w:r>
      <w:r>
        <w:br/>
      </w:r>
      <w:r>
        <w:rPr>
          <w:sz w:val="20"/>
        </w:rPr>
        <w:t>2:39  yani peghambar bata raha hai ke main tum se mujhe koi wages nahi lena hai, koi badla nahi lena hai, koi shohrat nahi lena hai tum se.</w:t>
      </w:r>
      <w:r>
        <w:br/>
      </w:r>
      <w:r>
        <w:rPr>
          <w:sz w:val="20"/>
        </w:rPr>
        <w:t>2:51  koi tumhari taraf se mujhe koi</w:t>
      </w:r>
      <w:r>
        <w:br/>
      </w:r>
      <w:r>
        <w:rPr>
          <w:sz w:val="20"/>
        </w:rPr>
        <w:t>2:57  kisi cheez ki umeed nahi rakh raha hoon main, tum yeh mujhe doge, woh mujhe doge.</w:t>
      </w:r>
      <w:r>
        <w:br/>
      </w:r>
      <w:r>
        <w:rPr>
          <w:sz w:val="20"/>
        </w:rPr>
        <w:t>3:03  to ya pehle lafz mein yeh baat kahi gayi ke peghambar ka jo kaam hai woh</w:t>
      </w:r>
      <w:r>
        <w:br/>
      </w:r>
      <w:r>
        <w:rPr>
          <w:sz w:val="20"/>
        </w:rPr>
        <w:t>3:17  is umeed mein nahi hai ke madu ki taraf se ya mukhateb ki taraf se is ko koi return milega. is maqsad se nahi hai.</w:t>
      </w:r>
      <w:r>
        <w:br/>
      </w:r>
      <w:r>
        <w:rPr>
          <w:sz w:val="20"/>
        </w:rPr>
        <w:t>3:29  doosra jo tukda hai woh isi hi ki wazahat hai, woh is se alag nahi hai. main mutakallif nahi hoon.</w:t>
      </w:r>
      <w:r>
        <w:br/>
      </w:r>
      <w:r>
        <w:rPr>
          <w:sz w:val="20"/>
        </w:rPr>
        <w:t>3:40  mutakallif ka matlab kya hai? lafzi maani hain tasannu karne wala. yani pretender, pretend karne wala,</w:t>
      </w:r>
      <w:r>
        <w:br/>
      </w:r>
      <w:r>
        <w:rPr>
          <w:sz w:val="20"/>
        </w:rPr>
        <w:t>3:54  tasannu karne wala.</w:t>
      </w:r>
      <w:r>
        <w:br/>
      </w:r>
      <w:r>
        <w:rPr>
          <w:sz w:val="20"/>
        </w:rPr>
        <w:t>3:57  lekin in alfaaz ko aaj kal ke term mein badlen tab samajh mein aayega is ka matlab kya hai. aaj kal ke term mein hum badlen to is ka matlab yeh hoga ke main koi professional nahi hoon.</w:t>
      </w:r>
      <w:r>
        <w:br/>
      </w:r>
      <w:r>
        <w:rPr>
          <w:sz w:val="20"/>
        </w:rPr>
        <w:t>4:13  yani sahi tarah lafz jo modern terminology mein is ke liye hai woh yeh hai ke main koi professional nahi hoon.</w:t>
      </w:r>
      <w:r>
        <w:br/>
      </w:r>
      <w:r>
        <w:rPr>
          <w:sz w:val="20"/>
        </w:rPr>
        <w:t>4:24  dekhiye aadmi jo kuch karta hai to us ki do shakalain hoti hain. ek hai profession, ek hai mission. to profession ka maqsad hota hai kuch maal hasil karna, kuch faida hasil karna,</w:t>
      </w:r>
      <w:r>
        <w:br/>
      </w:r>
      <w:r>
        <w:rPr>
          <w:sz w:val="20"/>
        </w:rPr>
        <w:t>4:42  livelihood jis ko kehte hain is ko hasil karna. yani maashi maqsad ke liye hota hai profession.</w:t>
      </w:r>
      <w:r>
        <w:br/>
      </w:r>
      <w:r>
        <w:rPr>
          <w:sz w:val="20"/>
        </w:rPr>
        <w:t>4:52  jo bhi aadmi kaam, jo bhi aadmi kisi kaam ko bator profession karta hai to us se woh koi maashi faida maqsood hota hai is ka.</w:t>
      </w:r>
      <w:r>
        <w:br/>
      </w:r>
      <w:r>
        <w:rPr>
          <w:sz w:val="20"/>
        </w:rPr>
        <w:t>5:01  koi engineer hai, koi doctor hai, koi dukandar hai, koi expert hai kisi cheez ka, yeh sab profession hai.</w:t>
      </w:r>
      <w:r>
        <w:br/>
      </w:r>
      <w:r>
        <w:rPr>
          <w:sz w:val="20"/>
        </w:rPr>
        <w:t>5:12  to har profession is liye hota hai ke market se is ko kuch mile. kuch eikhtisadi faida, kuch maashi faida.</w:t>
      </w:r>
      <w:r>
        <w:br/>
      </w:r>
      <w:r>
        <w:rPr>
          <w:sz w:val="20"/>
        </w:rPr>
        <w:t>5:24  taake woh apni livelihood ko poora kar sake. lekin mission ki nafsiyat doosri hoti hai. mission karta hai aadmi apne maqsad ke taur par.</w:t>
      </w:r>
      <w:r>
        <w:br/>
      </w:r>
      <w:r>
        <w:rPr>
          <w:sz w:val="20"/>
        </w:rPr>
        <w:t>5:34  mission ki spirit yeh hai ke ek aadmi ne socha zindagi kya hai, zindagi ka maqsad kya hai, insaan ki kamyabi ka raaz kya hai,</w:t>
      </w:r>
      <w:r>
        <w:br/>
      </w:r>
      <w:r>
        <w:rPr>
          <w:sz w:val="20"/>
        </w:rPr>
        <w:t>5:50  insaan kahan se aaya hai, kahan jaane wala hai, is sab ko kehte hain maqsad hayat. in cheezon par socha, socha, socha,</w:t>
      </w:r>
      <w:r>
        <w:br/>
      </w:r>
      <w:r>
        <w:rPr>
          <w:sz w:val="20"/>
        </w:rPr>
        <w:t>6:01  us ne peghambaron ke kalam ko padha, Allah ki kitab ko padha, phir us par khuli ek baat.</w:t>
      </w:r>
      <w:r>
        <w:br/>
      </w:r>
      <w:r>
        <w:rPr>
          <w:sz w:val="20"/>
        </w:rPr>
        <w:t>6:10  ke yeh hai maqsad hayat, yeh hai insaan ki nijaat ka rasta, yeh hai insaan ke liye sirat e mustaqeem.</w:t>
      </w:r>
      <w:r>
        <w:br/>
      </w:r>
      <w:r>
        <w:rPr>
          <w:sz w:val="20"/>
        </w:rPr>
        <w:t>6:20  phir is par woh khara ho gaya. logon ko batane ke liye woh khara ho gaya. to us ko kehte hain mission.</w:t>
      </w:r>
      <w:r>
        <w:br/>
      </w:r>
      <w:r>
        <w:rPr>
          <w:sz w:val="20"/>
        </w:rPr>
        <w:t>6:29  to jo aadmi bator mission koi kaam kare us se us ki koi duniyavi gharz nahi hoti hai. woh to sirf logon ko un ke apne maqsad ke liye, un ke apne zindagi ke faiday ke liye, yeh bata jis cheez ko samajhta hai ke logon ka faida is mein hai, us ko batane ke liye khara hua hua hai.</w:t>
      </w:r>
      <w:r>
        <w:br/>
      </w:r>
      <w:r>
        <w:rPr>
          <w:sz w:val="20"/>
        </w:rPr>
        <w:t>6:54  to ek hai profession, ek hai mission.</w:t>
      </w:r>
    </w:p>
    <w:p>
      <w:pPr>
        <w:pStyle w:val="Heading2"/>
      </w:pPr>
      <w:r>
        <w:t>Industrial period: greed over need destroyed the earth</w:t>
      </w:r>
    </w:p>
    <w:p>
      <w:r>
        <w:rPr>
          <w:color w:val="666666"/>
          <w:sz w:val="18"/>
        </w:rPr>
        <w:t>The History of Creation March 16, 2008 · 3m 48s · at 11:22 · https://youtu.be/_azxOJV6t0E?t=682</w:t>
      </w:r>
    </w:p>
    <w:p>
      <w:r>
        <w:rPr>
          <w:i/>
        </w:rPr>
        <w:t>“Industrial period mein insaan ne kya kiya?”</w:t>
      </w:r>
    </w:p>
    <w:p>
      <w:r>
        <w:rPr>
          <w:sz w:val="20"/>
        </w:rPr>
        <w:t>11:22  is ke baad yeh pehla period tha, agricultural period. is ke baad industrial period aaya.</w:t>
      </w:r>
      <w:r>
        <w:br/>
      </w:r>
      <w:r>
        <w:rPr>
          <w:sz w:val="20"/>
        </w:rPr>
        <w:t>11:33  industrial period. industrial period mein insaan ne yeh kiya ke zameen mein jo sab khazane thay, jo minerals thay, jo sari cheezein is mein nature mein maujood theen, un ko explore kiya aur ek poori civilization banai, industry banai.</w:t>
      </w:r>
      <w:r>
        <w:br/>
      </w:r>
      <w:r>
        <w:rPr>
          <w:sz w:val="20"/>
        </w:rPr>
        <w:t>11:52  ab phir kiya kiya insaan ne?</w:t>
      </w:r>
      <w:r>
        <w:br/>
      </w:r>
      <w:r>
        <w:rPr>
          <w:sz w:val="20"/>
        </w:rPr>
        <w:t>11:57  insaan ko chahiye tha ke woh need based, need par apni, us ki apni zindagi ko need par base kare, need ki bases par.</w:t>
      </w:r>
      <w:r>
        <w:br/>
      </w:r>
      <w:r>
        <w:rPr>
          <w:sz w:val="20"/>
        </w:rPr>
        <w:t>12:10  lekin is ne greed par ki bases par kiya. need par is ne, need par woh nahi rakha, greed par chala gaya.</w:t>
      </w:r>
      <w:r>
        <w:br/>
      </w:r>
      <w:r>
        <w:rPr>
          <w:sz w:val="20"/>
        </w:rPr>
        <w:t>12:19  to nateeja kiya hua?</w:t>
      </w:r>
      <w:r>
        <w:br/>
      </w:r>
      <w:r>
        <w:rPr>
          <w:sz w:val="20"/>
        </w:rPr>
        <w:t>12:24  isi ka nateeja hai global warming, yaani water pollution, air pollution, noise pollution, har taraf pollution, pollution, pollution aur global warming.</w:t>
      </w:r>
      <w:r>
        <w:br/>
      </w:r>
      <w:r>
        <w:rPr>
          <w:sz w:val="20"/>
        </w:rPr>
        <w:t>12:42  ab kiya hai? ab zameen is aisa lagta hai ke bohat jald is qabil nahi rahe ke is par hum rahen.</w:t>
      </w:r>
      <w:r>
        <w:br/>
      </w:r>
      <w:r>
        <w:rPr>
          <w:sz w:val="20"/>
        </w:rPr>
        <w:t>12:49  aap jante hain ke satellite bheje ja rahe hain upar ke koi aisa planet pata karein jahan insaan, jahan pani ho, jahan greenery ho, to wahan insaan ja kar abad ho.</w:t>
      </w:r>
      <w:r>
        <w:br/>
      </w:r>
      <w:r>
        <w:rPr>
          <w:sz w:val="20"/>
        </w:rPr>
        <w:t>13:03  lekin itni bari universe hai, kahin bhi aisa koi planet ab tak pata nahi hua hai. hamara jo yeh planet hai, ke abhi tak ki scientific jankari ke mutabiq ek exceptional planet hai.</w:t>
      </w:r>
      <w:r>
        <w:br/>
      </w:r>
      <w:r>
        <w:rPr>
          <w:sz w:val="20"/>
        </w:rPr>
        <w:t>13:18  yeh</w:t>
      </w:r>
      <w:r>
        <w:br/>
      </w:r>
      <w:r>
        <w:rPr>
          <w:sz w:val="20"/>
        </w:rPr>
        <w:t>13:20  sirf isi zameen par pani hai, isi zameen par plant hai, isi zameen par life support system hai aur woh destroy ho raha hai.</w:t>
      </w:r>
      <w:r>
        <w:br/>
      </w:r>
      <w:r>
        <w:rPr>
          <w:sz w:val="20"/>
        </w:rPr>
        <w:t>13:33  yaani greed based industry ke nateeje mein ab yeh destroy ho raha hai. abhi report aai thi ke samundaron ka jo pani hai, uska 96 hissa jo hai,</w:t>
      </w:r>
      <w:r>
        <w:br/>
      </w:r>
      <w:r>
        <w:rPr>
          <w:sz w:val="20"/>
        </w:rPr>
        <w:t>13:47  polluted ho chuka hai,</w:t>
      </w:r>
      <w:r>
        <w:br/>
      </w:r>
      <w:r>
        <w:rPr>
          <w:sz w:val="20"/>
        </w:rPr>
        <w:t>13:49  sirf four four percent baqi hai, kyunke har din is mein cheezein bahai ja rahi hain.</w:t>
      </w:r>
      <w:r>
        <w:br/>
      </w:r>
      <w:r>
        <w:rPr>
          <w:sz w:val="20"/>
        </w:rPr>
        <w:t>13:58  har cheez, har din is mein pollution dala ja raha hai. zameen jo tha, ek bohat bara source, yeh yeh pani jo tha, samundaron ka pani, bohat bara source tha carbon ko absorb karne ka.</w:t>
      </w:r>
      <w:r>
        <w:br/>
      </w:r>
      <w:r>
        <w:rPr>
          <w:sz w:val="20"/>
        </w:rPr>
        <w:t>14:15  ab is ke bas, is ki jo capacity khatam ho gayi,</w:t>
      </w:r>
      <w:r>
        <w:br/>
      </w:r>
      <w:r>
        <w:rPr>
          <w:sz w:val="20"/>
        </w:rPr>
        <w:t>14:18  ab woh absorb nahi kar pati. to pani aur fiza sab</w:t>
      </w:r>
      <w:r>
        <w:br/>
      </w:r>
      <w:r>
        <w:rPr>
          <w:sz w:val="20"/>
        </w:rPr>
        <w:t>14:27  harmful gases se bhar gaye hain. to kiya jab insaan ko agricultural period aaya to wahan bhi is ne corruption kiya aur khud hi apna god banne ka dawa karne laga</w:t>
      </w:r>
      <w:r>
        <w:br/>
      </w:r>
      <w:r>
        <w:rPr>
          <w:sz w:val="20"/>
        </w:rPr>
        <w:t>14:44  ? phir industrial period aaya to is ne need par content na kar ke greed par daura aur zameen ko pollution se bhar diya.</w:t>
      </w:r>
      <w:r>
        <w:br/>
      </w:r>
      <w:r>
        <w:rPr>
          <w:sz w:val="20"/>
        </w:rPr>
        <w:t>14:56  har taraf deforestation ho raha hai. aap jante hain, forest bohat hi kam ho gaye hain, dangerously kam ho gaye hain aur sari cheezein jo aap jante hain, jo media daily aati rehti hain.</w:t>
      </w:r>
    </w:p>
    <w:p>
      <w:pPr>
        <w:pStyle w:val="Heading2"/>
      </w:pPr>
      <w:r>
        <w:t>modern Muslims' distance from Quran, Bible parallel</w:t>
      </w:r>
    </w:p>
    <w:p>
      <w:r>
        <w:rPr>
          <w:color w:val="666666"/>
          <w:sz w:val="18"/>
        </w:rPr>
        <w:t>CPS Women Article Discussion 13 January 1, 2023 · 5m 58s · at 33:13 · https://youtu.be/KScG6GBDUZc?t=1993</w:t>
      </w:r>
    </w:p>
    <w:p>
      <w:r>
        <w:rPr>
          <w:i/>
        </w:rPr>
        <w:t>“हमने कुरान का इस्तेमाल ही दूसरा कर दिया है”</w:t>
      </w:r>
    </w:p>
    <w:p>
      <w:r>
        <w:rPr>
          <w:sz w:val="20"/>
        </w:rPr>
        <w:t>33:13  We have got twenty five minutes more.</w:t>
      </w:r>
      <w:r>
        <w:br/>
      </w:r>
      <w:r>
        <w:rPr>
          <w:sz w:val="20"/>
        </w:rPr>
        <w:t>33:23  humne toh quran mein sorry main yeh bhi ji.</w:t>
      </w:r>
      <w:r>
        <w:br/>
      </w:r>
      <w:r>
        <w:rPr>
          <w:sz w:val="20"/>
        </w:rPr>
        <w:t>33:34  bilkul, quran ka istemal hi doosra kar diya hai.</w:t>
      </w:r>
      <w:r>
        <w:br/>
      </w:r>
      <w:r>
        <w:rPr>
          <w:sz w:val="20"/>
        </w:rPr>
        <w:t>33:45  yeh toh routine se doori hai aur hadish aur aaj quran ko padhne ke baad sabit hai ki</w:t>
      </w:r>
      <w:r>
        <w:br/>
      </w:r>
      <w:r>
        <w:rPr>
          <w:sz w:val="20"/>
        </w:rPr>
        <w:t>33:55  musalmanon ke liye nijaad aur kaamyaabi ka jo raasta hai use rasool aur asaab e rasool ki tareeqa hai.</w:t>
      </w:r>
      <w:r>
        <w:br/>
      </w:r>
      <w:r>
        <w:rPr>
          <w:sz w:val="20"/>
        </w:rPr>
        <w:t>34:06  lekin hum log ab yeh cheez ko kahin nahi samajh paate.</w:t>
      </w:r>
      <w:r>
        <w:br/>
      </w:r>
      <w:r>
        <w:rPr>
          <w:sz w:val="20"/>
        </w:rPr>
        <w:t>34:17  hum log ne sirf maulana sahab sahi sahi cheez ko samjha hai.</w:t>
      </w:r>
      <w:r>
        <w:br/>
      </w:r>
      <w:r>
        <w:rPr>
          <w:sz w:val="20"/>
        </w:rPr>
        <w:t>34:28  jo taqreer kiya tha to wah mujhe bahut samajh mein aata hai. aaj ke musalmanon ke mutabiq hai lekin yeh to hai bible ki lekin yeh isi tarah ke jo hai mamla jo hai aaj ke musalmanon ka hai. yeh masihi wali line mein jo hai aaj ke logon ke upar, aaj ke musalmanon ke upar sahi hoti hai ki yeh likha hua hai ki ae rehakar, faqihon aur farisiyon.</w:t>
      </w:r>
      <w:r>
        <w:br/>
      </w:r>
      <w:r>
        <w:rPr>
          <w:sz w:val="20"/>
        </w:rPr>
        <w:t>34:55  tum par afsos ki pudina aur sauf aur jeera par to dekh dekhi dete ho, par tumne shariyat ke zyada bhari baaton yani insaaf aur raham aur imaan ko chhod diya hai. lazim tha ki yeh bhi karte aur wah bhi na chhodte. ae andhearah batane walon jo machhar ko to chhaante ho aur oont ko nigal jaate ho.</w:t>
      </w:r>
      <w:r>
        <w:br/>
      </w:r>
      <w:r>
        <w:rPr>
          <w:sz w:val="20"/>
        </w:rPr>
        <w:t>35:16  ae rehakar fakiho aur farishiyon tum par afsos ki pyale aur likabi ko upar se saaf karte ho, magar woh andar loot aur naparhezgari se bhareg denge. tum safedi firi hui khabron ki manid ho jo upar se to khoobsurat dikhai deti hain, magar andar murdon ki haddiyon aur har tarah ki nijaasat se bhari hai.</w:t>
      </w:r>
      <w:r>
        <w:br/>
      </w:r>
      <w:r>
        <w:rPr>
          <w:sz w:val="20"/>
        </w:rPr>
        <w:t>35:39  to yeh bible ki ki baat thi wah hazd masiha ne apni takreer mein kaha tha lekin musalmanon ke upar aisi tarah ki baaten laju hain. aaj ki musalman to bilkul kis taraf ja rahe hain aur unko yeh pata hi nahi hai ki hum kis taraf ja rahe hain. yeh din se doori ki wajah se hai. ji ji zaida matlab jo cheez maine bahut zyada feel kiya hai during my interaction on in my daavo work.</w:t>
      </w:r>
      <w:r>
        <w:br/>
      </w:r>
      <w:r>
        <w:rPr>
          <w:sz w:val="20"/>
        </w:rPr>
        <w:t>36:08  i often come across muslims who are asking very very weird questions and when when you tell them that this quran especially the english quran translation when they take a muslim then we tell them that you should be gifting it to some other non muslims because this is what the dawa work is. to bahut zyada first question jo unki taraf se aata hai jahan wah atke hue hain. ek to unka khud ka ek inhibition hota hai.</w:t>
      </w:r>
      <w:r>
        <w:br/>
      </w:r>
      <w:r>
        <w:rPr>
          <w:sz w:val="20"/>
        </w:rPr>
        <w:t>36:36  wah samajhte nahi hain ki yeh kitni badi kitab hai. message from god jo prophet ke zariye hum tak pahuncha hai aur doosri cheez jo bahut zyada wah atke hue hain, they somehow doesn't want to come out. they always ask this question, how can we give to a non muslims? they are not pure, they are not yeh question often, often, often har baar kisi bhi main aisi gathering mein jati hoon jahan musalman ka hota hai.</w:t>
      </w:r>
      <w:r>
        <w:br/>
      </w:r>
      <w:r>
        <w:rPr>
          <w:sz w:val="20"/>
        </w:rPr>
        <w:t>37:06  phir unko poora explanation diya tha. to yeh sab cheezein hum musalman khud apne liye ek deewar banakar khada karke aur ek bahana hamare paas mil jata hai for not giving the quran to a non muslim. so, i invite other ladies to come forward and share the learning please. main aap logon ke saath, main aap logon ke saath yeh share karna chah rahi hoon ki jaise christmas tha yahan par, abhi season hamara ya holiday season.</w:t>
      </w:r>
      <w:r>
        <w:br/>
      </w:r>
      <w:r>
        <w:rPr>
          <w:sz w:val="20"/>
        </w:rPr>
        <w:t>37:33  to yeh maine is tarah se inka matlab yeh uska bag banakar aur yeh quran aur islam kitab jaise yeh maulana sahab ki hai yeh usmein usmein rakhi hai. jaise kal hamare paas yahan yahan par hamara ac sahi karne ke liye aaya tha to jo bhi aata hai ab molana sahab ki baaton se itni kehte hain na taqat aa gayi hai. samajh aa rahi hai.</w:t>
      </w:r>
      <w:r>
        <w:br/>
      </w:r>
      <w:r>
        <w:rPr>
          <w:sz w:val="20"/>
        </w:rPr>
        <w:t>37:54  pehle himmat nahi hoti thi, taaqat nahi hoti thi ki ab jo bhi aata hai ab main jaise</w:t>
      </w:r>
      <w:r>
        <w:br/>
      </w:r>
      <w:r>
        <w:rPr>
          <w:sz w:val="20"/>
        </w:rPr>
        <w:t>38:26  lagta mera zindagi ka maqsad bhi yahi hai aana yeh quran jinka yeh program nahi pahuncha hai.</w:t>
      </w:r>
      <w:r>
        <w:br/>
      </w:r>
      <w:r>
        <w:rPr>
          <w:sz w:val="20"/>
        </w:rPr>
        <w:t>38:59  main cheez yeh hai. mujhe kuch aisa lagna hai kya? maa bol nahi bahut achha kiya aapne jab mauka jab mile to hamein avail karne ki bahut matlab beroor usko avail karna chahiye.</w:t>
      </w:r>
      <w:r>
        <w:br/>
      </w:r>
      <w:r>
        <w:rPr>
          <w:sz w:val="20"/>
        </w:rPr>
        <w:t>39:11  kal hi main ek video malala sahab par sun rahi thi abhi lafsi mein hi yaad hai lekin</w:t>
      </w:r>
    </w:p>
    <w:p>
      <w:pPr>
        <w:pStyle w:val="Heading2"/>
      </w:pPr>
      <w:r>
        <w:t>Why real dialogue fails: nobody wants to learn</w:t>
      </w:r>
    </w:p>
    <w:p>
      <w:r>
        <w:rPr>
          <w:color w:val="666666"/>
          <w:sz w:val="18"/>
        </w:rPr>
        <w:t>The History of Creation March 16, 2008 · 5m 22s · at 1:11:18 · https://youtu.be/_azxOJV6t0E?t=4278</w:t>
      </w:r>
    </w:p>
    <w:p>
      <w:r>
        <w:rPr>
          <w:i/>
        </w:rPr>
        <w:t>“Paanch aadmi mujhse milne aaye the dialogue mein shirkat ke liye”</w:t>
      </w:r>
    </w:p>
    <w:p>
      <w:r>
        <w:rPr>
          <w:sz w:val="20"/>
        </w:rPr>
        <w:t>1:11:18  the question is from dr. farida khanum: please give an example of the true method of dialogue.</w:t>
      </w:r>
      <w:r>
        <w:br/>
      </w:r>
      <w:r>
        <w:rPr>
          <w:sz w:val="20"/>
        </w:rPr>
        <w:t>1:11:31  mein abhi mere paas aaye the paanch aadmi, woh bahar se aaye the dialogue mein shirkat karne ke liye. india mein, india ke bahar ke woh log the.</w:t>
      </w:r>
      <w:r>
        <w:br/>
      </w:r>
      <w:r>
        <w:rPr>
          <w:sz w:val="20"/>
        </w:rPr>
        <w:t>1:11:41  to india mein abhi ek conference hui hai library science par,</w:t>
      </w:r>
      <w:r>
        <w:br/>
      </w:r>
      <w:r>
        <w:rPr>
          <w:sz w:val="20"/>
        </w:rPr>
        <w:t>1:11:47  to sab librarian log ekhatta hue hain wahan. to mujh se bhi milne aaye the in mein se paanch aadmi. to mein ne apna experience bataya ke is tarah ke conferences mein bohat gaya hoon, bohat gaya hoon, bohat gaya hoon.</w:t>
      </w:r>
      <w:r>
        <w:br/>
      </w:r>
      <w:r>
        <w:rPr>
          <w:sz w:val="20"/>
        </w:rPr>
        <w:t>1:12:02  to mein ne kaha ke ek conference hoti hai dialogue ke naam par, aur kaun is mein participate karte hain? woh sab monologer, yani monologer ekhatta hote hain dialogue karne ke liye,</w:t>
      </w:r>
      <w:r>
        <w:br/>
      </w:r>
      <w:r>
        <w:rPr>
          <w:sz w:val="20"/>
        </w:rPr>
        <w:t>1:12:15  kyun ke har ek bas apni apni baat kehta hai, kisi ko lena nahi hai kisi se. mein ne kaha india mein, india ke bahar, mein ne bohat dekha hai dialogue aur conference seminar, har ek bas apni sunana chahta hai, kisi ko sunna nahi hai.</w:t>
      </w:r>
      <w:r>
        <w:br/>
      </w:r>
      <w:r>
        <w:rPr>
          <w:sz w:val="20"/>
        </w:rPr>
        <w:t>1:12:31  is liye jitne bhi mein ne dekhe, sab ko mein samajhta hoon ke woh, yani koi is se result nahi nikla. mere nazdeek sahi baat yeh hai ke aadmi ke andar learning spirit ho.</w:t>
      </w:r>
      <w:r>
        <w:br/>
      </w:r>
      <w:r>
        <w:rPr>
          <w:sz w:val="20"/>
        </w:rPr>
        <w:t>1:12:43  learning spirit asal cheez hai, har cheez se aap seekhne ka jazba ho. ek cheenti dekhen, is mein bhi aap kuch learn karen. ek aam aadmi ko dekhen to us se bhi kuch learn karen.</w:t>
      </w:r>
      <w:r>
        <w:br/>
      </w:r>
      <w:r>
        <w:rPr>
          <w:sz w:val="20"/>
        </w:rPr>
        <w:t>1:12:55  jaise ek sheikh saadi ne kaha ke "goft adab az ke emakhti, goft az be adaba". yani ek aadmi ko dekha, unhone kaha bohat hi cultured hai, bohat hi minus hai is ke andar,</w:t>
      </w:r>
      <w:r>
        <w:br/>
      </w:r>
      <w:r>
        <w:rPr>
          <w:sz w:val="20"/>
        </w:rPr>
        <w:t>1:13:09  jis ko kehte hain ba adab. to poocha ke bhai tum ne yeh sab kahan seekha? to us ne kaha ke be adabon se seekha. woh log jo cultured nahi the, woh log jin ke andar koi values nahi thi, un ko dekha to mujhe strike hua ke yeh to bara galat kaam hai.</w:t>
      </w:r>
      <w:r>
        <w:br/>
      </w:r>
      <w:r>
        <w:rPr>
          <w:sz w:val="20"/>
        </w:rPr>
        <w:t>1:13:26  to un ko galat dekh kar ke mein ne socha ke mujhe aisa nahi karna chahiye, mujh ko aisa nahi karna chahiye.</w:t>
      </w:r>
      <w:r>
        <w:br/>
      </w:r>
      <w:r>
        <w:rPr>
          <w:sz w:val="20"/>
        </w:rPr>
        <w:t>1:13:33  to learning spirit ho to aadmi seekhega har ek se, har ek se, har ek se. to mein samajhta hoon yahan tak ke jo log ekhatta hote hain aaj kal ke zamanay mein, woh professor qism ke log, to un mein learning spirit hoti nahi, matlab seekhne ka nahi hota hai,</w:t>
      </w:r>
      <w:r>
        <w:br/>
      </w:r>
      <w:r>
        <w:rPr>
          <w:sz w:val="20"/>
        </w:rPr>
        <w:t>1:13:50  sikhane ka hota hai.</w:t>
      </w:r>
      <w:r>
        <w:br/>
      </w:r>
      <w:r>
        <w:rPr>
          <w:sz w:val="20"/>
        </w:rPr>
        <w:t>1:13:54  mein ek martaba tha wahan par, ghaliban switzerland mein, ek meet, ek seminar tha wahan par.</w:t>
      </w:r>
      <w:r>
        <w:br/>
      </w:r>
      <w:r>
        <w:rPr>
          <w:sz w:val="20"/>
        </w:rPr>
        <w:t>1:14:03  to sab se kaha gaya tha ke apna apna proposal dijiye. to mein ne bhi ek proposal diya wahan par. to jo seminar ke jo hazir the, bohat pasand kiya unhone.</w:t>
      </w:r>
      <w:r>
        <w:br/>
      </w:r>
      <w:r>
        <w:rPr>
          <w:sz w:val="20"/>
        </w:rPr>
        <w:t>1:14:16  lekin ek professor sahab, jo senior professor the, woh is ke khilaf speech de dali. unhone kyun?</w:t>
      </w:r>
      <w:r>
        <w:br/>
      </w:r>
      <w:r>
        <w:rPr>
          <w:sz w:val="20"/>
        </w:rPr>
        <w:t>1:14:24  un ke proposal ko nahi mana tha organizer ne.</w:t>
      </w:r>
      <w:r>
        <w:br/>
      </w:r>
      <w:r>
        <w:rPr>
          <w:sz w:val="20"/>
        </w:rPr>
        <w:t>1:14:28  to unhone kaha, "bhai ab tak yaad hai ke agarche unhone jo baat kahi thi, kahi thi, kahi hai, lekin i am not going to to to accept this proposal".</w:t>
      </w:r>
      <w:r>
        <w:br/>
      </w:r>
      <w:r>
        <w:rPr>
          <w:sz w:val="20"/>
        </w:rPr>
        <w:t>1:14:40  kuch theek se mujhe wording yaad nahi hai. unhone yeh mana tha ke yeh proposal bilkul theek theek hai, balkay mein is ko nahi manoon ga. "although it is very correct, but i am not going to sign this document".</w:t>
      </w:r>
      <w:r>
        <w:br/>
      </w:r>
      <w:r>
        <w:rPr>
          <w:sz w:val="20"/>
        </w:rPr>
        <w:t>1:14:52  kyun keh diya unhon ne? ke woh ek mind ka hai, yaani ek aadmi ka banaya hua hai. baqi log jo thay, unhon ne kai kai logon ka banakar pesh kiya tha.</w:t>
      </w:r>
      <w:r>
        <w:br/>
      </w:r>
      <w:r>
        <w:rPr>
          <w:sz w:val="20"/>
        </w:rPr>
        <w:t>1:15:03  unhon ne to yeh chunke ek mind ka hai, is liye main nahi manunga is ko. yeh to ek technical baat hai. jab aap maan rahe hain ke yeh bohat hi sahi document hai, sahi hai, to aap maante maante kyun nahi is ko?</w:t>
      </w:r>
      <w:r>
        <w:br/>
      </w:r>
      <w:r>
        <w:rPr>
          <w:sz w:val="20"/>
        </w:rPr>
        <w:t>1:15:13  to mera tajurba yeh hai ke jitne professor qism ke log hotay hain, yeh woh sab andar se un ke andar ego chupa hua hota hai, organ chupa hua hota hai.</w:t>
      </w:r>
      <w:r>
        <w:br/>
      </w:r>
      <w:r>
        <w:rPr>
          <w:sz w:val="20"/>
        </w:rPr>
        <w:t>1:15:21  to unhein kisi se lena nahi hai, apna dena hai. bas main bar bar is ka mujhe experience hua hai. to beharhal, dialogue ki baat nahi hai, poori zindagi ki baat hai ke aap agar learning spirit ke sath aap ko jeena aata ho to har waqt aap seekhenge, har waqt seekhenge aap.</w:t>
      </w:r>
      <w:r>
        <w:br/>
      </w:r>
      <w:r>
        <w:rPr>
          <w:sz w:val="20"/>
        </w:rPr>
        <w:t>1:15:42  to yeh bohat hi zaroori hai hum logon ke liye, hum log jo dawat ka kaam karna chahte hain ke hamare andar learning spirit ho.</w:t>
      </w:r>
      <w:r>
        <w:br/>
      </w:r>
      <w:r>
        <w:rPr>
          <w:sz w:val="20"/>
        </w:rPr>
        <w:t>1:15:51  hum choti se bhi seekhna chahein, choti se bhi aap ko seekhna aata ho. haan, har aadmi sab ko seekhna, yaani seekh sakte hon, har aadmi se seekh sakte hon.</w:t>
      </w:r>
      <w:r>
        <w:br/>
      </w:r>
      <w:r>
        <w:rPr>
          <w:sz w:val="20"/>
        </w:rPr>
        <w:t>1:16:04  main to subah sham tak seekhta rehta hoon, har aadmi se seekhta hoon. main</w:t>
      </w:r>
      <w:r>
        <w:br/>
      </w:r>
      <w:r>
        <w:rPr>
          <w:sz w:val="20"/>
        </w:rPr>
        <w:t>1:16:10  chote se, bare se, jahil se, parhe likhe se sab seekhta rehta hoon. main</w:t>
      </w:r>
      <w:r>
        <w:br/>
      </w:r>
      <w:r>
        <w:rPr>
          <w:sz w:val="20"/>
        </w:rPr>
        <w:t>1:16:18  hazrat umar ke baray mein kaha jata hai ke "کان یتعلم من کل احد". woh har ek se learning karte thay, har ek se learning karte thay.</w:t>
      </w:r>
      <w:r>
        <w:br/>
      </w:r>
      <w:r>
        <w:rPr>
          <w:sz w:val="20"/>
        </w:rPr>
        <w:t>1:16:29  to learning spirit agar ho to har jagah aap ko milegi baatein, aur learning spirit na ho to kisi se kuch nahi mil sakta hai.</w:t>
      </w:r>
    </w:p>
    <w:p>
      <w:pPr>
        <w:pStyle w:val="Heading2"/>
      </w:pPr>
      <w:r>
        <w:t>Compilation of Quran under caliphs</w:t>
      </w:r>
    </w:p>
    <w:p>
      <w:r>
        <w:rPr>
          <w:color w:val="666666"/>
          <w:sz w:val="18"/>
        </w:rPr>
        <w:t>The Message of the Quran - Part-2 (English) | March 07, 2007 | Maulana Wahiduddin Khan · 6m 04s · at 22:42 · https://youtu.be/oqDHIm3IUw4?t=1362</w:t>
      </w:r>
    </w:p>
    <w:p>
      <w:r>
        <w:rPr>
          <w:i/>
        </w:rPr>
        <w:t>“After completion, charge given to Abu Bakr”</w:t>
      </w:r>
    </w:p>
    <w:p>
      <w:r>
        <w:rPr>
          <w:sz w:val="20"/>
        </w:rPr>
        <w:t>22:42  after the completion of the Quran, the charge of the Muslim society was given to Abu Bakr. He was the first caliph of Islam. So Abu Bakr, who was the first caliph, asked for Zayd ibn Thawit al-Ansari. During Prophet's time, Z</w:t>
      </w:r>
      <w:r>
        <w:br/>
      </w:r>
      <w:r>
        <w:rPr>
          <w:sz w:val="20"/>
        </w:rPr>
        <w:t>23:12  ayd ibn Thawit was head katib. That is head— that is head of this— head of this process. There were more than a dozen secretary or katib. But Zayd ibn Thawit was— Zayd ibn Thawit al-Ansari was head of that team. So</w:t>
      </w:r>
      <w:r>
        <w:br/>
      </w:r>
      <w:r>
        <w:rPr>
          <w:sz w:val="20"/>
        </w:rPr>
        <w:t>23:43  second caliph asked for Zayd ibn Thawit al-Ansari and gave him this— this task. So he— he wrote the whole Quran in— in a book form. Before this book, Quran was either in memory</w:t>
      </w:r>
      <w:r>
        <w:br/>
      </w:r>
      <w:r>
        <w:rPr>
          <w:sz w:val="20"/>
        </w:rPr>
        <w:t>24:14  or in fragmentary pieces. So Zayd ibn Thawit al-Ansari gathered all those things. And also he asked all those huffaz, who— who were— who have memorized the Quran, the whole Quran. So by the aid— by the— by the help of those huffaz and also by the help of those writ</w:t>
      </w:r>
      <w:r>
        <w:br/>
      </w:r>
      <w:r>
        <w:rPr>
          <w:sz w:val="20"/>
        </w:rPr>
        <w:t>24:44  ings, he compiled the whole Quran. He wrote the Quran in— in the— in— in this— in— in— in sheets. You know, at that time, present kind of papers were not available, but an old kind of papers that was invented in Egypt and China</w:t>
      </w:r>
      <w:r>
        <w:br/>
      </w:r>
      <w:r>
        <w:rPr>
          <w:sz w:val="20"/>
        </w:rPr>
        <w:t>25:14  was available there. So he wrote the Quran on this paper. This was called papyrus. So he wrote all the Quran on papyrus. After completing this, he prepared</w:t>
      </w:r>
      <w:r>
        <w:br/>
      </w:r>
      <w:r>
        <w:rPr>
          <w:sz w:val="20"/>
        </w:rPr>
        <w:t>25:44  a book. This book was called Raba. Raba means square. The size of this first copy of the Quran was square. So it was called Raba. This was the first prepared copy of the Quran. This copy— this copy— this— this copy of the Quran was prepared during the first caliph. Th</w:t>
      </w:r>
      <w:r>
        <w:br/>
      </w:r>
      <w:r>
        <w:rPr>
          <w:sz w:val="20"/>
        </w:rPr>
        <w:t>26:14  en this copy, that was authentic copy of the Quran, was kept with Hafsa. Hafsa was wife of the Prophet. He was— she was— she was a senior member of Prophet's family. So this— this— this copy of the Quran was kept</w:t>
      </w:r>
      <w:r>
        <w:br/>
      </w:r>
      <w:r>
        <w:rPr>
          <w:sz w:val="20"/>
        </w:rPr>
        <w:t>26:45  with Hafsa. Then during the— the third caliph, Uthman ibn Affan, Uthman ibn Affan wanted to prepare more copies of the Quran. So Uthman ibn Affan, the third caliph, asked for that copy. And after having that copy, he ordered</w:t>
      </w:r>
      <w:r>
        <w:br/>
      </w:r>
      <w:r>
        <w:rPr>
          <w:sz w:val="20"/>
        </w:rPr>
        <w:t>27:15  several experts to prepare more copies. So these experts prepared more copies of the Quran. And these copies were sent to every country, every city. You know, at that time, Islamic world was expanded. It was not only—</w:t>
      </w:r>
      <w:r>
        <w:br/>
      </w:r>
      <w:r>
        <w:rPr>
          <w:sz w:val="20"/>
        </w:rPr>
        <w:t>27:45  it was not confined only to Mecca and Medina, but it was expanded from Asia to Africa. So he prepared copies of the Quran and sent these copies to every country and every city. So this copy— these copies of the Quran were kept in— in Jama Masjid. In every Jama Masjid, there was a copy. And it was</w:t>
      </w:r>
      <w:r>
        <w:br/>
      </w:r>
      <w:r>
        <w:rPr>
          <w:sz w:val="20"/>
        </w:rPr>
        <w:t>28:15  announced that anyone who wants to prepare a new copy, he must see this book, this copy. So then people prepared more copies. And then hundred or thousand copies were prepared by the aid of this authentic copy.</w:t>
      </w:r>
    </w:p>
    <w:p>
      <w:pPr>
        <w:pStyle w:val="Heading2"/>
      </w:pPr>
      <w:r>
        <w:t>A 1400-year-old Quran verse science only recently explained</w:t>
      </w:r>
    </w:p>
    <w:p>
      <w:r>
        <w:rPr>
          <w:color w:val="666666"/>
          <w:sz w:val="18"/>
        </w:rPr>
        <w:t>Model of Paradise June 22, 2014 · 5m 55s · at 10:23 · https://youtu.be/7jXD8E_dN-E?t=623</w:t>
      </w:r>
    </w:p>
    <w:p>
      <w:r>
        <w:rPr>
          <w:i/>
        </w:rPr>
        <w:t>“Iski ek misaal deta hoon main ke intellectual need se kya murad hai”</w:t>
      </w:r>
    </w:p>
    <w:p>
      <w:r>
        <w:rPr>
          <w:sz w:val="20"/>
        </w:rPr>
        <w:t>10:23  is ki ek misaal deta hoon mein ke intellectual need se bari murad kya hai?</w:t>
      </w:r>
      <w:r>
        <w:br/>
      </w:r>
      <w:r>
        <w:rPr>
          <w:sz w:val="20"/>
        </w:rPr>
        <w:t>10:32  aadmi ka jo mind hai, woh chahta hai ek cheez ko explain kare, cheezon ko mein andar jo deep meaning hai, us ko daryaft kare, cheezon ke andar jo marifat ke pehlu hain, us ko jaane.</w:t>
      </w:r>
      <w:r>
        <w:br/>
      </w:r>
      <w:r>
        <w:rPr>
          <w:sz w:val="20"/>
        </w:rPr>
        <w:t>10:49  lekin aadmi jaan nahin pata. misaal ke tor par, saatvi sadi isvi mein quran utra. aap surah al-nahal ko parhein</w:t>
      </w:r>
      <w:r>
        <w:br/>
      </w:r>
      <w:r>
        <w:rPr>
          <w:sz w:val="20"/>
        </w:rPr>
        <w:t>11:00  to al-nahal ki ayat number 69 mein shehad ki makhi, yani honey bee ka zikr hai. honey bee ka zikr hai.</w:t>
      </w:r>
      <w:r>
        <w:br/>
      </w:r>
      <w:r>
        <w:rPr>
          <w:sz w:val="20"/>
        </w:rPr>
        <w:t>11:11  wa huwa rabbuka illa al-nahla</w:t>
      </w:r>
      <w:r>
        <w:br/>
      </w:r>
      <w:r>
        <w:rPr>
          <w:sz w:val="20"/>
        </w:rPr>
        <w:t>11:14  to is mein yeh ayat hai ke thumma kulli min kulli al-thabrat. thumma kulli min kulli al-thabrat.</w:t>
      </w:r>
      <w:r>
        <w:br/>
      </w:r>
      <w:r>
        <w:rPr>
          <w:sz w:val="20"/>
        </w:rPr>
        <w:t>11:24  yani phir, phir, yani phir kha ya phir khao har phal se.</w:t>
      </w:r>
      <w:r>
        <w:br/>
      </w:r>
      <w:r>
        <w:rPr>
          <w:sz w:val="20"/>
        </w:rPr>
        <w:t>11:38  is ka literal tarjuma hoga ke shehad makhi se Allah ne farmaya ke tum har phal se apna ghiza hasil karo.</w:t>
      </w:r>
      <w:r>
        <w:br/>
      </w:r>
      <w:r>
        <w:rPr>
          <w:sz w:val="20"/>
        </w:rPr>
        <w:t>11:51  to saatvi sadi mein insaan janta nahin tha ke phal se ghiza lene ka matlab kya hai. yeh ayat jo hai, saatvi sadi mein unexplained thi.</w:t>
      </w:r>
      <w:r>
        <w:br/>
      </w:r>
      <w:r>
        <w:rPr>
          <w:sz w:val="20"/>
        </w:rPr>
        <w:t>12:04  unexplained.</w:t>
      </w:r>
      <w:r>
        <w:br/>
      </w:r>
      <w:r>
        <w:rPr>
          <w:sz w:val="20"/>
        </w:rPr>
        <w:t>12:06  ab yeh pata chala hai jo is zamane mein jo research hui hai, woh yeh hai ke shehad ki makhi apni ghiza phal se nahin leti.</w:t>
      </w:r>
      <w:r>
        <w:br/>
      </w:r>
      <w:r>
        <w:rPr>
          <w:sz w:val="20"/>
        </w:rPr>
        <w:t>12:20  fruit se nahin leti. woh leti hai phool ke andar ek nectar hota hai, us ko leti hai.</w:t>
      </w:r>
      <w:r>
        <w:br/>
      </w:r>
      <w:r>
        <w:rPr>
          <w:sz w:val="20"/>
        </w:rPr>
        <w:t>12:30  shehad ki makhiyan urti hain ya idhar jati hain, utar jati hain. to woh pahunchti hain kahan</w:t>
      </w:r>
      <w:r>
        <w:br/>
      </w:r>
      <w:r>
        <w:rPr>
          <w:sz w:val="20"/>
        </w:rPr>
        <w:t>12:38  ? phoolon par. phoolon ke andar ek bohat hi chota sa nectar hota hai, us us ko chusti hain. phir le a kar apne chhatay mein jama karti hain.</w:t>
      </w:r>
      <w:r>
        <w:br/>
      </w:r>
      <w:r>
        <w:rPr>
          <w:sz w:val="20"/>
        </w:rPr>
        <w:t>12:48  ja kar</w:t>
      </w:r>
      <w:r>
        <w:br/>
      </w:r>
      <w:r>
        <w:rPr>
          <w:sz w:val="20"/>
        </w:rPr>
        <w:t>12:51  to yeh pata kiya gaya hai ke isi nectar ke majmooay ka naam shehad hai. yani shehad ki makhi khud se kuch nahin karti.</w:t>
      </w:r>
      <w:r>
        <w:br/>
      </w:r>
      <w:r>
        <w:rPr>
          <w:sz w:val="20"/>
        </w:rPr>
        <w:t>13:03  woh nectar ko hasil karti hai, bas nectar ko jama karti hai. khud kuch nahin karti. nectar ke majmooay ka naam shehad honey hai.</w:t>
      </w:r>
      <w:r>
        <w:br/>
      </w:r>
      <w:r>
        <w:rPr>
          <w:sz w:val="20"/>
        </w:rPr>
        <w:t>13:17  to is zamane mein pata kya gaya hai ke ek pound shehad banane ke liye shehad ki makhi ko do million phoolon ka nectar lena parta hai.</w:t>
      </w:r>
      <w:r>
        <w:br/>
      </w:r>
      <w:r>
        <w:rPr>
          <w:sz w:val="20"/>
        </w:rPr>
        <w:t>13:32  raat sara din, subah se sham tak udti hai, yahan jati hai, wahan jati hai. to do million phoolon ka nectar jab nikalti hai woh aur la ke chhatay mein dalti hai,</w:t>
      </w:r>
      <w:r>
        <w:br/>
      </w:r>
      <w:r>
        <w:rPr>
          <w:sz w:val="20"/>
        </w:rPr>
        <w:t>13:47  tab shehad banta hai. aur ek pound shehad banane ke liye shehad ki makhi ko do million phoolon ka nectar lena parta hai.</w:t>
      </w:r>
      <w:r>
        <w:br/>
      </w:r>
      <w:r>
        <w:rPr>
          <w:sz w:val="20"/>
        </w:rPr>
        <w:t>13:59  ab yeh insan ko pata nahi tha. to quran mein mention bhi nahi thi yeh baat. kyunke quran mein us waqt agar bataya jata hai, agar nectar ki baat, to insan samajhta hi nahi ke kya matlab is ka hai.</w:t>
      </w:r>
      <w:r>
        <w:br/>
      </w:r>
      <w:r>
        <w:rPr>
          <w:sz w:val="20"/>
        </w:rPr>
        <w:t>14:16  to is ke mani ke jo quran hai, jo rabbani haqiqaten hain, is mein bohat zyada research kar karne ka mamla hai.</w:t>
      </w:r>
      <w:r>
        <w:br/>
      </w:r>
      <w:r>
        <w:rPr>
          <w:sz w:val="20"/>
        </w:rPr>
        <w:t>14:27  jitna zyada research karenge, utni zyada aur jankari badhegi. to yeh jo nectar ki baat hai, yeh baat khatam nahi hai. is ke ilawa beshumar pehlu hain shehad ki makhi ke.</w:t>
      </w:r>
      <w:r>
        <w:br/>
      </w:r>
      <w:r>
        <w:rPr>
          <w:sz w:val="20"/>
        </w:rPr>
        <w:t>14:40  is beshumar pehlu shehad ki makhi ke hain, phool ke hain, nectar ke hain, drakht ke hain, khud makhiyon ke hain. yani billion trillion se bhi zyada pehlu hain jo sab namaloom hain.</w:t>
      </w:r>
      <w:r>
        <w:br/>
      </w:r>
      <w:r>
        <w:rPr>
          <w:sz w:val="20"/>
        </w:rPr>
        <w:t>14:54  ise kaha gaya hai kalmat allah.</w:t>
      </w:r>
      <w:r>
        <w:br/>
      </w:r>
      <w:r>
        <w:rPr>
          <w:sz w:val="20"/>
        </w:rPr>
        <w:t>14:58  to yeh intellectual level par insan chahta hai ke cheezon par research kare, daryaft kare, aur phir is se woh rizq ki marifat hasil karay.</w:t>
      </w:r>
      <w:r>
        <w:br/>
      </w:r>
      <w:r>
        <w:rPr>
          <w:sz w:val="20"/>
        </w:rPr>
        <w:t>15:11  rizq ki marifat.</w:t>
      </w:r>
      <w:r>
        <w:br/>
      </w:r>
      <w:r>
        <w:rPr>
          <w:sz w:val="20"/>
        </w:rPr>
        <w:t>15:13  to rizq madi to woh pa raha hai khane se, phalon se, ghiza se. lekin jo rizq marifat ya rizq zehni jo hai,</w:t>
      </w:r>
      <w:r>
        <w:br/>
      </w:r>
      <w:r>
        <w:rPr>
          <w:sz w:val="20"/>
        </w:rPr>
        <w:t>15:27  is ke liye kuch aur saman chahiye. woh kahan hai?</w:t>
      </w:r>
      <w:r>
        <w:br/>
      </w:r>
      <w:r>
        <w:rPr>
          <w:sz w:val="20"/>
        </w:rPr>
        <w:t>15:34  dunya mein jo mein ne arz kiya, yeh jo ek ek pound shehad ke liye do million phool se net lena, yeh to bohat hi, yani tareekh se bhi kam hissa hai.</w:t>
      </w:r>
      <w:r>
        <w:br/>
      </w:r>
      <w:r>
        <w:rPr>
          <w:sz w:val="20"/>
        </w:rPr>
        <w:t>15:49  abhi beshumar cheezen hain jo science daryaft nahi kar saki. kyunke science ke paas sadhan nahi hai.</w:t>
      </w:r>
      <w:r>
        <w:br/>
      </w:r>
      <w:r>
        <w:rPr>
          <w:sz w:val="20"/>
        </w:rPr>
        <w:t>15:57  to is ke mani hain ke hum is dunya mein is tarah hain ke hum ko physical food to mil raha hai, lekin intellectual food nahi mil raha hai. mila bohat hi partial sa milta hai.</w:t>
      </w:r>
      <w:r>
        <w:br/>
      </w:r>
      <w:r>
        <w:rPr>
          <w:sz w:val="20"/>
        </w:rPr>
        <w:t>16:08  isi liye hum bechain rehte hain. hamara body nahi bechain rehta. bechain rehta hai mind.</w:t>
      </w:r>
    </w:p>
    <w:p>
      <w:pPr>
        <w:pStyle w:val="Heading2"/>
      </w:pPr>
      <w:r>
        <w:t>Quran from universal guidance to national pride and its effects</w:t>
      </w:r>
    </w:p>
    <w:p>
      <w:r>
        <w:rPr>
          <w:color w:val="666666"/>
          <w:sz w:val="18"/>
        </w:rPr>
        <w:t>Quran A Book of Universal Guidance 31 May, 2009 Maulana Wahiduddin Khan · 5m 08s · at 0:37 · https://youtu.be/hFzdEtG7v1E?t=37</w:t>
      </w:r>
    </w:p>
    <w:p>
      <w:r>
        <w:rPr>
          <w:i/>
        </w:rPr>
        <w:t>“Aaj ka topic hai Quran: a book of universal guidance”</w:t>
      </w:r>
    </w:p>
    <w:p>
      <w:r>
        <w:rPr>
          <w:sz w:val="20"/>
        </w:rPr>
        <w:t>0:37  Aaj ka jo topic hai woh hai Quran: A Book of Universal Guidance.</w:t>
      </w:r>
      <w:r>
        <w:br/>
      </w:r>
      <w:r>
        <w:rPr>
          <w:sz w:val="20"/>
        </w:rPr>
        <w:t>0:54  Main samajhta hoon ke is zamane mein musalmanon ke jitne problem hain, woh sab ka sab in sab ki jar yeh hai ke Quran ko unhone as a book of guidance chhod diya hai.</w:t>
      </w:r>
      <w:r>
        <w:br/>
      </w:r>
      <w:r>
        <w:rPr>
          <w:sz w:val="20"/>
        </w:rPr>
        <w:t>1:17  Ek word mein agar main kahoon to woh yeh hai ke aaj ke musalmanon ke liye, yani mister aur molvi dono ke liye, Quran national pride ban gaya hai.</w:t>
      </w:r>
      <w:r>
        <w:br/>
      </w:r>
      <w:r>
        <w:rPr>
          <w:sz w:val="20"/>
        </w:rPr>
        <w:t>1:35  Woh unke liye universal message nahi raha hai.</w:t>
      </w:r>
      <w:r>
        <w:br/>
      </w:r>
      <w:r>
        <w:rPr>
          <w:sz w:val="20"/>
        </w:rPr>
        <w:t>1:41  Isi liye aap dekhiye ke jagah jagah lad jaate hain musalman. Abhi Greece mein hua ke agar koi touch kar de Quran ko to us se ladne ke liye tayyar.</w:t>
      </w:r>
      <w:r>
        <w:br/>
      </w:r>
      <w:r>
        <w:rPr>
          <w:sz w:val="20"/>
        </w:rPr>
        <w:t>1:52  Yeh kya hai? Isi liye hai ke musalmanon ne Quran ko ek national pride, qaumi fakhar bana liya hai.</w:t>
      </w:r>
      <w:r>
        <w:br/>
      </w:r>
      <w:r>
        <w:rPr>
          <w:sz w:val="20"/>
        </w:rPr>
        <w:t>2:04  Is ko universal message ke taur par nahi liya. Dekhiye dono mein farq kya hai?</w:t>
      </w:r>
      <w:r>
        <w:br/>
      </w:r>
      <w:r>
        <w:rPr>
          <w:sz w:val="20"/>
        </w:rPr>
        <w:t>2:13  National pride jo hai, woh aap ke andar superiority complex lata hai. Doosron ko aap inferior samajhte hain, apne ko superior.</w:t>
      </w:r>
      <w:r>
        <w:br/>
      </w:r>
      <w:r>
        <w:rPr>
          <w:sz w:val="20"/>
        </w:rPr>
        <w:t>2:28  is se we and they ka concept paida hota hai. doosron ke liye aap ke dil mein lo nahi hota, hate hota hai.</w:t>
      </w:r>
      <w:r>
        <w:br/>
      </w:r>
      <w:r>
        <w:rPr>
          <w:sz w:val="20"/>
        </w:rPr>
        <w:t>2:41  aap har waqt larnay ke liye tayyar rehte hain.</w:t>
      </w:r>
      <w:r>
        <w:br/>
      </w:r>
      <w:r>
        <w:rPr>
          <w:sz w:val="20"/>
        </w:rPr>
        <w:t>2:47  emotional ban jate hain. introspection khatam ho jata hai. where there is pride, there is no introspection, no reassessment, no revision,</w:t>
      </w:r>
      <w:r>
        <w:br/>
      </w:r>
      <w:r>
        <w:rPr>
          <w:sz w:val="20"/>
        </w:rPr>
        <w:t>3:01  no majesty. to sab se jarr bari hai jo sari dunya mein, arab aur non arab dono jagah, quran ko unhon ne bana diya hai qoumi fakhr.</w:t>
      </w:r>
      <w:r>
        <w:br/>
      </w:r>
      <w:r>
        <w:rPr>
          <w:sz w:val="20"/>
        </w:rPr>
        <w:t>3:14  sab se afzal kitab, sab se oonchi kitab, sab se zyada mukammal kitab waghera. national pride to aik gunah hai.</w:t>
      </w:r>
      <w:r>
        <w:br/>
      </w:r>
      <w:r>
        <w:rPr>
          <w:sz w:val="20"/>
        </w:rPr>
        <w:t>3:24  yeh koi value, islamic value nahi hai. sahi baat yeh hai ke aap quran ko universal message samjhen.</w:t>
      </w:r>
      <w:r>
        <w:br/>
      </w:r>
      <w:r>
        <w:rPr>
          <w:sz w:val="20"/>
        </w:rPr>
        <w:t>3:34  universal message. jab aap quran ko universal message samjhen to kya hoga? aap ke dil mein doosron ke liye khair khwahi aaye gi.</w:t>
      </w:r>
      <w:r>
        <w:br/>
      </w:r>
      <w:r>
        <w:rPr>
          <w:sz w:val="20"/>
        </w:rPr>
        <w:t>3:45  kyun ke is ko aap ko doosron ko pahunchana hai. yaani customer friendly behaviour jo business ka hota hai, wahi aaye ga aap ke andar.</w:t>
      </w:r>
      <w:r>
        <w:br/>
      </w:r>
      <w:r>
        <w:rPr>
          <w:sz w:val="20"/>
        </w:rPr>
        <w:t>3:55  yaani insan friendly behaviour aaye ga. jaise aik businessman jo hai, woh apne customer se friendship qaim karta hai.</w:t>
      </w:r>
      <w:r>
        <w:br/>
      </w:r>
      <w:r>
        <w:rPr>
          <w:sz w:val="20"/>
        </w:rPr>
        <w:t>4:07  kyun ke use apni baat doosron tak pahunchana hai. apna product doosron ko dena hai. to jab aap ke andar yeh ho ke quran aik universal message hai, aur hamari duty hai ke use hum doosron tak pahunchayen,</w:t>
      </w:r>
      <w:r>
        <w:br/>
      </w:r>
      <w:r>
        <w:rPr>
          <w:sz w:val="20"/>
        </w:rPr>
        <w:t>4:23  to aap ke andar insan friendly behaviour aaye ga, majesty aaye gi, introspection aaye gi. bar bar aap sochen ge ke hum kaise doosron ko convince karen?</w:t>
      </w:r>
      <w:r>
        <w:br/>
      </w:r>
      <w:r>
        <w:rPr>
          <w:sz w:val="20"/>
        </w:rPr>
        <w:t>4:36  kis tarah se hum baat kahein ke doosron ka mind address ho? yeh sab aaye ga. jis tarah se aik businessman apne product ko hamesha attractive banata hai, acha banata hai,</w:t>
      </w:r>
      <w:r>
        <w:br/>
      </w:r>
      <w:r>
        <w:rPr>
          <w:sz w:val="20"/>
        </w:rPr>
        <w:t>4:50  taake customer jo hai, us ko le. to mission ka jo concept hai, mission, universal mission.</w:t>
      </w:r>
      <w:r>
        <w:br/>
      </w:r>
      <w:r>
        <w:rPr>
          <w:sz w:val="20"/>
        </w:rPr>
        <w:t>5:00  quran aap ko universal mission deta hai. lekin yeh musalman bhool gaye. bas samajh gaye ke hamari yeh pride hai.</w:t>
      </w:r>
      <w:r>
        <w:br/>
      </w:r>
      <w:r>
        <w:rPr>
          <w:sz w:val="20"/>
        </w:rPr>
        <w:t>5:12  to sari negative value paida ho gayi musalmanon ke andar. aur sari positive value nikal gayi musalmanon se.</w:t>
      </w:r>
      <w:r>
        <w:br/>
      </w:r>
      <w:r>
        <w:rPr>
          <w:sz w:val="20"/>
        </w:rPr>
        <w:t>5:21  yeh yeh yeh jarr hai, jarr. mission jo hai, woh mission aap ko aafaqi banata hai.</w:t>
      </w:r>
      <w:r>
        <w:br/>
      </w:r>
      <w:r>
        <w:rPr>
          <w:sz w:val="20"/>
        </w:rPr>
        <w:t>5:30  aap ko to universal outlook banata hai.</w:t>
      </w:r>
      <w:r>
        <w:br/>
      </w:r>
      <w:r>
        <w:rPr>
          <w:sz w:val="20"/>
        </w:rPr>
        <w:t>5:37  yeh jarr ki baat hai, jarr ki baat hai.</w:t>
      </w:r>
    </w:p>
    <w:p>
      <w:pPr>
        <w:pStyle w:val="Heading2"/>
      </w:pPr>
      <w:r>
        <w:t>Closing: preacher's character, true success, and final prayer</w:t>
      </w:r>
    </w:p>
    <w:p>
      <w:r>
        <w:rPr>
          <w:color w:val="666666"/>
          <w:sz w:val="18"/>
        </w:rPr>
        <w:t>Character of A Dayee January 29, 2014 · 3m 41s · at 26:18 · https://youtu.be/HiPTrIHGmTE?t=1578</w:t>
      </w:r>
    </w:p>
    <w:p>
      <w:r>
        <w:rPr>
          <w:i/>
        </w:rPr>
        <w:t>“Da'i ke kirdar ko samajhne ke liye yeh ayat bahut ahem hai”</w:t>
      </w:r>
    </w:p>
    <w:p>
      <w:r>
        <w:rPr>
          <w:sz w:val="20"/>
        </w:rPr>
        <w:t>26:18  to da'i ke kirdaar ko samajhne ke liye yeh ayat bohat zyada aham hai.</w:t>
      </w:r>
      <w:r>
        <w:br/>
      </w:r>
      <w:r>
        <w:rPr>
          <w:sz w:val="20"/>
        </w:rPr>
        <w:t>26:31  is se da'i ki poori</w:t>
      </w:r>
      <w:r>
        <w:br/>
      </w:r>
      <w:r>
        <w:rPr>
          <w:sz w:val="20"/>
        </w:rPr>
        <w:t>26:36  shakhsiyat maloom hoti hai.</w:t>
      </w:r>
      <w:r>
        <w:br/>
      </w:r>
      <w:r>
        <w:rPr>
          <w:sz w:val="20"/>
        </w:rPr>
        <w:t>26:44  is se maloom hota hai ke dawat ka culture kya cheez hai. yani apni haqeeqat ke aitbar se dawat ka culture kya cheez hai.</w:t>
      </w:r>
      <w:r>
        <w:br/>
      </w:r>
      <w:r>
        <w:rPr>
          <w:sz w:val="20"/>
        </w:rPr>
        <w:t>26:59  jab tak aadmi is baat ko na samjhe woh dawat-e-Allah ka kaam mutlub andaaz mein nahi kar sakta.</w:t>
      </w:r>
      <w:r>
        <w:br/>
      </w:r>
      <w:r>
        <w:rPr>
          <w:sz w:val="20"/>
        </w:rPr>
        <w:t>27:09  aur phir jab mutlub andaaz mein nahi karega to Allah ki madad nahi aayegi.</w:t>
      </w:r>
      <w:r>
        <w:br/>
      </w:r>
      <w:r>
        <w:rPr>
          <w:sz w:val="20"/>
        </w:rPr>
        <w:t>27:14  dekhiye dawat ka kaam haqeeqi ma'ano mein is waqt kamyab hota hai jabke Allah ki madad shamil haal ho jaye is ke. to jab aap peghambar ke role model ke mutabiq karein ge tab hi Allah ki madad aayegi.</w:t>
      </w:r>
      <w:r>
        <w:br/>
      </w:r>
      <w:r>
        <w:rPr>
          <w:sz w:val="20"/>
        </w:rPr>
        <w:t>27:28  warna Allah ki madad nahi aayegi.</w:t>
      </w:r>
      <w:r>
        <w:br/>
      </w:r>
      <w:r>
        <w:rPr>
          <w:sz w:val="20"/>
        </w:rPr>
        <w:t>27:32  hata ke agar bil farz log taliyan baja rahe hon aap ki baaton par, aap ko stage mil raha ho, aap ko crowd mil raha ho, mali sahayog mil raha ho, tab bhi yeh bas wajah hai ke aap ko Allah ki madad mil rahi hai.</w:t>
      </w:r>
      <w:r>
        <w:br/>
      </w:r>
      <w:r>
        <w:rPr>
          <w:sz w:val="20"/>
        </w:rPr>
        <w:t>27:46  yeh Allah ki madad nahi hai.</w:t>
      </w:r>
      <w:r>
        <w:br/>
      </w:r>
      <w:r>
        <w:rPr>
          <w:sz w:val="20"/>
        </w:rPr>
        <w:t>27:50  Allah ki madad ka ta'alluq in cheezon se nahi hai.</w:t>
      </w:r>
      <w:r>
        <w:br/>
      </w:r>
      <w:r>
        <w:rPr>
          <w:sz w:val="20"/>
        </w:rPr>
        <w:t>27:56  yeh to dawat-e-Allah se alag ek cheez hai. dawat-e-Allah ko ki kamyabi ko janchne ka tareeqa sirf yeh hai ke is se logo ko sachai mil rahi ho.</w:t>
      </w:r>
      <w:r>
        <w:br/>
      </w:r>
      <w:r>
        <w:rPr>
          <w:sz w:val="20"/>
        </w:rPr>
        <w:t>28:13  logo ke dil mein Allah ki mohabbat aa rahi ho. logo ke dil mein Allah ka khauf aa raha ho. log jannat ke haris ban rahe hon. yeh sab kamyabi ka meyar hai.</w:t>
      </w:r>
      <w:r>
        <w:br/>
      </w:r>
      <w:r>
        <w:rPr>
          <w:sz w:val="20"/>
        </w:rPr>
        <w:t>28:25  to dawat ki kamyabi ka meyar logo ki bheed, logo ki taliyan, logo ka donation, logo ka stage yeh sab nahi hai.</w:t>
      </w:r>
      <w:r>
        <w:br/>
      </w:r>
      <w:r>
        <w:rPr>
          <w:sz w:val="20"/>
        </w:rPr>
        <w:t>28:35  dawat ki kamyabi ka meyar yeh hai ke logo ko sachai mil rahi ho. log rabbani ban rahe hon.</w:t>
      </w:r>
      <w:r>
        <w:br/>
      </w:r>
      <w:r>
        <w:rPr>
          <w:sz w:val="20"/>
        </w:rPr>
        <w:t>28:48  logo ke andar yeh jazba paida hota ho ke woh apna tazkiya karein, apne ko madhahqa shakhsiyat banayein taake un ko jannat mein dakhla milay. yeh hai criterion dawat ka.</w:t>
      </w:r>
      <w:r>
        <w:br/>
      </w:r>
      <w:r>
        <w:rPr>
          <w:sz w:val="20"/>
        </w:rPr>
        <w:t>29:00  yeh hai criterion dawat-e-mission ka.</w:t>
      </w:r>
      <w:r>
        <w:br/>
      </w:r>
      <w:r>
        <w:rPr>
          <w:sz w:val="20"/>
        </w:rPr>
        <w:t>29:09  to is mukhtasar ayat mein yeh sari baatein ghaur karne se maloom hoti hain.</w:t>
      </w:r>
      <w:r>
        <w:br/>
      </w:r>
      <w:r>
        <w:rPr>
          <w:sz w:val="20"/>
        </w:rPr>
        <w:t>29:17  meri dua hai ke Allah taala mujh ko aur aap ko tofeeq de ke hum aap is raaz ko samjhein aur apne ko sacha daai banayein.</w:t>
      </w:r>
      <w:r>
        <w:br/>
      </w:r>
      <w:r>
        <w:rPr>
          <w:sz w:val="20"/>
        </w:rPr>
        <w:t>29:30  Assalam o alaikum wa rehmatullah.</w:t>
      </w:r>
    </w:p>
    <w:p>
      <w:pPr>
        <w:pStyle w:val="Heading2"/>
      </w:pPr>
      <w:r>
        <w:t>Full story: murder gains nothing but lifelong regret</w:t>
      </w:r>
    </w:p>
    <w:p>
      <w:r>
        <w:rPr>
          <w:color w:val="666666"/>
          <w:sz w:val="18"/>
        </w:rPr>
        <w:t>Lessons from The Quran April 30, 2014 · 5m 38s · at 20:04 · https://youtu.be/3Snh2dw-6tk?t=1204</w:t>
      </w:r>
    </w:p>
    <w:p>
      <w:r>
        <w:rPr>
          <w:i/>
        </w:rPr>
        <w:t>“What did he gain after killing his brother?”</w:t>
      </w:r>
    </w:p>
    <w:p>
      <w:r>
        <w:rPr>
          <w:sz w:val="20"/>
        </w:rPr>
        <w:t>20:04  phir is mein yeh bhi sabaq hai ke qatl karna, yani bhai ne bhai ko qatl kar diya. achha, qatl ke baad kya mila is ko?</w:t>
      </w:r>
      <w:r>
        <w:br/>
      </w:r>
      <w:r>
        <w:rPr>
          <w:sz w:val="20"/>
        </w:rPr>
        <w:t>20:14  koi faida mila? koi khushi mili? kuch bhi nahi mila. afsos, nadamat yeh mila.</w:t>
      </w:r>
      <w:r>
        <w:br/>
      </w:r>
      <w:r>
        <w:rPr>
          <w:sz w:val="20"/>
        </w:rPr>
        <w:t>20:24  is mein yeh bhi sabaq hai ke koi iqdam jab karo to pehle socho is ke ke is ka result, result kya hoga?</w:t>
      </w:r>
      <w:r>
        <w:br/>
      </w:r>
      <w:r>
        <w:rPr>
          <w:sz w:val="20"/>
        </w:rPr>
        <w:t>20:36  yani bhai ne jab bhai ko mara to peshgi sochta agar yeh ke marne ke baad kya hoga? marne ke baad mujhe sharminda hona padega?</w:t>
      </w:r>
      <w:r>
        <w:br/>
      </w:r>
      <w:r>
        <w:rPr>
          <w:sz w:val="20"/>
        </w:rPr>
        <w:t>20:51  mujhe pata chalega ke main to kowe se bhi kam janta hoon. to agar is result ko sochta ho to qatl ka kaam na karta ho.</w:t>
      </w:r>
      <w:r>
        <w:br/>
      </w:r>
      <w:r>
        <w:rPr>
          <w:sz w:val="20"/>
        </w:rPr>
        <w:t>21:04  to is mein kitna bara sabaq hai, kitna bara sabaq hai ke aye insaan, koi jab iqdam tum karo, qatl ka iqdam karo, kisi ko gaali do, kisi se ghussa karo,</w:t>
      </w:r>
      <w:r>
        <w:br/>
      </w:r>
      <w:r>
        <w:rPr>
          <w:sz w:val="20"/>
        </w:rPr>
        <w:t>21:19  kisi ke khilaf inteqam ki karwai karo, kisi ka maal chheeno to soch lo pehle ke result kya hoga, nateeja kya hoga?</w:t>
      </w:r>
      <w:r>
        <w:br/>
      </w:r>
      <w:r>
        <w:rPr>
          <w:sz w:val="20"/>
        </w:rPr>
        <w:t>21:29  yani result oriented thinking bhi is ke andar maujood hai.</w:t>
      </w:r>
      <w:r>
        <w:br/>
      </w:r>
      <w:r>
        <w:rPr>
          <w:sz w:val="20"/>
        </w:rPr>
        <w:t>21:38  is ke andar kyun ke dekhiye, waqeya batata hai ke agarche is ne apne bhai ko maar dala, lekin faida to kuch bhi nahi mila.</w:t>
      </w:r>
      <w:r>
        <w:br/>
      </w:r>
      <w:r>
        <w:rPr>
          <w:sz w:val="20"/>
        </w:rPr>
        <w:t>21:46  nahi, is ko jis cheez ko samajhta tha, ab apna nuqsan, is nuqsan ki talafi to hui nahi, woh to apni jagah baqi raha.</w:t>
      </w:r>
      <w:r>
        <w:br/>
      </w:r>
      <w:r>
        <w:rPr>
          <w:sz w:val="20"/>
        </w:rPr>
        <w:t>21:59  yani bhai ko maar kar bhi is ko koi faida nahi mila.</w:t>
      </w:r>
      <w:r>
        <w:br/>
      </w:r>
      <w:r>
        <w:rPr>
          <w:sz w:val="20"/>
        </w:rPr>
        <w:t>22:06  to is mein yeh aadmi ke liye sabaq hai ke aisa kaam tum kyun karo ke itni bari, yani itna bara bhayanak waqeya karne ke baad bhi to koi mile kuch nahi.</w:t>
      </w:r>
      <w:r>
        <w:br/>
      </w:r>
      <w:r>
        <w:rPr>
          <w:sz w:val="20"/>
        </w:rPr>
        <w:t>22:21  to bhai ko maar dalo aur mile kuch nahi.</w:t>
      </w:r>
      <w:r>
        <w:br/>
      </w:r>
      <w:r>
        <w:rPr>
          <w:sz w:val="20"/>
        </w:rPr>
        <w:t>22:27  bhai ko maar daalo to mile kuch nahin.</w:t>
      </w:r>
      <w:r>
        <w:br/>
      </w:r>
      <w:r>
        <w:rPr>
          <w:sz w:val="20"/>
        </w:rPr>
        <w:t>22:30  riwayat mein aata hai ke maarne ke baad woh bhai jo tha, us ki laash ko kandhe par rakha aur deewangi ke saath ghoomta tha idhar udhar ke haaye, main ne kya kiya!</w:t>
      </w:r>
      <w:r>
        <w:br/>
      </w:r>
      <w:r>
        <w:rPr>
          <w:sz w:val="20"/>
        </w:rPr>
        <w:t>22:41  haaye, main ne kya kiya!</w:t>
      </w:r>
      <w:r>
        <w:br/>
      </w:r>
      <w:r>
        <w:rPr>
          <w:sz w:val="20"/>
        </w:rPr>
        <w:t>22:43  yaani bhai ki dead body ko kandhe par rakh kar ke deewana waar ghoomta raha idhar udhar. yaani wahin nahin hua tha waqea jahan us ne apne bhai ko qatl kiya tha, wahin wahin nahin kawa aaya.</w:t>
      </w:r>
      <w:r>
        <w:br/>
      </w:r>
      <w:r>
        <w:rPr>
          <w:sz w:val="20"/>
        </w:rPr>
        <w:t>23:01  kawa wahin ka wahin foran, yaani usi waqt dharna dharna nahin aa gaya. woh apne bhai ki laash ko liye phirta raha</w:t>
      </w:r>
      <w:r>
        <w:br/>
      </w:r>
      <w:r>
        <w:rPr>
          <w:sz w:val="20"/>
        </w:rPr>
        <w:t>23:11  gham mein aur afsos mein ke haaye, main ne kya kiya! phir aakhir mein kawa aaya. to yeh kitna bara sabak hai ke koi iqdaam karo to pehle socho.</w:t>
      </w:r>
      <w:r>
        <w:br/>
      </w:r>
      <w:r>
        <w:rPr>
          <w:sz w:val="20"/>
        </w:rPr>
        <w:t>23:24  agar iqdaam mein koi nateeja nahin karne wala hai, tab to karo, nahin to iqdaam hi mat karo, iqdaam hi mat karo.</w:t>
      </w:r>
      <w:r>
        <w:br/>
      </w:r>
      <w:r>
        <w:rPr>
          <w:sz w:val="20"/>
        </w:rPr>
        <w:t>23:38  main samajhta hoon ke yeh itna bara sabak hai jo insani tareekh ke aaghaz mein diya gaya tha. insani tareekh ke aaghaz mein ke tumhara amal jo hai,</w:t>
      </w:r>
      <w:r>
        <w:br/>
      </w:r>
      <w:r>
        <w:rPr>
          <w:sz w:val="20"/>
        </w:rPr>
        <w:t>23:51  result oriented rehna chahiye,</w:t>
      </w:r>
      <w:r>
        <w:br/>
      </w:r>
      <w:r>
        <w:rPr>
          <w:sz w:val="20"/>
        </w:rPr>
        <w:t>23:55  warna kya hoga? afsos, nakaami mein izafa, sharmindagi. zahir hai ke woh bhai jo tha, jis ne maara tha, yaqeenan saari umar woh sharminda hi raha hoga ke haaye, main ne kya kiya!</w:t>
      </w:r>
      <w:r>
        <w:br/>
      </w:r>
      <w:r>
        <w:rPr>
          <w:sz w:val="20"/>
        </w:rPr>
        <w:t>24:11  bhai ko maar daala, mila kuch bhi nahin. aap sochiye, woh bhai saari umar hamesha raha hoga sharmindagi mein, afsos mein, rota raha hoga.</w:t>
      </w:r>
      <w:r>
        <w:br/>
      </w:r>
      <w:r>
        <w:rPr>
          <w:sz w:val="20"/>
        </w:rPr>
        <w:t>24:27  ab dekhen, kya mila is ko? apni energy zaya ki, is ne apna waqt zaya kiya, is ne. ab woh sochta hoga yaqeenan ke main aur bhai dono taqat thay, main us ki taqat tha, woh meri taqat tha, to main ne is ko kho diya, akela ho gaya.</w:t>
      </w:r>
      <w:r>
        <w:br/>
      </w:r>
      <w:r>
        <w:rPr>
          <w:sz w:val="20"/>
        </w:rPr>
        <w:t>24:43  ab main koi kaam karne ke liye mere paas aik saathi tha, aik saathi tha jis par main trust kar sakta tha, kyunke woh saga bhai tha.</w:t>
      </w:r>
      <w:r>
        <w:br/>
      </w:r>
      <w:r>
        <w:rPr>
          <w:sz w:val="20"/>
        </w:rPr>
        <w:t>24:56  zahir hai ke aap saga bhai par trust karte hain, saga bhai aap ka bohat qabil e aitmad saathi hota hai.</w:t>
      </w:r>
      <w:r>
        <w:br/>
      </w:r>
      <w:r>
        <w:rPr>
          <w:sz w:val="20"/>
        </w:rPr>
        <w:t>25:07  to yaqeenan woh saari umar sochta hoga ke kaisa nadani ka fe'l main ne kiya ke Khuda ne mujhe bhai ki shakal mein aik saathi diya tha, is ko main ne kho diya.</w:t>
      </w:r>
      <w:r>
        <w:br/>
      </w:r>
      <w:r>
        <w:rPr>
          <w:sz w:val="20"/>
        </w:rPr>
        <w:t>25:22  ab main parda nahin</w:t>
      </w:r>
      <w:r>
        <w:br/>
      </w:r>
      <w:r>
        <w:rPr>
          <w:sz w:val="20"/>
        </w:rPr>
        <w:t>25:23  kar sakta is ko, agar main chahoon ke is ko zinda karoon to main nahin kar sakta.</w:t>
      </w:r>
      <w:r>
        <w:br/>
      </w:r>
      <w:r>
        <w:rPr>
          <w:sz w:val="20"/>
        </w:rPr>
        <w:t>25:29  to shuru hi mein yeh sabak de diya gaya insaan ko ke aisi ghalti mat karo, aur sath sath yeh sabak de diya gaya ke tumhare is paas jo dunya hai, woh sab ki sab sabak se bhari hui hai.</w:t>
      </w:r>
    </w:p>
    <w:p>
      <w:pPr>
        <w:pStyle w:val="Heading2"/>
      </w:pPr>
      <w:r>
        <w:t>Second time at JLF and Quran promise</w:t>
      </w:r>
    </w:p>
    <w:p>
      <w:r>
        <w:rPr>
          <w:color w:val="666666"/>
          <w:sz w:val="18"/>
        </w:rPr>
        <w:t>Experience Sharing of Jaipur Literature Festival 03 February 2013 · 3m 49s · at 4:20 · https://youtu.be/Yc_VN2VQIgc?t=260</w:t>
      </w:r>
    </w:p>
    <w:p>
      <w:r>
        <w:rPr>
          <w:i/>
        </w:rPr>
        <w:t>“Just as Ajay said, it was our second time at JLF”</w:t>
      </w:r>
    </w:p>
    <w:p>
      <w:r>
        <w:rPr>
          <w:sz w:val="20"/>
        </w:rPr>
        <w:t>4:20  Assalam o alaikum.</w:t>
      </w:r>
      <w:r>
        <w:br/>
      </w:r>
      <w:r>
        <w:rPr>
          <w:sz w:val="20"/>
        </w:rPr>
        <w:t>4:24  Jaise Ajay ne bola ke ye hamara second time tha JLF mein.</w:t>
      </w:r>
      <w:r>
        <w:br/>
      </w:r>
      <w:r>
        <w:rPr>
          <w:sz w:val="20"/>
        </w:rPr>
        <w:t>4:28  First time bohat zabardast experience raha tha aur second time it was again amazing hum jab log wahan</w:t>
      </w:r>
      <w:r>
        <w:br/>
      </w:r>
      <w:r>
        <w:rPr>
          <w:sz w:val="20"/>
        </w:rPr>
        <w:t>4:33  pohanche to jab hum apne hotel mein pohanche to wahan samne Quran ke bohat sare cartoon rakhe hue the.</w:t>
      </w:r>
      <w:r>
        <w:br/>
      </w:r>
      <w:r>
        <w:rPr>
          <w:sz w:val="20"/>
        </w:rPr>
        <w:t>4:37  Hamein hamara hotel nahi mil raha tha.</w:t>
      </w:r>
      <w:r>
        <w:br/>
      </w:r>
      <w:r>
        <w:rPr>
          <w:sz w:val="20"/>
        </w:rPr>
        <w:t>4:41  To bohat dair jab dhoondte dhoondte ho gayi thi, khair kisi tarah hum wahan pohanche.</w:t>
      </w:r>
      <w:r>
        <w:br/>
      </w:r>
      <w:r>
        <w:rPr>
          <w:sz w:val="20"/>
        </w:rPr>
        <w:t>4:46  Ekdam samne humne Quran ke cartoon rakhe dekhe to ekdam Quran ke cartoon dekh ke hamein pata chal</w:t>
      </w:r>
      <w:r>
        <w:br/>
      </w:r>
      <w:r>
        <w:rPr>
          <w:sz w:val="20"/>
        </w:rPr>
        <w:t>4:50  gaya ke yehi hamari destination hai, jahan hamein rukna hai.</w:t>
      </w:r>
      <w:r>
        <w:br/>
      </w:r>
      <w:r>
        <w:rPr>
          <w:sz w:val="20"/>
        </w:rPr>
        <w:t>4:55  Uske baad hum logon ne namaz padhi.</w:t>
      </w:r>
      <w:r>
        <w:br/>
      </w:r>
      <w:r>
        <w:rPr>
          <w:sz w:val="20"/>
        </w:rPr>
        <w:t>4:59  Namaz padh ke wahan pohanche to kafi soch rahe the ke hum itna sara literature hai, kaise do</w:t>
      </w:r>
      <w:r>
        <w:br/>
      </w:r>
      <w:r>
        <w:rPr>
          <w:sz w:val="20"/>
        </w:rPr>
        <w:t>5:03  din mein hum distribute karenge.</w:t>
      </w:r>
      <w:r>
        <w:br/>
      </w:r>
      <w:r>
        <w:rPr>
          <w:sz w:val="20"/>
        </w:rPr>
        <w:t>5:08  Lekin, uh, ek ajeeb cheez ye hai ke aap kisi aur kaam mein duniya ke, aap apna dimagh</w:t>
      </w:r>
      <w:r>
        <w:br/>
      </w:r>
      <w:r>
        <w:rPr>
          <w:sz w:val="20"/>
        </w:rPr>
        <w:t>5:12  lagate rehte hain.</w:t>
      </w:r>
      <w:r>
        <w:br/>
      </w:r>
      <w:r>
        <w:rPr>
          <w:sz w:val="20"/>
        </w:rPr>
        <w:t>5:17  Aap koshish karte hain ke mujhe aise karna hai, aise karna hai.</w:t>
      </w:r>
      <w:r>
        <w:br/>
      </w:r>
      <w:r>
        <w:rPr>
          <w:sz w:val="20"/>
        </w:rPr>
        <w:t>5:21  Lekin Allah ka kaam aisa hai ke aap bas ek baar decide karte hain ke mujhe ye kaam</w:t>
      </w:r>
      <w:r>
        <w:br/>
      </w:r>
      <w:r>
        <w:rPr>
          <w:sz w:val="20"/>
        </w:rPr>
        <w:t>5:25  karna hai, to help automatically angels ki taraf se aa jati hai.</w:t>
      </w:r>
      <w:r>
        <w:br/>
      </w:r>
      <w:r>
        <w:rPr>
          <w:sz w:val="20"/>
        </w:rPr>
        <w:t>5:30  Wo wahan par khud aa jate hain us distribution ke liye.</w:t>
      </w:r>
      <w:r>
        <w:br/>
      </w:r>
      <w:r>
        <w:rPr>
          <w:sz w:val="20"/>
        </w:rPr>
        <w:t>5:34  Aur hamein wahan experience hua, bohat bohat baar experience hua dono din mein.</w:t>
      </w:r>
      <w:r>
        <w:br/>
      </w:r>
      <w:r>
        <w:rPr>
          <w:sz w:val="20"/>
        </w:rPr>
        <w:t>5:39  Ek ek mein do teen events site karunga, unmein se ek hai ke hum shaam ko jab first day distribution</w:t>
      </w:r>
      <w:r>
        <w:br/>
      </w:r>
      <w:r>
        <w:rPr>
          <w:sz w:val="20"/>
        </w:rPr>
        <w:t>5:43  kar rahe the, to ek shakhs hamare paas aaye, unhone bola ke aap log Quran distribute kar rahe hain.</w:t>
      </w:r>
      <w:r>
        <w:br/>
      </w:r>
      <w:r>
        <w:rPr>
          <w:sz w:val="20"/>
        </w:rPr>
        <w:t>5:47  Main subah aaya tha Quran mangne, lekin mujhe ye kaha gaya ke mujhe shaam mein milega.</w:t>
      </w:r>
      <w:r>
        <w:br/>
      </w:r>
      <w:r>
        <w:rPr>
          <w:sz w:val="20"/>
        </w:rPr>
        <w:t>5:52  Tune Hindi ka chahiye tha aur hamare paas English ka tha.</w:t>
      </w:r>
      <w:r>
        <w:br/>
      </w:r>
      <w:r>
        <w:rPr>
          <w:sz w:val="20"/>
        </w:rPr>
        <w:t>5:56  aur hindi ka hamare paas ek-do copies thin, jo gaadi mein bachi rakhi thin.</w:t>
      </w:r>
      <w:r>
        <w:br/>
      </w:r>
      <w:r>
        <w:rPr>
          <w:sz w:val="20"/>
        </w:rPr>
        <w:t>6:01  to unhone kaha ki ab main shaam ko dobara aaya hoon, to ab aap log keh rahe hain</w:t>
      </w:r>
      <w:r>
        <w:br/>
      </w:r>
      <w:r>
        <w:rPr>
          <w:sz w:val="20"/>
        </w:rPr>
        <w:t>6:05  ki kal milega.</w:t>
      </w:r>
      <w:r>
        <w:br/>
      </w:r>
      <w:r>
        <w:rPr>
          <w:sz w:val="20"/>
        </w:rPr>
        <w:t>6:09  to unhone ek badi ajeeb baat boli.</w:t>
      </w:r>
      <w:r>
        <w:br/>
      </w:r>
      <w:r>
        <w:rPr>
          <w:sz w:val="20"/>
        </w:rPr>
        <w:t>6:14  unhone bola ki mera naam ramesh hai aur main hindu hoon.</w:t>
      </w:r>
      <w:r>
        <w:br/>
      </w:r>
      <w:r>
        <w:rPr>
          <w:sz w:val="20"/>
        </w:rPr>
        <w:t>6:18  to kya main quran nahin padh sakta?</w:t>
      </w:r>
      <w:r>
        <w:br/>
      </w:r>
      <w:r>
        <w:rPr>
          <w:sz w:val="20"/>
        </w:rPr>
        <w:t>6:23  jab unhone ye baat kahi, to hum bilkul shocked ho gaye.</w:t>
      </w:r>
      <w:r>
        <w:br/>
      </w:r>
      <w:r>
        <w:rPr>
          <w:sz w:val="20"/>
        </w:rPr>
        <w:t>6:26  Me and my colleague were standing there, my sister.</w:t>
      </w:r>
      <w:r>
        <w:br/>
      </w:r>
      <w:r>
        <w:rPr>
          <w:sz w:val="20"/>
        </w:rPr>
        <w:t>6:30  aur maine unse ye kaha ki main aapse wada karta hoon ki main aapko hindi ka quran la ke dunga.</w:t>
      </w:r>
      <w:r>
        <w:br/>
      </w:r>
      <w:r>
        <w:rPr>
          <w:sz w:val="20"/>
        </w:rPr>
        <w:t>6:34  chahe kahin se bhi la ke doon, lekin aaj main aapko hindi ka quran la ke dunga.</w:t>
      </w:r>
      <w:r>
        <w:br/>
      </w:r>
      <w:r>
        <w:rPr>
          <w:sz w:val="20"/>
        </w:rPr>
        <w:t>6:38  aur raat ko jab maine unko quran le ja ke unke store mein diya, wo bahut bade departmental</w:t>
      </w:r>
      <w:r>
        <w:br/>
      </w:r>
      <w:r>
        <w:rPr>
          <w:sz w:val="20"/>
        </w:rPr>
        <w:t>6:42  store mein wahan kaam karte the.</w:t>
      </w:r>
      <w:r>
        <w:br/>
      </w:r>
      <w:r>
        <w:rPr>
          <w:sz w:val="20"/>
        </w:rPr>
        <w:t>6:46  aur jab unko le ja kar diya, to he was extremely happy.</w:t>
      </w:r>
      <w:r>
        <w:br/>
      </w:r>
      <w:r>
        <w:rPr>
          <w:sz w:val="20"/>
        </w:rPr>
        <w:t>6:50  wo itne khush the ki he could not express it in words.</w:t>
      </w:r>
      <w:r>
        <w:br/>
      </w:r>
      <w:r>
        <w:rPr>
          <w:sz w:val="20"/>
        </w:rPr>
        <w:t>6:53  apni khushi ka aalam.</w:t>
      </w:r>
      <w:r>
        <w:br/>
      </w:r>
      <w:r>
        <w:rPr>
          <w:sz w:val="20"/>
        </w:rPr>
        <w:t>6:57  aur phir aise kai incidences hue.</w:t>
      </w:r>
      <w:r>
        <w:br/>
      </w:r>
      <w:r>
        <w:rPr>
          <w:sz w:val="20"/>
        </w:rPr>
        <w:t>7:01  ah, ek-ek unmein se ye hai, ek hamare, ah, ek, ah, colleague ne hamein bataya tha, jo wahan</w:t>
      </w:r>
      <w:r>
        <w:br/>
      </w:r>
      <w:r>
        <w:rPr>
          <w:sz w:val="20"/>
        </w:rPr>
        <w:t>7:05  andar the event mein.</w:t>
      </w:r>
      <w:r>
        <w:br/>
      </w:r>
      <w:r>
        <w:rPr>
          <w:sz w:val="20"/>
        </w:rPr>
        <w:t>7:09  ki wahan ek session chal raha tha.</w:t>
      </w:r>
      <w:r>
        <w:br/>
      </w:r>
      <w:r>
        <w:rPr>
          <w:sz w:val="20"/>
        </w:rPr>
        <w:t>7:13  session mein jab question answer ka wahan round aaya.</w:t>
      </w:r>
      <w:r>
        <w:br/>
      </w:r>
      <w:r>
        <w:rPr>
          <w:sz w:val="20"/>
        </w:rPr>
        <w:t>7:17  to jin sahab ne question pucha, unke haath mein maulana ka english ka jo translation hai, unke haath</w:t>
      </w:r>
      <w:r>
        <w:br/>
      </w:r>
      <w:r>
        <w:rPr>
          <w:sz w:val="20"/>
        </w:rPr>
        <w:t>7:20  mein tha quran ka.</w:t>
      </w:r>
      <w:r>
        <w:br/>
      </w:r>
      <w:r>
        <w:rPr>
          <w:sz w:val="20"/>
        </w:rPr>
        <w:t>7:24  aur jaise hi unhone question ke liye quran uthaya aur mic haath mein tha, wo poora quran wahan</w:t>
      </w:r>
      <w:r>
        <w:br/>
      </w:r>
      <w:r>
        <w:rPr>
          <w:sz w:val="20"/>
        </w:rPr>
        <w:t>7:28  screen par aa gaya.</w:t>
      </w:r>
      <w:r>
        <w:br/>
      </w:r>
      <w:r>
        <w:rPr>
          <w:sz w:val="20"/>
        </w:rPr>
        <w:t>7:32  And everybody was looking at it ki ye kya hai.</w:t>
      </w:r>
      <w:r>
        <w:br/>
      </w:r>
      <w:r>
        <w:rPr>
          <w:sz w:val="20"/>
        </w:rPr>
        <w:t>7:36  aur ek-ek aur incidence, jo organizer the, ah, jo us company ko own karte hain, which organizes the</w:t>
      </w:r>
      <w:r>
        <w:br/>
      </w:r>
      <w:r>
        <w:rPr>
          <w:sz w:val="20"/>
        </w:rPr>
        <w:t>7:40  entire event, wo shaam mein mere paas aaye aur mere se bolte hain ki Ramesh, people are doing</w:t>
      </w:r>
      <w:r>
        <w:br/>
      </w:r>
      <w:r>
        <w:rPr>
          <w:sz w:val="20"/>
        </w:rPr>
        <w:t>7:44  a great job.</w:t>
      </w:r>
      <w:r>
        <w:br/>
      </w:r>
      <w:r>
        <w:rPr>
          <w:sz w:val="20"/>
        </w:rPr>
        <w:t>7:48  God bless you. It was so much encouraging ki insaan jo organize kar raha hai, wo kisi aur purpose se organize kar raha hai aur hum wahan kisi aur purpose se ja rahe hain. Lekin uske itne encouraging words the hamare liye ki Ramesh, God bless you. You people are doing a great job. And then another experience, second day, was with the police authorities.</w:t>
      </w:r>
      <w:r>
        <w:br/>
      </w:r>
      <w:r>
        <w:rPr>
          <w:sz w:val="20"/>
        </w:rPr>
        <w:t>8:09  ek, ah, head constable the, ek wo hamare paas aaye, hum distribution kar rahe the.</w:t>
      </w:r>
    </w:p>
    <w:p>
      <w:pPr>
        <w:pStyle w:val="Heading2"/>
      </w:pPr>
      <w:r>
        <w:t>how human discoveries came through long accidental processes</w:t>
      </w:r>
    </w:p>
    <w:p>
      <w:r>
        <w:rPr>
          <w:color w:val="666666"/>
          <w:sz w:val="18"/>
        </w:rPr>
        <w:t>The Journey to Discover God January 17, 2010 · 3m 59s · at 40:55 · https://youtu.be/gXSeKu2LJaE?t=2455</w:t>
      </w:r>
    </w:p>
    <w:p>
      <w:r>
        <w:rPr>
          <w:i/>
        </w:rPr>
        <w:t>“Bahut pehle, stone age mein, do aadmi aapas mein gussa ho gaye”</w:t>
      </w:r>
    </w:p>
    <w:p>
      <w:r>
        <w:rPr>
          <w:sz w:val="20"/>
        </w:rPr>
        <w:t>40:55  jaise duniya mein process chala hai. usko misaal deta hoon, kaise chala. yeh yeh kaha jata hai ke bahut pehle, yaani stone age mein, do aadmi aas mein ghussa ho gaye aur ek doosre ko pathar mara. unhone to ek baar aisa hua ke pathar takra gaya.</w:t>
      </w:r>
      <w:r>
        <w:br/>
      </w:r>
      <w:r>
        <w:rPr>
          <w:sz w:val="20"/>
        </w:rPr>
        <w:t>41:14  jab takra gaya to ismein sparking hui. to unhone socha ke bhai yeh kya cheez hai</w:t>
      </w:r>
      <w:r>
        <w:br/>
      </w:r>
      <w:r>
        <w:rPr>
          <w:sz w:val="20"/>
        </w:rPr>
        <w:t>41:21  ? dono baith gaye is pe, is is usko dekhne ke liye ke is se kya hua. ab nayi soch shuru hui, nayi soch shuru hui.</w:t>
      </w:r>
      <w:r>
        <w:br/>
      </w:r>
      <w:r>
        <w:rPr>
          <w:sz w:val="20"/>
        </w:rPr>
        <w:t>41:30  sparking kyun hui? do uske takrane se.</w:t>
      </w:r>
      <w:r>
        <w:br/>
      </w:r>
      <w:r>
        <w:rPr>
          <w:sz w:val="20"/>
        </w:rPr>
        <w:t>41:36  us se ek nayi discovery pahuncha insaan.</w:t>
      </w:r>
      <w:r>
        <w:br/>
      </w:r>
      <w:r>
        <w:rPr>
          <w:sz w:val="20"/>
        </w:rPr>
        <w:t>41:40  phir aap jaante hain ke ek scientist ne dekha ke khana pak raha hai, ismein ismein aur uske upar dhakkan rakha hua hai.</w:t>
      </w:r>
      <w:r>
        <w:br/>
      </w:r>
      <w:r>
        <w:rPr>
          <w:sz w:val="20"/>
        </w:rPr>
        <w:t>41:54  to jab ubalte ubalte</w:t>
      </w:r>
      <w:r>
        <w:br/>
      </w:r>
      <w:r>
        <w:rPr>
          <w:sz w:val="20"/>
        </w:rPr>
        <w:t>42:00  hundred degree par aaya iska temperature, to woh dhakna ban gaya. yahan ise sochna shuru kiya ke aabla kyun?</w:t>
      </w:r>
      <w:r>
        <w:br/>
      </w:r>
      <w:r>
        <w:rPr>
          <w:sz w:val="20"/>
        </w:rPr>
        <w:t>42:08  abi yeh ek nai discovery shuru hui, ek process. to jab sparking hui thi pathar mein, tab soch ke ek naye silsile shuru hua aur aage tak pohncha. phir woh phir jo bhap se jo yeh phenomenon samne aaya,</w:t>
      </w:r>
      <w:r>
        <w:br/>
      </w:r>
      <w:r>
        <w:rPr>
          <w:sz w:val="20"/>
        </w:rPr>
        <w:t>42:27  iska process shuru hua. iski power insaan ne daryaft kiya.</w:t>
      </w:r>
      <w:r>
        <w:br/>
      </w:r>
      <w:r>
        <w:rPr>
          <w:sz w:val="20"/>
        </w:rPr>
        <w:t>42:32  phir aap dekhte hain ke Newton, mashhoor qissa hai ke Newton ne dekha ke woh peed ke upar se saib gira. to sochne laga ke phir neeche kyun aaya, upar kyun nahi gaya?</w:t>
      </w:r>
      <w:r>
        <w:br/>
      </w:r>
      <w:r>
        <w:rPr>
          <w:sz w:val="20"/>
        </w:rPr>
        <w:t>42:43  ab ek naya process shuru hua. aisa ek lamba process hai jiske jiska jisko hum kehte hain human civilization.</w:t>
      </w:r>
      <w:r>
        <w:br/>
      </w:r>
      <w:r>
        <w:rPr>
          <w:sz w:val="20"/>
        </w:rPr>
        <w:t>42:52  achanak nahi ho gaya, koi bhi baat achaanak nahi hui hai.</w:t>
      </w:r>
      <w:r>
        <w:br/>
      </w:r>
      <w:r>
        <w:rPr>
          <w:sz w:val="20"/>
        </w:rPr>
        <w:t>42:57  na hawa, achaanak bani, na motor achaanak bani, na printing press achaanak bani, na koi kitab achaanak chhap gayi.</w:t>
      </w:r>
      <w:r>
        <w:br/>
      </w:r>
      <w:r>
        <w:rPr>
          <w:sz w:val="20"/>
        </w:rPr>
        <w:t>43:07  ek lambe process ke baad yeh sab hua.</w:t>
      </w:r>
      <w:r>
        <w:br/>
      </w:r>
      <w:r>
        <w:rPr>
          <w:sz w:val="20"/>
        </w:rPr>
        <w:t>43:12  yahi process zyada bade paimane par akhirat mein hoga. ek nai duniya insaan discover karega, zyada behtar duniya, zyada joyful duniya.</w:t>
      </w:r>
      <w:r>
        <w:br/>
      </w:r>
      <w:r>
        <w:rPr>
          <w:sz w:val="20"/>
        </w:rPr>
        <w:t>43:28  iska ishara yeh hai maujood duniya mein aap dekhte hain ke inteha insaan ke potential abhi tak unutilized pade hue hain. universe of effect woh hai, abhi tak undiscovered padi hui hai.</w:t>
      </w:r>
      <w:r>
        <w:br/>
      </w:r>
      <w:r>
        <w:rPr>
          <w:sz w:val="20"/>
        </w:rPr>
        <w:t>43:41  yeh dono baatein to abhi aap jaan, abhi aap aapko maloom ho chuki hain. yeh baatein koi speculation nahi hain, a scientific fact hai.</w:t>
      </w:r>
      <w:r>
        <w:br/>
      </w:r>
      <w:r>
        <w:rPr>
          <w:sz w:val="20"/>
        </w:rPr>
        <w:t>43:56  scientific fact hai. yeh</w:t>
      </w:r>
      <w:r>
        <w:br/>
      </w:r>
      <w:r>
        <w:rPr>
          <w:sz w:val="20"/>
        </w:rPr>
        <w:t>43:59  aaj hi hum jaan chuke hain ke insaan ka jo potential hai, itna zyada hai, abhi tak woh unutilized pada hua hai. woh to kahin to usko milna chahiye utilization.</w:t>
      </w:r>
      <w:r>
        <w:br/>
      </w:r>
      <w:r>
        <w:rPr>
          <w:sz w:val="20"/>
        </w:rPr>
        <w:t>44:13  aise abhi hum jaan chuke hain ke universe of effect bahut zyada hai, bahut zyada, bahut zyada hai. to kahin to usko discover hona chahiye.</w:t>
      </w:r>
      <w:r>
        <w:br/>
      </w:r>
      <w:r>
        <w:rPr>
          <w:sz w:val="20"/>
        </w:rPr>
        <w:t>44:24  to aaj ki duniya jo hai, jo pet yani jo akhirat se pehle ki duniya, yeh limited duniya hai. yahan par hum is na insaan ka poora potential utilize ho sakta,</w:t>
      </w:r>
      <w:r>
        <w:br/>
      </w:r>
      <w:r>
        <w:rPr>
          <w:sz w:val="20"/>
        </w:rPr>
        <w:t>44:38  na sari universe of effect discover ho sakte. iske liye ek aur duniya chahiye,</w:t>
      </w:r>
      <w:r>
        <w:br/>
      </w:r>
      <w:r>
        <w:rPr>
          <w:sz w:val="20"/>
        </w:rPr>
        <w:t>44:43  ek zyada badi duniya, zyada bade qism ke operators, zyada aala qism ke doorbeen aur khurdbeen, zyada bade qism ke laboratory.</w:t>
      </w:r>
      <w:r>
        <w:br/>
      </w:r>
      <w:r>
        <w:rPr>
          <w:sz w:val="20"/>
        </w:rPr>
        <w:t>44:54  ab aur saath saath hi ke bahut hi aala darje ke selected log. yahan kya hai ke dekhiye, aap</w:t>
      </w:r>
    </w:p>
    <w:p>
      <w:pPr>
        <w:pStyle w:val="Heading2"/>
      </w:pPr>
      <w:r>
        <w:t>Man seeks pleasure everywhere but never finds it</w:t>
      </w:r>
    </w:p>
    <w:p>
      <w:r>
        <w:rPr>
          <w:color w:val="666666"/>
          <w:sz w:val="18"/>
        </w:rPr>
        <w:t>The History of Creation March 16, 2008 · 4m 54s · at 26:18 · https://youtu.be/_azxOJV6t0E?t=1578</w:t>
      </w:r>
    </w:p>
    <w:p>
      <w:r>
        <w:rPr>
          <w:i/>
        </w:rPr>
        <w:t>“Insaan ek pleasure seeking animal hai”</w:t>
      </w:r>
    </w:p>
    <w:p>
      <w:r>
        <w:rPr>
          <w:sz w:val="20"/>
        </w:rPr>
        <w:t>26:18  to insaan ko dekhiye, ab gaur kijiye, insaan ek pleasure seeking animal hai. har aadmi chahta hai mujhe pleasure mile, magar pleasure milta kis ko hai?</w:t>
      </w:r>
      <w:r>
        <w:br/>
      </w:r>
      <w:r>
        <w:rPr>
          <w:sz w:val="20"/>
        </w:rPr>
        <w:t>26:32  insaan basically ek pleasure seeking animal hai, lekin pleasure kisi ko nahi milta. jab tak aap paise ke liye peeche daud rahe hain, tab tak lagta hai ke aap ko paisa mil jayega to aap ko pleasure mil jayega.</w:t>
      </w:r>
      <w:r>
        <w:br/>
      </w:r>
      <w:r>
        <w:rPr>
          <w:sz w:val="20"/>
        </w:rPr>
        <w:t>26:47  lekin jab paisa mil chuka hota hai to pleasure khatam. koi bhi cheez jis ko aap goal banate hain, apna koi bhi cheez, jab tak woh mili hui na ho, yaad rakhiye,</w:t>
      </w:r>
      <w:r>
        <w:br/>
      </w:r>
      <w:r>
        <w:rPr>
          <w:sz w:val="20"/>
        </w:rPr>
        <w:t>27:02  koi bhi cheez jis ko aap apna goal banate hain aur source of pleasure samajh lete hain, woh usi waqt tak hota hai jab tak woh mila hua na ho.</w:t>
      </w:r>
      <w:r>
        <w:br/>
      </w:r>
      <w:r>
        <w:rPr>
          <w:sz w:val="20"/>
        </w:rPr>
        <w:t>27:12  jab woh mil jaye to pata chalta hai ke us mein pleasure tha hi nahi,</w:t>
      </w:r>
      <w:r>
        <w:br/>
      </w:r>
      <w:r>
        <w:rPr>
          <w:sz w:val="20"/>
        </w:rPr>
        <w:t>27:17  us mein tha hi nahi pleasure. to to yeh kya hai? yeh yeh apne aap mein ek indication hai ke insaan pleasure seeking animal hai, lekin pleasure ka jagah jo hai, woh doosri hai.</w:t>
      </w:r>
      <w:r>
        <w:br/>
      </w:r>
      <w:r>
        <w:rPr>
          <w:sz w:val="20"/>
        </w:rPr>
        <w:t>27:35  yeh nahi hai, yeh duniya nahi hai.</w:t>
      </w:r>
      <w:r>
        <w:br/>
      </w:r>
      <w:r>
        <w:rPr>
          <w:sz w:val="20"/>
        </w:rPr>
        <w:t>27:38  yani yeh yeh ek ek message mil raha hai yahan par insaan ko ke agarchay tum ek pleasure seeking animal ho, tum chahte ho enjoy, tum chahte ho pleasure, tum chahte ho happiness, lekin is duniya mein tum ko milti nahi.</w:t>
      </w:r>
      <w:r>
        <w:br/>
      </w:r>
      <w:r>
        <w:rPr>
          <w:sz w:val="20"/>
        </w:rPr>
        <w:t>27:54  yahan par tum ko fulfillment fulfillment milta nahi. isi mein is baat ka ek ek chupa hua message hai ke woh yahan nahi, doosri jagah hai.</w:t>
      </w:r>
      <w:r>
        <w:br/>
      </w:r>
      <w:r>
        <w:rPr>
          <w:sz w:val="20"/>
        </w:rPr>
        <w:t>28:08  jaise aap travel kar rahe hote hain to aap chahte hain bohat kuch, lekin aap ko hawai jahaz mein nahi woh cheez milti. maslan aap walk karna chahein to wahan koi park nahi hoga, park hawai jahaz jahan aap walk karein.</w:t>
      </w:r>
      <w:r>
        <w:br/>
      </w:r>
      <w:r>
        <w:rPr>
          <w:sz w:val="20"/>
        </w:rPr>
        <w:t>28:19  aap is ke liye to aap ko intezar karna padega jab hawai jahaz pahunche destination par. wahan aap ko park milega, wahan ghar milega, wahan saathi milenge.</w:t>
      </w:r>
      <w:r>
        <w:br/>
      </w:r>
      <w:r>
        <w:rPr>
          <w:sz w:val="20"/>
        </w:rPr>
        <w:t>28:31  to insaan ka yeh jo insaan ka jo case hai, is tarah ka ke woh chahta hai ke mein pleasure mein jiyoon, happiness mein jiyoon, lekin woh milta nahi.</w:t>
      </w:r>
      <w:r>
        <w:br/>
      </w:r>
      <w:r>
        <w:rPr>
          <w:sz w:val="20"/>
        </w:rPr>
        <w:t>28:45  isi mein is baat ka indication hai ke yahan par aap is liye hain ke aap qualify karein is world ke liye jahan pleasure milega aap ko.</w:t>
      </w:r>
      <w:r>
        <w:br/>
      </w:r>
      <w:r>
        <w:rPr>
          <w:sz w:val="20"/>
        </w:rPr>
        <w:t>28:55  jaise rasool Allah ne kaha ke "Allahumma la 'aysha illa 'aysh al-akhirah"</w:t>
      </w:r>
      <w:r>
        <w:br/>
      </w:r>
      <w:r>
        <w:rPr>
          <w:sz w:val="20"/>
        </w:rPr>
        <w:t>29:00  ke khuda ya aish to he after mein hai, yahan nahi hai, is duniya mein nahi, is duniya mein hai. matlab yahan chahna hai, wahan pana hai.</w:t>
      </w:r>
      <w:r>
        <w:br/>
      </w:r>
      <w:r>
        <w:rPr>
          <w:sz w:val="20"/>
        </w:rPr>
        <w:t>29:14  to fulfillment khuda ne rakh diya agli duniya mein, aur yeh kis ko milega? jo qualify kare is duniya ke liye.</w:t>
      </w:r>
      <w:r>
        <w:br/>
      </w:r>
      <w:r>
        <w:rPr>
          <w:sz w:val="20"/>
        </w:rPr>
        <w:t>29:28  zahair hai ke jo world ideal world ho, jo world perfect world ho, to isi tarah ka character wala insaan chahiye wahan basane ke liye. to yahan par aap ko yeh prove karna hai ke aap ke andar woh character hai,</w:t>
      </w:r>
      <w:r>
        <w:br/>
      </w:r>
      <w:r>
        <w:rPr>
          <w:sz w:val="20"/>
        </w:rPr>
        <w:t>29:45  aap ke andar woh qualities hain, aap ke andar woh behaviour hai ke aap is is perfect world mein basaye jayen.</w:t>
      </w:r>
      <w:r>
        <w:br/>
      </w:r>
      <w:r>
        <w:rPr>
          <w:sz w:val="20"/>
        </w:rPr>
        <w:t>29:54  bas yahan isi liye insan hai ke woh qualify kare, aur woh woh jagah jo hai, woh post death period mein hai.</w:t>
      </w:r>
      <w:r>
        <w:br/>
      </w:r>
      <w:r>
        <w:rPr>
          <w:sz w:val="20"/>
        </w:rPr>
        <w:t>30:05  woh jagah</w:t>
      </w:r>
      <w:r>
        <w:br/>
      </w:r>
      <w:r>
        <w:rPr>
          <w:sz w:val="20"/>
        </w:rPr>
        <w:t>30:09  yeh is haqeeqat ko batane hi ka naam hai. isi isi isi isi sachai ko batane ke liye saare prophet aaye.</w:t>
      </w:r>
      <w:r>
        <w:br/>
      </w:r>
      <w:r>
        <w:rPr>
          <w:sz w:val="20"/>
        </w:rPr>
        <w:t>30:18  is sachai ko batana hamara mission hai.</w:t>
      </w:r>
      <w:r>
        <w:br/>
      </w:r>
      <w:r>
        <w:rPr>
          <w:sz w:val="20"/>
        </w:rPr>
        <w:t>30:23  isi sachai ko batana hamara mission hai. aur yeh yeh baat ke insan ko is duniya mein fulfillment milta hi nahi, paisa ho tab bhi nahi milta, political power ho tab bhi nahi milta,</w:t>
      </w:r>
      <w:r>
        <w:br/>
      </w:r>
      <w:r>
        <w:rPr>
          <w:sz w:val="20"/>
        </w:rPr>
        <w:t>30:38  ek achi family ban jaye aap ki tab bhi nahi milta. yani fulfillment milta hi nahi, chahe kuch bhi aap pa lein.</w:t>
      </w:r>
      <w:r>
        <w:br/>
      </w:r>
      <w:r>
        <w:rPr>
          <w:sz w:val="20"/>
        </w:rPr>
        <w:t>30:46  isi mein is baat ka indication hai ke yahan sirf yahan sirf amal karna hai,</w:t>
      </w:r>
      <w:r>
        <w:br/>
      </w:r>
      <w:r>
        <w:rPr>
          <w:sz w:val="20"/>
        </w:rPr>
        <w:t>31:01  paane ki jagah doosri hai. yahan sirf beej dalna hai, phal paane ki jagah doosri hai.</w:t>
      </w:r>
    </w:p>
    <w:p>
      <w:pPr>
        <w:pStyle w:val="Heading2"/>
      </w:pPr>
      <w:r>
        <w:t>Peace-based activism as Islam's true method, not violent jihad</w:t>
      </w:r>
    </w:p>
    <w:p>
      <w:r>
        <w:rPr>
          <w:color w:val="666666"/>
          <w:sz w:val="18"/>
        </w:rPr>
        <w:t>Revival of Islam November 7, 2010 · 3m 50s · at 54:47 · https://youtu.be/-aRS72WUTR8?t=3287</w:t>
      </w:r>
    </w:p>
    <w:p>
      <w:r>
        <w:rPr>
          <w:i/>
        </w:rPr>
        <w:t>“Teesri cheez jo hai, woh hai peace-based activism”</w:t>
      </w:r>
    </w:p>
    <w:p>
      <w:r>
        <w:rPr>
          <w:sz w:val="20"/>
        </w:rPr>
        <w:t>54:47  isi tarah se dekhiye, teesri cheez jo hai, woh kya hai? peace based activism,</w:t>
      </w:r>
      <w:r>
        <w:br/>
      </w:r>
      <w:r>
        <w:rPr>
          <w:sz w:val="20"/>
        </w:rPr>
        <w:t>54:55  peace based activism, yaani mabni bar aman jehad. yeh musalman jaante hain nahi hain na? Quran mein saaf saaf hai ke usool al khair, yaani peaceful activism, aazadabest activism. usool al khair ka matlab yeh hai ke peaceful activism aazadabest activism.</w:t>
      </w:r>
      <w:r>
        <w:br/>
      </w:r>
      <w:r>
        <w:rPr>
          <w:sz w:val="20"/>
        </w:rPr>
        <w:t>55:16  aur musalman kya kar rahe hain? jahan dekhiye, wahan ladai bhidai jaari hai.</w:t>
      </w:r>
      <w:r>
        <w:br/>
      </w:r>
      <w:r>
        <w:rPr>
          <w:sz w:val="20"/>
        </w:rPr>
        <w:t>55:22  is zamane ki sabse mashhoor jo jamaat hai, Al Ikhwan Al Musalmoon, jo saare Arab mein phaili hui hai, iska kya usool hai? iska usool hai al jihad o manhujoon.</w:t>
      </w:r>
      <w:r>
        <w:br/>
      </w:r>
      <w:r>
        <w:rPr>
          <w:sz w:val="20"/>
        </w:rPr>
        <w:t>55:36  al jihad o manhujoon ka matlab kya hai? yahan jihad se murad musalha jihad, yaani aam resistance. aam resistance aazad aur method.</w:t>
      </w:r>
      <w:r>
        <w:br/>
      </w:r>
      <w:r>
        <w:rPr>
          <w:sz w:val="20"/>
        </w:rPr>
        <w:t>55:46  aap ghor kijiye, Quran mein likha hai ke usool al khair,</w:t>
      </w:r>
      <w:r>
        <w:br/>
      </w:r>
      <w:r>
        <w:rPr>
          <w:sz w:val="20"/>
        </w:rPr>
        <w:t>55:50  peaceful activism aazadabest activism. yeh keh rahe hain ke aam resistance aazadabest active. resistance, yeh kyun?</w:t>
      </w:r>
      <w:r>
        <w:br/>
      </w:r>
      <w:r>
        <w:rPr>
          <w:sz w:val="20"/>
        </w:rPr>
        <w:t>55:59  yeh zamana bol raha hai. musalmanon ki jo condition hui, zamani halaat ke aitbar se, isi mein sochte rahe, sochte rahe, sochte rahe.</w:t>
      </w:r>
      <w:r>
        <w:br/>
      </w:r>
      <w:r>
        <w:rPr>
          <w:sz w:val="20"/>
        </w:rPr>
        <w:t>56:09  peaceful activism ko jaana nahi sake. woh</w:t>
      </w:r>
      <w:r>
        <w:br/>
      </w:r>
      <w:r>
        <w:rPr>
          <w:sz w:val="20"/>
        </w:rPr>
        <w:t>56:13  Rasool Allah ne bahut baar dimension diya tha Hudaybiyah ke sulah mein peaceful activism ka.</w:t>
      </w:r>
      <w:r>
        <w:br/>
      </w:r>
      <w:r>
        <w:rPr>
          <w:sz w:val="20"/>
        </w:rPr>
        <w:t>56:21  aur is hadith ka amli muzahira tha, yeh hadith mein aata hai ke Allah taala is is is hadith mein ek principle bataya gaya hai, aur Hudaybiyah iska demonstration hai.</w:t>
      </w:r>
      <w:r>
        <w:br/>
      </w:r>
      <w:r>
        <w:rPr>
          <w:sz w:val="20"/>
        </w:rPr>
        <w:t>56:38  yani passage woh hai, zyada effective woh hai, ba-qabile war ke, ladai ke. To Quran mein usool bataya gaya, Rasool Allah ne Hudaybiyah ki shakal mein isko dimension diya, lekin puri puri tareekh chal padi isi par. Ladai bhidai, ladai bhidai, ladai bhidai, aajkal ladai bhidai jari hai.</w:t>
      </w:r>
      <w:r>
        <w:br/>
      </w:r>
      <w:r>
        <w:rPr>
          <w:sz w:val="20"/>
        </w:rPr>
        <w:t>56:59  duniya ke mukhtalif history mein aap jante hain ke aajkal jihad ke naam se aam disclosure jari hai, gun bomb culture chal raha hai.</w:t>
      </w:r>
      <w:r>
        <w:br/>
      </w:r>
      <w:r>
        <w:rPr>
          <w:sz w:val="20"/>
        </w:rPr>
        <w:t>57:09  kyun chal raha hai? Is liye ke zaman e ke asar se jo mindset bana tha Musalmanon ka, us se isko detach karke na soch sake. Woh humein aaj detach karna hai, ek process of detachment chalana hai.</w:t>
      </w:r>
      <w:r>
        <w:br/>
      </w:r>
      <w:r>
        <w:rPr>
          <w:sz w:val="20"/>
        </w:rPr>
        <w:t>57:25  humein apne ko is se alag karke sochna hai, phir hum Quran wale wisdom ko samjhenge. Tab Quran wale wisdom hamare samne aayega,</w:t>
      </w:r>
      <w:r>
        <w:br/>
      </w:r>
      <w:r>
        <w:rPr>
          <w:sz w:val="20"/>
        </w:rPr>
        <w:t>57:37  yani peace based activism saamne aayega. Ab jo soch hai Musalmanon ki, woh Quran se li hui nahi hai, hadith se li hui nahi hai, woh zamani asraat se hai, jo ke jiska qaul tha ke al-harbu khad'atun wa al-harbu khad'atun,</w:t>
      </w:r>
      <w:r>
        <w:br/>
      </w:r>
      <w:r>
        <w:rPr>
          <w:sz w:val="20"/>
        </w:rPr>
        <w:t>57:54  jang kaat jang hai.</w:t>
      </w:r>
      <w:r>
        <w:br/>
      </w:r>
      <w:r>
        <w:rPr>
          <w:sz w:val="20"/>
        </w:rPr>
        <w:t>57:58  lekin is lekin Islam ka usool kya diya? As-salmu khad'atun wa al-harbu khad'atun, yeh</w:t>
      </w:r>
      <w:r>
        <w:br/>
      </w:r>
      <w:r>
        <w:rPr>
          <w:sz w:val="20"/>
        </w:rPr>
        <w:t>58:05  usool diya tha. Usool al-khair ka matlab kya hai? As-salmu khad'atun wa al-harbu khad'atun, yani aman ki taqat zyada badi taqat hai, us se tum tashaddud ko zair kar sakte ho.</w:t>
      </w:r>
      <w:r>
        <w:br/>
      </w:r>
      <w:r>
        <w:rPr>
          <w:sz w:val="20"/>
        </w:rPr>
        <w:t>58:17  lekin Musalman aaj bhi isi mein jeerahe hain. To tajdeed kya hai? Tajdeed yeh hai ke aap usool al-khair ko zinda karein, as-salmu khad'atun wa al-harbu khad'atun ko zinda karein, peace based activism ko zinda karein.</w:t>
      </w:r>
    </w:p>
    <w:p>
      <w:pPr>
        <w:pStyle w:val="Heading2"/>
      </w:pPr>
      <w:r>
        <w:t>hypocrisy of enjoying Western amenities while protesting freedom</w:t>
      </w:r>
    </w:p>
    <w:p>
      <w:r>
        <w:rPr>
          <w:color w:val="666666"/>
          <w:sz w:val="18"/>
        </w:rPr>
        <w:t>Freedom of Expression in Islam September 30, 2012 · 4m 36s · at 33:28 · https://youtu.be/S4mQpkoZITg?t=2008</w:t>
      </w:r>
    </w:p>
    <w:p>
      <w:r>
        <w:rPr>
          <w:i/>
        </w:rPr>
        <w:t>“Look at these Muslims protesting while using modern amenities”</w:t>
      </w:r>
    </w:p>
    <w:p>
      <w:r>
        <w:rPr>
          <w:sz w:val="20"/>
        </w:rPr>
        <w:t>33:28  ab ab jo musalman yeh hain jo shorgol kar rahe hain, to ab dekhiye in ka mamla ke shorgol karne ke bawajood woh sari amenities ko istemal karte hain</w:t>
      </w:r>
      <w:r>
        <w:br/>
      </w:r>
      <w:r>
        <w:rPr>
          <w:sz w:val="20"/>
        </w:rPr>
        <w:t>33:42  jo inhi qomon ne banai hain. jitni taraqqi hain, jitne jo modern amenities hain, jitni bhi shandar ghar, shandar carain, shandar hawai jahaz ka safar, shandar furniture, shandar education, yeh yeh yeh isi ka nateeja hai.</w:t>
      </w:r>
      <w:r>
        <w:br/>
      </w:r>
      <w:r>
        <w:rPr>
          <w:sz w:val="20"/>
        </w:rPr>
        <w:t>34:04  to ek taraf to aap kehte hain ke "to help with your freedom of expression" aur isi se isi se paida hui hain.</w:t>
      </w:r>
      <w:r>
        <w:br/>
      </w:r>
      <w:r>
        <w:rPr>
          <w:sz w:val="20"/>
        </w:rPr>
        <w:t>34:13  isi ke nateeje mein to sara salvation dunya mein aai hai. modern amenities aain. to kya aap is ko chhod sakte hain? kya aap is ko chhod sakte hain?</w:t>
      </w:r>
      <w:r>
        <w:br/>
      </w:r>
      <w:r>
        <w:rPr>
          <w:sz w:val="20"/>
        </w:rPr>
        <w:t>34:25  is ke maani hain ke aap ek taraf mukhalifat karte hain, phir bhi inhi culture ko liye hue hain.</w:t>
      </w:r>
      <w:r>
        <w:br/>
      </w:r>
      <w:r>
        <w:rPr>
          <w:sz w:val="20"/>
        </w:rPr>
        <w:t>34:32  wohi modern amenities, wohi modern culture, wohi modern taraqqi jo jo ke un ki wajah se wajood mein aain hain dunya mein, isi mein aap phir bhi jee rahe hain.</w:t>
      </w:r>
      <w:r>
        <w:br/>
      </w:r>
      <w:r>
        <w:rPr>
          <w:sz w:val="20"/>
        </w:rPr>
        <w:t>34:43  yani ghari aur mobile se le kar hawai jahaz tak sab ne unhon ne banaya hai aur is ko dhoom se istemal karte hain, fakhar karte hain is par.</w:t>
      </w:r>
      <w:r>
        <w:br/>
      </w:r>
      <w:r>
        <w:rPr>
          <w:sz w:val="20"/>
        </w:rPr>
        <w:t>34:54  agar aap aisa karein ke freedom of expression ke zariye jo dunya mein jo tehzeeb bani hai, jo culture dunya mein aaya hai, is ko aap chhod dein to aap jante hain kya hoga?</w:t>
      </w:r>
      <w:r>
        <w:br/>
      </w:r>
      <w:r>
        <w:rPr>
          <w:sz w:val="20"/>
        </w:rPr>
        <w:t>35:06  aap onthon ke daur mein chale jayenge, khachchar ke daur mein chale jayenge,</w:t>
      </w:r>
      <w:r>
        <w:br/>
      </w:r>
      <w:r>
        <w:rPr>
          <w:sz w:val="20"/>
        </w:rPr>
        <w:t>35:10  kuchh bhi nahin rahega aap ke paas. sab kuchh inhi logon ne wajood mein kiya aur aur aur isi waqt wajood mein aaya hai jab ke dunya mein freedom aai.</w:t>
      </w:r>
      <w:r>
        <w:br/>
      </w:r>
      <w:r>
        <w:rPr>
          <w:sz w:val="20"/>
        </w:rPr>
        <w:t>35:19  freedom, freedom, democracy, azadi khayal, azadi rai, decent, yeh sab aaya hai. main ek martaba America gaya, wahan poocha maine ek professor se ke western world ki taraqqi ka raaz kya hai?</w:t>
      </w:r>
      <w:r>
        <w:br/>
      </w:r>
      <w:r>
        <w:rPr>
          <w:sz w:val="20"/>
        </w:rPr>
        <w:t>35:37  us ne ek hi lafz bola, is ka "decent". ek hi lafz "decent". us ne kaha hum hum decent ko ek aadmi ka muqaddas haq samajhte hain.</w:t>
      </w:r>
      <w:r>
        <w:br/>
      </w:r>
      <w:r>
        <w:rPr>
          <w:sz w:val="20"/>
        </w:rPr>
        <w:t>35:50  decent ko hum insaan ka muqaddas haq samajhte hain. to aap ek taraf is ke khilaf jhanda utha rahe hain, to phir aap chhod dijiye is se jo nateeje, is ke nateeje mein jo taraqqi hain, us ko bhi chhod dijiye.</w:t>
      </w:r>
      <w:r>
        <w:br/>
      </w:r>
      <w:r>
        <w:rPr>
          <w:sz w:val="20"/>
        </w:rPr>
        <w:t>36:07  isi se to taraqqi hui hain. sab jab tak dunya mein azadi rai nahin thi, tab tak koi taraqqi bhi nahin thi. jab tak dunya mein azadi rai nahin thi, tab tak taraqqi bhi nahin thi.</w:t>
      </w:r>
      <w:r>
        <w:br/>
      </w:r>
      <w:r>
        <w:rPr>
          <w:sz w:val="20"/>
        </w:rPr>
        <w:t>36:18  azadi rai ko minus kiya to sari taraqqi minus ho jayengi. agar aap azadi rai ko minus karein, is ko hadaf karein to sari taraqqi bhi hadaf.</w:t>
      </w:r>
      <w:r>
        <w:br/>
      </w:r>
      <w:r>
        <w:rPr>
          <w:sz w:val="20"/>
        </w:rPr>
        <w:t>36:30  to aap kya karenge? onthon par sawari karenge? khachchar par baithenge?</w:t>
      </w:r>
      <w:r>
        <w:br/>
      </w:r>
      <w:r>
        <w:rPr>
          <w:sz w:val="20"/>
        </w:rPr>
        <w:t>36:36  kya karenge? sahi hai. to yeh munafiqat, yeh yeh munafiqat hai ke ek taraf azadi rai ke khilaf jhanda uthate hain, doosri taraf sari modern amenities ko istemal karte hain,</w:t>
      </w:r>
      <w:r>
        <w:br/>
      </w:r>
      <w:r>
        <w:rPr>
          <w:sz w:val="20"/>
        </w:rPr>
        <w:t>36:50  inhi mulkon mein ja kar service karte hain, isi America, Europe mein ja kar ke apne bete ko, apni beti ko basate hain. yeh munafiqat hai.</w:t>
      </w:r>
      <w:r>
        <w:br/>
      </w:r>
      <w:r>
        <w:rPr>
          <w:sz w:val="20"/>
        </w:rPr>
        <w:t>37:03  kya koi ek aisa musalman aisa karega ke apne aap ko America se wapas bula le? ke wahan is tarah ki Islam ke khilaf gustakhi ki baatein hoti hain?</w:t>
      </w:r>
      <w:r>
        <w:br/>
      </w:r>
      <w:r>
        <w:rPr>
          <w:sz w:val="20"/>
        </w:rPr>
        <w:t>37:16  ek bhi nahin aisa karega. ek sahab, main America gaya tha, ek sahab ne mujhe kaha ke jab aap ko shikayat hai America se to aap rehte kahan hain?</w:t>
      </w:r>
      <w:r>
        <w:br/>
      </w:r>
      <w:r>
        <w:rPr>
          <w:sz w:val="20"/>
        </w:rPr>
        <w:t>37:24  yahan rehne ki kya zaroorat hai? aap jaiye, wapas jaiye apne apne watan. to kya kaha unhon ne?</w:t>
      </w:r>
      <w:r>
        <w:br/>
      </w:r>
      <w:r>
        <w:rPr>
          <w:sz w:val="20"/>
        </w:rPr>
        <w:t>37:32  unhon ne kaha ke aadmi ka rizq jahan rahega, woh dua dua jayega. to maine kaha kaisi ajeeb baat hai ke shaitani mulk mein aap ka rizq hai aur aap ka jo Islami mulk hai, woh rizq nahin hai.</w:t>
      </w:r>
      <w:r>
        <w:br/>
      </w:r>
      <w:r>
        <w:rPr>
          <w:sz w:val="20"/>
        </w:rPr>
        <w:t>37:42  aap ka jis mulk ko aap Islami mulk kehte hain, us mein rizq nahin tha. aap ka yahan chhod kar aa gaye, aap jis ko aap shaitani mulk kehte hain, yeh munafiqat hai.</w:t>
      </w:r>
      <w:r>
        <w:br/>
      </w:r>
      <w:r>
        <w:rPr>
          <w:sz w:val="20"/>
        </w:rPr>
        <w:t>37:56  to yeh saada baat nahin hai. yeh saada baat nahin hai. yeh</w:t>
      </w:r>
    </w:p>
    <w:p>
      <w:pPr>
        <w:pStyle w:val="Heading2"/>
      </w:pPr>
      <w:r>
        <w:t>Sachin Tendulkar as proof: status-quo on politics opens every door</w:t>
      </w:r>
    </w:p>
    <w:p>
      <w:r>
        <w:rPr>
          <w:color w:val="666666"/>
          <w:sz w:val="18"/>
        </w:rPr>
        <w:t>Islam and Politics November 17, 2013 · 5m 05s · at 20:28 · https://youtu.be/LgKA8wg4NPc?t=1228</w:t>
      </w:r>
    </w:p>
    <w:p>
      <w:r>
        <w:rPr>
          <w:i/>
        </w:rPr>
        <w:t>“In life, politics has less than one percent share”</w:t>
      </w:r>
    </w:p>
    <w:p>
      <w:r>
        <w:rPr>
          <w:sz w:val="20"/>
        </w:rPr>
        <w:t>20:28  dekhein zindagi mein less than one percent dakhal hai politics ka aur more than 99 percent jo hai woh politics ke bahar hai</w:t>
      </w:r>
      <w:r>
        <w:br/>
      </w:r>
      <w:r>
        <w:rPr>
          <w:sz w:val="20"/>
        </w:rPr>
        <w:t>20:42  jaise aaj ke akhbar mein parh raha tha main Sachin Tendulkar ka itlaq tha ke akhbar bhara hua tha isi se</w:t>
      </w:r>
      <w:r>
        <w:br/>
      </w:r>
      <w:r>
        <w:rPr>
          <w:sz w:val="20"/>
        </w:rPr>
        <w:t>20:52  to kya koi political yaani political position ki wajah se hai yaani Sachin Tendulkar ko itna jo maqam mila hai ke is mein main ne radio mein suna ke kal jab woh jeete hain apna aakhri match to prime minister un ko dena chahte thay mubarakbad telephone jab kiya prime minister sahib ne to prime minister ko line mein rukna pada</w:t>
      </w:r>
      <w:r>
        <w:br/>
      </w:r>
      <w:r>
        <w:rPr>
          <w:sz w:val="20"/>
        </w:rPr>
        <w:t>21:20  yaani doosre telephone baat kar rahe thay Sachin yaani itni zabardast rush tha mubarakbad dene walon ka ke prime minister ko bhi line mein khara hona pada lekin kaun sa karmana un ka hai kya India ke woh political head thay rule ruler thay India ke politics koi badtameezi un ka nahi</w:t>
      </w:r>
      <w:r>
        <w:br/>
      </w:r>
      <w:r>
        <w:rPr>
          <w:sz w:val="20"/>
        </w:rPr>
        <w:t>21:44  cricket ki dunya mein unhon ne 24 saal</w:t>
      </w:r>
      <w:r>
        <w:br/>
      </w:r>
      <w:r>
        <w:rPr>
          <w:sz w:val="20"/>
        </w:rPr>
        <w:t>21:47  24 saal cricket khela wahan karnamay dikhaye to un ko aitmad darja mil gaya</w:t>
      </w:r>
      <w:r>
        <w:br/>
      </w:r>
      <w:r>
        <w:rPr>
          <w:sz w:val="20"/>
        </w:rPr>
        <w:t>21:54  woh bahar dartan banaye gaye aur pata nahi kya kya un ko aezazat diye gaye yeh sab politics</w:t>
      </w:r>
      <w:r>
        <w:br/>
      </w:r>
      <w:r>
        <w:rPr>
          <w:sz w:val="20"/>
        </w:rPr>
        <w:t>22:00  ke bahir is baat ko islam ne is ki point out kiya is cheez ko ke politics ke</w:t>
      </w:r>
      <w:r>
        <w:br/>
      </w:r>
      <w:r>
        <w:rPr>
          <w:sz w:val="20"/>
        </w:rPr>
        <w:t>22:08  bahir to sab kuch hai politics mein bohat thora sa hai</w:t>
      </w:r>
      <w:r>
        <w:br/>
      </w:r>
      <w:r>
        <w:rPr>
          <w:sz w:val="20"/>
        </w:rPr>
        <w:t>22:14  to is ka formula adjustment ka yeh bataya Islam ne ke apni zaat ke mamle mein tum apna jo nazariya hai us ko ikhtiyar kar lo apni zaat ko maanein tum idealist ban jao aur jahan tak muamla social life aur political life ka hai wahan par jo status ko hai us ko maan lo to Sachin Tendulkar ne jo status ko tha India mein us ko maan liya</w:t>
      </w:r>
      <w:r>
        <w:br/>
      </w:r>
      <w:r>
        <w:rPr>
          <w:sz w:val="20"/>
        </w:rPr>
        <w:t>22:40  ya nahi unhon ne chalaya ke haan system yeh badlo woh badlo is system mein is tarah ke changes lao is liye kabhi nahi Sachin ne aisa kiya sa</w:t>
      </w:r>
      <w:r>
        <w:br/>
      </w:r>
      <w:r>
        <w:rPr>
          <w:sz w:val="20"/>
        </w:rPr>
        <w:t>22:52  system ko jaise jo bhi hai us ko maan kar ke yaani us ke bare mein status koi koi ikhtiyar kar ke apne cricket ke maidan mein woh unhon ne yahan khud hi keh diya ke mera to adara tha yaani 22 august ki dunya jo pich woh jo khel ka jo maidan hota hai woh shayad 22 august ka hota hoga to unhon ne kaha tha meri to wahi dunya thi</w:t>
      </w:r>
      <w:r>
        <w:br/>
      </w:r>
      <w:r>
        <w:rPr>
          <w:sz w:val="20"/>
        </w:rPr>
        <w:t>23:20  to kitna zabardast misaal hai ke agar ap siyasi jhagre na karein siyasat ke bare mein status question</w:t>
      </w:r>
      <w:r>
        <w:br/>
      </w:r>
      <w:r>
        <w:rPr>
          <w:sz w:val="20"/>
        </w:rPr>
        <w:t>23:27  ban jaye to sara maidan khula hua hai ap ka yani prime minister se bhi age barh sakte</w:t>
      </w:r>
      <w:r>
        <w:br/>
      </w:r>
      <w:r>
        <w:rPr>
          <w:sz w:val="20"/>
        </w:rPr>
        <w:t>23:32  hain ap kasi ajeeb baat hai</w:t>
      </w:r>
      <w:r>
        <w:br/>
      </w:r>
      <w:r>
        <w:rPr>
          <w:sz w:val="20"/>
        </w:rPr>
        <w:t>23:37  ye allah taala ne goya ek demonstration diya hai ke tum lad rahe ho politics ke liye aur</w:t>
      </w:r>
      <w:r>
        <w:br/>
      </w:r>
      <w:r>
        <w:rPr>
          <w:sz w:val="20"/>
        </w:rPr>
        <w:t>23:43  kuch paate nahi har muslim mulk mein political ladaaiyan chal rahi hain paya kya unhone kuch bhi</w:t>
      </w:r>
      <w:r>
        <w:br/>
      </w:r>
      <w:r>
        <w:rPr>
          <w:sz w:val="20"/>
        </w:rPr>
        <w:t>23:48  nahi paya</w:t>
      </w:r>
      <w:r>
        <w:br/>
      </w:r>
      <w:r>
        <w:rPr>
          <w:sz w:val="20"/>
        </w:rPr>
        <w:t>23:50  lekin sachin ne 24 saal ke andar itna bada darja le liya ke prime minister se bhi aage badh gaye woh yeh maine khud radio par suna ke jab khabar aayi ke sachin jeet gaye match to prime minister ne un se baat karna chaha mubarakbad dene ke liye to wahan itne zyada telephone aa rahe the ke un ko prime minister ko wait karna pad</w:t>
      </w:r>
      <w:r>
        <w:br/>
      </w:r>
      <w:r>
        <w:rPr>
          <w:sz w:val="20"/>
        </w:rPr>
        <w:t>24:15  a yeh Allah taala ne ek dikhaya hai ke politics ka jo adara hai woh to less than one percent hai aur na more than 99 percent politics ke bahar hai to politics ke bahar dawat dawat hai education hai business hai industry hai yaani beshumar maidan sab politics se bahar hain</w:t>
      </w:r>
      <w:r>
        <w:br/>
      </w:r>
      <w:r>
        <w:rPr>
          <w:sz w:val="20"/>
        </w:rPr>
        <w:t>24:39  to best adjustment ka formula kya hai</w:t>
      </w:r>
      <w:r>
        <w:br/>
      </w:r>
      <w:r>
        <w:rPr>
          <w:sz w:val="20"/>
        </w:rPr>
        <w:t>24:43  apni zaat ke mamle mein woh kijiye jo aap haq samajhte hain aur kharji nizam ke mamle mein jo dunya mein nizam raaj ho gaya hai us ko maan lijiye is se takrao mat kijiye to is mein kya hai instantly aap ko peace mil jayega sab se badi cheez dekhiye peace hai</w:t>
      </w:r>
      <w:r>
        <w:br/>
      </w:r>
      <w:r>
        <w:rPr>
          <w:sz w:val="20"/>
        </w:rPr>
        <w:t>25:09  maine un se yeh bhi kaha ke sab se badi cheez peace hai kyunke peace se kya hota hai aap ko opportunity mil jati hai mawaqe mil jate hain har qism ke scope khul jate hain aap ke liye wahi to asal hai to peace ka sab se bada faida kya hai ke aap ko sare mawaqe aap ke liye khul gaye</w:t>
      </w:r>
    </w:p>
    <w:p>
      <w:pPr>
        <w:pStyle w:val="Heading2"/>
      </w:pPr>
      <w:r>
        <w:t>Christians as model for spreading scripture globally</w:t>
      </w:r>
    </w:p>
    <w:p>
      <w:r>
        <w:rPr>
          <w:color w:val="666666"/>
          <w:sz w:val="18"/>
        </w:rPr>
        <w:t>Method of The Quran July 20, 2014 · 3m 47s · at 38:44 · https://youtu.be/kDfC-fjxYmE?t=2324</w:t>
      </w:r>
    </w:p>
    <w:p>
      <w:r>
        <w:rPr>
          <w:i/>
        </w:rPr>
        <w:t>“Christian log yani Quran ki Surah al-Saf mein ek ayat hai”</w:t>
      </w:r>
    </w:p>
    <w:p>
      <w:r>
        <w:rPr>
          <w:sz w:val="20"/>
        </w:rPr>
        <w:t>38:44  to aaj hi mein subah kisi se keh raha tha ke christian log, yani quran ki surah as-saff mein aik ayat hai, us mein yeh hai ke christian logo ko model bataya gaya musalmano ke liye.</w:t>
      </w:r>
      <w:r>
        <w:br/>
      </w:r>
      <w:r>
        <w:rPr>
          <w:sz w:val="20"/>
        </w:rPr>
        <w:t>39:01  kaisi ajib baat hai.</w:t>
      </w:r>
      <w:r>
        <w:br/>
      </w:r>
      <w:r>
        <w:rPr>
          <w:sz w:val="20"/>
        </w:rPr>
        <w:t>39:04  ya ayyuhal ladhina amanu, kono ansar allah? kama qala yusuf bin maryam lil hawariyin: man ansari lillah? qala hawariyun: man ansarullah?</w:t>
      </w:r>
      <w:r>
        <w:br/>
      </w:r>
      <w:r>
        <w:rPr>
          <w:sz w:val="20"/>
        </w:rPr>
        <w:t>39:14  fa ummirat taifatun min bani israil wa kafarat taifah? wa ladhina amanu a'dau aduwwahum fa adubuhu dhahirin. yani bataya ke christian logo ne apne peghambar ko follow karte hue dawat ka kaam kiya.</w:t>
      </w:r>
      <w:r>
        <w:br/>
      </w:r>
      <w:r>
        <w:rPr>
          <w:sz w:val="20"/>
        </w:rPr>
        <w:t>39:30  aur yahan tak ke woh dunya mein sab se zyada tadad un ki ho gayi. to dekhiye, jab printing press aya to foran unho ne us ko avail kiya.</w:t>
      </w:r>
      <w:r>
        <w:br/>
      </w:r>
      <w:r>
        <w:rPr>
          <w:sz w:val="20"/>
        </w:rPr>
        <w:t>39:43  unho ne yeh apna aik target banaya ke bible ko har zaban mein, har zaban mein translate kiya jaye.</w:t>
      </w:r>
      <w:r>
        <w:br/>
      </w:r>
      <w:r>
        <w:rPr>
          <w:sz w:val="20"/>
        </w:rPr>
        <w:t>39:54  yeh goal banaya. aur aur is is is target ko pura bhi kar liya unho ne. aaj bible ke tarjume har zaban mein chhape hue maujood hain.</w:t>
      </w:r>
      <w:r>
        <w:br/>
      </w:r>
      <w:r>
        <w:rPr>
          <w:sz w:val="20"/>
        </w:rPr>
        <w:t>40:08  bohat achhe tarjume, bohat achhi tarah ke chhape hue hain. har jagah, har jagah, har jagah. ab musalmano ne us ko target hi nahi banaya ke har zaban mein quran ke tarjume kar ke us ko phailaya jaye.</w:t>
      </w:r>
      <w:r>
        <w:br/>
      </w:r>
      <w:r>
        <w:rPr>
          <w:sz w:val="20"/>
        </w:rPr>
        <w:t>40:22  yeh musalmano ne kabhi target hi nahi banaya. jabke quran mein</w:t>
      </w:r>
      <w:r>
        <w:br/>
      </w:r>
      <w:r>
        <w:rPr>
          <w:sz w:val="20"/>
        </w:rPr>
        <w:t>40:30  ab se chouda so saal pehle yeh bata diya gaya tha ke tum ko christian ke pattern ko follow karna hai. kaisi ajib baat hai.</w:t>
      </w:r>
      <w:r>
        <w:br/>
      </w:r>
      <w:r>
        <w:rPr>
          <w:sz w:val="20"/>
        </w:rPr>
        <w:t>40:41  yani allah taala ko chunke ghayb ka pata hai, mustaqbil ka pata hai, to allah ko pata tha ke christian log jo hain yeh karein ge ke jab jab technology aye gi, jab printing press aye ga,</w:t>
      </w:r>
      <w:r>
        <w:br/>
      </w:r>
      <w:r>
        <w:rPr>
          <w:sz w:val="20"/>
        </w:rPr>
        <w:t>40:56  jab openness barhe ga, ko azadi aye gi dunya mein, to woh apni kitab ka, apni apni jo un ki mazhabi kitab hai, us ka translation har zaban mein karein ge aur sari dunya mein phailayein ge.</w:t>
      </w:r>
      <w:r>
        <w:br/>
      </w:r>
      <w:r>
        <w:rPr>
          <w:sz w:val="20"/>
        </w:rPr>
        <w:t>41:13  is lihaz se christian hamare liye model ban gaye. aur quran mein us ko pata diya gaya ke aik zamana aye ga jab christian tumhare liye model ban jayen ge, tum isi tarike se karna.</w:t>
      </w:r>
      <w:r>
        <w:br/>
      </w:r>
      <w:r>
        <w:rPr>
          <w:sz w:val="20"/>
        </w:rPr>
        <w:t>41:26  kaisi ajib baat hai yeh.</w:t>
      </w:r>
      <w:r>
        <w:br/>
      </w:r>
      <w:r>
        <w:rPr>
          <w:sz w:val="20"/>
        </w:rPr>
        <w:t>41:28  yani agar quran mein yeh baat na hoti, tab bhi hamein apni aql se soch kar ke un ke model ko follow karna chahiye tha. lekin jab aa chuke hain, tab bhi nahi follow kar rahe hain.</w:t>
      </w:r>
      <w:r>
        <w:br/>
      </w:r>
      <w:r>
        <w:rPr>
          <w:sz w:val="20"/>
        </w:rPr>
        <w:t>41:41  kaisi ajib baat hai.</w:t>
      </w:r>
      <w:r>
        <w:br/>
      </w:r>
      <w:r>
        <w:rPr>
          <w:sz w:val="20"/>
        </w:rPr>
        <w:t>41:43  to unho ne bharpoor istemal kiya printing press ka, technology ka, aur mazhabi azadi ka, un chezo ka. aur unho ne dekhiye kitni zyada un ki wisdom ki, unho ne ke sab kuch kiya parman tareeqe se.</w:t>
      </w:r>
      <w:r>
        <w:br/>
      </w:r>
      <w:r>
        <w:rPr>
          <w:sz w:val="20"/>
        </w:rPr>
        <w:t>42:01  peaceful tareeqay say. kyunkay dawat ka kaam daikhye, baghair peaceful tareeqay say ho nahi sakta. agar aap dawat bhi karain aur saath saath aap takra</w:t>
      </w:r>
    </w:p>
    <w:p>
      <w:pPr>
        <w:pStyle w:val="Heading2"/>
      </w:pPr>
      <w:r>
        <w:t>Why 200 years of protest have achieved nothing</w:t>
      </w:r>
    </w:p>
    <w:p>
      <w:r>
        <w:rPr>
          <w:color w:val="666666"/>
          <w:sz w:val="18"/>
        </w:rPr>
        <w:t>Divine Warning October 31, 2013 Maulana Wahiduddin Khan · 5m 40s · at 9:53 · https://youtu.be/np9p9TqUa-g?t=593</w:t>
      </w:r>
    </w:p>
    <w:p>
      <w:r>
        <w:rPr>
          <w:i/>
        </w:rPr>
        <w:t>“Aisay mauqe par asal kaam qaum ke rehnumaon ka hota hai”</w:t>
      </w:r>
    </w:p>
    <w:p>
      <w:r>
        <w:rPr>
          <w:sz w:val="20"/>
        </w:rPr>
        <w:t>9:53  aise mauqe par asal jo kaam hota hai, woh qaum ke rehnumaon ko hota hai ke woh batayein ke bazaahir agar chahiye waqeaat insaan ki taraf se paish aa rahe hain, lekin apni haqeeqat ke aitbaar se woh Allah ki taraf se hain.</w:t>
      </w:r>
      <w:r>
        <w:br/>
      </w:r>
      <w:r>
        <w:rPr>
          <w:sz w:val="20"/>
        </w:rPr>
        <w:t>10:11  woh Allah ki tanbihaat hain. To tum zalim ke khilaaf nafrat mat karo. Un ke khilaaf tashaddud mat karo</w:t>
      </w:r>
      <w:r>
        <w:br/>
      </w:r>
      <w:r>
        <w:rPr>
          <w:sz w:val="20"/>
        </w:rPr>
        <w:t>10:22  . Un ke khilaaf bad duaayein mat karo. Yeh bhi ghalt hai ke aap un ko zalim thehra kar, un ko bad dua karo un ke khilaaf. Aisi bad dua kabhi qabool nahi hogi.</w:t>
      </w:r>
      <w:r>
        <w:br/>
      </w:r>
      <w:r>
        <w:rPr>
          <w:sz w:val="20"/>
        </w:rPr>
        <w:t>10:33  hazaar saal tak ki aata rahe, kabhi qabool nahi hogi. Kyun? Woh zalim nahi hain woh. Woh Allah ke kaarindey hain.</w:t>
      </w:r>
      <w:r>
        <w:br/>
      </w:r>
      <w:r>
        <w:rPr>
          <w:sz w:val="20"/>
        </w:rPr>
        <w:t>10:44  to bad dua kaise qabool hogi?</w:t>
      </w:r>
      <w:r>
        <w:br/>
      </w:r>
      <w:r>
        <w:rPr>
          <w:sz w:val="20"/>
        </w:rPr>
        <w:t>10:47  aise mauqe par jo karna hai kaam, woh yeh hai ke khud apne andar tauba ka jazba jaage.</w:t>
      </w:r>
      <w:r>
        <w:br/>
      </w:r>
      <w:r>
        <w:rPr>
          <w:sz w:val="20"/>
        </w:rPr>
        <w:t>10:59  apne andar islah ka jazba ubhare. Apni haalat ko badalne ka faisla karein log.</w:t>
      </w:r>
      <w:r>
        <w:br/>
      </w:r>
      <w:r>
        <w:rPr>
          <w:sz w:val="20"/>
        </w:rPr>
        <w:t>11:11  to yeh surat-haal aaj poori tarah musalmanon par saadiq aa rahi hai. Saari duniya mein.</w:t>
      </w:r>
      <w:r>
        <w:br/>
      </w:r>
      <w:r>
        <w:rPr>
          <w:sz w:val="20"/>
        </w:rPr>
        <w:t>11:16  aap kisi bhi mulk mein jaiye jahan musalman rehte hon. Chaahe Muslim mulk hon, chaahe ghair Muslim mulk.</w:t>
      </w:r>
      <w:r>
        <w:br/>
      </w:r>
      <w:r>
        <w:rPr>
          <w:sz w:val="20"/>
        </w:rPr>
        <w:t>11:27  chahay musalman jahan majority mein, wahan jayen aap. jahan minority mein, wahan jayen aap. har jagah aap sunenge yahi. zulm ki batain.</w:t>
      </w:r>
      <w:r>
        <w:br/>
      </w:r>
      <w:r>
        <w:rPr>
          <w:sz w:val="20"/>
        </w:rPr>
        <w:t>11:38  shikayat ki batain. protest ki batain. aur jahan mauqa hai, wahan par tashaddud. gun culture aur bib culture.</w:t>
      </w:r>
      <w:r>
        <w:br/>
      </w:r>
      <w:r>
        <w:rPr>
          <w:sz w:val="20"/>
        </w:rPr>
        <w:t>11:50  yani farzi zalimon ke khilaf.</w:t>
      </w:r>
      <w:r>
        <w:br/>
      </w:r>
      <w:r>
        <w:rPr>
          <w:sz w:val="20"/>
        </w:rPr>
        <w:t>11:56  to aam musalmanon ki is mamle mein agar ek zimmedari hai to rehnamaon ki double zimmedari hai.</w:t>
      </w:r>
      <w:r>
        <w:br/>
      </w:r>
      <w:r>
        <w:rPr>
          <w:sz w:val="20"/>
        </w:rPr>
        <w:t>12:06  kyunke yeh darasal rehnama hota hai jo aise mauqe par lead deta hai. jo sochne ka dhang batata hai.</w:t>
      </w:r>
      <w:r>
        <w:br/>
      </w:r>
      <w:r>
        <w:rPr>
          <w:sz w:val="20"/>
        </w:rPr>
        <w:t>12:20  yeh bohat hi zyada sochne wali ayat hai yeh. bohat zyada sochne wali ayat hai.</w:t>
      </w:r>
      <w:r>
        <w:br/>
      </w:r>
      <w:r>
        <w:rPr>
          <w:sz w:val="20"/>
        </w:rPr>
        <w:t>12:30  dekhiye yeh aise jo boss ya aise jo sakhtiyan pesh ati hain, woh blessing in disguise hoti hain. woh Allah ki rehmat hoti hai.</w:t>
      </w:r>
      <w:r>
        <w:br/>
      </w:r>
      <w:r>
        <w:rPr>
          <w:sz w:val="20"/>
        </w:rPr>
        <w:t>12:44  jaise hadith mein aata hai ke in Allah ahabb qawman ibtala Allah jis se mohabbat karta hai to us ko woh mubtala kar deta hai sakhti mein.</w:t>
      </w:r>
      <w:r>
        <w:br/>
      </w:r>
      <w:r>
        <w:rPr>
          <w:sz w:val="20"/>
        </w:rPr>
        <w:t>12:58  to yeh goya ke hammering ki zuban hai. yeh jhanjhorne ki zuban hai. yeh blessing in disguise hai.</w:t>
      </w:r>
      <w:r>
        <w:br/>
      </w:r>
      <w:r>
        <w:rPr>
          <w:sz w:val="20"/>
        </w:rPr>
        <w:t>13:08  to rehmat hi to hai yeh. is tarah ki soorat-e-haal mein agar narmi se baat ki jaye in ko to to is ka koi faida nahi hota.</w:t>
      </w:r>
      <w:r>
        <w:br/>
      </w:r>
      <w:r>
        <w:rPr>
          <w:sz w:val="20"/>
        </w:rPr>
        <w:t>13:22  phool barsaya jaye to is ka koi faida nahi hota. jhanjhorna parta hai.</w:t>
      </w:r>
      <w:r>
        <w:br/>
      </w:r>
      <w:r>
        <w:rPr>
          <w:sz w:val="20"/>
        </w:rPr>
        <w:t>13:28  to yeh jhanjhorne ke liye aise waqeat pesh atay hain. is bina par woh Allah ki rehmat.</w:t>
      </w:r>
      <w:r>
        <w:br/>
      </w:r>
      <w:r>
        <w:rPr>
          <w:sz w:val="20"/>
        </w:rPr>
        <w:t>13:39  lekin aam log, aam logon ke andar itna taqat nahi hoti tajziya karne ki. in ko sochne ki taqat nahi hoti. in ko mamlat ka fehm nahi hota.</w:t>
      </w:r>
      <w:r>
        <w:br/>
      </w:r>
      <w:r>
        <w:rPr>
          <w:sz w:val="20"/>
        </w:rPr>
        <w:t>13:52  to aam log is mamle mein rai qaim nahi kar paate ke kya mamla hai, kya ho raha hai.</w:t>
      </w:r>
      <w:r>
        <w:br/>
      </w:r>
      <w:r>
        <w:rPr>
          <w:sz w:val="20"/>
        </w:rPr>
        <w:t>13:58  lekin jo rehnama hain,</w:t>
      </w:r>
      <w:r>
        <w:br/>
      </w:r>
      <w:r>
        <w:rPr>
          <w:sz w:val="20"/>
        </w:rPr>
        <w:t>14:03  wo rehnama jo hain, in ko ilm hota hai, in ke andar tajziye ki taqat hoti hai. woh baton ko gehrai mein samajh sakte hain.</w:t>
      </w:r>
      <w:r>
        <w:br/>
      </w:r>
      <w:r>
        <w:rPr>
          <w:sz w:val="20"/>
        </w:rPr>
        <w:t>14:14  to asal zimmedari aise mauqe par rehnamaon ki hoti hai ke aam logon ko woh sahi lead dein.</w:t>
      </w:r>
      <w:r>
        <w:br/>
      </w:r>
      <w:r>
        <w:rPr>
          <w:sz w:val="20"/>
        </w:rPr>
        <w:t>14:25  in ko is se bachayen ke woh shikayat mein par jayen. protest karne lagen. yahan tak ke tashaddud utar aaye. ladai chhod dein.</w:t>
      </w:r>
      <w:r>
        <w:br/>
      </w:r>
      <w:r>
        <w:rPr>
          <w:sz w:val="20"/>
        </w:rPr>
        <w:t>14:33  is se bachayen. kyunke is se koi faida nahi hoga. kuch bhi aap karen, kuch bhi karen, is se aap kuch faida nahi pa sakte.</w:t>
      </w:r>
      <w:r>
        <w:br/>
      </w:r>
      <w:r>
        <w:rPr>
          <w:sz w:val="20"/>
        </w:rPr>
        <w:t>14:43  faida is mein nahi hai ke farzi zalimon ke khilaf laren. faida is mein hai ke aap apni islaah karen.</w:t>
      </w:r>
      <w:r>
        <w:br/>
      </w:r>
      <w:r>
        <w:rPr>
          <w:sz w:val="20"/>
        </w:rPr>
        <w:t>14:51  achhe se samajh lijiyye. is tarah ki soorat-e-haal mein qaum ka faida is mein nahi hai ke woh ladai chhod de. qaum ka faida is mein hai ke woh apni islaah kare.</w:t>
      </w:r>
      <w:r>
        <w:br/>
      </w:r>
      <w:r>
        <w:rPr>
          <w:sz w:val="20"/>
        </w:rPr>
        <w:t>15:04  aur is ka dekhiye amli saboot yeh hai ke poori duniya ke musalman taqreeban do sau saal se apne farzi zalimon ke khilaf ladai chhede hue hain.</w:t>
      </w:r>
      <w:r>
        <w:br/>
      </w:r>
      <w:r>
        <w:rPr>
          <w:sz w:val="20"/>
        </w:rPr>
        <w:t>15:19  do sau saal beet gaye. lekin faida kya hua? kuch bhi nahi. yak tarafah tor par musalman hi aur tabah ho rahe hain. jo farzi zalim hain, un ka to kuch bigda nahi.</w:t>
      </w:r>
    </w:p>
    <w:p>
      <w:pPr>
        <w:pStyle w:val="Heading2"/>
      </w:pPr>
      <w:r>
        <w:t>Right thinking leads to intellectual development</w:t>
      </w:r>
    </w:p>
    <w:p>
      <w:r>
        <w:rPr>
          <w:color w:val="666666"/>
          <w:sz w:val="18"/>
        </w:rPr>
        <w:t>Dars-e-Quran, Chapter 20, Verse 15 October 22, 2017 · 5m 26s · at 2:46 · https://youtu.be/mSEhKbQ1q8Y?t=166</w:t>
      </w:r>
    </w:p>
    <w:p>
      <w:r>
        <w:rPr>
          <w:i/>
        </w:rPr>
        <w:t>“Main ne yeh samjha hai ke Quran ka subject hai”</w:t>
      </w:r>
    </w:p>
    <w:p>
      <w:r>
        <w:rPr>
          <w:sz w:val="20"/>
        </w:rPr>
        <w:t>2:46  maine yeh samjha hai ke quran ka subject hai insaan ko yeh batana ke right way of thinking kya hai.</w:t>
      </w:r>
      <w:r>
        <w:br/>
      </w:r>
      <w:r>
        <w:rPr>
          <w:sz w:val="20"/>
        </w:rPr>
        <w:t>3:01  khud baat kya hai, yeh is ka subject hi nahi.</w:t>
      </w:r>
      <w:r>
        <w:br/>
      </w:r>
      <w:r>
        <w:rPr>
          <w:sz w:val="20"/>
        </w:rPr>
        <w:t>3:08  right way of thinking batana yeh subject hai. yani quran ke mutabiq sachai ek discoverable item hai.</w:t>
      </w:r>
      <w:r>
        <w:br/>
      </w:r>
      <w:r>
        <w:rPr>
          <w:sz w:val="20"/>
        </w:rPr>
        <w:t>3:19  bataya hua item nahi hai. yeh distilled item nahi hai.</w:t>
      </w:r>
      <w:r>
        <w:br/>
      </w:r>
      <w:r>
        <w:rPr>
          <w:sz w:val="20"/>
        </w:rPr>
        <w:t>3:28  balkay discoverable item hai.</w:t>
      </w:r>
      <w:r>
        <w:br/>
      </w:r>
      <w:r>
        <w:rPr>
          <w:sz w:val="20"/>
        </w:rPr>
        <w:t>3:33  yeh baat kisi ko ajeeb lag sakti hai. lekin main sochta hoon ke Allah ne insaan ko jo sab se bara aizaaz diya hai, woh yahi hai ke insaan ko har qism ki salahiyaton se equipped kar diya.</w:t>
      </w:r>
      <w:r>
        <w:br/>
      </w:r>
      <w:r>
        <w:rPr>
          <w:sz w:val="20"/>
        </w:rPr>
        <w:t>3:53  equipped, tayyar. zehan diya. hafza diya. parhne likhne ki taqat di.</w:t>
      </w:r>
      <w:r>
        <w:br/>
      </w:r>
      <w:r>
        <w:rPr>
          <w:sz w:val="20"/>
        </w:rPr>
        <w:t>4:04  discuss karne ke liye zuban di. bohat sari cheezen. yani is ko equipped kar diya ke woh discover kare.</w:t>
      </w:r>
      <w:r>
        <w:br/>
      </w:r>
      <w:r>
        <w:rPr>
          <w:sz w:val="20"/>
        </w:rPr>
        <w:t>4:15  to Quran ka jo subject hai, meri samajh se yeh hai ke insaan ko yeh batana how to think. what is the right way of thinking?</w:t>
      </w:r>
      <w:r>
        <w:br/>
      </w:r>
      <w:r>
        <w:rPr>
          <w:sz w:val="20"/>
        </w:rPr>
        <w:t>4:27  yeh hai.</w:t>
      </w:r>
      <w:r>
        <w:br/>
      </w:r>
      <w:r>
        <w:rPr>
          <w:sz w:val="20"/>
        </w:rPr>
        <w:t>4:31  misal ke taur par dekhiye jo pehli ayat hai Alhamdulillah Rabbil Alameen. yeh kya hai? yeh yahi to hai.</w:t>
      </w:r>
      <w:r>
        <w:br/>
      </w:r>
      <w:r>
        <w:rPr>
          <w:sz w:val="20"/>
        </w:rPr>
        <w:t>4:43  Alhamdulillah Rabbil Alameen ka matlab kya hai? ke aap study karte hain</w:t>
      </w:r>
      <w:r>
        <w:br/>
      </w:r>
      <w:r>
        <w:rPr>
          <w:sz w:val="20"/>
        </w:rPr>
        <w:t>4:53  kainat ki. suraj nikalta hai, chand nikalta hai, barish hoti hai. hazaron lakhon waqiat rozana ho rahe hain.</w:t>
      </w:r>
      <w:r>
        <w:br/>
      </w:r>
      <w:r>
        <w:rPr>
          <w:sz w:val="20"/>
        </w:rPr>
        <w:t>5:06  aap un ko sochte hain dekh dekh kar. hawaen chalti hain. aap sochte hain. aur phir keh uthte hain.</w:t>
      </w:r>
      <w:r>
        <w:br/>
      </w:r>
      <w:r>
        <w:rPr>
          <w:sz w:val="20"/>
        </w:rPr>
        <w:t>5:16  yani aap ke andar se ubal parta hai Alhamdulillah Rabbil Alameen. yeh kalma hai aap ka apni discovery ka.</w:t>
      </w:r>
      <w:r>
        <w:br/>
      </w:r>
      <w:r>
        <w:rPr>
          <w:sz w:val="20"/>
        </w:rPr>
        <w:t>5:27  yeh kalma hai discovery ka. yeh bataya hua kalma nahi hai.</w:t>
      </w:r>
      <w:r>
        <w:br/>
      </w:r>
      <w:r>
        <w:rPr>
          <w:sz w:val="20"/>
        </w:rPr>
        <w:t>5:34  yeh aap ki discovery ka kalma hai. jaise aik martaba aik bahir ki Europe ki aik lady aai.</w:t>
      </w:r>
      <w:r>
        <w:br/>
      </w:r>
      <w:r>
        <w:rPr>
          <w:sz w:val="20"/>
        </w:rPr>
        <w:t>5:46  Taj Mahal dekhti gayi woh Agra mein. to jab us ne dekha Taj Mahal ko</w:t>
      </w:r>
      <w:r>
        <w:br/>
      </w:r>
      <w:r>
        <w:rPr>
          <w:sz w:val="20"/>
        </w:rPr>
        <w:t>5:55  to us ki zuban se achanak nikla wonderful wonderful. kisi ne is ko bataya nahi tha. is lady ko kisi ne nahi bataya tha ke Taj Mahal dekhna to yeh kehna.</w:t>
      </w:r>
      <w:r>
        <w:br/>
      </w:r>
      <w:r>
        <w:rPr>
          <w:sz w:val="20"/>
        </w:rPr>
        <w:t>6:12  Taj Mahal jab dekhna to yeh kehna. nahi. us ke dil ki automatic awaz se khud ba khud bol pari wonderful wonderful wonderful.</w:t>
      </w:r>
      <w:r>
        <w:br/>
      </w:r>
      <w:r>
        <w:rPr>
          <w:sz w:val="20"/>
        </w:rPr>
        <w:t>6:24  to aap jab is paida hon bachpan se aap dekh rahe hain ke kis ne mujhe paida kiya. aur paida karte hi yahan duniya mein mere liye sab kuch de diya ab is ko.</w:t>
      </w:r>
      <w:r>
        <w:br/>
      </w:r>
      <w:r>
        <w:rPr>
          <w:sz w:val="20"/>
        </w:rPr>
        <w:t>6:38  yani suraj bhi hai, hawa bhi hai, ghalla bhi hai, phal bhi hai, pani bhi hai. yeh kaise hai? bohat hi right place hai rehne ke liye zameen.</w:t>
      </w:r>
      <w:r>
        <w:br/>
      </w:r>
      <w:r>
        <w:rPr>
          <w:sz w:val="20"/>
        </w:rPr>
        <w:t>6:49  yeh sab kaise hai? to sochte sochte jaise woh keh pari wonderful. aap keh parhte hain Alhamdulillah Rabbil Alameen.</w:t>
      </w:r>
      <w:r>
        <w:br/>
      </w:r>
      <w:r>
        <w:rPr>
          <w:sz w:val="20"/>
        </w:rPr>
        <w:t>7:03  Khudaya tu kitna bara hai. alfaaz kahan se laoon mein?</w:t>
      </w:r>
      <w:r>
        <w:br/>
      </w:r>
      <w:r>
        <w:rPr>
          <w:sz w:val="20"/>
        </w:rPr>
        <w:t>7:12  Alhamdulillah Rabbil Alameen ka matlab yeh ke Khudaya mere paas to alfaaz hi nahi hain.</w:t>
      </w:r>
      <w:r>
        <w:br/>
      </w:r>
      <w:r>
        <w:rPr>
          <w:sz w:val="20"/>
        </w:rPr>
        <w:t>7:21  Alif Laam Meem jab parhte hain aap woh bhi matlab hai is ka yeh. Khudaya insani zuban mein to alfaaz hi nahi hain. main kaise tera itraaf karoon?</w:t>
      </w:r>
      <w:r>
        <w:br/>
      </w:r>
      <w:r>
        <w:rPr>
          <w:sz w:val="20"/>
        </w:rPr>
        <w:t>7:34  yeh hai maqsad Quran. maqsad Quran hai ke aap ke andar intellectual development paida karna. aap ko sochne wala banana.</w:t>
      </w:r>
      <w:r>
        <w:br/>
      </w:r>
      <w:r>
        <w:rPr>
          <w:sz w:val="20"/>
        </w:rPr>
        <w:t>7:47  right way of thinking aap ke andar lana. yahan tak ke aap aik developed mind ban jayen. aik awaken mind ban jayen.</w:t>
      </w:r>
      <w:r>
        <w:br/>
      </w:r>
      <w:r>
        <w:rPr>
          <w:sz w:val="20"/>
        </w:rPr>
        <w:t>7:58  aur phir keh parhen jaise us ne kaha tha wonderful aap keh saken Alhamdulillah Rabbil Alameen. yeh hai maqsad Quran.</w:t>
      </w:r>
    </w:p>
    <w:p>
      <w:pPr>
        <w:pStyle w:val="Heading2"/>
      </w:pPr>
      <w:r>
        <w:t>Student story and conclusion on incentive and Quran</w:t>
      </w:r>
    </w:p>
    <w:p>
      <w:r>
        <w:rPr>
          <w:color w:val="666666"/>
          <w:sz w:val="18"/>
        </w:rPr>
        <w:t>Incentive Matters Most 8 Dec 2019 - Maulana Wahiduddin Khan · 5m 43s · at 20:21 · https://youtu.be/07PMcV-Z8Vo?t=1221</w:t>
      </w:r>
    </w:p>
    <w:p>
      <w:r>
        <w:rPr>
          <w:i/>
        </w:rPr>
        <w:t>“Main aadha bond mein tha, ek talib-e-ilm tha”</w:t>
      </w:r>
    </w:p>
    <w:p>
      <w:r>
        <w:rPr>
          <w:sz w:val="20"/>
        </w:rPr>
        <w:t>20:21  main aadha bond mein jab tha to wahan jahan masjid ke bahir aik kamra hota tha, to main ne dekha ke aik talib ilm tha, aik talib ilm bilkul phatte purane kapre pehanta tha woh, lekin is kamre ko is ne kiraye par le rakha tha.</w:t>
      </w:r>
      <w:r>
        <w:br/>
      </w:r>
      <w:r>
        <w:rPr>
          <w:sz w:val="20"/>
        </w:rPr>
        <w:t>20:49  dekhne mein ghareeb tha, lekin is ne is kamre ko kiraye par rakha tha. to aik din main is kamre mein gaya, aik din main is kamre mein gaya to main ne dekha ke woh larka,</w:t>
      </w:r>
      <w:r>
        <w:br/>
      </w:r>
      <w:r>
        <w:rPr>
          <w:sz w:val="20"/>
        </w:rPr>
        <w:t>21:04  us ke baal bare bare baal hain aur bohat hi maamooli kamra hai,</w:t>
      </w:r>
      <w:r>
        <w:br/>
      </w:r>
      <w:r>
        <w:rPr>
          <w:sz w:val="20"/>
        </w:rPr>
        <w:t>21:13  koi is ka dost nahi, bas woh parh raha hai, parh raha hai, parh raha hai.</w:t>
      </w:r>
      <w:r>
        <w:br/>
      </w:r>
      <w:r>
        <w:rPr>
          <w:sz w:val="20"/>
        </w:rPr>
        <w:t>21:20  to is larkay ne se main ne poocha,</w:t>
      </w:r>
      <w:r>
        <w:br/>
      </w:r>
      <w:r>
        <w:rPr>
          <w:sz w:val="20"/>
        </w:rPr>
        <w:t>21:27  to is larkay ne kaha tha ke ke main ghareeb baap ka beta hoon.</w:t>
      </w:r>
      <w:r>
        <w:br/>
      </w:r>
      <w:r>
        <w:rPr>
          <w:sz w:val="20"/>
        </w:rPr>
        <w:t>21:36  us ne kaha tha us waqt, bohat pehle ki baat hai ke main ghareeb baap ka beta hoon.</w:t>
      </w:r>
      <w:r>
        <w:br/>
      </w:r>
      <w:r>
        <w:rPr>
          <w:sz w:val="20"/>
        </w:rPr>
        <w:t>21:45  mere paas aik hi سرمایہ hai, mere paas aik hi capital hai, woh hai mehnat, hard working.</w:t>
      </w:r>
      <w:r>
        <w:br/>
      </w:r>
      <w:r>
        <w:rPr>
          <w:sz w:val="20"/>
        </w:rPr>
        <w:t>21:59  to woh main ne laga diya hai. ab woh i.s. ki tayari kar raha tha, i.s.</w:t>
      </w:r>
      <w:r>
        <w:br/>
      </w:r>
      <w:r>
        <w:rPr>
          <w:sz w:val="20"/>
        </w:rPr>
        <w:t>22:10  to us ne kaha ke main ne apni, apne paas jo taqat hai, woh main ne jhonk diya hai.</w:t>
      </w:r>
      <w:r>
        <w:br/>
      </w:r>
      <w:r>
        <w:rPr>
          <w:sz w:val="20"/>
        </w:rPr>
        <w:t>22:21  main ne dekha tha ke is kamre ke bahir wali ball ka bana bana hua tha, log wali ball khelte the, lekin is larkay ko main ne kabhi nahi dekha wali ball khelte hue.</w:t>
      </w:r>
      <w:r>
        <w:br/>
      </w:r>
      <w:r>
        <w:rPr>
          <w:sz w:val="20"/>
        </w:rPr>
        <w:t>22:36  woh bas apne kamre mein parhta tha, parhta tha, parhta tha.</w:t>
      </w:r>
      <w:r>
        <w:br/>
      </w:r>
      <w:r>
        <w:rPr>
          <w:sz w:val="20"/>
        </w:rPr>
        <w:t>22:43  yahan tak ke woh larka, is larkay ne aai es ke imtehan mein top kiya, top.</w:t>
      </w:r>
      <w:r>
        <w:br/>
      </w:r>
      <w:r>
        <w:rPr>
          <w:sz w:val="20"/>
        </w:rPr>
        <w:t>22:57  aik martaba aik aadmi wahan aaya</w:t>
      </w:r>
      <w:r>
        <w:br/>
      </w:r>
      <w:r>
        <w:rPr>
          <w:sz w:val="20"/>
        </w:rPr>
        <w:t>23:03  toh woh aadmi kisi se baat kar raha tha, toh us aadmi ko angrezi aati thi, yaani school parha hua tha woh.</w:t>
      </w:r>
      <w:r>
        <w:br/>
      </w:r>
      <w:r>
        <w:rPr>
          <w:sz w:val="20"/>
        </w:rPr>
        <w:t>23:13  toh doosre wale se us ne baat kiya, woh angrezi kamzor thi us ki, toh beshak pareshan tha woh. toh woh larka aa jata hai, woh kehta hai, "here, here, here, here, here" keh ke woh is baat ko samajh mein aa gaya aur laga us ko jawab jawab dene.</w:t>
      </w:r>
      <w:r>
        <w:br/>
      </w:r>
      <w:r>
        <w:rPr>
          <w:sz w:val="20"/>
        </w:rPr>
        <w:t>23:37  itne shandar jawab diya us ne ke woh aadmi ghabra gaya.</w:t>
      </w:r>
      <w:r>
        <w:br/>
      </w:r>
      <w:r>
        <w:rPr>
          <w:sz w:val="20"/>
        </w:rPr>
        <w:t>23:45  toh mehnat aap ke hath mein hai, incentive aap ka, aap ke hath mein hai,</w:t>
      </w:r>
      <w:r>
        <w:br/>
      </w:r>
      <w:r>
        <w:rPr>
          <w:sz w:val="20"/>
        </w:rPr>
        <w:t>23:54  toh aap incentive ka istemal kijiye.</w:t>
      </w:r>
      <w:r>
        <w:br/>
      </w:r>
      <w:r>
        <w:rPr>
          <w:sz w:val="20"/>
        </w:rPr>
        <w:t>24:01  mehnat ka istemal kijiye. quran ki paishangoi ke mutabiq</w:t>
      </w:r>
      <w:r>
        <w:br/>
      </w:r>
      <w:r>
        <w:rPr>
          <w:sz w:val="20"/>
        </w:rPr>
        <w:t>24:12  apni soch banaiye.</w:t>
      </w:r>
      <w:r>
        <w:br/>
      </w:r>
      <w:r>
        <w:rPr>
          <w:sz w:val="20"/>
        </w:rPr>
        <w:t>24:17  quran ki jo paishangoi hai,</w:t>
      </w:r>
      <w:r>
        <w:br/>
      </w:r>
      <w:r>
        <w:rPr>
          <w:sz w:val="20"/>
        </w:rPr>
        <w:t>24:26  us ke mutabiq apni soch banaiye. woh yeh hai ke "kam min fiet qaleela ghlabat kaseera billah".</w:t>
      </w:r>
      <w:r>
        <w:br/>
      </w:r>
      <w:r>
        <w:rPr>
          <w:sz w:val="20"/>
        </w:rPr>
        <w:t>24:41  249 jo chahe abhi ja kar check kar le, surah al baqarah ki is aayat ko.</w:t>
      </w:r>
      <w:r>
        <w:br/>
      </w:r>
      <w:r>
        <w:rPr>
          <w:sz w:val="20"/>
        </w:rPr>
        <w:t>24:52  is mein ailaan hai allah ta'ala ki taraf se ke "kam min fiet qaleela ghlabat kaseera billah".</w:t>
      </w:r>
      <w:r>
        <w:br/>
      </w:r>
      <w:r>
        <w:rPr>
          <w:sz w:val="20"/>
        </w:rPr>
        <w:t>25:05  kitne qaleel giroh hain jo kaseer giroh par ghalib aate hain.</w:t>
      </w:r>
      <w:r>
        <w:br/>
      </w:r>
      <w:r>
        <w:rPr>
          <w:sz w:val="20"/>
        </w:rPr>
        <w:t>25:17  toh mein aap ko kehta hoon ke aap revaluation kijiye, replanning kijiye, rethinking laiye apne andar.</w:t>
      </w:r>
      <w:r>
        <w:br/>
      </w:r>
      <w:r>
        <w:rPr>
          <w:sz w:val="20"/>
        </w:rPr>
        <w:t>25:30  apni soch ko quran par dhalie,</w:t>
      </w:r>
      <w:r>
        <w:br/>
      </w:r>
      <w:r>
        <w:rPr>
          <w:sz w:val="20"/>
        </w:rPr>
        <w:t>25:37  apni soch ko quran par dhalie.</w:t>
      </w:r>
      <w:r>
        <w:br/>
      </w:r>
      <w:r>
        <w:rPr>
          <w:sz w:val="20"/>
        </w:rPr>
        <w:t>25:47  jo ailaan kar raha hai ke</w:t>
      </w:r>
      <w:r>
        <w:br/>
      </w:r>
      <w:r>
        <w:rPr>
          <w:sz w:val="20"/>
        </w:rPr>
        <w:t>25:51  giroh qaleel giroh kaseer par ghalib aata hai, woh kaise? jab woh khuda ke qanoon par qaim rahe.</w:t>
      </w:r>
    </w:p>
    <w:p>
      <w:pPr>
        <w:pStyle w:val="Heading2"/>
      </w:pPr>
      <w:r>
        <w:t>companions as historians preserving Quran and Hadith</w:t>
      </w:r>
    </w:p>
    <w:p>
      <w:r>
        <w:rPr>
          <w:color w:val="666666"/>
          <w:sz w:val="18"/>
        </w:rPr>
        <w:t>Islam &amp; Prophet of Islam 21 Oct, 2012 - Maulana Wahiduddin Khan · 5m 19s · at 8:44 · https://youtu.be/2hwtfOyNeS0?t=524</w:t>
      </w:r>
    </w:p>
    <w:p>
      <w:r>
        <w:rPr>
          <w:i/>
        </w:rPr>
        <w:t>“Allah raised a new generation of historians for the Prophet”</w:t>
      </w:r>
    </w:p>
    <w:p>
      <w:r>
        <w:rPr>
          <w:sz w:val="20"/>
        </w:rPr>
        <w:t>8:44  to allah taala ne kya kiya? allah taala ne historians ki ek nayi generation paida ki rasool allah ke liye. jo rasool allah ke jo sahabi the, sahaba companions, woh sab ke sab unhi ko mein keh raha hoon ke woh ek historian ki ek nayi generation the.</w:t>
      </w:r>
      <w:r>
        <w:br/>
      </w:r>
      <w:r>
        <w:rPr>
          <w:sz w:val="20"/>
        </w:rPr>
        <w:t>9:06  yeh paida kiye gaye desert mein hazrat hajra ke, hazrat hajra, hazrat ismail, hazrat ibrahim ne wahan par ek ek bohat bade mansoobe ke tehat wahan basaya aur wahan do hazar saal se zyada muddat tak log wahan ek ke dauran ek qaum paida hui jis ko hum kehte hain banu ismail</w:t>
      </w:r>
      <w:r>
        <w:br/>
      </w:r>
      <w:r>
        <w:rPr>
          <w:sz w:val="20"/>
        </w:rPr>
        <w:t>9:28  ۔ unhi mein prophet muhammad aaye aur phir unhi mein kaam kar ke aap ne aap ke saathi bane.</w:t>
      </w:r>
      <w:r>
        <w:br/>
      </w:r>
      <w:r>
        <w:rPr>
          <w:sz w:val="20"/>
        </w:rPr>
        <w:t>9:38  aap ke saathiyon ki tadad ke bare mein kaha jata hai ke un ka total number jo tha woh taqreeban do lakh tha.</w:t>
      </w:r>
      <w:r>
        <w:br/>
      </w:r>
      <w:r>
        <w:rPr>
          <w:sz w:val="20"/>
        </w:rPr>
        <w:t>9:49  aap companion jo the, companion aur hajjat al wida ke waqt, aaj bhi aap ki death se do do mahine pehle taqreeban, jo log arafat ke maidan mein aap ki aap ki final statement jo diya tha aap ne maus ko sunne ke liye maujood the, jo un ki tadad thi ek lakh 24 hazar.</w:t>
      </w:r>
      <w:r>
        <w:br/>
      </w:r>
      <w:r>
        <w:rPr>
          <w:sz w:val="20"/>
        </w:rPr>
        <w:t>10:13  to yeh kya? yeh yeh log kaun the? yeh sab historians ki ek nayi generation the. kyunke wahan par kya hua? rasool allah sallallahu alaihi wasallam par jo wahi aati thi quran ki shakal mein, to yeh saare log use yaad karte the.</w:t>
      </w:r>
      <w:r>
        <w:br/>
      </w:r>
      <w:r>
        <w:rPr>
          <w:sz w:val="20"/>
        </w:rPr>
        <w:t>10:30  do to dozen aise log the jo har waqt rasool allah ke sath rehte the, bari bari, is liye ke jab bhi koi wahi aaye to foran woh likh len.</w:t>
      </w:r>
      <w:r>
        <w:br/>
      </w:r>
      <w:r>
        <w:rPr>
          <w:sz w:val="20"/>
        </w:rPr>
        <w:t>10:40  woh</w:t>
      </w:r>
      <w:r>
        <w:br/>
      </w:r>
      <w:r>
        <w:rPr>
          <w:sz w:val="20"/>
        </w:rPr>
        <w:t>10:42  to do darjan to aise log the jo baqayda ko aap ke secretariat ka aap keh sakte hain aaj kal ki zaban mein, lekin sare hi sahaba quran ko yaad karte the.</w:t>
      </w:r>
      <w:r>
        <w:br/>
      </w:r>
      <w:r>
        <w:rPr>
          <w:sz w:val="20"/>
        </w:rPr>
        <w:t>10:53  to jab quran utra, usi waqt record bhi ho gaya. woh pehle membar mein, phir kaghaz par. pichhle zamane mein jo nabi aaye, un ke sath aisa nahi hua.</w:t>
      </w:r>
      <w:r>
        <w:br/>
      </w:r>
      <w:r>
        <w:rPr>
          <w:sz w:val="20"/>
        </w:rPr>
        <w:t>11:04  to nabi chala gaya to us ki us ki kitab bhi chali gayi.</w:t>
      </w:r>
      <w:r>
        <w:br/>
      </w:r>
      <w:r>
        <w:rPr>
          <w:sz w:val="20"/>
        </w:rPr>
        <w:t>11:09  isi ke sath kya hua ke rasool allah sallallahu alaihi wasallam jo bolte the, jo karte the, jo aap ke mamlaat the, woh sab ko log dekhte the aur us ko bhi record karte the.</w:t>
      </w:r>
      <w:r>
        <w:br/>
      </w:r>
      <w:r>
        <w:rPr>
          <w:sz w:val="20"/>
        </w:rPr>
        <w:t>11:21  woh rasool allah ke baad, yani quran to rasool allah ki zabani bhi likha ja chuka tha aur phir us ki copy kar kar ke jagah jagah bheji jati thi.</w:t>
      </w:r>
      <w:r>
        <w:br/>
      </w:r>
      <w:r>
        <w:rPr>
          <w:sz w:val="20"/>
        </w:rPr>
        <w:t>11:34  to quran record ho gaya tha rasool allah ki zabani mein. lekin us ke baad kya hua ke ek ek aur ilm paida hua jis ko kehte hain hadith.</w:t>
      </w:r>
      <w:r>
        <w:br/>
      </w:r>
      <w:r>
        <w:rPr>
          <w:sz w:val="20"/>
        </w:rPr>
        <w:t>11:44  to rasool Allah ki tamam baatein, jo bhi aap ne kaha, jo bhi aap ne kiya, jab bhi aap bolay, woh sab hadees mein record kiya gaya. hadeeson ki tadad taqreeban pachas hazar hai.</w:t>
      </w:r>
      <w:r>
        <w:br/>
      </w:r>
      <w:r>
        <w:rPr>
          <w:sz w:val="20"/>
        </w:rPr>
        <w:t>11:58  to woh kya hai? woh rasool Allah ki zindagi ka record hai. jo revelation aaya Allah ki taraf se, us ka record hai Quran aur rasool Allah ne jo kar ke dikhaya apni zindagi se, us ka record hai hadees.</w:t>
      </w:r>
      <w:r>
        <w:br/>
      </w:r>
      <w:r>
        <w:rPr>
          <w:sz w:val="20"/>
        </w:rPr>
        <w:t>12:17  to Quran mein hai ke "nahnu nazzalna zikra wa inna lahu al-hafizoon" yaani hum ne bheja hai yeh kitaab Quran aur hum is ko zaroor mehfooz rakhein gay.</w:t>
      </w:r>
      <w:r>
        <w:br/>
      </w:r>
      <w:r>
        <w:rPr>
          <w:sz w:val="20"/>
        </w:rPr>
        <w:t>12:30  to Quran ek taraf Allah taala ne zimmedari le li Quran ki hifazat ki aur doosri taraf hadees Quran mein hai ke "laqad kana lakum fi rasool Allah uswatun hasanah" to rasool Allah ki uswa jo tha, aap ki jo life thi,</w:t>
      </w:r>
      <w:r>
        <w:br/>
      </w:r>
      <w:r>
        <w:rPr>
          <w:sz w:val="20"/>
        </w:rPr>
        <w:t>12:47  aap ki zindagi ke jo namoonay thay, woh sab hadees mein jama hotay rahay.</w:t>
      </w:r>
      <w:r>
        <w:br/>
      </w:r>
      <w:r>
        <w:rPr>
          <w:sz w:val="20"/>
        </w:rPr>
        <w:t>12:53  to sari hadeesein likhi gayeen. is ko kehte hain hadeeson ki tadween, hadeeson ka badun karna. to yeh kaun log thay?</w:t>
      </w:r>
      <w:r>
        <w:br/>
      </w:r>
      <w:r>
        <w:rPr>
          <w:sz w:val="20"/>
        </w:rPr>
        <w:t>13:03  yeh ek nai generation thi historians ki jinho ne ek taraf rasool Allah ki wahi ko likha, doosri taraf rasool Allah ke apne baaton ko likha.</w:t>
      </w:r>
      <w:r>
        <w:br/>
      </w:r>
      <w:r>
        <w:rPr>
          <w:sz w:val="20"/>
        </w:rPr>
        <w:t>13:14  to dono cheezon, dono cheezon ka record ban gaya, yaani kitaab ka bhi aur rasool Allah ke namoonay ka bhi.</w:t>
      </w:r>
      <w:r>
        <w:br/>
      </w:r>
      <w:r>
        <w:rPr>
          <w:sz w:val="20"/>
        </w:rPr>
        <w:t>13:21  to Allah taala ka matloob tha ke do cheezon ka authentic record tareekh mein mehfooz ho jaye, yaani ek kitaab ka, doosray uswa ka, yaani model ka, peghambar ka model, practical model.</w:t>
      </w:r>
      <w:r>
        <w:br/>
      </w:r>
      <w:r>
        <w:rPr>
          <w:sz w:val="20"/>
        </w:rPr>
        <w:t>13:37  to aaj ideological sense mein Quran</w:t>
      </w:r>
      <w:r>
        <w:br/>
      </w:r>
      <w:r>
        <w:rPr>
          <w:sz w:val="20"/>
        </w:rPr>
        <w:t>13:43  woh source hai Allah ki hidayat ko janne ka aur practical sense mein source hai hadees jis se hum rasool Allah ke model ko jantay hain.</w:t>
      </w:r>
      <w:r>
        <w:br/>
      </w:r>
      <w:r>
        <w:rPr>
          <w:sz w:val="20"/>
        </w:rPr>
        <w:t>13:53  to yeh do cheez Allah ke khusoosi intezam ke tehat record ho gayi aur woh aaj tak record hai.</w:t>
      </w:r>
    </w:p>
    <w:p>
      <w:pPr>
        <w:pStyle w:val="Heading2"/>
      </w:pPr>
      <w:r>
        <w:t>Prophet's da'wah against three evils</w:t>
      </w:r>
    </w:p>
    <w:p>
      <w:r>
        <w:rPr>
          <w:color w:val="666666"/>
          <w:sz w:val="18"/>
        </w:rPr>
        <w:t>The Straight Path October 30, 2011 Maulana Wahiduddin Khan · 5m 22s · at 30:29 · https://youtu.be/PKFHe82Jz58?t=1829</w:t>
      </w:r>
    </w:p>
    <w:p>
      <w:r>
        <w:rPr>
          <w:i/>
        </w:rPr>
        <w:t>“Rasool Allah ke zamane mein bhi yeh masla mojood tha”</w:t>
      </w:r>
    </w:p>
    <w:p>
      <w:r>
        <w:rPr>
          <w:sz w:val="20"/>
        </w:rPr>
        <w:t>30:29  phir isi ko hum follow karein. ek shakhs mere ilm mein nahi hai jis ne aisa kiya ho. bas bayan likh kar bayan dena, kitabein chhapna, taqreerein karna, dhoom machana,</w:t>
      </w:r>
      <w:r>
        <w:br/>
      </w:r>
      <w:r>
        <w:rPr>
          <w:sz w:val="20"/>
        </w:rPr>
        <w:t>30:44  yahi kar rahe hain musalman.</w:t>
      </w:r>
      <w:r>
        <w:br/>
      </w:r>
      <w:r>
        <w:rPr>
          <w:sz w:val="20"/>
        </w:rPr>
        <w:t>30:47  ab dekhiye, ek ek ko lijiye, aap ek ek ko aap lijiye. sab se pehle aap lijiye istemaar ko.</w:t>
      </w:r>
      <w:r>
        <w:br/>
      </w:r>
      <w:r>
        <w:rPr>
          <w:sz w:val="20"/>
        </w:rPr>
        <w:t>30:58  istemaar, samri, samrajiyat.</w:t>
      </w:r>
      <w:r>
        <w:br/>
      </w:r>
      <w:r>
        <w:rPr>
          <w:sz w:val="20"/>
        </w:rPr>
        <w:t>31:04  musalmanon ka khayal hai ke pehle maghribi samraj bichaya hua tha, british samraj, french samraj, ab america mein samraj hai,</w:t>
      </w:r>
      <w:r>
        <w:br/>
      </w:r>
      <w:r>
        <w:rPr>
          <w:sz w:val="20"/>
        </w:rPr>
        <w:t>31:19  is</w:t>
      </w:r>
      <w:r>
        <w:br/>
      </w:r>
      <w:r>
        <w:rPr>
          <w:sz w:val="20"/>
        </w:rPr>
        <w:t>31:20  ko istemaar kehte hain. main kehta hoon, rasool Allah ke zamanay mein bhi yeh masla maujood tha. woh kaise? jazeera numaaye arab ke sarhad par do bari istimari taqtein maujood theen is zamanay mein: ek Roman Empire aur doosra Sasani Empire.</w:t>
      </w:r>
      <w:r>
        <w:br/>
      </w:r>
      <w:r>
        <w:rPr>
          <w:sz w:val="20"/>
        </w:rPr>
        <w:t>31:44  ek Roman Empire, doosra Sasani Empire.</w:t>
      </w:r>
      <w:r>
        <w:br/>
      </w:r>
      <w:r>
        <w:rPr>
          <w:sz w:val="20"/>
        </w:rPr>
        <w:t>31:48  yaani theek wahi cheez jis ka aap kehte hain istemaar wahan maujood tha. aur in logon ke iraday jo thay, bohat hi khatarnak thay. Roman Empire ka irada kya tha, is ko aap jaan sakte hain Abraha ke waqayay se.</w:t>
      </w:r>
      <w:r>
        <w:br/>
      </w:r>
      <w:r>
        <w:rPr>
          <w:sz w:val="20"/>
        </w:rPr>
        <w:t>32:05  Abraha jo tha, Roman Empire ka governor tha.</w:t>
      </w:r>
      <w:r>
        <w:br/>
      </w:r>
      <w:r>
        <w:rPr>
          <w:sz w:val="20"/>
        </w:rPr>
        <w:t>32:11  Roman Empire hi ki madad se is ne makkah par hamla kiya tha, jis ka zikr surah al-fil mein hai.</w:t>
      </w:r>
      <w:r>
        <w:br/>
      </w:r>
      <w:r>
        <w:rPr>
          <w:sz w:val="20"/>
        </w:rPr>
        <w:t>32:19  to agarchay woh kamyab nahi hua, lekin is se yeh baat maloom ho gayi ke in ke iraday kya hain. phir is ke baad jo ghazwa moot hua tha, woh bhi inhi logon ka mamla tha, Roman Empire ka mamla tha.</w:t>
      </w:r>
      <w:r>
        <w:br/>
      </w:r>
      <w:r>
        <w:rPr>
          <w:sz w:val="20"/>
        </w:rPr>
        <w:t>32:33  yani sarhad par aik taraf Roman Empire maujood tha, jis ke iraday Abraha ke hamle ki shakal mein aur ghazwa-e-Maut ki shakal mein samnay aa chukay thay.</w:t>
      </w:r>
      <w:r>
        <w:br/>
      </w:r>
      <w:r>
        <w:rPr>
          <w:sz w:val="20"/>
        </w:rPr>
        <w:t>32:48  Doosri taraf Irani Empire tha, is ki misaal mein deta hoon aap ko.</w:t>
      </w:r>
      <w:r>
        <w:br/>
      </w:r>
      <w:r>
        <w:rPr>
          <w:sz w:val="20"/>
        </w:rPr>
        <w:t>32:56  Rasool Allah (SAW) ne aik baar jo wahan par aswaaq hua karte thay, yani jo bazaar lagte thay aur qabail aate thay wahan par Makay ke mein, bazaar lagte thay,</w:t>
      </w:r>
      <w:r>
        <w:br/>
      </w:r>
      <w:r>
        <w:rPr>
          <w:sz w:val="20"/>
        </w:rPr>
        <w:t>33:11  to aik qabailay ke paas aap gaye. Aap ne us ke samnay apna mission pesh kiya, tauheed ka mission.</w:t>
      </w:r>
      <w:r>
        <w:br/>
      </w:r>
      <w:r>
        <w:rPr>
          <w:sz w:val="20"/>
        </w:rPr>
        <w:t>33:22  to qabailay ke sardar ne, yani us ko aik mustahsan qarar diya ke aap ka mission acha mission hai.</w:t>
      </w:r>
      <w:r>
        <w:br/>
      </w:r>
      <w:r>
        <w:rPr>
          <w:sz w:val="20"/>
        </w:rPr>
        <w:t>33:33  to aap ne farmaya ke tum hamare saath do, hamein is ko qabool karo, is baat ko.</w:t>
      </w:r>
      <w:r>
        <w:br/>
      </w:r>
      <w:r>
        <w:rPr>
          <w:sz w:val="20"/>
        </w:rPr>
        <w:t>33:40  to qabailay ke sardar ne kaha ke hum nahi aisa kar sakte, kyunke hum</w:t>
      </w:r>
      <w:r>
        <w:br/>
      </w:r>
      <w:r>
        <w:rPr>
          <w:sz w:val="20"/>
        </w:rPr>
        <w:t>33:47  is tarah ke sarhad par hain, yani Iran ke sarhad par hain. Irani jo hukumat is zamanay mein thi, woh bohat bari thi, aaj ke Iran se ziyada bari thi.</w:t>
      </w:r>
      <w:r>
        <w:br/>
      </w:r>
      <w:r>
        <w:rPr>
          <w:sz w:val="20"/>
        </w:rPr>
        <w:t>33:56  woh to hum un ki sarhad par hain, un se hamara muahida hai,</w:t>
      </w:r>
      <w:r>
        <w:br/>
      </w:r>
      <w:r>
        <w:rPr>
          <w:sz w:val="20"/>
        </w:rPr>
        <w:t>34:04  yani Irani Empire ne hum se muahida kar rakha hai ke hum koi nai cheez apna ikhtiyar na karein. Yani stand-still ka muahida tha, woh stand-still jis ko kehte hain ke kuch bhi aap nai baat nahi karein ge, nahi to hum aap par hamla kar dein ge.</w:t>
      </w:r>
      <w:r>
        <w:br/>
      </w:r>
      <w:r>
        <w:rPr>
          <w:sz w:val="20"/>
        </w:rPr>
        <w:t>34:25  yeh muahida tha stand-still ka.</w:t>
      </w:r>
      <w:r>
        <w:br/>
      </w:r>
      <w:r>
        <w:rPr>
          <w:sz w:val="20"/>
        </w:rPr>
        <w:t>34:30  to agar hum aap ko apne haan le jayein, aap ki dawat ko apne haan le jayein to us ke muahiday ke khilaf hoga, aur woh phir hum se ghussa ho jayein ge.</w:t>
      </w:r>
      <w:r>
        <w:br/>
      </w:r>
      <w:r>
        <w:rPr>
          <w:sz w:val="20"/>
        </w:rPr>
        <w:t>34:38  woh log pata nahi kya karein ge.</w:t>
      </w:r>
      <w:r>
        <w:br/>
      </w:r>
      <w:r>
        <w:rPr>
          <w:sz w:val="20"/>
        </w:rPr>
        <w:t>34:43  Aisay doosra waqia hai ke Hudaybiyah ke baad aap ne mukhtalif mulk ko dawti khatoot bheje thay.</w:t>
      </w:r>
      <w:r>
        <w:br/>
      </w:r>
      <w:r>
        <w:rPr>
          <w:sz w:val="20"/>
        </w:rPr>
        <w:t>34:55  is mein se aik khat aap ne bheja tha</w:t>
      </w:r>
      <w:r>
        <w:br/>
      </w:r>
      <w:r>
        <w:rPr>
          <w:sz w:val="20"/>
        </w:rPr>
        <w:t>34:59  Iran ke badshah ke paas, jis ka naam Yazdar tha. To jante hain kya hua? Badshah ko jab khat diya gaya Rasool Allah (SAW) ka, to us ne us ko phaar ke phenk diya,</w:t>
      </w:r>
      <w:r>
        <w:br/>
      </w:r>
      <w:r>
        <w:rPr>
          <w:sz w:val="20"/>
        </w:rPr>
        <w:t>35:18  aur us ne kaha: "Yaktubu ilayhi abdi".</w:t>
      </w:r>
      <w:r>
        <w:br/>
      </w:r>
      <w:r>
        <w:rPr>
          <w:sz w:val="20"/>
        </w:rPr>
        <w:t>35:24  Itna bara mutamarrid tha woh: "Yaktubu ilayhi abdi". Yeh aadmi mere paas khat likhta, halanke mera ghulam hai.</w:t>
      </w:r>
      <w:r>
        <w:br/>
      </w:r>
      <w:r>
        <w:rPr>
          <w:sz w:val="20"/>
        </w:rPr>
        <w:t>35:33  woh to Arabon ko woh apna ghulam samajhte thay.</w:t>
      </w:r>
      <w:r>
        <w:br/>
      </w:r>
      <w:r>
        <w:rPr>
          <w:sz w:val="20"/>
        </w:rPr>
        <w:t>35:41  Is se aap andaza kar sakte hain ke jis cheez ko aap kehte hain istiamar, woh khud Rasool Allah ke zamanay mein maujood tha. Ab aap tansaar ko le lijiye.</w:t>
      </w:r>
    </w:p>
    <w:p>
      <w:pPr>
        <w:pStyle w:val="Heading2"/>
      </w:pPr>
      <w:r>
        <w:t>Prophet's patience in Mecca and positive status quoism</w:t>
      </w:r>
    </w:p>
    <w:p>
      <w:r>
        <w:rPr>
          <w:color w:val="666666"/>
          <w:sz w:val="18"/>
        </w:rPr>
        <w:t>The Message of The Quran at IIC | October 31, 2009 · 4m 03s · at 42:31 · https://youtu.be/bybfuPv1p98?t=2551</w:t>
      </w:r>
    </w:p>
    <w:p>
      <w:r>
        <w:rPr>
          <w:i/>
        </w:rPr>
        <w:t>“وہ Prophet of توحید تھے”</w:t>
      </w:r>
    </w:p>
    <w:p>
      <w:r>
        <w:rPr>
          <w:sz w:val="20"/>
        </w:rPr>
        <w:t>42:31  Wo Prophet of tauheed thay.</w:t>
      </w:r>
      <w:r>
        <w:br/>
      </w:r>
      <w:r>
        <w:rPr>
          <w:sz w:val="20"/>
        </w:rPr>
        <w:t>42:35  Yaani oneness of God un ka concept tha.</w:t>
      </w:r>
      <w:r>
        <w:br/>
      </w:r>
      <w:r>
        <w:rPr>
          <w:sz w:val="20"/>
        </w:rPr>
        <w:t>42:39  Oneness of God.</w:t>
      </w:r>
      <w:r>
        <w:br/>
      </w:r>
      <w:r>
        <w:rPr>
          <w:sz w:val="20"/>
        </w:rPr>
        <w:t>42:43  To aap paida hue Makkah mein.</w:t>
      </w:r>
      <w:r>
        <w:br/>
      </w:r>
      <w:r>
        <w:rPr>
          <w:sz w:val="20"/>
        </w:rPr>
        <w:t>42:48  Makkah mein kya tha? Sab log idol worshippers thay.</w:t>
      </w:r>
      <w:r>
        <w:br/>
      </w:r>
      <w:r>
        <w:rPr>
          <w:sz w:val="20"/>
        </w:rPr>
        <w:t>42:52  To sab log to khair thay lekin jo Kaaba banaya gaya tha Kaaba Kaaba banaya tha Hazrat Ibrahim</w:t>
      </w:r>
      <w:r>
        <w:br/>
      </w:r>
      <w:r>
        <w:rPr>
          <w:sz w:val="20"/>
        </w:rPr>
        <w:t>42:56  ne yaani tauheed ke center ke tor par. Ek Khuda</w:t>
      </w:r>
      <w:r>
        <w:br/>
      </w:r>
      <w:r>
        <w:rPr>
          <w:sz w:val="20"/>
        </w:rPr>
        <w:t>43:01  ki ibadat ke liye.</w:t>
      </w:r>
      <w:r>
        <w:br/>
      </w:r>
      <w:r>
        <w:rPr>
          <w:sz w:val="20"/>
        </w:rPr>
        <w:t>43:07  Kaaba ko banaya tha chaar hazar chaar hazar saal pehle Hazrat Ibrahim ne.</w:t>
      </w:r>
      <w:r>
        <w:br/>
      </w:r>
      <w:r>
        <w:rPr>
          <w:sz w:val="20"/>
        </w:rPr>
        <w:t>43:13  Is liye ke yahan par ek Khuda ki ibadat ki jaye.</w:t>
      </w:r>
      <w:r>
        <w:br/>
      </w:r>
      <w:r>
        <w:rPr>
          <w:sz w:val="20"/>
        </w:rPr>
        <w:t>43:19  achha baad ko later generation mein kya hua ke logon ne wahan par but lal rakh diye.</w:t>
      </w:r>
      <w:r>
        <w:br/>
      </w:r>
      <w:r>
        <w:rPr>
          <w:sz w:val="20"/>
        </w:rPr>
        <w:t>43:25  yani qabeel yani wahan par us waqt 360 but idol thay. yani 360</w:t>
      </w:r>
      <w:r>
        <w:br/>
      </w:r>
      <w:r>
        <w:rPr>
          <w:sz w:val="20"/>
        </w:rPr>
        <w:t>43:31  tribes tribes ke woh woh idol thay. 360 idols.</w:t>
      </w:r>
      <w:r>
        <w:br/>
      </w:r>
      <w:r>
        <w:rPr>
          <w:sz w:val="20"/>
        </w:rPr>
        <w:t>43:36  to unhon ne saare tribes ke idols ko la kar ke is mein rakh diya kaba mein.</w:t>
      </w:r>
      <w:r>
        <w:br/>
      </w:r>
      <w:r>
        <w:rPr>
          <w:sz w:val="20"/>
        </w:rPr>
        <w:t>43:41  yani ek khuda ki ibadat ka jo barkat banaya gaya tha us par 360 but rakh ke bhi.</w:t>
      </w:r>
      <w:r>
        <w:br/>
      </w:r>
      <w:r>
        <w:rPr>
          <w:sz w:val="20"/>
        </w:rPr>
        <w:t>43:46  aap dekhiye ke rasool Allah jo wahan paida hue to log fakhr karte hain mahmood but shikan par.</w:t>
      </w:r>
      <w:r>
        <w:br/>
      </w:r>
      <w:r>
        <w:rPr>
          <w:sz w:val="20"/>
        </w:rPr>
        <w:t>43:51  rasool Allah but shikan nahi thay.</w:t>
      </w:r>
      <w:r>
        <w:br/>
      </w:r>
      <w:r>
        <w:rPr>
          <w:sz w:val="20"/>
        </w:rPr>
        <w:t>43:56  yeh jhoota kaam kiya mahmood ne.</w:t>
      </w:r>
      <w:r>
        <w:br/>
      </w:r>
      <w:r>
        <w:rPr>
          <w:sz w:val="20"/>
        </w:rPr>
        <w:t>44:01  log fakhr karte hain ke mahmood but shikan but shikan hi islam mein hai hi nahi.</w:t>
      </w:r>
      <w:r>
        <w:br/>
      </w:r>
      <w:r>
        <w:rPr>
          <w:sz w:val="20"/>
        </w:rPr>
        <w:t>44:04  but shikan hi jo kiya mahmood ne woh to islam se koi taalluq is ka nahi.</w:t>
      </w:r>
      <w:r>
        <w:br/>
      </w:r>
      <w:r>
        <w:rPr>
          <w:sz w:val="20"/>
        </w:rPr>
        <w:t>44:08  woh to loot maar thi woh.</w:t>
      </w:r>
      <w:r>
        <w:br/>
      </w:r>
      <w:r>
        <w:rPr>
          <w:sz w:val="20"/>
        </w:rPr>
        <w:t>44:11  rasool Allah ne dekhiye 13 saal tak makka mein rahe.</w:t>
      </w:r>
      <w:r>
        <w:br/>
      </w:r>
      <w:r>
        <w:rPr>
          <w:sz w:val="20"/>
        </w:rPr>
        <w:t>44:14  kabhi aisa nahi hua ke objection bhi nahi kiya unhon ne.</w:t>
      </w:r>
      <w:r>
        <w:br/>
      </w:r>
      <w:r>
        <w:rPr>
          <w:sz w:val="20"/>
        </w:rPr>
        <w:t>44:18  aur todna to bohat door ki baat hai.</w:t>
      </w:r>
      <w:r>
        <w:br/>
      </w:r>
      <w:r>
        <w:rPr>
          <w:sz w:val="20"/>
        </w:rPr>
        <w:t>44:21  yani but ko todna kulhaadi le kar ke yeh bhi nahi kiya.</w:t>
      </w:r>
      <w:r>
        <w:br/>
      </w:r>
      <w:r>
        <w:rPr>
          <w:sz w:val="20"/>
        </w:rPr>
        <w:t>44:24  yahan tak ke objection bhi nahi kiya logon se ke tum kyun yahan but rakh rakha hai? Hazrat</w:t>
      </w:r>
      <w:r>
        <w:br/>
      </w:r>
      <w:r>
        <w:rPr>
          <w:sz w:val="20"/>
        </w:rPr>
        <w:t>44:28  ibrahim ne to banaya tha is ke liye. bilkul</w:t>
      </w:r>
      <w:r>
        <w:br/>
      </w:r>
      <w:r>
        <w:rPr>
          <w:sz w:val="20"/>
        </w:rPr>
        <w:t>44:31  is se ek dam indifferent ho gaye.</w:t>
      </w:r>
      <w:r>
        <w:br/>
      </w:r>
      <w:r>
        <w:rPr>
          <w:sz w:val="20"/>
        </w:rPr>
        <w:t>44:34  indifferent ho gaye.</w:t>
      </w:r>
      <w:r>
        <w:br/>
      </w:r>
      <w:r>
        <w:rPr>
          <w:sz w:val="20"/>
        </w:rPr>
        <w:t>44:37  is se kya faida hua? isi ko kehta hoon positive status quoism.</w:t>
      </w:r>
      <w:r>
        <w:br/>
      </w:r>
      <w:r>
        <w:rPr>
          <w:sz w:val="20"/>
        </w:rPr>
        <w:t>44:41  is se faida yeh hua ke un ko peace mil gaya.</w:t>
      </w:r>
      <w:r>
        <w:br/>
      </w:r>
      <w:r>
        <w:rPr>
          <w:sz w:val="20"/>
        </w:rPr>
        <w:t>44:44  foran hi peace mil gaya.</w:t>
      </w:r>
      <w:r>
        <w:br/>
      </w:r>
      <w:r>
        <w:rPr>
          <w:sz w:val="20"/>
        </w:rPr>
        <w:t>44:47  agar woh padte hain isi chakar mein ke button ko todna hai.</w:t>
      </w:r>
      <w:r>
        <w:br/>
      </w:r>
      <w:r>
        <w:rPr>
          <w:sz w:val="20"/>
        </w:rPr>
        <w:t>44:50  button ko nikalna hai.</w:t>
      </w:r>
      <w:r>
        <w:br/>
      </w:r>
      <w:r>
        <w:rPr>
          <w:sz w:val="20"/>
        </w:rPr>
        <w:t>44:53  kaba mein but na rahen.</w:t>
      </w:r>
      <w:r>
        <w:br/>
      </w:r>
      <w:r>
        <w:rPr>
          <w:sz w:val="20"/>
        </w:rPr>
        <w:t>44:56  yeh hota un ka.</w:t>
      </w:r>
      <w:r>
        <w:br/>
      </w:r>
      <w:r>
        <w:rPr>
          <w:sz w:val="20"/>
        </w:rPr>
        <w:t>44:59  to peace kahan milta un ko? peace nahi mil sakta tha un ko.</w:t>
      </w:r>
      <w:r>
        <w:br/>
      </w:r>
      <w:r>
        <w:rPr>
          <w:sz w:val="20"/>
        </w:rPr>
        <w:t>45:03  conflict intolerance larai violence yeh sab hota hai.</w:t>
      </w:r>
      <w:r>
        <w:br/>
      </w:r>
      <w:r>
        <w:rPr>
          <w:sz w:val="20"/>
        </w:rPr>
        <w:t>45:07  to peace mil gaya.</w:t>
      </w:r>
      <w:r>
        <w:br/>
      </w:r>
      <w:r>
        <w:rPr>
          <w:sz w:val="20"/>
        </w:rPr>
        <w:t>45:11  doosri baat yeh hai dekhiye ke kaba mein jab sare tribes ke but thay to kya hota tha?</w:t>
      </w:r>
      <w:r>
        <w:br/>
      </w:r>
      <w:r>
        <w:rPr>
          <w:sz w:val="20"/>
        </w:rPr>
        <w:t>45:16  un ka darshan karne ke liye woh aya karte thay wahan pe.</w:t>
      </w:r>
      <w:r>
        <w:br/>
      </w:r>
      <w:r>
        <w:rPr>
          <w:sz w:val="20"/>
        </w:rPr>
        <w:t>45:20  poore arab se jo kehte hain ziyarat.</w:t>
      </w:r>
      <w:r>
        <w:br/>
      </w:r>
      <w:r>
        <w:rPr>
          <w:sz w:val="20"/>
        </w:rPr>
        <w:t>45:25  poore arab se log atay thay taake apne apne bonton ko ziyarat karein is ko charhawa charhayein aur</w:t>
      </w:r>
      <w:r>
        <w:br/>
      </w:r>
      <w:r>
        <w:rPr>
          <w:sz w:val="20"/>
        </w:rPr>
        <w:t>45:29  is se aashirwad lein.</w:t>
      </w:r>
      <w:r>
        <w:br/>
      </w:r>
      <w:r>
        <w:rPr>
          <w:sz w:val="20"/>
        </w:rPr>
        <w:t>45:33  to wahan par daily gathering hoti thi.</w:t>
      </w:r>
      <w:r>
        <w:br/>
      </w:r>
      <w:r>
        <w:rPr>
          <w:sz w:val="20"/>
        </w:rPr>
        <w:t>45:37  wahan assembly hoti thi daily.</w:t>
      </w:r>
      <w:r>
        <w:br/>
      </w:r>
      <w:r>
        <w:rPr>
          <w:sz w:val="20"/>
        </w:rPr>
        <w:t>45:40  aap ne jab detach kiya is ko yani is problem ko to aap ko kya hua? aap ko</w:t>
      </w:r>
      <w:r>
        <w:br/>
      </w:r>
      <w:r>
        <w:rPr>
          <w:sz w:val="20"/>
        </w:rPr>
        <w:t>45:43  audience milne laga.</w:t>
      </w:r>
      <w:r>
        <w:br/>
      </w:r>
      <w:r>
        <w:rPr>
          <w:sz w:val="20"/>
        </w:rPr>
        <w:t>45:47  audience wahan par aap ja kar apni baat karne lage.</w:t>
      </w:r>
      <w:r>
        <w:br/>
      </w:r>
      <w:r>
        <w:rPr>
          <w:sz w:val="20"/>
        </w:rPr>
        <w:t>45:50  yani kitna anokha yeh hai concept jo islam mein hai ya quran mein hai.</w:t>
      </w:r>
      <w:r>
        <w:br/>
      </w:r>
      <w:r>
        <w:rPr>
          <w:sz w:val="20"/>
        </w:rPr>
        <w:t>45:54  Avoid the problem, avail the opportunity.</w:t>
      </w:r>
      <w:r>
        <w:br/>
      </w:r>
      <w:r>
        <w:rPr>
          <w:sz w:val="20"/>
        </w:rPr>
        <w:t>45:57  to yeh to super problem tha ke wahan idol rakhe hue thay itne sare.</w:t>
      </w:r>
      <w:r>
        <w:br/>
      </w:r>
      <w:r>
        <w:rPr>
          <w:sz w:val="20"/>
        </w:rPr>
        <w:t>46:00  yeh to super problem</w:t>
      </w:r>
      <w:r>
        <w:br/>
      </w:r>
      <w:r>
        <w:rPr>
          <w:sz w:val="20"/>
        </w:rPr>
        <w:t>46:04  tha.</w:t>
      </w:r>
      <w:r>
        <w:br/>
      </w:r>
      <w:r>
        <w:rPr>
          <w:sz w:val="20"/>
        </w:rPr>
        <w:t>46:07  to super problem ke rasool Allah ne avoid kiya.</w:t>
      </w:r>
      <w:r>
        <w:br/>
      </w:r>
      <w:r>
        <w:rPr>
          <w:sz w:val="20"/>
        </w:rPr>
        <w:t>46:11  to mahmood ne aa kar jo yahan but toda woh rasool Allah ka koi to nahi follow kiya is ne.</w:t>
      </w:r>
      <w:r>
        <w:br/>
      </w:r>
      <w:r>
        <w:rPr>
          <w:sz w:val="20"/>
        </w:rPr>
        <w:t>46:15  woh to woh to ek ek ek dakuon ko follow kiya is ne.</w:t>
      </w:r>
      <w:r>
        <w:br/>
      </w:r>
      <w:r>
        <w:rPr>
          <w:sz w:val="20"/>
        </w:rPr>
        <w:t>46:19  yeh to dakuon ka kaam tha.</w:t>
      </w:r>
      <w:r>
        <w:br/>
      </w:r>
      <w:r>
        <w:rPr>
          <w:sz w:val="20"/>
        </w:rPr>
        <w:t>46:22  islam se koi talluq nahi.</w:t>
      </w:r>
      <w:r>
        <w:br/>
      </w:r>
      <w:r>
        <w:rPr>
          <w:sz w:val="20"/>
        </w:rPr>
        <w:t>46:26  rasool Allah se koi talluq nahi is ka.</w:t>
      </w:r>
      <w:r>
        <w:br/>
      </w:r>
      <w:r>
        <w:rPr>
          <w:sz w:val="20"/>
        </w:rPr>
        <w:t>46:30  dekhiye ek ek ek bohat hi important jo</w:t>
      </w:r>
    </w:p>
    <w:p>
      <w:pPr>
        <w:pStyle w:val="Heading2"/>
      </w:pPr>
      <w:r>
        <w:t>Sara Fatima's dedicated work</w:t>
      </w:r>
    </w:p>
    <w:p>
      <w:r>
        <w:rPr>
          <w:color w:val="666666"/>
          <w:sz w:val="18"/>
        </w:rPr>
        <w:t>Experience of CPS Peace Conference 2023 May 7, 2023 · 4m 22s · at 30:36 · https://youtu.be/FXG2h96Ylsg?t=1836</w:t>
      </w:r>
    </w:p>
    <w:p>
      <w:r>
        <w:rPr>
          <w:i/>
        </w:rPr>
        <w:t>“She turned her entire home into a center.”</w:t>
      </w:r>
    </w:p>
    <w:p>
      <w:r>
        <w:rPr>
          <w:sz w:val="20"/>
        </w:rPr>
        <w:t>30:36  unhone apne pure ghar ko center hi bana liya hai. keh rahi hai bas humne ek kona apne liye rakha hai baqi pura jo hai sab c p s ko de diya hai ki log aaye yahan baithe hain aur yahan training hasil karen, kaam karen. to pura unhone apne aap ko bhi waqt kar diya hai, apne ghar ko bhi waqt kar diya hai. is mission ke liye bahut bade paimane par din raat kaam karti hain. hum log heran hote hain ki kaise woh yeh sab karti hain?</w:t>
      </w:r>
      <w:r>
        <w:br/>
      </w:r>
      <w:r>
        <w:rPr>
          <w:sz w:val="20"/>
        </w:rPr>
        <w:t>31:04  kaise unki kaise unko kehti hain sote bhi bahut kam hain. do teen ghanta mushkil se woh soti hain. har waqt kaam karti rehti hain. koi bhi opportunity aati hai to usko miss nahi karti. to bahut sare unke christian organizations hain. to woh unko bulate hain. program mein wahan jaate hain. to program mein chahe winter faith ka program ho ya peace kab par program ho woh program mein jaati hain. islam ka view point present karti hain.</w:t>
      </w:r>
      <w:r>
        <w:br/>
      </w:r>
      <w:r>
        <w:rPr>
          <w:sz w:val="20"/>
        </w:rPr>
        <w:t>31:34  uske baad sab logon ke liye quran distribution hota hai aur jo khawas hote hain khas khas log hain unke liye. bahut sari murane ki kitabein le jati hain. library ke liye kitabein le jati hain. to is tarike se woh saare kaam kar rahi hain. bahut taqreeban hafte mein do teen program unka is tarike se ho jata hai. wahan ashram chunke bangalore ka area aisa hai wahan bahut zyada educated community hai. to wahan ashram bahut hain.</w:t>
      </w:r>
      <w:r>
        <w:br/>
      </w:r>
      <w:r>
        <w:rPr>
          <w:sz w:val="20"/>
        </w:rPr>
        <w:t>32:03  isaiidare hain. to ashram bhi jaati hain. wahan un logon ko se batchit karti hain. un logon ko maurana ki literature pesh karti hain. phir wahan par masjidon mein unke unki poori team hai. yeh nayat umri sahab hain aur poori team hai to unke zariye se woh jaati hain aur saath mein bhi jaate hain woh log. madarson mein jaate hain. masjidon mein jaate hain. libraryon mein jaate hain aur wahan woh sara literature mein pahunchati hain.</w:t>
      </w:r>
      <w:r>
        <w:br/>
      </w:r>
      <w:r>
        <w:rPr>
          <w:sz w:val="20"/>
        </w:rPr>
        <w:t>32:31  to chunke woh pehle bhi woh college mein lecturer thi. to unko yeh sab tazarbhi hai. to woh college mein yeh school mein, university mein mustaqil program karti rehti hain. is par hi islam se related jo issues hain. phir unho ne spirit of islam usmein nikala. bahut mehnat se din raat usmein mehnat karti hain. kabhi koi galti usmein nahi nikalti. proof reading bhi das das baar woh karti hain.</w:t>
      </w:r>
      <w:r>
        <w:br/>
      </w:r>
      <w:r>
        <w:rPr>
          <w:sz w:val="20"/>
        </w:rPr>
        <w:t>33:01  to ab yeh jab se lockdown hua tha corona to unho ne physical copy band kar diya ab website uski bana diya hai aur woh soft copy uski hai lekin woh usi tarike se abhi bhi nikal raha hai. aur khud bhi seminar organize karti hai. to jab maulana the to unho ne ek seminar ek interface ek ek program organize kiya tha uska c p s ke liye. to bahut zabardast program hua tha.</w:t>
      </w:r>
      <w:r>
        <w:br/>
      </w:r>
      <w:r>
        <w:rPr>
          <w:sz w:val="20"/>
        </w:rPr>
        <w:t>33:30  bahut sare log wahan aaye the aur bahut hi kamyab program hua tha. iske alawa woh zoom meetings karti hain. unka ek kaam yeh hai ki woh logon ko train karti hain. to naye naye log unke paas aate hain. to kabhi physical meeting hoti hai. kabhi zoom meeting hoti hai. to un logon ki training hoti hai. train karke unko dahi banana aur phir unke zariye se phir kaam ko aage badhana. to kaam yahi hai ki woh literature zyada se zyada distribute ho.</w:t>
      </w:r>
      <w:r>
        <w:br/>
      </w:r>
      <w:r>
        <w:rPr>
          <w:sz w:val="20"/>
        </w:rPr>
        <w:t>33:59  jab lockdown ke zamane mein bhi woh khamosh nahi baithti thi. two wheeler le kar ke chali jati thi jahan jahan jo colony mein jitna bhi ja sakti thi ja kar distribution karti thi. to woh bilkul ek bahut hi unique lady hain. unka to shayad koi comparison hi nahi hai. iske alawa woh kehti hai bahut sare woh bhi aur bhi log hai jo kehte hai hum apne doctors bhi badalte rehte hai.</w:t>
      </w:r>
      <w:r>
        <w:br/>
      </w:r>
      <w:r>
        <w:rPr>
          <w:sz w:val="20"/>
        </w:rPr>
        <w:t>34:29  taki har baar jab naye doctor yahan jayenge to unko uran pesh karenge, literature pesh karenge. to yahi woh bhi karti hai. doctors badalti hain, shop par jati hain. kabhi ek shop par jayengi, kabhi doosri shop par jayengi. taki mauka mile unko puran dene ka. koi bhi ghar mein aata hai jaise technicians waghera ghar mein aate hain. to unko unko thoda sa usko introduce karenge ki hum kya kaam kar rahe hain?</w:t>
      </w:r>
      <w:r>
        <w:br/>
      </w:r>
      <w:r>
        <w:rPr>
          <w:sz w:val="20"/>
        </w:rPr>
        <w:t>34:58  phir unko literature dengi. ek baar yeh to bahut hi bahut hi ajeeb waqia hai ki ek baar ek baje raat ko kuch bahar bachche jo hain college ki college going girls aur boys jo hai na kuch zor zor bol rahe the to inki aankh khul gayi. to bahar nikli. ab koi bhi doosra hota to woh gussa hota ki tum log sone nahi de rahe ho hum log humein. woh gayi hai bahut hi beta beta keh kar unko baat ki ki wahan aa jao ghar ke andar aa jao.</w:t>
      </w:r>
    </w:p>
    <w:p>
      <w:pPr>
        <w:pStyle w:val="Heading2"/>
      </w:pPr>
      <w:r>
        <w:t>Great scientists and the mystery of the universe</w:t>
      </w:r>
    </w:p>
    <w:p>
      <w:r>
        <w:rPr>
          <w:color w:val="666666"/>
          <w:sz w:val="18"/>
        </w:rPr>
        <w:t>In Pursuit of Reality October 25, 2008 · 6m 10s · at 16:30 · https://youtu.be/tz3cEF-6zjQ?t=990</w:t>
      </w:r>
    </w:p>
    <w:p>
      <w:r>
        <w:rPr>
          <w:i/>
        </w:rPr>
        <w:t>“Newton jo hai, bahut bada mana jata hai.”</w:t>
      </w:r>
    </w:p>
    <w:p>
      <w:r>
        <w:rPr>
          <w:sz w:val="20"/>
        </w:rPr>
        <w:t>16:30  newton jo hai, bohat bara mana jata hai, yani founder of modern science mana jata hai. newton ko newton ne apne bare mein kaha ke meri misaal is bachche ki hai jo sea shore par shell se se khel raha ho.</w:t>
      </w:r>
      <w:r>
        <w:br/>
      </w:r>
      <w:r>
        <w:rPr>
          <w:sz w:val="20"/>
        </w:rPr>
        <w:t>16:51  shell yani ghonghe se khel raha ho. samandar ke kinare ek bachcha ghonghe shell se se khel raha ho, waisi meri misaal hai.</w:t>
      </w:r>
      <w:r>
        <w:br/>
      </w:r>
      <w:r>
        <w:rPr>
          <w:sz w:val="20"/>
        </w:rPr>
        <w:t>17:03  kyunke universal of knowledge ka to abhi mujhe kuch bhi nahi mila. jo mila hai, woh to ek aita ke barabar bhi nahi hai.</w:t>
      </w:r>
      <w:r>
        <w:br/>
      </w:r>
      <w:r>
        <w:rPr>
          <w:sz w:val="20"/>
        </w:rPr>
        <w:t>17:11  yeh newton ka haal tha.</w:t>
      </w:r>
      <w:r>
        <w:br/>
      </w:r>
      <w:r>
        <w:rPr>
          <w:sz w:val="20"/>
        </w:rPr>
        <w:t>17:16  einstein ko dekhiye, jo top most scientist mana jata hai is zamane ka. is ne sari zindagi, sari zindagi, sari zindagi laga di.</w:t>
      </w:r>
      <w:r>
        <w:br/>
      </w:r>
      <w:r>
        <w:rPr>
          <w:sz w:val="20"/>
        </w:rPr>
        <w:t>17:28  aur is ke baad is ne theory of relativity discovery hui. is ko is se bohat hi mashhoor hua.</w:t>
      </w:r>
      <w:r>
        <w:br/>
      </w:r>
      <w:r>
        <w:rPr>
          <w:sz w:val="20"/>
        </w:rPr>
        <w:t>17:38  lekin yeh jo is ki yeh jo theory hai, theory of relativity, is mein woh batata hai ke sab se bara jo dilemma hai, woh yeh hai mere jese logon ke liye.</w:t>
      </w:r>
      <w:r>
        <w:br/>
      </w:r>
      <w:r>
        <w:rPr>
          <w:sz w:val="20"/>
        </w:rPr>
        <w:t>17:55  woh yeh hai ke</w:t>
      </w:r>
      <w:r>
        <w:br/>
      </w:r>
      <w:r>
        <w:rPr>
          <w:sz w:val="20"/>
        </w:rPr>
        <w:t>18:00  is ki apni wording mein "no absolute frame of reference exists".</w:t>
      </w:r>
      <w:r>
        <w:br/>
      </w:r>
      <w:r>
        <w:rPr>
          <w:sz w:val="20"/>
        </w:rPr>
        <w:t>18:10  "no absolute frame of reference exists". yani yahan hum chahte hain ke absolute frame of reference mile, tabhi to hum baton ko jaan payenge.</w:t>
      </w:r>
      <w:r>
        <w:br/>
      </w:r>
      <w:r>
        <w:rPr>
          <w:sz w:val="20"/>
        </w:rPr>
        <w:t>18:23  woh hamari discoverable hi nahi hai. ab bataiye ke aadmi ko kaise sukoon milega? kaise satisfaction milega?</w:t>
      </w:r>
      <w:r>
        <w:br/>
      </w:r>
      <w:r>
        <w:rPr>
          <w:sz w:val="20"/>
        </w:rPr>
        <w:t>18:33  ke sari umar kharch kar ke kya pata chala ke "there is no absolute frame of reference"?</w:t>
      </w:r>
      <w:r>
        <w:br/>
      </w:r>
      <w:r>
        <w:rPr>
          <w:sz w:val="20"/>
        </w:rPr>
        <w:t>18:44  yahan par is ka khata hua.</w:t>
      </w:r>
      <w:r>
        <w:br/>
      </w:r>
      <w:r>
        <w:rPr>
          <w:sz w:val="20"/>
        </w:rPr>
        <w:t>18:49  bohat top ka scientist tha sir arthur addington. aakhri zamane mein is ne ek kitaab likhi jo chapi hai "unseen world".</w:t>
      </w:r>
      <w:r>
        <w:br/>
      </w:r>
      <w:r>
        <w:rPr>
          <w:sz w:val="20"/>
        </w:rPr>
        <w:t>19:01  "unseen world" yani duniya aisi hai jo hamare observation mein nahi aati. hamare paas aankh hai, hum dekhna chahte hain, lekin jo dikhai jo object hai, woh dikhai nahi deta.</w:t>
      </w:r>
      <w:r>
        <w:br/>
      </w:r>
      <w:r>
        <w:rPr>
          <w:sz w:val="20"/>
        </w:rPr>
        <w:t>19:17  hamare paas do do aankhein hain, hum chahte hain ke dekhein, lekin jo object hai, woh dikhai nahi deta. to is ne kitaab likhi "unseen world".</w:t>
      </w:r>
      <w:r>
        <w:br/>
      </w:r>
      <w:r>
        <w:rPr>
          <w:sz w:val="20"/>
        </w:rPr>
        <w:t>19:29  kaisa ajeeb hai insan ka haal!</w:t>
      </w:r>
      <w:r>
        <w:br/>
      </w:r>
      <w:r>
        <w:rPr>
          <w:sz w:val="20"/>
        </w:rPr>
        <w:t>19:31  aankh hote hue dekh nahi sakta aur "unseen world" likh kar ke woh mar gaya.</w:t>
      </w:r>
      <w:r>
        <w:br/>
      </w:r>
      <w:r>
        <w:rPr>
          <w:sz w:val="20"/>
        </w:rPr>
        <w:t>19:42  dusra british scientist tha sir james dean.</w:t>
      </w:r>
      <w:r>
        <w:br/>
      </w:r>
      <w:r>
        <w:rPr>
          <w:sz w:val="20"/>
        </w:rPr>
        <w:t>19:49  woh bhi bohat bara astronomer mana jata hai. is ki kitaab hai "mysterious universe". "mysterious universe" ke jitna zyada is mein hum study karte hain, woh to mystery barhti chali jati hai.</w:t>
      </w:r>
      <w:r>
        <w:br/>
      </w:r>
      <w:r>
        <w:rPr>
          <w:sz w:val="20"/>
        </w:rPr>
        <w:t>20:05  chunaanche ek scientist ne kaha ke "we are knowing more and more about less and less". "we are knowing more and more about less and less".</w:t>
      </w:r>
      <w:r>
        <w:br/>
      </w:r>
      <w:r>
        <w:rPr>
          <w:sz w:val="20"/>
        </w:rPr>
        <w:t>20:17  to sara mystery, mystery hai. kaise aap ko satisfaction ho? paisa aap ko acha khana de sakta hai, paisa aap ko acha ghar de sakta hai, paisa aap ko achi sawari de sakta hai, magar woh to body ki requirement hai.</w:t>
      </w:r>
      <w:r>
        <w:br/>
      </w:r>
      <w:r>
        <w:rPr>
          <w:sz w:val="20"/>
        </w:rPr>
        <w:t>20:33  soul ki requirement to phir bhi unaddressed pari rehti hai. to duniya ka dilemma jo hai, sab se bara ke body ke level par sab kuch hum ne pa liya aur mind ya soul ke level par sab kuch unaddressed hai.</w:t>
      </w:r>
      <w:r>
        <w:br/>
      </w:r>
      <w:r>
        <w:rPr>
          <w:sz w:val="20"/>
        </w:rPr>
        <w:t>20:47  unaddressed yeh hai sab ka, sab ki pareshani. doctor alexis carrel, jo bohat bara woh bhi scientist tha, is ne kitaab likhi "man the unknown".</w:t>
      </w:r>
      <w:r>
        <w:br/>
      </w:r>
      <w:r>
        <w:rPr>
          <w:sz w:val="20"/>
        </w:rPr>
        <w:t>21:05  is kitaab mein is ne chaha ke "man the unknown" ko "man the known" banaun, lekin woh bana nahi saka. woh kitaab jo hai, woh ek woh hai, ek muamma hai.</w:t>
      </w:r>
      <w:r>
        <w:br/>
      </w:r>
      <w:r>
        <w:rPr>
          <w:sz w:val="20"/>
        </w:rPr>
        <w:t>21:15  "man the unknown" jo hai, "man the unknown" hi rahi. woh kuch aap is mein discovery nahi kar paate ke "man" kya cheez hai.</w:t>
      </w:r>
      <w:r>
        <w:br/>
      </w:r>
      <w:r>
        <w:rPr>
          <w:sz w:val="20"/>
        </w:rPr>
        <w:t>21:26  "man the unknown" jo hai, woh "man the unknown" hi rahi parhne wale ke liye bhi, likhne wale ke liye bhi. ek kitaab chapi hai london se, is ka naam hai "moti se encyclopedia of ignorance".</w:t>
      </w:r>
      <w:r>
        <w:br/>
      </w:r>
      <w:r>
        <w:rPr>
          <w:sz w:val="20"/>
        </w:rPr>
        <w:t>21:39  "encyclopedia of ignorance" bohat se scientist ke ke article ka akatha kiya unhon ne.</w:t>
      </w:r>
      <w:r>
        <w:br/>
      </w:r>
      <w:r>
        <w:rPr>
          <w:sz w:val="20"/>
        </w:rPr>
        <w:t>21:49  hum jo nahi jante, us ko bataya unhon ne. aur sab, hum sab kuch jo hum jante hain, wo bohat hi thora hai. jo nahi jante, wo uska is mein detail hai.</w:t>
      </w:r>
      <w:r>
        <w:br/>
      </w:r>
      <w:r>
        <w:rPr>
          <w:sz w:val="20"/>
        </w:rPr>
        <w:t>22:02  to aap bataiye ke hum jante hain, hum chahte hain ke ignorance ko khatam karein, lekin pata chala, pata chalta hai ke humein to "we are destined to live in ignorance" kyunke hum jaan nahi paate, ignorance ko khatam nahi kar paate.</w:t>
      </w:r>
      <w:r>
        <w:br/>
      </w:r>
      <w:r>
        <w:rPr>
          <w:sz w:val="20"/>
        </w:rPr>
        <w:t>22:21  yeh sab ka haal hai, sab ka haal hai, sab ka haal hai.</w:t>
      </w:r>
      <w:r>
        <w:br/>
      </w:r>
      <w:r>
        <w:rPr>
          <w:sz w:val="20"/>
        </w:rPr>
        <w:t>22:27  yahan par insan jo hai, har insan yahan par dissatisfied hai. is ka nateeja kya hai? tension, stress.</w:t>
      </w:r>
    </w:p>
    <w:p>
      <w:pPr>
        <w:pStyle w:val="Heading2"/>
      </w:pPr>
      <w:r>
        <w:t>Complete meaning of fasting as restraint for God's remembrance</w:t>
      </w:r>
    </w:p>
    <w:p>
      <w:r>
        <w:rPr>
          <w:color w:val="666666"/>
          <w:sz w:val="18"/>
        </w:rPr>
        <w:t>Ramadan a Month of Study of Quran August 23, 2009 · 3m 54s · at 1:34 · https://youtu.be/8z-v68n7WuA?t=94</w:t>
      </w:r>
    </w:p>
    <w:p>
      <w:r>
        <w:rPr>
          <w:i/>
        </w:rPr>
        <w:t>“Rozay ko Quran mein sawm kaha gaya hai”</w:t>
      </w:r>
    </w:p>
    <w:p>
      <w:r>
        <w:rPr>
          <w:sz w:val="20"/>
        </w:rPr>
        <w:t>1:34  dekhain pehli baat yeh hai ke roze ko quran mein som kaha gaya hai. som arabic word hai rukna restraint.</w:t>
      </w:r>
      <w:r>
        <w:br/>
      </w:r>
      <w:r>
        <w:rPr>
          <w:sz w:val="20"/>
        </w:rPr>
        <w:t>1:53  rukna kis cheez se? khane peene se aur doosri cheezon se sath sath bolne se bhi.</w:t>
      </w:r>
      <w:r>
        <w:br/>
      </w:r>
      <w:r>
        <w:rPr>
          <w:sz w:val="20"/>
        </w:rPr>
        <w:t>2:03  dekhain pichli shariat mein yani yahood ki shariat mein som sukoot hota tha. chup ka roza. woh islami shariat mein bhi maujood hai.</w:t>
      </w:r>
      <w:r>
        <w:br/>
      </w:r>
      <w:r>
        <w:rPr>
          <w:sz w:val="20"/>
        </w:rPr>
        <w:t>2:15  is farq ke sath ke pehle tha som sukoot ab hai qillat e kalam. kam bolna ab bhi roze ka integral part hai.</w:t>
      </w:r>
      <w:r>
        <w:br/>
      </w:r>
      <w:r>
        <w:rPr>
          <w:sz w:val="20"/>
        </w:rPr>
        <w:t>2:30  jo log roza rakh kar khoob bohat ziyada bolein unho ne roza nahi rakha.</w:t>
      </w:r>
      <w:r>
        <w:br/>
      </w:r>
      <w:r>
        <w:rPr>
          <w:sz w:val="20"/>
        </w:rPr>
        <w:t>2:40  kyun? yani som yani abstinence kyun? abstinence fida se ka abstinence nahi.</w:t>
      </w:r>
      <w:r>
        <w:br/>
      </w:r>
      <w:r>
        <w:rPr>
          <w:sz w:val="20"/>
        </w:rPr>
        <w:t>2:50  abstinence fida se ka abstinence nahi yani rukna fida se ka rukna nahi. rukne ka matlab kya hai? worldly cheezon mein apne involvement ko kam karna.</w:t>
      </w:r>
      <w:r>
        <w:br/>
      </w:r>
      <w:r>
        <w:rPr>
          <w:sz w:val="20"/>
        </w:rPr>
        <w:t>3:07  aadmi apni daily life mein worldly cheezon mein phansa rehta hai. to roze ka mahina is liye hai ke worldly cheezon mein apni involvement ko aap kam karein.</w:t>
      </w:r>
      <w:r>
        <w:br/>
      </w:r>
      <w:r>
        <w:rPr>
          <w:sz w:val="20"/>
        </w:rPr>
        <w:t>3:20  misalan khana aap raat ko khayen din ko na khayen. to ramzan mein khana chhora nahi jata.</w:t>
      </w:r>
      <w:r>
        <w:br/>
      </w:r>
      <w:r>
        <w:rPr>
          <w:sz w:val="20"/>
        </w:rPr>
        <w:t>3:29  khana kam kiya jata hai. yani din ko aap nahi khate rat ko khate hain. isi tarah se aram mein kami hoti hai.</w:t>
      </w:r>
      <w:r>
        <w:br/>
      </w:r>
      <w:r>
        <w:rPr>
          <w:sz w:val="20"/>
        </w:rPr>
        <w:t>3:41  routine totta hai aadmi ka. isi tarike se bolna bhi kam hota hai. kyunke aap bolenge to sochenge nahi.</w:t>
      </w:r>
      <w:r>
        <w:br/>
      </w:r>
      <w:r>
        <w:rPr>
          <w:sz w:val="20"/>
        </w:rPr>
        <w:t>3:52  kisi ne kaha hai ke when i am speaking i am not thinking. to roza is liye hai ke aap zyada sochen. to bohat bolenge to aap sochenge kahan se.</w:t>
      </w:r>
      <w:r>
        <w:br/>
      </w:r>
      <w:r>
        <w:rPr>
          <w:sz w:val="20"/>
        </w:rPr>
        <w:t>4:06  quran mein dekhiye surah maryam jo hai yani chapter number nineteen is mein hazrat maryam yani hazrat masih ki walida ke bare mein zikr hai ke unhon ne roza rakha.</w:t>
      </w:r>
      <w:r>
        <w:br/>
      </w:r>
      <w:r>
        <w:rPr>
          <w:sz w:val="20"/>
        </w:rPr>
        <w:t>4:19  to farmaya ke inni nazratun lirrahmani sawma falan ukallimal yawma insiyan.</w:t>
      </w:r>
      <w:r>
        <w:br/>
      </w:r>
      <w:r>
        <w:rPr>
          <w:sz w:val="20"/>
        </w:rPr>
        <w:t>4:30  iska matlab kya hua? i have kept</w:t>
      </w:r>
      <w:r>
        <w:br/>
      </w:r>
      <w:r>
        <w:rPr>
          <w:sz w:val="20"/>
        </w:rPr>
        <w:t>4:37  silent fast. main ne aaj chup ka roza rakha hai.</w:t>
      </w:r>
      <w:r>
        <w:br/>
      </w:r>
      <w:r>
        <w:rPr>
          <w:sz w:val="20"/>
        </w:rPr>
        <w:t>4:49  i have kept</w:t>
      </w:r>
      <w:r>
        <w:br/>
      </w:r>
      <w:r>
        <w:rPr>
          <w:sz w:val="20"/>
        </w:rPr>
        <w:t>4:54  fast of silence today. to yeh hai qillat-e-ta'am aur qillat-e-kalam.</w:t>
      </w:r>
      <w:r>
        <w:br/>
      </w:r>
      <w:r>
        <w:rPr>
          <w:sz w:val="20"/>
        </w:rPr>
        <w:t>5:05  qillat-e-aram. har cheez mein kami karna. kyunke agar kami nahi karenge to aap kami ka matlab kya hai?</w:t>
      </w:r>
      <w:r>
        <w:br/>
      </w:r>
      <w:r>
        <w:rPr>
          <w:sz w:val="20"/>
        </w:rPr>
        <w:t>5:13  jo distract hote rehte hain hum rozana. worldly cheezon mein. is distraction ko kam kar ke apne aap ko lagana zyada se zyada Allah ki yaad mein.</w:t>
      </w:r>
    </w:p>
    <w:p>
      <w:pPr>
        <w:pStyle w:val="Heading2"/>
      </w:pPr>
      <w:r>
        <w:t>Discovery that surahs replace prophets</w:t>
      </w:r>
    </w:p>
    <w:p>
      <w:r>
        <w:rPr>
          <w:color w:val="666666"/>
          <w:sz w:val="18"/>
        </w:rPr>
        <w:t>Dars-e-Quran. Ch. 2, vv. 135-144 September 2, 2018 Maulana Wahiduddin Khan · 5m 04s · at 0:44 · https://youtu.be/rK0VmX1DgrY?t=44</w:t>
      </w:r>
    </w:p>
    <w:p>
      <w:r>
        <w:rPr>
          <w:i/>
        </w:rPr>
        <w:t>“Main apni nojawani se ek sawal se dochar raha hoon”</w:t>
      </w:r>
    </w:p>
    <w:p>
      <w:r>
        <w:rPr>
          <w:sz w:val="20"/>
        </w:rPr>
        <w:t>0:44  mein shayad apni naujawani ki umar se, yaani bohat pehle se, ek sawal se dochar raha hoon</w:t>
      </w:r>
      <w:r>
        <w:br/>
      </w:r>
      <w:r>
        <w:rPr>
          <w:sz w:val="20"/>
        </w:rPr>
        <w:t>0:58  quran ke bare mein. woh yeh ke quran ki jo shuru ki surtein hain,</w:t>
      </w:r>
      <w:r>
        <w:br/>
      </w:r>
      <w:r>
        <w:rPr>
          <w:sz w:val="20"/>
        </w:rPr>
        <w:t>1:08  al baqarah, aal imran,</w:t>
      </w:r>
      <w:r>
        <w:br/>
      </w:r>
      <w:r>
        <w:rPr>
          <w:sz w:val="20"/>
        </w:rPr>
        <w:t>1:16  al nisa, aur</w:t>
      </w:r>
      <w:r>
        <w:br/>
      </w:r>
      <w:r>
        <w:rPr>
          <w:sz w:val="20"/>
        </w:rPr>
        <w:t>1:21  al maida,</w:t>
      </w:r>
      <w:r>
        <w:br/>
      </w:r>
      <w:r>
        <w:rPr>
          <w:sz w:val="20"/>
        </w:rPr>
        <w:t>1:25  yeh un surton mein bohat zyada zikr hai yahood ka, bohat hi sakht alfaaz mein.</w:t>
      </w:r>
      <w:r>
        <w:br/>
      </w:r>
      <w:r>
        <w:rPr>
          <w:sz w:val="20"/>
        </w:rPr>
        <w:t>1:37  yaani us waqt ka zikr hai jab ke yahood apne tanazzul ke daur mein pahunch chuke thay, decline ke daur mein pahunch chuke thay.</w:t>
      </w:r>
      <w:r>
        <w:br/>
      </w:r>
      <w:r>
        <w:rPr>
          <w:sz w:val="20"/>
        </w:rPr>
        <w:t>1:52  us waqt ka.</w:t>
      </w:r>
      <w:r>
        <w:br/>
      </w:r>
      <w:r>
        <w:rPr>
          <w:sz w:val="20"/>
        </w:rPr>
        <w:t>1:56  ke kyun</w:t>
      </w:r>
      <w:r>
        <w:br/>
      </w:r>
      <w:r>
        <w:rPr>
          <w:sz w:val="20"/>
        </w:rPr>
        <w:t>2:00  itna zyada, yaani yeh chaar surtein jo hain, yeh taqreeban one quarter quran hain, rub quran.</w:t>
      </w:r>
      <w:r>
        <w:br/>
      </w:r>
      <w:r>
        <w:rPr>
          <w:sz w:val="20"/>
        </w:rPr>
        <w:t>2:15  aur is mein bohat hi sakht alfaaz hain, teh tehzeeb karte hain, condemnation, criticism, hamari ki zaban, yeh sab bohat zyada hai.</w:t>
      </w:r>
      <w:r>
        <w:br/>
      </w:r>
      <w:r>
        <w:rPr>
          <w:sz w:val="20"/>
        </w:rPr>
        <w:t>2:34  to to Allah rabbul alameen ne yeh plan kyun kiya ke is qism ki surtein shuru mein hon?</w:t>
      </w:r>
      <w:r>
        <w:br/>
      </w:r>
      <w:r>
        <w:rPr>
          <w:sz w:val="20"/>
        </w:rPr>
        <w:t>2:47  to mujhe tafsir mein is ka koi jawab nahi mila tha. ajeeb baat hai ke aaj hi mujhe is ka jawab mila, aaj hi.</w:t>
      </w:r>
      <w:r>
        <w:br/>
      </w:r>
      <w:r>
        <w:rPr>
          <w:sz w:val="20"/>
        </w:rPr>
        <w:t>2:59  woh yeh ke yeh Allah taala ki bohat hi bari rehmat hai, yeh</w:t>
      </w:r>
      <w:r>
        <w:br/>
      </w:r>
      <w:r>
        <w:rPr>
          <w:sz w:val="20"/>
        </w:rPr>
        <w:t>3:08  aal ali alaihissalam ke liye.</w:t>
      </w:r>
      <w:r>
        <w:br/>
      </w:r>
      <w:r>
        <w:rPr>
          <w:sz w:val="20"/>
        </w:rPr>
        <w:t>3:14  dekhiye,</w:t>
      </w:r>
      <w:r>
        <w:br/>
      </w:r>
      <w:r>
        <w:rPr>
          <w:sz w:val="20"/>
        </w:rPr>
        <w:t>3:18  yeh surtein utri theen us waqt jab ke yahood apne tanazzul, yaani decline ke daur mein pahunch chuke thay.</w:t>
      </w:r>
      <w:r>
        <w:br/>
      </w:r>
      <w:r>
        <w:rPr>
          <w:sz w:val="20"/>
        </w:rPr>
        <w:t>3:34  to yeh daur khud masoonah bhi aane wala tha, decline ka daur, degeneration ka daur, khud hadithon mein is ka zikr hai.</w:t>
      </w:r>
      <w:r>
        <w:br/>
      </w:r>
      <w:r>
        <w:rPr>
          <w:sz w:val="20"/>
        </w:rPr>
        <w:t>3:50  to yahood par jab daur aaya to Allah taala ne paighambar bheje, Hazrat Masih aaye, jo un ke decline ke daur mein aaye, khud Rasool Allah sallallahu alaihi wasallam aaye.</w:t>
      </w:r>
      <w:r>
        <w:br/>
      </w:r>
      <w:r>
        <w:rPr>
          <w:sz w:val="20"/>
        </w:rPr>
        <w:t>4:08  to yahood par jab tanazzul ka zamana aaya to Allah ne un ki islaah ke liye nabi bheje.</w:t>
      </w:r>
      <w:r>
        <w:br/>
      </w:r>
      <w:r>
        <w:rPr>
          <w:sz w:val="20"/>
        </w:rPr>
        <w:t>4:21  ab Musalman jo hai, aakhri ummat hai, Musalmanon ke baad koi nabi aane wala nahi.</w:t>
      </w:r>
      <w:r>
        <w:br/>
      </w:r>
      <w:r>
        <w:rPr>
          <w:sz w:val="20"/>
        </w:rPr>
        <w:t>4:32  to yeh ajeeb ghareeb mujhe daryaft hua ke yeh surtein to paighambar ka badal hain, alternative hain.</w:t>
      </w:r>
      <w:r>
        <w:br/>
      </w:r>
      <w:r>
        <w:rPr>
          <w:sz w:val="20"/>
        </w:rPr>
        <w:t>4:48  yeh surtein jo hain, yeh chaar surtein hain jo taqreeban rub quran hain, woh paighambar ka badal hain.</w:t>
      </w:r>
      <w:r>
        <w:br/>
      </w:r>
      <w:r>
        <w:rPr>
          <w:sz w:val="20"/>
        </w:rPr>
        <w:t>5:03  yani yeh surtein is kaam, woh kaam anjaam dene wali hain jo kisi ummaton mein paighambar ne anjaam diya tha.</w:t>
      </w:r>
      <w:r>
        <w:br/>
      </w:r>
      <w:r>
        <w:rPr>
          <w:sz w:val="20"/>
        </w:rPr>
        <w:t>5:14  lekin</w:t>
      </w:r>
      <w:r>
        <w:br/>
      </w:r>
      <w:r>
        <w:rPr>
          <w:sz w:val="20"/>
        </w:rPr>
        <w:t>5:18  yeh jo musalman ki jo ummat hai, woh aakhri ummat hai, toh yahan paighambar aaney wala nahi hai. Toh paighambar ki bajaye Allah taala ne in ki rehmat ke taur par, blessing ke taur par,</w:t>
      </w:r>
      <w:r>
        <w:br/>
      </w:r>
      <w:r>
        <w:rPr>
          <w:sz w:val="20"/>
        </w:rPr>
        <w:t>5:36  peshi ke taur par yeh surtein utaar dein aur quran mein in ko pehle rakh diya.</w:t>
      </w:r>
    </w:p>
    <w:p>
      <w:pPr>
        <w:pStyle w:val="Heading2"/>
      </w:pPr>
      <w:r>
        <w:t>Reading Quran in any language and its preservation</w:t>
      </w:r>
    </w:p>
    <w:p>
      <w:r>
        <w:rPr>
          <w:color w:val="666666"/>
          <w:sz w:val="18"/>
        </w:rPr>
        <w:t>Ramazan Month of Study of the Quran April 30, 2020 Maulana Wahiduddin Khan · 4m 09s · at 11:56 · https://youtu.be/AUSxxGBJHCk?t=716</w:t>
      </w:r>
    </w:p>
    <w:p>
      <w:r>
        <w:rPr>
          <w:i/>
        </w:rPr>
        <w:t>“Dekhiye, jis tarah bhi aap Quran ko parhein, wo sahi hai”</w:t>
      </w:r>
    </w:p>
    <w:p>
      <w:r>
        <w:rPr>
          <w:sz w:val="20"/>
        </w:rPr>
        <w:t>11:56  dekhiye, jis tarah bhi aap quran ko parhein, woh sahi hai.</w:t>
      </w:r>
      <w:r>
        <w:br/>
      </w:r>
      <w:r>
        <w:rPr>
          <w:sz w:val="20"/>
        </w:rPr>
        <w:t>12:09  jis tarah bhi parhein,</w:t>
      </w:r>
      <w:r>
        <w:br/>
      </w:r>
      <w:r>
        <w:rPr>
          <w:sz w:val="20"/>
        </w:rPr>
        <w:t>12:13  bashart ke is mein koi milawat na ki gayi ho.</w:t>
      </w:r>
      <w:r>
        <w:br/>
      </w:r>
      <w:r>
        <w:rPr>
          <w:sz w:val="20"/>
        </w:rPr>
        <w:t>12:20  chahe woh arabi mein parhein aap, chahe kisi aur zaban mein, agar is mein koi milawat nahi ki gayi hai to woh parhna sahi hai.</w:t>
      </w:r>
      <w:r>
        <w:br/>
      </w:r>
      <w:r>
        <w:rPr>
          <w:sz w:val="20"/>
        </w:rPr>
        <w:t>12:36  ya aap mutala karein to bohat aasani se aap jaan sakte hain ke kaun sa quran hai jis mein koi milawat ki gayi hai.</w:t>
      </w:r>
      <w:r>
        <w:br/>
      </w:r>
      <w:r>
        <w:rPr>
          <w:sz w:val="20"/>
        </w:rPr>
        <w:t>12:49  mere khayal se</w:t>
      </w:r>
      <w:r>
        <w:br/>
      </w:r>
      <w:r>
        <w:rPr>
          <w:sz w:val="20"/>
        </w:rPr>
        <w:t>12:55  umat jo hai, umat muslima jo hai, is mamle mein intehai zyada hassas hai, intehai zyada hassas hai ke agar koi zara bhi farq kar diya jaye to log</w:t>
      </w:r>
      <w:r>
        <w:br/>
      </w:r>
      <w:r>
        <w:rPr>
          <w:sz w:val="20"/>
        </w:rPr>
        <w:t>13:14  us ke khilaf</w:t>
      </w:r>
      <w:r>
        <w:br/>
      </w:r>
      <w:r>
        <w:rPr>
          <w:sz w:val="20"/>
        </w:rPr>
        <w:t>13:18  shor karte hain aur us ko accept nahi karte.</w:t>
      </w:r>
      <w:r>
        <w:br/>
      </w:r>
      <w:r>
        <w:rPr>
          <w:sz w:val="20"/>
        </w:rPr>
        <w:t>13:32  yeh bohat zyada umat, umat bohat zyada hassas hai is mamle mein, aur yeh hassasiyat, yeh hassasiyat jo hai, is ki wajah se quran mehfooz hai.</w:t>
      </w:r>
      <w:r>
        <w:br/>
      </w:r>
      <w:r>
        <w:rPr>
          <w:sz w:val="20"/>
        </w:rPr>
        <w:t>13:51  quran mehfooz hai.</w:t>
      </w:r>
      <w:r>
        <w:br/>
      </w:r>
      <w:r>
        <w:rPr>
          <w:sz w:val="20"/>
        </w:rPr>
        <w:t>13:59  log bohat zyada hassas hain ke koi zara bhi koi</w:t>
      </w:r>
      <w:r>
        <w:br/>
      </w:r>
      <w:r>
        <w:rPr>
          <w:sz w:val="20"/>
        </w:rPr>
        <w:t>14:07  kisi qism ka change quran mein koi na kar paye.</w:t>
      </w:r>
      <w:r>
        <w:br/>
      </w:r>
      <w:r>
        <w:rPr>
          <w:sz w:val="20"/>
        </w:rPr>
        <w:t>14:24  is par bohat kuch likha gaya hai, aap tafseel mein parhna chahein to parh sakte hain.</w:t>
      </w:r>
      <w:r>
        <w:br/>
      </w:r>
      <w:r>
        <w:rPr>
          <w:sz w:val="20"/>
        </w:rPr>
        <w:t>14:44  quran ke jo tarjume hain, tafaseer hain, is mein koi is ke mamle mein umat zyada hassas hai ke koi milawat</w:t>
      </w:r>
      <w:r>
        <w:br/>
      </w:r>
      <w:r>
        <w:rPr>
          <w:sz w:val="20"/>
        </w:rPr>
        <w:t>15:01  koi kar nahi pata. koi milawat agar karta hai to umat intehai zyada is ke khilaf</w:t>
      </w:r>
      <w:r>
        <w:br/>
      </w:r>
      <w:r>
        <w:rPr>
          <w:sz w:val="20"/>
        </w:rPr>
        <w:t>15:14  ehsas karti hai ke woh nakam ho jata hai.</w:t>
      </w:r>
      <w:r>
        <w:br/>
      </w:r>
      <w:r>
        <w:rPr>
          <w:sz w:val="20"/>
        </w:rPr>
        <w:t>15:22  is liye aam taur par aik currency hoga ke aap ko jo tarjuma ya jo tafseer available ho, us ko aap istemal kar sakte hain,</w:t>
      </w:r>
      <w:r>
        <w:br/>
      </w:r>
      <w:r>
        <w:rPr>
          <w:sz w:val="20"/>
        </w:rPr>
        <w:t>15:38  kyun ke kisi</w:t>
      </w:r>
      <w:r>
        <w:br/>
      </w:r>
      <w:r>
        <w:rPr>
          <w:sz w:val="20"/>
        </w:rPr>
        <w:t>15:40  tarjuma ya tafseer mein koi</w:t>
      </w:r>
      <w:r>
        <w:br/>
      </w:r>
      <w:r>
        <w:rPr>
          <w:sz w:val="20"/>
        </w:rPr>
        <w:t>15:47  haqeeqi maano mein koi ghalti amalan inshallah shamil nahi hogi.</w:t>
      </w:r>
    </w:p>
    <w:p>
      <w:pPr>
        <w:pStyle w:val="Heading2"/>
      </w:pPr>
      <w:r>
        <w:t>Origin story of Ghazi, nonviolence as a real power</w:t>
      </w:r>
    </w:p>
    <w:p>
      <w:r>
        <w:rPr>
          <w:color w:val="666666"/>
          <w:sz w:val="18"/>
        </w:rPr>
        <w:t>The Concept of Spirituality In Islam - I January 27, 2006 Maulana Wahiduddin Khan · 4m 43s · at 5:49 · https://youtu.be/xnI_QVVDWgk?t=349</w:t>
      </w:r>
    </w:p>
    <w:p>
      <w:r>
        <w:rPr>
          <w:i/>
        </w:rPr>
        <w:t>“So, I think the Ghazi was a unique personality”</w:t>
      </w:r>
    </w:p>
    <w:p>
      <w:r>
        <w:rPr>
          <w:sz w:val="20"/>
        </w:rPr>
        <w:t>5:49  perhaps first in history, they have stated that peace is not similar passive attitude. rather, it is a power. peace is a power.</w:t>
      </w:r>
      <w:r>
        <w:br/>
      </w:r>
      <w:r>
        <w:rPr>
          <w:sz w:val="20"/>
        </w:rPr>
        <w:t>6:07  there are some other people also who said that peace is a power. but ghazi was the first, at least in recent history,</w:t>
      </w:r>
      <w:r>
        <w:br/>
      </w:r>
      <w:r>
        <w:rPr>
          <w:sz w:val="20"/>
        </w:rPr>
        <w:t>6:21  that he demonstrated that peace is a power. spirituality is a power. yani ghazi was a rare blend of spirituality and peace. here, i can recall a very good story of ghazi life. you know,</w:t>
      </w:r>
      <w:r>
        <w:br/>
      </w:r>
      <w:r>
        <w:rPr>
          <w:sz w:val="20"/>
        </w:rPr>
        <w:t>6:51  our freedom struggle was started in 1857. at the time, it was a violent struggle. b</w:t>
      </w:r>
      <w:r>
        <w:br/>
      </w:r>
      <w:r>
        <w:rPr>
          <w:sz w:val="20"/>
        </w:rPr>
        <w:t>7:03  but there was no result. then, ghazi appeared in 1919 and become a leader of the freedom struggle. so,</w:t>
      </w:r>
      <w:r>
        <w:br/>
      </w:r>
      <w:r>
        <w:rPr>
          <w:sz w:val="20"/>
        </w:rPr>
        <w:t>7:20  it was a very stress situation for british ruler. because previously, they had every justification to kill those people in were involved in freedom struggle. because they were violent. one who uses gun,</w:t>
      </w:r>
      <w:r>
        <w:br/>
      </w:r>
      <w:r>
        <w:rPr>
          <w:sz w:val="20"/>
        </w:rPr>
        <w:t>7:46  he gives you justification.</w:t>
      </w:r>
      <w:r>
        <w:br/>
      </w:r>
      <w:r>
        <w:rPr>
          <w:sz w:val="20"/>
        </w:rPr>
        <w:t>7:48  justification to use gun against him.</w:t>
      </w:r>
      <w:r>
        <w:br/>
      </w:r>
      <w:r>
        <w:rPr>
          <w:sz w:val="20"/>
        </w:rPr>
        <w:t>7:54  So, when Gandhi declared that now, our freedom struggle is based on completely on peace, peaceful method.</w:t>
      </w:r>
      <w:r>
        <w:br/>
      </w:r>
      <w:r>
        <w:rPr>
          <w:sz w:val="20"/>
        </w:rPr>
        <w:t>8:05  We have awareness all those variant method</w:t>
      </w:r>
      <w:r>
        <w:br/>
      </w:r>
      <w:r>
        <w:rPr>
          <w:sz w:val="20"/>
        </w:rPr>
        <w:t>8:10  and gun culture.</w:t>
      </w:r>
      <w:r>
        <w:br/>
      </w:r>
      <w:r>
        <w:rPr>
          <w:sz w:val="20"/>
        </w:rPr>
        <w:t>8:13  So, it was a very peculiar situation for British ruler.</w:t>
      </w:r>
      <w:r>
        <w:br/>
      </w:r>
      <w:r>
        <w:rPr>
          <w:sz w:val="20"/>
        </w:rPr>
        <w:t>8:20  it is a story that one english</w:t>
      </w:r>
      <w:r>
        <w:br/>
      </w:r>
      <w:r>
        <w:rPr>
          <w:sz w:val="20"/>
        </w:rPr>
        <w:t>8:25  magistrate</w:t>
      </w:r>
      <w:r>
        <w:br/>
      </w:r>
      <w:r>
        <w:rPr>
          <w:sz w:val="20"/>
        </w:rPr>
        <w:t>8:30  send a message to his secretariat that perhaps the body boy</w:t>
      </w:r>
      <w:r>
        <w:br/>
      </w:r>
      <w:r>
        <w:rPr>
          <w:sz w:val="20"/>
        </w:rPr>
        <w:t>8:42  kindly wire instructions. kindly. at the time, there were no telephone,</w:t>
      </w:r>
      <w:r>
        <w:br/>
      </w:r>
      <w:r>
        <w:rPr>
          <w:sz w:val="20"/>
        </w:rPr>
        <w:t>8:51  no email. only telegram was the medium of conveying any message. so, he said in his message that kindly wire instructions how to kill a tiger non-violently.</w:t>
      </w:r>
      <w:r>
        <w:br/>
      </w:r>
      <w:r>
        <w:rPr>
          <w:sz w:val="20"/>
        </w:rPr>
        <w:t>9:11  it means that</w:t>
      </w:r>
      <w:r>
        <w:br/>
      </w:r>
      <w:r>
        <w:rPr>
          <w:sz w:val="20"/>
        </w:rPr>
        <w:t>9:17  people of freedom struggle were using war arm. so, we have justification to kill them through violent and gun. but now, there no justification</w:t>
      </w:r>
      <w:r>
        <w:br/>
      </w:r>
      <w:r>
        <w:rPr>
          <w:sz w:val="20"/>
        </w:rPr>
        <w:t>9:34  how we can kill a man who is</w:t>
      </w:r>
      <w:r>
        <w:br/>
      </w:r>
      <w:r>
        <w:rPr>
          <w:sz w:val="20"/>
        </w:rPr>
        <w:t>9:39  armless. he is coming peacefully.</w:t>
      </w:r>
      <w:r>
        <w:br/>
      </w:r>
      <w:r>
        <w:rPr>
          <w:sz w:val="20"/>
        </w:rPr>
        <w:t>9:46  So, he sent a message in these words, "Kindly wire instructions how to kill a tiger non-violently."</w:t>
      </w:r>
      <w:r>
        <w:br/>
      </w:r>
      <w:r>
        <w:rPr>
          <w:sz w:val="20"/>
        </w:rPr>
        <w:t>9:54  because ghazi showed the power of peace.</w:t>
      </w:r>
      <w:r>
        <w:br/>
      </w:r>
      <w:r>
        <w:rPr>
          <w:sz w:val="20"/>
        </w:rPr>
        <w:t>10:00  and i think it was unique role of ghazi.</w:t>
      </w:r>
      <w:r>
        <w:br/>
      </w:r>
      <w:r>
        <w:rPr>
          <w:sz w:val="20"/>
        </w:rPr>
        <w:t>10:04  and in india, we have get ghazi is our best asset. you know, in our world, everywhere there are violent, there are guns, there are bomb. ghazi is the only hope. in the form of ghazi, we can say that this is the way. this is the method.</w:t>
      </w:r>
      <w:r>
        <w:br/>
      </w:r>
      <w:r>
        <w:rPr>
          <w:sz w:val="20"/>
        </w:rPr>
        <w:t>10:29  so, ghazi is our greatest asset.</w:t>
      </w:r>
    </w:p>
    <w:p>
      <w:pPr>
        <w:pStyle w:val="Heading2"/>
      </w:pPr>
      <w:r>
        <w:t>Satanic Verses fatwa to Innocence of Muslims backlash history</w:t>
      </w:r>
    </w:p>
    <w:p>
      <w:r>
        <w:rPr>
          <w:color w:val="666666"/>
          <w:sz w:val="18"/>
        </w:rPr>
        <w:t>Freedom of Expression in Islam 30 Sept 2012 - Maulana Wahiduddin Khan · 3m 56s · at 0:51 · https://youtu.be/WLlXSyxX8Q4?t=51</w:t>
      </w:r>
    </w:p>
    <w:p>
      <w:r>
        <w:rPr>
          <w:i/>
        </w:rPr>
        <w:t>“1988 mein Salman Rushdie ki kitab Satanic Verses chapi”</w:t>
      </w:r>
    </w:p>
    <w:p>
      <w:r>
        <w:rPr>
          <w:sz w:val="20"/>
        </w:rPr>
        <w:t>0:51  dekhiye, 1988 mein salman rusdie ki kitaab "Satanic Verses" thi.</w:t>
      </w:r>
      <w:r>
        <w:br/>
      </w:r>
      <w:r>
        <w:rPr>
          <w:sz w:val="20"/>
        </w:rPr>
        <w:t>1:03  uske baad ulama ne fatwa diya ke yeh fa'al qabil-e-gardan-zani hai.</w:t>
      </w:r>
      <w:r>
        <w:br/>
      </w:r>
      <w:r>
        <w:rPr>
          <w:sz w:val="20"/>
        </w:rPr>
        <w:t>1:16  jo aadmi isko maar daale, usko ek dollar inaam diya jayega.</w:t>
      </w:r>
      <w:r>
        <w:br/>
      </w:r>
      <w:r>
        <w:rPr>
          <w:sz w:val="20"/>
        </w:rPr>
        <w:t>1:22  saare dunya ke tamam ulama iske haq mein bolne lage, sirf mein akela tha ke maine kaha ke yeh bilkul galat hai.</w:t>
      </w:r>
      <w:r>
        <w:br/>
      </w:r>
      <w:r>
        <w:rPr>
          <w:sz w:val="20"/>
        </w:rPr>
        <w:t>1:36  salman rusdie ko to nahi maar sake, woh log fatwa dene wale khatam ho gaye.</w:t>
      </w:r>
      <w:r>
        <w:br/>
      </w:r>
      <w:r>
        <w:rPr>
          <w:sz w:val="20"/>
        </w:rPr>
        <w:t>1:43  achha, iske baad phir aur qisse hue, jaise Denmark ka cartoon chhaapa, aur kuch qisse hue.</w:t>
      </w:r>
      <w:r>
        <w:br/>
      </w:r>
      <w:r>
        <w:rPr>
          <w:sz w:val="20"/>
        </w:rPr>
        <w:t>1:53  abhi haal mein America mein film bani "Innocence of Muslims". to in waqeyat ko le kar pichhle taqreeban 25 saal se saari muslim dunya mein hungama jaari hai</w:t>
      </w:r>
      <w:r>
        <w:br/>
      </w:r>
      <w:r>
        <w:rPr>
          <w:sz w:val="20"/>
        </w:rPr>
        <w:t>2:14  is ke khilaaf.</w:t>
      </w:r>
      <w:r>
        <w:br/>
      </w:r>
      <w:r>
        <w:rPr>
          <w:sz w:val="20"/>
        </w:rPr>
        <w:t>2:18  abhi haal mein BBC Sultan ne ek ek muslim dunya mein, ek ek muslim country mein, ek ek position nikala gaya tha is masle par.</w:t>
      </w:r>
      <w:r>
        <w:br/>
      </w:r>
      <w:r>
        <w:rPr>
          <w:sz w:val="20"/>
        </w:rPr>
        <w:t>2:33  to iska photo diya tha is mein.</w:t>
      </w:r>
      <w:r>
        <w:br/>
      </w:r>
      <w:r>
        <w:rPr>
          <w:sz w:val="20"/>
        </w:rPr>
        <w:t>2:37  to is mein ek banner tha "To hell with your freedom of expression", yaani tumhari freedom of expression bahar le jaye.</w:t>
      </w:r>
      <w:r>
        <w:br/>
      </w:r>
      <w:r>
        <w:rPr>
          <w:sz w:val="20"/>
        </w:rPr>
        <w:t>2:52  naare lag rahe the isi din ko. to ab saari dunya mein ek ek debate ho raha hai, saari dunya mein.</w:t>
      </w:r>
      <w:r>
        <w:br/>
      </w:r>
      <w:r>
        <w:rPr>
          <w:sz w:val="20"/>
        </w:rPr>
        <w:t>3:03  woh debate kiya hai? aik taraf to struggler log hain, woh yeh keh rahe hain ke kitab likhna, film banana, article chapna,</w:t>
      </w:r>
      <w:r>
        <w:br/>
      </w:r>
      <w:r>
        <w:rPr>
          <w:sz w:val="20"/>
        </w:rPr>
        <w:t>3:17  speech dena, yeh aik aadmi ka right hai jab tak woh violence na kare.</w:t>
      </w:r>
      <w:r>
        <w:br/>
      </w:r>
      <w:r>
        <w:rPr>
          <w:sz w:val="20"/>
        </w:rPr>
        <w:t>3:30  woh kisi ko physical harm na pohanchaye.</w:t>
      </w:r>
      <w:r>
        <w:br/>
      </w:r>
      <w:r>
        <w:rPr>
          <w:sz w:val="20"/>
        </w:rPr>
        <w:t>3:33  to universal norm jo aaj ka hai, us ke mutabiq yeh har insaan ka aik right hai, yeh human rights mein shamil hai.</w:t>
      </w:r>
      <w:r>
        <w:br/>
      </w:r>
      <w:r>
        <w:rPr>
          <w:sz w:val="20"/>
        </w:rPr>
        <w:t>3:45  aik taraf to woh log yeh kehte hain, doosri taraf musalman yeh kehte hain ke yeh hum is ko accept nahi karenge.</w:t>
      </w:r>
      <w:r>
        <w:br/>
      </w:r>
      <w:r>
        <w:rPr>
          <w:sz w:val="20"/>
        </w:rPr>
        <w:t>3:54  saari muslim duniya, yani arab se le kar arab tak, sirf mein hi is mein exception hoon, bas yahi aik hi boli bol rahe hain,</w:t>
      </w:r>
      <w:r>
        <w:br/>
      </w:r>
      <w:r>
        <w:rPr>
          <w:sz w:val="20"/>
        </w:rPr>
        <w:t>4:05  aik hi boli. abhi misr ke jo president hain, abhi woh gaye thay america, wahan pe uranium mein un ki taqreer thi, wahan bhi yahi baat boli bole hue.</w:t>
      </w:r>
      <w:r>
        <w:br/>
      </w:r>
      <w:r>
        <w:rPr>
          <w:sz w:val="20"/>
        </w:rPr>
        <w:t>4:15  to kya jo chote hain, bare hain, parhe likhe hain ya aam hain log hain, sab yahi boli bol rahe</w:t>
      </w:r>
      <w:r>
        <w:br/>
      </w:r>
      <w:r>
        <w:rPr>
          <w:sz w:val="20"/>
        </w:rPr>
        <w:t>4:22  hain. is tarah se duniya mein aik image bani hai ya aik aik tasawwur bana hai ke islam freedom of expression ka mukhalif hai, jab ke secular civilization jo hai, woh is ki haami hai.</w:t>
      </w:r>
      <w:r>
        <w:br/>
      </w:r>
      <w:r>
        <w:rPr>
          <w:sz w:val="20"/>
        </w:rPr>
        <w:t>4:41  is liye aaj maine socha hai ke isi par mein kuch apne khayal zahir karoon.</w:t>
      </w:r>
    </w:p>
    <w:p>
      <w:pPr>
        <w:pStyle w:val="Heading2"/>
      </w:pPr>
      <w:r>
        <w:t>Meaning of Quran verse only purified touch it</w:t>
      </w:r>
    </w:p>
    <w:p>
      <w:r>
        <w:rPr>
          <w:color w:val="666666"/>
          <w:sz w:val="18"/>
        </w:rPr>
        <w:t>Q&amp;A 20 Nov 2011 Maulana Wahiduddin Khan · 3m 41s · at 0:13 · https://youtu.be/7sNDn8Y6jUc?t=13</w:t>
      </w:r>
    </w:p>
    <w:p>
      <w:r>
        <w:rPr>
          <w:i/>
        </w:rPr>
        <w:t>“Moulana, yeh sawaal aaya hai Mr. Shah Nawaz Zafar ka, New Delhi se.”</w:t>
      </w:r>
    </w:p>
    <w:p>
      <w:r>
        <w:rPr>
          <w:sz w:val="20"/>
        </w:rPr>
        <w:t>0:13  molana, yeh sawal aaya hai mr. shahnawaz zafar ka, new delhi se. unhon ne likha hai: "In chapter 56, verse number 79, allah kehta hai: 'la yamassuhu illa al mutahharun'." Which means: "Which one shall touch but those who are clean?" Does it mean those who are paak aur clean can only touch the holy quran?</w:t>
      </w:r>
      <w:r>
        <w:br/>
      </w:r>
      <w:r>
        <w:rPr>
          <w:sz w:val="20"/>
        </w:rPr>
        <w:t>0:41  in this way, the unbelievers who do not maintain cleanliness and women during their period are not allowed to touch or recite the holy quran.</w:t>
      </w:r>
      <w:r>
        <w:br/>
      </w:r>
      <w:r>
        <w:rPr>
          <w:sz w:val="20"/>
        </w:rPr>
        <w:t>0:52  please guide me with your answer.</w:t>
      </w:r>
      <w:r>
        <w:br/>
      </w:r>
      <w:r>
        <w:rPr>
          <w:sz w:val="20"/>
        </w:rPr>
        <w:t>0:57  dekhein, yeh is ayat ka koi taluq</w:t>
      </w:r>
      <w:r>
        <w:br/>
      </w:r>
      <w:r>
        <w:rPr>
          <w:sz w:val="20"/>
        </w:rPr>
        <w:t>1:02  is taharat aur pakizgi se nahi hai jis ko hum samajhte hain. yeh ayat farishton ke baray mein hai. yahan insan ka zikr hi nahi hai.</w:t>
      </w:r>
      <w:r>
        <w:br/>
      </w:r>
      <w:r>
        <w:rPr>
          <w:sz w:val="20"/>
        </w:rPr>
        <w:t>1:15  aur yeh, aap dekhen is ke alfaaz hain</w:t>
      </w:r>
      <w:r>
        <w:br/>
      </w:r>
      <w:r>
        <w:rPr>
          <w:sz w:val="20"/>
        </w:rPr>
        <w:t>1:19  ke "is ko nahi mas karte lekin tahir log". yani aik waqey ka zikr hai, yeh nahi hai ke jab tum quran ko choro to ja kar apne aap ko pak karo.</w:t>
      </w:r>
      <w:r>
        <w:br/>
      </w:r>
      <w:r>
        <w:rPr>
          <w:sz w:val="20"/>
        </w:rPr>
        <w:t>1:33  yeh amar ka seigha nahi hai yahan par.</w:t>
      </w:r>
      <w:r>
        <w:br/>
      </w:r>
      <w:r>
        <w:rPr>
          <w:sz w:val="20"/>
        </w:rPr>
        <w:t>1:36  yeh to khabar di gayi hai. is ke alfaaz yeh nahi hain ke "ae musalmano! jab tum quran ko chho to pehle ja kar wuzu karo".</w:t>
      </w:r>
      <w:r>
        <w:br/>
      </w:r>
      <w:r>
        <w:rPr>
          <w:sz w:val="20"/>
        </w:rPr>
        <w:t>1:45  yeh to hai hi nahi is mein. yeh khud sakhta bana liya gaya hai. is ka tarjuma ayat ka yeh hai ke "nahi</w:t>
      </w:r>
      <w:r>
        <w:br/>
      </w:r>
      <w:r>
        <w:rPr>
          <w:sz w:val="20"/>
        </w:rPr>
        <w:t>1:54  touch karte is ko magar woh log jo ke pak hain". yani already pak hain woh.</w:t>
      </w:r>
      <w:r>
        <w:br/>
      </w:r>
      <w:r>
        <w:rPr>
          <w:sz w:val="20"/>
        </w:rPr>
        <w:t>2:03  aisa nahi ke wuzu kar ke apne aap ko pak banate hain woh. yeh sath kuch bhi taaluq is masle se hai jo bana liya gaya hai.</w:t>
      </w:r>
      <w:r>
        <w:br/>
      </w:r>
      <w:r>
        <w:rPr>
          <w:sz w:val="20"/>
        </w:rPr>
        <w:t>2:14  to farishte 24 ghante har waqt pak hi rehte hain, un ke haan napaki koi tasawwur nahi logon mein. to yaad rakhen ke is mein aik khabar di gayi hai, koi hukum nahi diya gaya hai.</w:t>
      </w:r>
      <w:r>
        <w:br/>
      </w:r>
      <w:r>
        <w:rPr>
          <w:sz w:val="20"/>
        </w:rPr>
        <w:t>2:28  agar hukum hota to is ke alfaaz doosre hote</w:t>
      </w:r>
      <w:r>
        <w:br/>
      </w:r>
      <w:r>
        <w:rPr>
          <w:sz w:val="20"/>
        </w:rPr>
        <w:t>2:31  ke "ae musalmano!" to wohi yahan hota: "ae iman walo! jab tum quran ko chhoona ho, tum ko touch karna ho to pehle ja kar wuzu karo".</w:t>
      </w:r>
      <w:r>
        <w:br/>
      </w:r>
      <w:r>
        <w:rPr>
          <w:sz w:val="20"/>
        </w:rPr>
        <w:t>2:47  ya nahao, kuch bhi jo hota. yeh to hai hi nahi is mein.</w:t>
      </w:r>
      <w:r>
        <w:br/>
      </w:r>
      <w:r>
        <w:rPr>
          <w:sz w:val="20"/>
        </w:rPr>
        <w:t>2:51  aap kisi bhi quran ka le lijiye, is ka tarjuma parhiye. tarjume mein kya hai? tarjume mein aik khabar ki baat ki gayi hai, aik waqea jo ho raha hai us ko bataya gaya ke yeh jo quran utarta hai Allah ki taraf se,</w:t>
      </w:r>
      <w:r>
        <w:br/>
      </w:r>
      <w:r>
        <w:rPr>
          <w:sz w:val="20"/>
        </w:rPr>
        <w:t>3:05  to farishta lata tha is ko.</w:t>
      </w:r>
      <w:r>
        <w:br/>
      </w:r>
      <w:r>
        <w:rPr>
          <w:sz w:val="20"/>
        </w:rPr>
        <w:t>3:08  rasool Allah ke pas quran aata tha farishte ke zariye se. to is mein sirf yeh bataya ke Allah se le kar jo farishte is quran ko nabi tak pohnchte hain, woh bohat hi pak log hain.</w:t>
      </w:r>
      <w:r>
        <w:br/>
      </w:r>
      <w:r>
        <w:rPr>
          <w:sz w:val="20"/>
        </w:rPr>
        <w:t>3:25  yani baqi yahan pak wuzu karne ke silsile mein nahi hai. matlab woh</w:t>
      </w:r>
      <w:r>
        <w:br/>
      </w:r>
      <w:r>
        <w:rPr>
          <w:sz w:val="20"/>
        </w:rPr>
        <w:t>3:32  un ke andar nafarmani nahi hai, un ke andar inhiraf nahi hai, Allah ke hukum se khilaf nahi jate woh. woh har lihaz se pakiza log hain.</w:t>
      </w:r>
      <w:r>
        <w:br/>
      </w:r>
      <w:r>
        <w:rPr>
          <w:sz w:val="20"/>
        </w:rPr>
        <w:t>3:43  to yeh farishton ke baray mein hai aur is ka tarjuma khud batata hai ke yeh insan ke baray mein nahi hai, farishton ke baray mein hai. isi tarah aap ja kar is ka tarjuma parhiye aap.</w:t>
      </w:r>
    </w:p>
    <w:p>
      <w:pPr>
        <w:pStyle w:val="Heading2"/>
      </w:pPr>
      <w:r>
        <w:t>Quran targets the individual mind, unlike democracy or communism</w:t>
      </w:r>
    </w:p>
    <w:p>
      <w:r>
        <w:rPr>
          <w:color w:val="666666"/>
          <w:sz w:val="18"/>
        </w:rPr>
        <w:t>Month of Ramadan and The Quran 15 July 2012 · 5m 54s · at 4:52 · https://youtu.be/BxiaMbKdoo8?t=292</w:t>
      </w:r>
    </w:p>
    <w:p>
      <w:r>
        <w:rPr>
          <w:i/>
        </w:rPr>
        <w:t>“فرانس میں ڈیموکریسی کی تحریک ابھری، وہ دھیرے دھیرے پھیلی”</w:t>
      </w:r>
    </w:p>
    <w:p>
      <w:r>
        <w:rPr>
          <w:sz w:val="20"/>
        </w:rPr>
        <w:t>4:52  france mein democracy ki tehreek ubhri, woh phir dhire dhire har jagah phaili.</w:t>
      </w:r>
      <w:r>
        <w:br/>
      </w:r>
      <w:r>
        <w:rPr>
          <w:sz w:val="20"/>
        </w:rPr>
        <w:t>5:01  to is ka jo ek bara leader, leader tha, thinker, uska naam tha russo. us ki kitab hai "social contract".</w:t>
      </w:r>
      <w:r>
        <w:br/>
      </w:r>
      <w:r>
        <w:rPr>
          <w:sz w:val="20"/>
        </w:rPr>
        <w:t>5:15  to uska pehla sentence yeh hai ke "Man was born free, but I see him in chains." insan azaad paida hua tha,</w:t>
      </w:r>
      <w:r>
        <w:br/>
      </w:r>
      <w:r>
        <w:rPr>
          <w:sz w:val="20"/>
        </w:rPr>
        <w:t>5:32  magar main is ko zanjeeron mein jakra hua pata hoon. yaani political zanjeerein.</w:t>
      </w:r>
      <w:r>
        <w:br/>
      </w:r>
      <w:r>
        <w:rPr>
          <w:sz w:val="20"/>
        </w:rPr>
        <w:t>5:39  to kaha democracy ka jo nishana hai, woh un ke apne khayal ke mutabiq insan se political zanjeeron ko todna hai.</w:t>
      </w:r>
      <w:r>
        <w:br/>
      </w:r>
      <w:r>
        <w:rPr>
          <w:sz w:val="20"/>
        </w:rPr>
        <w:t>5:52  yaani awwal din hi un ka nishana hota hai political system ko badalna.</w:t>
      </w:r>
      <w:r>
        <w:br/>
      </w:r>
      <w:r>
        <w:rPr>
          <w:sz w:val="20"/>
        </w:rPr>
        <w:t>5:59  isi liye un ka pehla kalma yahi hai ke "Man was born free, but I see him in chains." to political zanjeeron ko todna aur democratic system qaim karna, yeh nishana hai un ka.</w:t>
      </w:r>
      <w:r>
        <w:br/>
      </w:r>
      <w:r>
        <w:rPr>
          <w:sz w:val="20"/>
        </w:rPr>
        <w:t>6:16  aisi communism ki tehreek uthi, bohat dhoom ke sath. aur saari duniya mein is ka bohat parchar hua.</w:t>
      </w:r>
      <w:r>
        <w:br/>
      </w:r>
      <w:r>
        <w:rPr>
          <w:sz w:val="20"/>
        </w:rPr>
        <w:t>6:29  is ki hukoomat bhi qaim hui. to is ki jo kitab hai, jo sab se zyada communism ko phailane mein jis ka role raha hai, woh hai "communist manifesto".</w:t>
      </w:r>
      <w:r>
        <w:br/>
      </w:r>
      <w:r>
        <w:rPr>
          <w:sz w:val="20"/>
        </w:rPr>
        <w:t>6:42  marx ki kitab. communist manifesto ka pehla sentence kya hai? "Laborers of the world unite." duniya ke mazdooron, muttahed ho jao.</w:t>
      </w:r>
      <w:r>
        <w:br/>
      </w:r>
      <w:r>
        <w:rPr>
          <w:sz w:val="20"/>
        </w:rPr>
        <w:t>6:57  kis ke khilaaf? capitalist system ko torne ke liye. un ka nazariya tha ke dunya bhar ke mazdoor mutahid ho kar jo siyasat system hai, us ko jo kehta hai woh capitalist system, us se takra jayen.</w:t>
      </w:r>
      <w:r>
        <w:br/>
      </w:r>
      <w:r>
        <w:rPr>
          <w:sz w:val="20"/>
        </w:rPr>
        <w:t>7:17  tor kar ke woh communist system banaayen. kyun ke un ka jo nishana hai awwal din se, woh hai system</w:t>
      </w:r>
      <w:r>
        <w:br/>
      </w:r>
      <w:r>
        <w:rPr>
          <w:sz w:val="20"/>
        </w:rPr>
        <w:t>7:28  . achha, ab aap quran ko dekhiye ke quran ki pehli ayat kya hai? pehli ayat hai "alhamdu lillahi rabbil alameen" .</w:t>
      </w:r>
      <w:r>
        <w:br/>
      </w:r>
      <w:r>
        <w:rPr>
          <w:sz w:val="20"/>
        </w:rPr>
        <w:t>7:41  saari hamd hai Allah ke liye, jo rabbul alameen hai. yeh kya cheez hai? is ka koi ta'alluq system se nahi hai.</w:t>
      </w:r>
      <w:r>
        <w:br/>
      </w:r>
      <w:r>
        <w:rPr>
          <w:sz w:val="20"/>
        </w:rPr>
        <w:t>7:51  is ka ta'alluq aik insaan se hai, individual se hai, aik mind se hai.</w:t>
      </w:r>
      <w:r>
        <w:br/>
      </w:r>
      <w:r>
        <w:rPr>
          <w:sz w:val="20"/>
        </w:rPr>
        <w:t>7:58  dekhiye, yeh baat kaise hoti hai? insaan sochta hai, tadabbur aur tafakkur karta hai. phir woh discover karta hai ke is kainaat ka aik Khuda hai.</w:t>
      </w:r>
      <w:r>
        <w:br/>
      </w:r>
      <w:r>
        <w:rPr>
          <w:sz w:val="20"/>
        </w:rPr>
        <w:t>8:12  woh Khuda glory ko discover karta hai.</w:t>
      </w:r>
      <w:r>
        <w:br/>
      </w:r>
      <w:r>
        <w:rPr>
          <w:sz w:val="20"/>
        </w:rPr>
        <w:t>8:18  misalan aaj mein soch raha tha quran ki aik ayat. quran ki aik ayat hai ke "rafa'as samawati bighairi amadin tarawnaha" .</w:t>
      </w:r>
      <w:r>
        <w:br/>
      </w:r>
      <w:r>
        <w:rPr>
          <w:sz w:val="20"/>
        </w:rPr>
        <w:t>8:29  Allah ne aik dunya khadi ki baghair sutoon ke, baghair pillars ke. aik shamsi system hai, galaxies hain.</w:t>
      </w:r>
      <w:r>
        <w:br/>
      </w:r>
      <w:r>
        <w:rPr>
          <w:sz w:val="20"/>
        </w:rPr>
        <w:t>8:39  un saari cheezon ko sama kaha gaya hai. is mein itni saari dunyaen hain. hamari yeh building jahan mein baitha hua hoon, yeh kuch pillars pe khadi hui hai.</w:t>
      </w:r>
      <w:r>
        <w:br/>
      </w:r>
      <w:r>
        <w:rPr>
          <w:sz w:val="20"/>
        </w:rPr>
        <w:t>8:51  woh pillars na hotay to yeh khadi nahi ho sakti.</w:t>
      </w:r>
      <w:r>
        <w:br/>
      </w:r>
      <w:r>
        <w:rPr>
          <w:sz w:val="20"/>
        </w:rPr>
        <w:t>8:54  to quran kehta hai ke yeh jo Khuda ki dunya jo hai, yeh zameen, yeh solar system, yeh galaxy, yeh sitare aur sayare, yeh kisi pillar par nahi khade hue hain.</w:t>
      </w:r>
      <w:r>
        <w:br/>
      </w:r>
      <w:r>
        <w:rPr>
          <w:sz w:val="20"/>
        </w:rPr>
        <w:t>9:06  aik anokhay system pe khade hue hain. aik anokha system jo insaan ke</w:t>
      </w:r>
      <w:r>
        <w:br/>
      </w:r>
      <w:r>
        <w:rPr>
          <w:sz w:val="20"/>
        </w:rPr>
        <w:t>9:17  is se mukhtalif hota hai.</w:t>
      </w:r>
      <w:r>
        <w:br/>
      </w:r>
      <w:r>
        <w:rPr>
          <w:sz w:val="20"/>
        </w:rPr>
        <w:t>9:21  yeh space mein gardish kar rahe hain, baghair kisi sutoon ke. to yeh aik sense of awe paida hota hai, is ko soch kar ke kaisa azeem hai Khuda.</w:t>
      </w:r>
      <w:r>
        <w:br/>
      </w:r>
      <w:r>
        <w:rPr>
          <w:sz w:val="20"/>
        </w:rPr>
        <w:t>9:38  mein ne subah apna mug uthaya, mera mug jis se pani peeta hoon, us pe aik dhakkan aise hi rehta hai. to woh dhakkan phisal ke gir pada.</w:t>
      </w:r>
      <w:r>
        <w:br/>
      </w:r>
      <w:r>
        <w:rPr>
          <w:sz w:val="20"/>
        </w:rPr>
        <w:t>9:48  to mein ne socha ke itni bari kainaat hai, billion, trillion se bhi zyada sitare aur sayare hain. koi gir nahi padta, aik doosre pe gir pade.</w:t>
      </w:r>
      <w:r>
        <w:br/>
      </w:r>
      <w:r>
        <w:rPr>
          <w:sz w:val="20"/>
        </w:rPr>
        <w:t>10:00  agar hamari zameen gir pade to sab kuch tah-o-bala ho jaye. chand zameen pe gir pade to sab tah-o-bala ho jaye. zameen suraj pe gir pade to tah-o-bala ho jaye.</w:t>
      </w:r>
      <w:r>
        <w:br/>
      </w:r>
      <w:r>
        <w:rPr>
          <w:sz w:val="20"/>
        </w:rPr>
        <w:t>10:12  kitna zabardast control hai.</w:t>
      </w:r>
      <w:r>
        <w:br/>
      </w:r>
      <w:r>
        <w:rPr>
          <w:sz w:val="20"/>
        </w:rPr>
        <w:t>10:17  bilkul aik kapkapi taari kar dene wala. is ko sochta hai aadmi.</w:t>
      </w:r>
      <w:r>
        <w:br/>
      </w:r>
      <w:r>
        <w:rPr>
          <w:sz w:val="20"/>
        </w:rPr>
        <w:t>10:26  phir sochta hai Khuda ne mujhe banaya, life support system rakha yahan par. yeh saari cheezen soch kar is ko aik thrill aata hai, thrill.</w:t>
      </w:r>
      <w:r>
        <w:br/>
      </w:r>
      <w:r>
        <w:rPr>
          <w:sz w:val="20"/>
        </w:rPr>
        <w:t>10:37  aik thrilling discovery hoti hai. phir woh keh padta hai Khuda saari glory tere liye hai. "alhamdu lillahi rabbil alameen" .</w:t>
      </w:r>
    </w:p>
    <w:p>
      <w:pPr>
        <w:pStyle w:val="Heading2"/>
      </w:pPr>
      <w:r>
        <w:t>Full lecture from bismillah to Quranic call</w:t>
      </w:r>
    </w:p>
    <w:p>
      <w:r>
        <w:rPr>
          <w:color w:val="666666"/>
          <w:sz w:val="18"/>
        </w:rPr>
        <w:t>Eid al-Fitr August 09, 2013 Maulana Wahiduddin Khan · 4m 53s · at 0:14 · https://youtu.be/0gjvnyE3Clk?t=14</w:t>
      </w:r>
    </w:p>
    <w:p>
      <w:r>
        <w:rPr>
          <w:i/>
        </w:rPr>
        <w:t>“Bismillah ar-Rahman ar-Rahim”</w:t>
      </w:r>
    </w:p>
    <w:p>
      <w:r>
        <w:rPr>
          <w:sz w:val="20"/>
        </w:rPr>
        <w:t>0:14  bismillah-hir-rehman-nir-reheem.</w:t>
      </w:r>
      <w:r>
        <w:br/>
      </w:r>
      <w:r>
        <w:rPr>
          <w:sz w:val="20"/>
        </w:rPr>
        <w:t>0:19  wa salla-llahu 'ala-n-nabiyyi-l-kareem. rab-bish-rah-li sadri, wa yassir-li amri, wah-lul 'uqdatan min lisani, yafqahu qawli.</w:t>
      </w:r>
      <w:r>
        <w:br/>
      </w:r>
      <w:r>
        <w:rPr>
          <w:sz w:val="20"/>
        </w:rPr>
        <w:t>0:37  yeh 9 agast 2013 hai,</w:t>
      </w:r>
      <w:r>
        <w:br/>
      </w:r>
      <w:r>
        <w:rPr>
          <w:sz w:val="20"/>
        </w:rPr>
        <w:t>0:45  aur hijri calendar ke aitbar se yakam shawwal 1434 hijri hai. aap jante hain ke aaj eid-ul-fitr ka din hai.</w:t>
      </w:r>
      <w:r>
        <w:br/>
      </w:r>
      <w:r>
        <w:rPr>
          <w:sz w:val="20"/>
        </w:rPr>
        <w:t>1:01  aaj ke din ke bare mein hadith mein ek bohat lambi riwayat aayi hai, jis mein is din ko laylat-ul-jaiza kaha gaya hai.</w:t>
      </w:r>
      <w:r>
        <w:br/>
      </w:r>
      <w:r>
        <w:rPr>
          <w:sz w:val="20"/>
        </w:rPr>
        <w:t>1:11  arabi zaban mein layla raat aur din dono ke liye istemal hota hai. to yeh jo din hai, shawwal ka chand nikalne se le kar shawwal ki sham tak rehta hai.</w:t>
      </w:r>
      <w:r>
        <w:br/>
      </w:r>
      <w:r>
        <w:rPr>
          <w:sz w:val="20"/>
        </w:rPr>
        <w:t>1:30  to yeh hai laylat-ul-jaiza, yaani inaam ka din. Allah ta'ala ki taraf se aaj is ke sachche bondon ke liye inaam ka faisla kiya jata hai.</w:t>
      </w:r>
      <w:r>
        <w:br/>
      </w:r>
      <w:r>
        <w:rPr>
          <w:sz w:val="20"/>
        </w:rPr>
        <w:t>1:46  to aaj hum sab log bhi Allah ki taraf se isi unwan ke, isi inaam ko ummeedwar hain.</w:t>
      </w:r>
      <w:r>
        <w:br/>
      </w:r>
      <w:r>
        <w:rPr>
          <w:sz w:val="20"/>
        </w:rPr>
        <w:t>1:57  aur hamein umeed hai ke Allah ta'ala kya hamari darkhwast qabool hogi.</w:t>
      </w:r>
      <w:r>
        <w:br/>
      </w:r>
      <w:r>
        <w:rPr>
          <w:sz w:val="20"/>
        </w:rPr>
        <w:t>2:05  is waqt main</w:t>
      </w:r>
      <w:r>
        <w:br/>
      </w:r>
      <w:r>
        <w:rPr>
          <w:sz w:val="20"/>
        </w:rPr>
        <w:t>2:09  ji Nizamuddin west mein hoon, doctor Sani Hussain ke makan par. yahan ek bare kamre mein</w:t>
      </w:r>
      <w:r>
        <w:br/>
      </w:r>
      <w:r>
        <w:rPr>
          <w:sz w:val="20"/>
        </w:rPr>
        <w:t>2:21  CPS ki dilli team ikhatta hai, aur un se main baat kar raha hoon. mujhe aisa mehsoos hota hai ke yahan jitne log hain,</w:t>
      </w:r>
      <w:r>
        <w:br/>
      </w:r>
      <w:r>
        <w:rPr>
          <w:sz w:val="20"/>
        </w:rPr>
        <w:t>2:36  un se bohat zyada yahan Allah ke farishte maujood hain. to main aap ko aur tamam farishton ko apni taraf se salam pesh karta hoon, aur farishton se yeh bhi darkhwast karta hoon ke woh hum sab ki, hum sab ka salam Allah rab-ul-'alameen tak pahuncha dein,</w:t>
      </w:r>
      <w:r>
        <w:br/>
      </w:r>
      <w:r>
        <w:rPr>
          <w:sz w:val="20"/>
        </w:rPr>
        <w:t>2:59  halanke woh zyada janta hai aur zyada sunta hai. mujhe umeed hai ke aaj ke din jo inaam ka din hai,</w:t>
      </w:r>
      <w:r>
        <w:br/>
      </w:r>
      <w:r>
        <w:rPr>
          <w:sz w:val="20"/>
        </w:rPr>
        <w:t>3:13  to hum sab ko Allah ta'ala apne inaam se sarfaraz farmayenge.</w:t>
      </w:r>
      <w:r>
        <w:br/>
      </w:r>
      <w:r>
        <w:rPr>
          <w:sz w:val="20"/>
        </w:rPr>
        <w:t>3:21  ameen. ab main apni baat ek tajrube se shuru karta hoon. ab main apne ghar ke samne jo balcony hai, us par khada hua tha.</w:t>
      </w:r>
      <w:r>
        <w:br/>
      </w:r>
      <w:r>
        <w:rPr>
          <w:sz w:val="20"/>
        </w:rPr>
        <w:t>3:38  main ne dekha ke log road par aa rahe hain aur ja rahe hain, paidal, bicycle par, car par.</w:t>
      </w:r>
      <w:r>
        <w:br/>
      </w:r>
      <w:r>
        <w:rPr>
          <w:sz w:val="20"/>
        </w:rPr>
        <w:t>3:48  ek bhag daud lagi hui hai. to main ne socha ke agar in logon ko mujhe koi paigham dena ho Allah ki taraf se, Quran ki taraf se, to woh kya hoga?</w:t>
      </w:r>
      <w:r>
        <w:br/>
      </w:r>
      <w:r>
        <w:rPr>
          <w:sz w:val="20"/>
        </w:rPr>
        <w:t>4:02  to mujhe Quran ki ek ayat yaad aayi, jo Surah Aal-e-Imran mein hai:</w:t>
      </w:r>
      <w:r>
        <w:br/>
      </w:r>
      <w:r>
        <w:rPr>
          <w:sz w:val="20"/>
        </w:rPr>
        <w:t>4:09  "sa'ru ila maghfiratin mir rabbikum wa jannatin 'arduha as-samawatu wal-ard".</w:t>
      </w:r>
      <w:r>
        <w:br/>
      </w:r>
      <w:r>
        <w:rPr>
          <w:sz w:val="20"/>
        </w:rPr>
        <w:t>4:18  logon! daudo Allah ki bakhshish ki taraf aur Allah ki jannat ki taraf, jis ki wus'at tamam zameen o asman ke barabar hai.</w:t>
      </w:r>
      <w:r>
        <w:br/>
      </w:r>
      <w:r>
        <w:rPr>
          <w:sz w:val="20"/>
        </w:rPr>
        <w:t>4:37  to yeh hai woh cheez jo hamara goal hona chahiye, jo hamari tamanna hona chahiye. yaani yeh ke hum Allah ta'ala ki maghfirat mile</w:t>
      </w:r>
    </w:p>
    <w:p>
      <w:pPr>
        <w:pStyle w:val="Heading2"/>
      </w:pPr>
      <w:r>
        <w:t>Rapid succession of day and night in Quran</w:t>
      </w:r>
    </w:p>
    <w:p>
      <w:r>
        <w:rPr>
          <w:color w:val="666666"/>
          <w:sz w:val="18"/>
        </w:rPr>
        <w:t>Scientific Affirmation of the Quran I 15th Dec 07 - Maulana Wahiduddin Khan · 4m 10s · at 17:53 · https://youtu.be/pt0FaCDlfAY?t=1073</w:t>
      </w:r>
    </w:p>
    <w:p>
      <w:r>
        <w:rPr>
          <w:i/>
        </w:rPr>
        <w:t>“For example, there is a verse about the day and night”</w:t>
      </w:r>
    </w:p>
    <w:p>
      <w:r>
        <w:rPr>
          <w:sz w:val="20"/>
        </w:rPr>
        <w:t>17:53  For example, there is a verse about the day and night. Day and night.</w:t>
      </w:r>
      <w:r>
        <w:br/>
      </w:r>
      <w:r>
        <w:rPr>
          <w:sz w:val="20"/>
        </w:rPr>
        <w:t>18:03  this verse you can see in—in chapter Al-A'raf.</w:t>
      </w:r>
      <w:r>
        <w:br/>
      </w:r>
      <w:r>
        <w:rPr>
          <w:sz w:val="20"/>
        </w:rPr>
        <w:t>18:09  This verse says: "yakhsul layla al-nahar yatlubuhu hasisa". "yakhsul layla al-nahar yatlubuhu hasisa".</w:t>
      </w:r>
      <w:r>
        <w:br/>
      </w:r>
      <w:r>
        <w:rPr>
          <w:sz w:val="20"/>
        </w:rPr>
        <w:t>18:24  The translation of this verse is that this verse is about—about day and night.</w:t>
      </w:r>
      <w:r>
        <w:br/>
      </w:r>
      <w:r>
        <w:rPr>
          <w:sz w:val="20"/>
        </w:rPr>
        <w:t>18:34  about day and night.</w:t>
      </w:r>
      <w:r>
        <w:br/>
      </w:r>
      <w:r>
        <w:rPr>
          <w:sz w:val="20"/>
        </w:rPr>
        <w:t>18:36  So, this verse says that: "akhsul layla al-nahar yatlubuhu hasisa". It means that each one of them seeks rapid succession.</w:t>
      </w:r>
      <w:r>
        <w:br/>
      </w:r>
      <w:r>
        <w:rPr>
          <w:sz w:val="20"/>
        </w:rPr>
        <w:t>18:53  each one of them seeks rapid succession.</w:t>
      </w:r>
      <w:r>
        <w:br/>
      </w:r>
      <w:r>
        <w:rPr>
          <w:sz w:val="20"/>
        </w:rPr>
        <w:t>19:00  It is very strange that the same word was used by a—by a—by a</w:t>
      </w:r>
      <w:r>
        <w:br/>
      </w:r>
      <w:r>
        <w:rPr>
          <w:sz w:val="20"/>
        </w:rPr>
        <w:t>19:15  astronauts. You know, in the—in this—in—in—in—in our present age, in the second half of the twentieth century,</w:t>
      </w:r>
      <w:r>
        <w:br/>
      </w:r>
      <w:r>
        <w:rPr>
          <w:sz w:val="20"/>
        </w:rPr>
        <w:t>19:35  There were some discoveries in space science</w:t>
      </w:r>
      <w:r>
        <w:br/>
      </w:r>
      <w:r>
        <w:rPr>
          <w:sz w:val="20"/>
        </w:rPr>
        <w:t>19:42  . man was able to travel in space, and man was able to see planet earth from the space through telescope.</w:t>
      </w:r>
      <w:r>
        <w:br/>
      </w:r>
      <w:r>
        <w:rPr>
          <w:sz w:val="20"/>
        </w:rPr>
        <w:t>19:56  So, astronauts says that when we were in the space, and we saw the earth from telescope,</w:t>
      </w:r>
      <w:r>
        <w:br/>
      </w:r>
      <w:r>
        <w:rPr>
          <w:sz w:val="20"/>
        </w:rPr>
        <w:t>20:10  we observe a very strange phenomena. So, he says that we saw</w:t>
      </w:r>
      <w:r>
        <w:br/>
      </w:r>
      <w:r>
        <w:rPr>
          <w:sz w:val="20"/>
        </w:rPr>
        <w:t>20:22  There was a rapid succession of darkness and light on the earth. This is the word of astronauts.</w:t>
      </w:r>
      <w:r>
        <w:br/>
      </w:r>
      <w:r>
        <w:rPr>
          <w:sz w:val="20"/>
        </w:rPr>
        <w:t>20:34  He says that I saw a rapid succession of day and night on the earth. So, this very strange.</w:t>
      </w:r>
      <w:r>
        <w:br/>
      </w:r>
      <w:r>
        <w:rPr>
          <w:sz w:val="20"/>
        </w:rPr>
        <w:t>20:46  This—this scene, this observation that day and night are moving in a rapid succession on earth, it was not known to mankind.</w:t>
      </w:r>
      <w:r>
        <w:br/>
      </w:r>
      <w:r>
        <w:rPr>
          <w:sz w:val="20"/>
        </w:rPr>
        <w:t>21:03  no one was able to see this picture of the earth. It was possible only when man discovered</w:t>
      </w:r>
      <w:r>
        <w:br/>
      </w:r>
      <w:r>
        <w:rPr>
          <w:sz w:val="20"/>
        </w:rPr>
        <w:t>21:18  space science, spacecraft, and space telescope. All these things were quite unknown in the seventh century.</w:t>
      </w:r>
      <w:r>
        <w:br/>
      </w:r>
      <w:r>
        <w:rPr>
          <w:sz w:val="20"/>
        </w:rPr>
        <w:t>21:34  so, in the Quran, this verse: "yakhsul layla al-nahar yatlubuhu hasisa" was a quite—was quite a scientific statement.</w:t>
      </w:r>
      <w:r>
        <w:br/>
      </w:r>
      <w:r>
        <w:rPr>
          <w:sz w:val="20"/>
        </w:rPr>
        <w:t>21:51  although, this phenomena was unknown to—to the people in seventh century.</w:t>
      </w:r>
    </w:p>
    <w:p>
      <w:pPr>
        <w:pStyle w:val="Heading2"/>
      </w:pPr>
      <w:r>
        <w:t>Entire lecture segment on Quran intro</w:t>
      </w:r>
    </w:p>
    <w:p>
      <w:r>
        <w:rPr>
          <w:color w:val="666666"/>
          <w:sz w:val="18"/>
        </w:rPr>
        <w:t>An Introduction to the Quran May 28, 2008 · 5m 15s · at 0:14 · https://youtu.be/nmB34NmA_aI?t=14</w:t>
      </w:r>
    </w:p>
    <w:p>
      <w:r>
        <w:rPr>
          <w:i/>
        </w:rPr>
        <w:t>“Bismillah ir-Rahman ir-Rahim.”</w:t>
      </w:r>
    </w:p>
    <w:p>
      <w:r>
        <w:rPr>
          <w:sz w:val="20"/>
        </w:rPr>
        <w:t>0:14  Bismillah Rehman e Rahim.</w:t>
      </w:r>
      <w:r>
        <w:br/>
      </w:r>
      <w:r>
        <w:rPr>
          <w:sz w:val="20"/>
        </w:rPr>
        <w:t>0:20  is waqt ki jo theme hai woh hai "an introduction to the Quran", yaani Quran ka taaruf, parichay.</w:t>
      </w:r>
      <w:r>
        <w:br/>
      </w:r>
      <w:r>
        <w:rPr>
          <w:sz w:val="20"/>
        </w:rPr>
        <w:t>0:41  aap jante hain ke Quran Islam ki sab se zyada authentic book maani jati hai.</w:t>
      </w:r>
      <w:r>
        <w:br/>
      </w:r>
      <w:r>
        <w:rPr>
          <w:sz w:val="20"/>
        </w:rPr>
        <w:t>0:54  Quran ke literal matlab hai "to be read", yaani jo cheez padhi jaye.</w:t>
      </w:r>
      <w:r>
        <w:br/>
      </w:r>
      <w:r>
        <w:rPr>
          <w:sz w:val="20"/>
        </w:rPr>
        <w:t>1:05  yaani Quran woh kitaab hai jis ko padh kar aap iska matlab samajh sakte hain. ya Quran ek revealed book hai, yaani seventh century ke first quarter mein Khuda ne Quran ko Prophet Muhammad par reveal kiya.</w:t>
      </w:r>
      <w:r>
        <w:br/>
      </w:r>
      <w:r>
        <w:rPr>
          <w:sz w:val="20"/>
        </w:rPr>
        <w:t>1:31  yeh ikatthe ek book ke form mein nahi utari gayi, balkeh jis ko kehte hain ke najman najman utra, yaani periodically.</w:t>
      </w:r>
      <w:r>
        <w:br/>
      </w:r>
      <w:r>
        <w:rPr>
          <w:sz w:val="20"/>
        </w:rPr>
        <w:t>1:47  to baees, taees saal ke andar woh thoda thoda utarta raha. phir compile kiya gaya. compile kar ke is ko ek book form mein bana diya gaya.</w:t>
      </w:r>
      <w:r>
        <w:br/>
      </w:r>
      <w:r>
        <w:rPr>
          <w:sz w:val="20"/>
        </w:rPr>
        <w:t>2:03  to yeh Quran jo hai, yeh iski meaning aur iske letters dono Khuda ki taraf se aaye hain.</w:t>
      </w:r>
      <w:r>
        <w:br/>
      </w:r>
      <w:r>
        <w:rPr>
          <w:sz w:val="20"/>
        </w:rPr>
        <w:t>2:14  yaani aisa nahi hai ke meaning to Khuda ki taraf se ho aur iske jo shabd hain woh Paighambar ke hon. aisa nahi hai. balkeh dono hi Khuda ki taraf se hain.</w:t>
      </w:r>
      <w:r>
        <w:br/>
      </w:r>
      <w:r>
        <w:rPr>
          <w:sz w:val="20"/>
        </w:rPr>
        <w:t>2:28  Quran mein</w:t>
      </w:r>
      <w:r>
        <w:br/>
      </w:r>
      <w:r>
        <w:rPr>
          <w:sz w:val="20"/>
        </w:rPr>
        <w:t>2:32  kul one hundred fourteen chapters hain. aur iske jo verses hain woh</w:t>
      </w:r>
      <w:r>
        <w:br/>
      </w:r>
      <w:r>
        <w:rPr>
          <w:sz w:val="20"/>
        </w:rPr>
        <w:t>2:45  six hundred five hundred qareeb qareeb hain.</w:t>
      </w:r>
      <w:r>
        <w:br/>
      </w:r>
      <w:r>
        <w:rPr>
          <w:sz w:val="20"/>
        </w:rPr>
        <w:t>2:54  is waqt mein yeh batane ki koshish karunga ke Quran mein kya baatein kahi gayi hain. sab se pehli verse jo Quran mein aap ko milti hai woh hai "Dhalik al-kitab la raiba feeh".</w:t>
      </w:r>
      <w:r>
        <w:br/>
      </w:r>
      <w:r>
        <w:rPr>
          <w:sz w:val="20"/>
        </w:rPr>
        <w:t>3:16  "hudal mutaqeen". yaani yeh al-kitab hai, is mein koi shaq nahi. "this is the book".</w:t>
      </w:r>
      <w:r>
        <w:br/>
      </w:r>
      <w:r>
        <w:rPr>
          <w:sz w:val="20"/>
        </w:rPr>
        <w:t>3:27  "there is no doubt about it".</w:t>
      </w:r>
      <w:r>
        <w:br/>
      </w:r>
      <w:r>
        <w:rPr>
          <w:sz w:val="20"/>
        </w:rPr>
        <w:t>3:33  is ka matlab kya hai? is ka matlab yeh hai ke insaan apne liye ek guidance chahta hai.</w:t>
      </w:r>
      <w:r>
        <w:br/>
      </w:r>
      <w:r>
        <w:rPr>
          <w:sz w:val="20"/>
        </w:rPr>
        <w:t>3:46  jo aadmi bhi is duniya mein paida hota hai, woh sochta hai, yeh question is ke saamne aata hai: "how am I?" "why I was sent to this world?" "what is death</w:t>
      </w:r>
      <w:r>
        <w:br/>
      </w:r>
      <w:r>
        <w:rPr>
          <w:sz w:val="20"/>
        </w:rPr>
        <w:t>4:03  ?" "what is life?" "what is the purpose of my life?" yeh saare questions har aadmi ke mind mein apne aap aate hain.</w:t>
      </w:r>
      <w:r>
        <w:br/>
      </w:r>
      <w:r>
        <w:rPr>
          <w:sz w:val="20"/>
        </w:rPr>
        <w:t>4:16  to is ke liye insaan ko ek guide book chahiye. woh guide book kaun de sakta hai?</w:t>
      </w:r>
      <w:r>
        <w:br/>
      </w:r>
      <w:r>
        <w:rPr>
          <w:sz w:val="20"/>
        </w:rPr>
        <w:t>4:25  woh guide book sirf creator de sakta hai. dekhein, is duniya mein humein do qism ki knowledge chahiye. ek philosopher ke shabdon mein "knowledge of things", "knowledge of truth".</w:t>
      </w:r>
      <w:r>
        <w:br/>
      </w:r>
      <w:r>
        <w:rPr>
          <w:sz w:val="20"/>
        </w:rPr>
        <w:t>4:43  yaani cheezon ka ilm aur sachai ka ilm. to jahan tak cheezon ki baat hai,</w:t>
      </w:r>
      <w:r>
        <w:br/>
      </w:r>
      <w:r>
        <w:rPr>
          <w:sz w:val="20"/>
        </w:rPr>
        <w:t>4:53  woh hum ko science se maloom pad jati hai.</w:t>
      </w:r>
      <w:r>
        <w:br/>
      </w:r>
      <w:r>
        <w:rPr>
          <w:sz w:val="20"/>
        </w:rPr>
        <w:t>4:59  hamari jo sciences hain, physical science, chemistry, astronomy, botany, geology aur doosri sciences jo hain, humein "knowledge of things" deti hain.</w:t>
      </w:r>
    </w:p>
    <w:p>
      <w:pPr>
        <w:pStyle w:val="Heading2"/>
      </w:pPr>
      <w:r>
        <w:t>Applied meaning of cow story for Muslims</w:t>
      </w:r>
    </w:p>
    <w:p>
      <w:r>
        <w:rPr>
          <w:color w:val="666666"/>
          <w:sz w:val="18"/>
        </w:rPr>
        <w:t>Dars-e-Quran, Chapter 2, Verses 67-73 April 29 , 2018 · 5m 52s · at 4:00 · https://youtu.be/t_MtP6POTSM?t=240</w:t>
      </w:r>
    </w:p>
    <w:p>
      <w:r>
        <w:rPr>
          <w:i/>
        </w:rPr>
        <w:t>“Yeh aayatein yahood ki tareekh ka hissa hain”</w:t>
      </w:r>
    </w:p>
    <w:p>
      <w:r>
        <w:rPr>
          <w:sz w:val="20"/>
        </w:rPr>
        <w:t>4:00  dekhen, yeh jo ayaten hain, bazahir yeh yahud ki tareekh ka ek hissa hain, lekin aap sochiye,</w:t>
      </w:r>
      <w:r>
        <w:br/>
      </w:r>
      <w:r>
        <w:rPr>
          <w:sz w:val="20"/>
        </w:rPr>
        <w:t>4:15  quran ki shan yeh hai ke "likun lil alameen razeera".</w:t>
      </w:r>
      <w:r>
        <w:br/>
      </w:r>
      <w:r>
        <w:rPr>
          <w:sz w:val="20"/>
        </w:rPr>
        <w:t>4:24  "likun lil alameen razeera" sare alam ke liye warner. is ka aisa quran sirf is liye hoga ke mushrikeen ke, yani madine mein jo log the, mushrikeen aur munafikeen, yahud, bas un ki mazammat bayan kare, is ke siwa kuch nahi.</w:t>
      </w:r>
      <w:r>
        <w:br/>
      </w:r>
      <w:r>
        <w:rPr>
          <w:sz w:val="20"/>
        </w:rPr>
        <w:t>4:49  ya pichhle logon ke</w:t>
      </w:r>
      <w:r>
        <w:br/>
      </w:r>
      <w:r>
        <w:rPr>
          <w:sz w:val="20"/>
        </w:rPr>
        <w:t>4:53  anzar ki dastan bayan kare, bas to phir yeh sare alam ke liye kyun aaya hua? yaad dekhiye, aaj quran ko aap ko padhna hai applied way mein.</w:t>
      </w:r>
      <w:r>
        <w:br/>
      </w:r>
      <w:r>
        <w:rPr>
          <w:sz w:val="20"/>
        </w:rPr>
        <w:t>5:06  jab quran utra tha, us waqt logon ne quran ko padha is ki lafzi mani ke aitbar se, literal meaning ke aitbar se.</w:t>
      </w:r>
      <w:r>
        <w:br/>
      </w:r>
      <w:r>
        <w:rPr>
          <w:sz w:val="20"/>
        </w:rPr>
        <w:t>5:18  lekin aaj aap ko padhna hai quran ko applied way mein, tab aap quran se le sakenge wo baat jo quran aap ko dena chahta hai.</w:t>
      </w:r>
      <w:r>
        <w:br/>
      </w:r>
      <w:r>
        <w:rPr>
          <w:sz w:val="20"/>
        </w:rPr>
        <w:t>5:33  yeh bahut zaruri cheez hai. to is ayat, to yeh jo ayaten hain quran ki, is par maine ghor kiya</w:t>
      </w:r>
      <w:r>
        <w:br/>
      </w:r>
      <w:r>
        <w:rPr>
          <w:sz w:val="20"/>
        </w:rPr>
        <w:t>5:43  to yeh literal mani mein nahi hai, applied mani mein hai, kyunke padhne wala to aaj ka hai. ayaten utri thin is seven century mein ki zaban mein, lekin padhne wala to aaj ka hai, is ko aaj ki zaban mein padhna padega.</w:t>
      </w:r>
      <w:r>
        <w:br/>
      </w:r>
      <w:r>
        <w:rPr>
          <w:sz w:val="20"/>
        </w:rPr>
        <w:t>6:05  unhen hidayat nahi banegi. to aap ko dhoondna padega ke aaj ka bakra kya hai?</w:t>
      </w:r>
      <w:r>
        <w:br/>
      </w:r>
      <w:r>
        <w:rPr>
          <w:sz w:val="20"/>
        </w:rPr>
        <w:t>6:17  aaj ke yahud kaun hain?</w:t>
      </w:r>
      <w:r>
        <w:br/>
      </w:r>
      <w:r>
        <w:rPr>
          <w:sz w:val="20"/>
        </w:rPr>
        <w:t>6:23  yeh janna padega aap ko.</w:t>
      </w:r>
      <w:r>
        <w:br/>
      </w:r>
      <w:r>
        <w:rPr>
          <w:sz w:val="20"/>
        </w:rPr>
        <w:t>6:28  aaj ke yahud kaun hain? aaj ka bakra kya hai? aaj ki wo gumrahi kaun kiya hai jis mein aaj ka, aaj ki ummat mubtala hai?</w:t>
      </w:r>
      <w:r>
        <w:br/>
      </w:r>
      <w:r>
        <w:rPr>
          <w:sz w:val="20"/>
        </w:rPr>
        <w:t>6:47  yeh ayaten aaj ki ummat ke liye aap ko samajhna padega. aaj ki ummat ke reference mein, mazi ki ummat ke reference mein padhenge aap, to is se aap ko kuch nahi milega.</w:t>
      </w:r>
      <w:r>
        <w:br/>
      </w:r>
      <w:r>
        <w:rPr>
          <w:sz w:val="20"/>
        </w:rPr>
        <w:t>7:05  to aaj ki ummat kaun hai? yeh ji, yeh zawal yafta musalman hain.</w:t>
      </w:r>
      <w:r>
        <w:br/>
      </w:r>
      <w:r>
        <w:rPr>
          <w:sz w:val="20"/>
        </w:rPr>
        <w:t>7:17  hadith mein aata hai ke "latun min kan qablakum", yani is ka matlab yeh hua: aye musalmanon!</w:t>
      </w:r>
      <w:r>
        <w:br/>
      </w:r>
      <w:r>
        <w:rPr>
          <w:sz w:val="20"/>
        </w:rPr>
        <w:t>7:27  ek waqt aayega ke tum ummat yahud ki jagah le loge.</w:t>
      </w:r>
      <w:r>
        <w:br/>
      </w:r>
      <w:r>
        <w:rPr>
          <w:sz w:val="20"/>
        </w:rPr>
        <w:t>7:37  parhiye poori hadees: "shubra bi shubra wa dhira'an bi dhira', hatta lo dakhloo johar dabb, tab'atumo hum".</w:t>
      </w:r>
      <w:r>
        <w:br/>
      </w:r>
      <w:r>
        <w:rPr>
          <w:sz w:val="20"/>
        </w:rPr>
        <w:t>7:51  tum zaroor un logon ki pairwi karoge jo tum se pehle thay, baalisht baalisht, haath dar haath, yahan tak ke agar woh goh ke bil mein dakhil ho jao, ho gaye to tum bhi dakhil ho jaoge.</w:t>
      </w:r>
      <w:r>
        <w:br/>
      </w:r>
      <w:r>
        <w:rPr>
          <w:sz w:val="20"/>
        </w:rPr>
        <w:t>8:08  kahan hai? sahih al bukhari, sahih muslim.</w:t>
      </w:r>
      <w:r>
        <w:br/>
      </w:r>
      <w:r>
        <w:rPr>
          <w:sz w:val="20"/>
        </w:rPr>
        <w:t>8:13  yeh bukhari ki riwayat hai, muslim ki riwayat hai, yani sahihain ki riwayat hai.</w:t>
      </w:r>
      <w:r>
        <w:br/>
      </w:r>
      <w:r>
        <w:rPr>
          <w:sz w:val="20"/>
        </w:rPr>
        <w:t>8:21  iska matlab kya hai? yeh yehud ki dastaan nahi bayan ki gayi hai, woh to guzar chuki hai, hazar saal se zyada muddat guzar chuki hai iske upar.</w:t>
      </w:r>
      <w:r>
        <w:br/>
      </w:r>
      <w:r>
        <w:rPr>
          <w:sz w:val="20"/>
        </w:rPr>
        <w:t>8:37  in ayaton mein jo padhi gayi hain aap ke samne, isko is hadees ki roshni mein samjhiye.</w:t>
      </w:r>
      <w:r>
        <w:br/>
      </w:r>
      <w:r>
        <w:rPr>
          <w:sz w:val="20"/>
        </w:rPr>
        <w:t>8:46  quran ki in ayaton ko is hadees ki roshni mein samjhiye jo abhi padhi gayi aap ke samne, jiska matlab kya banega?</w:t>
      </w:r>
      <w:r>
        <w:br/>
      </w:r>
      <w:r>
        <w:rPr>
          <w:sz w:val="20"/>
        </w:rPr>
        <w:t>8:58  ke ek waqt aayega jab ke tum yehud ki jagah le loge.</w:t>
      </w:r>
      <w:r>
        <w:br/>
      </w:r>
      <w:r>
        <w:rPr>
          <w:sz w:val="20"/>
        </w:rPr>
        <w:t>9:10  yeh bahut hi zyada chaukana karne wali ayat hai. yeh</w:t>
      </w:r>
      <w:r>
        <w:br/>
      </w:r>
      <w:r>
        <w:rPr>
          <w:sz w:val="20"/>
        </w:rPr>
        <w:t>9:21  isko hazar baar padhiye aur sochiye,</w:t>
      </w:r>
      <w:r>
        <w:br/>
      </w:r>
      <w:r>
        <w:rPr>
          <w:sz w:val="20"/>
        </w:rPr>
        <w:t>9:26  yeh ummat yehud ki dastaan nahi hai, woh is baat ki dastaan hai ke ummat muslima par ek aisa waqt aayega ke woh</w:t>
      </w:r>
      <w:r>
        <w:br/>
      </w:r>
      <w:r>
        <w:rPr>
          <w:sz w:val="20"/>
        </w:rPr>
        <w:t>9:41  ummat yehud ki jagah le legi.</w:t>
      </w:r>
      <w:r>
        <w:br/>
      </w:r>
      <w:r>
        <w:rPr>
          <w:sz w:val="20"/>
        </w:rPr>
        <w:t>9:49  kaisi bhayanak ayat hai!</w:t>
      </w:r>
    </w:p>
    <w:p>
      <w:pPr>
        <w:pStyle w:val="Heading2"/>
      </w:pPr>
      <w:r>
        <w:t>Reflecting on Quran and avoiding overeating</w:t>
      </w:r>
    </w:p>
    <w:p>
      <w:r>
        <w:rPr>
          <w:color w:val="666666"/>
          <w:sz w:val="18"/>
        </w:rPr>
        <w:t>Ramadan and Roza 5th August, 2012 Maulana Wahiduddin Khan · 5m 49s · at 13:23 · https://youtu.be/EVCudm_mwp0?t=803</w:t>
      </w:r>
    </w:p>
    <w:p>
      <w:r>
        <w:rPr>
          <w:i/>
        </w:rPr>
        <w:t>“Alhamdulillah rabbil aalameen aap sochenge”</w:t>
      </w:r>
    </w:p>
    <w:p>
      <w:r>
        <w:rPr>
          <w:sz w:val="20"/>
        </w:rPr>
        <w:t>13:23  misal ke tor par dekhiye aap parhein ge quran ki jo pehli ayat hai</w:t>
      </w:r>
      <w:r>
        <w:br/>
      </w:r>
      <w:r>
        <w:rPr>
          <w:sz w:val="20"/>
        </w:rPr>
        <w:t>13:30  alhamdulillah rabbil alameen aap sochein ge ke kya main ne Allah ki hamd bayan ki ab tak zindagi mein ya main sirf lip service karta raha?</w:t>
      </w:r>
      <w:r>
        <w:br/>
      </w:r>
      <w:r>
        <w:rPr>
          <w:sz w:val="20"/>
        </w:rPr>
        <w:t>13:43  yani main to nashukri mein jeeta raha. main to</w:t>
      </w:r>
      <w:r>
        <w:br/>
      </w:r>
      <w:r>
        <w:rPr>
          <w:sz w:val="20"/>
        </w:rPr>
        <w:t>13:47  shikayatein karta raha logon ki. main to nafrat karta raha logon se. to main ne alhamdulillah kaha kahan?</w:t>
      </w:r>
      <w:r>
        <w:br/>
      </w:r>
      <w:r>
        <w:rPr>
          <w:sz w:val="20"/>
        </w:rPr>
        <w:t>13:58  agar main alhamdulillah kehta to mere dil mein positivity aati, nafrat nikal jati, sab ke liye khair khwahi aati.</w:t>
      </w:r>
      <w:r>
        <w:br/>
      </w:r>
      <w:r>
        <w:rPr>
          <w:sz w:val="20"/>
        </w:rPr>
        <w:t>14:07  mukammal maanon mein mera dil pak saaf ho jata. to woh kaha hua to maine to lap service kiya alhamdulillah keh kar ke.</w:t>
      </w:r>
      <w:r>
        <w:br/>
      </w:r>
      <w:r>
        <w:rPr>
          <w:sz w:val="20"/>
        </w:rPr>
        <w:t>14:18  to aap ke andar jo hai ek aaye ga apne ko revise karen ge aap ke ab se aap faisla karen ge ab se is ko aap</w:t>
      </w:r>
      <w:r>
        <w:br/>
      </w:r>
      <w:r>
        <w:rPr>
          <w:sz w:val="20"/>
        </w:rPr>
        <w:t>14:28  sacha alhamdulillah kehna hai. yaani woh alhamdulillah jo nikalta hai aise insaan ke andar se jis ke andar nafrat na ho, shikayat na ho, jis ke andar doosron ke khilaaf negativity na ho.</w:t>
      </w:r>
      <w:r>
        <w:br/>
      </w:r>
      <w:r>
        <w:rPr>
          <w:sz w:val="20"/>
        </w:rPr>
        <w:t>14:47  woh alhamdulillah to goya ke aap jab quran padhen ge to ek naya</w:t>
      </w:r>
      <w:r>
        <w:br/>
      </w:r>
      <w:r>
        <w:rPr>
          <w:sz w:val="20"/>
        </w:rPr>
        <w:t>14:53  azm jaage ga, ek naya faisla ubhre ga, ek ek naya insaan emerge kare ga aap ke andar se. aise hi poore poore quran phir aap padhen ge is aayat tak pahunchen ge</w:t>
      </w:r>
      <w:r>
        <w:br/>
      </w:r>
      <w:r>
        <w:rPr>
          <w:sz w:val="20"/>
        </w:rPr>
        <w:t>15:10  ke wahan mun yeh aayat tak pahunchen ge ke</w:t>
      </w:r>
      <w:r>
        <w:br/>
      </w:r>
      <w:r>
        <w:rPr>
          <w:sz w:val="20"/>
        </w:rPr>
        <w:t>15:17  wa ma asabakum min musibatin illa bima kasabat aydikum ma asabakum min musibatin fabima kasabat aydikum yaani jo musibat tumhare upar padti hai to tumhare apne hi kiye ka nateeja hoti hai.</w:t>
      </w:r>
      <w:r>
        <w:br/>
      </w:r>
      <w:r>
        <w:rPr>
          <w:sz w:val="20"/>
        </w:rPr>
        <w:t>15:36  yeh aap ne padha to aap is ko baar baar padhen ge agar aap ki hassasiyat barhi hui ho to ke yeh kaisi baat ajeeb quran majeed mein hai ke jo musibat hi tum par padti hai woh sirf tumhare apne kiye ka nateeja hoti hai.</w:t>
      </w:r>
      <w:r>
        <w:br/>
      </w:r>
      <w:r>
        <w:rPr>
          <w:sz w:val="20"/>
        </w:rPr>
        <w:t>15:56  ab soche ge aap ke dekhiye main to doosron ki shikayaton mein jee raha hoon. falasteen ko le kar yahoodon ki shikayat, kashmir ko le kar hinduo ki shikayat, iraq ko le kar america ke khilaaf shikayat,</w:t>
      </w:r>
      <w:r>
        <w:br/>
      </w:r>
      <w:r>
        <w:rPr>
          <w:sz w:val="20"/>
        </w:rPr>
        <w:t>16:12  khatte ki shikayat hi shikayat. babri masjid ko le kar kal mein ek taqreer sun raha tha kisi sahib ki, babri masjid ko le kar shikayat ka toofan barpa kiye hue tha.</w:t>
      </w:r>
      <w:r>
        <w:br/>
      </w:r>
      <w:r>
        <w:rPr>
          <w:sz w:val="20"/>
        </w:rPr>
        <w:t>16:23  bees saal guzar chuke hain babri masjid ko, usi ramzan ke mahine mein taqreer kar rahe hain woh.</w:t>
      </w:r>
      <w:r>
        <w:br/>
      </w:r>
      <w:r>
        <w:rPr>
          <w:sz w:val="20"/>
        </w:rPr>
        <w:t>16:32  to ab is is aayat se woh aadmi compare kare ga apna, is aayat se compare kare ga ke quran mein to yeh hai ke doosra koi zimmedari hi nahi hai tumhari kisi musibat ka, tum khud zimmedar ho.</w:t>
      </w:r>
      <w:r>
        <w:br/>
      </w:r>
      <w:r>
        <w:rPr>
          <w:sz w:val="20"/>
        </w:rPr>
        <w:t>16:51  lekin cheez kya hai? saare log overeating karte hain ramzan mein. overeating ki wajah se un ke andar hassasiyat hi paida nahi hoti, un ko woh tajurba hi nahi guzarta jis ke liye roza farz kiya gaya hai.</w:t>
      </w:r>
      <w:r>
        <w:br/>
      </w:r>
      <w:r>
        <w:rPr>
          <w:sz w:val="20"/>
        </w:rPr>
        <w:t>17:06  ek martaba mein america mein tha, ittefaq se ramzan shuru hone wala tha</w:t>
      </w:r>
      <w:r>
        <w:br/>
      </w:r>
      <w:r>
        <w:rPr>
          <w:sz w:val="20"/>
        </w:rPr>
        <w:t>17:11  to ramzan par mein bola. mein to maine yahi baat kahi ke ramzan mein overeating nahi karna chahiye.</w:t>
      </w:r>
      <w:r>
        <w:br/>
      </w:r>
      <w:r>
        <w:rPr>
          <w:sz w:val="20"/>
        </w:rPr>
        <w:t>17:21  overeating se kya hota hai? ke woh maqsad hi faut ho jata hai. to</w:t>
      </w:r>
      <w:r>
        <w:br/>
      </w:r>
      <w:r>
        <w:rPr>
          <w:sz w:val="20"/>
        </w:rPr>
        <w:t>17:28  bahut se musalman baithe hue the wahan par jo rehte hain america mein, unhone kaha ke yahan aisa koi nahi hai, yahan aisa koi nahi karta. ek dam saaf inkar kar diya unhone.</w:t>
      </w:r>
      <w:r>
        <w:br/>
      </w:r>
      <w:r>
        <w:rPr>
          <w:sz w:val="20"/>
        </w:rPr>
        <w:t>17:39  ab mein wahan par yaani ajeeb halat ho gayi meri. to ek senior aadmi khada hua jo wahan reh raha tha, bahut pehle se america mein,</w:t>
      </w:r>
      <w:r>
        <w:br/>
      </w:r>
      <w:r>
        <w:rPr>
          <w:sz w:val="20"/>
        </w:rPr>
        <w:t>17:49  un sab ke muqable mein woh senior tha. woh woh khada hua, us ne kaha ke dekho mein tum sab se zyada senior hoon, tum sab se se pehle mein america mein reh raha hoon, tum sab ka haal janta hoon, mein tum sab log overeating karte ho.</w:t>
      </w:r>
      <w:r>
        <w:br/>
      </w:r>
      <w:r>
        <w:rPr>
          <w:sz w:val="20"/>
        </w:rPr>
        <w:t>18:07  to us ne ek challenge diya ke mein aap sab logon ko ek challenge deta hoon ke ramzan ki pehli tareekh ko aap apna wazan le lijiye, apna wazan,</w:t>
      </w:r>
      <w:r>
        <w:br/>
      </w:r>
      <w:r>
        <w:rPr>
          <w:sz w:val="20"/>
        </w:rPr>
        <w:t>18:21  apna weight, aur phir ramzan ke aakhir mein eid ke din dobara lijiye,</w:t>
      </w:r>
      <w:r>
        <w:br/>
      </w:r>
      <w:r>
        <w:rPr>
          <w:sz w:val="20"/>
        </w:rPr>
        <w:t>18:27  sab ka wazan barh chuka hoga. yeh ajeeb baat us ne kahi ke ramzan ki pehli tareekh ko aap apna wazan lijiye, apna weight, aur phir aap eid ke din apna wazan lijiye, aap mein se har ek shakhs ka wazan barh chuka hoga.</w:t>
      </w:r>
      <w:r>
        <w:br/>
      </w:r>
      <w:r>
        <w:rPr>
          <w:sz w:val="20"/>
        </w:rPr>
        <w:t>18:44  phir koi nahi bola, ek bhi shakhs nahi bola, sab chup ho gaye. kyun ke ramzan ke maani hain khane ki dhoom, ramzan ke maani hain khane peene ki dhoom.</w:t>
      </w:r>
      <w:r>
        <w:br/>
      </w:r>
      <w:r>
        <w:rPr>
          <w:sz w:val="20"/>
        </w:rPr>
        <w:t>18:58  to ramzan ki jo spirit hai, jo is ka maqsad hai, is ko kal karna hai, overeating karna. kyun ke aap ko tajurba hi nahi guzarta jis tajurbe ke liye roza rakha gaya.</w:t>
      </w:r>
    </w:p>
    <w:p>
      <w:pPr>
        <w:pStyle w:val="Heading2"/>
      </w:pPr>
      <w:r>
        <w:t>Misinterpretation of kafir verse and its contemporary application</w:t>
      </w:r>
    </w:p>
    <w:p>
      <w:r>
        <w:rPr>
          <w:color w:val="666666"/>
          <w:sz w:val="18"/>
        </w:rPr>
        <w:t>Study of The Quran November 30, 2014 · 3m 53s · at 6:50 · https://youtu.be/x3fcJ2nlDow?t=410</w:t>
      </w:r>
    </w:p>
    <w:p>
      <w:r>
        <w:rPr>
          <w:i/>
        </w:rPr>
        <w:t>“Jaise mein aap ko jo bohat hi aam hai aaj kal musalmanon mein”</w:t>
      </w:r>
    </w:p>
    <w:p>
      <w:r>
        <w:rPr>
          <w:sz w:val="20"/>
        </w:rPr>
        <w:t>6:50  jaise main aap ko jo bahut hi aam hai aaj kal musalmanon mein ke quran mein surah nisa mein ayat hai, yeh ayat hai ke "kafiron ko apna dost na banao".</w:t>
      </w:r>
      <w:r>
        <w:br/>
      </w:r>
      <w:r>
        <w:rPr>
          <w:sz w:val="20"/>
        </w:rPr>
        <w:t>7:11  "kafiron ko apna dost na banao".</w:t>
      </w:r>
      <w:r>
        <w:br/>
      </w:r>
      <w:r>
        <w:rPr>
          <w:sz w:val="20"/>
        </w:rPr>
        <w:t>7:13  to bas is ko kya kiya hai logon ne? ke yeh jo qaumen hain jo islam ke daire mein nahin hain, un ko kafir kaha diya.</w:t>
      </w:r>
      <w:r>
        <w:br/>
      </w:r>
      <w:r>
        <w:rPr>
          <w:sz w:val="20"/>
        </w:rPr>
        <w:t>7:23  aur phir kaha hai ke in se dosti nahin karna hai humein. to ek distance banaye rakhte hain. jahan bhi rehte hain hum is ke baad. yahan ho, chahe america mein ho. har jagah.</w:t>
      </w:r>
      <w:r>
        <w:br/>
      </w:r>
      <w:r>
        <w:rPr>
          <w:sz w:val="20"/>
        </w:rPr>
        <w:t>7:32  america mein, europe mein, india mein, arab mein, jahan bhi. to doosri qaumon ko kafir bata kar ke in se distance banaye rakhte hain.</w:t>
      </w:r>
      <w:r>
        <w:br/>
      </w:r>
      <w:r>
        <w:rPr>
          <w:sz w:val="20"/>
        </w:rPr>
        <w:t>7:42  yeh matlab yeh nahin hai ayat ka. to kyun aisa hai ke woh is ke historical background ke aitbar se is ki jo meaning thi, wohi jaana hai unhon ne?</w:t>
      </w:r>
      <w:r>
        <w:br/>
      </w:r>
      <w:r>
        <w:rPr>
          <w:sz w:val="20"/>
        </w:rPr>
        <w:t>7:52  aur contemporary application ke aitbar se nahin jaana? to dekhein, yeh aayaten, aayaten jo hain, woh kafiron ke bare mein nahin hain.</w:t>
      </w:r>
      <w:r>
        <w:br/>
      </w:r>
      <w:r>
        <w:rPr>
          <w:sz w:val="20"/>
        </w:rPr>
        <w:t>8:03  yani hum ne jo bana rakha hai kafir kafir, us mani mein nahin hain.</w:t>
      </w:r>
      <w:r>
        <w:br/>
      </w:r>
      <w:r>
        <w:rPr>
          <w:sz w:val="20"/>
        </w:rPr>
        <w:t>8:08  rasool Allah ke zamane mein jo log aap ke mukhalif ho gaye the, aap se ladai kar rahe the, un ke bare mein hai. woh ab nahin hain to yeh is ayat ka doosra meaning humein dhoondhni pare gi.</w:t>
      </w:r>
      <w:r>
        <w:br/>
      </w:r>
      <w:r>
        <w:rPr>
          <w:sz w:val="20"/>
        </w:rPr>
        <w:t>8:22  woh nahin. ke yeh sab kafir kahein hum un ko, aur kafir keh kar hum in se humein dosti nahin karna. yeh bilkul galat thi.</w:t>
      </w:r>
      <w:r>
        <w:br/>
      </w:r>
      <w:r>
        <w:rPr>
          <w:sz w:val="20"/>
        </w:rPr>
        <w:t>8:33  to musalmanon ko quran ke historical background ka pata hai, lekin is ke contemporary application ka pata nahin hai. ab dekhiye, zamana bahut zyada badal gaya hai.</w:t>
      </w:r>
      <w:r>
        <w:br/>
      </w:r>
      <w:r>
        <w:rPr>
          <w:sz w:val="20"/>
        </w:rPr>
        <w:t>8:44  ab koi aap ka dushman nahin hai. ab koi aap ka dushman nahin hai. ab ke zamane mein dekhiye, industrialization ke baad yeh duniya mein qaumen ek doosre se faida uthati hain.</w:t>
      </w:r>
      <w:r>
        <w:br/>
      </w:r>
      <w:r>
        <w:rPr>
          <w:sz w:val="20"/>
        </w:rPr>
        <w:t>8:59  aap manufacturer hain to doosra consumer hai.</w:t>
      </w:r>
      <w:r>
        <w:br/>
      </w:r>
      <w:r>
        <w:rPr>
          <w:sz w:val="20"/>
        </w:rPr>
        <w:t>9:07  aap businessman hain to doosra customer hai.</w:t>
      </w:r>
      <w:r>
        <w:br/>
      </w:r>
      <w:r>
        <w:rPr>
          <w:sz w:val="20"/>
        </w:rPr>
        <w:t>9:12  aap politician agar hain to democracy ke daur mein doosra aap ka voter hai. sab yeh yeh daur sharing ka daur hai.</w:t>
      </w:r>
      <w:r>
        <w:br/>
      </w:r>
      <w:r>
        <w:rPr>
          <w:sz w:val="20"/>
        </w:rPr>
        <w:t>9:22  sab ek doosre se jure hue hain. ek ka faida doosre se, ek ka faida doosre se. pehle zamane mein aisa nahin tha.</w:t>
      </w:r>
      <w:r>
        <w:br/>
      </w:r>
      <w:r>
        <w:rPr>
          <w:sz w:val="20"/>
        </w:rPr>
        <w:t>9:29  aaj koi aap ka dushman nahin hai. koi aap ka rival nahin hai. har ek aap ka, aap zindagi mein har ek ka aap ka saathi hai.</w:t>
      </w:r>
      <w:r>
        <w:br/>
      </w:r>
      <w:r>
        <w:rPr>
          <w:sz w:val="20"/>
        </w:rPr>
        <w:t>9:42  har ek se aap ko share karna hai.</w:t>
      </w:r>
      <w:r>
        <w:br/>
      </w:r>
      <w:r>
        <w:rPr>
          <w:sz w:val="20"/>
        </w:rPr>
        <w:t>9:46  yeh hai is ka contemporary application</w:t>
      </w:r>
      <w:r>
        <w:br/>
      </w:r>
      <w:r>
        <w:rPr>
          <w:sz w:val="20"/>
        </w:rPr>
        <w:t>9:50  . aap jis country mein hain, har country mein wahan ke logon se aap ko aap ko taluq banana hai. in se achhe taluqat qaim karne hain.</w:t>
      </w:r>
      <w:r>
        <w:br/>
      </w:r>
      <w:r>
        <w:rPr>
          <w:sz w:val="20"/>
        </w:rPr>
        <w:t>10:00  aisa nahin karenge to aap kisi line mein zyada taraqqi nahin kar sakenge. na business mein, na job mein, na education mein, kisi cheez mein nahin.</w:t>
      </w:r>
      <w:r>
        <w:br/>
      </w:r>
      <w:r>
        <w:rPr>
          <w:sz w:val="20"/>
        </w:rPr>
        <w:t>10:10  phir ek ghetto ban jayenge. agar aap aisa nahin karenge to ek ek ghetto community ban jayenge, bas.</w:t>
      </w:r>
      <w:r>
        <w:br/>
      </w:r>
      <w:r>
        <w:rPr>
          <w:sz w:val="20"/>
        </w:rPr>
        <w:t>10:20  to is ayat ka hargiz yeh matlab nahin ke aaj aap logon se distance banaein. logon se dost, logon ko apna dushman samjhein. hargiz matlab yeh nahin hai.</w:t>
      </w:r>
      <w:r>
        <w:br/>
      </w:r>
      <w:r>
        <w:rPr>
          <w:sz w:val="20"/>
        </w:rPr>
        <w:t>10:31  woh in logon ke liye tha jo rasool Allah ke dushman bane, rasool Allah se larai ki, un ke bare mein hai. woh ab dunya mein hai nahi. toh aaj ke logon ko is ko apply nahi kar sakte aap.</w:t>
      </w:r>
    </w:p>
    <w:p>
      <w:pPr>
        <w:pStyle w:val="Heading2"/>
      </w:pPr>
      <w:r>
        <w:t>Quran beyond literal words: need for deep reflection</w:t>
      </w:r>
    </w:p>
    <w:p>
      <w:r>
        <w:rPr>
          <w:color w:val="666666"/>
          <w:sz w:val="18"/>
        </w:rPr>
        <w:t>Universal Study of The Quran 26 July, 2019 - Maulana Wahiduddin Khan · 5m 16s · at 0:33 · https://youtu.be/Ac4V122XwXA?t=33</w:t>
      </w:r>
    </w:p>
    <w:p>
      <w:r>
        <w:rPr>
          <w:i/>
        </w:rPr>
        <w:t>“Dekhiye, Quran ki tafsirein bahut likhi gayi hain”</w:t>
      </w:r>
    </w:p>
    <w:p>
      <w:r>
        <w:rPr>
          <w:sz w:val="20"/>
        </w:rPr>
        <w:t>0:33  dekhiye, quran ki tafsirain bohat likhi gai hain. aik andazay ke mutabiq 5000 se zaid.</w:t>
      </w:r>
      <w:r>
        <w:br/>
      </w:r>
      <w:r>
        <w:rPr>
          <w:sz w:val="20"/>
        </w:rPr>
        <w:t>0:48  lekin tamam tafsirain jo hain,</w:t>
      </w:r>
      <w:r>
        <w:br/>
      </w:r>
      <w:r>
        <w:rPr>
          <w:sz w:val="20"/>
        </w:rPr>
        <w:t>0:54  quran ke alfaaz ko le kar likhi gai hain.</w:t>
      </w:r>
      <w:r>
        <w:br/>
      </w:r>
      <w:r>
        <w:rPr>
          <w:sz w:val="20"/>
        </w:rPr>
        <w:t>1:00  alfaaz ko le kar.</w:t>
      </w:r>
      <w:r>
        <w:br/>
      </w:r>
      <w:r>
        <w:rPr>
          <w:sz w:val="20"/>
        </w:rPr>
        <w:t>1:10  lekin meri rai yeh bani hai, ghore o fikr ke baad, ke alfaaz ko le kar agar aap tafsir karte hain to aap ko quran ka bohat hi thora hissa mile ga.</w:t>
      </w:r>
      <w:r>
        <w:br/>
      </w:r>
      <w:r>
        <w:rPr>
          <w:sz w:val="20"/>
        </w:rPr>
        <w:t>1:27  alfaaz oopar oopar oopar uthna pare ga. yani mani ke satah par jana pare ga.</w:t>
      </w:r>
      <w:r>
        <w:br/>
      </w:r>
      <w:r>
        <w:rPr>
          <w:sz w:val="20"/>
        </w:rPr>
        <w:t>1:37  agar aap alfaaz ke satah par, yani nahv o sirf o lughat o nazm, yeh sab alfaaz hain.</w:t>
      </w:r>
      <w:r>
        <w:br/>
      </w:r>
      <w:r>
        <w:rPr>
          <w:sz w:val="20"/>
        </w:rPr>
        <w:t>1:48  inhon ne kya kaha, inhon ne kya kaha, aur</w:t>
      </w:r>
      <w:r>
        <w:br/>
      </w:r>
      <w:r>
        <w:rPr>
          <w:sz w:val="20"/>
        </w:rPr>
        <w:t>1:54  woh shan-e-noor kya hai, sab alfaaz.</w:t>
      </w:r>
      <w:r>
        <w:br/>
      </w:r>
      <w:r>
        <w:rPr>
          <w:sz w:val="20"/>
        </w:rPr>
        <w:t>2:01  to alfaaz ki satah par agar aap quran ko samajhne ki koshish karte hain to aap ko quran ka bohat thora hissa ilm mein aye ga.</w:t>
      </w:r>
      <w:r>
        <w:br/>
      </w:r>
      <w:r>
        <w:rPr>
          <w:sz w:val="20"/>
        </w:rPr>
        <w:t>2:19  aap ko quran ke alfaaz se oopar uthna pare ga. tab ziyada quran mile ga aap ko.</w:t>
      </w:r>
      <w:r>
        <w:br/>
      </w:r>
      <w:r>
        <w:rPr>
          <w:sz w:val="20"/>
        </w:rPr>
        <w:t>2:31  yeh aap ko bohat anokhi baat lagti hogi ke alfaaz hi tumhare paas hain.</w:t>
      </w:r>
      <w:r>
        <w:br/>
      </w:r>
      <w:r>
        <w:rPr>
          <w:sz w:val="20"/>
        </w:rPr>
        <w:t>2:36  hain? ji. ji. anokhi baat hai. lekin main aap ko aik ayat batata hoon, is par ghore kijiye. wa qim min ayat fi al-samawat wa al-ard yamaruna alaiha yamarun.</w:t>
      </w:r>
      <w:r>
        <w:br/>
      </w:r>
      <w:r>
        <w:rPr>
          <w:sz w:val="20"/>
        </w:rPr>
        <w:t>2:52  hain? wa qim min ayat fi al-samawat wa al-ard yamaruna alaiha. samawat wa al-ard mein ayaten hain.</w:t>
      </w:r>
      <w:r>
        <w:br/>
      </w:r>
      <w:r>
        <w:rPr>
          <w:sz w:val="20"/>
        </w:rPr>
        <w:t>3:03  to kaun tha is zamane mein ya kaun is zamane mein hai? koi samawat, zameen, aasman ki sari ayaton ko مرور مرور hota hoga.</w:t>
      </w:r>
      <w:r>
        <w:br/>
      </w:r>
      <w:r>
        <w:rPr>
          <w:sz w:val="20"/>
        </w:rPr>
        <w:t>3:14  hain? bataiye. wa qim min ayat fi al-samawat wa al-ard yamaruna alaiha.</w:t>
      </w:r>
      <w:r>
        <w:br/>
      </w:r>
      <w:r>
        <w:rPr>
          <w:sz w:val="20"/>
        </w:rPr>
        <w:t>3:25  yani مرور hota hai aap ka aasman ki ayaton par</w:t>
      </w:r>
      <w:r>
        <w:br/>
      </w:r>
      <w:r>
        <w:rPr>
          <w:sz w:val="20"/>
        </w:rPr>
        <w:t>3:29  ? nahin. hain? nahin hota. aisa mumkin nahin. to agar is ko aap bilkul alfaaz ke aitbar se len to yeh ayat bilkul ajeeb o ghareeb ayat hai.</w:t>
      </w:r>
      <w:r>
        <w:br/>
      </w:r>
      <w:r>
        <w:rPr>
          <w:sz w:val="20"/>
        </w:rPr>
        <w:t>3:42  kiska مرور hota hai? na rabb-e-k hua, na aaj kisi ka ho raha hai. hain?</w:t>
      </w:r>
      <w:r>
        <w:br/>
      </w:r>
      <w:r>
        <w:rPr>
          <w:sz w:val="20"/>
        </w:rPr>
        <w:t>3:51  kijiye sahib, ayat padhiye. wa qim min ayat fi al-samawat wa al-ard yamaruna alaiha wa ma anha mu'ridun.</w:t>
      </w:r>
      <w:r>
        <w:br/>
      </w:r>
      <w:r>
        <w:rPr>
          <w:sz w:val="20"/>
        </w:rPr>
        <w:t>4:01  to مرور kahan hua? kiska hua? mujhe bataiye. hain? sahaba ka bhi nahin hua?</w:t>
      </w:r>
      <w:r>
        <w:br/>
      </w:r>
      <w:r>
        <w:rPr>
          <w:sz w:val="20"/>
        </w:rPr>
        <w:t>4:10  ji. nahin hua. is ke mani yeh hain ke aap ko</w:t>
      </w:r>
      <w:r>
        <w:br/>
      </w:r>
      <w:r>
        <w:rPr>
          <w:sz w:val="20"/>
        </w:rPr>
        <w:t>4:16  مرور mein dakhil karna pare ga sochna. sochne ke mani mein, na ke مرور ke mani mein.</w:t>
      </w:r>
      <w:r>
        <w:br/>
      </w:r>
      <w:r>
        <w:rPr>
          <w:sz w:val="20"/>
        </w:rPr>
        <w:t>4:31  kyunke dekhiye, agar aap jo logon ne research ki hai insani mind par, to insani mind ke bare mein jo bare scholar hain, jo unhon ne research ki hai, wo kehte hain ke insan ke ek human brain mein itne particle hain jo sare units bhi na aayen, is se zyada zyada hain.</w:t>
      </w:r>
      <w:r>
        <w:br/>
      </w:r>
      <w:r>
        <w:rPr>
          <w:sz w:val="20"/>
        </w:rPr>
        <w:t>4:58  hain</w:t>
      </w:r>
      <w:r>
        <w:br/>
      </w:r>
      <w:r>
        <w:rPr>
          <w:sz w:val="20"/>
        </w:rPr>
        <w:t>4:59  ? bilkul. ek single brain mein itne zyada particle hain jo sare units ke particle se bhi zyada hain. to jab itna bari capacity hai mere mind ki, to kya kya sochega wo?</w:t>
      </w:r>
      <w:r>
        <w:br/>
      </w:r>
      <w:r>
        <w:rPr>
          <w:sz w:val="20"/>
        </w:rPr>
        <w:t>5:14  wo nikal jayega zameen o aasman se. sari zameen o aasman mein is waqt pahunch jayegi. hain?</w:t>
      </w:r>
      <w:r>
        <w:br/>
      </w:r>
      <w:r>
        <w:rPr>
          <w:sz w:val="20"/>
        </w:rPr>
        <w:t>5:29  to agar sirf jo maroof tareeqa hai, alfaaz ko le kar sochna, is se aap Quran ka bohat hi fraction milega.</w:t>
      </w:r>
      <w:r>
        <w:br/>
      </w:r>
      <w:r>
        <w:rPr>
          <w:sz w:val="20"/>
        </w:rPr>
        <w:t>5:40  aap ko soch ki satah par aap ko jana padega.</w:t>
      </w:r>
    </w:p>
    <w:p>
      <w:pPr>
        <w:pStyle w:val="Heading2"/>
      </w:pPr>
      <w:r>
        <w:t>How revelation turned the Prophet into a preacher of the message</w:t>
      </w:r>
    </w:p>
    <w:p>
      <w:r>
        <w:rPr>
          <w:color w:val="666666"/>
          <w:sz w:val="18"/>
        </w:rPr>
        <w:t>Fasting Training for Discipline August 16, 2009 · 5m 45s · at 33:02 · https://youtu.be/sZw-RIqkF1c?t=1982</w:t>
      </w:r>
    </w:p>
    <w:p>
      <w:r>
        <w:rPr>
          <w:i/>
        </w:rPr>
        <w:t>“Seventh century ke first quarter mein Quran utra”</w:t>
      </w:r>
    </w:p>
    <w:p>
      <w:r>
        <w:rPr>
          <w:sz w:val="20"/>
        </w:rPr>
        <w:t>33:02  rediscover karenge. doosri baat mein yeh kehna chahta hoon ke rasool Allah sal Allah alaihi wasallam jo tareekh hai quran ki, woh kya hai?</w:t>
      </w:r>
      <w:r>
        <w:br/>
      </w:r>
      <w:r>
        <w:rPr>
          <w:sz w:val="20"/>
        </w:rPr>
        <w:t>33:15  ke yani seven century ke first quarter mein quran utra.</w:t>
      </w:r>
      <w:r>
        <w:br/>
      </w:r>
      <w:r>
        <w:rPr>
          <w:sz w:val="20"/>
        </w:rPr>
        <w:t>33:25  aap the hira mountain ke ghar mein. wahan aap par quran utra.</w:t>
      </w:r>
      <w:r>
        <w:br/>
      </w:r>
      <w:r>
        <w:rPr>
          <w:sz w:val="20"/>
        </w:rPr>
        <w:t>33:35  jibril aaye aur farmaya ke iqra</w:t>
      </w:r>
      <w:r>
        <w:br/>
      </w:r>
      <w:r>
        <w:rPr>
          <w:sz w:val="20"/>
        </w:rPr>
        <w:t>33:40  parho. parho. iqra bismi rabbika allazi khalaq khalaq al insana min alaq. iqra wa rabbuka al akram allazi allama bil qalam .</w:t>
      </w:r>
      <w:r>
        <w:br/>
      </w:r>
      <w:r>
        <w:rPr>
          <w:sz w:val="20"/>
        </w:rPr>
        <w:t>33:51  to quran milne ke baad rasool Allah ki zindagi mein kya baat, kya farq aaya? quran se pehle aap ghar hira mein jate the, tijarat bhi karte the, aap biwi bachchon ke sath bhi rehte the.</w:t>
      </w:r>
      <w:r>
        <w:br/>
      </w:r>
      <w:r>
        <w:rPr>
          <w:sz w:val="20"/>
        </w:rPr>
        <w:t>34:07  aap yeh zindagi thi aap ki.</w:t>
      </w:r>
      <w:r>
        <w:br/>
      </w:r>
      <w:r>
        <w:rPr>
          <w:sz w:val="20"/>
        </w:rPr>
        <w:t>34:11  ab aap parhiye life mein ke quran jab aap ko aa gaya to phir aap ki zindagi mein kya change aaya? aap daai ban gaye. aap daai ban gaye.</w:t>
      </w:r>
      <w:r>
        <w:br/>
      </w:r>
      <w:r>
        <w:rPr>
          <w:sz w:val="20"/>
        </w:rPr>
        <w:t>34:23  jaisa ke quran ki mein ayatein parhein aap ko ke "huda lilnnas shahr ramadan allazi unzila fihil quran" .</w:t>
      </w:r>
      <w:r>
        <w:br/>
      </w:r>
      <w:r>
        <w:rPr>
          <w:sz w:val="20"/>
        </w:rPr>
        <w:t>34:32  yeh jo is jo ayat hai, is mein hai ke "huda lilnn</w:t>
      </w:r>
      <w:r>
        <w:br/>
      </w:r>
      <w:r>
        <w:rPr>
          <w:sz w:val="20"/>
        </w:rPr>
        <w:t>34:35  as" . quran jo hai, yeh mankind ke liye guidance hai. sare insano ke liye hidayat nama hai.</w:t>
      </w:r>
      <w:r>
        <w:br/>
      </w:r>
      <w:r>
        <w:rPr>
          <w:sz w:val="20"/>
        </w:rPr>
        <w:t>34:45  ab jibril ne jab aap ko yeh keh kar diya ke dekho, yeh quran hai aur yeh book of guidance hai sare insano ke liye, is mein implicit tha apne aap ke is ko pahunchao logon tak.</w:t>
      </w:r>
      <w:r>
        <w:br/>
      </w:r>
      <w:r>
        <w:rPr>
          <w:sz w:val="20"/>
        </w:rPr>
        <w:t>34:58  aap ghor kijiye ke jab jibril aaye aur unhone yeh kaha ke Khuda ne aap ko yeh quran diya hai, jo hai "huda lilnnas" .</w:t>
      </w:r>
      <w:r>
        <w:br/>
      </w:r>
      <w:r>
        <w:rPr>
          <w:sz w:val="20"/>
        </w:rPr>
        <w:t>35:11  yeh sare insano ke liye guide book hai. is mein apne aap implicit hai ke aap daai ban jaiye. aap ko quran ko pahunchana hai.</w:t>
      </w:r>
      <w:r>
        <w:br/>
      </w:r>
      <w:r>
        <w:rPr>
          <w:sz w:val="20"/>
        </w:rPr>
        <w:t>35:21  aap muqri ban jaiye. chunancha aap wahan, is ke baad jo aap ki zindagi kya hai,</w:t>
      </w:r>
      <w:r>
        <w:br/>
      </w:r>
      <w:r>
        <w:rPr>
          <w:sz w:val="20"/>
        </w:rPr>
        <w:t>35:28  zindagi kya hai, is ke baad aap quran ki talbegh karne lagay. quran ko. is waqt jo hai makka mein kya tha? wahan par assembly hoti thi kaba mein.</w:t>
      </w:r>
      <w:r>
        <w:br/>
      </w:r>
      <w:r>
        <w:rPr>
          <w:sz w:val="20"/>
        </w:rPr>
        <w:t>35:41  aik hi maqam tha, aaj kal aik auditorium hota hai. to makka mein aaj kal ki tarah ka koi auditorium nahi tha. lekin chunke makka mein 360 idol thay, 360 but, to sare tribe, shair, qabailay ke log wahan atay thay apne apne ke.</w:t>
      </w:r>
      <w:r>
        <w:br/>
      </w:r>
      <w:r>
        <w:rPr>
          <w:sz w:val="20"/>
        </w:rPr>
        <w:t>36:04  to wahan rozana hi log ikhatta hotay thay, gathering hoti thi.</w:t>
      </w:r>
      <w:r>
        <w:br/>
      </w:r>
      <w:r>
        <w:rPr>
          <w:sz w:val="20"/>
        </w:rPr>
        <w:t>36:09  to wo best spot tha audience panay ke liye. yani kaba jo tha, kaba ka jo premises tha, wahan par sab se acha audience milta tha aap ko makka mein.</w:t>
      </w:r>
      <w:r>
        <w:br/>
      </w:r>
      <w:r>
        <w:rPr>
          <w:sz w:val="20"/>
        </w:rPr>
        <w:t>36:21  ab aap hira se nikal kar ke wahan pohnchne lagay rozana aur wahan logon ko quran sunanay lagay.</w:t>
      </w:r>
      <w:r>
        <w:br/>
      </w:r>
      <w:r>
        <w:rPr>
          <w:sz w:val="20"/>
        </w:rPr>
        <w:t>36:31  is ke mani ke jo quran diya hazrat jibril ne aap ko, is ke mani kya thay? ke is ko pohnchao, pohnchao is ko, pohnchao is ko, pohnchao.</w:t>
      </w:r>
      <w:r>
        <w:br/>
      </w:r>
      <w:r>
        <w:rPr>
          <w:sz w:val="20"/>
        </w:rPr>
        <w:t>36:44  chunancha yahi baat doosri jagah aai hai is tarah se ke "wuhia ilayhi hadha al-quran li-yunzirakum bihi wa-mablagh".</w:t>
      </w:r>
      <w:r>
        <w:br/>
      </w:r>
      <w:r>
        <w:rPr>
          <w:sz w:val="20"/>
        </w:rPr>
        <w:t>36:53  surah number chhay mein ye ayat hai</w:t>
      </w:r>
      <w:r>
        <w:br/>
      </w:r>
      <w:r>
        <w:rPr>
          <w:sz w:val="20"/>
        </w:rPr>
        <w:t>36:57  ke aap ne farmaya ke mujhe ye quran diya gaya hai, mujh par ye quran reveal kiya gaya hai taake main is quran ke zariye doosron ko warning doon,</w:t>
      </w:r>
      <w:r>
        <w:br/>
      </w:r>
      <w:r>
        <w:rPr>
          <w:sz w:val="20"/>
        </w:rPr>
        <w:t>37:10  logon ko ba-khabar karoon, logon ko aware karoon. aur jis ko quran pohnche, wo bhi yahi kaam karte rahayn, generation of generation.</w:t>
      </w:r>
      <w:r>
        <w:br/>
      </w:r>
      <w:r>
        <w:rPr>
          <w:sz w:val="20"/>
        </w:rPr>
        <w:t>37:20  yani ummat ke liye bhi yahi kaam hai, mere liye bhi yahi kaam hai. ye ayat hai surah al-anam mein</w:t>
      </w:r>
      <w:r>
        <w:br/>
      </w:r>
      <w:r>
        <w:rPr>
          <w:sz w:val="20"/>
        </w:rPr>
        <w:t>37:28  ke aap ne farmaya ke ye quran khuda ki taraf se aaya hai mere paas kis liye? "li-yunzirakum bihi". ke quran ke zariye main tum ko khuda ki batain bataunga, quran ke zariye main tum ko warning dunga, quran ke zariye main tum ko agahi dunga.</w:t>
      </w:r>
      <w:r>
        <w:br/>
      </w:r>
      <w:r>
        <w:rPr>
          <w:sz w:val="20"/>
        </w:rPr>
        <w:t>37:48  ye hai. aur yahi kaam mere baad meri ummat ko karte rehna hai, wa-mablagh.</w:t>
      </w:r>
      <w:r>
        <w:br/>
      </w:r>
      <w:r>
        <w:rPr>
          <w:sz w:val="20"/>
        </w:rPr>
        <w:t>37:56  baad ki naslon mein, baad ki generations mein yahi kaam karte rehna hai, karte rehna hai, karte rehna. yahan tak ke</w:t>
      </w:r>
      <w:r>
        <w:br/>
      </w:r>
      <w:r>
        <w:rPr>
          <w:sz w:val="20"/>
        </w:rPr>
        <w:t>38:05  end aa jaye, qayamat aa jaye. to aap bataiye ke quran apne aap mein kitab talbegh hai, kitab dawat hai.</w:t>
      </w:r>
      <w:r>
        <w:br/>
      </w:r>
      <w:r>
        <w:rPr>
          <w:sz w:val="20"/>
        </w:rPr>
        <w:t>38:17  quran ka maqsad hi yahi hai ke log is se follow karein aur is ko doosron tak pohnchayen.</w:t>
      </w:r>
      <w:r>
        <w:br/>
      </w:r>
      <w:r>
        <w:rPr>
          <w:sz w:val="20"/>
        </w:rPr>
        <w:t>38:23  to ramzan ka matlab kya ho jayega? jab ramzan ko shahr al-quran kaha gaya hai ke ramzan quran ka mahina hai, to kya matlab banega is ka?</w:t>
      </w:r>
      <w:r>
        <w:br/>
      </w:r>
      <w:r>
        <w:rPr>
          <w:sz w:val="20"/>
        </w:rPr>
        <w:t>38:34  ke ramzan mein ziyada se ziyada quran ki study karo aur apne andar wo wo siftayen paida karo ke tum is ke muballigh ban sako, is ke daai ban sako, dunya bhar mein is ko pohncha sako.</w:t>
      </w:r>
    </w:p>
    <w:p>
      <w:pPr>
        <w:pStyle w:val="Heading2"/>
      </w:pPr>
      <w:r>
        <w:t>Stop blaming others: the law of nature on giving and receiving</w:t>
      </w:r>
    </w:p>
    <w:p>
      <w:r>
        <w:rPr>
          <w:color w:val="666666"/>
          <w:sz w:val="18"/>
        </w:rPr>
        <w:t>Ramadan and Quranic Guidance July 29, 2012 · 4m 47s · at 23:43 · https://youtu.be/WxpcI7qi4d0?t=1423</w:t>
      </w:r>
    </w:p>
    <w:p>
      <w:r>
        <w:rPr>
          <w:i/>
        </w:rPr>
        <w:t>“Agar tum chahte ho duniya se kuch paana to dene wale bano”</w:t>
      </w:r>
    </w:p>
    <w:p>
      <w:r>
        <w:rPr>
          <w:sz w:val="20"/>
        </w:rPr>
        <w:t>23:43  keh agar tum chahte ho dunya se kuch paana to dene wale bano. dene wale bano.</w:t>
      </w:r>
      <w:r>
        <w:br/>
      </w:r>
      <w:r>
        <w:rPr>
          <w:sz w:val="20"/>
        </w:rPr>
        <w:t>23:54  yeh ek zindagi ka raaz hai.</w:t>
      </w:r>
      <w:r>
        <w:br/>
      </w:r>
      <w:r>
        <w:rPr>
          <w:sz w:val="20"/>
        </w:rPr>
        <w:t>23:57  is ka matlab yeh hai ke jab aadmi, koi community apne aap ko is haal mein paaye ke us ko mislan huqooq nahi mil rahe hain.</w:t>
      </w:r>
      <w:r>
        <w:br/>
      </w:r>
      <w:r>
        <w:rPr>
          <w:sz w:val="20"/>
        </w:rPr>
        <w:t>24:09  us ko is ke saath imtiyazi sulook ho raha hai.</w:t>
      </w:r>
      <w:r>
        <w:br/>
      </w:r>
      <w:r>
        <w:rPr>
          <w:sz w:val="20"/>
        </w:rPr>
        <w:t>24:16  us ko yani backwat bana diya gaya hai. bilfarz aisa woh mehsoos karein woh. to unhein kya karna chahiye?</w:t>
      </w:r>
      <w:r>
        <w:br/>
      </w:r>
      <w:r>
        <w:rPr>
          <w:sz w:val="20"/>
        </w:rPr>
        <w:t>24:27  harghiz harghiz yeh nahi karna chahiye ke woh shikayatein karne lagein.</w:t>
      </w:r>
      <w:r>
        <w:br/>
      </w:r>
      <w:r>
        <w:rPr>
          <w:sz w:val="20"/>
        </w:rPr>
        <w:t>24:35  doosron ko mulzim, doosron pe ilzaam rakh kar ke un ke khilaaf protest karne lagein. kyun ke doosra aap ko kuch bhi nahi dega.</w:t>
      </w:r>
      <w:r>
        <w:br/>
      </w:r>
      <w:r>
        <w:rPr>
          <w:sz w:val="20"/>
        </w:rPr>
        <w:t>24:45  according to the law of nature.</w:t>
      </w:r>
      <w:r>
        <w:br/>
      </w:r>
      <w:r>
        <w:rPr>
          <w:sz w:val="20"/>
        </w:rPr>
        <w:t>24:51  according to the law of nature, doosra aap ko kuch bhi nahi dene wala hai.</w:t>
      </w:r>
      <w:r>
        <w:br/>
      </w:r>
      <w:r>
        <w:rPr>
          <w:sz w:val="20"/>
        </w:rPr>
        <w:t>24:57  yeh law of nature ki baat hai. yeh na zulm ki baat hai, na conspiracy ki baat hai, na dushmani ki baat hai.</w:t>
      </w:r>
      <w:r>
        <w:br/>
      </w:r>
      <w:r>
        <w:rPr>
          <w:sz w:val="20"/>
        </w:rPr>
        <w:t>25:08  yeh sab baat hai law of nature ki. jo kaha jata hai ke in giving that we received.</w:t>
      </w:r>
      <w:r>
        <w:br/>
      </w:r>
      <w:r>
        <w:rPr>
          <w:sz w:val="20"/>
        </w:rPr>
        <w:t>25:18  to agar aap dekh rahe hain ke aap</w:t>
      </w:r>
      <w:r>
        <w:br/>
      </w:r>
      <w:r>
        <w:rPr>
          <w:sz w:val="20"/>
        </w:rPr>
        <w:t>25:24  jo chahte hain woh aap ko mila hua nahi hai. to is ka reason aap hamesha sirf yeh samjhiye ke main giver nahi ban saka, main dene wala nahi ban saka.</w:t>
      </w:r>
      <w:r>
        <w:br/>
      </w:r>
      <w:r>
        <w:rPr>
          <w:sz w:val="20"/>
        </w:rPr>
        <w:t>25:35  isi ki price, main isi ki price de raha hoon.</w:t>
      </w:r>
      <w:r>
        <w:br/>
      </w:r>
      <w:r>
        <w:rPr>
          <w:sz w:val="20"/>
        </w:rPr>
        <w:t>25:42  yani I am paying the price of my own failure.</w:t>
      </w:r>
      <w:r>
        <w:br/>
      </w:r>
      <w:r>
        <w:rPr>
          <w:sz w:val="20"/>
        </w:rPr>
        <w:t>25:48  to yeh yeh karna ke falan zalim hai, falan dushman hai, falan conspiracy kar raha hai. is ne hum ko museebat mein daal rakha hai.</w:t>
      </w:r>
      <w:r>
        <w:br/>
      </w:r>
      <w:r>
        <w:rPr>
          <w:sz w:val="20"/>
        </w:rPr>
        <w:t>25:58  yeh soch hi unnatural hai, baseless hai. khuda ki is dunya mein aisi soch ki koi jagah nahi hai. aise logon ko sirf yeh sochna chahiye ke we are paying the price of our own failure.</w:t>
      </w:r>
      <w:r>
        <w:br/>
      </w:r>
      <w:r>
        <w:rPr>
          <w:sz w:val="20"/>
        </w:rPr>
        <w:t>26:17  to apne is jo fail ho gaye hain, jo nakaam nakaam ho gaye, us ko door karein. wahan par amal karein. aap ghor kijiye, kitni badi yeh haqeeqat hai.</w:t>
      </w:r>
      <w:r>
        <w:br/>
      </w:r>
      <w:r>
        <w:rPr>
          <w:sz w:val="20"/>
        </w:rPr>
        <w:t>26:32  kitni badi sachai hai. kitab zindagi ka raaz hai.</w:t>
      </w:r>
      <w:r>
        <w:br/>
      </w:r>
      <w:r>
        <w:rPr>
          <w:sz w:val="20"/>
        </w:rPr>
        <w:t>26:41  is mein do baatein hain. ek to yeh, yeh jo principle hai, yeh jo usool hai. yeh aap ko eternally negative thinking se bacha leta hai.</w:t>
      </w:r>
      <w:r>
        <w:br/>
      </w:r>
      <w:r>
        <w:rPr>
          <w:sz w:val="20"/>
        </w:rPr>
        <w:t>26:57  yeh aap ko mukammal taur par positive thinking par qaim rakhta hai. kyun ke jab wajah aap khud hon, doosra na ho.</w:t>
      </w:r>
      <w:r>
        <w:br/>
      </w:r>
      <w:r>
        <w:rPr>
          <w:sz w:val="20"/>
        </w:rPr>
        <w:t>27:07  to aap shikayat kis se karein ge?</w:t>
      </w:r>
      <w:r>
        <w:br/>
      </w:r>
      <w:r>
        <w:rPr>
          <w:sz w:val="20"/>
        </w:rPr>
        <w:t>27:12  to ek taraf to yeh jo soch hai, yeh jo law of nature hai, jis ko bataya gaya Quran mein. ek taraf woh aap ke andar lazaawal, kabhi na mitne wala positive thinking paida karta hai.</w:t>
      </w:r>
      <w:r>
        <w:br/>
      </w:r>
      <w:r>
        <w:rPr>
          <w:sz w:val="20"/>
        </w:rPr>
        <w:t>27:32  aur doosri taraf aap ko woh right, aap ko woh line of action de deta hai. jis pe aap badhein aage.</w:t>
      </w:r>
      <w:r>
        <w:br/>
      </w:r>
      <w:r>
        <w:rPr>
          <w:sz w:val="20"/>
        </w:rPr>
        <w:t>27:43  sahi line of action. a starting, sahi starting point.</w:t>
      </w:r>
      <w:r>
        <w:br/>
      </w:r>
      <w:r>
        <w:rPr>
          <w:sz w:val="20"/>
        </w:rPr>
        <w:t>27:51  right starting point, right line of action. yeh kitni badi baat hai.</w:t>
      </w:r>
      <w:r>
        <w:br/>
      </w:r>
      <w:r>
        <w:rPr>
          <w:sz w:val="20"/>
        </w:rPr>
        <w:t>28:00  yeh do nematein agar aap sochen to yeh itni bari hain. ke goya sab kuch aap ko mil gaya.</w:t>
      </w:r>
      <w:r>
        <w:br/>
      </w:r>
      <w:r>
        <w:rPr>
          <w:sz w:val="20"/>
        </w:rPr>
        <w:t>28:09  yeh do baatein agar aap ne daryaft kar lein. ke what is the right starting point? what is the right line of action?</w:t>
      </w:r>
      <w:r>
        <w:br/>
      </w:r>
      <w:r>
        <w:rPr>
          <w:sz w:val="20"/>
        </w:rPr>
        <w:t>28:20  yeh aap ko maloom ho jaye. to ab sab kuch maloom ho gaya aap ko. sab kuch maloom ho gaya.</w:t>
      </w:r>
    </w:p>
    <w:p>
      <w:pPr>
        <w:pStyle w:val="Heading2"/>
      </w:pPr>
      <w:r>
        <w:t>Islam spread through peaceful preaching</w:t>
      </w:r>
    </w:p>
    <w:p>
      <w:r>
        <w:rPr>
          <w:color w:val="666666"/>
          <w:sz w:val="18"/>
        </w:rPr>
        <w:t>Lessons from The Quran | December 24, 2005 | Maulana Wahiduddin Khan · 5m 35s · at 48:45 · https://youtu.be/1YOgdBErTfE?t=2925</w:t>
      </w:r>
    </w:p>
    <w:p>
      <w:r>
        <w:rPr>
          <w:i/>
        </w:rPr>
        <w:t>“An English historian T.W. Arnold said Islam spread by peaceful preaching”</w:t>
      </w:r>
    </w:p>
    <w:p>
      <w:r>
        <w:rPr>
          <w:sz w:val="20"/>
        </w:rPr>
        <w:t>48:45  quran ke zariye phaila. aur yeh main nahin keh raha hoon, balkeh tamam murikhin jinhon ne is par tehqeeq ki hai, woh yahi kehte hain. mislan ek angrez murikh thay ti dabliyu arnald. ti dabliyu arnald, unhon ne moti si kitab likhi hai "da preaching of islam". "da preaching of</w:t>
      </w:r>
      <w:r>
        <w:br/>
      </w:r>
      <w:r>
        <w:rPr>
          <w:sz w:val="20"/>
        </w:rPr>
        <w:t>49:15  islam". is is kitab mein unhon ne islam ki hazar salah tareekh ka jaiza liya hai, is nuqte nazar se ke islam dunya mein kaise phaila. to woh batate hain ke poori kitab ka jo khulasa hai ke ke ek lafz mein agar main kahoon to is ka khulasa yeh hai ke "da spread of islam was result of</w:t>
      </w:r>
      <w:r>
        <w:br/>
      </w:r>
      <w:r>
        <w:rPr>
          <w:sz w:val="20"/>
        </w:rPr>
        <w:t>49:46  peaceful preaching". "adar deen force aur violence". yeh hai khulasa is ka. aur peaceful preaching jo ki gayi, woh kaise ki gayi? woh ki gayi quran ke zariye. quran ke zariye. is mauzu par ek aur kitab hai, woh hai "sir arthur key" ki kitab. is kitab ke ek chapter mein unhon ne dikhaya hai ke misr mein islam kaise phaila.</w:t>
      </w:r>
      <w:r>
        <w:br/>
      </w:r>
      <w:r>
        <w:rPr>
          <w:sz w:val="20"/>
        </w:rPr>
        <w:t>50:18  to aam taur par yeh samjha jata hai ke misr mein fauj gayi aur phir islam phailaaya us ne. unhon ne kaha ke bilkul galat hai yeh baat. sir arthur key bhi ek angrez hain aur woh murikh hain, ek historian hain. to unhon ne woh egypt, jis ko kehte hain egyptology, us ke expert samjhate hain, woh misriyat ke. to unhon ne likha hai ke "da egyptians were conquered not by the sword b</w:t>
      </w:r>
      <w:r>
        <w:br/>
      </w:r>
      <w:r>
        <w:rPr>
          <w:sz w:val="20"/>
        </w:rPr>
        <w:t>50:48  t by the quran". yeh sir arthur key ke alfaaz hain ke misri log, misriyon ke andar jo islam phaila, woh talwar se nahin phaila balkeh quran ke zariye phaila. quran ke zariye. is kitab mein mujhe ek bohat ahem baat maloom hui. woh baat yeh hai ke pehle zamane mein jo ladaaiyan hoti theen, woh aaj se bohat mukhtalif</w:t>
      </w:r>
      <w:r>
        <w:br/>
      </w:r>
      <w:r>
        <w:rPr>
          <w:sz w:val="20"/>
        </w:rPr>
        <w:t>51:19  theen. aaj jab ladaai hoti hai to aap jante hain ke bohat phaili hui hoti hai. hum mass destruction ke zamane mein jeete hain aur media ke zamane mein. aaj koi bomb maar deta hai to bohat is ka asar jata hai. aur idhar koi baat hoti hai violence ki aur foran woh media mein aa kar ke minton aur secondon mein sari dunya mein phail jati hai. pehle zamane mein aisa nahin tha.</w:t>
      </w:r>
      <w:r>
        <w:br/>
      </w:r>
      <w:r>
        <w:rPr>
          <w:sz w:val="20"/>
        </w:rPr>
        <w:t>51:50  is kitab ko parh kar main ne is haqeeqat ko jana. pehle zamane mein jab ke na to weapons of mass destruction thay, na media tha. to kya hota tha ke bohat hi ek mehdood jagah par do faujen takra di theen. jis ko aap kehte hain battlefield. aaj to battlefield bohat bara hota hai, poora mulk battlefield ban jata hai. tab aisa nahin tha. ek</w:t>
      </w:r>
      <w:r>
        <w:br/>
      </w:r>
      <w:r>
        <w:rPr>
          <w:sz w:val="20"/>
        </w:rPr>
        <w:t>52:20  chhote se maidan mein, aksar shaharoon ke bahir jo chateel maidan hotay thay, wahan par do faujen takra di theen. is mein bastiyan involve nahin hoti theen, shehri log involve nahin hotay thay, balkeh ladaai ke jhankhar ki bhi unhein sunai nahin deti thi aur na khabrein un ko pohnchti theen. to jo ladaaiyan hui hain, woh</w:t>
      </w:r>
      <w:r>
        <w:br/>
      </w:r>
      <w:r>
        <w:rPr>
          <w:sz w:val="20"/>
        </w:rPr>
        <w:t>52:50  battlefield mein ek bohat hi mehdood raqbe mein hui hain. aur islam ka jo phailaao hua hai, quran ke zariye se, woh wasee tar andaaz mein hua hai. yani kuch faujen jo aapas mein ladti theen, un ke bahir jo insaan thay, shaharoon mein aur gaon mein aur bastiyon mein, woh quran ke zariye islam ka parchar karte thay. yahi har shehar, yahi har mulk mein hua hai. yeh baat main ne samjhi in do kitabon</w:t>
      </w:r>
      <w:r>
        <w:br/>
      </w:r>
      <w:r>
        <w:rPr>
          <w:sz w:val="20"/>
        </w:rPr>
        <w:t>53:21  ke mutale se, "preaching of islam" aur "arthur key" ki jo kitab hai, us se ke battlefield mein jo kaam hota tha, us se islam ko phailaane ka koi talluq hi nahin. islam jab phailta tha, battlefield ke bahir jo logon ki sargarmian hoti theen, quran ko le kar ke, islam ko le kar ke, us se islam phailta tha. aur woh mukammal taur par hundred percent peaceful method hua karta tha. is ka</w:t>
      </w:r>
      <w:r>
        <w:br/>
      </w:r>
      <w:r>
        <w:rPr>
          <w:sz w:val="20"/>
        </w:rPr>
        <w:t>53:51  jang se aur violence se koi talluq nahin hota tha. to yeh bohat hi zaroori cheez hai tareekh ko samajhne ke liye. hum aksar aaj ka naqsha hamare zehn mein hota hai, us se hum pichli jangon ko samajhte hain. aaj ki jang is se bohat mukhtalif hoti hai jo pehle hua karti thi. aaj ki jang mein poora poora mulk involve hota hai. har aadmi ko lamha ba lamha ki khabar hoti hoti hai.</w:t>
      </w:r>
    </w:p>
    <w:p>
      <w:pPr>
        <w:pStyle w:val="Heading2"/>
      </w:pPr>
      <w:r>
        <w:t>eternal life, doomsday, and why God must intervene</w:t>
      </w:r>
    </w:p>
    <w:p>
      <w:r>
        <w:rPr>
          <w:color w:val="666666"/>
          <w:sz w:val="18"/>
        </w:rPr>
        <w:t>The Message of The Quran (English) July 4, 2009 · 4m 37s · at 35:37 · https://youtu.be/1DoXQna1vuY?t=2137</w:t>
      </w:r>
    </w:p>
    <w:p>
      <w:r>
        <w:rPr>
          <w:i/>
        </w:rPr>
        <w:t>“Man was created as an eternal being”</w:t>
      </w:r>
    </w:p>
    <w:p>
      <w:r>
        <w:rPr>
          <w:sz w:val="20"/>
        </w:rPr>
        <w:t>35:37  man was created as a, as an eternal being. man is eternal, but his life is divided into two parts: in pre death period and post death period.</w:t>
      </w:r>
      <w:r>
        <w:br/>
      </w:r>
      <w:r>
        <w:rPr>
          <w:sz w:val="20"/>
        </w:rPr>
        <w:t>35:52  we are at present, we are in, in our pre death period, but after doomsday, we will enter into our post death period.</w:t>
      </w:r>
      <w:r>
        <w:br/>
      </w:r>
      <w:r>
        <w:rPr>
          <w:sz w:val="20"/>
        </w:rPr>
        <w:t>36:01  eternal period.</w:t>
      </w:r>
      <w:r>
        <w:br/>
      </w:r>
      <w:r>
        <w:rPr>
          <w:sz w:val="20"/>
        </w:rPr>
        <w:t>36:04  so this situation is an, is an, is an alarm. The present situation, that, that homosexuality is now universal culture,</w:t>
      </w:r>
      <w:r>
        <w:br/>
      </w:r>
      <w:r>
        <w:rPr>
          <w:sz w:val="20"/>
        </w:rPr>
        <w:t>36:21  a global culture. There is no social consensus that can check it. There is no judicial system that can check it.</w:t>
      </w:r>
      <w:r>
        <w:br/>
      </w:r>
      <w:r>
        <w:rPr>
          <w:sz w:val="20"/>
        </w:rPr>
        <w:t>36:31  There is no administrative system that can check it.</w:t>
      </w:r>
      <w:r>
        <w:br/>
      </w:r>
      <w:r>
        <w:rPr>
          <w:sz w:val="20"/>
        </w:rPr>
        <w:t>36:34  It is a universal culture. So this kind of situation invites wrath of God.</w:t>
      </w:r>
      <w:r>
        <w:br/>
      </w:r>
      <w:r>
        <w:rPr>
          <w:sz w:val="20"/>
        </w:rPr>
        <w:t>36:45  I don't think that is a very good news, but it is a fact. How can God can tolerate this kind of situation?</w:t>
      </w:r>
      <w:r>
        <w:br/>
      </w:r>
      <w:r>
        <w:rPr>
          <w:sz w:val="20"/>
        </w:rPr>
        <w:t>36:56  God, it is God. It is the duty of God to intervene in the history.</w:t>
      </w:r>
      <w:r>
        <w:br/>
      </w:r>
      <w:r>
        <w:rPr>
          <w:sz w:val="20"/>
        </w:rPr>
        <w:t>37:02  You know what happened with Lot's community? That's why intervention by God in the history.</w:t>
      </w:r>
      <w:r>
        <w:br/>
      </w:r>
      <w:r>
        <w:rPr>
          <w:sz w:val="20"/>
        </w:rPr>
        <w:t>37:12  No, again, God is going to intervene in the human history on a larger scale. That is Doomsday.</w:t>
      </w:r>
      <w:r>
        <w:br/>
      </w:r>
      <w:r>
        <w:rPr>
          <w:sz w:val="20"/>
        </w:rPr>
        <w:t>37:23  So God wants that people must read this Quran.</w:t>
      </w:r>
      <w:r>
        <w:br/>
      </w:r>
      <w:r>
        <w:rPr>
          <w:sz w:val="20"/>
        </w:rPr>
        <w:t>37:33  This is. Any, any, for this purpose, now Quran is in the news. What said the journalist?</w:t>
      </w:r>
      <w:r>
        <w:br/>
      </w:r>
      <w:r>
        <w:rPr>
          <w:sz w:val="20"/>
        </w:rPr>
        <w:t>37:45  that choti si book ne sari dunya mein tehalka macha rakha hai. This small book has created a storm throughout the world.</w:t>
      </w:r>
      <w:r>
        <w:br/>
      </w:r>
      <w:r>
        <w:rPr>
          <w:sz w:val="20"/>
        </w:rPr>
        <w:t>37:57  I think it was a right true statement, but for what purpose</w:t>
      </w:r>
      <w:r>
        <w:br/>
      </w:r>
      <w:r>
        <w:rPr>
          <w:sz w:val="20"/>
        </w:rPr>
        <w:t>38:03  ? It is God's planning. God is going to. Now, the now, the history of mankind is, is, is reaching to its end.</w:t>
      </w:r>
      <w:r>
        <w:br/>
      </w:r>
      <w:r>
        <w:rPr>
          <w:sz w:val="20"/>
        </w:rPr>
        <w:t>38:16  There is no doubt about it.</w:t>
      </w:r>
      <w:r>
        <w:br/>
      </w:r>
      <w:r>
        <w:rPr>
          <w:sz w:val="20"/>
        </w:rPr>
        <w:t>38:19  There is so much corruption, so much evil, that it leads that God must intervene, and he must create the other world that was predestined at the time of creation.</w:t>
      </w:r>
      <w:r>
        <w:br/>
      </w:r>
      <w:r>
        <w:rPr>
          <w:sz w:val="20"/>
        </w:rPr>
        <w:t>38:39  So for this purpose, Quran is every day in the news.</w:t>
      </w:r>
      <w:r>
        <w:br/>
      </w:r>
      <w:r>
        <w:rPr>
          <w:sz w:val="20"/>
        </w:rPr>
        <w:t>38:47  God wants everyone, everyone, everyone being to read the Quran, to study the Quran, to find the ideology of life, to find the Christian plan of God, to find what is going to happen in the future.</w:t>
      </w:r>
      <w:r>
        <w:br/>
      </w:r>
      <w:r>
        <w:rPr>
          <w:sz w:val="20"/>
        </w:rPr>
        <w:t>39:04  There is a hadith that. La yabqa ala zahiri larze bait wa madhar illa kalmatul Islam.</w:t>
      </w:r>
      <w:r>
        <w:br/>
      </w:r>
      <w:r>
        <w:rPr>
          <w:sz w:val="20"/>
        </w:rPr>
        <w:t>39:17  It means that the day will come when the word of God will enter into every house.</w:t>
      </w:r>
      <w:r>
        <w:br/>
      </w:r>
      <w:r>
        <w:rPr>
          <w:sz w:val="20"/>
        </w:rPr>
        <w:t>39:27  began small. So this is the word of God.</w:t>
      </w:r>
      <w:r>
        <w:br/>
      </w:r>
      <w:r>
        <w:rPr>
          <w:sz w:val="20"/>
        </w:rPr>
        <w:t>39:31  So God created all those. God created all those conditions, and God created modern communication.</w:t>
      </w:r>
      <w:r>
        <w:br/>
      </w:r>
      <w:r>
        <w:rPr>
          <w:sz w:val="20"/>
        </w:rPr>
        <w:t>39:44  God created modern opportunities,</w:t>
      </w:r>
      <w:r>
        <w:br/>
      </w:r>
      <w:r>
        <w:rPr>
          <w:sz w:val="20"/>
        </w:rPr>
        <w:t>39:49  and now God wants to enter this world in every home, in every house, so that people know what is, what is in God's mind, and what is going to happen in the future.</w:t>
      </w:r>
      <w:r>
        <w:br/>
      </w:r>
      <w:r>
        <w:rPr>
          <w:sz w:val="20"/>
        </w:rPr>
        <w:t>40:08  I am saying this with very sincerity. It is not a joke. It is not a joke.</w:t>
      </w:r>
    </w:p>
    <w:p>
      <w:pPr>
        <w:pStyle w:val="Heading2"/>
      </w:pPr>
      <w:r>
        <w:t>Overcoming doubt with divine help</w:t>
      </w:r>
    </w:p>
    <w:p>
      <w:r>
        <w:rPr>
          <w:color w:val="666666"/>
          <w:sz w:val="18"/>
        </w:rPr>
        <w:t>Experience Sharing of Jaipur Literature Festival 03 February 2013 · 4m 23s · at 10:55 · https://youtu.be/Yc_VN2VQIgc?t=655</w:t>
      </w:r>
    </w:p>
    <w:p>
      <w:r>
        <w:rPr>
          <w:i/>
        </w:rPr>
        <w:t>“When I first saw the wall of cartons”</w:t>
      </w:r>
    </w:p>
    <w:p>
      <w:r>
        <w:rPr>
          <w:sz w:val="20"/>
        </w:rPr>
        <w:t>10:55  And just as Ramesh was mentioning, that when we reached our place of stay and when I first saw that half a wall of cartons in front of us, I will be very honest, the first thought that came to my mind was, "Oh my God, how will we distribute that stock? " There were so many of them and we were only a handful of people.</w:t>
      </w:r>
      <w:r>
        <w:br/>
      </w:r>
      <w:r>
        <w:rPr>
          <w:sz w:val="20"/>
        </w:rPr>
        <w:t>11:22  And though we had been there one time, last time, we were still, I was still at least not sure we will be able to finish that stock. But of course, the days were to prove me wrong. And we started somewhere in the afternoon, we reached there. It took us a little while to organize ourselves and start the distribution. But once we were on the job, there was no looking back.</w:t>
      </w:r>
      <w:r>
        <w:br/>
      </w:r>
      <w:r>
        <w:rPr>
          <w:sz w:val="20"/>
        </w:rPr>
        <w:t>11:51  And it all happened very seamlessly. A lot of experiences, yes. There used to be people who used to come back and say that, you know, there was a team that was distributing this last time. And it used to be absolutely overwhelming when people came back and told them that yes, we were there last time. We know it happened last time as well. There were people who were particularly intrigued that why are we only giving out the Quran and no other literature?</w:t>
      </w:r>
      <w:r>
        <w:br/>
      </w:r>
      <w:r>
        <w:rPr>
          <w:sz w:val="20"/>
        </w:rPr>
        <w:t>12:21  And once you talked, it became a point of discussion because they had a question in mind and you could start a discussion. And once that happened, they would happily take away the Quran and say that yes, we will surely read it. There was a particular incident when we gave the Quran to a couple. They were both non-Muslims and they were absolutely overjoyed to get the copy of the Quran. The lady took it and she said, "You know what?</w:t>
      </w:r>
      <w:r>
        <w:br/>
      </w:r>
      <w:r>
        <w:rPr>
          <w:sz w:val="20"/>
        </w:rPr>
        <w:t>12:50  We were really wanting to get this copy of the Quran and it seems that God literally heard our prayers. If we would have asked for anything else, we would have got that." All such experiences, you know, really get that, they are so encouraging. You know, it's like even if you took all the pains for this one instance, it was worth it.</w:t>
      </w:r>
      <w:r>
        <w:br/>
      </w:r>
      <w:r>
        <w:rPr>
          <w:sz w:val="20"/>
        </w:rPr>
        <w:t>13:14  One particular thing that I would like to talk about also is, you know, Ramesh just mentioned about the police bit. Thankfully, we have had very cordial experiences until now. And I think the fact is that because it's such a peaceful work, that police is always there to guide us and help us through. I still remember that the first day, it was evening and because it was setting dark, we were all wrapping up.</w:t>
      </w:r>
      <w:r>
        <w:br/>
      </w:r>
      <w:r>
        <w:rPr>
          <w:sz w:val="20"/>
        </w:rPr>
        <w:t>13:41  There was this elderly policeman, he walked up to me and he asked me ki, and I quote him, verbatim, he said, "Aapka saara distribution achhe se ho gaya?"</w:t>
      </w:r>
      <w:r>
        <w:br/>
      </w:r>
      <w:r>
        <w:rPr>
          <w:sz w:val="20"/>
        </w:rPr>
        <w:t>13:53  " When he said this to me, I was struck for a moment. I just looked at him, I smiled and I said, "Ji, thank you very much. Sab achhe se ho gaya." And it seemed that, you know, God had sent an angel to take a stock of our situation and to find out whether, you know, this handful of people who were there, whether they needed anything or not, whether everything was working out fine or not.</w:t>
      </w:r>
      <w:r>
        <w:br/>
      </w:r>
      <w:r>
        <w:rPr>
          <w:sz w:val="20"/>
        </w:rPr>
        <w:t>14:16  And it seemed that, obviously, if it had not been for God's help, we wouldn't have done that task.</w:t>
      </w:r>
      <w:r>
        <w:br/>
      </w:r>
      <w:r>
        <w:rPr>
          <w:sz w:val="20"/>
        </w:rPr>
        <w:t>14:22  Obviously, it was definitely God's help.</w:t>
      </w:r>
      <w:r>
        <w:br/>
      </w:r>
      <w:r>
        <w:rPr>
          <w:sz w:val="20"/>
        </w:rPr>
        <w:t>14:29  And I also just pray that He accepts this and keeps us as motivated at all times to</w:t>
      </w:r>
      <w:r>
        <w:br/>
      </w:r>
      <w:r>
        <w:rPr>
          <w:sz w:val="20"/>
        </w:rPr>
        <w:t>14:36  undertake similar tasks. Thank you. assalam walekum.</w:t>
      </w:r>
      <w:r>
        <w:br/>
      </w:r>
      <w:r>
        <w:rPr>
          <w:sz w:val="20"/>
        </w:rPr>
        <w:t>14:43  My name is Sabaa Hussain.</w:t>
      </w:r>
      <w:r>
        <w:br/>
      </w:r>
      <w:r>
        <w:rPr>
          <w:sz w:val="20"/>
        </w:rPr>
        <w:t>14:50  And I went to Jaipur for the first time.</w:t>
      </w:r>
      <w:r>
        <w:br/>
      </w:r>
      <w:r>
        <w:rPr>
          <w:sz w:val="20"/>
        </w:rPr>
        <w:t>14:57  I had heard a lot about the festival from Razia and everybody else.</w:t>
      </w:r>
      <w:r>
        <w:br/>
      </w:r>
      <w:r>
        <w:rPr>
          <w:sz w:val="20"/>
        </w:rPr>
        <w:t>15:04  So the moment she told me ki hum log ja rahe hain, so I was like, mujhe bhi jaana hai.</w:t>
      </w:r>
      <w:r>
        <w:br/>
      </w:r>
      <w:r>
        <w:rPr>
          <w:sz w:val="20"/>
        </w:rPr>
        <w:t>15:11  And thankfully, thanks to God, I could be accommodated.</w:t>
      </w:r>
      <w:r>
        <w:br/>
      </w:r>
      <w:r>
        <w:rPr>
          <w:sz w:val="20"/>
        </w:rPr>
        <w:t>15:18  And in the beginning, I was very nervous when we went there.</w:t>
      </w:r>
    </w:p>
    <w:p>
      <w:pPr>
        <w:pStyle w:val="Heading2"/>
      </w:pPr>
      <w:r>
        <w:t>Blindness in this world and hereafter</w:t>
      </w:r>
    </w:p>
    <w:p>
      <w:r>
        <w:rPr>
          <w:color w:val="666666"/>
          <w:sz w:val="18"/>
        </w:rPr>
        <w:t>Self Discovery | September 30, 2018 · 4m 05s · at 3:43 · https://youtu.be/ks3TBvsuttc?t=223</w:t>
      </w:r>
    </w:p>
    <w:p>
      <w:r>
        <w:rPr>
          <w:i/>
        </w:rPr>
        <w:t>“Jo shakhs is duniya mein andha raha, woh aakhirat mein bhi andha rahega”</w:t>
      </w:r>
    </w:p>
    <w:p>
      <w:r>
        <w:rPr>
          <w:sz w:val="20"/>
        </w:rPr>
        <w:t>3:43  aur jo shakhs is dunya mein andha raha, wo akhirat mein bhi andha rahega, aur wo bahut door pada hoga raste se. whoever has been blind in this life, will be blind in the life to come, and still further astray from the path, path of truth. badi kaisi, yani kaisi regretful aayat hai ye ke yahan</w:t>
      </w:r>
      <w:r>
        <w:br/>
      </w:r>
      <w:r>
        <w:rPr>
          <w:sz w:val="20"/>
        </w:rPr>
        <w:t>4:13  agar aap blind reh gaye to wahan bhi blind rahenge.</w:t>
      </w:r>
      <w:r>
        <w:br/>
      </w:r>
      <w:r>
        <w:rPr>
          <w:sz w:val="20"/>
        </w:rPr>
        <w:t>4:24  aap kabhi aankh band kar ke ek ghanta rahiye, aur phir dekhiye kya beitta hai aap.</w:t>
      </w:r>
      <w:r>
        <w:br/>
      </w:r>
      <w:r>
        <w:rPr>
          <w:sz w:val="20"/>
        </w:rPr>
        <w:t>4:35  تو میں نے سوچا کہ یہ What is this blindness? Blindness کیا چیز ہے؟</w:t>
      </w:r>
      <w:r>
        <w:br/>
      </w:r>
      <w:r>
        <w:rPr>
          <w:sz w:val="20"/>
        </w:rPr>
        <w:t>4:46  blind hona kya hai? blind hona yeh hai ke hum bekhabar ho jayein rizq ki importance janne se.</w:t>
      </w:r>
      <w:r>
        <w:br/>
      </w:r>
      <w:r>
        <w:rPr>
          <w:sz w:val="20"/>
        </w:rPr>
        <w:t>5:01  to hum larbar ho jate hain, weak ho jate hain, chalna phirna mushkil maloom hota hai.</w:t>
      </w:r>
      <w:r>
        <w:br/>
      </w:r>
      <w:r>
        <w:rPr>
          <w:sz w:val="20"/>
        </w:rPr>
        <w:t>5:16  تو اب blind ہونے کا مطلب یہ ہے کہ انسان reality جو ہے، reality اس کو discover نہ کر پائے۔</w:t>
      </w:r>
      <w:r>
        <w:br/>
      </w:r>
      <w:r>
        <w:rPr>
          <w:sz w:val="20"/>
        </w:rPr>
        <w:t>5:31  یعنی یہ ڈسکور نہ کر پائے کہ میں کسی خالق کا مخلوق ہوں، اس کسی creator کا creation</w:t>
      </w:r>
      <w:r>
        <w:br/>
      </w:r>
      <w:r>
        <w:rPr>
          <w:sz w:val="20"/>
        </w:rPr>
        <w:t>5:46  hoon. kisi ne mujhe rizq diya hai to mujhe food milta hai, kisi ne mujhe hawa, oxygen, light, soil, sab cheez di hai to mujhe wo cheez mil rahi hai. in is</w:t>
      </w:r>
      <w:r>
        <w:br/>
      </w:r>
      <w:r>
        <w:rPr>
          <w:sz w:val="20"/>
        </w:rPr>
        <w:t>6:16  yeh hai reality.</w:t>
      </w:r>
      <w:r>
        <w:br/>
      </w:r>
      <w:r>
        <w:rPr>
          <w:sz w:val="20"/>
        </w:rPr>
        <w:t>6:24  jo aadmi is reality se duniya mein bekhabar raha, to yeh bohat hi ziyada, bohat hi ziyada</w:t>
      </w:r>
      <w:r>
        <w:br/>
      </w:r>
      <w:r>
        <w:rPr>
          <w:sz w:val="20"/>
        </w:rPr>
        <w:t>6:32  warning ki baat hai ke woh akhirat mein bhi blind rahega.</w:t>
      </w:r>
      <w:r>
        <w:br/>
      </w:r>
      <w:r>
        <w:rPr>
          <w:sz w:val="20"/>
        </w:rPr>
        <w:t>6:39  is ka mani kya hai? ke discovery ka jo chance hai,</w:t>
      </w:r>
      <w:r>
        <w:br/>
      </w:r>
      <w:r>
        <w:rPr>
          <w:sz w:val="20"/>
        </w:rPr>
        <w:t>6:47  hum discover karen Allah Rabb al-Alameen ko, hum discover karen creation ko, hum discover karen food ki importance ko, hum discover karen water, oxygen, light, har cheez ki importance ko. to ye discovery ka jo chance diya gaya hai aap ko, ye dunya ke liye hai,</w:t>
      </w:r>
      <w:r>
        <w:br/>
      </w:r>
      <w:r>
        <w:rPr>
          <w:sz w:val="20"/>
        </w:rPr>
        <w:t>7:17  woh wahan nahi rahega waqai.</w:t>
      </w:r>
      <w:r>
        <w:br/>
      </w:r>
      <w:r>
        <w:rPr>
          <w:sz w:val="20"/>
        </w:rPr>
        <w:t>7:23  yeh kaisi ajeeb baat hai.</w:t>
      </w:r>
      <w:r>
        <w:br/>
      </w:r>
      <w:r>
        <w:rPr>
          <w:sz w:val="20"/>
        </w:rPr>
        <w:t>7:30  yani aisa hi hai jaise ke bone ke waqt kisi ne nahi boya, to kaatne ke waqt kya</w:t>
      </w:r>
      <w:r>
        <w:br/>
      </w:r>
      <w:r>
        <w:rPr>
          <w:sz w:val="20"/>
        </w:rPr>
        <w:t>7:36  paayega? kuch nahi paayega.</w:t>
      </w:r>
      <w:r>
        <w:br/>
      </w:r>
      <w:r>
        <w:rPr>
          <w:sz w:val="20"/>
        </w:rPr>
        <w:t>7:43  kaisi ajeeb baat hai yeh.</w:t>
      </w:r>
    </w:p>
    <w:p>
      <w:pPr>
        <w:pStyle w:val="Heading2"/>
      </w:pPr>
      <w:r>
        <w:t>skin testifying on Judgment Day and the universal language of fitra</w:t>
      </w:r>
    </w:p>
    <w:p>
      <w:r>
        <w:rPr>
          <w:color w:val="666666"/>
          <w:sz w:val="18"/>
        </w:rPr>
        <w:t>Discovery of The Quran August 4, 2013 · 4m 34s · at 15:12 · https://youtu.be/B76kcz6qc_4?t=912</w:t>
      </w:r>
    </w:p>
    <w:p>
      <w:r>
        <w:rPr>
          <w:i/>
        </w:rPr>
        <w:t>“Quran mein ek ayat hai ke qayamat mein insaan ki khaal bol paregi”</w:t>
      </w:r>
    </w:p>
    <w:p>
      <w:r>
        <w:rPr>
          <w:sz w:val="20"/>
        </w:rPr>
        <w:t>15:12  to quran mein aik ayat hai ke qayamat mein cheezein bolen gi, bol parein gi, insan ki khaal bol pare gi.</w:t>
      </w:r>
      <w:r>
        <w:br/>
      </w:r>
      <w:r>
        <w:rPr>
          <w:sz w:val="20"/>
        </w:rPr>
        <w:t>15:25  to insan ki khaal bol kar bataye gi is ka haal, to woh kahe ga aik apni khaal se ke tum ne kyun kyun bol rahe ho?</w:t>
      </w:r>
      <w:r>
        <w:br/>
      </w:r>
      <w:r>
        <w:rPr>
          <w:sz w:val="20"/>
        </w:rPr>
        <w:t>15:33  tum hamari batein kyun bata rahe ho?</w:t>
      </w:r>
      <w:r>
        <w:br/>
      </w:r>
      <w:r>
        <w:rPr>
          <w:sz w:val="20"/>
        </w:rPr>
        <w:t>15:37  to is ka jawab yeh hoga ke "intaqna Allah allazi intaq kulla shai". yani hum ko is ne bulwaya hai jis ne sab cheezon ko bulwaya hai.</w:t>
      </w:r>
      <w:r>
        <w:br/>
      </w:r>
      <w:r>
        <w:rPr>
          <w:sz w:val="20"/>
        </w:rPr>
        <w:t>15:50  "intaqnaullah allazi intaq kull shay" to mere zehn mein kya sawal aaya ke har cheez ya har insan kis zuban mein boley ga ke sab log samjhein us ko?</w:t>
      </w:r>
      <w:r>
        <w:br/>
      </w:r>
      <w:r>
        <w:rPr>
          <w:sz w:val="20"/>
        </w:rPr>
        <w:t>16:02  yani beshumar log wahan ikhatta honge hashar ke maidan mein.</w:t>
      </w:r>
      <w:r>
        <w:br/>
      </w:r>
      <w:r>
        <w:rPr>
          <w:sz w:val="20"/>
        </w:rPr>
        <w:t>16:07  to dunya mein to woh tarah tarah ki zubanein bolte the, sankaron alag alag zubanein theen, balkeh hazaron to un ko bolte thay.</w:t>
      </w:r>
      <w:r>
        <w:br/>
      </w:r>
      <w:r>
        <w:rPr>
          <w:sz w:val="20"/>
        </w:rPr>
        <w:t>16:16  woh to wahan kon si zuban bolein ge ke sab log samjhein us ko? yani har ek woh kon si zuban boley ga ke sunne wala samjhe us ko?</w:t>
      </w:r>
      <w:r>
        <w:br/>
      </w:r>
      <w:r>
        <w:rPr>
          <w:sz w:val="20"/>
        </w:rPr>
        <w:t>16:30  tab meri samajh mein aaya, aur yeh ek ek yeh ke yani linguistics ke mahireen ne is ka ishara bhi kiya hai ke asal zuban jo hai, woh fitrat ki zuban hai.</w:t>
      </w:r>
      <w:r>
        <w:br/>
      </w:r>
      <w:r>
        <w:rPr>
          <w:sz w:val="20"/>
        </w:rPr>
        <w:t>16:45  har aadmi ke mind mein ek zuban pehle se maujood hai,</w:t>
      </w:r>
      <w:r>
        <w:br/>
      </w:r>
      <w:r>
        <w:rPr>
          <w:sz w:val="20"/>
        </w:rPr>
        <w:t>16:52  woh us waqt se maujood hai jab ke Allah taala ne farmaya tha ke "allam al asma kullu". to ek fitrat ki zuban hai jo har aadmi ke zehn mein pehle se maujood hai, wahi sab ki zuban hai.</w:t>
      </w:r>
      <w:r>
        <w:br/>
      </w:r>
      <w:r>
        <w:rPr>
          <w:sz w:val="20"/>
        </w:rPr>
        <w:t>17:09  ab jo zuban hum bolte hain, chahe english ya arabi ya urdu ya hindi, woh is fitrat ki zuban ka transition hota hai,</w:t>
      </w:r>
      <w:r>
        <w:br/>
      </w:r>
      <w:r>
        <w:rPr>
          <w:sz w:val="20"/>
        </w:rPr>
        <w:t>17:20  woh is ka transition hota hai. to maine socha ke qayamat mein yeh hoga ke woh fitrat ki zuban unfold ho jaye gi,</w:t>
      </w:r>
      <w:r>
        <w:br/>
      </w:r>
      <w:r>
        <w:rPr>
          <w:sz w:val="20"/>
        </w:rPr>
        <w:t>17:32  is ka mind mein jo Allah taala ne mehfooz kar di thi, woh khul jaye gi. to har aadmi fitrat ki zuban boley ga.</w:t>
      </w:r>
      <w:r>
        <w:br/>
      </w:r>
      <w:r>
        <w:rPr>
          <w:sz w:val="20"/>
        </w:rPr>
        <w:t>17:45  to maine socha ek kaisa ajeeb thrilling experience hoga ke har ek har ek insan ke darmiyan language gap na ho.</w:t>
      </w:r>
      <w:r>
        <w:br/>
      </w:r>
      <w:r>
        <w:rPr>
          <w:sz w:val="20"/>
        </w:rPr>
        <w:t>17:55  aisi dunya kaisi ajeeb dunya hogi jahan insano ke darmiyan koi language gap na ho.</w:t>
      </w:r>
      <w:r>
        <w:br/>
      </w:r>
      <w:r>
        <w:rPr>
          <w:sz w:val="20"/>
        </w:rPr>
        <w:t>18:03  mujhe kai baar aisa ittefaq pada hai ke kisi aisi jagah gaya, aisi jagah jahan ki zuban aisi thi jo jo muswa nahi ho sakta tha, to exchange nahi ho sakta tha.</w:t>
      </w:r>
      <w:r>
        <w:br/>
      </w:r>
      <w:r>
        <w:rPr>
          <w:sz w:val="20"/>
        </w:rPr>
        <w:t>18:16  jaise moscow mein gaya to mera guide chala gaya tha apni maa ke se milne ke liye. to hotel mein main tha to wahan saare log russian bolte thay.</w:t>
      </w:r>
      <w:r>
        <w:br/>
      </w:r>
      <w:r>
        <w:rPr>
          <w:sz w:val="20"/>
        </w:rPr>
        <w:t>18:27  ab un ki boli mein na samjhoon, meri boli woh na samjhein.</w:t>
      </w:r>
      <w:r>
        <w:br/>
      </w:r>
      <w:r>
        <w:rPr>
          <w:sz w:val="20"/>
        </w:rPr>
        <w:t>18:31  yani language gap poore maanon mein. aise hi main casablanca gaya to wahan sab log french bolte thay.</w:t>
      </w:r>
      <w:r>
        <w:br/>
      </w:r>
      <w:r>
        <w:rPr>
          <w:sz w:val="20"/>
        </w:rPr>
        <w:t>18:41  to french mein na samjhoon, meri zuban woh na samjhein. to wahan bhi ek language gap tha. to ajeeb ajnabiyat ka ehsas hota hai, us waqt ajeeb tanhai ka ehsas hota hai.</w:t>
      </w:r>
      <w:r>
        <w:br/>
      </w:r>
      <w:r>
        <w:rPr>
          <w:sz w:val="20"/>
        </w:rPr>
        <w:t>18:53  to maine socha ke qayamat mein, akhirat mein jab language gap nahi hoga, sab log ek hi fitrat ki zuban bolein ge to kaisa ajeeb tajurba hoga, kaisa thrilling tajurba.</w:t>
      </w:r>
      <w:r>
        <w:br/>
      </w:r>
      <w:r>
        <w:rPr>
          <w:sz w:val="20"/>
        </w:rPr>
        <w:t>19:19  to is tarah se Allah ke fazal se mujhe rozana quran ki koi nai nai baatein daryaft hoti rehti hain. is tarah mera quran se jo taalluq hai, creative taalluq, woh creative taalluq musalsal baqi rehta hai.</w:t>
      </w:r>
      <w:r>
        <w:br/>
      </w:r>
      <w:r>
        <w:rPr>
          <w:sz w:val="20"/>
        </w:rPr>
        <w:t>19:34  musalsal woh creative taalluq musalsal baqi rehta hai, is mein kami nahi hoti.</w:t>
      </w:r>
    </w:p>
    <w:p>
      <w:pPr>
        <w:pStyle w:val="Heading2"/>
      </w:pPr>
      <w:r>
        <w:t>Full teaching: prepare the mind before reading the Quran</w:t>
      </w:r>
    </w:p>
    <w:p>
      <w:r>
        <w:rPr>
          <w:color w:val="666666"/>
          <w:sz w:val="18"/>
        </w:rPr>
        <w:t>Iman and The Quran March 29, 2009 · 5m 49s · at 1:59 · https://youtu.be/ZWtrkjbbojU?t=119</w:t>
      </w:r>
    </w:p>
    <w:p>
      <w:r>
        <w:rPr>
          <w:i/>
        </w:rPr>
        <w:t>“This topic I've taken from a hadith about young companions.”</w:t>
      </w:r>
    </w:p>
    <w:p>
      <w:r>
        <w:rPr>
          <w:sz w:val="20"/>
        </w:rPr>
        <w:t>1:59  to un mein se ek sahib jinka naam jundab tha, woh kehte hain</w:t>
      </w:r>
      <w:r>
        <w:br/>
      </w:r>
      <w:r>
        <w:rPr>
          <w:sz w:val="20"/>
        </w:rPr>
        <w:t>2:07  ke:</w:t>
      </w:r>
      <w:r>
        <w:br/>
      </w:r>
      <w:r>
        <w:rPr>
          <w:sz w:val="20"/>
        </w:rPr>
        <w:t>2:12  "ta'allamna al-iman thumma ta'allamna al-quran". hum ne pehle iman seekha, is ke baad hum ne quran seekha.</w:t>
      </w:r>
      <w:r>
        <w:br/>
      </w:r>
      <w:r>
        <w:rPr>
          <w:sz w:val="20"/>
        </w:rPr>
        <w:t>2:25  "ta'allamna al-iman thumma ta'allamna al-quran".</w:t>
      </w:r>
      <w:r>
        <w:br/>
      </w:r>
      <w:r>
        <w:rPr>
          <w:sz w:val="20"/>
        </w:rPr>
        <w:t>2:30  yeh riwayat hadith ki kai kitabon mein aayi hai. to sochne ki baat hai ke is ka matlab kya hai? yaani pehle iman, phir quran. quran baad ko, aur iman pehle. is ka matlab kya hai?</w:t>
      </w:r>
      <w:r>
        <w:br/>
      </w:r>
      <w:r>
        <w:rPr>
          <w:sz w:val="20"/>
        </w:rPr>
        <w:t>2:48  main bohat din se sochta tha is par. quran aur hadith ko samajhne ke liye yaad rakhiye, sirf is ka tarjuma jaanna kafi nahin hai.</w:t>
      </w:r>
      <w:r>
        <w:br/>
      </w:r>
      <w:r>
        <w:rPr>
          <w:sz w:val="20"/>
        </w:rPr>
        <w:t>2:59  sahaba saalon tak kuch aayaton par sochte rehte the, halan ke woh arabi zaban jante the. to sirf arabi zaban jaanna ya is ka tarjuma padh lena,</w:t>
      </w:r>
      <w:r>
        <w:br/>
      </w:r>
      <w:r>
        <w:rPr>
          <w:sz w:val="20"/>
        </w:rPr>
        <w:t>3:15  is se aap samajh nahin sakte. sochna padta hai, sochna padta hai.</w:t>
      </w:r>
      <w:r>
        <w:br/>
      </w:r>
      <w:r>
        <w:rPr>
          <w:sz w:val="20"/>
        </w:rPr>
        <w:t>3:23  to bohat barson ke sochne ke baad mujhe samajh mein aaya ke yahan kya matlab hai is asar ka ya is hadith ka. woh hai, yahan iman se murad hai marifat.</w:t>
      </w:r>
      <w:r>
        <w:br/>
      </w:r>
      <w:r>
        <w:rPr>
          <w:sz w:val="20"/>
        </w:rPr>
        <w:t>3:40  dekhiye, quran mein aur hadith mein iman ke liye doosra lafz istemal hua hai marifat. misaal ke taur par dekhiye, ek hadith hai: "man qala la ilaha illa Allah dakhala al-jannah".</w:t>
      </w:r>
      <w:r>
        <w:br/>
      </w:r>
      <w:r>
        <w:rPr>
          <w:sz w:val="20"/>
        </w:rPr>
        <w:t>3:53  yahan par qaul hai. ek aur hadith mein hai ke: "man 'arafa Allah la ilaha illa Allah dakhala al-jannah". to yahan qaul marifat ke ma'ne mein hai.</w:t>
      </w:r>
      <w:r>
        <w:br/>
      </w:r>
      <w:r>
        <w:rPr>
          <w:sz w:val="20"/>
        </w:rPr>
        <w:t>4:05  quran mein dekhiye, saatwein paare mein hai: "mimma 'arafu min al-haqq". wahan iman ko marifat ke</w:t>
      </w:r>
      <w:r>
        <w:br/>
      </w:r>
      <w:r>
        <w:rPr>
          <w:sz w:val="20"/>
        </w:rPr>
        <w:t>4:15  lafz mein bayan kiya gaya hai.</w:t>
      </w:r>
      <w:r>
        <w:br/>
      </w:r>
      <w:r>
        <w:rPr>
          <w:sz w:val="20"/>
        </w:rPr>
        <w:t>4:19  to marifat ke liye english mein koi muqabil nahin hai, sahi ma'non mein. koi bhi lafz nahin hai. marifat bohat gehri ma'ne hai is ki.</w:t>
      </w:r>
      <w:r>
        <w:br/>
      </w:r>
      <w:r>
        <w:rPr>
          <w:sz w:val="20"/>
        </w:rPr>
        <w:t>4:31  qareeb ki ma'ne mein English mein aap keh sakte hain ke realization. Ittefaqiya bhi aap bol sakte hain, lekin sab se qareeb jo lafz hai woh realiz</w:t>
      </w:r>
      <w:r>
        <w:br/>
      </w:r>
      <w:r>
        <w:rPr>
          <w:sz w:val="20"/>
        </w:rPr>
        <w:t>4:43  ation hai. Agar che marifat mein jo baat hai woh realization mein nahin aati. To English mein iska poora tasawwur maujood nahin hai.</w:t>
      </w:r>
      <w:r>
        <w:br/>
      </w:r>
      <w:r>
        <w:rPr>
          <w:sz w:val="20"/>
        </w:rPr>
        <w:t>4:54  To marifat ke lafzi maani hain pehchanna. Dekhiye, pehchanna yahan bohat gehri maano mein hai.</w:t>
      </w:r>
      <w:r>
        <w:br/>
      </w:r>
      <w:r>
        <w:rPr>
          <w:sz w:val="20"/>
        </w:rPr>
        <w:t>5:06  To pehle Quran ki pehchan paida ki in logon ne.</w:t>
      </w:r>
      <w:r>
        <w:br/>
      </w:r>
      <w:r>
        <w:rPr>
          <w:sz w:val="20"/>
        </w:rPr>
        <w:t>5:10  Yaani zehan banaya. Tayyar zehan banaya apne aap ko. Phir Quran ko samajh paye woh.</w:t>
      </w:r>
      <w:r>
        <w:br/>
      </w:r>
      <w:r>
        <w:rPr>
          <w:sz w:val="20"/>
        </w:rPr>
        <w:t>5:21  To isko mein ek misaal se, ek aur misaal se wazeh karunga. Ke India mein ek top ke scientist thay, unka naam tha C.V. Raman.</w:t>
      </w:r>
      <w:r>
        <w:br/>
      </w:r>
      <w:r>
        <w:rPr>
          <w:sz w:val="20"/>
        </w:rPr>
        <w:t>5:33  1970 mein unki wafat hui, 1970 mein.</w:t>
      </w:r>
      <w:r>
        <w:br/>
      </w:r>
      <w:r>
        <w:rPr>
          <w:sz w:val="20"/>
        </w:rPr>
        <w:t>5:39  Unko physics ka Nobel Prize mila tha. To kisi ne kaha unse ke scientist log jo hotay hain, unka koi kamaal nahin hai.</w:t>
      </w:r>
      <w:r>
        <w:br/>
      </w:r>
      <w:r>
        <w:rPr>
          <w:sz w:val="20"/>
        </w:rPr>
        <w:t>5:54  Jo daryaftein hain, jo ijadat hain, woh to bas achaanak hotay hain, ittefaqan. Ke ek scientist apni azadi mein kuch test kar raha hai, phir kuch flash hua.</w:t>
      </w:r>
      <w:r>
        <w:br/>
      </w:r>
      <w:r>
        <w:rPr>
          <w:sz w:val="20"/>
        </w:rPr>
        <w:t>6:09  Usse usne samjha ke yahan par falan cheez paai jaati hai. To yeh ittefaqan hota hai. "by way of accident "</w:t>
      </w:r>
      <w:r>
        <w:br/>
      </w:r>
      <w:r>
        <w:rPr>
          <w:sz w:val="20"/>
        </w:rPr>
        <w:t>6:19  . To Raman ne jawab diya iska ke: "Yes, but this accident</w:t>
      </w:r>
      <w:r>
        <w:br/>
      </w:r>
      <w:r>
        <w:rPr>
          <w:sz w:val="20"/>
        </w:rPr>
        <w:t>6:30  happens only to a scientific mind ". Ke tum theek kehte ho, lekin aisa accident, aisa ittefaq, sirf ek scientific mind ke saath hi pesh aata hai.</w:t>
      </w:r>
      <w:r>
        <w:br/>
      </w:r>
      <w:r>
        <w:rPr>
          <w:sz w:val="20"/>
        </w:rPr>
        <w:t>6:49  Yeh bohat hi maani khez jawab tha iska. To ek tayyar zehan hi is qabil hota hai ke woh kisi baat ko samjhe.</w:t>
      </w:r>
      <w:r>
        <w:br/>
      </w:r>
      <w:r>
        <w:rPr>
          <w:sz w:val="20"/>
        </w:rPr>
        <w:t>6:59  To Quran se pehle unhon ne apne zehan ko tayyar kiya.</w:t>
      </w:r>
      <w:r>
        <w:br/>
      </w:r>
      <w:r>
        <w:rPr>
          <w:sz w:val="20"/>
        </w:rPr>
        <w:t>7:07  "First of all, they prepared their mind, then they learned ". Quran.</w:t>
      </w:r>
      <w:r>
        <w:br/>
      </w:r>
      <w:r>
        <w:rPr>
          <w:sz w:val="20"/>
        </w:rPr>
        <w:t>7:16  Yeh matlab hai iska.</w:t>
      </w:r>
      <w:r>
        <w:br/>
      </w:r>
      <w:r>
        <w:rPr>
          <w:sz w:val="20"/>
        </w:rPr>
        <w:t>7:18  Ke Rasool Allah ke paas reh kar unhon ne pehle apna zehan banaya, apni soch banai. Apne ko condition kiya.</w:t>
      </w:r>
      <w:r>
        <w:br/>
      </w:r>
      <w:r>
        <w:rPr>
          <w:sz w:val="20"/>
        </w:rPr>
        <w:t>7:29  To jab woh tayyar zehan ho gaye, tab jab Quran parha unhon ne to samajh mein aata chala gaya. Yeh hai qudrati amal.</w:t>
      </w:r>
      <w:r>
        <w:br/>
      </w:r>
      <w:r>
        <w:rPr>
          <w:sz w:val="20"/>
        </w:rPr>
        <w:t>7:41  Lekin kaisi ajeeb baat hai ke isi baat ko log nahin</w:t>
      </w:r>
      <w:r>
        <w:br/>
      </w:r>
      <w:r>
        <w:rPr>
          <w:sz w:val="20"/>
        </w:rPr>
        <w:t>7:44  jaante. Jo Hadees mein maujood hai.</w:t>
      </w:r>
    </w:p>
    <w:p>
      <w:pPr>
        <w:pStyle w:val="Heading2"/>
      </w:pPr>
      <w:r>
        <w:t>Full method to transform negativity to positivity</w:t>
      </w:r>
    </w:p>
    <w:p>
      <w:r>
        <w:rPr>
          <w:color w:val="666666"/>
          <w:sz w:val="18"/>
        </w:rPr>
        <w:t>Islam and Science (In Conversation with Maulana) · 3m 50s · at 17:49 · https://youtu.be/pKS94tSXlT4?t=1069</w:t>
      </w:r>
    </w:p>
    <w:p>
      <w:r>
        <w:rPr>
          <w:i/>
        </w:rPr>
        <w:t>“Iska method hai muhasaba.”</w:t>
      </w:r>
    </w:p>
    <w:p>
      <w:r>
        <w:rPr>
          <w:sz w:val="20"/>
        </w:rPr>
        <w:t>17:49  is ka method hai muhasba. muhasba ko angrezi mein kehte hain: "introspection".</w:t>
      </w:r>
      <w:r>
        <w:br/>
      </w:r>
      <w:r>
        <w:rPr>
          <w:sz w:val="20"/>
        </w:rPr>
        <w:t>17:59  bas aur kuch nahi. jitna zyada aap apne soch ko develop karenge, utne zyada aap is qabil ho jayenge ke aap</w:t>
      </w:r>
      <w:r>
        <w:br/>
      </w:r>
      <w:r>
        <w:rPr>
          <w:sz w:val="20"/>
        </w:rPr>
        <w:t>18:13  negative ko positive mein badal len.</w:t>
      </w:r>
      <w:r>
        <w:br/>
      </w:r>
      <w:r>
        <w:rPr>
          <w:sz w:val="20"/>
        </w:rPr>
        <w:t>18:19  ab is ki misaal mein deta hoon aap ko ke</w:t>
      </w:r>
      <w:r>
        <w:br/>
      </w:r>
      <w:r>
        <w:rPr>
          <w:sz w:val="20"/>
        </w:rPr>
        <w:t>18:27  ke abhi ek sahab ne mujhe ek parcha diya, us mein mere khilaf bohat hi ghalat tareeqe se mere upar tanqeed ki gayi thi.</w:t>
      </w:r>
      <w:r>
        <w:br/>
      </w:r>
      <w:r>
        <w:rPr>
          <w:sz w:val="20"/>
        </w:rPr>
        <w:t>18:36  bohat hi lagho jhooti, matlab bilkul be asal jhoot mere baray mein. to zahir hai fitri baat hai ke aadmi ko ghussa aata hai, rasool allah ke upar ghussa aaya.</w:t>
      </w:r>
      <w:r>
        <w:br/>
      </w:r>
      <w:r>
        <w:rPr>
          <w:sz w:val="20"/>
        </w:rPr>
        <w:t>18:49  rishta ghaab ho to waqti tor par mujhe ek jhatka laga ke kaise log hain ke jhooti baat chhapte hain aur phailate hain is ko.</w:t>
      </w:r>
      <w:r>
        <w:br/>
      </w:r>
      <w:r>
        <w:rPr>
          <w:sz w:val="20"/>
        </w:rPr>
        <w:t>19:02  lekin jab mera ghussa jo hai nafrat ke had ko chhoone laga to phir woh chaukana ho gaya. dekhiye, ek hai ghazab, ek hai nafrat.</w:t>
      </w:r>
      <w:r>
        <w:br/>
      </w:r>
      <w:r>
        <w:rPr>
          <w:sz w:val="20"/>
        </w:rPr>
        <w:t>19:12  donon farq yaad rakhiye. ghazab ka matlab yeh nahi ke mutnaffiq ho gaya. rasool allah ke baray mein yeh to aata hai ke rasool allah ghusse mein aa gaye.</w:t>
      </w:r>
      <w:r>
        <w:br/>
      </w:r>
      <w:r>
        <w:rPr>
          <w:sz w:val="20"/>
        </w:rPr>
        <w:t>19:22  yeh nahi aata ke rasool allah nafrat karne lagen. yeh nahi aata hein. to jab mujhe ghussa aaya to ghussa dheere dheere wahan tak pahunchne laga jahan nafrat shuru hoti hai.</w:t>
      </w:r>
      <w:r>
        <w:br/>
      </w:r>
      <w:r>
        <w:rPr>
          <w:sz w:val="20"/>
        </w:rPr>
        <w:t>19:34  jahan se achaanak mein is ke baad chaukana ho gaya</w:t>
      </w:r>
      <w:r>
        <w:br/>
      </w:r>
      <w:r>
        <w:rPr>
          <w:sz w:val="20"/>
        </w:rPr>
        <w:t>19:41  ke chaukana ho gaya ke woh aadmi to chhap kar ke kahin baitha hua hai aur mein yahan kyun nafrat karoon is apne apne ko yani apni positivity ko khatam karoon yani khud apne ko koi nuqsan pahunchaun.</w:t>
      </w:r>
      <w:r>
        <w:br/>
      </w:r>
      <w:r>
        <w:rPr>
          <w:sz w:val="20"/>
        </w:rPr>
        <w:t>19:56  to fiur mein ne ghussa bhi khatam kar diya aur negativity bhi khatam kar di. to soch ka matlab yeh hai ke aap yeh jab yeh soch payen ke negative banna apne hi ko halak karna hai,</w:t>
      </w:r>
      <w:r>
        <w:br/>
      </w:r>
      <w:r>
        <w:rPr>
          <w:sz w:val="20"/>
        </w:rPr>
        <w:t>20:13  yeh self killing hai. yani aap jab negative bante hain kisi ke khilaf to doosre ko kuch nahi bigadte, aap doosre ko koi nuqsan nahi pahunchate, aap aap khud apna nuqsan karte hain.</w:t>
      </w:r>
      <w:r>
        <w:br/>
      </w:r>
      <w:r>
        <w:rPr>
          <w:sz w:val="20"/>
        </w:rPr>
        <w:t>20:30  aap soch lijiyay, koi bhi shakhs soche kya is ki nafrat se kisi doosray ko kuch bigar gaya to jab mein doosray ko bigar nahin sakta to aap apna nuqsan kyon karoon, apnay ko halak kyon karoon?</w:t>
      </w:r>
      <w:r>
        <w:br/>
      </w:r>
      <w:r>
        <w:rPr>
          <w:sz w:val="20"/>
        </w:rPr>
        <w:t>20:45  kyunkay nafrat aayi to farishtay chalay gay. nafrat aayi to Allah ka ilham aap par nahin utray ga. nafrat aayi to Allah ki rehmat aap se door chali jaye gi.</w:t>
      </w:r>
      <w:r>
        <w:br/>
      </w:r>
      <w:r>
        <w:rPr>
          <w:sz w:val="20"/>
        </w:rPr>
        <w:t>20:56  to yeh sochiye aap ke nafrat ka nuqsan doosray ko to nahin puhanchay ga, aap ko puhanch jaye ga. jitna ziyada aap is ko sochengay, utnay ziyada aap nafrat se door hotay chalay jayengay.</w:t>
      </w:r>
      <w:r>
        <w:br/>
      </w:r>
      <w:r>
        <w:rPr>
          <w:sz w:val="20"/>
        </w:rPr>
        <w:t>21:10  isi ka naam hai muhasba, isi ka naam hai introspection. to mein samajhta hoon ke koi bhi aur tadbeer is ke nahin siwaye is ke ke aap muhasba karen, introspection karen, rethinking karen,</w:t>
      </w:r>
      <w:r>
        <w:br/>
      </w:r>
      <w:r>
        <w:rPr>
          <w:sz w:val="20"/>
        </w:rPr>
        <w:t>21:24  apnay baray mein sochen. to aik second mein aap yani negative thinking ko khatam kar den gay aur positive thinking ko apna len gay.</w:t>
      </w:r>
    </w:p>
    <w:p>
      <w:pPr>
        <w:pStyle w:val="Heading2"/>
      </w:pPr>
      <w:r>
        <w:t>Real jihad was half a day, not 65-year wars</w:t>
      </w:r>
    </w:p>
    <w:p>
      <w:r>
        <w:rPr>
          <w:color w:val="666666"/>
          <w:sz w:val="18"/>
        </w:rPr>
        <w:t>The Secret of Divine Wisdom September 2, 2012 · 3m 36s · at 44:59 · https://youtu.be/ZXQlrW7PqAE?t=2699</w:t>
      </w:r>
    </w:p>
    <w:p>
      <w:r>
        <w:rPr>
          <w:i/>
        </w:rPr>
        <w:t>“Rasulullah ki teenon ladhaiyan sirf aadhe din ki thi”</w:t>
      </w:r>
    </w:p>
    <w:p>
      <w:r>
        <w:rPr>
          <w:sz w:val="20"/>
        </w:rPr>
        <w:t>44:59  aaj kal ek main wahan America gaya to wahan ek internet par ishtihar rakha logon ne Arabi padho Arabi padho. maine kaha is se kuch nahin hota aql padho.</w:t>
      </w:r>
      <w:r>
        <w:br/>
      </w:r>
      <w:r>
        <w:rPr>
          <w:sz w:val="20"/>
        </w:rPr>
        <w:t>45:13  Arabi padh saare log jo Arabi to jante hain saare Arab mein. aur kya kar rahe hain? paishat saal se lad rahe hain.</w:t>
      </w:r>
      <w:r>
        <w:br/>
      </w:r>
      <w:r>
        <w:rPr>
          <w:sz w:val="20"/>
        </w:rPr>
        <w:t>45:22  yeh bhi koi nahin sochta ke dekhiye is Palestine ki ladai jo hai woh chal rahi hai kam az kam paishat saal se.</w:t>
      </w:r>
      <w:r>
        <w:br/>
      </w:r>
      <w:r>
        <w:rPr>
          <w:sz w:val="20"/>
        </w:rPr>
        <w:t>45:32  ji yeh Arab bhi janne wale ilm mein jo aur Arab log jo to ek se ek badhkar Arabi ke mahir hain.</w:t>
      </w:r>
      <w:r>
        <w:br/>
      </w:r>
      <w:r>
        <w:rPr>
          <w:sz w:val="20"/>
        </w:rPr>
        <w:t>45:44  rasool Allah ne jo ke zamane mein jo ladaaiyan hui theen besicly teen ladaaiyan hui theen. badar, uhud aur hunain besicly aur to jhapain is ka mashinz thi woh.</w:t>
      </w:r>
      <w:r>
        <w:br/>
      </w:r>
      <w:r>
        <w:rPr>
          <w:sz w:val="20"/>
        </w:rPr>
        <w:t>45:58  to in teen ladaaiyon mein kya hua?</w:t>
      </w:r>
      <w:r>
        <w:br/>
      </w:r>
      <w:r>
        <w:rPr>
          <w:sz w:val="20"/>
        </w:rPr>
        <w:t>46:00  sirf aadhe din ladaai hui thi. dopahar ko shuru hui shaam ko khatam ho gayi. aap kitabon mein parh lijiyay. aap kitabon mein parh lijiyay ke yeh teeno ladaaiyan aadhe aadhe din hui theen.</w:t>
      </w:r>
      <w:r>
        <w:br/>
      </w:r>
      <w:r>
        <w:rPr>
          <w:sz w:val="20"/>
        </w:rPr>
        <w:t>46:17  to yeh arab log kyun nahin sochtay is ko ke yeh kaisi ladaai hai kaisa jihad hai jo paishat saal chala ja raha hai. rasool Allah ne jis cheez ko jihad kaha tha woh jihad to woh aadhe din ka tha woh.</w:t>
      </w:r>
      <w:r>
        <w:br/>
      </w:r>
      <w:r>
        <w:rPr>
          <w:sz w:val="20"/>
        </w:rPr>
        <w:t>46:32  jis cheez ko rasool Allah ne jihad kaha tha aur jis jihad mein rasool Allah ne basharat di thi woh to aadhe din ka tha. yeh tumhara jihad nahin hai yeh. yeh to jhooti ladaai hai yeh.</w:t>
      </w:r>
      <w:r>
        <w:br/>
      </w:r>
      <w:r>
        <w:rPr>
          <w:sz w:val="20"/>
        </w:rPr>
        <w:t>46:42  jihad hota to woh bhi aadhe din mein faisla ho jata. yaani kitna ziyada sochne ki baat hai.</w:t>
      </w:r>
      <w:r>
        <w:br/>
      </w:r>
      <w:r>
        <w:rPr>
          <w:sz w:val="20"/>
        </w:rPr>
        <w:t>46:54  jo hadithain jihad ke baray mein hain woh khoob dhoom se log sunatay hain.</w:t>
      </w:r>
      <w:r>
        <w:br/>
      </w:r>
      <w:r>
        <w:rPr>
          <w:sz w:val="20"/>
        </w:rPr>
        <w:t>47:02  jhoot sop to sunatay hain hadithain jihad wali. lekin mein logon se poochta hoon ke yeh bhi to isi inhi kitabon mein hai ke rasool Allah ne teen ladaaiyan ladeen aur teeno aadhe din ke liye theen bas.</w:t>
      </w:r>
      <w:r>
        <w:br/>
      </w:r>
      <w:r>
        <w:rPr>
          <w:sz w:val="20"/>
        </w:rPr>
        <w:t>47:17  to yeh kaun sa torat jihad hai jo paishat saal chala ja raha hai aaj tak khatam nahin hua aur tabaahi tabaahi tabaahi tabaahi. yaani paishat saal ka dar arab aur falasteen mein sab kuch kho diya.</w:t>
      </w:r>
      <w:r>
        <w:br/>
      </w:r>
      <w:r>
        <w:rPr>
          <w:sz w:val="20"/>
        </w:rPr>
        <w:t>47:31  rasool Allah ne aadhe din ki ladaai mein jeet haasil ki thi aur tum ne paishat saal ki ladaai mein sirf haar aa rahay ho. is mani ka hai Khuda tumhare jihad ko dis own kar raha hai.</w:t>
      </w:r>
      <w:r>
        <w:br/>
      </w:r>
      <w:r>
        <w:rPr>
          <w:sz w:val="20"/>
        </w:rPr>
        <w:t>47:45  tumhari is is ladaai ko Khuda dis own kar raha hai. Khuda keh raha hai ke tum ko meri blessing nahin pahunchay gi.</w:t>
      </w:r>
      <w:r>
        <w:br/>
      </w:r>
      <w:r>
        <w:rPr>
          <w:sz w:val="20"/>
        </w:rPr>
        <w:t>47:58  quran mein hai dekhiye antum al-aaloon in kuntum momineen tum hi jeetogay agar tum momin ho.</w:t>
      </w:r>
      <w:r>
        <w:br/>
      </w:r>
      <w:r>
        <w:rPr>
          <w:sz w:val="20"/>
        </w:rPr>
        <w:t>48:08  to agar yeh log momin hain to jeet kahan jeet jeet ko nahin mil rahi in ko. yeh kaun sa momin hai jo in ko jeet se mahroom hai.</w:t>
      </w:r>
      <w:r>
        <w:br/>
      </w:r>
      <w:r>
        <w:rPr>
          <w:sz w:val="20"/>
        </w:rPr>
        <w:t>48:21  to jeet kis momin ke liye hai</w:t>
      </w:r>
      <w:r>
        <w:br/>
      </w:r>
      <w:r>
        <w:rPr>
          <w:sz w:val="20"/>
        </w:rPr>
        <w:t>48:23  is momin ke liye hai jo jo quran ke mutabiq ho jo rasool Allah ki sunnat ke mutabiq ho. jo yeh janay ke jihad to sirf aadhe dil ke liye hota hai.</w:t>
      </w:r>
    </w:p>
    <w:p>
      <w:pPr>
        <w:pStyle w:val="Heading2"/>
      </w:pPr>
      <w:r>
        <w:t>Ibrahim's dialogue and da'iyah's duty</w:t>
      </w:r>
    </w:p>
    <w:p>
      <w:r>
        <w:rPr>
          <w:color w:val="666666"/>
          <w:sz w:val="18"/>
        </w:rPr>
        <w:t>Dayee and Madu | March 13, 2014 · 5m 29s · at 19:44 · https://youtu.be/6fLoZ_EV4Ks?t=1184</w:t>
      </w:r>
    </w:p>
    <w:p>
      <w:r>
        <w:rPr>
          <w:i/>
        </w:rPr>
        <w:t>“To Ibrahim ne kaha ke mera Khuda woh hai”</w:t>
      </w:r>
    </w:p>
    <w:p>
      <w:r>
        <w:rPr>
          <w:sz w:val="20"/>
        </w:rPr>
        <w:t>19:44  to Ibrahim ne kaha ke mera Khuda woh hai jo zinda karta hai aur marta hai, jo jo</w:t>
      </w:r>
      <w:r>
        <w:br/>
      </w:r>
      <w:r>
        <w:rPr>
          <w:sz w:val="20"/>
        </w:rPr>
        <w:t>19:50  zindagi bhi deta hai aur maut bhi deta hai, isi ikhtiyar mein dono hain.</w:t>
      </w:r>
      <w:r>
        <w:br/>
      </w:r>
      <w:r>
        <w:rPr>
          <w:sz w:val="20"/>
        </w:rPr>
        <w:t>19:56  to is ne keh diya ke yeh to main bhi karta hoon, main bhi jis ko chahoon zinda</w:t>
      </w:r>
      <w:r>
        <w:br/>
      </w:r>
      <w:r>
        <w:rPr>
          <w:sz w:val="20"/>
        </w:rPr>
        <w:t>20:01  rakhoon, jis ko chahoon marwa doon.</w:t>
      </w:r>
      <w:r>
        <w:br/>
      </w:r>
      <w:r>
        <w:rPr>
          <w:sz w:val="20"/>
        </w:rPr>
        <w:t>20:07  to aap ne foran badal diya apna usloob.</w:t>
      </w:r>
      <w:r>
        <w:br/>
      </w:r>
      <w:r>
        <w:rPr>
          <w:sz w:val="20"/>
        </w:rPr>
        <w:t>20:13  aap ne kaha ke Allah suraj ko nikalta hai mashriq se, tum us ko maghrib se nikal do.</w:t>
      </w:r>
      <w:r>
        <w:br/>
      </w:r>
      <w:r>
        <w:rPr>
          <w:sz w:val="20"/>
        </w:rPr>
        <w:t>20:18  fabehatal ladhi kafara matlab is ka mind address ho gaya, us ke dil mein baat utar gayi.</w:t>
      </w:r>
      <w:r>
        <w:br/>
      </w:r>
      <w:r>
        <w:rPr>
          <w:sz w:val="20"/>
        </w:rPr>
        <w:t>20:26  yani chahe woh maana ho ya na maana ho, lekin is ka, us ke, us ki, us ki</w:t>
      </w:r>
      <w:r>
        <w:br/>
      </w:r>
      <w:r>
        <w:rPr>
          <w:sz w:val="20"/>
        </w:rPr>
        <w:t>20:33  qabil fahm zaban mein Hazrat Ibrahim ne us ko baat pahuncha di.</w:t>
      </w:r>
      <w:r>
        <w:br/>
      </w:r>
      <w:r>
        <w:rPr>
          <w:sz w:val="20"/>
        </w:rPr>
        <w:t>20:41  to is ayat ka matlab yeh nahi hai ke abadi tor par koi aisa hota</w:t>
      </w:r>
      <w:r>
        <w:br/>
      </w:r>
      <w:r>
        <w:rPr>
          <w:sz w:val="20"/>
        </w:rPr>
        <w:t>20:48  hai jo andha bhara bana rahe.</w:t>
      </w:r>
      <w:r>
        <w:br/>
      </w:r>
      <w:r>
        <w:rPr>
          <w:sz w:val="20"/>
        </w:rPr>
        <w:t>20:54  aisa koi nahi hota.</w:t>
      </w:r>
      <w:r>
        <w:br/>
      </w:r>
      <w:r>
        <w:rPr>
          <w:sz w:val="20"/>
        </w:rPr>
        <w:t>21:00  us ke andar inqilab aa sakta hai, us ke andar tabdeeli aa sakti hai.</w:t>
      </w:r>
      <w:r>
        <w:br/>
      </w:r>
      <w:r>
        <w:rPr>
          <w:sz w:val="20"/>
        </w:rPr>
        <w:t>21:06  woh inkar ke baad iqrar kar sakta hai.</w:t>
      </w:r>
      <w:r>
        <w:br/>
      </w:r>
      <w:r>
        <w:rPr>
          <w:sz w:val="20"/>
        </w:rPr>
        <w:t>21:12  to madu khwah koi bhi rosh ikhtiyar kare, daai ki zimmedari khatam nahi hoti.</w:t>
      </w:r>
      <w:r>
        <w:br/>
      </w:r>
      <w:r>
        <w:rPr>
          <w:sz w:val="20"/>
        </w:rPr>
        <w:t>21:18  daai ko phir bhi apni dawat ke kaam ko badastoor jari rakhna hai.</w:t>
      </w:r>
      <w:r>
        <w:br/>
      </w:r>
      <w:r>
        <w:rPr>
          <w:sz w:val="20"/>
        </w:rPr>
        <w:t>21:24  daai ke liye jaiz nahi ke kisi bhi cheez ko woh uzr banaye, kisi bhi cheez ko excuse banaye.</w:t>
      </w:r>
      <w:r>
        <w:br/>
      </w:r>
      <w:r>
        <w:rPr>
          <w:sz w:val="20"/>
        </w:rPr>
        <w:t>21:32  aisa nahi kar sakta woh.</w:t>
      </w:r>
      <w:r>
        <w:br/>
      </w:r>
      <w:r>
        <w:rPr>
          <w:sz w:val="20"/>
        </w:rPr>
        <w:t>21:40  to yeh ayat ek taraf madu ka haal bayan karti hai, doosri taraf woh ayat daai ki zimme</w:t>
      </w:r>
      <w:r>
        <w:br/>
      </w:r>
      <w:r>
        <w:rPr>
          <w:sz w:val="20"/>
        </w:rPr>
        <w:t>21:49  dari bayan karti hai.</w:t>
      </w:r>
      <w:r>
        <w:br/>
      </w:r>
      <w:r>
        <w:rPr>
          <w:sz w:val="20"/>
        </w:rPr>
        <w:t>21:57  yani is ayat ka ek rukh yeh hai ke woh madu ke haal bayan karti hai, lekin ek</w:t>
      </w:r>
      <w:r>
        <w:br/>
      </w:r>
      <w:r>
        <w:rPr>
          <w:sz w:val="20"/>
        </w:rPr>
        <w:t>22:02  doosra rukh bhi hai.</w:t>
      </w:r>
      <w:r>
        <w:br/>
      </w:r>
      <w:r>
        <w:rPr>
          <w:sz w:val="20"/>
        </w:rPr>
        <w:t>22:07  doosre rukh ke aitbar se woh daai ki zimmedari bayan kar rahi hai.</w:t>
      </w:r>
      <w:r>
        <w:br/>
      </w:r>
      <w:r>
        <w:rPr>
          <w:sz w:val="20"/>
        </w:rPr>
        <w:t>22:12  bohat zaroori hai ke dono pehluon ke aitbar se ayat ko liya jaye.</w:t>
      </w:r>
      <w:r>
        <w:br/>
      </w:r>
      <w:r>
        <w:rPr>
          <w:sz w:val="20"/>
        </w:rPr>
        <w:t>22:17  aur yeh baat samajh mein aati hai tadabbur ke zariye se.</w:t>
      </w:r>
      <w:r>
        <w:br/>
      </w:r>
      <w:r>
        <w:rPr>
          <w:sz w:val="20"/>
        </w:rPr>
        <w:t>22:22  quran mein kaha gaya hai ke la</w:t>
      </w:r>
      <w:r>
        <w:br/>
      </w:r>
      <w:r>
        <w:rPr>
          <w:sz w:val="20"/>
        </w:rPr>
        <w:t>22:27  a tadabbur aayatehi yani quran utara gaya hai to logon ko yeh karna hai ke is par tadabbur</w:t>
      </w:r>
      <w:r>
        <w:br/>
      </w:r>
      <w:r>
        <w:rPr>
          <w:sz w:val="20"/>
        </w:rPr>
        <w:t>22:36  karen, is par sochen.</w:t>
      </w:r>
      <w:r>
        <w:br/>
      </w:r>
      <w:r>
        <w:rPr>
          <w:sz w:val="20"/>
        </w:rPr>
        <w:t>22:44  to quran ke jo gehre mani hain, is ke jo is ki jo deep meaning hai, woh is</w:t>
      </w:r>
      <w:r>
        <w:br/>
      </w:r>
      <w:r>
        <w:rPr>
          <w:sz w:val="20"/>
        </w:rPr>
        <w:t>22:53  waqt samajh mein aati hai jab aap is par ghore karen.</w:t>
      </w:r>
      <w:r>
        <w:br/>
      </w:r>
      <w:r>
        <w:rPr>
          <w:sz w:val="20"/>
        </w:rPr>
        <w:t>23:01  sarsari tor par parhne se aap nahi samajh sakte is ki deep meaning ko.</w:t>
      </w:r>
      <w:r>
        <w:br/>
      </w:r>
      <w:r>
        <w:rPr>
          <w:sz w:val="20"/>
        </w:rPr>
        <w:t>23:07  misalan is aayat ko parhenge aap to samjhenge ke is mein to madu ka haal bayan</w:t>
      </w:r>
      <w:r>
        <w:br/>
      </w:r>
      <w:r>
        <w:rPr>
          <w:sz w:val="20"/>
        </w:rPr>
        <w:t>23:14  hua hai, lekin jab aap sochenge to maloom hoga ke is mein daai ki zimmedari bayan</w:t>
      </w:r>
      <w:r>
        <w:br/>
      </w:r>
      <w:r>
        <w:rPr>
          <w:sz w:val="20"/>
        </w:rPr>
        <w:t>23:20  ki gayi hai.</w:t>
      </w:r>
      <w:r>
        <w:br/>
      </w:r>
      <w:r>
        <w:rPr>
          <w:sz w:val="20"/>
        </w:rPr>
        <w:t>23:26  to yeh tareeqa hai quran ko sahi tor par mutala karne ka.</w:t>
      </w:r>
      <w:r>
        <w:br/>
      </w:r>
      <w:r>
        <w:rPr>
          <w:sz w:val="20"/>
        </w:rPr>
        <w:t>23:32  isi liye quran mein kuch logon ko quran se gumrahi milti hai, kuch logon ko sachai milti hai. kyun? is liye ke jo aadmi tadabbur ke zariye tadabbur karte hue quran ko padhega, yaani sanjeedgi ke sath ghaur o fikr karte hue quran ko padhega, is par mani khuleinge. aur jo sarsari tor par pad</w:t>
      </w:r>
      <w:r>
        <w:br/>
      </w:r>
      <w:r>
        <w:rPr>
          <w:sz w:val="20"/>
        </w:rPr>
        <w:t>24:02  hega, is par mani nahi khulenge.</w:t>
      </w:r>
      <w:r>
        <w:br/>
      </w:r>
      <w:r>
        <w:rPr>
          <w:sz w:val="20"/>
        </w:rPr>
        <w:t>24:11  to yeh bohat zaroori hai baat janna ke kisi aayat ke zahiri alfaaz mein jo baat hai, usi</w:t>
      </w:r>
      <w:r>
        <w:br/>
      </w:r>
      <w:r>
        <w:rPr>
          <w:sz w:val="20"/>
        </w:rPr>
        <w:t>24:19  ko le lene se zimmedari ada nahi hoti.</w:t>
      </w:r>
      <w:r>
        <w:br/>
      </w:r>
      <w:r>
        <w:rPr>
          <w:sz w:val="20"/>
        </w:rPr>
        <w:t>24:27  usi ko aap le len to is ka haq ada nahi ho sakta.</w:t>
      </w:r>
      <w:r>
        <w:br/>
      </w:r>
      <w:r>
        <w:rPr>
          <w:sz w:val="20"/>
        </w:rPr>
        <w:t>24:36  aap ko alfaaz ke zahiri mafhoom se oopar tak jana chahiye.</w:t>
      </w:r>
      <w:r>
        <w:br/>
      </w:r>
      <w:r>
        <w:rPr>
          <w:sz w:val="20"/>
        </w:rPr>
        <w:t>24:44  to mein samajhta hoon ke yeh aayat daai ke liye bohat hi aham hai.</w:t>
      </w:r>
      <w:r>
        <w:br/>
      </w:r>
      <w:r>
        <w:rPr>
          <w:sz w:val="20"/>
        </w:rPr>
        <w:t>24:49  daai ke liye yeh ek rehnuma aayat hai.</w:t>
      </w:r>
      <w:r>
        <w:br/>
      </w:r>
      <w:r>
        <w:rPr>
          <w:sz w:val="20"/>
        </w:rPr>
        <w:t>24:54  yani yeh aayat sirf remark nahi hai kuch logon ke liye jo andhe bhare bane hue hon, balkeh</w:t>
      </w:r>
      <w:r>
        <w:br/>
      </w:r>
      <w:r>
        <w:rPr>
          <w:sz w:val="20"/>
        </w:rPr>
        <w:t>24:59  daai ke liye is mein rehnumai hai.</w:t>
      </w:r>
      <w:r>
        <w:br/>
      </w:r>
      <w:r>
        <w:rPr>
          <w:sz w:val="20"/>
        </w:rPr>
        <w:t>25:04  rehnmai is baat ki ke tum ko sabr ke sath dawat karna hai.</w:t>
      </w:r>
      <w:r>
        <w:br/>
      </w:r>
      <w:r>
        <w:rPr>
          <w:sz w:val="20"/>
        </w:rPr>
        <w:t>25:09  tum ko is tarah</w:t>
      </w:r>
    </w:p>
    <w:p>
      <w:pPr>
        <w:pStyle w:val="Heading2"/>
      </w:pPr>
      <w:r>
        <w:t>Power of prayer in team mission</w:t>
      </w:r>
    </w:p>
    <w:p>
      <w:r>
        <w:rPr>
          <w:color w:val="666666"/>
          <w:sz w:val="18"/>
        </w:rPr>
        <w:t>The Team Spirit (Part 1) Nov 10, 2006 · 3m 33s · at 31:43 · https://youtu.be/2KfMPUzsmTg?t=1903</w:t>
      </w:r>
    </w:p>
    <w:p>
      <w:r>
        <w:rPr>
          <w:i/>
        </w:rPr>
        <w:t>“In the time of the Prophet, an expedition was sent to Tabuk.”</w:t>
      </w:r>
    </w:p>
    <w:p>
      <w:r>
        <w:rPr>
          <w:sz w:val="20"/>
        </w:rPr>
        <w:t>31:43  main aap ko aik waqea arz karoon Islamic history ka. prophet ke zamane mein aik campaign bheji gayi thi Tabuk, us mein 30 thousand log gaye thay.</w:t>
      </w:r>
      <w:r>
        <w:br/>
      </w:r>
      <w:r>
        <w:rPr>
          <w:sz w:val="20"/>
        </w:rPr>
        <w:t>32:01  yani jitne bhi madine mein thay, jo bachon boorhon ko chhod kar, auraton ko chhod kar, yani bachay, boorhay aur auraton ko chhod kar, sab ke sab log gaye thay.</w:t>
      </w:r>
      <w:r>
        <w:br/>
      </w:r>
      <w:r>
        <w:rPr>
          <w:sz w:val="20"/>
        </w:rPr>
        <w:t>32:13  to is mein aik sahib ke baray mein aata hai ke woh nahi aa sake, nahi aa sake is liye ke un ke paas door ka safar tha, aadmi ke paas jane ke liye oont chahiye tha.</w:t>
      </w:r>
      <w:r>
        <w:br/>
      </w:r>
      <w:r>
        <w:rPr>
          <w:sz w:val="20"/>
        </w:rPr>
        <w:t>32:26  wahan par Rasool Allah ke paas log dene ke liye oont nahi hotay thay, paisa bhi nahi hota tha. logon ko khud apni taraf se yeh sab karna tha, un ke paas oont ho ya ghoda ho,</w:t>
      </w:r>
      <w:r>
        <w:br/>
      </w:r>
      <w:r>
        <w:rPr>
          <w:sz w:val="20"/>
        </w:rPr>
        <w:t>32:40  rastay mein khane peene ki khajoor waghera kuch ho. to yeh aadmi ko khud hi karna parta tha. to aik sahib thay, ghareeb thay, un ke paas oont nahi tha, kuch bhi nahi tha.</w:t>
      </w:r>
      <w:r>
        <w:br/>
      </w:r>
      <w:r>
        <w:rPr>
          <w:sz w:val="20"/>
        </w:rPr>
        <w:t>32:55  to Rasool Allah ke paas aaye ke mujhe aap agar oont de dein to main chaloon ga. to Rasool Allah ne kaha bhai mere paas is pe oont to nahi hai. to woh lotay apne ghar ki taraf kis haal mein?</w:t>
      </w:r>
      <w:r>
        <w:br/>
      </w:r>
      <w:r>
        <w:rPr>
          <w:sz w:val="20"/>
        </w:rPr>
        <w:t>33:08  rotay huay, ghar mein dakhil huay to rotay huay,</w:t>
      </w:r>
      <w:r>
        <w:br/>
      </w:r>
      <w:r>
        <w:rPr>
          <w:sz w:val="20"/>
        </w:rPr>
        <w:t>33:17  aur sari raat woh dua karte rahay. yani doosray log jo thay, woh to rawana ho gaye oont ghoday par, yeh aap ke ghar mein baithe huay ro rahay hain aur dua kar rahay hain.</w:t>
      </w:r>
      <w:r>
        <w:br/>
      </w:r>
      <w:r>
        <w:rPr>
          <w:sz w:val="20"/>
        </w:rPr>
        <w:t>33:32  to Rasool Allah ne kaha ke madine mein aisay kuch chand log thay wahan par. to mujhe Rasool Allah ne bataya aik logon ko ke dekho madine mein kuch tumharay saathi hain ke tumharay</w:t>
      </w:r>
      <w:r>
        <w:br/>
      </w:r>
      <w:r>
        <w:rPr>
          <w:sz w:val="20"/>
        </w:rPr>
        <w:t>33:54  jo bhi rasta tum ne tay kiya, jis wadi se jis guzray tum, wahan woh tumharay saath thay kyunke woh tumharay liye dua kar rahay thay.</w:t>
      </w:r>
      <w:r>
        <w:br/>
      </w:r>
      <w:r>
        <w:rPr>
          <w:sz w:val="20"/>
        </w:rPr>
        <w:t>34:09  to yeh bhi mission, mission spirit ki baat hai. aap aik mission mein juray huay hain. kabhi aisa ho sakta hai ke aap khud active part na le sakein, active hissa na le sakein.</w:t>
      </w:r>
      <w:r>
        <w:br/>
      </w:r>
      <w:r>
        <w:rPr>
          <w:sz w:val="20"/>
        </w:rPr>
        <w:t>34:23  lekin doosra aadmi jo active hissa le raha ho, to aap ke liye frustration ki zaroorat nahi hai. aap bhi is mein apna share laga sakte hain is tarah ke aap us ke liye dua karein.</w:t>
      </w:r>
      <w:r>
        <w:br/>
      </w:r>
      <w:r>
        <w:rPr>
          <w:sz w:val="20"/>
        </w:rPr>
        <w:t>34:38  yani is hadith se maloom hota hai ke jo aadmi dil ki beqarari ke sath dua karega, to woh un ka saathi ban jaye ga, Khuda ke haan saathi likh diya jaye ga.</w:t>
      </w:r>
      <w:r>
        <w:br/>
      </w:r>
      <w:r>
        <w:rPr>
          <w:sz w:val="20"/>
        </w:rPr>
        <w:t>34:51  to hadith mein aaye ga agarche woh tumharay sath nahi thay, lekin Khuda ke haan woh saathi likh diye gaye kyunke dil ke sath tumharay sath thay, tumharay liye duaen kar rahay thay, tumharay liye tarp rahay thay.</w:t>
      </w:r>
      <w:r>
        <w:br/>
      </w:r>
      <w:r>
        <w:rPr>
          <w:sz w:val="20"/>
        </w:rPr>
        <w:t>35:08  to is mein hamare liye aik bohat bari good tidings hai</w:t>
      </w:r>
    </w:p>
    <w:p>
      <w:pPr>
        <w:pStyle w:val="Heading2"/>
      </w:pPr>
      <w:r>
        <w:t>Sulh kul: the Sufi formula for peace with all</w:t>
      </w:r>
    </w:p>
    <w:p>
      <w:r>
        <w:rPr>
          <w:color w:val="666666"/>
          <w:sz w:val="18"/>
        </w:rPr>
        <w:t>The Concept of Spirituality In Islam - I January 27, 2006 Maulana Wahiduddin Khan · 5m 16s · at 50:33 · https://youtu.be/xnI_QVVDWgk?t=3033</w:t>
      </w:r>
    </w:p>
    <w:p>
      <w:r>
        <w:rPr>
          <w:i/>
        </w:rPr>
        <w:t>“Sufi people have said, sulh kul — peace with all”</w:t>
      </w:r>
    </w:p>
    <w:p>
      <w:r>
        <w:rPr>
          <w:sz w:val="20"/>
        </w:rPr>
        <w:t>50:33  sufi people has said, has said, "sulh kul." this is a sufi formula, "sulh kul." sulh kul means peace with all. peace with all.</w:t>
      </w:r>
      <w:r>
        <w:br/>
      </w:r>
      <w:r>
        <w:rPr>
          <w:sz w:val="20"/>
        </w:rPr>
        <w:t>50:52  so, according to sufi people,</w:t>
      </w:r>
      <w:r>
        <w:br/>
      </w:r>
      <w:r>
        <w:rPr>
          <w:sz w:val="20"/>
        </w:rPr>
        <w:t>50:57  and sufi people are those who are spiritual people, according to islamic people. to, you know, most sufi literature was written in persian.</w:t>
      </w:r>
      <w:r>
        <w:br/>
      </w:r>
      <w:r>
        <w:rPr>
          <w:sz w:val="20"/>
        </w:rPr>
        <w:t>51:14  majority of sufi literature was compiled in persian. so, this is a, this formula is persian language, "sulh-e-kul." peace with all. we live in a society. to, what is the formula of living in a society?</w:t>
      </w:r>
      <w:r>
        <w:br/>
      </w:r>
      <w:r>
        <w:rPr>
          <w:sz w:val="20"/>
        </w:rPr>
        <w:t>51:34  that is sulh-e-kul. peace with all. with all means friend or foe both.</w:t>
      </w:r>
      <w:r>
        <w:br/>
      </w:r>
      <w:r>
        <w:rPr>
          <w:sz w:val="20"/>
        </w:rPr>
        <w:t>51:45  the same formula which was given by christ, "love your enemy." the foe, the same formula was given by, by sufi, "sulh-e-kul." peace with all.</w:t>
      </w:r>
      <w:r>
        <w:br/>
      </w:r>
      <w:r>
        <w:rPr>
          <w:sz w:val="20"/>
        </w:rPr>
        <w:t>52:05  one, once a muslim came to the prophet and asked, "o prophet, give me a master formula</w:t>
      </w:r>
      <w:r>
        <w:br/>
      </w:r>
      <w:r>
        <w:rPr>
          <w:sz w:val="20"/>
        </w:rPr>
        <w:t>52:22  to manage all the affairs of my life."</w:t>
      </w:r>
      <w:r>
        <w:br/>
      </w:r>
      <w:r>
        <w:rPr>
          <w:sz w:val="20"/>
        </w:rPr>
        <w:t>52:30  the prophet replied,</w:t>
      </w:r>
      <w:r>
        <w:br/>
      </w:r>
      <w:r>
        <w:rPr>
          <w:sz w:val="20"/>
        </w:rPr>
        <w:t>52:36  "la tahsab. la tahsab. don't be angry. la tahsab. don't be angry." this is sulh-e-kul formula. this is sulh-e-kul formula, "la tahsab. don't be angry." means live with sulh.</w:t>
      </w:r>
      <w:r>
        <w:br/>
      </w:r>
      <w:r>
        <w:rPr>
          <w:sz w:val="20"/>
        </w:rPr>
        <w:t>53:00  the same formula is given in the quran, in these words, "as-sulhu khayr." as-sulhu khayr means</w:t>
      </w:r>
      <w:r>
        <w:br/>
      </w:r>
      <w:r>
        <w:rPr>
          <w:sz w:val="20"/>
        </w:rPr>
        <w:t>53:16  peaceful reconciliation is the best. as-sulhu khayr, peaceful reconciliation is the best.</w:t>
      </w:r>
      <w:r>
        <w:br/>
      </w:r>
      <w:r>
        <w:rPr>
          <w:sz w:val="20"/>
        </w:rPr>
        <w:t>53:25  it means that at the time of controversy, you have to adopt a conciliatory course of action, rather than confrontation. confrontation course of action. this is as-sulhu khayr.</w:t>
      </w:r>
      <w:r>
        <w:br/>
      </w:r>
      <w:r>
        <w:rPr>
          <w:sz w:val="20"/>
        </w:rPr>
        <w:t>53:44  it means that no excuse for violence, no excuse of intolerance, no excuse of declaring that he is our enemy. this is our enemy. you have no right to declare that this or that person is your enemy. no right. because quran said, "as-sulhu khayr,</w:t>
      </w:r>
      <w:r>
        <w:br/>
      </w:r>
      <w:r>
        <w:rPr>
          <w:sz w:val="20"/>
        </w:rPr>
        <w:t>54:13  reconciliation is the best."</w:t>
      </w:r>
      <w:r>
        <w:br/>
      </w:r>
      <w:r>
        <w:rPr>
          <w:sz w:val="20"/>
        </w:rPr>
        <w:t>54:17  it means that if there is controversy, if there is enmity, if there is intolerance, you have to adopt</w:t>
      </w:r>
      <w:r>
        <w:br/>
      </w:r>
      <w:r>
        <w:rPr>
          <w:sz w:val="20"/>
        </w:rPr>
        <w:t>54:31  course of sulh, conciliatory course. you are not allowed to go to reaction. you are not allowed to go to war. all these things are haram in islam.</w:t>
      </w:r>
      <w:r>
        <w:br/>
      </w:r>
      <w:r>
        <w:rPr>
          <w:sz w:val="20"/>
        </w:rPr>
        <w:t>54:48  as-sulhu khayr, reconciliation is the best.</w:t>
      </w:r>
      <w:r>
        <w:br/>
      </w:r>
      <w:r>
        <w:rPr>
          <w:sz w:val="20"/>
        </w:rPr>
        <w:t>54:56  it means that at the time of controversy, at the time of enmity,</w:t>
      </w:r>
      <w:r>
        <w:br/>
      </w:r>
      <w:r>
        <w:rPr>
          <w:sz w:val="20"/>
        </w:rPr>
        <w:t>55:04  at the time of provocation,</w:t>
      </w:r>
      <w:r>
        <w:br/>
      </w:r>
      <w:r>
        <w:rPr>
          <w:sz w:val="20"/>
        </w:rPr>
        <w:t>55:09  you have to keep positive thinking, positive behavior. unilaterally,</w:t>
      </w:r>
      <w:r>
        <w:br/>
      </w:r>
      <w:r>
        <w:rPr>
          <w:sz w:val="20"/>
        </w:rPr>
        <w:t>55:16  as-sulhu khayr means you have to adopt unilaterally the path of peace. it is unilateralism.</w:t>
      </w:r>
      <w:r>
        <w:br/>
      </w:r>
      <w:r>
        <w:rPr>
          <w:sz w:val="20"/>
        </w:rPr>
        <w:t>55:27  bilateralism is not in islam.</w:t>
      </w:r>
      <w:r>
        <w:br/>
      </w:r>
      <w:r>
        <w:rPr>
          <w:sz w:val="20"/>
        </w:rPr>
        <w:t>55:32  quran says that you have to adopt unilaterally path of peace, path of tolerance, path of love, path of compassion.</w:t>
      </w:r>
      <w:r>
        <w:br/>
      </w:r>
      <w:r>
        <w:rPr>
          <w:sz w:val="20"/>
        </w:rPr>
        <w:t>55:43  this is islam.</w:t>
      </w:r>
    </w:p>
    <w:p>
      <w:pPr>
        <w:pStyle w:val="Heading2"/>
      </w:pPr>
      <w:r>
        <w:t>Why philosophers failed: ideal world vs paradise</w:t>
      </w:r>
    </w:p>
    <w:p>
      <w:r>
        <w:rPr>
          <w:color w:val="666666"/>
          <w:sz w:val="18"/>
        </w:rPr>
        <w:t>Why do we need Prophet | May 20, 2007 - Maulana Wahiduddin Khan · 5m 03s · at 13:00 · https://youtu.be/1l_Uu3_Nd4E?t=780</w:t>
      </w:r>
    </w:p>
    <w:p>
      <w:r>
        <w:rPr>
          <w:i/>
        </w:rPr>
        <w:t>“Aristotle ko lijeye”</w:t>
      </w:r>
    </w:p>
    <w:p>
      <w:r>
        <w:rPr>
          <w:sz w:val="20"/>
        </w:rPr>
        <w:t>13:00  : Aristotle ko lijiye۔ Aristotle ne yeh samjha ke zindagi ka raaz yeh hai ke aik aik aisi state banayi jaye jis ka head aik philosopher ho۔ philosopher king۔ yani agar aik aisi state woh bana sakain jis ka king jo hai philosopher ho to bas sari baat theek ho jaye gi۔ aur woh Alexander jo tha badshah, jo shehzada tha us waqt, us ka woh teacher tha۔ to us ko us ne</w:t>
      </w:r>
      <w:r>
        <w:br/>
      </w:r>
      <w:r>
        <w:rPr>
          <w:sz w:val="20"/>
        </w:rPr>
        <w:t>13:30  tiyar kiya.</w:t>
      </w:r>
      <w:r>
        <w:br/>
      </w:r>
      <w:r>
        <w:rPr>
          <w:sz w:val="20"/>
        </w:rPr>
        <w:t>13:35  is ki dream yeh thi ke yeh Alexander jo hai yeh philosopher king banega.</w:t>
      </w:r>
      <w:r>
        <w:br/>
      </w:r>
      <w:r>
        <w:rPr>
          <w:sz w:val="20"/>
        </w:rPr>
        <w:t>13:39  aur phir ek ideal state ban jayegi.</w:t>
      </w:r>
      <w:r>
        <w:br/>
      </w:r>
      <w:r>
        <w:rPr>
          <w:sz w:val="20"/>
        </w:rPr>
        <w:t>13:43  yeh kitni superfluous thinking hai.</w:t>
      </w:r>
      <w:r>
        <w:br/>
      </w:r>
      <w:r>
        <w:rPr>
          <w:sz w:val="20"/>
        </w:rPr>
        <w:t>13:48  woh nahi samajh saka ke ek insaan jo hai social, social life jo hai jis mein hazaron insaan</w:t>
      </w:r>
      <w:r>
        <w:br/>
      </w:r>
      <w:r>
        <w:rPr>
          <w:sz w:val="20"/>
        </w:rPr>
        <w:t>13:52  hote hain, to koi ek insaan poori social life ko control nahi kar sakta.</w:t>
      </w:r>
      <w:r>
        <w:br/>
      </w:r>
      <w:r>
        <w:rPr>
          <w:sz w:val="20"/>
        </w:rPr>
        <w:t>13:56  har aadmi ko fre</w:t>
      </w:r>
      <w:r>
        <w:br/>
      </w:r>
      <w:r>
        <w:rPr>
          <w:sz w:val="20"/>
        </w:rPr>
        <w:t>14:01  edom mila hua hai.</w:t>
      </w:r>
      <w:r>
        <w:br/>
      </w:r>
      <w:r>
        <w:rPr>
          <w:sz w:val="20"/>
        </w:rPr>
        <w:t>14:06  har aadmi ko free will mila hua hai.</w:t>
      </w:r>
      <w:r>
        <w:br/>
      </w:r>
      <w:r>
        <w:rPr>
          <w:sz w:val="20"/>
        </w:rPr>
        <w:t>14:11  ek aadmi pure system ko tabah kar deta hai.</w:t>
      </w:r>
      <w:r>
        <w:br/>
      </w:r>
      <w:r>
        <w:rPr>
          <w:sz w:val="20"/>
        </w:rPr>
        <w:t>14:16  to ek philosopher king aisa nahi kar sakta ke ideal state bana de.</w:t>
      </w:r>
      <w:r>
        <w:br/>
      </w:r>
      <w:r>
        <w:rPr>
          <w:sz w:val="20"/>
        </w:rPr>
        <w:t>14:21  natija kya hua? ke Aristotle jo hai wo frustration mein mara.</w:t>
      </w:r>
      <w:r>
        <w:br/>
      </w:r>
      <w:r>
        <w:rPr>
          <w:sz w:val="20"/>
        </w:rPr>
        <w:t>14:26  kyunke khud jo philosopher king banaya tha isne, iske andar kya aa gaya? Political greed aa gayi.</w:t>
      </w:r>
      <w:r>
        <w:br/>
      </w:r>
      <w:r>
        <w:rPr>
          <w:sz w:val="20"/>
        </w:rPr>
        <w:t>14:31  ke sari duniya mein conquer karunga.</w:t>
      </w:r>
      <w:r>
        <w:br/>
      </w:r>
      <w:r>
        <w:rPr>
          <w:sz w:val="20"/>
        </w:rPr>
        <w:t>14:35  jis philosopher king ko Aristotle ne, yaani Alexander ko, jis ko hum kehte hain Alexander the Great, wo</w:t>
      </w:r>
      <w:r>
        <w:br/>
      </w:r>
      <w:r>
        <w:rPr>
          <w:sz w:val="20"/>
        </w:rPr>
        <w:t>14:40  iska disciple tha Aristotle ka.</w:t>
      </w:r>
      <w:r>
        <w:br/>
      </w:r>
      <w:r>
        <w:rPr>
          <w:sz w:val="20"/>
        </w:rPr>
        <w:t>14:44  isko banaya tha isne ke Greece mein, yaani Yunan mein, ek ideal state banayi jaye jis</w:t>
      </w:r>
      <w:r>
        <w:br/>
      </w:r>
      <w:r>
        <w:rPr>
          <w:sz w:val="20"/>
        </w:rPr>
        <w:t>14:49  ka wo king ho.</w:t>
      </w:r>
      <w:r>
        <w:br/>
      </w:r>
      <w:r>
        <w:rPr>
          <w:sz w:val="20"/>
        </w:rPr>
        <w:t>14:54  aur iske andar kya aa gaya? ke main sari duniya ko fateh karun.</w:t>
      </w:r>
      <w:r>
        <w:br/>
      </w:r>
      <w:r>
        <w:rPr>
          <w:sz w:val="20"/>
        </w:rPr>
        <w:t>14:58  aur duniya ko wo conquer bhi nahi kar saka aur rastay mein mar gaya wo.</w:t>
      </w:r>
      <w:r>
        <w:br/>
      </w:r>
      <w:r>
        <w:rPr>
          <w:sz w:val="20"/>
        </w:rPr>
        <w:t>15:03  to iska matlab yeh hai ke zindagi ko agar samjha hota Aristotle to wo jaanta ke wo</w:t>
      </w:r>
      <w:r>
        <w:br/>
      </w:r>
      <w:r>
        <w:rPr>
          <w:sz w:val="20"/>
        </w:rPr>
        <w:t>15:08  ideal cannot be achieved ka mamla hai.</w:t>
      </w:r>
      <w:r>
        <w:br/>
      </w:r>
      <w:r>
        <w:rPr>
          <w:sz w:val="20"/>
        </w:rPr>
        <w:t>15:13  jo political ideal wo chahta hai, wo simply wo possible hi nahi hai.</w:t>
      </w:r>
      <w:r>
        <w:br/>
      </w:r>
      <w:r>
        <w:rPr>
          <w:sz w:val="20"/>
        </w:rPr>
        <w:t>15:18  to Alexander bhi mara frustration mein aur Aristotle bhi mara frustration mein.</w:t>
      </w:r>
      <w:r>
        <w:br/>
      </w:r>
      <w:r>
        <w:rPr>
          <w:sz w:val="20"/>
        </w:rPr>
        <w:t>15:23  aur wo ideal state aaj tak ban nahi saki.</w:t>
      </w:r>
      <w:r>
        <w:br/>
      </w:r>
      <w:r>
        <w:rPr>
          <w:sz w:val="20"/>
        </w:rPr>
        <w:t>15:28  to is tarah aap dekhiye: yeh Rousseau jo hai,</w:t>
      </w:r>
      <w:r>
        <w:br/>
      </w:r>
      <w:r>
        <w:rPr>
          <w:sz w:val="20"/>
        </w:rPr>
        <w:t>15:33  iski kitab hai: Social Contract. uska pehla sentence hai: ke "Man was born free but I see him in chain". Chain ka matlab hai political chain. to sari zindagi wo political chain ko todne mein laga raha lekin jab political chain toot, toota to maloom hua ke ek aur chain wahan aa gayi. to Aristotle ideal state banana chahta</w:t>
      </w:r>
      <w:r>
        <w:br/>
      </w:r>
      <w:r>
        <w:rPr>
          <w:sz w:val="20"/>
        </w:rPr>
        <w:t>16:03  tha. wo frustration mein mara. aur yeh Rousseau jo tha, wo political chain, yaani uska yeh kehna tha ke "Man was born free but I see him in political chain". iske baad Marx aaya. uske sau saal ke baad Marx ne kaha ke "Man was born free but I see him in economic change". اقتصادی</w:t>
      </w:r>
      <w:r>
        <w:br/>
      </w:r>
      <w:r>
        <w:rPr>
          <w:sz w:val="20"/>
        </w:rPr>
        <w:t>16:33  tandeeron mein. wo bhi frustration mein mara. hamare mulk mein Mahatma Gandhi paida hue. unhone kaha ke "Man was born free and I see him in colonial chain". to colonial chain toota tab bhi wahi corruption aur wahi oonch neech aur wahi exploitation sab kuch. yeh sab log jo hain apni, kyun aisa hota</w:t>
      </w:r>
      <w:r>
        <w:br/>
      </w:r>
      <w:r>
        <w:rPr>
          <w:sz w:val="20"/>
        </w:rPr>
        <w:t>17:03  hai? ke bade bade dream dekha unhone aur mare frustration mein.</w:t>
      </w:r>
      <w:r>
        <w:br/>
      </w:r>
      <w:r>
        <w:rPr>
          <w:sz w:val="20"/>
        </w:rPr>
        <w:t>17:07  is liye ke wo ideology of life jo hai isko wo discover nahi kar sake.</w:t>
      </w:r>
      <w:r>
        <w:br/>
      </w:r>
      <w:r>
        <w:rPr>
          <w:sz w:val="20"/>
        </w:rPr>
        <w:t>17:12  main samajhta hoon ke sab se badi cheez jo nahi jaan saka insaan wo kya hai? ke is</w:t>
      </w:r>
      <w:r>
        <w:br/>
      </w:r>
      <w:r>
        <w:rPr>
          <w:sz w:val="20"/>
        </w:rPr>
        <w:t>17:16  duniya mein ideal man ban sakta hai.</w:t>
      </w:r>
      <w:r>
        <w:br/>
      </w:r>
      <w:r>
        <w:rPr>
          <w:sz w:val="20"/>
        </w:rPr>
        <w:t>17:20  ideal state nahi ban sakti.</w:t>
      </w:r>
      <w:r>
        <w:br/>
      </w:r>
      <w:r>
        <w:rPr>
          <w:sz w:val="20"/>
        </w:rPr>
        <w:t>17:25  ideal society nahi ban sakti.</w:t>
      </w:r>
      <w:r>
        <w:br/>
      </w:r>
      <w:r>
        <w:rPr>
          <w:sz w:val="20"/>
        </w:rPr>
        <w:t>17:29  hum ne apne mission mein dekhiye: individual ko target kiya hai.</w:t>
      </w:r>
      <w:r>
        <w:br/>
      </w:r>
      <w:r>
        <w:rPr>
          <w:sz w:val="20"/>
        </w:rPr>
        <w:t>17:34  kyunke hum samajhte hain ke sab se bada jo maqsad hai wo hai paradise ka husool.</w:t>
      </w:r>
      <w:r>
        <w:br/>
      </w:r>
      <w:r>
        <w:rPr>
          <w:sz w:val="20"/>
        </w:rPr>
        <w:t>17:38  Paradise mein koi group, group nahi jayega.</w:t>
      </w:r>
      <w:r>
        <w:br/>
      </w:r>
      <w:r>
        <w:rPr>
          <w:sz w:val="20"/>
        </w:rPr>
        <w:t>17:43  Koi nation nahi jayega.</w:t>
      </w:r>
      <w:r>
        <w:br/>
      </w:r>
      <w:r>
        <w:rPr>
          <w:sz w:val="20"/>
        </w:rPr>
        <w:t>17:47  Individual jayega.</w:t>
      </w:r>
      <w:r>
        <w:br/>
      </w:r>
      <w:r>
        <w:rPr>
          <w:sz w:val="20"/>
        </w:rPr>
        <w:t>17:51  Zalika jaza'u man tazakka.</w:t>
      </w:r>
      <w:r>
        <w:br/>
      </w:r>
      <w:r>
        <w:rPr>
          <w:sz w:val="20"/>
        </w:rPr>
        <w:t>17:56  Hamara mission jo hai woh kya hai? Individual ko purified soul banana.</w:t>
      </w:r>
      <w:r>
        <w:br/>
      </w:r>
      <w:r>
        <w:rPr>
          <w:sz w:val="20"/>
        </w:rPr>
        <w:t>18:00  Hamara target na toh ideal society hai, na ideal state hai, na ideal economic system hai.</w:t>
      </w:r>
    </w:p>
    <w:p>
      <w:pPr>
        <w:pStyle w:val="Heading2"/>
      </w:pPr>
      <w:r>
        <w:t>Redefining the prophets' mission: guidance, not utopia</w:t>
      </w:r>
    </w:p>
    <w:p>
      <w:r>
        <w:rPr>
          <w:color w:val="666666"/>
          <w:sz w:val="18"/>
        </w:rPr>
        <w:t>Dars-e-Quran (Chapter 103, Verses 1-3) August 19, 2012 · 5m 32s · at 20:16 · https://youtu.be/q7ORmSbhs4s?t=1216</w:t>
      </w:r>
    </w:p>
    <w:p>
      <w:r>
        <w:rPr>
          <w:i/>
        </w:rPr>
        <w:t>“Yahan main ek baat aur is mein add kar doon”</w:t>
      </w:r>
    </w:p>
    <w:p>
      <w:r>
        <w:rPr>
          <w:sz w:val="20"/>
        </w:rPr>
        <w:t>20:16  yahan main ek baat aur is mein add kar doon ke yeh jo farmaya ke sari tareekh jo hai, crime ki tareekh hai, sari tareekh ghate ki tareekh hai.</w:t>
      </w:r>
      <w:r>
        <w:br/>
      </w:r>
      <w:r>
        <w:rPr>
          <w:sz w:val="20"/>
        </w:rPr>
        <w:t>20:34  to is par main sochne laga, sochne laga ke jis tareekh ko refer kiya gaya, yahan isi tareekh mein to sare paighambar paida hue.</w:t>
      </w:r>
      <w:r>
        <w:br/>
      </w:r>
      <w:r>
        <w:rPr>
          <w:sz w:val="20"/>
        </w:rPr>
        <w:t>20:45  quran mein hai ke "sab arsalna ruslana tazra" . lagataar ek ke baad ek peghambar allah ke aate rahe. to yahan is surah mein allah taala ne jis history ko refer kiya hai,</w:t>
      </w:r>
      <w:r>
        <w:br/>
      </w:r>
      <w:r>
        <w:rPr>
          <w:sz w:val="20"/>
        </w:rPr>
        <w:t>21:00  isi history ke andar to paida hue hain saare peghambar.</w:t>
      </w:r>
      <w:r>
        <w:br/>
      </w:r>
      <w:r>
        <w:rPr>
          <w:sz w:val="20"/>
        </w:rPr>
        <w:t>21:04  to aaj kal kuch log jo apne ko inqalabi musalman samajhte hain, unka manna hai ke peghambar aaye duniya mein just system banane ke liye, yaani crime free system banane ke liye.</w:t>
      </w:r>
      <w:r>
        <w:br/>
      </w:r>
      <w:r>
        <w:rPr>
          <w:sz w:val="20"/>
        </w:rPr>
        <w:t>21:18  is liye aaye, woh ideal system banane ke liye. to jab tareekh ki picture yeh hai to iska matlab doosra kya hua?</w:t>
      </w:r>
      <w:r>
        <w:br/>
      </w:r>
      <w:r>
        <w:rPr>
          <w:sz w:val="20"/>
        </w:rPr>
        <w:t>21:31  saare prophet fail ho gaye.</w:t>
      </w:r>
      <w:r>
        <w:br/>
      </w:r>
      <w:r>
        <w:rPr>
          <w:sz w:val="20"/>
        </w:rPr>
        <w:t>21:35  kaisi ajeeb baat hai ke saare prophet aaye is liye ke woh crime free world banaein.</w:t>
      </w:r>
      <w:r>
        <w:br/>
      </w:r>
      <w:r>
        <w:rPr>
          <w:sz w:val="20"/>
        </w:rPr>
        <w:t>21:44  amal mein kya hua ke saari tareekh jo hai, crime se bhar gayi. iska matlab yahi to hua na ke saare prophet fail ho gaye?</w:t>
      </w:r>
      <w:r>
        <w:br/>
      </w:r>
      <w:r>
        <w:rPr>
          <w:sz w:val="20"/>
        </w:rPr>
        <w:t>21:55  to yeh aisa ho sakta hai? yaani khuda jin logon ko bhejta duniya ki islaah ke liye, woh fail ho jayein?</w:t>
      </w:r>
      <w:r>
        <w:br/>
      </w:r>
      <w:r>
        <w:rPr>
          <w:sz w:val="20"/>
        </w:rPr>
        <w:t>22:05  to quran mein yeh bhi aayatein hain, kai aayatein hain ke "kataballahu la aghlabanna ana warusuli" . allah ne likh diya hai, yeh decide kar diya hai ke prophets ko kaamyaab hona hi hona hai.</w:t>
      </w:r>
      <w:r>
        <w:br/>
      </w:r>
      <w:r>
        <w:rPr>
          <w:sz w:val="20"/>
        </w:rPr>
        <w:t>22:25  prophets ko koi nakaam nahi kar sakta.</w:t>
      </w:r>
      <w:r>
        <w:br/>
      </w:r>
      <w:r>
        <w:rPr>
          <w:sz w:val="20"/>
        </w:rPr>
        <w:t>22:31  to is is aayat ko le kar ke aap sochein to aap ko prophet ke mission ko redefine karna padega. prophet ke mission ko redefine karna padega jis mein duniya ka, yeh duniya ka jo, duniya jo register of crime ban gayi, usko bhi room milta ho,</w:t>
      </w:r>
      <w:r>
        <w:br/>
      </w:r>
      <w:r>
        <w:rPr>
          <w:sz w:val="20"/>
        </w:rPr>
        <w:t>22:52  woh bhi explain hota ho.</w:t>
      </w:r>
      <w:r>
        <w:br/>
      </w:r>
      <w:r>
        <w:rPr>
          <w:sz w:val="20"/>
        </w:rPr>
        <w:t>22:56  yeh bahut badi baat hai jo aap sochiye isko ke prophet ke mission ko aap is tarah maanein jis tarah se aaj kal ke inqalabi musalman maante hain.</w:t>
      </w:r>
      <w:r>
        <w:br/>
      </w:r>
      <w:r>
        <w:rPr>
          <w:sz w:val="20"/>
        </w:rPr>
        <w:t>23:06  to saare prophet nakaam ho jaate hain. to main kahunga aap prophet ke mission ko redefine kijiye. to woh kya hai?</w:t>
      </w:r>
      <w:r>
        <w:br/>
      </w:r>
      <w:r>
        <w:rPr>
          <w:sz w:val="20"/>
        </w:rPr>
        <w:t>23:16  prophet ka mission yeh tha hi nahi. yeh bilkul baseless baat hai yeh kehna ke prophet is liye aaye the ke crime free world banayein, just system banayein, ideal world banayein.</w:t>
      </w:r>
      <w:r>
        <w:br/>
      </w:r>
      <w:r>
        <w:rPr>
          <w:sz w:val="20"/>
        </w:rPr>
        <w:t>23:27  yeh mission hi nahi tha prophet ka. mission kya tha? mission sirf ek tha, woh tha batana, batana, batana.</w:t>
      </w:r>
      <w:r>
        <w:br/>
      </w:r>
      <w:r>
        <w:rPr>
          <w:sz w:val="20"/>
        </w:rPr>
        <w:t>23:39  bas yaani practical tor par ek ideal system bana dena, yeh unka mission hi nahi tha. to aap judge karenge prophet ke mission ko is aitbaar se ke kya woh bata paaye, kya woh warning de paaye.</w:t>
      </w:r>
      <w:r>
        <w:br/>
      </w:r>
      <w:r>
        <w:rPr>
          <w:sz w:val="20"/>
        </w:rPr>
        <w:t>23:57  is se, is se judge karenge na ke is se ke kya woh just system bana paaye. that is wrong criteria.</w:t>
      </w:r>
      <w:r>
        <w:br/>
      </w:r>
      <w:r>
        <w:rPr>
          <w:sz w:val="20"/>
        </w:rPr>
        <w:t>24:07  to is aayat se aap gaur karne se hi maloom hota hai ke prophet ke mission ko logon ne bahut hi galat, aaj kal ke kuch jo apne ko inqalabi musalman kehte hain, unhone bahut galat bata rakha hai ke prophet jo the, woh is liye aaye ke duniya mein crime free world banayein.</w:t>
      </w:r>
      <w:r>
        <w:br/>
      </w:r>
      <w:r>
        <w:rPr>
          <w:sz w:val="20"/>
        </w:rPr>
        <w:t>24:28  yeh unka mission hi nahi tha.</w:t>
      </w:r>
      <w:r>
        <w:br/>
      </w:r>
      <w:r>
        <w:rPr>
          <w:sz w:val="20"/>
        </w:rPr>
        <w:t>24:31  unka mission tha batana taake insaan ko yeh mauqa rahe ke usko woh credit diya jaye. yeh woh insaan hai jisne khud apne choice se sachai ko ikhtiyar kiya.</w:t>
      </w:r>
      <w:r>
        <w:br/>
      </w:r>
      <w:r>
        <w:rPr>
          <w:sz w:val="20"/>
        </w:rPr>
        <w:t>24:45  agar prophet is liye aate ke woh just system qaim karein to phir compression create ho jata. jo compression tha material world mein, wahi compression human world mein bhi ho jata.</w:t>
      </w:r>
      <w:r>
        <w:br/>
      </w:r>
      <w:r>
        <w:rPr>
          <w:sz w:val="20"/>
        </w:rPr>
        <w:t>24:59  to sirf guidance ke liye aaye, batane ke liye aaye, inzar aur tabshir ke liye aaye. ab insaan ka apna kaam hai faman shaa'falyawm faman shaa'falaykufur faman shaa'falyawm faman shaa'falaykufur fadhakkar innama anta mudhakkir lasta 'alayhim bimusaytir</w:t>
      </w:r>
      <w:r>
        <w:br/>
      </w:r>
      <w:r>
        <w:rPr>
          <w:sz w:val="20"/>
        </w:rPr>
        <w:t>25:21  yaani peghambar is liye nahi aaye the ke woh logon par darogha banein, logon par hakim banein.</w:t>
      </w:r>
      <w:r>
        <w:br/>
      </w:r>
      <w:r>
        <w:rPr>
          <w:sz w:val="20"/>
        </w:rPr>
        <w:t>25:30  nahi, woh is liye aaye the logon ko batayein, batayein, batayein, batayein. to jab prophet ka yeh mission aap manenge, tab aap poori history meaningful ho jayegi.</w:t>
      </w:r>
      <w:r>
        <w:br/>
      </w:r>
      <w:r>
        <w:rPr>
          <w:sz w:val="20"/>
        </w:rPr>
        <w:t>25:43  yeh na banayein to poori history jab meaning less ban jati hai.</w:t>
      </w:r>
    </w:p>
    <w:p>
      <w:pPr>
        <w:pStyle w:val="Heading2"/>
      </w:pPr>
      <w:r>
        <w:t>From agrarian kingship to democracy: history's shift to mutual interest</w:t>
      </w:r>
    </w:p>
    <w:p>
      <w:r>
        <w:rPr>
          <w:color w:val="666666"/>
          <w:sz w:val="18"/>
        </w:rPr>
        <w:t>Quran aur Asr-e-Jadeed Al-Risala, January 2017 Maulana Wahiduddin Khan · 4m 38s · at 13:28 · https://youtu.be/__3jCmiWfEc?t=808</w:t>
      </w:r>
    </w:p>
    <w:p>
      <w:r>
        <w:rPr>
          <w:i/>
        </w:rPr>
        <w:t>“In the ancient world, only two things mattered: agriculture and kingship.”</w:t>
      </w:r>
    </w:p>
    <w:p>
      <w:r>
        <w:rPr>
          <w:sz w:val="20"/>
        </w:rPr>
        <w:t>13:28  qadeem zamane mein zindagi ka jo nizam raaij tha, us mein sirf do cheezon ki ahmiyat hoti thi:</w:t>
      </w:r>
      <w:r>
        <w:br/>
      </w:r>
      <w:r>
        <w:rPr>
          <w:sz w:val="20"/>
        </w:rPr>
        <w:t>13:36  zara'at, yaani agriculture, aur badshahat, yaani kingship. Zarai zameen ka malik land order, zarai zameen ka malik landlord hota tha.</w:t>
      </w:r>
      <w:r>
        <w:br/>
      </w:r>
      <w:r>
        <w:rPr>
          <w:sz w:val="20"/>
        </w:rPr>
        <w:t>13:50  zameen ke maamle mein wohi sab kuch hota tha. Is tarah hukoomat ke maamle mein sari hesiyat badshah ki hoti thi.</w:t>
      </w:r>
      <w:r>
        <w:br/>
      </w:r>
      <w:r>
        <w:rPr>
          <w:sz w:val="20"/>
        </w:rPr>
        <w:t>13:58  is nizam ke tehat qadeem zamane mein sari duniya mein ek tarfa mafad, yaani unilateral interest, ka tareeqa raaij tha.</w:t>
      </w:r>
      <w:r>
        <w:br/>
      </w:r>
      <w:r>
        <w:rPr>
          <w:sz w:val="20"/>
        </w:rPr>
        <w:t>14:07  is liye hazaron saal ke darmiyan sari duniya mein yahi tareeqa raaij tha. Muslim ahad mein athveen sadi eesvi mein Sasani saltanat, yaani Sasanid Empire, aur Bizantini saltanat,</w:t>
      </w:r>
      <w:r>
        <w:br/>
      </w:r>
      <w:r>
        <w:rPr>
          <w:sz w:val="20"/>
        </w:rPr>
        <w:t>14:23  yaani Byzantine Empire, ko tod diya gaya. Is</w:t>
      </w:r>
      <w:r>
        <w:br/>
      </w:r>
      <w:r>
        <w:rPr>
          <w:sz w:val="20"/>
        </w:rPr>
        <w:t>14:29  ke baad insani zindagi mein ek naya tareekhi amal, yaani historical process, shuru hua. Yeh amal mukhtalif marhalon se guzarta raha yahan tak ke satraween sadi mein maghribi Europe mein is ki takmeel hui.</w:t>
      </w:r>
      <w:r>
        <w:br/>
      </w:r>
      <w:r>
        <w:rPr>
          <w:sz w:val="20"/>
        </w:rPr>
        <w:t>14:43  is ke baad insani zindagi mein ek naya daur aa gaya. Yeh naya daur bahami mafad ke usool par qaim tha.</w:t>
      </w:r>
      <w:r>
        <w:br/>
      </w:r>
      <w:r>
        <w:rPr>
          <w:sz w:val="20"/>
        </w:rPr>
        <w:t>14:51  ab duniya ka nizam mushtarak mafad, yaani common interest, ke usool par chalne laga jabke is se pehle woh ghair mushtarak mafad, yaani unilateral interest, ke usool par chal raha tha.</w:t>
      </w:r>
      <w:r>
        <w:br/>
      </w:r>
      <w:r>
        <w:rPr>
          <w:sz w:val="20"/>
        </w:rPr>
        <w:t>15:05  is naye daur mein do barhe inqilab aaye: ek jamhooriyat, yaani democracy, aur doosra sanati tehzeeb, yaani industrial civilization.</w:t>
      </w:r>
      <w:r>
        <w:br/>
      </w:r>
      <w:r>
        <w:rPr>
          <w:sz w:val="20"/>
        </w:rPr>
        <w:t>15:18  is suratehal ne pichli masawaaton, yani equations, ko yakasar badal diya.</w:t>
      </w:r>
      <w:r>
        <w:br/>
      </w:r>
      <w:r>
        <w:rPr>
          <w:sz w:val="20"/>
        </w:rPr>
        <w:t>15:27  is suratehal ne pichli masawaaton, yani equations, ko yakasar badal diya. ab dunya mein nai thnait, yani dichotomy, wajood mein aai.</w:t>
      </w:r>
      <w:r>
        <w:br/>
      </w:r>
      <w:r>
        <w:rPr>
          <w:sz w:val="20"/>
        </w:rPr>
        <w:t>15:38  tamam insani mafadat do tarafah buniyad par qaim ho gaye: teacher ka mafad student se aur student ka mafad teacher se</w:t>
      </w:r>
      <w:r>
        <w:br/>
      </w:r>
      <w:r>
        <w:rPr>
          <w:sz w:val="20"/>
        </w:rPr>
        <w:t>15:47  , business businessman ka mafad customer se aur customers ka mafad businessman se, political leaderon ka mafad voters se aur voters ka mafad political leaders se waghera.</w:t>
      </w:r>
      <w:r>
        <w:br/>
      </w:r>
      <w:r>
        <w:rPr>
          <w:sz w:val="20"/>
        </w:rPr>
        <w:t>16:04  is tarah dunya mein pehli bar woh daur amomi taur par raij hua jis ko hadith mein taeed ka daur, yani age of mutual supporter, kaha gaya hai.</w:t>
      </w:r>
      <w:r>
        <w:br/>
      </w:r>
      <w:r>
        <w:rPr>
          <w:sz w:val="20"/>
        </w:rPr>
        <w:t>16:16  is naye daur ki prediction quran mein in alfaz mein ki gayi hai: wala tastawee al hasanatu ala al sayyi'a adfa' billati hi ahsan fa-idha alladhi bainaka wa bainahu adawatun ka annahu waliyun hameed surah number 41 ayat 34 yani bhalai aur burai dono barabar nahin.</w:t>
      </w:r>
      <w:r>
        <w:br/>
      </w:r>
      <w:r>
        <w:rPr>
          <w:sz w:val="20"/>
        </w:rPr>
        <w:t>16:41  tum jawab mein woh kaho jo is se behtar ho.</w:t>
      </w:r>
      <w:r>
        <w:br/>
      </w:r>
      <w:r>
        <w:rPr>
          <w:sz w:val="20"/>
        </w:rPr>
        <w:t>16:44  phir tum dekho ge ke tum mein aur jis mein dushmani thi, woh aisa ho gaya jaise koi dost qareeb wala. yeh tareekh mein khodai management, yani divine management, ka muamla tha.</w:t>
      </w:r>
      <w:r>
        <w:br/>
      </w:r>
      <w:r>
        <w:rPr>
          <w:sz w:val="20"/>
        </w:rPr>
        <w:t>16:59  qadeem zamanay mein insani zindagi dost aur dushmani ki thnait, yani dichotomy, par qaim thi.</w:t>
      </w:r>
      <w:r>
        <w:br/>
      </w:r>
      <w:r>
        <w:rPr>
          <w:sz w:val="20"/>
        </w:rPr>
        <w:t>17:06  tareekh mein is naye inqalab ke baad insani zindagi mein aik aur dichotomy qaim hui jis mein dushmani ka tasawwur hadaf ho chuka tha.</w:t>
      </w:r>
      <w:r>
        <w:br/>
      </w:r>
      <w:r>
        <w:rPr>
          <w:sz w:val="20"/>
        </w:rPr>
        <w:t>17:16  sirf do fareeq baqi thay aur woh thay dost aur mu'eed, yani supporter. quran mein rasool aur ashab rasool ko yeh hukum diya gaya tha: wa qatiluhum hatta la takuna fitnatun wa yakuna al deenu kulluhu li Allah</w:t>
      </w:r>
      <w:r>
        <w:br/>
      </w:r>
      <w:r>
        <w:rPr>
          <w:sz w:val="20"/>
        </w:rPr>
        <w:t>17:34  surah number aath ayat 39 yani un se lado yahan tak ke fitna baqi na rahe aur deen sab Allah ke liye ho jaye. is ayat ka matlab yeh nahin tha ke sari dunya mein hukoomat ilahia qaim ho jaye</w:t>
      </w:r>
      <w:r>
        <w:br/>
      </w:r>
      <w:r>
        <w:rPr>
          <w:sz w:val="20"/>
        </w:rPr>
        <w:t>17:48  balke is ka matlab yeh tha ke insani zindagi mein mukhasmanah ta'alluqat, yani relationship based on rivalry ke bajaye mu'eedanah ta'alluqat, yani relationship based on supporter par qaim ho jaye.</w:t>
      </w:r>
    </w:p>
    <w:p>
      <w:pPr>
        <w:pStyle w:val="Heading2"/>
      </w:pPr>
      <w:r>
        <w:t>Concept of qital and jihad in Islam</w:t>
      </w:r>
    </w:p>
    <w:p>
      <w:r>
        <w:rPr>
          <w:color w:val="666666"/>
          <w:sz w:val="18"/>
        </w:rPr>
        <w:t>Al-Risala, January 2017 Maulana Wahiduddin Khan · 4m 31s · at 46:54 · https://youtu.be/nc3SlWYIhDQ?t=2814</w:t>
      </w:r>
    </w:p>
    <w:p>
      <w:r>
        <w:rPr>
          <w:i/>
        </w:rPr>
        <w:t>“Quran mein aik hukm paighambar Islam ko”</w:t>
      </w:r>
    </w:p>
    <w:p>
      <w:r>
        <w:rPr>
          <w:sz w:val="20"/>
        </w:rPr>
        <w:t>46:54  quran mein aik hukum peghambar e Islam salallaho alaihe wasallam ko in alfaaz mein diya gaya hai: "wa qataluhum hatta la takuna fitnatun wa yakuna ad deenu kullu lillah" surah number aath ayat 39 yani "aur un se lado yahan tak ke fitna baqi na rahay aur deen sab Allah ke liye ho jaye"</w:t>
      </w:r>
      <w:r>
        <w:br/>
      </w:r>
      <w:r>
        <w:rPr>
          <w:sz w:val="20"/>
        </w:rPr>
        <w:t>47:18  . ghor karnay se maloom hota hai ke quran ki is ayat mein qatal ka lafz maroof jang ke maani mein nahi hai balkay woh intehai jad o jehad yani utmost struggle ke maani mein hai.</w:t>
      </w:r>
      <w:r>
        <w:br/>
      </w:r>
      <w:r>
        <w:rPr>
          <w:sz w:val="20"/>
        </w:rPr>
        <w:t>47:33  chounkay aap ki zindagi mein amalan jo kuch paish aya woh yahi tha jaisa ke maloom hai peghambar e Islam ne apni poori zindagi mein kabhi koi kamil jang yani full-fledged war nahi ki.</w:t>
      </w:r>
      <w:r>
        <w:br/>
      </w:r>
      <w:r>
        <w:rPr>
          <w:sz w:val="20"/>
        </w:rPr>
        <w:t>47:47  aap ke mukhalif group ne kai bar aap par hamla kar ke aap ko jang mein uljhanay ki koshish ki magar aap ne hamesha yeh kiya ke khusoosi tadbeer ke zariye ya to jang ko amalan honay nahi diya ya us ko jang ke bajaye jharap yani skirmish bana diya.</w:t>
      </w:r>
      <w:r>
        <w:br/>
      </w:r>
      <w:r>
        <w:rPr>
          <w:sz w:val="20"/>
        </w:rPr>
        <w:t>48:08  is maamlay mein aap ki zindagi mazkoora quraani ayat ki amli tafseer hai.</w:t>
      </w:r>
      <w:r>
        <w:br/>
      </w:r>
      <w:r>
        <w:rPr>
          <w:sz w:val="20"/>
        </w:rPr>
        <w:t>48:14  aap ki tareekh batati hai ke makkah mein aap ke qatal ka mansooba banaya gaya lekin aap ne makkah se hijrat kar ke qatal o qital ko amalan namumkin bana diya.</w:t>
      </w:r>
      <w:r>
        <w:br/>
      </w:r>
      <w:r>
        <w:rPr>
          <w:sz w:val="20"/>
        </w:rPr>
        <w:t>48:26  ghazwa e ahzab ke mauqa par aap ke mukhalifeen ne barah hazar ke lashkar ke sath madina par hamla kiya magar aap ne apnay aur fareeq mukhalif ke darmian khandaq ki soorat mein aik haajiz yani buffer qaim kar diya.</w:t>
      </w:r>
      <w:r>
        <w:br/>
      </w:r>
      <w:r>
        <w:rPr>
          <w:sz w:val="20"/>
        </w:rPr>
        <w:t>48:45  hudaybiya ke mauqa par fareeq sani ne jang ki soorat paida kar di lekin aap ne aik tarfa sulah kar ke jang ko honay se rokk diya.</w:t>
      </w:r>
      <w:r>
        <w:br/>
      </w:r>
      <w:r>
        <w:rPr>
          <w:sz w:val="20"/>
        </w:rPr>
        <w:t>48:54  fatah e makkah ke mauqa par jang yaqini thi lekin aap ne khusoosi tadbeer ke zariye us ko pur aman march yani peaceful march mein badal diya waghera.</w:t>
      </w:r>
      <w:r>
        <w:br/>
      </w:r>
      <w:r>
        <w:rPr>
          <w:sz w:val="20"/>
        </w:rPr>
        <w:t>49:09  qital: jihad. al risala, January 2017. Maulana Wahiduddin Khan, safha number 26.</w:t>
      </w:r>
      <w:r>
        <w:br/>
      </w:r>
      <w:r>
        <w:rPr>
          <w:sz w:val="20"/>
        </w:rPr>
        <w:t>49:24  qitaal aur jihaad ka hukm islaam mein kya hai? is maamle mein fuqahaaye islaam ka maslak saudee aalim muhammad ibn ibraheemim al-tuwajiri ne kisi qadar tafseel ke saath likha hai.</w:t>
      </w:r>
      <w:r>
        <w:br/>
      </w:r>
      <w:r>
        <w:rPr>
          <w:sz w:val="20"/>
        </w:rPr>
        <w:t>49:38  is ka khulasa yeh hai ke jihaad ki do qismein hain: jihaad aur qitaal. jihaad se muraad jihaad dawat hai aur woh husn-e-zaati hi hai.</w:t>
      </w:r>
      <w:r>
        <w:br/>
      </w:r>
      <w:r>
        <w:rPr>
          <w:sz w:val="20"/>
        </w:rPr>
        <w:t>49:50  is ke muqaable mein qitaal husn-e-ghairi hi hai. is ka maqsad lad kar fitne ko khatm karna hai kyunke is se dawat ke darwaaze khul jaate hain.</w:t>
      </w:r>
      <w:r>
        <w:br/>
      </w:r>
      <w:r>
        <w:rPr>
          <w:sz w:val="20"/>
        </w:rPr>
        <w:t>50:03  dekhiye: mawdoo'at al-fiqh al-islaami muhammad ibn ibraheemim al-tuwajiri, bait al-afkaar al-dawliyah, 2009, jild paanch, safha 450.</w:t>
      </w:r>
      <w:r>
        <w:br/>
      </w:r>
      <w:r>
        <w:rPr>
          <w:sz w:val="20"/>
        </w:rPr>
        <w:t>50:16  is ka matlab yeh hai ke islaam mein qitaal ka hukm aik muwaqqat yaani temporary hukm hai aur jihaad ka hukm aik mustaqil hukm.</w:t>
      </w:r>
      <w:r>
        <w:br/>
      </w:r>
      <w:r>
        <w:rPr>
          <w:sz w:val="20"/>
        </w:rPr>
        <w:t>50:28  qitaal fitne ko khatm karne ke liye hai: al-baqarah 193, al-anfaal 39. jab fitna khatm ho jaaye to qitaal ka hukm bhi mauqoof ho jaayega.</w:t>
      </w:r>
      <w:r>
        <w:br/>
      </w:r>
      <w:r>
        <w:rPr>
          <w:sz w:val="20"/>
        </w:rPr>
        <w:t>50:42  is ke muqaable mein jihaad baraye dawat quran al-furqaan 52 hai. jihaad baraye quran ya baraye dawat ila Allah hamesha jaari rahega.</w:t>
      </w:r>
      <w:r>
        <w:br/>
      </w:r>
      <w:r>
        <w:rPr>
          <w:sz w:val="20"/>
        </w:rPr>
        <w:t>50:54  yahi puraman dawat tamaam anbiya ka mission tha.</w:t>
      </w:r>
      <w:r>
        <w:br/>
      </w:r>
      <w:r>
        <w:rPr>
          <w:sz w:val="20"/>
        </w:rPr>
        <w:t>50:58  yeh kabhi mauqoof hone wala nahi. quran ke mutaabiq peghambar ka kaam inzaar wa tabsheer al-nisaa 165 tha yaani puraman andaaz mein dawat-e-tauheed ka kaam anjaam dena.</w:t>
      </w:r>
      <w:r>
        <w:br/>
      </w:r>
      <w:r>
        <w:rPr>
          <w:sz w:val="20"/>
        </w:rPr>
        <w:t>51:14  yahi kaam peghambar ke baad peghambar ki ummat ka hai. yeh aik puraman da'vati jahad-o-juhd hai jo qayamat tak kisi tawaqquf ke baghair jaari rahegi.</w:t>
      </w:r>
    </w:p>
    <w:p>
      <w:pPr>
        <w:pStyle w:val="Heading2"/>
      </w:pPr>
      <w:r>
        <w:t>the North Macedonia leg: contacts, bookstores, and building two dawah teams</w:t>
      </w:r>
    </w:p>
    <w:p>
      <w:r>
        <w:rPr>
          <w:color w:val="666666"/>
          <w:sz w:val="18"/>
        </w:rPr>
        <w:t>Spiritual Travel Across Eastern Europe July 14, 2024 · 6m 02s · at 46:46 · https://youtu.be/b7BMyJKPM1w?t=2806</w:t>
      </w:r>
    </w:p>
    <w:p>
      <w:r>
        <w:rPr>
          <w:i/>
        </w:rPr>
        <w:t>“Aapka safar Scopia mein hua jo capital hai North Macedonia ka”</w:t>
      </w:r>
    </w:p>
    <w:p>
      <w:r>
        <w:rPr>
          <w:sz w:val="20"/>
        </w:rPr>
        <w:t>46:46  Doctor sahab aapne jaise bataya ki phir iske baad aapka safar Scopia mein hua jo ki largest city hai aur capital bhi hai, North Macedonia ki. Aur mere khayal se population bhi kuch zyada nahi hai. DocsApp kuch chhah lakh ke qareeb population hai. To wahan kya experiences hue aapke, uske bare mein bhi batayein. Ji to agla safar hamara scop, scop, j ko y padhte hain.</w:t>
      </w:r>
      <w:r>
        <w:br/>
      </w:r>
      <w:r>
        <w:rPr>
          <w:sz w:val="20"/>
        </w:rPr>
        <w:t>47:14  to hum log zara mispronounce karte hain. Ji. Vaise scopye hai yeh. To yeh Macedonia jo country hai uska capital hai aur hum yahan chuki wahan unhone drop kar diya tha humein airport par to humne flight lekar Scopie pahunche. I think one and a half hour ki flight thi yeh.</w:t>
      </w:r>
      <w:r>
        <w:br/>
      </w:r>
      <w:r>
        <w:rPr>
          <w:sz w:val="20"/>
        </w:rPr>
        <w:t>47:35  to, ek sahab se hamara contact ho gaya tha jo wahin ke makami hain, Macedonia ke aur vah Arabic jante hain, English nahi jante. Ji. To unse thoda sa translation ki madad se humne, batchit ki.</w:t>
      </w:r>
      <w:r>
        <w:br/>
      </w:r>
      <w:r>
        <w:rPr>
          <w:sz w:val="20"/>
        </w:rPr>
        <w:t>47:52  unka naam hai rifat sharifi aur woh mere khayal hai Saudi Arab mein education hasil ki hai unhon ne</w:t>
      </w:r>
      <w:r>
        <w:br/>
      </w:r>
      <w:r>
        <w:rPr>
          <w:sz w:val="20"/>
        </w:rPr>
        <w:t>48:02  to woh Arabic achhi bolte hain aur maulanaon ko jante hain aur maisedonia maisedonian aur albenian languages mein</w:t>
      </w:r>
      <w:r>
        <w:br/>
      </w:r>
      <w:r>
        <w:rPr>
          <w:sz w:val="20"/>
        </w:rPr>
        <w:t>48:12  unhen maulana ki jab kitabein waghera dikhai unko humne to unhon ne chhe books select ki aur jo Macedonian</w:t>
      </w:r>
      <w:r>
        <w:br/>
      </w:r>
      <w:r>
        <w:rPr>
          <w:sz w:val="20"/>
        </w:rPr>
        <w:t>48:22  aur Albanian languages mein publish karne ke liye unka ek ek ek NGO hai jismein woh students ko</w:t>
      </w:r>
      <w:r>
        <w:br/>
      </w:r>
      <w:r>
        <w:rPr>
          <w:sz w:val="20"/>
        </w:rPr>
        <w:t>48:32  coaching waghera karte hain aur unko yani ek tarike se help karte hain unki placement waghera ke liye.</w:t>
      </w:r>
      <w:r>
        <w:br/>
      </w:r>
      <w:r>
        <w:rPr>
          <w:sz w:val="20"/>
        </w:rPr>
        <w:t>48:43  wahan bhi le gaye the vah. Vah achha khasa bada vah koi organization lag raha tha aur ek unka publishing company bhi hai jiska naam hai Furqan. Ji. Wahan bhi le gaye. Vah bhi ek waqt ke andaaz ki cheezein koi. To phir unhone yeh bataya tha humein ki chhah books unhone select kiye hain Maulana ki.</w:t>
      </w:r>
      <w:r>
        <w:br/>
      </w:r>
      <w:r>
        <w:rPr>
          <w:sz w:val="20"/>
        </w:rPr>
        <w:t>49:06  Albanian languages mein mein quranic wisdom, the secret of success, living in God's glory aur Macedonian language mein discovering God, the spirit of Islam and God arises. To yeh yeh agar yeh kitabein chhap jaati hain to inshallah isse bahut fayda hoga.</w:t>
      </w:r>
      <w:r>
        <w:br/>
      </w:r>
      <w:r>
        <w:rPr>
          <w:sz w:val="20"/>
        </w:rPr>
        <w:t>49:26  chunki us us khitte mein koi koi khaas kitab nahin un un languages mein jo wahan ki language</w:t>
      </w:r>
      <w:r>
        <w:br/>
      </w:r>
      <w:r>
        <w:rPr>
          <w:sz w:val="20"/>
        </w:rPr>
        <w:t>49:32  hai woh sirf jo kitabein hain woh bahut hi ritualistic andaaz ki kitabein dikhi ek ek jaise market</w:t>
      </w:r>
      <w:r>
        <w:br/>
      </w:r>
      <w:r>
        <w:rPr>
          <w:sz w:val="20"/>
        </w:rPr>
        <w:t>49:39  maine bataya wahan bhi ek market hai old market teen char sau char sau paanch sau saal ka</w:t>
      </w:r>
      <w:r>
        <w:br/>
      </w:r>
      <w:r>
        <w:rPr>
          <w:sz w:val="20"/>
        </w:rPr>
        <w:t>49:45  to bada tourist bahut tourist bhare rehte hain wahan to wahan par ek ek shop mein hum gaye</w:t>
      </w:r>
      <w:r>
        <w:br/>
      </w:r>
      <w:r>
        <w:rPr>
          <w:sz w:val="20"/>
        </w:rPr>
        <w:t>49:52  jiska naam tha Muslim shop.</w:t>
      </w:r>
      <w:r>
        <w:br/>
      </w:r>
      <w:r>
        <w:rPr>
          <w:sz w:val="20"/>
        </w:rPr>
        <w:t>49:59  Ji. To usmein books ka hissa tha ek. Vaise to wahan jana maz, khajoor aur itr aur perfume aur tasbi aur yeh sab zamzam yeh sab cheezein thi black seed aur shahad, olive lekin vah ek corner mein mazi ek corner mein books ka bhi section tha.</w:t>
      </w:r>
      <w:r>
        <w:br/>
      </w:r>
      <w:r>
        <w:rPr>
          <w:sz w:val="20"/>
        </w:rPr>
        <w:t>50:22  to andaaza yahi hua ki vah sab jo kitabein hain vah zyada tar vaise hain jo ritualistic wali andaaz ki books hoti hain. To agar yeh tarjuma ho jaye inshallah vah lane ki chhah kitabon ka to yeh bahut hi bada kaam hoga aur, Rifat sahab ne humein kafi wahan par le gaye doosri jagahon par bhi. Vahi bahut hi khoobsurat jagah hai, is ko pie.</w:t>
      </w:r>
      <w:r>
        <w:br/>
      </w:r>
      <w:r>
        <w:rPr>
          <w:sz w:val="20"/>
        </w:rPr>
        <w:t>50:52  aur ek sabse achhi baat yeh hui ki jo maine zikr kiya shuru mein ki Ukraine jaane ka khayal tha. Ji. Chuki wahan ek bahut achhe aadmi mil gaye the humein Abdur Rehman jo originally he is from Ukraine to vah wahan aa gaye.</w:t>
      </w:r>
      <w:r>
        <w:br/>
      </w:r>
      <w:r>
        <w:rPr>
          <w:sz w:val="20"/>
        </w:rPr>
        <w:t>51:07  do din hamare saath rahe to unse badi achhi meeting hui unke andar bahut gyarah jazba hai dawati</w:t>
      </w:r>
      <w:r>
        <w:br/>
      </w:r>
      <w:r>
        <w:rPr>
          <w:sz w:val="20"/>
        </w:rPr>
        <w:t>51:14  jazba hai aur to unse badi achhi meeting hui aur badi achhi baatein hui to ummeed hai ki</w:t>
      </w:r>
      <w:r>
        <w:br/>
      </w:r>
      <w:r>
        <w:rPr>
          <w:sz w:val="20"/>
        </w:rPr>
        <w:t>51:21  inshallah Ukraine mein mein jab hala theek ho jayenge to hum safar karenge aur wahan par bhi achha</w:t>
      </w:r>
      <w:r>
        <w:br/>
      </w:r>
      <w:r>
        <w:rPr>
          <w:sz w:val="20"/>
        </w:rPr>
        <w:t>51:28  kaam ho sakta hai aur jo jo ek aur achhi baat hui is safar mein woh yeh ki</w:t>
      </w:r>
      <w:r>
        <w:br/>
      </w:r>
      <w:r>
        <w:rPr>
          <w:sz w:val="20"/>
        </w:rPr>
        <w:t>51:35  humko yani Kaleem sahab, Harvin sahab aur humein kaafi waqt mila.</w:t>
      </w:r>
      <w:r>
        <w:br/>
      </w:r>
      <w:r>
        <w:rPr>
          <w:sz w:val="20"/>
        </w:rPr>
        <w:t>51:42  Ji. Beach beach mein kahin nahi jana hai to baithe hain hotel mein. To kya karein baith ke baat karein. Ji. To vah ek bada achha discussion ka mauka mila. You are doctor sahab like on a lighter note three dawa musketeers. Haan three dawa musketeers bilkul sahi hai. To vah hum sab baith jate the kahin bhi. Ji. Aur baith ke yahi discussion karte the humein aur to koi baat karni nahi hai. Haan shayad.</w:t>
      </w:r>
      <w:r>
        <w:br/>
      </w:r>
      <w:r>
        <w:rPr>
          <w:sz w:val="20"/>
        </w:rPr>
        <w:t>52:05  to kafi clarity hui aur kafi achhi achha zehan khula aur bahut hi sari baatein samajh mein aayi. To yeh bhi ek ek ek secondary fayda hua ki hum log aapas mein kafi baat kar sake achha.</w:t>
      </w:r>
      <w:r>
        <w:br/>
      </w:r>
      <w:r>
        <w:rPr>
          <w:sz w:val="20"/>
        </w:rPr>
        <w:t>52:21  aur discuss kar sake aur plan kar sake aur teen form kar sake to ek teen to yeh ban gai jo Alqadar aur Boris ki jo is region mein Eastern Europe ke region mein aur doosri team yeh Abdur Rehman, Ukraine. Ab yeh aajkal rehte hain Germany mein.</w:t>
      </w:r>
      <w:r>
        <w:br/>
      </w:r>
      <w:r>
        <w:rPr>
          <w:sz w:val="20"/>
        </w:rPr>
        <w:t>52:48  to vah inshallah halaat theek honge to he will go back aur ab Germany mein bhi kaam kar rahe hain yeh. Ji. To is tarah se do team form ho gayin in is is region ke liye.</w:t>
      </w:r>
    </w:p>
    <w:p>
      <w:pPr>
        <w:pStyle w:val="Heading2"/>
      </w:pPr>
      <w:r>
        <w:t>UN panel confrontation and why religion gets blamed for violence</w:t>
      </w:r>
    </w:p>
    <w:p>
      <w:r>
        <w:rPr>
          <w:color w:val="666666"/>
          <w:sz w:val="18"/>
        </w:rPr>
        <w:t>Peace in Palestine In Light of Quranic Guidance November 5, 2023 · 5m 00s · at 11:41 · https://youtu.be/VktRNLm79N0?t=701</w:t>
      </w:r>
    </w:p>
    <w:p>
      <w:r>
        <w:rPr>
          <w:i/>
        </w:rPr>
        <w:t>“At a UN peace panel, I confronted a Fatah minister on stage”</w:t>
      </w:r>
    </w:p>
    <w:p>
      <w:r>
        <w:rPr>
          <w:sz w:val="20"/>
        </w:rPr>
        <w:t>11:41  achha doctor sahib Tel Aviv se hi mere ko woh bhi yaad aaya ke Maulana ko ek panel mein bhi rakha tha aur us program mein more than 100 countries participated. There were presidents, ex prime ministers and there was a 100 delegation from palestinian side of young boys and girls.</w:t>
      </w:r>
      <w:r>
        <w:br/>
      </w:r>
      <w:r>
        <w:rPr>
          <w:sz w:val="20"/>
        </w:rPr>
        <w:t>12:06  to doctor sahib jis din Maulana ka talk tha phir agle din ek panel discussion tha jismein Shimon Peres khud thay aur Christiane Amanpour jo CNN ki bohat jaani maani journalist hai woh moderate kar rahi thi aur us time par Fateh ka rule tha.</w:t>
      </w:r>
      <w:r>
        <w:br/>
      </w:r>
      <w:r>
        <w:rPr>
          <w:sz w:val="20"/>
        </w:rPr>
        <w:t>12:28  to Fateh ke minister bhi aaye thay aur jab unka talk poora khatam hua to Christiane Amanpour ne kaha ke audience se hum do ya teen sawal lenge. To main Maulana ke sath baitha hua tha ek side, ek side Apa thi, aap thay Nagma Apa thi, Stuti, Sadhia Maria sab thay hum log.</w:t>
      </w:r>
      <w:r>
        <w:br/>
      </w:r>
      <w:r>
        <w:rPr>
          <w:sz w:val="20"/>
        </w:rPr>
        <w:t>12:49  to maine hath khada kiya with the hope ke shayad woh question puchhenge aur chance ki baat hai ke do ya teen sawal mein unhon ne seedha meri taraf point kiya ke yes you ask your question. To maine jo woh Fateh ke jo minister thay, unse maine question kiya ke Quran mein to saaf yeh aaya ke reconciliation is the best. Asulokhair.</w:t>
      </w:r>
      <w:r>
        <w:br/>
      </w:r>
      <w:r>
        <w:rPr>
          <w:sz w:val="20"/>
        </w:rPr>
        <w:t>13:16  to Islam mein reconciliation ki hamesha baat hoti hai. To aap yeh reconciliation ka kyun nahi method aap adopt karte? Yeh suicide bombing aur yeh sab jo violence hai, why is all this? To unhon ne bara clearly doctor sahib us waqt yeh baat kahi thi aap ko yaad hogi ke yeh hamara religious war nahi hai. Yeh hamara territorial war hai.</w:t>
      </w:r>
      <w:r>
        <w:br/>
      </w:r>
      <w:r>
        <w:rPr>
          <w:sz w:val="20"/>
        </w:rPr>
        <w:t>13:40  unhon ne saaf usko link kiya lekin hum dekhte hain ke kis tarike se abhi jo hai usko poora religious linkage kar diya hai. Balki woh mere bolte hi wahan pe jo 100 logon ka delegation hai, woh log ekdum toot pade thay yahan par ke how dare you say that? Take back your words. Mere sath Nagma Apa thi jo mujhe kheench rahi thi.</w:t>
      </w:r>
      <w:r>
        <w:br/>
      </w:r>
      <w:r>
        <w:rPr>
          <w:sz w:val="20"/>
        </w:rPr>
        <w:t>13:59  to us time par agar hum shayad Tel Aviv mein nahi hotey to woh shayad mere ko maar hi daalte kyunke unko yeh sawal bilkul pasand nahi aaya tha aur Fateh ke leader ne saaf kaha tha ke very soon you will see that there will be a united front between Hamas and Fateh. To Christiane Amanpour ne unse repeat karke pucha tha you mean Hamas and Fateh coming together? So he said yes to alert the israeli leadership that was sitting on the stage.</w:t>
      </w:r>
      <w:r>
        <w:br/>
      </w:r>
      <w:r>
        <w:rPr>
          <w:sz w:val="20"/>
        </w:rPr>
        <w:t>14:27  to kis tarah woh dealing karte lekin practically hum dekhte hain ke woh bilkul usko religion se link karte hain. Usi par saare jo Musalman poori duniya mein hain woh emotional hokar ek is tarah se response dete hain jiska itna zabardast khamiyaza Islam ki chhavi par padta hai ke poori image jo hai woh Islam par aakar toot ti hai.</w:t>
      </w:r>
      <w:r>
        <w:br/>
      </w:r>
      <w:r>
        <w:rPr>
          <w:sz w:val="20"/>
        </w:rPr>
        <w:t>14:51  aaj ki date mein bhi hamare interactions jo ho rahe hain log yeh nahi keh rahe hain ke yeh territory rightfully kiski hai? Woh yeh question utha rahe hain ke kya yeh religion jo hai yeh waqai mein hi sahi religion hai? Kya yeh peaceful religion hai jaise log claim karte hain? Yeh myth aur yeh misconception todna bohat zaroori hai aur woh sirf hamare conduct Muslims ke behavior se hi ho sakta hai.</w:t>
      </w:r>
      <w:r>
        <w:br/>
      </w:r>
      <w:r>
        <w:rPr>
          <w:sz w:val="20"/>
        </w:rPr>
        <w:t>15:14  agar jab tak woh khud yeh condemn na karein ke there is no place of violence in Islam, tab tak hum logon ko Islam se door hi karte rahenge. Hum kabhi bhi daawa work nahi kar payenge. Ji. Aur ek baat yeh hai ke sirf Palestine mein nahi aap dekh rahe hain jagah jagah violence kar rahe hain Musalman. Ji. Aur Musalman karte kya hai ke provoke karte hain. Shuruat bhi karte hain. Ji.</w:t>
      </w:r>
      <w:r>
        <w:br/>
      </w:r>
      <w:r>
        <w:rPr>
          <w:sz w:val="20"/>
        </w:rPr>
        <w:t>15:40  aap jab provoke karenge to jo authorities hain woh kya retaliate nahi kare? Bilkul sahi. Woh karenge retaliate? Ji ji ji. To woh reaction hai, woh retaliation hai aur woh us cheez ko bhula dete hain jo unhon ne pehle ki. Ji. Masoomon ko marna, non combatant ko marna, bachhon ko marna, yeh to Islam mein allowed hi nahi hai. Ji. How can you do that? Ji. And nobody talks about it. To yeh yeh bhi ahmiyat hai ke aap ne shuruat ki hai. Ji.</w:t>
      </w:r>
      <w:r>
        <w:br/>
      </w:r>
      <w:r>
        <w:rPr>
          <w:sz w:val="20"/>
        </w:rPr>
        <w:t>16:09  yeh bhi bohat aham hai. Ji.</w:t>
      </w:r>
      <w:r>
        <w:br/>
      </w:r>
      <w:r>
        <w:rPr>
          <w:sz w:val="20"/>
        </w:rPr>
        <w:t>16:15  aap shuruaat aapko janna chahiye ke agar aap shuruaat karenge to uska reaction kya hoga?</w:t>
      </w:r>
      <w:r>
        <w:br/>
      </w:r>
      <w:r>
        <w:rPr>
          <w:sz w:val="20"/>
        </w:rPr>
        <w:t>16:21  har jagah yahi ho raha hai.</w:t>
      </w:r>
      <w:r>
        <w:br/>
      </w:r>
      <w:r>
        <w:rPr>
          <w:sz w:val="20"/>
        </w:rPr>
        <w:t>16:28  India mein bhi aur doosre makamat bhi.</w:t>
      </w:r>
      <w:r>
        <w:br/>
      </w:r>
      <w:r>
        <w:rPr>
          <w:sz w:val="20"/>
        </w:rPr>
        <w:t>16:34  pehlay woh shuru karte hain phir jab authorities retaliate karte hain</w:t>
      </w:r>
      <w:r>
        <w:br/>
      </w:r>
      <w:r>
        <w:rPr>
          <w:sz w:val="20"/>
        </w:rPr>
        <w:t>16:41  balki doctor sahib jab aap ne jis jo example diya ke do Arab youth, teen Arab youths, teen Jews aaye aur aap ko lekar bhi gaye woh.</w:t>
      </w:r>
    </w:p>
    <w:p>
      <w:pPr>
        <w:pStyle w:val="Heading2"/>
      </w:pPr>
      <w:r>
        <w:t>True dua involves heart and mind</w:t>
      </w:r>
    </w:p>
    <w:p>
      <w:r>
        <w:rPr>
          <w:color w:val="666666"/>
          <w:sz w:val="18"/>
        </w:rPr>
        <w:t>Living between Angels and Satan I 26th Jan.08 · 5m 09s · at 44:29 · https://youtu.be/V6qfjCkiRcc?t=2669</w:t>
      </w:r>
    </w:p>
    <w:p>
      <w:r>
        <w:rPr>
          <w:i/>
        </w:rPr>
        <w:t>“Dua is also very important.”</w:t>
      </w:r>
    </w:p>
    <w:p>
      <w:r>
        <w:rPr>
          <w:sz w:val="20"/>
        </w:rPr>
        <w:t>44:29  anions, if you read all those Islamic literature, and if you—all those things, if you are engaged in all those things, but at the same time, you have to adopt dua. Dua is also very important. Very, very important. Without dua, you cannot complete your personality.</w:t>
      </w:r>
      <w:r>
        <w:br/>
      </w:r>
      <w:r>
        <w:rPr>
          <w:sz w:val="20"/>
        </w:rPr>
        <w:t>45:01  Dua means asking God. Dua means saying, "O God, I have endured. I am in a struggle. I am trying my best. O God, I am trying my best. But my effort is not enough. You have to provide me help. Without your help</w:t>
      </w:r>
      <w:r>
        <w:br/>
      </w:r>
      <w:r>
        <w:rPr>
          <w:sz w:val="20"/>
        </w:rPr>
        <w:t>45:31  , I am incomplete. I am nothing." So this is dua. Dua means seeking God's help. Seeking God's blessing. Because man is helpless. Man has no power. Man knows nothing. God is</w:t>
      </w:r>
      <w:r>
        <w:br/>
      </w:r>
      <w:r>
        <w:rPr>
          <w:sz w:val="20"/>
        </w:rPr>
        <w:t>46:02  all-knowing. God is all-powerful. God is the Lord of the universe. So we need God every time. We need God's help every time. So you have to adopt dua as a permanent culture in your life. Dua is a complete culture. Now, dua</w:t>
      </w:r>
      <w:r>
        <w:br/>
      </w:r>
      <w:r>
        <w:rPr>
          <w:sz w:val="20"/>
        </w:rPr>
        <w:t>46:32  is not simply to recite some—some memorized words. Dua is not simply to recite some memorized words. No. It is not dua. Dua is—dua is to express your feeling, your deep feeling. D</w:t>
      </w:r>
      <w:r>
        <w:br/>
      </w:r>
      <w:r>
        <w:rPr>
          <w:sz w:val="20"/>
        </w:rPr>
        <w:t>47:02  ua is to express your deep feeling towards God. Dua involves your mind. Dua involves your heart. Dua involves all your spiritual faculty. Dua involves all your personality. Then it is dua. Simply recitation is not dua.</w:t>
      </w:r>
      <w:r>
        <w:br/>
      </w:r>
      <w:r>
        <w:rPr>
          <w:sz w:val="20"/>
        </w:rPr>
        <w:t>47:35  That is ritual. Dua is a—a living practice. Dua is a living practice. When you consciously involve your whole personality, then it is dua. And there is a hadith that, that, "Ad-dawatu la turaddu."</w:t>
      </w:r>
      <w:r>
        <w:br/>
      </w:r>
      <w:r>
        <w:rPr>
          <w:sz w:val="20"/>
        </w:rPr>
        <w:t>48:07  "Ad-dawatu la turaddu." It means that God is not going to reject your dua. When you make dua, a true dua, you have to believe that God will accept your dua. But it must be a true dua, not simply</w:t>
      </w:r>
      <w:r>
        <w:br/>
      </w:r>
      <w:r>
        <w:rPr>
          <w:sz w:val="20"/>
        </w:rPr>
        <w:t>48:37  a recitation. So with all those things that are required, you have to adopt the culture of dua. Without dua, everything is—is incomplete. For example, if you read Quran, that also involves dua.</w:t>
      </w:r>
      <w:r>
        <w:br/>
      </w:r>
      <w:r>
        <w:rPr>
          <w:sz w:val="20"/>
        </w:rPr>
        <w:t>49:09  If you read Quran, that also involves dua. Because you know, the author of the Quran is God Himself. And when you are—when you read Quran and you feel that some verses are not very clear to you, you ask God, "O God, make me clear." So it means that you are consulting the aut</w:t>
      </w:r>
    </w:p>
    <w:p>
      <w:pPr>
        <w:pStyle w:val="Heading2"/>
      </w:pPr>
      <w:r>
        <w:t>Colonial history: how the political Islam ideology actually originated</w:t>
      </w:r>
    </w:p>
    <w:p>
      <w:r>
        <w:rPr>
          <w:color w:val="666666"/>
          <w:sz w:val="18"/>
        </w:rPr>
        <w:t>Islam and Politics November 17, 2013 · 3m 22s · at 1:11:24 · https://youtu.be/LgKA8wg4NPc?t=4284</w:t>
      </w:r>
    </w:p>
    <w:p>
      <w:r>
        <w:rPr>
          <w:i/>
        </w:rPr>
        <w:t>“This kind of thing happens gradually, planted in your mind bit by bit”</w:t>
      </w:r>
    </w:p>
    <w:p>
      <w:r>
        <w:rPr>
          <w:sz w:val="20"/>
        </w:rPr>
        <w:t>1:11:24  unhon ne likha hai if political interpretation of islam is not derived from quran and hadith then how did muslim scholars got involved in it even though they had knowledge of quran as well as hadith</w:t>
      </w:r>
      <w:r>
        <w:br/>
      </w:r>
      <w:r>
        <w:rPr>
          <w:sz w:val="20"/>
        </w:rPr>
        <w:t>1:11:42  dekhein is tarah ka jo kaam hota hai woh gradual tor par hota hai aur dheere dheere aap ke zehn mein bichhaya jata hai aap ko khabar bhi nahi hoti ke maine yani kis ghalati mein phans gaya</w:t>
      </w:r>
      <w:r>
        <w:br/>
      </w:r>
      <w:r>
        <w:rPr>
          <w:sz w:val="20"/>
        </w:rPr>
        <w:t>1:11:59  hoon mein dekhein hua yeh yeh ke is zamane mein yani yeh zamana jo jis ko hum naya zamana kehte hain to</w:t>
      </w:r>
      <w:r>
        <w:br/>
      </w:r>
      <w:r>
        <w:rPr>
          <w:sz w:val="20"/>
        </w:rPr>
        <w:t>1:12:13  maghribi taaqatein ubhren mislan yani france ubhra britania ubhra aur doosre mulk maghribi mulk ubhre unhon ne dunya mein apna domination qaim karna chaha kyunke woh nayi taaqaton se musallah ho ch</w:t>
      </w:r>
      <w:r>
        <w:br/>
      </w:r>
      <w:r>
        <w:rPr>
          <w:sz w:val="20"/>
        </w:rPr>
        <w:t>1:12:32  ke the unhon ne steam power daryaft kiya tha modern industry daryaft ki thi woh modern andaaz mein unhon ne apni foujon ko munazzam kiya tha to nayi taaqat se ubhre woh to us waqt jo unhon ne domination karna chaha to us waqt musalmano ne jagah jagah musalmano ki hukoomatein theen to turkon ki hukoomat mughal hukoomat to un ki zad mein yahi hukoomatein aain yeh hukoomatein</w:t>
      </w:r>
      <w:r>
        <w:br/>
      </w:r>
      <w:r>
        <w:rPr>
          <w:sz w:val="20"/>
        </w:rPr>
        <w:t>1:13:00  to africa mein aur europe mein muslim hukoomaton ko khatm kar ke unhon ne yani khatm to nahi kiya matlab un ko dominate kar ke apna apna suttra qaim kiya to ab shuru shuru mein is ke khilaaf reaction hua log ladne ke liye khade hogaye</w:t>
      </w:r>
      <w:r>
        <w:br/>
      </w:r>
      <w:r>
        <w:rPr>
          <w:sz w:val="20"/>
        </w:rPr>
        <w:t>1:13:18  phir dheere dheere yahi log jo is mein aaye the yani ladai ke maidan mein apne is ladai ke ah ladai ki is tehreek ko justify karne ke liye musalmano ko mazeed apne saath lene ke liye unhon ne yeh kiya ke political interpretation dena shuru kiya isi ki hi ka isi sequence mein aaya hai</w:t>
      </w:r>
      <w:r>
        <w:br/>
      </w:r>
      <w:r>
        <w:rPr>
          <w:sz w:val="20"/>
        </w:rPr>
        <w:t>1:13:44  yani unnisveen sadi ke aaghaz mein colonial powers ke khilaaf jo ladai shuru ki gayi thi isi ke sequence mein baad ko aisa hua ke us ko unhon ne ek nazariye ki shakal de di ek political justification is ka karne karne lage to unhon ne kaha ke ji yeh islam ka yeh aqide ka masla bana diya</w:t>
      </w:r>
      <w:r>
        <w:br/>
      </w:r>
      <w:r>
        <w:rPr>
          <w:sz w:val="20"/>
        </w:rPr>
        <w:t>1:14:07  yani pehle daur mein yeh aqide ka masla nahi tha woh sirf yeh tha ke unhon ne hum hum se chheena hai to hum use wapas lenge pehle daur mein jo mamla tha woh yeh tha ke hum se political power unhon ne chheena hai to hum use wapas karenge chheenenge un se dobara lad kar ke yeh tha lekin baad ko unhon ne aqide ka masla bana diya ke yeh hamare aqide ka mamla hamara farz hai hamare upar ke hum dobara islami hukoomat qaim karein</w:t>
      </w:r>
      <w:r>
        <w:br/>
      </w:r>
      <w:r>
        <w:rPr>
          <w:sz w:val="20"/>
        </w:rPr>
        <w:t>1:14:34  to main samajhta hoon isi sequence ka culmination tha yeh ke islam ka political interpretation diya gaya hai</w:t>
      </w:r>
    </w:p>
    <w:p>
      <w:pPr>
        <w:pStyle w:val="Heading2"/>
      </w:pPr>
      <w:r>
        <w:t>Concept and need for revival of Islam</w:t>
      </w:r>
    </w:p>
    <w:p>
      <w:r>
        <w:rPr>
          <w:color w:val="666666"/>
          <w:sz w:val="18"/>
        </w:rPr>
        <w:t>Revival of Islam July 21, 2008 · 6m 24s · at 0:36 · https://youtu.be/Rr4sGbJUbQw?t=36</w:t>
      </w:r>
    </w:p>
    <w:p>
      <w:r>
        <w:rPr>
          <w:i/>
        </w:rPr>
        <w:t>“Today's topic is Revival of Islam”</w:t>
      </w:r>
    </w:p>
    <w:p>
      <w:r>
        <w:rPr>
          <w:sz w:val="20"/>
        </w:rPr>
        <w:t>0:36  aaj ka topic hai revival of Islam Islam ka ahya ya deen ka ahya</w:t>
      </w:r>
      <w:r>
        <w:br/>
      </w:r>
      <w:r>
        <w:rPr>
          <w:sz w:val="20"/>
        </w:rPr>
        <w:t>0:50  revival ya ahya ka matlab yeh hai ke phir se zinda karna phir se us ko pehle wale surat par lana</w:t>
      </w:r>
      <w:r>
        <w:br/>
      </w:r>
      <w:r>
        <w:rPr>
          <w:sz w:val="20"/>
        </w:rPr>
        <w:t>1:04  yeh baat hadith mein bahut hi wazeh andaaz mein kahi gayi hai</w:t>
      </w:r>
      <w:r>
        <w:br/>
      </w:r>
      <w:r>
        <w:rPr>
          <w:sz w:val="20"/>
        </w:rPr>
        <w:t>1:13  ek hadith mein hai ke Rasool Allah sal Allahu alaihi wasallam ne farmaya in Allah yabas ala raas kulli miyat sanatan man yujaddid laha deenahu Allah har so baras ke siray par</w:t>
      </w:r>
      <w:r>
        <w:br/>
      </w:r>
      <w:r>
        <w:rPr>
          <w:sz w:val="20"/>
        </w:rPr>
        <w:t>1:37  ek shakhs paida karega jo us ke deen ko phir se zinda karega revive karega</w:t>
      </w:r>
      <w:r>
        <w:br/>
      </w:r>
      <w:r>
        <w:rPr>
          <w:sz w:val="20"/>
        </w:rPr>
        <w:t>1:48  aisa kyun hai</w:t>
      </w:r>
      <w:r>
        <w:br/>
      </w:r>
      <w:r>
        <w:rPr>
          <w:sz w:val="20"/>
        </w:rPr>
        <w:t>1:52  aap jante hain ke</w:t>
      </w:r>
      <w:r>
        <w:br/>
      </w:r>
      <w:r>
        <w:rPr>
          <w:sz w:val="20"/>
        </w:rPr>
        <w:t>1:54  islam ka jo asal matan hai quran ki surat mein woh poori tarah preserved hai mehfooz hai</w:t>
      </w:r>
      <w:r>
        <w:br/>
      </w:r>
      <w:r>
        <w:rPr>
          <w:sz w:val="20"/>
        </w:rPr>
        <w:t>2:06  isi tarah se rasool Allah ki jo ahadees hain woh bhi mehfooz hain rasool Allah ki zindagi ke</w:t>
      </w:r>
      <w:r>
        <w:br/>
      </w:r>
      <w:r>
        <w:rPr>
          <w:sz w:val="20"/>
        </w:rPr>
        <w:t>2:14  baray mein sab kuch tafseel ke sath kitabon mein maujood hai</w:t>
      </w:r>
      <w:r>
        <w:br/>
      </w:r>
      <w:r>
        <w:rPr>
          <w:sz w:val="20"/>
        </w:rPr>
        <w:t>2:21  to quran mehfooz hai hadees mehfooz hai</w:t>
      </w:r>
      <w:r>
        <w:br/>
      </w:r>
      <w:r>
        <w:rPr>
          <w:sz w:val="20"/>
        </w:rPr>
        <w:t>2:26  rasool Allah ki zindagi mehfooz hai</w:t>
      </w:r>
      <w:r>
        <w:br/>
      </w:r>
      <w:r>
        <w:rPr>
          <w:sz w:val="20"/>
        </w:rPr>
        <w:t>2:30  sab baat well known hai islam mein</w:t>
      </w:r>
      <w:r>
        <w:br/>
      </w:r>
      <w:r>
        <w:rPr>
          <w:sz w:val="20"/>
        </w:rPr>
        <w:t>2:34  phir</w:t>
      </w:r>
      <w:r>
        <w:br/>
      </w:r>
      <w:r>
        <w:rPr>
          <w:sz w:val="20"/>
        </w:rPr>
        <w:t>2:34  kya matlab hai ke har sau saal ke baad</w:t>
      </w:r>
      <w:r>
        <w:br/>
      </w:r>
      <w:r>
        <w:rPr>
          <w:sz w:val="20"/>
        </w:rPr>
        <w:t>2:37  iski zaroorat hogi ke islam ko revive kiya jaye</w:t>
      </w:r>
      <w:r>
        <w:br/>
      </w:r>
      <w:r>
        <w:rPr>
          <w:sz w:val="20"/>
        </w:rPr>
        <w:t>2:42  aise afraad uthe hain jin ko mujaddid kaha gaya hai</w:t>
      </w:r>
      <w:r>
        <w:br/>
      </w:r>
      <w:r>
        <w:rPr>
          <w:sz w:val="20"/>
        </w:rPr>
        <w:t>2:48  rasool Allah ke baad nabuwat to khatam ho gayi</w:t>
      </w:r>
      <w:r>
        <w:br/>
      </w:r>
      <w:r>
        <w:rPr>
          <w:sz w:val="20"/>
        </w:rPr>
        <w:t>2:52  koi nabi aanay wala nahi hai lekin</w:t>
      </w:r>
      <w:r>
        <w:br/>
      </w:r>
      <w:r>
        <w:rPr>
          <w:sz w:val="20"/>
        </w:rPr>
        <w:t>2:56  yeh tamam ulama mante hain ke mujaddid aate rahenge</w:t>
      </w:r>
      <w:r>
        <w:br/>
      </w:r>
      <w:r>
        <w:rPr>
          <w:sz w:val="20"/>
        </w:rPr>
        <w:t>3:04  hamesha aur hadees ke mutabiq har ek century mein goya mujaddid ki zaroorat pesh aayegi</w:t>
      </w:r>
      <w:r>
        <w:br/>
      </w:r>
      <w:r>
        <w:rPr>
          <w:sz w:val="20"/>
        </w:rPr>
        <w:t>3:14  aisa kyun hai</w:t>
      </w:r>
      <w:r>
        <w:br/>
      </w:r>
      <w:r>
        <w:rPr>
          <w:sz w:val="20"/>
        </w:rPr>
        <w:t>3:18  iski wajah yeh hai</w:t>
      </w:r>
      <w:r>
        <w:br/>
      </w:r>
      <w:r>
        <w:rPr>
          <w:sz w:val="20"/>
        </w:rPr>
        <w:t>3:20  ke</w:t>
      </w:r>
      <w:r>
        <w:br/>
      </w:r>
      <w:r>
        <w:rPr>
          <w:sz w:val="20"/>
        </w:rPr>
        <w:t>3:21  quran ya hadees ka matan chahe kitna hi zyada</w:t>
      </w:r>
      <w:r>
        <w:br/>
      </w:r>
      <w:r>
        <w:rPr>
          <w:sz w:val="20"/>
        </w:rPr>
        <w:t>3:26  preserve ho mehfooz ho</w:t>
      </w:r>
      <w:r>
        <w:br/>
      </w:r>
      <w:r>
        <w:rPr>
          <w:sz w:val="20"/>
        </w:rPr>
        <w:t>3:29  tab bhi hamesha is mein interpretation hota rehta hai</w:t>
      </w:r>
      <w:r>
        <w:br/>
      </w:r>
      <w:r>
        <w:rPr>
          <w:sz w:val="20"/>
        </w:rPr>
        <w:t>3:34  taabeer ki aati rehti hai</w:t>
      </w:r>
      <w:r>
        <w:br/>
      </w:r>
      <w:r>
        <w:rPr>
          <w:sz w:val="20"/>
        </w:rPr>
        <w:t>3:38  to yeh interpretation jo hai baat ke log karte hain</w:t>
      </w:r>
      <w:r>
        <w:br/>
      </w:r>
      <w:r>
        <w:rPr>
          <w:sz w:val="20"/>
        </w:rPr>
        <w:t>3:42  woh khud asal wahi jo hai asal jo revelation hai is mein woh shamil nahi hota</w:t>
      </w:r>
      <w:r>
        <w:br/>
      </w:r>
      <w:r>
        <w:rPr>
          <w:sz w:val="20"/>
        </w:rPr>
        <w:t>3:50  phir yeh hai ke</w:t>
      </w:r>
      <w:r>
        <w:br/>
      </w:r>
      <w:r>
        <w:rPr>
          <w:sz w:val="20"/>
        </w:rPr>
        <w:t>3:53  rasool Allah ke zamanay mein jo aap ke contemporary</w:t>
      </w:r>
      <w:r>
        <w:br/>
      </w:r>
      <w:r>
        <w:rPr>
          <w:sz w:val="20"/>
        </w:rPr>
        <w:t>3:58  al eman thay wahi to zinda nahi rehte hamesha</w:t>
      </w:r>
      <w:r>
        <w:br/>
      </w:r>
      <w:r>
        <w:rPr>
          <w:sz w:val="20"/>
        </w:rPr>
        <w:t>4:02  zindagi is dunya mein har aadmi ke liye pachas sau saal se kami ki</w:t>
      </w:r>
      <w:r>
        <w:br/>
      </w:r>
      <w:r>
        <w:rPr>
          <w:sz w:val="20"/>
        </w:rPr>
        <w:t>4:06  hoti hai to log marte hain phir zinda ho log marte hain phir paida hote hain</w:t>
      </w:r>
      <w:r>
        <w:br/>
      </w:r>
      <w:r>
        <w:rPr>
          <w:sz w:val="20"/>
        </w:rPr>
        <w:t>4:13  to generation after generation yeh mamla</w:t>
      </w:r>
      <w:r>
        <w:br/>
      </w:r>
      <w:r>
        <w:rPr>
          <w:sz w:val="20"/>
        </w:rPr>
        <w:t>4:17  generation after generation yeh baat aage barhti hai</w:t>
      </w:r>
      <w:r>
        <w:br/>
      </w:r>
      <w:r>
        <w:rPr>
          <w:sz w:val="20"/>
        </w:rPr>
        <w:t>4:22  to pehli generation ke baad</w:t>
      </w:r>
      <w:r>
        <w:br/>
      </w:r>
      <w:r>
        <w:rPr>
          <w:sz w:val="20"/>
        </w:rPr>
        <w:t>4:25  hamesha kya hota hai ke</w:t>
      </w:r>
      <w:r>
        <w:br/>
      </w:r>
      <w:r>
        <w:rPr>
          <w:sz w:val="20"/>
        </w:rPr>
        <w:t>4:30  decline hota hai zawal hota hai</w:t>
      </w:r>
      <w:r>
        <w:br/>
      </w:r>
      <w:r>
        <w:rPr>
          <w:sz w:val="20"/>
        </w:rPr>
        <w:t>4:33  jitni speed ke sath jitni baat ko samajh kar ke pehli generation marti hai baad ki generation mein</w:t>
      </w:r>
      <w:r>
        <w:br/>
      </w:r>
      <w:r>
        <w:rPr>
          <w:sz w:val="20"/>
        </w:rPr>
        <w:t>4:41  kami ho jati hai phir generation after generation yeh kami hoti rehti hai</w:t>
      </w:r>
      <w:r>
        <w:br/>
      </w:r>
      <w:r>
        <w:rPr>
          <w:sz w:val="20"/>
        </w:rPr>
        <w:t>4:47  yahan tak ke sau baras mein bohat ziyada kami ho jati hai</w:t>
      </w:r>
      <w:r>
        <w:br/>
      </w:r>
      <w:r>
        <w:rPr>
          <w:sz w:val="20"/>
        </w:rPr>
        <w:t>4:51  is</w:t>
      </w:r>
      <w:r>
        <w:br/>
      </w:r>
      <w:r>
        <w:rPr>
          <w:sz w:val="20"/>
        </w:rPr>
        <w:t>4:52  liye zaroorat hoti hai ke har bar jab ziyada kami ho jaye to mujaddid mujaddid uthein</w:t>
      </w:r>
      <w:r>
        <w:br/>
      </w:r>
      <w:r>
        <w:rPr>
          <w:sz w:val="20"/>
        </w:rPr>
        <w:t>4:59  to mujaddid mujaddid ka kaam yahi do hota hai</w:t>
      </w:r>
      <w:r>
        <w:br/>
      </w:r>
      <w:r>
        <w:rPr>
          <w:sz w:val="20"/>
        </w:rPr>
        <w:t>5:02  ke baad ke naslon mein baad ke generation mein jo interpretation kiye gaye zahir hai ke woh thay</w:t>
      </w:r>
      <w:r>
        <w:br/>
      </w:r>
      <w:r>
        <w:rPr>
          <w:sz w:val="20"/>
        </w:rPr>
        <w:t>5:11  yani apne zamanay ke lehaz se</w:t>
      </w:r>
      <w:r>
        <w:br/>
      </w:r>
      <w:r>
        <w:rPr>
          <w:sz w:val="20"/>
        </w:rPr>
        <w:t>5:15  apne zamanay ke lehaz se to zamana badalta rehta hai to woh interpretation hamesha baqi nahi rehta</w:t>
      </w:r>
      <w:r>
        <w:br/>
      </w:r>
      <w:r>
        <w:rPr>
          <w:sz w:val="20"/>
        </w:rPr>
        <w:t>5:23  phir se zaroorat barhti hai ke phir se interpretation kiya jaye aur baad ke generation mein jo</w:t>
      </w:r>
      <w:r>
        <w:br/>
      </w:r>
      <w:r>
        <w:rPr>
          <w:sz w:val="20"/>
        </w:rPr>
        <w:t>5:32  jo degeneration aa jata hai degeneration is ko phir se revive kiya jaye</w:t>
      </w:r>
      <w:r>
        <w:br/>
      </w:r>
      <w:r>
        <w:rPr>
          <w:sz w:val="20"/>
        </w:rPr>
        <w:t>5:38  re</w:t>
      </w:r>
      <w:r>
        <w:br/>
      </w:r>
      <w:r>
        <w:rPr>
          <w:sz w:val="20"/>
        </w:rPr>
        <w:t>5:38  generate kiya jaye</w:t>
      </w:r>
      <w:r>
        <w:br/>
      </w:r>
      <w:r>
        <w:rPr>
          <w:sz w:val="20"/>
        </w:rPr>
        <w:t>5:41  jin logon ka degeneration ho chuka hai un ko regenerate kiya jaye</w:t>
      </w:r>
      <w:r>
        <w:br/>
      </w:r>
      <w:r>
        <w:rPr>
          <w:sz w:val="20"/>
        </w:rPr>
        <w:t>5:48  to do baatein huin ek to yeh ke text mein</w:t>
      </w:r>
      <w:r>
        <w:br/>
      </w:r>
      <w:r>
        <w:rPr>
          <w:sz w:val="20"/>
        </w:rPr>
        <w:t>5:55  jo interpretation baad ke zamane mein</w:t>
      </w:r>
      <w:r>
        <w:br/>
      </w:r>
      <w:r>
        <w:rPr>
          <w:sz w:val="20"/>
        </w:rPr>
        <w:t>5:58  kiya gaya is mein shamil ho gaya to us ko alag karna</w:t>
      </w:r>
      <w:r>
        <w:br/>
      </w:r>
      <w:r>
        <w:rPr>
          <w:sz w:val="20"/>
        </w:rPr>
        <w:t>6:04  kyun ke interpretation jo hai woh aam insan karta hai woh ghalati karta hai</w:t>
      </w:r>
      <w:r>
        <w:br/>
      </w:r>
      <w:r>
        <w:rPr>
          <w:sz w:val="20"/>
        </w:rPr>
        <w:t>6:09  zamane ke influence se woh aik interpretation de deta hai</w:t>
      </w:r>
      <w:r>
        <w:br/>
      </w:r>
      <w:r>
        <w:rPr>
          <w:sz w:val="20"/>
        </w:rPr>
        <w:t>6:15  baat ko pata chalta hai ke yeh to zamane ka asar tha asal jo text tha us mein</w:t>
      </w:r>
      <w:r>
        <w:br/>
      </w:r>
      <w:r>
        <w:rPr>
          <w:sz w:val="20"/>
        </w:rPr>
        <w:t>6:21  yeh baat nahi thi</w:t>
      </w:r>
      <w:r>
        <w:br/>
      </w:r>
      <w:r>
        <w:rPr>
          <w:sz w:val="20"/>
        </w:rPr>
        <w:t>6:24  aur</w:t>
      </w:r>
      <w:r>
        <w:br/>
      </w:r>
      <w:r>
        <w:rPr>
          <w:sz w:val="20"/>
        </w:rPr>
        <w:t>6:25  doosri baat wahi ke dheere dheere baad ki naslon mein jab degeneration aa jata hai to zaroorat</w:t>
      </w:r>
      <w:r>
        <w:br/>
      </w:r>
      <w:r>
        <w:rPr>
          <w:sz w:val="20"/>
        </w:rPr>
        <w:t>6:35  hoti hai ke agli naslon ko phir se regenerate kiya jaye matlab speed dobara layi jaye pehle</w:t>
      </w:r>
      <w:r>
        <w:br/>
      </w:r>
      <w:r>
        <w:rPr>
          <w:sz w:val="20"/>
        </w:rPr>
        <w:t>6:41  wali is liye yeh kaam karna parta hai jis ko</w:t>
      </w:r>
      <w:r>
        <w:br/>
      </w:r>
      <w:r>
        <w:rPr>
          <w:sz w:val="20"/>
        </w:rPr>
        <w:t>6:48  arabi mein do lafz aate hain is ke liye ehya aur tajdeed</w:t>
      </w:r>
      <w:r>
        <w:br/>
      </w:r>
      <w:r>
        <w:rPr>
          <w:sz w:val="20"/>
        </w:rPr>
        <w:t>6:53  english mein is ko kahenge revival</w:t>
      </w:r>
      <w:r>
        <w:br/>
      </w:r>
      <w:r>
        <w:rPr>
          <w:sz w:val="20"/>
        </w:rPr>
        <w:t>6:56  yeh hai kaam</w:t>
      </w:r>
    </w:p>
    <w:p>
      <w:pPr>
        <w:pStyle w:val="Heading2"/>
      </w:pPr>
      <w:r>
        <w:t>True meaning of Quran verse on fitnah</w:t>
      </w:r>
    </w:p>
    <w:p>
      <w:r>
        <w:rPr>
          <w:color w:val="666666"/>
          <w:sz w:val="18"/>
        </w:rPr>
        <w:t>Non Confrontational Method | May 04, 2014 | Maulana Wahiduddin Khan · 5m 31s · at 7:54 · https://youtu.be/8wcbig5sNFE?t=474</w:t>
      </w:r>
    </w:p>
    <w:p>
      <w:r>
        <w:rPr>
          <w:i/>
        </w:rPr>
        <w:t>“Mujhe Quran ki ek ayat yaad aayi”</w:t>
      </w:r>
    </w:p>
    <w:p>
      <w:r>
        <w:rPr>
          <w:sz w:val="20"/>
        </w:rPr>
        <w:t>7:54  toh that is quite impossible.</w:t>
      </w:r>
      <w:r>
        <w:br/>
      </w:r>
      <w:r>
        <w:rPr>
          <w:sz w:val="20"/>
        </w:rPr>
        <w:t>8:01  aap doosron ki azadi ko abalash nahi kar sakte, sirf apne aap ko takrao se bacha sakte hain.</w:t>
      </w:r>
      <w:r>
        <w:br/>
      </w:r>
      <w:r>
        <w:rPr>
          <w:sz w:val="20"/>
        </w:rPr>
        <w:t>8:09  yeh sochate hue mujhe quran ki ek ayat yaad aayi.</w:t>
      </w:r>
      <w:r>
        <w:br/>
      </w:r>
      <w:r>
        <w:rPr>
          <w:sz w:val="20"/>
        </w:rPr>
        <w:t>8:17  quran mein hai ke "وَقَاتِلُوْهُمْ حَتَّىٰ لَا تَكُونَ فِتْنَةٌ وَيَكُونَ الدِّينُ كُلُّ لِلَّهِ" aur jang karo yahan</w:t>
      </w:r>
      <w:r>
        <w:br/>
      </w:r>
      <w:r>
        <w:rPr>
          <w:sz w:val="20"/>
        </w:rPr>
        <w:t>8:24  tak ke fitna baqi na rahe. aur deen sab ka sab Allah ke liye ho jaye. aam taur par log is ka matlab yeh samajhte hain ke poori duniya mein Islam ki hukoomat qaim ho jaye. poori duniya mein musalmanon ka hukmarani qaim ho jaye. poori duniya mein shariat ka nizam naafiz ho jaye. yeh matlab samajhte hain is ka. to mein sochne laga ke</w:t>
      </w:r>
      <w:r>
        <w:br/>
      </w:r>
      <w:r>
        <w:rPr>
          <w:sz w:val="20"/>
        </w:rPr>
        <w:t>8:54  ab to is ayat ko aaye hue chaudah so saal beet gaye.</w:t>
      </w:r>
      <w:r>
        <w:br/>
      </w:r>
      <w:r>
        <w:rPr>
          <w:sz w:val="20"/>
        </w:rPr>
        <w:t>8:58  More than four hundred years.</w:t>
      </w:r>
      <w:r>
        <w:br/>
      </w:r>
      <w:r>
        <w:rPr>
          <w:sz w:val="20"/>
        </w:rPr>
        <w:t>9:03  to abhi tak kahan hua? abhi tak to hua nahin.</w:t>
      </w:r>
      <w:r>
        <w:br/>
      </w:r>
      <w:r>
        <w:rPr>
          <w:sz w:val="20"/>
        </w:rPr>
        <w:t>9:07  na nabi ke zamane mein hua ke sari dunya mein islam zaroor qaim ho gaya ho.</w:t>
      </w:r>
      <w:r>
        <w:br/>
      </w:r>
      <w:r>
        <w:rPr>
          <w:sz w:val="20"/>
        </w:rPr>
        <w:t>9:11  na is ke baad hua, na is ke baad hua.</w:t>
      </w:r>
      <w:r>
        <w:br/>
      </w:r>
      <w:r>
        <w:rPr>
          <w:sz w:val="20"/>
        </w:rPr>
        <w:t>9:16  na aaj hai.</w:t>
      </w:r>
      <w:r>
        <w:br/>
      </w:r>
      <w:r>
        <w:rPr>
          <w:sz w:val="20"/>
        </w:rPr>
        <w:t>9:20  to kya khuda ki mansoobah bandi jo hoti hai woh aisi hoti hai jo kabhi</w:t>
      </w:r>
      <w:r>
        <w:br/>
      </w:r>
      <w:r>
        <w:rPr>
          <w:sz w:val="20"/>
        </w:rPr>
        <w:t>9:24  amal mein na aaye? yaani is ayat ka matlab agar yeh lein ke jang kar ke sari dunya</w:t>
      </w:r>
      <w:r>
        <w:br/>
      </w:r>
      <w:r>
        <w:rPr>
          <w:sz w:val="20"/>
        </w:rPr>
        <w:t>9:29  mein islam ki hukoomat qaim karo.</w:t>
      </w:r>
      <w:r>
        <w:br/>
      </w:r>
      <w:r>
        <w:rPr>
          <w:sz w:val="20"/>
        </w:rPr>
        <w:t>9:34  to woh to kabhi hua nahin.</w:t>
      </w:r>
      <w:r>
        <w:br/>
      </w:r>
      <w:r>
        <w:rPr>
          <w:sz w:val="20"/>
        </w:rPr>
        <w:t>9:39  yaani poore alam mein islam ki hukoomat, shariyat ka qanoon ka nafaz ho jaye, yeh to kabhi hua nahin.</w:t>
      </w:r>
      <w:r>
        <w:br/>
      </w:r>
      <w:r>
        <w:rPr>
          <w:sz w:val="20"/>
        </w:rPr>
        <w:t>9:44  na rasool Allah ke zamane mein hua, na khilafat ke zamane mein hua.</w:t>
      </w:r>
      <w:r>
        <w:br/>
      </w:r>
      <w:r>
        <w:rPr>
          <w:sz w:val="20"/>
        </w:rPr>
        <w:t>9:49  na abasiyat ke daur mein hua, na kabhi hua, kabhi hua, na</w:t>
      </w:r>
      <w:r>
        <w:br/>
      </w:r>
      <w:r>
        <w:rPr>
          <w:sz w:val="20"/>
        </w:rPr>
        <w:t>9:54  aaj hai woh.</w:t>
      </w:r>
      <w:r>
        <w:br/>
      </w:r>
      <w:r>
        <w:rPr>
          <w:sz w:val="20"/>
        </w:rPr>
        <w:t>9:59  to kya khuda ne ek aisi cheez ka hukum diya hai jo kabhi bhi hone wala hi nahin</w:t>
      </w:r>
      <w:r>
        <w:br/>
      </w:r>
      <w:r>
        <w:rPr>
          <w:sz w:val="20"/>
        </w:rPr>
        <w:t>10:04  tha? Unachievable goal.</w:t>
      </w:r>
      <w:r>
        <w:br/>
      </w:r>
      <w:r>
        <w:rPr>
          <w:sz w:val="20"/>
        </w:rPr>
        <w:t>10:09  yaani khuda ne hum ko ek unachievable goal de diya.</w:t>
      </w:r>
      <w:r>
        <w:br/>
      </w:r>
      <w:r>
        <w:rPr>
          <w:sz w:val="20"/>
        </w:rPr>
        <w:t>10:14  ladte raho, ladte raho, milna kuch nahin hai.</w:t>
      </w:r>
      <w:r>
        <w:br/>
      </w:r>
      <w:r>
        <w:rPr>
          <w:sz w:val="20"/>
        </w:rPr>
        <w:t>10:19  is par sochte sochte mujhe samajh mein aaya ke is ayat ka matlab woh nahin hai jo samajhte hain log</w:t>
      </w:r>
      <w:r>
        <w:br/>
      </w:r>
      <w:r>
        <w:rPr>
          <w:sz w:val="20"/>
        </w:rPr>
        <w:t>10:24  .</w:t>
      </w:r>
      <w:r>
        <w:br/>
      </w:r>
      <w:r>
        <w:rPr>
          <w:sz w:val="20"/>
        </w:rPr>
        <w:t>10:29  log samajhte hain ke is ayat mein jo baat kahi gayi hai woh dunya ko le kar ho gi.</w:t>
      </w:r>
      <w:r>
        <w:br/>
      </w:r>
      <w:r>
        <w:rPr>
          <w:sz w:val="20"/>
        </w:rPr>
        <w:t>10:34  ke dunya mein qaim ho jaye islam.</w:t>
      </w:r>
      <w:r>
        <w:br/>
      </w:r>
      <w:r>
        <w:rPr>
          <w:sz w:val="20"/>
        </w:rPr>
        <w:t>10:39  nahin, iman walon ko le kar kahi gayi hai.</w:t>
      </w:r>
      <w:r>
        <w:br/>
      </w:r>
      <w:r>
        <w:rPr>
          <w:sz w:val="20"/>
        </w:rPr>
        <w:t>10:44  yeh yeh in istilahaat mein iman wala hai, in istilahaat mein dunya nahin hai.</w:t>
      </w:r>
      <w:r>
        <w:br/>
      </w:r>
      <w:r>
        <w:rPr>
          <w:sz w:val="20"/>
        </w:rPr>
        <w:t>10:49  yaani is ka matlab kya hai? ke pichle zamane mein aap jante</w:t>
      </w:r>
      <w:r>
        <w:br/>
      </w:r>
      <w:r>
        <w:rPr>
          <w:sz w:val="20"/>
        </w:rPr>
        <w:t>10:54  hain ke hazaron saal se dunya mein badshahat ka nizam qaim tha.</w:t>
      </w:r>
      <w:r>
        <w:br/>
      </w:r>
      <w:r>
        <w:rPr>
          <w:sz w:val="20"/>
        </w:rPr>
        <w:t>10:59  Hazaron saal se.</w:t>
      </w:r>
      <w:r>
        <w:br/>
      </w:r>
      <w:r>
        <w:rPr>
          <w:sz w:val="20"/>
        </w:rPr>
        <w:t>11:04  Badshahat mein kya hota tha? Ke jo mazhab badshah ka, wahi mazhab sab ka.</w:t>
      </w:r>
      <w:r>
        <w:br/>
      </w:r>
      <w:r>
        <w:rPr>
          <w:sz w:val="20"/>
        </w:rPr>
        <w:t>11:09  Alnas awlad mulokihim.</w:t>
      </w:r>
      <w:r>
        <w:br/>
      </w:r>
      <w:r>
        <w:rPr>
          <w:sz w:val="20"/>
        </w:rPr>
        <w:t>11:14  Is zamane mein mazhab par mabni riyasat ka tasawwur tha.</w:t>
      </w:r>
      <w:r>
        <w:br/>
      </w:r>
      <w:r>
        <w:rPr>
          <w:sz w:val="20"/>
        </w:rPr>
        <w:t>11:20  Yaani mazhab par mabni</w:t>
      </w:r>
      <w:r>
        <w:br/>
      </w:r>
      <w:r>
        <w:rPr>
          <w:sz w:val="20"/>
        </w:rPr>
        <w:t>11:25  riyasat ka tasawwur tha. is ki wajah se kya hota tha ke badshah yeh karta tha ke sab ko majboor karta tha ke woh badshah ke mazhab ko ikhtiyar karen. agar woh badshah ke mazhab ko ikhtiyar na karen to woh baghi qarar pa dete the. bagawati qarar pa dete the. un ka case shehriyon ka case ban jata tha. to khuda ne yeh hukum diya sahaba ko aur</w:t>
      </w:r>
      <w:r>
        <w:br/>
      </w:r>
      <w:r>
        <w:rPr>
          <w:sz w:val="20"/>
        </w:rPr>
        <w:t>11:55  Ahle iman ko ke is baat ko khatam kar do.</w:t>
      </w:r>
      <w:r>
        <w:br/>
      </w:r>
      <w:r>
        <w:rPr>
          <w:sz w:val="20"/>
        </w:rPr>
        <w:t>12:01  Yaani riyasat aur mazhab ka jo taluq bana liya hai logon ne, us ko alag kar do.</w:t>
      </w:r>
      <w:r>
        <w:br/>
      </w:r>
      <w:r>
        <w:rPr>
          <w:sz w:val="20"/>
        </w:rPr>
        <w:t>12:07  Mazhab aazad ho jaye.</w:t>
      </w:r>
      <w:r>
        <w:br/>
      </w:r>
      <w:r>
        <w:rPr>
          <w:sz w:val="20"/>
        </w:rPr>
        <w:t>12:13  Riyasat alag ho jaye, mazhab aazad ho jaye.</w:t>
      </w:r>
      <w:r>
        <w:br/>
      </w:r>
      <w:r>
        <w:rPr>
          <w:sz w:val="20"/>
        </w:rPr>
        <w:t>12:19  Riyasat par chahe badshah ka qabza ho ya jamhuriyat ke zamane mein muntakhib sadr ka qabza ho. Lekin</w:t>
      </w:r>
      <w:r>
        <w:br/>
      </w:r>
      <w:r>
        <w:rPr>
          <w:sz w:val="20"/>
        </w:rPr>
        <w:t>12:25  Insaan aazad ho apne yaani Allah ko apna ilah banane ke liye, ibadat karne ke liye, ibadat karne</w:t>
      </w:r>
      <w:r>
        <w:br/>
      </w:r>
      <w:r>
        <w:rPr>
          <w:sz w:val="20"/>
        </w:rPr>
        <w:t>12:31  Ke liye, apni marzi ke mutabiq rabbani zindagi guzarne ke liye.</w:t>
      </w:r>
      <w:r>
        <w:br/>
      </w:r>
      <w:r>
        <w:rPr>
          <w:sz w:val="20"/>
        </w:rPr>
        <w:t>12:37  Us ke liye aazad ho insaan.</w:t>
      </w:r>
      <w:r>
        <w:br/>
      </w:r>
      <w:r>
        <w:rPr>
          <w:sz w:val="20"/>
        </w:rPr>
        <w:t>12:43  To is ayat mein jis ka hukum diya gaya hai woh yeh nahi ke sari dunya mein, sari</w:t>
      </w:r>
      <w:r>
        <w:br/>
      </w:r>
      <w:r>
        <w:rPr>
          <w:sz w:val="20"/>
        </w:rPr>
        <w:t>12:49  Dunya mein Islam ki hukumat. Nahi. Aise halat</w:t>
      </w:r>
      <w:r>
        <w:br/>
      </w:r>
      <w:r>
        <w:rPr>
          <w:sz w:val="20"/>
        </w:rPr>
        <w:t>12:55  Paida ho jayein ke ek iman wala, ek fard puri tarah aazad ho jaye.</w:t>
      </w:r>
      <w:r>
        <w:br/>
      </w:r>
      <w:r>
        <w:rPr>
          <w:sz w:val="20"/>
        </w:rPr>
        <w:t>13:01  Us ko koi rukawat na rahe Allah wali zindagi guzarne ke liye.</w:t>
      </w:r>
      <w:r>
        <w:br/>
      </w:r>
      <w:r>
        <w:rPr>
          <w:sz w:val="20"/>
        </w:rPr>
        <w:t>13:07  To yeh ho gaya.</w:t>
      </w:r>
      <w:r>
        <w:br/>
      </w:r>
      <w:r>
        <w:rPr>
          <w:sz w:val="20"/>
        </w:rPr>
        <w:t>13:13  Ab jo idhar udhar ladaiyan ho rahi hain, woh to Hazrat Abdullah bin Umar ne kaha tha ke</w:t>
      </w:r>
      <w:r>
        <w:br/>
      </w:r>
      <w:r>
        <w:rPr>
          <w:sz w:val="20"/>
        </w:rPr>
        <w:t>13:19  Naye naye unwan se</w:t>
      </w:r>
    </w:p>
    <w:p>
      <w:pPr>
        <w:pStyle w:val="Heading2"/>
      </w:pPr>
      <w:r>
        <w:t>reconciling six days of creation with the Big Bang</w:t>
      </w:r>
    </w:p>
    <w:p>
      <w:r>
        <w:rPr>
          <w:color w:val="666666"/>
          <w:sz w:val="18"/>
        </w:rPr>
        <w:t>In Conversation with Maulana Wahiduddin Khan English · 4m 06s · at 47:58 · https://youtu.be/QZrkP8Z3Fv8?t=2878</w:t>
      </w:r>
    </w:p>
    <w:p>
      <w:r>
        <w:rPr>
          <w:i/>
        </w:rPr>
        <w:t>“Isn't this a contradiction in the Qur'an?”</w:t>
      </w:r>
    </w:p>
    <w:p>
      <w:r>
        <w:rPr>
          <w:sz w:val="20"/>
        </w:rPr>
        <w:t>47:58  The Qur'an mentions in several places that the heavens and the earth were created in six days. But in Surah Fussilat, it says that the heavens and the earth were created in eight days.</w:t>
      </w:r>
      <w:r>
        <w:br/>
      </w:r>
      <w:r>
        <w:rPr>
          <w:sz w:val="20"/>
        </w:rPr>
        <w:t>48:15  Isn't this a contradiction? The same verse also says that the earth was created in six days, and then later on, the heavens were created in two days.</w:t>
      </w:r>
      <w:r>
        <w:br/>
      </w:r>
      <w:r>
        <w:rPr>
          <w:sz w:val="20"/>
        </w:rPr>
        <w:t>48:28  This is against the Big Bang theory that the heavens and the earth were created simultaneously. Please comment. No, the Big Bang theory only tells us about the beginning of the universe, not about the phase of the universe.</w:t>
      </w:r>
      <w:r>
        <w:br/>
      </w:r>
      <w:r>
        <w:rPr>
          <w:sz w:val="20"/>
        </w:rPr>
        <w:t>48:44  How the universe began, it is the</w:t>
      </w:r>
      <w:r>
        <w:br/>
      </w:r>
      <w:r>
        <w:rPr>
          <w:sz w:val="20"/>
        </w:rPr>
        <w:t>48:53  by the Big Bang, we know only how the universe began. But these three but these verses about two days, six days, eight days,</w:t>
      </w:r>
      <w:r>
        <w:br/>
      </w:r>
      <w:r>
        <w:rPr>
          <w:sz w:val="20"/>
        </w:rPr>
        <w:t>49:08  these verses tell us about the periods.</w:t>
      </w:r>
      <w:r>
        <w:br/>
      </w:r>
      <w:r>
        <w:rPr>
          <w:sz w:val="20"/>
        </w:rPr>
        <w:t>49:13  Here, day means period. Two days means two periods. Six days means six periods. Eight days means eight periods.</w:t>
      </w:r>
      <w:r>
        <w:br/>
      </w:r>
      <w:r>
        <w:rPr>
          <w:sz w:val="20"/>
        </w:rPr>
        <w:t>49:22  So, if you study the whole Qur'an and if you try to understand these verses with reference to other verses, you will find that when the Qur'an uses two days, the word two days,</w:t>
      </w:r>
      <w:r>
        <w:br/>
      </w:r>
      <w:r>
        <w:rPr>
          <w:sz w:val="20"/>
        </w:rPr>
        <w:t>49:39  it means two periods in broad division.</w:t>
      </w:r>
      <w:r>
        <w:br/>
      </w:r>
      <w:r>
        <w:rPr>
          <w:sz w:val="20"/>
        </w:rPr>
        <w:t>49:49  In broad division.</w:t>
      </w:r>
      <w:r>
        <w:br/>
      </w:r>
      <w:r>
        <w:rPr>
          <w:sz w:val="20"/>
        </w:rPr>
        <w:t>49:52  And when the Qur'an uses six days, then it means six periods. And when the Qur'an uses eight, then it means the final phase of the final period of the</w:t>
      </w:r>
      <w:r>
        <w:br/>
      </w:r>
      <w:r>
        <w:rPr>
          <w:sz w:val="20"/>
        </w:rPr>
        <w:t>50:09  universe. So, according to the Qur'an, the whole universe was created in phases, in different period</w:t>
      </w:r>
      <w:r>
        <w:br/>
      </w:r>
      <w:r>
        <w:rPr>
          <w:sz w:val="20"/>
        </w:rPr>
        <w:t>50:19  s. For example, in the first, there was only a planet Earth.</w:t>
      </w:r>
      <w:r>
        <w:br/>
      </w:r>
      <w:r>
        <w:rPr>
          <w:sz w:val="20"/>
        </w:rPr>
        <w:t>50:28  There was nothing at that time. Then there was water. Then there was plant.</w:t>
      </w:r>
      <w:r>
        <w:br/>
      </w:r>
      <w:r>
        <w:rPr>
          <w:sz w:val="20"/>
        </w:rPr>
        <w:t>50:37  Then there was animal. Then there was man. So, man was man appeared in the final phase.</w:t>
      </w:r>
      <w:r>
        <w:br/>
      </w:r>
      <w:r>
        <w:rPr>
          <w:sz w:val="20"/>
        </w:rPr>
        <w:t>50:47  So, when you see other verses, you will find that the Qur'an refers to phases, to periods. And sometimes the Qur'an wants to give you the period in broad division.</w:t>
      </w:r>
      <w:r>
        <w:br/>
      </w:r>
      <w:r>
        <w:rPr>
          <w:sz w:val="20"/>
        </w:rPr>
        <w:t>51:05  Then at that time, he says that at that time, it says two days. It means two periods.</w:t>
      </w:r>
      <w:r>
        <w:br/>
      </w:r>
      <w:r>
        <w:rPr>
          <w:sz w:val="20"/>
        </w:rPr>
        <w:t>51:12  But when the Qur'an wants to tell you the detail, it says that six periods. Six periods means water and plant, etc.</w:t>
      </w:r>
      <w:r>
        <w:br/>
      </w:r>
      <w:r>
        <w:rPr>
          <w:sz w:val="20"/>
        </w:rPr>
        <w:t>51:25  And the last two phases by the last two phases, the Qur'an means animal period and man period.</w:t>
      </w:r>
      <w:r>
        <w:br/>
      </w:r>
      <w:r>
        <w:rPr>
          <w:sz w:val="20"/>
        </w:rPr>
        <w:t>51:38  In the final phases, animals were created. And in the last period, man was created.</w:t>
      </w:r>
      <w:r>
        <w:br/>
      </w:r>
      <w:r>
        <w:rPr>
          <w:sz w:val="20"/>
        </w:rPr>
        <w:t>51:47  So, this is the division of those periods. So, there is no contradiction between these verses. Maulana, it is mentioned in one of the verses of the Qur'an that Allah is the Lord of two East and two West.</w:t>
      </w:r>
    </w:p>
    <w:p>
      <w:pPr>
        <w:pStyle w:val="Heading2"/>
      </w:pPr>
      <w:r>
        <w:t>In paradise, angels run life so you can discover</w:t>
      </w:r>
    </w:p>
    <w:p>
      <w:r>
        <w:rPr>
          <w:color w:val="666666"/>
          <w:sz w:val="18"/>
        </w:rPr>
        <w:t>Model of Paradise June 22, 2014 · 5m 54s · at 19:47 · https://youtu.be/7jXD8E_dN-E?t=1187</w:t>
      </w:r>
    </w:p>
    <w:p>
      <w:r>
        <w:rPr>
          <w:i/>
        </w:rPr>
        <w:t>“Is par ghor karte hue meri samajh mein aata hai ke jannat ka model kya hai”</w:t>
      </w:r>
    </w:p>
    <w:p>
      <w:r>
        <w:rPr>
          <w:sz w:val="20"/>
        </w:rPr>
        <w:t>19:47  is par ghor karte hue meri samajh mein aata hai ke jannat ka model kya hai. jannat ka model yeh hai ke is dunya ke siwa ek aur dunya Allah ne banayi hai.</w:t>
      </w:r>
      <w:r>
        <w:br/>
      </w:r>
      <w:r>
        <w:rPr>
          <w:sz w:val="20"/>
        </w:rPr>
        <w:t>19:59  ho sakta hai ke dark matter mein kahin chhupi hui ho.</w:t>
      </w:r>
      <w:r>
        <w:br/>
      </w:r>
      <w:r>
        <w:rPr>
          <w:sz w:val="20"/>
        </w:rPr>
        <w:t>20:05  to wahan par kya hai? wahan par jo nizam hoga, woh nizam wahan ka is se mukhtalif hoga.</w:t>
      </w:r>
      <w:r>
        <w:br/>
      </w:r>
      <w:r>
        <w:rPr>
          <w:sz w:val="20"/>
        </w:rPr>
        <w:t>20:17  yaani sara intezaam farishtay sambhal lenge. yahan hum ko kamana parta hai, job karana parta hai, business karana parta hai, ghar ka intezaam karna parta hai.</w:t>
      </w:r>
      <w:r>
        <w:br/>
      </w:r>
      <w:r>
        <w:rPr>
          <w:sz w:val="20"/>
        </w:rPr>
        <w:t>20:30  woh sab ka sab farishtay sambhal lenge. yaani farishtay hum ko farigh kar denge.</w:t>
      </w:r>
      <w:r>
        <w:br/>
      </w:r>
      <w:r>
        <w:rPr>
          <w:sz w:val="20"/>
        </w:rPr>
        <w:t>20:40  yaani jin logon ke liye Allah taala jannat ka faisla karega, jin ke liye jannat mein dakhla jin ko milega, to jannat mein dakhle ke baad un ki sari maadi zarooriyat, un ki physical need ka charge farishtay le lenge.</w:t>
      </w:r>
      <w:r>
        <w:br/>
      </w:r>
      <w:r>
        <w:rPr>
          <w:sz w:val="20"/>
        </w:rPr>
        <w:t>20:59  aap ko wahan yeh aasan nahi karna hoga ke paisa kamayein, phir ghar banayein, phir bazaar ja kar samaan khareidein, phir khana pakayein.</w:t>
      </w:r>
      <w:r>
        <w:br/>
      </w:r>
      <w:r>
        <w:rPr>
          <w:sz w:val="20"/>
        </w:rPr>
        <w:t>21:09  yeh sari activities hain, maadi, yeh sari activities jo hain, woh wahan farishtay anjaam denge. aap farigh ho jayenge. farigh ho jayenge kis kaam</w:t>
      </w:r>
      <w:r>
        <w:br/>
      </w:r>
      <w:r>
        <w:rPr>
          <w:sz w:val="20"/>
        </w:rPr>
        <w:t>21:21  ke liye? intellectual exercise ke liye, zehni sargermi ke liye.</w:t>
      </w:r>
      <w:r>
        <w:br/>
      </w:r>
      <w:r>
        <w:rPr>
          <w:sz w:val="20"/>
        </w:rPr>
        <w:t>21:28  aur plus yeh hoga ke wahan par aap ko, yaani dunya mein jaise telescope hai, microscope hai, is se aap cheezon ko research kar paate hain.</w:t>
      </w:r>
      <w:r>
        <w:br/>
      </w:r>
      <w:r>
        <w:rPr>
          <w:sz w:val="20"/>
        </w:rPr>
        <w:t>21:40  aisi aur samaan hain. yeh saare samaan wahan billion trillion zyada barhe pemane par aur zyada ideal shakal mein milenge aap ko.</w:t>
      </w:r>
      <w:r>
        <w:br/>
      </w:r>
      <w:r>
        <w:rPr>
          <w:sz w:val="20"/>
        </w:rPr>
        <w:t>21:50  zyada perfection.</w:t>
      </w:r>
      <w:r>
        <w:br/>
      </w:r>
      <w:r>
        <w:rPr>
          <w:sz w:val="20"/>
        </w:rPr>
        <w:t>21:52  to jannat ka model jo meri samajh mein aata hai, woh yeh nahi ke wahan hoorein hongi aur yahan khoob khane peene ka samaan hoga. yeh model meri samajh mein nahi aata.</w:t>
      </w:r>
      <w:r>
        <w:br/>
      </w:r>
      <w:r>
        <w:rPr>
          <w:sz w:val="20"/>
        </w:rPr>
        <w:t>22:03  jannat ka jo model samajh mein aata hai mere, woh yeh hai ke is dunya mein hum intellectual activities kar nahi paate.</w:t>
      </w:r>
      <w:r>
        <w:br/>
      </w:r>
      <w:r>
        <w:rPr>
          <w:sz w:val="20"/>
        </w:rPr>
        <w:t>22:13  kyunke hum phanse rehte hain maadi zarooraton mein.</w:t>
      </w:r>
      <w:r>
        <w:br/>
      </w:r>
      <w:r>
        <w:rPr>
          <w:sz w:val="20"/>
        </w:rPr>
        <w:t>22:17  aksar logon ko aap dekhenge ke un se aap ja ke kahein ke bhai aap kuch study kijiye. to kahenge bhai time milta nahin. aap un se kahein ke quran padhiye, seerat padhiye, sahaba ki ayat padhiye, aur doosri islami literature padhiye.</w:t>
      </w:r>
      <w:r>
        <w:br/>
      </w:r>
      <w:r>
        <w:rPr>
          <w:sz w:val="20"/>
        </w:rPr>
        <w:t>22:30  to kahenge bhai waqt hum ko nahin milta. to waqt kahan phansa rehta hai un ka?</w:t>
      </w:r>
      <w:r>
        <w:br/>
      </w:r>
      <w:r>
        <w:rPr>
          <w:sz w:val="20"/>
        </w:rPr>
        <w:t>22:38  wo phansa rehta hai un ka, yaani is liye ke wo unhein paisa chahiye, job chahiye, business chahiye, ghar banana hai, bachon ko sambhalna hai, livelihood jo kehte hain, is ko hasil karna hai.</w:t>
      </w:r>
      <w:r>
        <w:br/>
      </w:r>
      <w:r>
        <w:rPr>
          <w:sz w:val="20"/>
        </w:rPr>
        <w:t>22:55  is mein phansa rehta hai aadmi.</w:t>
      </w:r>
      <w:r>
        <w:br/>
      </w:r>
      <w:r>
        <w:rPr>
          <w:sz w:val="20"/>
        </w:rPr>
        <w:t>22:58  to aadmi ki yeh arz hai, arz. yeh jo ayat hai wa lakum fiha ma tashtahiyyu anfusukum to isi arz ki taraf ishara hai.</w:t>
      </w:r>
      <w:r>
        <w:br/>
      </w:r>
      <w:r>
        <w:rPr>
          <w:sz w:val="20"/>
        </w:rPr>
        <w:t>23:09  insan ki arz hai ke agar koi mujhe farigh kar de maadi aitbaar se, agar koi mujhe farigh kar de maadi aitbaar se, to ab mein apne mind ko poori tarah laga doon haqaaq ki daryaft mein.</w:t>
      </w:r>
      <w:r>
        <w:br/>
      </w:r>
      <w:r>
        <w:rPr>
          <w:sz w:val="20"/>
        </w:rPr>
        <w:t>23:30  haqaaq ki daryaft mein.</w:t>
      </w:r>
      <w:r>
        <w:br/>
      </w:r>
      <w:r>
        <w:rPr>
          <w:sz w:val="20"/>
        </w:rPr>
        <w:t>23:34  jo ab is tarah se sochte hue mujhe quran ki woh ayat yaad aati hain. khaas tor par do ayat hain.</w:t>
      </w:r>
      <w:r>
        <w:br/>
      </w:r>
      <w:r>
        <w:rPr>
          <w:sz w:val="20"/>
        </w:rPr>
        <w:t>23:44  ek ayat ke alfaaz yeh hain ke</w:t>
      </w:r>
      <w:r>
        <w:br/>
      </w:r>
      <w:r>
        <w:rPr>
          <w:sz w:val="20"/>
        </w:rPr>
        <w:t>23:51  wa la anna min shai'in naqlamun wal bahru yamudduhu min ba'dihi sabatun abhurun abrun ma nafadhat kalimatu allahi</w:t>
      </w:r>
      <w:r>
        <w:br/>
      </w:r>
      <w:r>
        <w:rPr>
          <w:sz w:val="20"/>
        </w:rPr>
        <w:t>24:01  ek ayat yeh hai. doosri ayat yeh hai ke</w:t>
      </w:r>
      <w:r>
        <w:br/>
      </w:r>
      <w:r>
        <w:rPr>
          <w:sz w:val="20"/>
        </w:rPr>
        <w:t>24:08  doosri ayat hai ke kullu kana al bahru mizadan likalimati rabbi lanafadha al bahru qabla an tanfadha kalimatu rabbi walaw janabi mithli marada yeh quran mein do ayaten hain ke quran ke jo kalimat hain,</w:t>
      </w:r>
      <w:r>
        <w:br/>
      </w:r>
      <w:r>
        <w:rPr>
          <w:sz w:val="20"/>
        </w:rPr>
        <w:t>24:23  kalimat ka matlab hai jo quran ke</w:t>
      </w:r>
      <w:r>
        <w:br/>
      </w:r>
      <w:r>
        <w:rPr>
          <w:sz w:val="20"/>
        </w:rPr>
        <w:t>24:26  rabbani item hain, jo quran ke jo allah ke rabb glory ke item hain, jo allah ke aala aala hain, aala allah, wo itne zyada, itne zyada, itne zyada hain ke agar tamam dunya ke darakht qalam banaye jayen aur tamam dunya ke</w:t>
      </w:r>
      <w:r>
        <w:br/>
      </w:r>
      <w:r>
        <w:rPr>
          <w:sz w:val="20"/>
        </w:rPr>
        <w:t>24:46  samundaron ko ink bana diya jaye aur phir un ko likhna shuru kar diya jaye aur phir itni aur allah taala de, tab bhi allah ke allah ki glory khatam nahin hogi aur woh</w:t>
      </w:r>
      <w:r>
        <w:br/>
      </w:r>
      <w:r>
        <w:rPr>
          <w:sz w:val="20"/>
        </w:rPr>
        <w:t>25:02  baqi rahegi.</w:t>
      </w:r>
      <w:r>
        <w:br/>
      </w:r>
      <w:r>
        <w:rPr>
          <w:sz w:val="20"/>
        </w:rPr>
        <w:t>25:04  is yeh dekhiye, bazahir is mein jo baat kahi gayi hai, ek khabar ke roop mein hai. dekhen, yeh ab aks mein batati hai ke jannat mein ahle jannat ki activity kya hogi?</w:t>
      </w:r>
      <w:r>
        <w:br/>
      </w:r>
      <w:r>
        <w:rPr>
          <w:sz w:val="20"/>
        </w:rPr>
        <w:t>25:18  sirf ek khabar ko nahin. kyunke aap dekhiye, agar allah ke itni glory hai, itne us ke aala hain, to kya isi liye koi chhpe rahe hamesha?</w:t>
      </w:r>
      <w:r>
        <w:br/>
      </w:r>
      <w:r>
        <w:rPr>
          <w:sz w:val="20"/>
        </w:rPr>
        <w:t>25:33  wo zahir na hon. yaani yeh takhleeq ka hai, bohat hi takhleeq ko aap understandable karenge.</w:t>
      </w:r>
    </w:p>
    <w:p>
      <w:pPr>
        <w:pStyle w:val="Heading2"/>
      </w:pPr>
      <w:r>
        <w:t>Japan applied equalization and became a superpower</w:t>
      </w:r>
    </w:p>
    <w:p>
      <w:r>
        <w:rPr>
          <w:color w:val="666666"/>
          <w:sz w:val="18"/>
        </w:rPr>
        <w:t>Why Have Muslims Turned Violent December 14, 2008 · 5m 34s · at 18:50 · https://youtu.be/TYLK8Jwz8EE?t=1130</w:t>
      </w:r>
    </w:p>
    <w:p>
      <w:r>
        <w:rPr>
          <w:i/>
        </w:rPr>
        <w:t>“Japan's story should have been an eye-opener for Muslims.”</w:t>
      </w:r>
    </w:p>
    <w:p>
      <w:r>
        <w:rPr>
          <w:sz w:val="20"/>
        </w:rPr>
        <w:t>18:50  woh hai, woh example hai Japan ka. Japan ka formula mein bataon ke musalmanon ke liye eye opener hona chahiye tha.</w:t>
      </w:r>
      <w:r>
        <w:br/>
      </w:r>
      <w:r>
        <w:rPr>
          <w:sz w:val="20"/>
        </w:rPr>
        <w:t>19:01  musalman aankh kholne ke liye tha woh formula.</w:t>
      </w:r>
      <w:r>
        <w:br/>
      </w:r>
      <w:r>
        <w:rPr>
          <w:sz w:val="20"/>
        </w:rPr>
        <w:t>19:06  jis mein isi formula ko apply kiya gaya. yani, yani jo maine kaha ke principle of equalization woh kese?</w:t>
      </w:r>
      <w:r>
        <w:br/>
      </w:r>
      <w:r>
        <w:rPr>
          <w:sz w:val="20"/>
        </w:rPr>
        <w:t>19:18  dekhen, second world war mein kya hua?</w:t>
      </w:r>
      <w:r>
        <w:br/>
      </w:r>
      <w:r>
        <w:rPr>
          <w:sz w:val="20"/>
        </w:rPr>
        <w:t>19:24  second world war mein bohat bari ladai hui thi.</w:t>
      </w:r>
      <w:r>
        <w:br/>
      </w:r>
      <w:r>
        <w:rPr>
          <w:sz w:val="20"/>
        </w:rPr>
        <w:t>19:32  is mein allied powers aur axis powers do front bane hue the. to is mein Japan aur America ke beech mein rivalry thi.</w:t>
      </w:r>
      <w:r>
        <w:br/>
      </w:r>
      <w:r>
        <w:rPr>
          <w:sz w:val="20"/>
        </w:rPr>
        <w:t>19:46  to America ne kya kiya? Japan ko down karne ke liye atom bomb gira diya is ke upar. 1945 mein.</w:t>
      </w:r>
      <w:r>
        <w:br/>
      </w:r>
      <w:r>
        <w:rPr>
          <w:sz w:val="20"/>
        </w:rPr>
        <w:t>19:58  do cities par bomb giraya. Hiroshima par aur Nagasaki par</w:t>
      </w:r>
      <w:r>
        <w:br/>
      </w:r>
      <w:r>
        <w:rPr>
          <w:sz w:val="20"/>
        </w:rPr>
        <w:t>20:02  . jo bohat hi industrial cities the Japan ke. to Japan ki industry, Japan ki woh air service sab destroy ho gayi.</w:t>
      </w:r>
      <w:r>
        <w:br/>
      </w:r>
      <w:r>
        <w:rPr>
          <w:sz w:val="20"/>
        </w:rPr>
        <w:t>20:19  ab zahir hai ke Japan, Japanese jo the, Japani log jo the woh bohat ghusse mein bhar gaye. sara Japan ghusse mein bhar gaya. humein revenge lena hai, revenge lena hai, revenge lena hai.</w:t>
      </w:r>
      <w:r>
        <w:br/>
      </w:r>
      <w:r>
        <w:rPr>
          <w:sz w:val="20"/>
        </w:rPr>
        <w:t>20:30  woh jante hain Japan woh log hain, Japanese sab se pehle jinhon ne suicide bombing shuru ki thi. suicide bombing ke wohi inventor hain.</w:t>
      </w:r>
      <w:r>
        <w:br/>
      </w:r>
      <w:r>
        <w:rPr>
          <w:sz w:val="20"/>
        </w:rPr>
        <w:t>20:40  apni body aur bomb baandh kar ke apne gira dete the woh enemy ke area mein. aur destroy karte the woh. to woh aisa kar sakte the.</w:t>
      </w:r>
      <w:r>
        <w:br/>
      </w:r>
      <w:r>
        <w:rPr>
          <w:sz w:val="20"/>
        </w:rPr>
        <w:t>20:53  kya aur kuch nahi to chalo hum suicide bombing karte hain.</w:t>
      </w:r>
      <w:r>
        <w:br/>
      </w:r>
      <w:r>
        <w:rPr>
          <w:sz w:val="20"/>
        </w:rPr>
        <w:t>20:57  lekin wahan par jo jo un ke leaders the, jo un ke intellectuals the, unhon ne bohat bara constructive role is waqt pe le liya.</w:t>
      </w:r>
      <w:r>
        <w:br/>
      </w:r>
      <w:r>
        <w:rPr>
          <w:sz w:val="20"/>
        </w:rPr>
        <w:t>21:10  un ke intellectuals ne aik campaign chalai unhon ne media mein. aur is ka basic jo point tha woh kya tha?</w:t>
      </w:r>
      <w:r>
        <w:br/>
      </w:r>
      <w:r>
        <w:rPr>
          <w:sz w:val="20"/>
        </w:rPr>
        <w:t>21:20  wohi principle of equalization.</w:t>
      </w:r>
      <w:r>
        <w:br/>
      </w:r>
      <w:r>
        <w:rPr>
          <w:sz w:val="20"/>
        </w:rPr>
        <w:t>21:24  par unhon ne kaha ke dekho tum ko yeh gham hai ke 1945 mein America ne atom bomb gira kar ke tumhare Nagasaki koshishon ko tabah kar diya.</w:t>
      </w:r>
      <w:r>
        <w:br/>
      </w:r>
      <w:r>
        <w:rPr>
          <w:sz w:val="20"/>
        </w:rPr>
        <w:t>21:40  lekin tum yeh socho ke is se pehle 1941 mein tum khud un ke Pearl Harbor ko tabah kar chuke the.</w:t>
      </w:r>
      <w:r>
        <w:br/>
      </w:r>
      <w:r>
        <w:rPr>
          <w:sz w:val="20"/>
        </w:rPr>
        <w:t>21:51  Pearl Harbor jo tha woh Americans ka naval base tha.</w:t>
      </w:r>
      <w:r>
        <w:br/>
      </w:r>
      <w:r>
        <w:rPr>
          <w:sz w:val="20"/>
        </w:rPr>
        <w:t>21:58  Pearl Harbor jo tha bohat bara naval base tha Americans ka. is ko Japanese ne bombardment ki aur is ko tabah kar diya.</w:t>
      </w:r>
      <w:r>
        <w:br/>
      </w:r>
      <w:r>
        <w:rPr>
          <w:sz w:val="20"/>
        </w:rPr>
        <w:t>22:09  suicide bombing ki thi wahan unhon ne. to Japan ke intellectuals ne kaha ke yeh to mamla barabar ho gaya.</w:t>
      </w:r>
      <w:r>
        <w:br/>
      </w:r>
      <w:r>
        <w:rPr>
          <w:sz w:val="20"/>
        </w:rPr>
        <w:t>22:20  tum ne tabah kiya tha un ke Pearl Harbor ko 1941 mein. unhon ne tabah kar diya tumhare Hiroshima aur Nagasaki ko 1945 mein.</w:t>
      </w:r>
      <w:r>
        <w:br/>
      </w:r>
      <w:r>
        <w:rPr>
          <w:sz w:val="20"/>
        </w:rPr>
        <w:t>22:31  to mamla barabar ho gaya. ab negative soch band karo. ghussa band karo.</w:t>
      </w:r>
      <w:r>
        <w:br/>
      </w:r>
      <w:r>
        <w:rPr>
          <w:sz w:val="20"/>
        </w:rPr>
        <w:t>22:40  is se kya hua?</w:t>
      </w:r>
      <w:r>
        <w:br/>
      </w:r>
      <w:r>
        <w:rPr>
          <w:sz w:val="20"/>
        </w:rPr>
        <w:t>22:42  Japanese ko, Japaniyon ko aik line of action mil gayi. positive line of action mil gayi.</w:t>
      </w:r>
      <w:r>
        <w:br/>
      </w:r>
      <w:r>
        <w:rPr>
          <w:sz w:val="20"/>
        </w:rPr>
        <w:t>22:54  unhon ne replanning ki. aur sab se bara jo kiya kaam unhon ne woh hai ke thirty years ki aik plan banaya education ka unhon ne.</w:t>
      </w:r>
      <w:r>
        <w:br/>
      </w:r>
      <w:r>
        <w:rPr>
          <w:sz w:val="20"/>
        </w:rPr>
        <w:t>23:04  scientific education ka.</w:t>
      </w:r>
      <w:r>
        <w:br/>
      </w:r>
      <w:r>
        <w:rPr>
          <w:sz w:val="20"/>
        </w:rPr>
        <w:t>23:08  ke tees saal tak humein sirf apne naujawanon ko, apni nai generation ko scientific education dena hai.</w:t>
      </w:r>
      <w:r>
        <w:br/>
      </w:r>
      <w:r>
        <w:rPr>
          <w:sz w:val="20"/>
        </w:rPr>
        <w:t>23:17  The result, the result was miraculous. The result was miraculous. thirty years hote hote kya hua ke Japan jo hai economic super power ban gaya.</w:t>
      </w:r>
      <w:r>
        <w:br/>
      </w:r>
      <w:r>
        <w:rPr>
          <w:sz w:val="20"/>
        </w:rPr>
        <w:t>23:32  yani woh Japan jo second world war mein destroy kar diya gaya tha, woh Japan bohat kam period mein economic super power ban kar ubhar aaya.</w:t>
      </w:r>
      <w:r>
        <w:br/>
      </w:r>
      <w:r>
        <w:rPr>
          <w:sz w:val="20"/>
        </w:rPr>
        <w:t>23:47  yeh tha miraculous result is principle ko follow karne ka jis ko mein kehta hoon principle of equalization. yani barabar se barabar kar lena.</w:t>
      </w:r>
      <w:r>
        <w:br/>
      </w:r>
      <w:r>
        <w:rPr>
          <w:sz w:val="20"/>
        </w:rPr>
        <w:t>23:59  to Allah taala ne yeh qaim kiya tha Japan ki misaal sari dunya walon ke liye aur musalmanon ke liye specially ke is se sabaq lo.</w:t>
      </w:r>
      <w:r>
        <w:br/>
      </w:r>
      <w:r>
        <w:rPr>
          <w:sz w:val="20"/>
        </w:rPr>
        <w:t>24:12  sabaq lo ke jo Rasool Allah ne seventh century mein, yani saatwein sadi mein jo formula apnaya tha, wohi aaj bhi applicable hai, aaj bhi effective hai.</w:t>
      </w:r>
    </w:p>
    <w:p>
      <w:pPr>
        <w:pStyle w:val="Heading2"/>
      </w:pPr>
      <w:r>
        <w:t>How Maulana discovered the Quran's real subject</w:t>
      </w:r>
    </w:p>
    <w:p>
      <w:r>
        <w:rPr>
          <w:color w:val="666666"/>
          <w:sz w:val="18"/>
        </w:rPr>
        <w:t>Quran A Book of God June 5, 2011 · 4m 57s · at 0:38 · https://youtu.be/xT0YdQ1Jgc8?t=38</w:t>
      </w:r>
    </w:p>
    <w:p>
      <w:r>
        <w:rPr>
          <w:i/>
        </w:rPr>
        <w:t>“آج کا ٹاپک ہے: قرآن: The Book of God”</w:t>
      </w:r>
    </w:p>
    <w:p>
      <w:r>
        <w:rPr>
          <w:sz w:val="20"/>
        </w:rPr>
        <w:t>0:38  aaj ka topic hai: quran: the book of god. quran: allah ki kitab.</w:t>
      </w:r>
      <w:r>
        <w:br/>
      </w:r>
      <w:r>
        <w:rPr>
          <w:sz w:val="20"/>
        </w:rPr>
        <w:t>0:56  main apne bare mein yeh keh sakta hoon ke bachpan se mujhe quran parhne ke liye diya gaya, jab main ek gaon mein tha.</w:t>
      </w:r>
      <w:r>
        <w:br/>
      </w:r>
      <w:r>
        <w:rPr>
          <w:sz w:val="20"/>
        </w:rPr>
        <w:t>1:11  us zamane mein ek nuskhah aaya karta tha, use kehte the nizami quran,</w:t>
      </w:r>
      <w:r>
        <w:br/>
      </w:r>
      <w:r>
        <w:rPr>
          <w:sz w:val="20"/>
        </w:rPr>
        <w:t>1:17  to woh hum parhte the. lekin is waqt arabi zaban mujhe nahi aati thi, to be samjhe mujhe parhta tha.</w:t>
      </w:r>
      <w:r>
        <w:br/>
      </w:r>
      <w:r>
        <w:rPr>
          <w:sz w:val="20"/>
        </w:rPr>
        <w:t>1:28  phir main</w:t>
      </w:r>
      <w:r>
        <w:br/>
      </w:r>
      <w:r>
        <w:rPr>
          <w:sz w:val="20"/>
        </w:rPr>
        <w:t>1:31  ek madrasay mein meri taleem hui jahan sab se zyada dhoom is baat ki thi ke quran mein nazm hai, order hai.</w:t>
      </w:r>
      <w:r>
        <w:br/>
      </w:r>
      <w:r>
        <w:rPr>
          <w:sz w:val="20"/>
        </w:rPr>
        <w:t>1:42  uske baad main doosri jamaaton mein gaya, sab se ta'alluq hua. to har jagah quran ko bohat bari cheez mana jata tha, mana jata tha, lekin unka jo kehna hota tha ke quran sab se afzal kitab hai,</w:t>
      </w:r>
      <w:r>
        <w:br/>
      </w:r>
      <w:r>
        <w:rPr>
          <w:sz w:val="20"/>
        </w:rPr>
        <w:t>2:02  quran mein mukammal zabta-e-hayat hai, quran final book hai,</w:t>
      </w:r>
      <w:r>
        <w:br/>
      </w:r>
      <w:r>
        <w:rPr>
          <w:sz w:val="20"/>
        </w:rPr>
        <w:t>2:10  ek woh jo parha tha maine ke quran mein nazm aur order hai, is tarah ki baat mere dimagh mein hua karti thi. quran mein sare masail ka hal hai.</w:t>
      </w:r>
      <w:r>
        <w:br/>
      </w:r>
      <w:r>
        <w:rPr>
          <w:sz w:val="20"/>
        </w:rPr>
        <w:t>2:24  phir mera ta'alluq hua jadeed tabqe se, yani woh tabqa jo college university mein parha hua tha aur phir ghair muslim hazrat.</w:t>
      </w:r>
      <w:r>
        <w:br/>
      </w:r>
      <w:r>
        <w:rPr>
          <w:sz w:val="20"/>
        </w:rPr>
        <w:t>2:36  yahan maine dekha ke is tarah ki baaton mein unke liye koi appeal nahi hai.</w:t>
      </w:r>
      <w:r>
        <w:br/>
      </w:r>
      <w:r>
        <w:rPr>
          <w:sz w:val="20"/>
        </w:rPr>
        <w:t>2:42  yani quran mukammal kitab hai, quran mein sare masail ka hal hai, quran mein order hai,</w:t>
      </w:r>
      <w:r>
        <w:br/>
      </w:r>
      <w:r>
        <w:rPr>
          <w:sz w:val="20"/>
        </w:rPr>
        <w:t>2:53  quran mein sare masail ka hal hai, mukammal zabta hayat hai waghera, yeh jo baatein kahi jati hain, afzal kitab hai, un baaton se unhein koi dilchaspi nahi thi.</w:t>
      </w:r>
      <w:r>
        <w:br/>
      </w:r>
      <w:r>
        <w:rPr>
          <w:sz w:val="20"/>
        </w:rPr>
        <w:t>3:06  to mere zehan mein sawal paida hua ke aakhir quran jo sare alam ke liye aya hai, to kya baat hai ke woh quran ke mind ko address nahi kar raha hai?</w:t>
      </w:r>
      <w:r>
        <w:br/>
      </w:r>
      <w:r>
        <w:rPr>
          <w:sz w:val="20"/>
        </w:rPr>
        <w:t>3:16  quran unhein koi bari bari baat nazar nahi aati. phir maujooda zamane mein quran ke naam par jehad hone laga, maar kaat, suicide bombing, sab quran ke naam par.</w:t>
      </w:r>
      <w:r>
        <w:br/>
      </w:r>
      <w:r>
        <w:rPr>
          <w:sz w:val="20"/>
        </w:rPr>
        <w:t>3:27  to aur zyada logon ko quran se toheesh hone laga.</w:t>
      </w:r>
      <w:r>
        <w:br/>
      </w:r>
      <w:r>
        <w:rPr>
          <w:sz w:val="20"/>
        </w:rPr>
        <w:t>3:32  to yeh mera sawal tha mere zehan mein ke aakhir quran ka mozu kya hai, iska subject kya hai? ke woh subject jo sare insan ko appeal kare, woh kya hai?</w:t>
      </w:r>
      <w:r>
        <w:br/>
      </w:r>
      <w:r>
        <w:rPr>
          <w:sz w:val="20"/>
        </w:rPr>
        <w:t>3:45  to bohat dinon ke baad yeh meri discovery hai, mein daryaft hai meri ke maine jana ke quran ka mozu hai creation plan of god.</w:t>
      </w:r>
      <w:r>
        <w:br/>
      </w:r>
      <w:r>
        <w:rPr>
          <w:sz w:val="20"/>
        </w:rPr>
        <w:t>3:59  yeh maine kisi kitab mein nahi parha tha, kisi jalse mein nahi suna tha, ulma se mujhe yeh baat nahi mili thi. yeh meri daryaft hai ke quran creation plan of god, iska subject hai.</w:t>
      </w:r>
      <w:r>
        <w:br/>
      </w:r>
      <w:r>
        <w:rPr>
          <w:sz w:val="20"/>
        </w:rPr>
        <w:t>4:18  tab ja kar ke khud mujhe itminan hua aur jis se mein kehta tha, uske baad har aadmi mutmaeen ho jata tha. jaise ek sahab jo angrez london mein paida hue, phir unhone islam qabool kiya, to us se meri mulaqat hui.</w:t>
      </w:r>
      <w:r>
        <w:br/>
      </w:r>
      <w:r>
        <w:rPr>
          <w:sz w:val="20"/>
        </w:rPr>
        <w:t>4:37  to woh quran ke bare mein unka kuch acha, yaani positive taassur nahi tha. ke samajh mein nahi aata quran ka subject kya hai.</w:t>
      </w:r>
      <w:r>
        <w:br/>
      </w:r>
      <w:r>
        <w:rPr>
          <w:sz w:val="20"/>
        </w:rPr>
        <w:t>4:47  woh baatein log kehte the jo unko, woh unko appeal nahi karti thi. to maine yeh baat batai unko jab ke quran jo hai, quran ka jo subject hai, woh hai statement of of the creation plan of God.</w:t>
      </w:r>
      <w:r>
        <w:br/>
      </w:r>
      <w:r>
        <w:rPr>
          <w:sz w:val="20"/>
        </w:rPr>
        <w:t>5:06  to foran usko samajh gaye woh. aur unhone jo jumla kaha tha, woh bohat hi important hai ke now everything fast into place.</w:t>
      </w:r>
      <w:r>
        <w:br/>
      </w:r>
      <w:r>
        <w:rPr>
          <w:sz w:val="20"/>
        </w:rPr>
        <w:t>5:19  har baat ab samajh mein aa gayi. to bohat dinon ke baad yeh baat daryaft hui ke quran ka subject kya hai. yahi wajah hai ke log quran ko parhte hain, lekin quran ki azmat logon ke dimaghon mein nahi baithti.</w:t>
      </w:r>
    </w:p>
    <w:p>
      <w:pPr>
        <w:pStyle w:val="Heading2"/>
      </w:pPr>
      <w:r>
        <w:t>why human law can never fully punish crime</w:t>
      </w:r>
    </w:p>
    <w:p>
      <w:r>
        <w:rPr>
          <w:color w:val="666666"/>
          <w:sz w:val="18"/>
        </w:rPr>
        <w:t>Doomsday is Coming November 24, 2013 · 4m 24s · at 3:42 · https://youtu.be/rixrzrrK-cE?t=222</w:t>
      </w:r>
    </w:p>
    <w:p>
      <w:r>
        <w:rPr>
          <w:i/>
        </w:rPr>
        <w:t>“Yeh lack of enactment ka mamla nahi, implementation ka hai”</w:t>
      </w:r>
    </w:p>
    <w:p>
      <w:r>
        <w:rPr>
          <w:sz w:val="20"/>
        </w:rPr>
        <w:t>3:42  to main ne socha ke is par jab ghoor kiya to main ne socha ke yeh lack of enactment ka mamla nahi hai, yeh lack of implementation of law ka mamla hai.</w:t>
      </w:r>
      <w:r>
        <w:br/>
      </w:r>
      <w:r>
        <w:rPr>
          <w:sz w:val="20"/>
        </w:rPr>
        <w:t>3:54  yani qanoon banana yeh masla nahi hai ke qanoon banao, masla yeh hai ke qanoon ka nafiz mumkin nahi.</w:t>
      </w:r>
      <w:r>
        <w:br/>
      </w:r>
      <w:r>
        <w:rPr>
          <w:sz w:val="20"/>
        </w:rPr>
        <w:t>4:07  yani absence of implementation of act ka mamla hai yeh.</w:t>
      </w:r>
      <w:r>
        <w:br/>
      </w:r>
      <w:r>
        <w:rPr>
          <w:sz w:val="20"/>
        </w:rPr>
        <w:t>4:13  phir main ne socha to meri samajh mein aaya ke qanoon nafiz ho to kaise? qanoon ko banane wala, qanoon ko nafiz karne wala insan hota hai, aur jis par nafiz hona hai, woh bhi insan hota hai?</w:t>
      </w:r>
      <w:r>
        <w:br/>
      </w:r>
      <w:r>
        <w:rPr>
          <w:sz w:val="20"/>
        </w:rPr>
        <w:t>4:31  koi jo qanoon ko nafiz karne wala hai, woh superman to hai nahi? insan se zyada koi taqat is ke paas to hai nahi?</w:t>
      </w:r>
      <w:r>
        <w:br/>
      </w:r>
      <w:r>
        <w:rPr>
          <w:sz w:val="20"/>
        </w:rPr>
        <w:t>4:41  natija kya hota hai ke jo criminals hote hain, sirf isi mamle mein nahi, har mamle mein, woh bohat se tareeqe nikaal lete hain apne bachao ka.</w:t>
      </w:r>
      <w:r>
        <w:br/>
      </w:r>
      <w:r>
        <w:rPr>
          <w:sz w:val="20"/>
        </w:rPr>
        <w:t>4:51  kahin un ka jo un ki taraf se jo wakeel hota hai, woh law mein koi loophole daryaft kar leta hai, kisi technical ground par woh bacha leta hai us ko.</w:t>
      </w:r>
      <w:r>
        <w:br/>
      </w:r>
      <w:r>
        <w:rPr>
          <w:sz w:val="20"/>
        </w:rPr>
        <w:t>5:04  yani yeh hazar tareeqe hain jis se ek insan doosre insan ko dhoka de deta hai. is wajah se yeh cheez jaari hai.</w:t>
      </w:r>
      <w:r>
        <w:br/>
      </w:r>
      <w:r>
        <w:rPr>
          <w:sz w:val="20"/>
        </w:rPr>
        <w:t>5:15  ek bohat hi dilchasp waqia main arz karunga, woh is mamle ko illustrate karta hai ke Bombay mein ek aadmi tha, us ne qatl kiya,</w:t>
      </w:r>
      <w:r>
        <w:br/>
      </w:r>
      <w:r>
        <w:rPr>
          <w:sz w:val="20"/>
        </w:rPr>
        <w:t>5:30  us ka jurm qatl ka jurm tha, aur woh sabit bhi ho gaya. yani evidence maujood thi. yahan tak ke judge ne us ke khilaf faisla bhi de diya ke us ko hang karo.</w:t>
      </w:r>
      <w:r>
        <w:br/>
      </w:r>
      <w:r>
        <w:rPr>
          <w:sz w:val="20"/>
        </w:rPr>
        <w:t>5:44  us ke baad kya hua? maujooda qanoon yeh hai ke jab woh hang kiya jata hai to wahan par judge bhi, wahan par magistrate maujood hota hai, aur uska uska wakeel bhi maujood hota hai, jo qatil ka wakeel.</w:t>
      </w:r>
      <w:r>
        <w:br/>
      </w:r>
      <w:r>
        <w:rPr>
          <w:sz w:val="20"/>
        </w:rPr>
        <w:t>6:00  to wahan par aisa hota hai ke ek neeche ek ek cheez rakhi jati hai, stool ya mez jaisi, wahan par khara hota hai, woh us ke gale mein phanda dalte hain.</w:t>
      </w:r>
      <w:r>
        <w:br/>
      </w:r>
      <w:r>
        <w:rPr>
          <w:sz w:val="20"/>
        </w:rPr>
        <w:t>6:14  jab phanda dalne ke baad phir neeche jo mez hota hai, us ko kheench lete hain, woh latak jata hai, phir barh jata hai woh. to wahan wakeel khara hua tha.</w:t>
      </w:r>
      <w:r>
        <w:br/>
      </w:r>
      <w:r>
        <w:rPr>
          <w:sz w:val="20"/>
        </w:rPr>
        <w:t>6:27  us ke baad kya hua ke qatil laya gaya, jis par jurm bhi sabit aur judge ka faisla bhi sabit, sab kuch ho chuka hai. ab sirf hang karna hai.</w:t>
      </w:r>
      <w:r>
        <w:br/>
      </w:r>
      <w:r>
        <w:rPr>
          <w:sz w:val="20"/>
        </w:rPr>
        <w:t>6:39  to jab us ke gale mein phande dala, us ne jo aadmi hota hai, us ne foran kaha, wakeel ne, "stop".</w:t>
      </w:r>
      <w:r>
        <w:br/>
      </w:r>
      <w:r>
        <w:rPr>
          <w:sz w:val="20"/>
        </w:rPr>
        <w:t>6:49  phanda dalte hi us ne kaha ke "stop". to wahan magistrate bhi khara hua hai aur sara amal khara hua hai, us ne kaha ke "stop".</w:t>
      </w:r>
      <w:r>
        <w:br/>
      </w:r>
      <w:r>
        <w:rPr>
          <w:sz w:val="20"/>
        </w:rPr>
        <w:t>7:00  tum is ke aagay kuch nahi kar sakte.</w:t>
      </w:r>
      <w:r>
        <w:br/>
      </w:r>
      <w:r>
        <w:rPr>
          <w:sz w:val="20"/>
        </w:rPr>
        <w:t>7:04  aur nateeja kya hua? woh qatil bach gaya.</w:t>
      </w:r>
      <w:r>
        <w:br/>
      </w:r>
      <w:r>
        <w:rPr>
          <w:sz w:val="20"/>
        </w:rPr>
        <w:t>7:07  is ki wajah yeh thi ke is waqt jo qanoon tha, is mein likha hota hai sirf "hang". He must be hanged. yeh tha. hang ka matlab hai phanda daalna galay mein.</w:t>
      </w:r>
      <w:r>
        <w:br/>
      </w:r>
      <w:r>
        <w:rPr>
          <w:sz w:val="20"/>
        </w:rPr>
        <w:t>7:20  Death ka lafz nahi tha is mein. is ke baad qanoon badla gaya aur is mein likha gaya ke till to the death.</w:t>
      </w:r>
      <w:r>
        <w:br/>
      </w:r>
      <w:r>
        <w:rPr>
          <w:sz w:val="20"/>
        </w:rPr>
        <w:t>7:29  He should be hanged till to the death. yani maut tak is ko phanda dala jaye.</w:t>
      </w:r>
      <w:r>
        <w:br/>
      </w:r>
      <w:r>
        <w:rPr>
          <w:sz w:val="20"/>
        </w:rPr>
        <w:t>7:37  lekin aaj bhi aap jante hain dunya mein khoob qatal ho rahe hain. qatal ke jurm ki koi kami nahi, kyunke naye naye nuqtay nikalte rehte hain woh log.</w:t>
      </w:r>
      <w:r>
        <w:br/>
      </w:r>
      <w:r>
        <w:rPr>
          <w:sz w:val="20"/>
        </w:rPr>
        <w:t>7:48  to mein ne socha ke dekhen insaan insaan ko saza de nahi sakta. yeh impossible hai. yeh ajeeb o ghareeb baat mujhe samajh aayi.</w:t>
      </w:r>
      <w:r>
        <w:br/>
      </w:r>
      <w:r>
        <w:rPr>
          <w:sz w:val="20"/>
        </w:rPr>
        <w:t>7:58  ke impossible hai ke insaan insaan ko poori maano mein saza de sake.</w:t>
      </w:r>
    </w:p>
    <w:p>
      <w:pPr>
        <w:pStyle w:val="Heading2"/>
      </w:pPr>
      <w:r>
        <w:t>From Surah Al-Asr to human vs nature contrast</w:t>
      </w:r>
    </w:p>
    <w:p>
      <w:r>
        <w:rPr>
          <w:color w:val="666666"/>
          <w:sz w:val="18"/>
        </w:rPr>
        <w:t>How Can a Man be Successful August 19, 2012 · 5m 43s · at 3:16 · https://youtu.be/L4CFjy-kkxE?t=196</w:t>
      </w:r>
    </w:p>
    <w:p>
      <w:r>
        <w:rPr>
          <w:i/>
        </w:rPr>
        <w:t>“Now from the beginning by time means witness”</w:t>
      </w:r>
    </w:p>
    <w:p>
      <w:r>
        <w:rPr>
          <w:sz w:val="20"/>
        </w:rPr>
        <w:t>3:16  haq ke aur sabr ke. Yeh hai soore. Ab shuru se dekhein, is mein jo hai ke qasam hai zamane ki, to qasam ka matlab hai gawah, witness.</w:t>
      </w:r>
      <w:r>
        <w:br/>
      </w:r>
      <w:r>
        <w:rPr>
          <w:sz w:val="20"/>
        </w:rPr>
        <w:t>3:36  is ka matlab hai ke time is a witness that man is in loss.</w:t>
      </w:r>
      <w:r>
        <w:br/>
      </w:r>
      <w:r>
        <w:rPr>
          <w:sz w:val="20"/>
        </w:rPr>
        <w:t>3:45  time gawah hai, time shahid hai.</w:t>
      </w:r>
      <w:r>
        <w:br/>
      </w:r>
      <w:r>
        <w:rPr>
          <w:sz w:val="20"/>
        </w:rPr>
        <w:t>3:51  to time kya cheez hai? Dekhein, time aap jante hain ke naam hai aik aik aise phenomena ka jo past se present, present se future ki taraf chala ja raha hai.</w:t>
      </w:r>
      <w:r>
        <w:br/>
      </w:r>
      <w:r>
        <w:rPr>
          <w:sz w:val="20"/>
        </w:rPr>
        <w:t>4:08  aik guzarta hua phenomena jo barabar guzar raha hai. To tareekh bhi to usi waqt ban rahi hai. Tareekh kahan ban rahi hai?</w:t>
      </w:r>
      <w:r>
        <w:br/>
      </w:r>
      <w:r>
        <w:rPr>
          <w:sz w:val="20"/>
        </w:rPr>
        <w:t>4:19  Tareekh kisi time ke andar ban rahi hai. History is a phenomena of time. To is ka matlab yeh hai: History is a witness.</w:t>
      </w:r>
      <w:r>
        <w:br/>
      </w:r>
      <w:r>
        <w:rPr>
          <w:sz w:val="20"/>
        </w:rPr>
        <w:t>4:37  is ka matlab yeh hoga ke history is a witness that man is in loss.</w:t>
      </w:r>
      <w:r>
        <w:br/>
      </w:r>
      <w:r>
        <w:rPr>
          <w:sz w:val="20"/>
        </w:rPr>
        <w:t>4:45  ab sochein ke insaan ghaate mein hai, is ka matlab kya hai? Main samajhta hoon ke yeh koi mysterious baat nahi hai ya koi ambiguous baat nahi hai.</w:t>
      </w:r>
      <w:r>
        <w:br/>
      </w:r>
      <w:r>
        <w:rPr>
          <w:sz w:val="20"/>
        </w:rPr>
        <w:t>5:02  saare log jinhon ne history ka mutala kiya hai,</w:t>
      </w:r>
      <w:r>
        <w:br/>
      </w:r>
      <w:r>
        <w:rPr>
          <w:sz w:val="20"/>
        </w:rPr>
        <w:t>5:08  jo history ke bare mein waqif hain, un sab ka yeh manna hai ke history mein</w:t>
      </w:r>
      <w:r>
        <w:br/>
      </w:r>
      <w:r>
        <w:rPr>
          <w:sz w:val="20"/>
        </w:rPr>
        <w:t>5:16  negative item bohat zyada hai aur positive item bohat kam hai. Maslan bohat bada British historian tha, Gibbon,</w:t>
      </w:r>
      <w:r>
        <w:br/>
      </w:r>
      <w:r>
        <w:rPr>
          <w:sz w:val="20"/>
        </w:rPr>
        <w:t>5:30  to us ne likha hai ke history is a little more than a register of crimes.</w:t>
      </w:r>
      <w:r>
        <w:br/>
      </w:r>
      <w:r>
        <w:rPr>
          <w:sz w:val="20"/>
        </w:rPr>
        <w:t>5:43  History crimes ke register se thori si zyada hai. Matlab yeh hai ke zyada tar item to crime ke hain, kuch thode se item aise hain jo achhe kahe ja sakte hain.</w:t>
      </w:r>
      <w:r>
        <w:br/>
      </w:r>
      <w:r>
        <w:rPr>
          <w:sz w:val="20"/>
        </w:rPr>
        <w:t>6:01  yeh hai picture history ki.</w:t>
      </w:r>
      <w:r>
        <w:br/>
      </w:r>
      <w:r>
        <w:rPr>
          <w:sz w:val="20"/>
        </w:rPr>
        <w:t>6:06  isi ki taraf Allah taala ne ishara farmaya ke history aik loss ban gayi hai insaan ke liye.</w:t>
      </w:r>
      <w:r>
        <w:br/>
      </w:r>
      <w:r>
        <w:rPr>
          <w:sz w:val="20"/>
        </w:rPr>
        <w:t>6:18  ab sawal yeh hai ke history loss kyun ban gayi? ab aap ghor kijiye ke yeh insaan jo is dunya mein hai, isi ke saath aur bhi to bohat sari cheezain hain.</w:t>
      </w:r>
      <w:r>
        <w:br/>
      </w:r>
      <w:r>
        <w:rPr>
          <w:sz w:val="20"/>
        </w:rPr>
        <w:t>6:32  misalan material world hai. aap jante hain ke star, planet, galaxy, solar system, mountain, ocean, yeh sara material world hai.</w:t>
      </w:r>
      <w:r>
        <w:br/>
      </w:r>
      <w:r>
        <w:rPr>
          <w:sz w:val="20"/>
        </w:rPr>
        <w:t>6:46  wahan par to loss ka phenomena nahi hai. wahan ek koi nahi kehta ke jo material world hai, woh</w:t>
      </w:r>
      <w:r>
        <w:br/>
      </w:r>
      <w:r>
        <w:rPr>
          <w:sz w:val="20"/>
        </w:rPr>
        <w:t>6:57  sab wahan par loss hi loss hai, sab burai hi burai hai. sare scientist jo microscope aur telescope se study karte hain dunya ka, woh kehte hain ke kainat bohat hi zyada well designed hai, well planned hai,</w:t>
      </w:r>
      <w:r>
        <w:br/>
      </w:r>
      <w:r>
        <w:rPr>
          <w:sz w:val="20"/>
        </w:rPr>
        <w:t>7:19  bohat meaningful hai, kahin bhi is mein koi flaw nahi. to aap ghor kijiye, isi dunya mein insaan hai jis ki tareekh crime ki register bani hui hai.</w:t>
      </w:r>
      <w:r>
        <w:br/>
      </w:r>
      <w:r>
        <w:rPr>
          <w:sz w:val="20"/>
        </w:rPr>
        <w:t>7:35  phir doosri baat dekhen, isi dunya mein animals hain. animal bhi insaan ki tarah nahi hain, bohat zyada un ke haan discipline hai.</w:t>
      </w:r>
      <w:r>
        <w:br/>
      </w:r>
      <w:r>
        <w:rPr>
          <w:sz w:val="20"/>
        </w:rPr>
        <w:t>7:49  yani aap ghor kijiye, insanon ne first world war kiya, second world war kiya. kya aap ne kabhi suna hai ke jungle mein animal ke darmiyan first world war aur second world war hui?</w:t>
      </w:r>
      <w:r>
        <w:br/>
      </w:r>
      <w:r>
        <w:rPr>
          <w:sz w:val="20"/>
        </w:rPr>
        <w:t>8:04  ke insaan ke khayal mein bohat zyada peaceful life hai haiwanat ki. mein kabhi. aap jante hain ke TV mein is mein jungle ki life dikhate hain.</w:t>
      </w:r>
      <w:r>
        <w:br/>
      </w:r>
      <w:r>
        <w:rPr>
          <w:sz w:val="20"/>
        </w:rPr>
        <w:t>8:16  yeh aap sab log jo dekhte hain, yeh woh jante hain ke kitni beauty hoti hai is mein. keede makoore se le kar ke bare bare janwaron tak itna peaceful tareeqe se rehte hain jungle mein.</w:t>
      </w:r>
      <w:r>
        <w:br/>
      </w:r>
      <w:r>
        <w:rPr>
          <w:sz w:val="20"/>
        </w:rPr>
        <w:t>8:33  is ko dekhte rahiye.</w:t>
      </w:r>
      <w:r>
        <w:br/>
      </w:r>
      <w:r>
        <w:rPr>
          <w:sz w:val="20"/>
        </w:rPr>
        <w:t>8:38  to kisi ne sahi kaha ke dunya mein sab kuch beautiful hai, sirf ek cheez beautiful nahi hai, woh insaan hai.</w:t>
      </w:r>
      <w:r>
        <w:br/>
      </w:r>
      <w:r>
        <w:rPr>
          <w:sz w:val="20"/>
        </w:rPr>
        <w:t>8:48  to yeh jo phenomena hai, isi ki taraf Allah taala ne ishara farmaya ke history is a witness that man is in loss.</w:t>
      </w:r>
    </w:p>
    <w:p>
      <w:pPr>
        <w:pStyle w:val="Heading2"/>
      </w:pPr>
      <w:r>
        <w:t>Why Muslims are uniquely negative — the superiority-complex ideology</w:t>
      </w:r>
    </w:p>
    <w:p>
      <w:r>
        <w:rPr>
          <w:color w:val="666666"/>
          <w:sz w:val="18"/>
        </w:rPr>
        <w:t>Rationalization of Evil Feb 15, 2009 · 5m 59s · at 30:14 · https://youtu.be/WbeB4g7sNQ4?t=1814</w:t>
      </w:r>
    </w:p>
    <w:p>
      <w:r>
        <w:rPr>
          <w:i/>
        </w:rPr>
        <w:t>“کیا وجہ ہے کہ صرف مسلمان ہی ایک ایسی قوم ہے جو نیگیٹیو ہے”</w:t>
      </w:r>
    </w:p>
    <w:p>
      <w:r>
        <w:rPr>
          <w:sz w:val="20"/>
        </w:rPr>
        <w:t>30:14  khuda hafiz, hamari team jo hai, abhi kal bari bohat bari khushi hui mujhe. kal char bare journalist aaye the hamare haan</w:t>
      </w:r>
      <w:r>
        <w:br/>
      </w:r>
      <w:r>
        <w:rPr>
          <w:sz w:val="20"/>
        </w:rPr>
        <w:t>30:21  , hamare is is is building mein jo hum ne banayi hai jagah, wahan par yani char bare journalist delhi ke, english english journalist, sab english journalist the, sab ke sab.</w:t>
      </w:r>
      <w:r>
        <w:br/>
      </w:r>
      <w:r>
        <w:rPr>
          <w:sz w:val="20"/>
        </w:rPr>
        <w:t>30:32  to hamari team ke log wahan maujood the, wahan unhon ne question kiye. mujhe bohat hi khushi hui ke aik aik aadmi ne bohat hi positive jawab diya. sirf aik aadmi bahar ke aa gaye the, woh hamari team ke member nahi the, unhon ne negative boli boli.</w:t>
      </w:r>
      <w:r>
        <w:br/>
      </w:r>
      <w:r>
        <w:rPr>
          <w:sz w:val="20"/>
        </w:rPr>
        <w:t>30:48  woh hamari team ke member nahi the, woh</w:t>
      </w:r>
      <w:r>
        <w:br/>
      </w:r>
      <w:r>
        <w:rPr>
          <w:sz w:val="20"/>
        </w:rPr>
        <w:t>30:52  team ke jo member wahan pe the, woh kafi the wahan par maujood. sab ke sab khuda ke phir se positive boli bole, aik bhi negative boli koi nahi bola. to team ke bahar jo dunya hai, sab ke sab negative kyun hain?</w:t>
      </w:r>
      <w:r>
        <w:br/>
      </w:r>
      <w:r>
        <w:rPr>
          <w:sz w:val="20"/>
        </w:rPr>
        <w:t>31:06  kyun negative hain? is liye negative hain ke hum samajhte hain ke dunya mein hamein dominate karna chahiye, hamein rule karna chahiye. rule kar rahe hain doosre log.</w:t>
      </w:r>
      <w:r>
        <w:br/>
      </w:r>
      <w:r>
        <w:rPr>
          <w:sz w:val="20"/>
        </w:rPr>
        <w:t>31:16  jab yeh theory ho to aap ke andar kya aa</w:t>
      </w:r>
      <w:r>
        <w:br/>
      </w:r>
      <w:r>
        <w:rPr>
          <w:sz w:val="20"/>
        </w:rPr>
        <w:t>31:18  ye ga? aap ke andar malice aaye gi, aap ka jalan aaye ga, aap ka revenge aaye ga, aap ka anger aaye ga, ghussa aaye ga, negative thought aaye ga aap ko.</w:t>
      </w:r>
      <w:r>
        <w:br/>
      </w:r>
      <w:r>
        <w:rPr>
          <w:sz w:val="20"/>
        </w:rPr>
        <w:t>31:27  to dunya bhar ke musalman consciously ya unconsciously isi se isi mein jee rahe hain. dunya to hamari hai. Al-seen al-arab lana wal-hind lana wal-kull lana. cheen o arab hamara, hindustan hamara, musalman hamara watan hai, sara jahan hamara.</w:t>
      </w:r>
      <w:r>
        <w:br/>
      </w:r>
      <w:r>
        <w:rPr>
          <w:sz w:val="20"/>
        </w:rPr>
        <w:t>31:44  bilkul absurd baat hai yeh.</w:t>
      </w:r>
      <w:r>
        <w:br/>
      </w:r>
      <w:r>
        <w:rPr>
          <w:sz w:val="20"/>
        </w:rPr>
        <w:t>31:46  yani khuda ko insaan se koi matlab nahi hai, tum hi se matlab hai.</w:t>
      </w:r>
      <w:r>
        <w:br/>
      </w:r>
      <w:r>
        <w:rPr>
          <w:sz w:val="20"/>
        </w:rPr>
        <w:t>31:54  aik hindu ne bohat sahi kaha ke quran mein to hai ke musalman khuda rab-ul-alameen hai aur musalmanon par kya bana rakha hai? rab-ul-musalmeen. aik hindu ne kaha, aik parhe likhe hindu ne ke khuda ne quran mein to likh diya hai ke khuda rab-ul-alameen hai aur musalmanon ne kya bana rakha hai?</w:t>
      </w:r>
      <w:r>
        <w:br/>
      </w:r>
      <w:r>
        <w:rPr>
          <w:sz w:val="20"/>
        </w:rPr>
        <w:t>32:11  khuda rab-ul-musalmeen hai. aur sahi kaha unhon ne, bilkul sahi kaha.</w:t>
      </w:r>
      <w:r>
        <w:br/>
      </w:r>
      <w:r>
        <w:rPr>
          <w:sz w:val="20"/>
        </w:rPr>
        <w:t>32:18  yeh jo theory hai, is se self-believiousness aata hai, is se arrogance aata hai, is se egoism aata hai, is se superiority aati hai.</w:t>
      </w:r>
      <w:r>
        <w:br/>
      </w:r>
      <w:r>
        <w:rPr>
          <w:sz w:val="20"/>
        </w:rPr>
        <w:t>32:27  superiority, superiority aati hai is se ke hum hum hain khalifa, hum right to rule hamein hasil hai.</w:t>
      </w:r>
      <w:r>
        <w:br/>
      </w:r>
      <w:r>
        <w:rPr>
          <w:sz w:val="20"/>
        </w:rPr>
        <w:t>32:41  to jab dekhein ke doosre log dominate kar rahe hain, doosre rule kar rahe hain to zahir hai ke hum ko ghussa aaye ga.</w:t>
      </w:r>
      <w:r>
        <w:br/>
      </w:r>
      <w:r>
        <w:rPr>
          <w:sz w:val="20"/>
        </w:rPr>
        <w:t>32:49  to wohi musalmanon ki wohi jo psychology ban gayi hai ke aap ke ghar pe koi qabza kar le to aap kya karein ge?</w:t>
      </w:r>
      <w:r>
        <w:br/>
      </w:r>
      <w:r>
        <w:rPr>
          <w:sz w:val="20"/>
        </w:rPr>
        <w:t>32:58  balkeh aap gaye hue the kahin, wapas lote to wahan kuch unhon ne qabza kar rakha tha to aap ko ghussa aaye ga, aap revenge lena chahein ge, us ko nikal ke bahar karna chahein ge.</w:t>
      </w:r>
      <w:r>
        <w:br/>
      </w:r>
      <w:r>
        <w:rPr>
          <w:sz w:val="20"/>
        </w:rPr>
        <w:t>33:09  to musalmanon ki tendency ban gayi hai ke jo kuch doosre log, jo kuch hain, woh sab user par hain, user par hain.</w:t>
      </w:r>
      <w:r>
        <w:br/>
      </w:r>
      <w:r>
        <w:rPr>
          <w:sz w:val="20"/>
        </w:rPr>
        <w:t>33:18  yani is se zyada false ideology koi nahi ho sakti hai. khuda ne sare insanon ko paida kiya hai. aap dekhiye, aap quran ko parhiye.</w:t>
      </w:r>
      <w:r>
        <w:br/>
      </w:r>
      <w:r>
        <w:rPr>
          <w:sz w:val="20"/>
        </w:rPr>
        <w:t>33:29  sare quran mein khuda insaan insaan ki boli bolta hai. Ya ayyuhal insaan, ya ayyuhal insaan, ya ayyuhal insaan yani khuda address kar raha hai dunya ko ayyuhal insaan ke bata kar ke tum insaan ho.</w:t>
      </w:r>
      <w:r>
        <w:br/>
      </w:r>
      <w:r>
        <w:rPr>
          <w:sz w:val="20"/>
        </w:rPr>
        <w:t>33:43  is ka matlab kya hai? ke dunya khuda ke nazdeek dar-ul-insaan hai, dar-ul-harb hai, dar-ul-islam hai, dar-ul-harb hai.</w:t>
      </w:r>
      <w:r>
        <w:br/>
      </w:r>
      <w:r>
        <w:rPr>
          <w:sz w:val="20"/>
        </w:rPr>
        <w:t>33:51  yeh sab banaye hue terms hain. yaad rakhiye, yeh jo terms hain, yeh na quran mein hain na hadees mein. yeh baat ko banaye gaye hain.</w:t>
      </w:r>
      <w:r>
        <w:br/>
      </w:r>
      <w:r>
        <w:rPr>
          <w:sz w:val="20"/>
        </w:rPr>
        <w:t>34:01  yeh quran mein dar-ul-harb bhi nahi hai, dar-ul-islam bhi nahi hai, dar-ul-kufar bhi nahi, kuch bhi nahi hai. yeh sab baat ko firqe mein bane hain, bohat baat ko.</w:t>
      </w:r>
      <w:r>
        <w:br/>
      </w:r>
      <w:r>
        <w:rPr>
          <w:sz w:val="20"/>
        </w:rPr>
        <w:t>34:14  to khuda ke nazdeek sari dunya dar-ul-insaan hai. aise hi sab ke sab khuda ke banaye hue hain, khalq ahl-ullah.</w:t>
      </w:r>
      <w:r>
        <w:br/>
      </w:r>
      <w:r>
        <w:rPr>
          <w:sz w:val="20"/>
        </w:rPr>
        <w:t>34:24  lekin musalmanon mein hi aise theory banayi gayi, aise nazariye banaye gaye, aisi ideology develop hui ke hum dunya ke ke khalifa hain, ke hum ruler hain dunya ke,</w:t>
      </w:r>
      <w:r>
        <w:br/>
      </w:r>
      <w:r>
        <w:rPr>
          <w:sz w:val="20"/>
        </w:rPr>
        <w:t>34:35  hamein haq hai ke dunya hum rule karein. is se musalmanon ke andar superiority complex aaya, doosre doosron ko kam samajhne lage.</w:t>
      </w:r>
      <w:r>
        <w:br/>
      </w:r>
      <w:r>
        <w:rPr>
          <w:sz w:val="20"/>
        </w:rPr>
        <w:t>34:43  woh</w:t>
      </w:r>
      <w:r>
        <w:br/>
      </w:r>
      <w:r>
        <w:rPr>
          <w:sz w:val="20"/>
        </w:rPr>
        <w:t>34:47  yeh hamara mission hai ke musalmanon ko is is obsession se nikalein, is false obsession se nikalein. Bilashuba yahi dajali hai.</w:t>
      </w:r>
      <w:r>
        <w:br/>
      </w:r>
      <w:r>
        <w:rPr>
          <w:sz w:val="20"/>
        </w:rPr>
        <w:t>34:59  Pehle zamane mein jo evil tha, woh woh rationalize evil nahi hua karta tha.</w:t>
      </w:r>
      <w:r>
        <w:br/>
      </w:r>
      <w:r>
        <w:rPr>
          <w:sz w:val="20"/>
        </w:rPr>
        <w:t>35:05  Kisi ne is ke andar koi khwahish ubhri, koi is ke andar jazba paida hua, us ne ek burai kar dali. Ab kya hai? Ke ab ab jo hai rationalize evil ka zamana hai, rationalization kar ke evil karna.</w:t>
      </w:r>
      <w:r>
        <w:br/>
      </w:r>
      <w:r>
        <w:rPr>
          <w:sz w:val="20"/>
        </w:rPr>
        <w:t>35:17  Isi ko mein keh raha hoon ke ideologically justified evil ka zamana yeh hai. Toh mujhe yeh do sab se bari evil dikhai dete hain is zamane mein: theory of evolution aur theory of Islamic state.</w:t>
      </w:r>
      <w:r>
        <w:br/>
      </w:r>
      <w:r>
        <w:rPr>
          <w:sz w:val="20"/>
        </w:rPr>
        <w:t>35:32  Koi aadmi kahega ke do ko barabar kar diya aap ne, lekin mein kya karoon? Jab Quran o Hadees mein is ki koi asal maujood na ho toh mein isi ko wohi darja doonga, wohi darja doonga.</w:t>
      </w:r>
      <w:r>
        <w:br/>
      </w:r>
      <w:r>
        <w:rPr>
          <w:sz w:val="20"/>
        </w:rPr>
        <w:t>35:44  Ab is ko theory of evolution jo hai, woh science se prove nahi hoti. Aisi theory of state jo hai, woh bhi Quran o Hadees se prove nahi hoti.</w:t>
      </w:r>
      <w:r>
        <w:br/>
      </w:r>
      <w:r>
        <w:rPr>
          <w:sz w:val="20"/>
        </w:rPr>
        <w:t>35:54  Dono hi ka ek hi muamla hai is muamle mein.</w:t>
      </w:r>
      <w:r>
        <w:br/>
      </w:r>
      <w:r>
        <w:rPr>
          <w:sz w:val="20"/>
        </w:rPr>
        <w:t>36:02  Toh aaj kal aap dekhiye ke itna zyada sari duniya mein terrorism, terrorism, terrorism ka shor macha hua hai aur log trillion, trillion dollar kharch kar rahe hain is ko khatam karne ke liye.</w:t>
      </w:r>
    </w:p>
    <w:p>
      <w:pPr>
        <w:pStyle w:val="Heading2"/>
      </w:pPr>
      <w:r>
        <w:t>History's unanswered question of life's purpose, answered by the Quran</w:t>
      </w:r>
    </w:p>
    <w:p>
      <w:r>
        <w:rPr>
          <w:color w:val="666666"/>
          <w:sz w:val="18"/>
        </w:rPr>
        <w:t>Purpose of Human Life February 12, 2012 Maulana Wahiduddin Khan · 4m 44s · at 0:23 · https://youtu.be/gRupSXuak-w?t=23</w:t>
      </w:r>
    </w:p>
    <w:p>
      <w:r>
        <w:rPr>
          <w:i/>
        </w:rPr>
        <w:t>“Aaj ka topic hai Purpose of Human Life”</w:t>
      </w:r>
    </w:p>
    <w:p>
      <w:r>
        <w:rPr>
          <w:sz w:val="20"/>
        </w:rPr>
        <w:t>0:23  Aaj ka topic hai "purpose of human life". insaan ki zindagi ka maqsad, "purpose of human life".</w:t>
      </w:r>
      <w:r>
        <w:br/>
      </w:r>
      <w:r>
        <w:rPr>
          <w:sz w:val="20"/>
        </w:rPr>
        <w:t>0:39  Dekhein, yeh jo question hai, yeh poori tareekh mein logon par chhaya raha hai.</w:t>
      </w:r>
      <w:r>
        <w:br/>
      </w:r>
      <w:r>
        <w:rPr>
          <w:sz w:val="20"/>
        </w:rPr>
        <w:t>0:51  Tamam philosophers, tamam thinkers, tamam writers, jo novel likhe gaye, jo kahaniyan likhi gayi, har mein direct ya indirect yeh sawal chhaya raha hai.</w:t>
      </w:r>
      <w:r>
        <w:br/>
      </w:r>
      <w:r>
        <w:rPr>
          <w:sz w:val="20"/>
        </w:rPr>
        <w:t>1:10  Shayari mein, kahani mein, har jagah. tamam jo philosophers the, woh sab basically isi aitraaz mein the ki insaan ki zindagi ka purpose kya hai.</w:t>
      </w:r>
      <w:r>
        <w:br/>
      </w:r>
      <w:r>
        <w:rPr>
          <w:sz w:val="20"/>
        </w:rPr>
        <w:t>1:25  Lekin aaj tak, yaani yeh log chahte the ki khuda ke wahi ke baghair maqsad maloom kar len, to aaj tak woh maqsad maloom nahi kar sake.</w:t>
      </w:r>
      <w:r>
        <w:br/>
      </w:r>
      <w:r>
        <w:rPr>
          <w:sz w:val="20"/>
        </w:rPr>
        <w:t>1:40  Ek bohat ajeeb kahani hai, yaani ek Greek philosopher tha, pehle zamane ki baat hai, yaani before Christianity,</w:t>
      </w:r>
      <w:r>
        <w:br/>
      </w:r>
      <w:r>
        <w:rPr>
          <w:sz w:val="20"/>
        </w:rPr>
        <w:t>1:55  to woh isi sawal se dochar tha. to ek din kisi ne dekha us ko ki woh ek peed ke upar baitha hua hai.</w:t>
      </w:r>
      <w:r>
        <w:br/>
      </w:r>
      <w:r>
        <w:rPr>
          <w:sz w:val="20"/>
        </w:rPr>
        <w:t>2:06  to us se poocha ki tum kaun ho jo peed ke upar baithe hue ho?</w:t>
      </w:r>
      <w:r>
        <w:br/>
      </w:r>
      <w:r>
        <w:rPr>
          <w:sz w:val="20"/>
        </w:rPr>
        <w:t>2:11  to us ne kaha, "yahi to main jannewalon ke upar kaun hoon, isi liye main aap ke haan baith gaya hoon."</w:t>
      </w:r>
      <w:r>
        <w:br/>
      </w:r>
      <w:r>
        <w:rPr>
          <w:sz w:val="20"/>
        </w:rPr>
        <w:t>2:20  to gharaaz hai ki saari zindagi, saari tareekh mein insaan is sawal pe dochar raha hai, lekin us ne chaha ki wahi khudaawandi ke baghair is ka jawab pa le, to kabhi is ka jawab koi pa nahi saka.</w:t>
      </w:r>
      <w:r>
        <w:br/>
      </w:r>
      <w:r>
        <w:rPr>
          <w:sz w:val="20"/>
        </w:rPr>
        <w:t>2:39  Main khud isi sawal se dochar hua bachpan hi se ki mujhe kisi aur cheez se koi interest nahi tha</w:t>
      </w:r>
      <w:r>
        <w:br/>
      </w:r>
      <w:r>
        <w:rPr>
          <w:sz w:val="20"/>
        </w:rPr>
        <w:t>2:50  siwaye is ke ki zindagi ka maqsad maloom karoon.</w:t>
      </w:r>
      <w:r>
        <w:br/>
      </w:r>
      <w:r>
        <w:rPr>
          <w:sz w:val="20"/>
        </w:rPr>
        <w:t>2:58  to lambi jahad ke baad mujhe aakhir kar Quran ki is aayat se is ka jawab mila,</w:t>
      </w:r>
      <w:r>
        <w:br/>
      </w:r>
      <w:r>
        <w:rPr>
          <w:sz w:val="20"/>
        </w:rPr>
        <w:t>3:10  woh yeh hai: "afahasibtum innama khalaqnakum wabisan wa annakum ilaina la turjaun."</w:t>
      </w:r>
      <w:r>
        <w:br/>
      </w:r>
      <w:r>
        <w:rPr>
          <w:sz w:val="20"/>
        </w:rPr>
        <w:t>3:21  Is aayat ka lafzi tarjuma to yeh hai ki kya tum ne samjha hai ki hum ne tum ko be maqsad paida kiya hai, "purpose less",</w:t>
      </w:r>
      <w:r>
        <w:br/>
      </w:r>
      <w:r>
        <w:rPr>
          <w:sz w:val="20"/>
        </w:rPr>
        <w:t>3:37  aur tum hamari taraf lotaye nahi jaoge?</w:t>
      </w:r>
      <w:r>
        <w:br/>
      </w:r>
      <w:r>
        <w:rPr>
          <w:sz w:val="20"/>
        </w:rPr>
        <w:t>3:42  Is aayat mein aap kuch aur</w:t>
      </w:r>
      <w:r>
        <w:br/>
      </w:r>
      <w:r>
        <w:rPr>
          <w:sz w:val="20"/>
        </w:rPr>
        <w:t>3:48  lafzon ka izafa kijiye, tab baat clear hoti hai.</w:t>
      </w:r>
      <w:r>
        <w:br/>
      </w:r>
      <w:r>
        <w:rPr>
          <w:sz w:val="20"/>
        </w:rPr>
        <w:t>3:57  Kyunke dekhiye, yeh jo hai tum ko paida kiya, ek insaan ek different type ki makhlooq hai, ek different being hai, jo saari kainat mein se alag hai.</w:t>
      </w:r>
      <w:r>
        <w:br/>
      </w:r>
      <w:r>
        <w:rPr>
          <w:sz w:val="20"/>
        </w:rPr>
        <w:t>4:12  Yeh</w:t>
      </w:r>
      <w:r>
        <w:br/>
      </w:r>
      <w:r>
        <w:rPr>
          <w:sz w:val="20"/>
        </w:rPr>
        <w:t>4:13  to ayat ka matlab yeh hai ke insaan ko Allah taala ne ek different makhlooq, ek different being ki taur par paida kiya hai. to zaroori hai ke iska ek different role ho,</w:t>
      </w:r>
      <w:r>
        <w:br/>
      </w:r>
      <w:r>
        <w:rPr>
          <w:sz w:val="20"/>
        </w:rPr>
        <w:t>4:29  iska ek different purpose ho, aur phir iska ek different end ho. yeh is mein chhupa hua hai.</w:t>
      </w:r>
      <w:r>
        <w:br/>
      </w:r>
      <w:r>
        <w:rPr>
          <w:sz w:val="20"/>
        </w:rPr>
        <w:t>4:38  aisa na manna, goya ke Khuda ke creation ko ek abas, ek bekar cheez qarar dena hai, jo usko jo ho nahi sakta.</w:t>
      </w:r>
      <w:r>
        <w:br/>
      </w:r>
      <w:r>
        <w:rPr>
          <w:sz w:val="20"/>
        </w:rPr>
        <w:t>4:55  to yahi woh topic hai jis ko aaj main discuss karna chahta hoon,</w:t>
      </w:r>
      <w:r>
        <w:br/>
      </w:r>
      <w:r>
        <w:rPr>
          <w:sz w:val="20"/>
        </w:rPr>
        <w:t>5:02  aur main is ka aaghaz karunga khud apni zindagi se.</w:t>
      </w:r>
    </w:p>
    <w:p>
      <w:pPr>
        <w:pStyle w:val="Heading2"/>
      </w:pPr>
      <w:r>
        <w:t>Quran was revealed gradually, preserved, needs background to understand</w:t>
      </w:r>
    </w:p>
    <w:p>
      <w:r>
        <w:rPr>
          <w:color w:val="666666"/>
          <w:sz w:val="18"/>
        </w:rPr>
        <w:t>The Message of The Quran (English) July 4, 2009 · 4m 41s · at 2:44 · https://youtu.be/1DoXQna1vuY?t=164</w:t>
      </w:r>
    </w:p>
    <w:p>
      <w:r>
        <w:rPr>
          <w:i/>
        </w:rPr>
        <w:t>“Quran was revealed paradoxically, because it's a book of mission”</w:t>
      </w:r>
    </w:p>
    <w:p>
      <w:r>
        <w:rPr>
          <w:sz w:val="20"/>
        </w:rPr>
        <w:t>2:44  it was revealed paradically. why? because quran is a book of mission.</w:t>
      </w:r>
      <w:r>
        <w:br/>
      </w:r>
      <w:r>
        <w:rPr>
          <w:sz w:val="20"/>
        </w:rPr>
        <w:t>2:54  prophet muhammad sallallahu alaihi wasallam was a man of mission</w:t>
      </w:r>
      <w:r>
        <w:br/>
      </w:r>
      <w:r>
        <w:rPr>
          <w:sz w:val="20"/>
        </w:rPr>
        <w:t>3:00  . he started a mission in mecca and in arabia.</w:t>
      </w:r>
      <w:r>
        <w:br/>
      </w:r>
      <w:r>
        <w:rPr>
          <w:sz w:val="20"/>
        </w:rPr>
        <w:t>3:09  so during this period, quran was revealed according to the situation. it was not like a book that you see in the shelf of library,</w:t>
      </w:r>
      <w:r>
        <w:br/>
      </w:r>
      <w:r>
        <w:rPr>
          <w:sz w:val="20"/>
        </w:rPr>
        <w:t>3:27  no.</w:t>
      </w:r>
      <w:r>
        <w:br/>
      </w:r>
      <w:r>
        <w:rPr>
          <w:sz w:val="20"/>
        </w:rPr>
        <w:t>3:30  quran was revealed for purpose too. that purpose was to bring about revolution, religious revolution, spiritual revolution.</w:t>
      </w:r>
      <w:r>
        <w:br/>
      </w:r>
      <w:r>
        <w:rPr>
          <w:sz w:val="20"/>
        </w:rPr>
        <w:t>3:44  so</w:t>
      </w:r>
      <w:r>
        <w:br/>
      </w:r>
      <w:r>
        <w:rPr>
          <w:sz w:val="20"/>
        </w:rPr>
        <w:t>3:47  the guide was god himself</w:t>
      </w:r>
      <w:r>
        <w:br/>
      </w:r>
      <w:r>
        <w:rPr>
          <w:sz w:val="20"/>
        </w:rPr>
        <w:t>3:51  . so god always send required portion of the quran to muhammad sallallahu alaihi wasallam according to the situation.</w:t>
      </w:r>
      <w:r>
        <w:br/>
      </w:r>
      <w:r>
        <w:rPr>
          <w:sz w:val="20"/>
        </w:rPr>
        <w:t>4:04  this is the</w:t>
      </w:r>
      <w:r>
        <w:br/>
      </w:r>
      <w:r>
        <w:rPr>
          <w:sz w:val="20"/>
        </w:rPr>
        <w:t>4:08  simple introduction of the quran. then quran is a unique book among all the ancient books.</w:t>
      </w:r>
      <w:r>
        <w:br/>
      </w:r>
      <w:r>
        <w:rPr>
          <w:sz w:val="20"/>
        </w:rPr>
        <w:t>4:20  it is a historical fact accepted by all the historians.</w:t>
      </w:r>
      <w:r>
        <w:br/>
      </w:r>
      <w:r>
        <w:rPr>
          <w:sz w:val="20"/>
        </w:rPr>
        <w:t>4:28  Quran is preserved in according to Quran is a preserved book until this, till this date.</w:t>
      </w:r>
      <w:r>
        <w:br/>
      </w:r>
      <w:r>
        <w:rPr>
          <w:sz w:val="20"/>
        </w:rPr>
        <w:t>4:40  its text is preserved in its original language, that is arabic language.</w:t>
      </w:r>
      <w:r>
        <w:br/>
      </w:r>
      <w:r>
        <w:rPr>
          <w:sz w:val="20"/>
        </w:rPr>
        <w:t>4:51  so it is a, although it was revealed in the first quarter of seven century, but it is preserved.</w:t>
      </w:r>
      <w:r>
        <w:br/>
      </w:r>
      <w:r>
        <w:rPr>
          <w:sz w:val="20"/>
        </w:rPr>
        <w:t>5:02  its text was preserved completely. then the language of the quran, that is arabic, is an alive language.</w:t>
      </w:r>
      <w:r>
        <w:br/>
      </w:r>
      <w:r>
        <w:rPr>
          <w:sz w:val="20"/>
        </w:rPr>
        <w:t>5:20  it is also a very unique phenomena of the quran, that its language is not a dead language, just but it is, its language is a,</w:t>
      </w:r>
      <w:r>
        <w:br/>
      </w:r>
      <w:r>
        <w:rPr>
          <w:sz w:val="20"/>
        </w:rPr>
        <w:t>5:36  is a living language.</w:t>
      </w:r>
      <w:r>
        <w:br/>
      </w:r>
      <w:r>
        <w:rPr>
          <w:sz w:val="20"/>
        </w:rPr>
        <w:t>5:41  then</w:t>
      </w:r>
      <w:r>
        <w:br/>
      </w:r>
      <w:r>
        <w:rPr>
          <w:sz w:val="20"/>
        </w:rPr>
        <w:t>5:44  so this means that all the verses of quran were revealed according to the situation.</w:t>
      </w:r>
      <w:r>
        <w:br/>
      </w:r>
      <w:r>
        <w:rPr>
          <w:sz w:val="20"/>
        </w:rPr>
        <w:t>5:53  so you have to know that situation, otherwise you fail to understand the message of the quran. it is called in our arabic tafsir shan-e-nazool or asbab-e-nazool</w:t>
      </w:r>
      <w:r>
        <w:br/>
      </w:r>
      <w:r>
        <w:rPr>
          <w:sz w:val="20"/>
        </w:rPr>
        <w:t>6:08  , that is background of the revelation. so if you want to know the real meaning of the quran, you have to know the background or asbab-e-nazool.</w:t>
      </w:r>
      <w:r>
        <w:br/>
      </w:r>
      <w:r>
        <w:rPr>
          <w:sz w:val="20"/>
        </w:rPr>
        <w:t>6:21  without this, you can't understand the quran, because quran is not just like other books. i go, i will go your example.</w:t>
      </w:r>
      <w:r>
        <w:br/>
      </w:r>
      <w:r>
        <w:rPr>
          <w:sz w:val="20"/>
        </w:rPr>
        <w:t>6:32  if you,</w:t>
      </w:r>
      <w:r>
        <w:br/>
      </w:r>
      <w:r>
        <w:rPr>
          <w:sz w:val="20"/>
        </w:rPr>
        <w:t>6:34  if you take a copy of the quran and start reading, you will find a verse qataluhum.</w:t>
      </w:r>
      <w:r>
        <w:br/>
      </w:r>
      <w:r>
        <w:rPr>
          <w:sz w:val="20"/>
        </w:rPr>
        <w:t>6:45  qataluhum, it means fight, fight with them. so you, you may, you may think that quran is a book of war, book of violence, but it is not</w:t>
      </w:r>
      <w:r>
        <w:br/>
      </w:r>
      <w:r>
        <w:rPr>
          <w:sz w:val="20"/>
        </w:rPr>
        <w:t>7:00  t. this verse was revealed time of war, time of war. it was not revealed in a normal situation.</w:t>
      </w:r>
      <w:r>
        <w:br/>
      </w:r>
      <w:r>
        <w:rPr>
          <w:sz w:val="20"/>
        </w:rPr>
        <w:t>7:14  so all the verses of the quran have some background. without knowing this background, you can't understand the message of the quran.</w:t>
      </w:r>
    </w:p>
    <w:p>
      <w:pPr>
        <w:pStyle w:val="Heading2"/>
      </w:pPr>
      <w:r>
        <w:t>From belief to the day of no help</w:t>
      </w:r>
    </w:p>
    <w:p>
      <w:r>
        <w:rPr>
          <w:color w:val="666666"/>
          <w:sz w:val="18"/>
        </w:rPr>
        <w:t>The Judgement Day · 4m 12s · at 1:06 · https://youtu.be/sspJB8iuem4?t=66</w:t>
      </w:r>
    </w:p>
    <w:p>
      <w:r>
        <w:rPr>
          <w:i/>
        </w:rPr>
        <w:t>“Belief in the Day of Judgment is a fundamental article of faith”</w:t>
      </w:r>
    </w:p>
    <w:p>
      <w:r>
        <w:rPr>
          <w:sz w:val="20"/>
        </w:rPr>
        <w:t>1:06  belief in the day of judgment is a fundamental article of faith in islam. it is also referred to in the quran as the hour day of the account, day of the gathering, day of the reckoning, day of distress, and great announcement.</w:t>
      </w:r>
      <w:r>
        <w:br/>
      </w:r>
      <w:r>
        <w:rPr>
          <w:sz w:val="20"/>
        </w:rPr>
        <w:t>1:24  the islamic concept of the judgment day tells us that the world as we know it will come</w:t>
      </w:r>
      <w:r>
        <w:br/>
      </w:r>
      <w:r>
        <w:rPr>
          <w:sz w:val="20"/>
        </w:rPr>
        <w:t>1:30  to an end one day.</w:t>
      </w:r>
      <w:r>
        <w:br/>
      </w:r>
      <w:r>
        <w:rPr>
          <w:sz w:val="20"/>
        </w:rPr>
        <w:t>1:32  this is the dooms day, or the judgment day.</w:t>
      </w:r>
      <w:r>
        <w:br/>
      </w:r>
      <w:r>
        <w:rPr>
          <w:sz w:val="20"/>
        </w:rPr>
        <w:t>1:35  on dooms day, god will unravel all veils.</w:t>
      </w:r>
      <w:r>
        <w:br/>
      </w:r>
      <w:r>
        <w:rPr>
          <w:sz w:val="20"/>
        </w:rPr>
        <w:t>1:39  all things that were hidden and unseen from you will appear as clear as daylight.</w:t>
      </w:r>
      <w:r>
        <w:br/>
      </w:r>
      <w:r>
        <w:rPr>
          <w:sz w:val="20"/>
        </w:rPr>
        <w:t>1:45  this will be the day of judgment, when no action done in the world will remain hidden.</w:t>
      </w:r>
      <w:r>
        <w:br/>
      </w:r>
      <w:r>
        <w:rPr>
          <w:sz w:val="20"/>
        </w:rPr>
        <w:t>1:51  even a tiny good deed, or bad deed</w:t>
      </w:r>
      <w:r>
        <w:br/>
      </w:r>
      <w:r>
        <w:rPr>
          <w:sz w:val="20"/>
        </w:rPr>
        <w:t>1:55  done in the world, will appear as plain as daylight. on this day, all virtuous human beings will be rewarded for their good deeds, whatsoever they may have been, and all corrupt and depraved people will be doomed for their bad deeds, whatsoever they may have been.</w:t>
      </w:r>
      <w:r>
        <w:br/>
      </w:r>
      <w:r>
        <w:rPr>
          <w:sz w:val="20"/>
        </w:rPr>
        <w:t>2:14  referring to dooms day, or the last day, the quran says, "when the earth is shaken with its</w:t>
      </w:r>
      <w:r>
        <w:br/>
      </w:r>
      <w:r>
        <w:rPr>
          <w:sz w:val="20"/>
        </w:rPr>
        <w:t>2:20  violent shaking, when the earth shakes off her burdens, when man asks, 'what's happening to her?'</w:t>
      </w:r>
      <w:r>
        <w:br/>
      </w:r>
      <w:r>
        <w:rPr>
          <w:sz w:val="20"/>
        </w:rPr>
        <w:t>2:27  on that day, it will narrate its account, 'for your lord has so directed it.'</w:t>
      </w:r>
      <w:r>
        <w:br/>
      </w:r>
      <w:r>
        <w:rPr>
          <w:sz w:val="20"/>
        </w:rPr>
        <w:t>2:32  on that day, people will come forward in separate groups to be shown their deeds.</w:t>
      </w:r>
      <w:r>
        <w:br/>
      </w:r>
      <w:r>
        <w:rPr>
          <w:sz w:val="20"/>
        </w:rPr>
        <w:t>2:37  whoever has done the smallest particle of good will see it, while whoever has done the smallest particle</w:t>
      </w:r>
      <w:r>
        <w:br/>
      </w:r>
      <w:r>
        <w:rPr>
          <w:sz w:val="20"/>
        </w:rPr>
        <w:t>2:44  of evil</w:t>
      </w:r>
      <w:r>
        <w:br/>
      </w:r>
      <w:r>
        <w:rPr>
          <w:sz w:val="20"/>
        </w:rPr>
        <w:t>2:45  will see it." chapter 99, verses 1 to 8. when the earthquake of dooms day strikes, it will be a proclamation of the termination of the period of trial. this will mean that the freedom, which people had been allotted for the purpose of them being tested, has been taken away from them. then the time will have come for people to receive their just deserts.</w:t>
      </w:r>
      <w:r>
        <w:br/>
      </w:r>
      <w:r>
        <w:rPr>
          <w:sz w:val="20"/>
        </w:rPr>
        <w:t>3:10  people eat, drink, and make merry in this world.</w:t>
      </w:r>
      <w:r>
        <w:br/>
      </w:r>
      <w:r>
        <w:rPr>
          <w:sz w:val="20"/>
        </w:rPr>
        <w:t>3:14  they establish themselves in comfortable homes.</w:t>
      </w:r>
      <w:r>
        <w:br/>
      </w:r>
      <w:r>
        <w:rPr>
          <w:sz w:val="20"/>
        </w:rPr>
        <w:t>3:17  they seek to win promotion and life.</w:t>
      </w:r>
      <w:r>
        <w:br/>
      </w:r>
      <w:r>
        <w:rPr>
          <w:sz w:val="20"/>
        </w:rPr>
        <w:t>3:19  they believe or reject matters at will.</w:t>
      </w:r>
      <w:r>
        <w:br/>
      </w:r>
      <w:r>
        <w:rPr>
          <w:sz w:val="20"/>
        </w:rPr>
        <w:t>3:22  they are free to do and say what they like.</w:t>
      </w:r>
      <w:r>
        <w:br/>
      </w:r>
      <w:r>
        <w:rPr>
          <w:sz w:val="20"/>
        </w:rPr>
        <w:t>3:25  they strive to excel in whatever department of life they choose.</w:t>
      </w:r>
      <w:r>
        <w:br/>
      </w:r>
      <w:r>
        <w:rPr>
          <w:sz w:val="20"/>
        </w:rPr>
        <w:t>3:29  man has been deluded by his worldly position.</w:t>
      </w:r>
      <w:r>
        <w:br/>
      </w:r>
      <w:r>
        <w:rPr>
          <w:sz w:val="20"/>
        </w:rPr>
        <w:t>3:33  he thinks that what he owns in this world will always be his.</w:t>
      </w:r>
      <w:r>
        <w:br/>
      </w:r>
      <w:r>
        <w:rPr>
          <w:sz w:val="20"/>
        </w:rPr>
        <w:t>3:37  he forgets that he is being put to the test.</w:t>
      </w:r>
      <w:r>
        <w:br/>
      </w:r>
      <w:r>
        <w:rPr>
          <w:sz w:val="20"/>
        </w:rPr>
        <w:t>3:40  everything</w:t>
      </w:r>
      <w:r>
        <w:br/>
      </w:r>
      <w:r>
        <w:rPr>
          <w:sz w:val="20"/>
        </w:rPr>
        <w:t>3:41  he possesses and every power, which he wields in this ephemeral world, are mere tools to test him. nothing that he has will last. everything will be taken away from him. he will be stripped of even the most basic of the worldly amenities he used to enjoy. he will be brought before the lord of the universe to be judged.</w:t>
      </w:r>
      <w:r>
        <w:br/>
      </w:r>
      <w:r>
        <w:rPr>
          <w:sz w:val="20"/>
        </w:rPr>
        <w:t>4:04  all disparity between human beings will disappear on the day of judgment.</w:t>
      </w:r>
      <w:r>
        <w:br/>
      </w:r>
      <w:r>
        <w:rPr>
          <w:sz w:val="20"/>
        </w:rPr>
        <w:t>4:09  fear of god will seal everybody's tongue.</w:t>
      </w:r>
      <w:r>
        <w:br/>
      </w:r>
      <w:r>
        <w:rPr>
          <w:sz w:val="20"/>
        </w:rPr>
        <w:t>4:12  injustice will benefit no one.</w:t>
      </w:r>
      <w:r>
        <w:br/>
      </w:r>
      <w:r>
        <w:rPr>
          <w:sz w:val="20"/>
        </w:rPr>
        <w:t>4:15  truth will be inescapable.</w:t>
      </w:r>
      <w:r>
        <w:br/>
      </w:r>
      <w:r>
        <w:rPr>
          <w:sz w:val="20"/>
        </w:rPr>
        <w:t>4:17  man will stand alone.</w:t>
      </w:r>
      <w:r>
        <w:br/>
      </w:r>
      <w:r>
        <w:rPr>
          <w:sz w:val="20"/>
        </w:rPr>
        <w:t>4:19  he will be answerable for his actions to God.</w:t>
      </w:r>
      <w:r>
        <w:br/>
      </w:r>
      <w:r>
        <w:rPr>
          <w:sz w:val="20"/>
        </w:rPr>
        <w:t>4:22  referring to the concept of accountability, the Quran says, "when the sky is cleft asunder, and when</w:t>
      </w:r>
      <w:r>
        <w:br/>
      </w:r>
      <w:r>
        <w:rPr>
          <w:sz w:val="20"/>
        </w:rPr>
        <w:t>4:29  the stars are scattered, when the seas overflow, and when the graves are laid open, then</w:t>
      </w:r>
      <w:r>
        <w:br/>
      </w:r>
      <w:r>
        <w:rPr>
          <w:sz w:val="20"/>
        </w:rPr>
        <w:t>4:35  everyone will know what he has sent ahead and what he has left behind." o man, what is it that lures you away from your bountiful sustainer, who created you, fashioned you, and proportioned you in whatever form he</w:t>
      </w:r>
      <w:r>
        <w:br/>
      </w:r>
      <w:r>
        <w:rPr>
          <w:sz w:val="20"/>
        </w:rPr>
        <w:t>4:51  pleased? yet you deny the last judgment. surely, there are guardians watching over you, noble recorders, who know all that you do. the virtuous will dwell in bliss, whereas the wicked will be in hell, which they shall enter on the day of judgment, and from which they will find no escape. what will make you realize what the day of judgment will be?</w:t>
      </w:r>
      <w:r>
        <w:br/>
      </w:r>
      <w:r>
        <w:rPr>
          <w:sz w:val="20"/>
        </w:rPr>
        <w:t>5:15  ? it will be a day when no human being shall be of the least avail to any other human being. god alone will hold command on that day. chapter 82, verses 1 to 19. given the gravity of this certain catastrophe, it is ironic that people are most forgetful of the judgment day. people fail to realize that their own inadequacies should be their prime concern, not those of others. the only time they feel concern</w:t>
      </w:r>
    </w:p>
    <w:p>
      <w:pPr>
        <w:pStyle w:val="Heading2"/>
      </w:pPr>
      <w:r>
        <w:t>Ancestor-worship, not Islam, is what rebellious youth reject</w:t>
      </w:r>
    </w:p>
    <w:p>
      <w:r>
        <w:rPr>
          <w:color w:val="666666"/>
          <w:sz w:val="18"/>
        </w:rPr>
        <w:t>Izhar-e-Deen January 5, 2007 Maulana Wahiduddin Khan · 5m 54s · at 19:00 · https://youtu.be/k7A-QmCYPhM?t=1140</w:t>
      </w:r>
    </w:p>
    <w:p>
      <w:r>
        <w:rPr>
          <w:i/>
        </w:rPr>
        <w:t>“Quran padhiye — har nabi ko yehi jawab mila: baap dada ka deen nahi chorenge”</w:t>
      </w:r>
    </w:p>
    <w:p>
      <w:r>
        <w:rPr>
          <w:sz w:val="20"/>
        </w:rPr>
        <w:t>19:00  dekhiye, pehle zamane mein</w:t>
      </w:r>
      <w:r>
        <w:br/>
      </w:r>
      <w:r>
        <w:rPr>
          <w:sz w:val="20"/>
        </w:rPr>
        <w:t>19:07  aap quran ko padhiye, saare nabiyon ko jo jis ko unhon ne refuse kiya, nahin maana, ek hi reason hota tha, ma wajadna alaihi abana ke hum ne apne baap dada ko jis religion par paya hai, us ko hum chhod den, tumhare liye hai.</w:t>
      </w:r>
      <w:r>
        <w:br/>
      </w:r>
      <w:r>
        <w:rPr>
          <w:sz w:val="20"/>
        </w:rPr>
        <w:t>19:30  poori hazaron saal ki history mein log baap dada ke deen par chalte rahe, yaani religion religion of ancestors, ancestral religion.</w:t>
      </w:r>
      <w:r>
        <w:br/>
      </w:r>
      <w:r>
        <w:rPr>
          <w:sz w:val="20"/>
        </w:rPr>
        <w:t>19:43  isi ka jo extremist form tha ke ancestral ancestral worship, yaani ancestors ko apne baap dada ko pujne lage, kuch log inhi ko khuda samajh liya aur doosre log the baap dada ke mazhab ko lete rahe,</w:t>
      </w:r>
      <w:r>
        <w:br/>
      </w:r>
      <w:r>
        <w:rPr>
          <w:sz w:val="20"/>
        </w:rPr>
        <w:t>20:03  generation of the generation.</w:t>
      </w:r>
      <w:r>
        <w:br/>
      </w:r>
      <w:r>
        <w:rPr>
          <w:sz w:val="20"/>
        </w:rPr>
        <w:t>20:05  to baap dada jo mazhab liye hue the, usi mazhab ko maante rehna aur kisi prophet ki baat un ki samajh mein nahin aati thi.</w:t>
      </w:r>
      <w:r>
        <w:br/>
      </w:r>
      <w:r>
        <w:rPr>
          <w:sz w:val="20"/>
        </w:rPr>
        <w:t>20:15  sab se yahi saare prophet ko yahi sunna pada ke tumhari wajah se kya hum baap dada ke mazhab ko maan len? dekhiye, main arz karoon ke rasool Allah sallallahu alaihi wasallam ke chacha the, abu talib,</w:t>
      </w:r>
      <w:r>
        <w:br/>
      </w:r>
      <w:r>
        <w:rPr>
          <w:sz w:val="20"/>
        </w:rPr>
        <w:t>20:31  un ka naam tha,</w:t>
      </w:r>
      <w:r>
        <w:br/>
      </w:r>
      <w:r>
        <w:rPr>
          <w:sz w:val="20"/>
        </w:rPr>
        <w:t>20:34  woh islam nahin qabool kiya unhon ne. to jab un ke, yaani bimar hue, marne ka time aaya to aap un ke paas gaye aur kaha ke chacha, aap kalma padh dijiye taake khuda ke haan mein witness ban sakoon ke mere chacha ne kalma padha tha.</w:t>
      </w:r>
      <w:r>
        <w:br/>
      </w:r>
      <w:r>
        <w:rPr>
          <w:sz w:val="20"/>
        </w:rPr>
        <w:t>20:56  jab wahan ke log, jo the, abu jahal wagera, jo jo leader the wahan ke makkah ke, un ko pata chala kyunke inhi ke group ke the, yeh yaani matlab shirk par the, woh to woh daud kar aaye rokne ke liye.</w:t>
      </w:r>
      <w:r>
        <w:br/>
      </w:r>
      <w:r>
        <w:rPr>
          <w:sz w:val="20"/>
        </w:rPr>
        <w:t>21:15  unhon ne kaha ke abu talib, kya tum apne baap dada ke deen ko chhod doge?</w:t>
      </w:r>
      <w:r>
        <w:br/>
      </w:r>
      <w:r>
        <w:rPr>
          <w:sz w:val="20"/>
        </w:rPr>
        <w:t>21:25  kya tum apne baap dada ke deen ko chhod doge? yeh un ko jo hai kaha, ghairat dilai. to chunancha kitab mein aata hai ke aakhir mein woh keh kar mare ke amoot ala millat abdul muttalib,</w:t>
      </w:r>
      <w:r>
        <w:br/>
      </w:r>
      <w:r>
        <w:rPr>
          <w:sz w:val="20"/>
        </w:rPr>
        <w:t>21:40  main apne dada abdul muttalib ke deen par marta hoon. un ke dada mushrik the,</w:t>
      </w:r>
      <w:r>
        <w:br/>
      </w:r>
      <w:r>
        <w:rPr>
          <w:sz w:val="20"/>
        </w:rPr>
        <w:t>21:47  itna zabardast mind par dabdaba hota tha, itne option mein rehte the log baap dada ke mazhab par ke saari duniya isi isi ko sachcha samajhti thi jis ka baap dada jis ko sachcha samajhte rahe honge.</w:t>
      </w:r>
      <w:r>
        <w:br/>
      </w:r>
      <w:r>
        <w:rPr>
          <w:sz w:val="20"/>
        </w:rPr>
        <w:t>22:04  yeh poori history mein yeh raha hai ke paighambaron ko sab se zyada jo rukawat padi woh yeh hai ke baap dada ke mazhab ka itna obsession tha ke us se hatna unhein samajh mein nahin aata ke kaise hat kar prophet ki baat maan len.</w:t>
      </w:r>
      <w:r>
        <w:br/>
      </w:r>
      <w:r>
        <w:rPr>
          <w:sz w:val="20"/>
        </w:rPr>
        <w:t>22:20  yeh aaj yeh cheez khatm ho chuki hai. jis cheez ko log kehte hain generation ka revolt, bachchon ke revolt, woh kya hai? abba parasti ka khatma, ancestral worship ka khatma.</w:t>
      </w:r>
      <w:r>
        <w:br/>
      </w:r>
      <w:r>
        <w:rPr>
          <w:sz w:val="20"/>
        </w:rPr>
        <w:t>22:33  woh hum ne wrong naam, yeh wrong nomenclature kar rakha hai, is ka galat naam de rakha</w:t>
      </w:r>
      <w:r>
        <w:br/>
      </w:r>
      <w:r>
        <w:rPr>
          <w:sz w:val="20"/>
        </w:rPr>
        <w:t>22:38  hai ke yeh to baghi ho gaye hain. baghi nahin hain, woh khuda ke deen ke baghi nahin hain, woh is is principle ke baghi ho gaye ke jo jo baap dada ka deen tha, wahi deen hai, wahi sachcha hai.</w:t>
      </w:r>
      <w:r>
        <w:br/>
      </w:r>
      <w:r>
        <w:rPr>
          <w:sz w:val="20"/>
        </w:rPr>
        <w:t>22:50  kaha nahin,</w:t>
      </w:r>
      <w:r>
        <w:br/>
      </w:r>
      <w:r>
        <w:rPr>
          <w:sz w:val="20"/>
        </w:rPr>
        <w:t>22:54  main ne ek kitab padhi, is ka naam tha, is ka title tha, moti si kitab thi, age of reason. age of reason, yeh age of reason hai.</w:t>
      </w:r>
      <w:r>
        <w:br/>
      </w:r>
      <w:r>
        <w:rPr>
          <w:sz w:val="20"/>
        </w:rPr>
        <w:t>23:04  aaj ka insaan har cheez ko reason par toalta hai, toothpaste bhi woh reason par toalta hai ke toothpaste jo hai, woh reason par agar hota ho, lega nahin to nahin.</w:t>
      </w:r>
      <w:r>
        <w:br/>
      </w:r>
      <w:r>
        <w:rPr>
          <w:sz w:val="20"/>
        </w:rPr>
        <w:t>23:16  to yeh jis cheez ko hum chal rahe hain, raddah, irtidad, baghavat, blasphemy, woh kis cheez se hai? woh islam se nahin hai, sachchai se nahin hai, quran se nahin hai, woh hai is is mazhab se jo mazhab chala aa raha tha, us se hai.</w:t>
      </w:r>
      <w:r>
        <w:br/>
      </w:r>
      <w:r>
        <w:rPr>
          <w:sz w:val="20"/>
        </w:rPr>
        <w:t>23:35  badqismati se hum ne samajh liya ke islam se hai. jaise akbar ilahabadi ne kaha tha ke hum aisi kal kitaben qabil zabti samajhte hain ke jin ko padh ke ladke baap ko khabti samajhte hain.</w:t>
      </w:r>
      <w:r>
        <w:br/>
      </w:r>
      <w:r>
        <w:rPr>
          <w:sz w:val="20"/>
        </w:rPr>
        <w:t>23:52  to woh samajhte hain ke baap, yaani muslim baap ki baat jo hai, un ko khabti lag rahi hai. main samajhta hoon ke galat tha un ka khayal.</w:t>
      </w:r>
      <w:r>
        <w:br/>
      </w:r>
      <w:r>
        <w:rPr>
          <w:sz w:val="20"/>
        </w:rPr>
        <w:t>24:02  yeh abba parasti ko khabti samajhte the woh, kyunke abba parasti jo tha, jo abai mazhab tha, ancestral mazhab jo tha, woh reason par utarta nahin tha, poora reason par woh stand nahin karta tha.</w:t>
      </w:r>
      <w:r>
        <w:br/>
      </w:r>
      <w:r>
        <w:rPr>
          <w:sz w:val="20"/>
        </w:rPr>
        <w:t>24:16  woh jise iqbal ne kaha ke hum hum samajhte thay ke laye gi faraghat taleem, kya khabar thi ke chalaye ga ilhad bhi sath.</w:t>
      </w:r>
      <w:r>
        <w:br/>
      </w:r>
      <w:r>
        <w:rPr>
          <w:sz w:val="20"/>
        </w:rPr>
        <w:t>24:28  yeh bhi bohat hi ghalat baat hai.</w:t>
      </w:r>
      <w:r>
        <w:br/>
      </w:r>
      <w:r>
        <w:rPr>
          <w:sz w:val="20"/>
        </w:rPr>
        <w:t>24:30  jo cheez sath aayi, woh ilhad nahi thi, woh woh inkar tha aise mazhab se jo reason reason based na ho. woh inkar islam se nahi tha, woh islam divine truth se nahi tha, woh us woh inkar khuda quran se nahi tha.</w:t>
      </w:r>
      <w:r>
        <w:br/>
      </w:r>
      <w:r>
        <w:rPr>
          <w:sz w:val="20"/>
        </w:rPr>
        <w:t>24:45  woh us mazhab se tha, woh jo mazhab reason based na ho, jis ke peeche logic na ho, jo aql ko samajh mein na aaye, us se tha.</w:t>
      </w:r>
    </w:p>
    <w:p>
      <w:pPr>
        <w:pStyle w:val="Heading2"/>
      </w:pPr>
      <w:r>
        <w:t>Everything ready, angels welcome, preacher story</w:t>
      </w:r>
    </w:p>
    <w:p>
      <w:r>
        <w:rPr>
          <w:color w:val="666666"/>
          <w:sz w:val="18"/>
        </w:rPr>
        <w:t>God's Management of History 23 Feb 2020 - Maulana Wahiduddin Khan · 5m 00s · at 19:46 · https://youtu.be/NeNadnD-0KE?t=1186</w:t>
      </w:r>
    </w:p>
    <w:p>
      <w:r>
        <w:rPr>
          <w:i/>
        </w:rPr>
        <w:t>“اب تو سب کچھ ہو چکا ہے، اب آپ کو صرف اٹھنا ہے”</w:t>
      </w:r>
    </w:p>
    <w:p>
      <w:r>
        <w:rPr>
          <w:sz w:val="20"/>
        </w:rPr>
        <w:t>19:46  yahan tak pohncha diya. yani historical process yahan tak pohncha. ab kya hai? ab to sab kuch ho chuka hai.</w:t>
      </w:r>
      <w:r>
        <w:br/>
      </w:r>
      <w:r>
        <w:rPr>
          <w:sz w:val="20"/>
        </w:rPr>
        <w:t>19:57  ab aap ko sirf uthna hai.</w:t>
      </w:r>
      <w:r>
        <w:br/>
      </w:r>
      <w:r>
        <w:rPr>
          <w:sz w:val="20"/>
        </w:rPr>
        <w:t>20:02  sirf uthna hai. Allah taala ne industrial age mein paida kiya. Industrial age paida kiya aur is mein computer age laya.</w:t>
      </w:r>
      <w:r>
        <w:br/>
      </w:r>
      <w:r>
        <w:rPr>
          <w:sz w:val="20"/>
        </w:rPr>
        <w:t>20:13  Allah taala ne le aaye. Computer age jo hai final age hai. Computer age jo hai is process ka final</w:t>
      </w:r>
      <w:r>
        <w:br/>
      </w:r>
      <w:r>
        <w:rPr>
          <w:sz w:val="20"/>
        </w:rPr>
        <w:t>20:25  conversion hai. Ab sab kuch tayyar ho chuka hai. Bas aap uthiye aur aur apni jo paisa aap kharch karte hain apne bachon par, jo ghar walon par, is ko Quran ke liye kharch kijiye.</w:t>
      </w:r>
      <w:r>
        <w:br/>
      </w:r>
      <w:r>
        <w:rPr>
          <w:sz w:val="20"/>
        </w:rPr>
        <w:t>20:43  yahi kaam reh gaya aap ka.</w:t>
      </w:r>
      <w:r>
        <w:br/>
      </w:r>
      <w:r>
        <w:rPr>
          <w:sz w:val="20"/>
        </w:rPr>
        <w:t>20:45  sab kuch ho chuka hai. Jo paisa aap baat baat aate hain apne khwahish par, apni shadiyon par, apne bachon ki taleem par, apne ghar walon par, apni family par, is ko Quran par lagaiye.</w:t>
      </w:r>
      <w:r>
        <w:br/>
      </w:r>
      <w:r>
        <w:rPr>
          <w:sz w:val="20"/>
        </w:rPr>
        <w:t>21:02  yahi kaam hai aap ka. Aur phir</w:t>
      </w:r>
      <w:r>
        <w:br/>
      </w:r>
      <w:r>
        <w:rPr>
          <w:sz w:val="20"/>
        </w:rPr>
        <w:t>21:09  aap yeh khushkhabri aap ke liye hai ke jab aap apni umar ko poora kar ke pahunchenge akhirat mein to achanak dekhenge aap ke farishte, farishte, farishte</w:t>
      </w:r>
      <w:r>
        <w:br/>
      </w:r>
      <w:r>
        <w:rPr>
          <w:sz w:val="20"/>
        </w:rPr>
        <w:t>21:30  wahan zahir ho jayenge. Zahir ho jayenge. Aur kahenge, woh kahenge, woh ke aa gaye woh log Quran jinhon ne pahunchaya tha sara alam tak.</w:t>
      </w:r>
      <w:r>
        <w:br/>
      </w:r>
      <w:r>
        <w:rPr>
          <w:sz w:val="20"/>
        </w:rPr>
        <w:t>21:46  marhaba marhaba.</w:t>
      </w:r>
      <w:r>
        <w:br/>
      </w:r>
      <w:r>
        <w:rPr>
          <w:sz w:val="20"/>
        </w:rPr>
        <w:t>21:55  yeh hai yani hadith mein is aakhri phase ko, yeh jo aakhri phase hai, is ko hadith mein isha'at-e-azam kaha gaya hai.</w:t>
      </w:r>
      <w:r>
        <w:br/>
      </w:r>
      <w:r>
        <w:rPr>
          <w:sz w:val="20"/>
        </w:rPr>
        <w:t>22:06  yeh jo aakhri phase hai jab Quran sare alam mein pahuncha diya jayega</w:t>
      </w:r>
      <w:r>
        <w:br/>
      </w:r>
      <w:r>
        <w:rPr>
          <w:sz w:val="20"/>
        </w:rPr>
        <w:t>22:12  aur farishte khare ho jayenge yeh kehne ke liye ke yeh hain Quran wale, yeh hain jinhon ne Quran ko tayyar kar ke sara alam tak pahunchaya.</w:t>
      </w:r>
      <w:r>
        <w:br/>
      </w:r>
      <w:r>
        <w:rPr>
          <w:sz w:val="20"/>
        </w:rPr>
        <w:t>22:25  is ka understandable language mein, is ka edition.</w:t>
      </w:r>
      <w:r>
        <w:br/>
      </w:r>
      <w:r>
        <w:rPr>
          <w:sz w:val="20"/>
        </w:rPr>
        <w:t>22:32  yeh sab pukar rahe hain farishte khamosh zaban mein ke daudiyo is is divine mohim ki taraf.</w:t>
      </w:r>
      <w:r>
        <w:br/>
      </w:r>
      <w:r>
        <w:rPr>
          <w:sz w:val="20"/>
        </w:rPr>
        <w:t>22:41  daudiyo is Quran khudai call ki taraf. Yeh divine call hai yeh. Dauro is ki taraf.</w:t>
      </w:r>
      <w:r>
        <w:br/>
      </w:r>
      <w:r>
        <w:rPr>
          <w:sz w:val="20"/>
        </w:rPr>
        <w:t>22:54  mujhe ek qissa yaad aata hai hamare area mein UP mein. Ek sahab the, woh parhe likhe nahi the lekin bolna acha aata tha un ko.</w:t>
      </w:r>
      <w:r>
        <w:br/>
      </w:r>
      <w:r>
        <w:rPr>
          <w:sz w:val="20"/>
        </w:rPr>
        <w:t>23:07  to un ko paise ki zaroorat thi. To unhon ne ek banaya, ek ek woh</w:t>
      </w:r>
      <w:r>
        <w:br/>
      </w:r>
      <w:r>
        <w:rPr>
          <w:sz w:val="20"/>
        </w:rPr>
        <w:t>23:19  unhon ne banaya ke main masjidain banaunga. Masjidain banaunga. Aur jate the gaon gaon aur taqreer karte the ke masjid banao aur jannat mein</w:t>
      </w:r>
      <w:r>
        <w:br/>
      </w:r>
      <w:r>
        <w:rPr>
          <w:sz w:val="20"/>
        </w:rPr>
        <w:t>23:35  jagah pao. Masjid banao aur jannat mein jagah pao. Yeh khoob taqreer karte the jazbati andaaz mein.</w:t>
      </w:r>
      <w:r>
        <w:br/>
      </w:r>
      <w:r>
        <w:rPr>
          <w:sz w:val="20"/>
        </w:rPr>
        <w:t>23:44  aur aakhir mein kehte the kud jao maa jaan jannat mein. Yeh sab baatein kehne ke baad kud jao maa jaan jannat mein.</w:t>
      </w:r>
      <w:r>
        <w:br/>
      </w:r>
      <w:r>
        <w:rPr>
          <w:sz w:val="20"/>
        </w:rPr>
        <w:t>23:55  to woh to ek wa'iz ki baat thi. Lekin yahan main kehta hoon khud Quran ki baat hai, Rasool ki baat hai ke kud jao maa jaan jannat mein.</w:t>
      </w:r>
      <w:r>
        <w:br/>
      </w:r>
      <w:r>
        <w:rPr>
          <w:sz w:val="20"/>
        </w:rPr>
        <w:t>24:04  yani Quran ko phailao, apna paisa, apni energy, apna waqt is mein lagao aur aur jannat mein jagah pao.</w:t>
      </w:r>
      <w:r>
        <w:br/>
      </w:r>
      <w:r>
        <w:rPr>
          <w:sz w:val="20"/>
        </w:rPr>
        <w:t>24:19  aur yaad rakhiye yeh aakhri waqt hai yeh jab yeh dunya khatm ho jayegi, jab akhirat aa jayegi.</w:t>
      </w:r>
      <w:r>
        <w:br/>
      </w:r>
      <w:r>
        <w:rPr>
          <w:sz w:val="20"/>
        </w:rPr>
        <w:t>24:28  to log afsos karenge ke kaash woh is mauqe par hum paida hue the aur yeh kaam hum ne kiya hota.</w:t>
      </w:r>
      <w:r>
        <w:br/>
      </w:r>
      <w:r>
        <w:rPr>
          <w:sz w:val="20"/>
        </w:rPr>
        <w:t>24:38  ke itni badi nemat ko hum ne lene se miss kiya, miss kiya.</w:t>
      </w:r>
    </w:p>
    <w:p>
      <w:pPr>
        <w:pStyle w:val="Heading2"/>
      </w:pPr>
      <w:r>
        <w:t>Open criticism essential for intellectual growth</w:t>
      </w:r>
    </w:p>
    <w:p>
      <w:r>
        <w:rPr>
          <w:color w:val="666666"/>
          <w:sz w:val="18"/>
        </w:rPr>
        <w:t>Criticism in Islam May 17, 2008 · 3m 42s · at 30:52 · https://youtu.be/qhlJjRh9SeY?t=1852</w:t>
      </w:r>
    </w:p>
    <w:p>
      <w:r>
        <w:rPr>
          <w:i/>
        </w:rPr>
        <w:t>“Open discussion, open criticism is essential.”</w:t>
      </w:r>
    </w:p>
    <w:p>
      <w:r>
        <w:rPr>
          <w:sz w:val="20"/>
        </w:rPr>
        <w:t>30:52  doosri baat dekhiye yeh hai ke yeh koi simple baat nahi hai. open discussion open criticism</w:t>
      </w:r>
      <w:r>
        <w:br/>
      </w:r>
      <w:r>
        <w:rPr>
          <w:sz w:val="20"/>
        </w:rPr>
        <w:t>31:05  yeh bohat hi zyada zaroori hai must hai must hai must hai kis liye? intellectual development ke liye.</w:t>
      </w:r>
      <w:r>
        <w:br/>
      </w:r>
      <w:r>
        <w:rPr>
          <w:sz w:val="20"/>
        </w:rPr>
        <w:t>31:19  is ke baghair intellectual development nahi. to kya aap chahte hain ke musalman jo hain ek aisi community ban jayein jin mein intellectual development hi na ho?</w:t>
      </w:r>
      <w:r>
        <w:br/>
      </w:r>
      <w:r>
        <w:rPr>
          <w:sz w:val="20"/>
        </w:rPr>
        <w:t>31:32  in mein intellectual stagnation ho jaye? aur is waqt yahi hua hua hai. saare ke saare musalman jo hain intellectual stagnation ka shikar ho rahe hain.</w:t>
      </w:r>
      <w:r>
        <w:br/>
      </w:r>
      <w:r>
        <w:rPr>
          <w:sz w:val="20"/>
        </w:rPr>
        <w:t>31:42  kyun? band kar rakha hai unhon ne. unhon ne criticism ko taboo bana liya hai taboo. criticism ko taboo bana liya hai.</w:t>
      </w:r>
      <w:r>
        <w:br/>
      </w:r>
      <w:r>
        <w:rPr>
          <w:sz w:val="20"/>
        </w:rPr>
        <w:t>31:54  criticism to ek bohat hi healthy ek bohat hi healthy practice hai.</w:t>
      </w:r>
      <w:r>
        <w:br/>
      </w:r>
      <w:r>
        <w:rPr>
          <w:sz w:val="20"/>
        </w:rPr>
        <w:t>32:03  islam mein criticism ko bohat ziyada acha samjha gaya hai. kyunke criticism se dialogue hota hai.</w:t>
      </w:r>
      <w:r>
        <w:br/>
      </w:r>
      <w:r>
        <w:rPr>
          <w:sz w:val="20"/>
        </w:rPr>
        <w:t>32:12  criticism se discussion hote hain. criticism se intellectual development hota hai. main khud apna mizaj yeh hai ke main invite karta hoon criticism ko.</w:t>
      </w:r>
      <w:r>
        <w:br/>
      </w:r>
      <w:r>
        <w:rPr>
          <w:sz w:val="20"/>
        </w:rPr>
        <w:t>32:26  jab bhi main koi idea mere mind mein aata hai to main doosron se us ko bolta hoon ke kaho is par kya tumhara kehna hai? koi book koi article likhta hoon to parhne ke liye deta hoon.</w:t>
      </w:r>
      <w:r>
        <w:br/>
      </w:r>
      <w:r>
        <w:rPr>
          <w:sz w:val="20"/>
        </w:rPr>
        <w:t>32:38  koi book likhta hoon tab bhi logon ko deta hoon ke parho parh kar apna criticize karo is ke upar. to main to is ko ek ek blessing samajhta hoon ke aisa aadmi aap ko mile jo criticize kare aap ke upar.</w:t>
      </w:r>
      <w:r>
        <w:br/>
      </w:r>
      <w:r>
        <w:rPr>
          <w:sz w:val="20"/>
        </w:rPr>
        <w:t>32:51  yeh to blessing hai. kyunke criticize nahi karega to aap ko is ke jo hidden corner hain us ka ilm nahi hoga aap ko janenge nahi aap.</w:t>
      </w:r>
      <w:r>
        <w:br/>
      </w:r>
      <w:r>
        <w:rPr>
          <w:sz w:val="20"/>
        </w:rPr>
        <w:t>33:03  dekhiye ek aadmi sari baat soch nahi sakta hai. ek aadmi sari baat nahi soch sakta hai. jab kai aadmi sochte hain mil kar ke tab sare aspat khulte hain.</w:t>
      </w:r>
      <w:r>
        <w:br/>
      </w:r>
      <w:r>
        <w:rPr>
          <w:sz w:val="20"/>
        </w:rPr>
        <w:t>33:17  is ko yaad rakhiye achi tarah se.</w:t>
      </w:r>
      <w:r>
        <w:br/>
      </w:r>
      <w:r>
        <w:rPr>
          <w:sz w:val="20"/>
        </w:rPr>
        <w:t>33:22  yani open discussion leads to development.</w:t>
      </w:r>
      <w:r>
        <w:br/>
      </w:r>
      <w:r>
        <w:rPr>
          <w:sz w:val="20"/>
        </w:rPr>
        <w:t>33:28  this is law of nature. open discussion ho. acha aap yeh condition nahi laga sakte ke discussion karo to criticize mat karo.</w:t>
      </w:r>
      <w:r>
        <w:br/>
      </w:r>
      <w:r>
        <w:rPr>
          <w:sz w:val="20"/>
        </w:rPr>
        <w:t>33:40  without criticism there is no discussion. phir to praise rahega aap meri praise karo main aap ki praise karoon.</w:t>
      </w:r>
      <w:r>
        <w:br/>
      </w:r>
      <w:r>
        <w:rPr>
          <w:sz w:val="20"/>
        </w:rPr>
        <w:t>33:51  without criticism there is no open discussion.</w:t>
      </w:r>
      <w:r>
        <w:br/>
      </w:r>
      <w:r>
        <w:rPr>
          <w:sz w:val="20"/>
        </w:rPr>
        <w:t>33:57  to islam mein dekhiye main ne ek book likhi hai is ke upar is ka naam hai hurriyat-e-fikr. yani freedom of thought</w:t>
      </w:r>
      <w:r>
        <w:br/>
      </w:r>
      <w:r>
        <w:rPr>
          <w:sz w:val="20"/>
        </w:rPr>
        <w:t>34:06  . ek bari kitab hai is ka naam hai hurriyat-e-fikr. freedom of thought. ise main ne dikhaya hai sahaba ke bohat sari waqiat is mein hain ke sahaba ke zamane mein kis tarah se open discussion hota tha.</w:t>
      </w:r>
      <w:r>
        <w:br/>
      </w:r>
      <w:r>
        <w:rPr>
          <w:sz w:val="20"/>
        </w:rPr>
        <w:t>34:23  bilkul khula khula criticism hota tha. jaise main aap ko ek is mein bohat sare main ne ikattha kiye hain is mein ek batata hoon aap ko.</w:t>
      </w:r>
    </w:p>
    <w:p>
      <w:pPr>
        <w:pStyle w:val="Heading2"/>
      </w:pPr>
      <w:r>
        <w:t>Quran's preservation and divine proof</w:t>
      </w:r>
    </w:p>
    <w:p>
      <w:r>
        <w:rPr>
          <w:color w:val="666666"/>
          <w:sz w:val="18"/>
        </w:rPr>
        <w:t>Lessons from The Quran | December 24, 2005 | Maulana Wahiduddin Khan · 5m 42s · at 0:44 · https://youtu.be/1YOgdBErTfE?t=44</w:t>
      </w:r>
    </w:p>
    <w:p>
      <w:r>
        <w:rPr>
          <w:i/>
        </w:rPr>
        <w:t>“Quran is the holy book of Islam and is perfectly preserved”</w:t>
      </w:r>
    </w:p>
    <w:p>
      <w:r>
        <w:rPr>
          <w:sz w:val="20"/>
        </w:rPr>
        <w:t>0:44  aap jante hain ke quran mazhab e islam ki muqaddas kitab hai, islam ki buniyad quran ke upar qaim hai. quran ke bare mein bohat kuch likha gaya hai, muslim ulama ne bhi likha hai aur secular sk</w:t>
      </w:r>
      <w:r>
        <w:br/>
      </w:r>
      <w:r>
        <w:rPr>
          <w:sz w:val="20"/>
        </w:rPr>
        <w:t>1:14  alars ne bhi kafi likha hai. ek baat jis par tamam scholars ka aur tamam historians ka ittefaq hai woh yeh ke quran aaj bhi isi tarah mehfooz hai, isi tarah preserve hai, jaisa ke woh awwal din saatvi sadi isvi mein tha.</w:t>
      </w:r>
      <w:r>
        <w:br/>
      </w:r>
      <w:r>
        <w:rPr>
          <w:sz w:val="20"/>
        </w:rPr>
        <w:t>1:46  is silsile mein logon ne bohat khul kar acknowledge kiya hai. us waqt mein ek angrez historian, sir william muir, ka ek jumla naqal karun ga. un ki ek kitab hai jis ka naam hai "life of p</w:t>
      </w:r>
      <w:r>
        <w:br/>
      </w:r>
      <w:r>
        <w:rPr>
          <w:sz w:val="20"/>
        </w:rPr>
        <w:t>2:16  rophet muhammad". yeh kitab 200 saal pehle likhi gayi thi. is mein unhone quran ka zikr karte hue likha hai ke "is mein koi shaq nahi ke quran aaj bhi isi tarah mehfooz hai jis tarah woh awwal din tha". "there is no</w:t>
      </w:r>
      <w:r>
        <w:br/>
      </w:r>
      <w:r>
        <w:rPr>
          <w:sz w:val="20"/>
        </w:rPr>
        <w:t>2:46  other book in the world which has remained with so pure a text for 14 centuries." yeh ek miraculous exception hai. quran ke sath yeh ek moajzaati istisna, miraculous exception hai</w:t>
      </w:r>
      <w:r>
        <w:br/>
      </w:r>
      <w:r>
        <w:rPr>
          <w:sz w:val="20"/>
        </w:rPr>
        <w:t>3:18  ke woh 1400 saal beetne ke bawajood waise hi ke waise hi aaj bhi dunya mein maujood hai. yeh quran ka yeh aspect logon ko bohat zyada attract karta hai, aur woh bohat zyada mutala karte hain, samajhne ke liye quran ko. abhi haal mein 2004 mein</w:t>
      </w:r>
      <w:r>
        <w:br/>
      </w:r>
      <w:r>
        <w:rPr>
          <w:sz w:val="20"/>
        </w:rPr>
        <w:t>3:49  ek kitab chhapi hai, professor daniel brown ki. is ka naam hai "a new introduction". is kitab ka aghaz yahin se karte hain, woh is sentence se, yahin se un ki kitab shuru hoti hai ke "the quran is</w:t>
      </w:r>
      <w:r>
        <w:br/>
      </w:r>
      <w:r>
        <w:rPr>
          <w:sz w:val="20"/>
        </w:rPr>
        <w:t>4:22  no ordinary book." quran koi mamooli kitab nahi hai, woh ek ghair mamooli kitab hai. yeh jo bhi shakhs quran ko padhega, woh is baat ko manega ke quran ek different type ki kitab hai, alag dhang ki kitab, har lehaz se.</w:t>
      </w:r>
      <w:r>
        <w:br/>
      </w:r>
      <w:r>
        <w:rPr>
          <w:sz w:val="20"/>
        </w:rPr>
        <w:t>4:55  aur yeh is ka jo difference hai, yeh is ki bohat bari sifat hai. jaisa kaha gaya hai ke "different is beautiful." yeh bohat hi ahem baat hai sochne ki ke itna different kyun hai kitabon se. misaal ke taur par main apne bare mein kahun ke jab maine quran ko padha to ek baat mujhe bohat zyada strike kiya, ek baat</w:t>
      </w:r>
      <w:r>
        <w:br/>
      </w:r>
      <w:r>
        <w:rPr>
          <w:sz w:val="20"/>
        </w:rPr>
        <w:t>5:25  ne mujhe ke maine arabi zaban padhi thi, arabi zaban ko main samajhta tha. to maine jab padha quran ko aur hadith ko, yani quran woh kitab hai jis ko peghambar ne yeh keh kar pesh kiya ke yeh un ke paas khuda ki taraf se aayi hai. aur hadith woh</w:t>
      </w:r>
      <w:r>
        <w:br/>
      </w:r>
      <w:r>
        <w:rPr>
          <w:sz w:val="20"/>
        </w:rPr>
        <w:t>5:55  cheez hai jis ko peghambar ne khud, jo peghambar ke apne kalam par mushtamil hai, yani peghambar ke apne kalam ko hum hadith kehte hain, aur khuda ka jo kalam unhone pesh kiya, us ko hum quran kehte hain. to dono ki zaban mein hairat nak had tak bohat farq hai. koi bhi shakhs shayad is par qadir nahi hai</w:t>
      </w:r>
    </w:p>
    <w:p>
      <w:pPr>
        <w:pStyle w:val="Heading2"/>
      </w:pPr>
      <w:r>
        <w:t>nature's fixed laws versus man's real purpose in life</w:t>
      </w:r>
    </w:p>
    <w:p>
      <w:r>
        <w:rPr>
          <w:color w:val="666666"/>
          <w:sz w:val="18"/>
        </w:rPr>
        <w:t>Conveying The Message of God August 2, 2009 · 6m 23s · at 13:56 · https://youtu.be/Vas9vU2IepI?t=836</w:t>
      </w:r>
    </w:p>
    <w:p>
      <w:r>
        <w:rPr>
          <w:i/>
        </w:rPr>
        <w:t>“Cars, planes, phones: none of it was ever invented”</w:t>
      </w:r>
    </w:p>
    <w:p>
      <w:r>
        <w:rPr>
          <w:sz w:val="20"/>
        </w:rPr>
        <w:t>13:56  . What is the creation plan of God, yeh batana. Dekhiye, Quran mein ek ayat hai: yudabbirul amra yufassirul ayati.</w:t>
      </w:r>
      <w:r>
        <w:br/>
      </w:r>
      <w:r>
        <w:rPr>
          <w:sz w:val="20"/>
        </w:rPr>
        <w:t>14:11  is ayat ka matlab yeh hai ke hum ek hain, yeh jo neeche, isko nature kehte hain, yeh poora jo dunya hai, isko nature kaha jata hai, zameen se aasman tak.</w:t>
      </w:r>
      <w:r>
        <w:br/>
      </w:r>
      <w:r>
        <w:rPr>
          <w:sz w:val="20"/>
        </w:rPr>
        <w:t>14:25  to ek hai nature. Nature ko Khuda direct taur par control kar raha hai, jis ko hum kehte hain law of, jis ko hum kehte hain law of nature.</w:t>
      </w:r>
      <w:r>
        <w:br/>
      </w:r>
      <w:r>
        <w:rPr>
          <w:sz w:val="20"/>
        </w:rPr>
        <w:t>14:38  to yeh laws wohi, natural laws wohi, isko discover karta hai scientist. Woh scientist ka domain hai.</w:t>
      </w:r>
      <w:r>
        <w:br/>
      </w:r>
      <w:r>
        <w:rPr>
          <w:sz w:val="20"/>
        </w:rPr>
        <w:t>14:50  ek ek aur cheez hai, aur woh hai hum dunya mein kaise rahen. What is the purpose of life?</w:t>
      </w:r>
      <w:r>
        <w:br/>
      </w:r>
      <w:r>
        <w:rPr>
          <w:sz w:val="20"/>
        </w:rPr>
        <w:t>15:00  main kyun paida kiya gaya? What is predeth? What is the predeth period? What is the end of predeth period?</w:t>
      </w:r>
      <w:r>
        <w:br/>
      </w:r>
      <w:r>
        <w:rPr>
          <w:sz w:val="20"/>
        </w:rPr>
        <w:t>15:12  yeh sab baatein jo hain, isko Khuda ne reveal kiya prophet ke upar.</w:t>
      </w:r>
      <w:r>
        <w:br/>
      </w:r>
      <w:r>
        <w:rPr>
          <w:sz w:val="20"/>
        </w:rPr>
        <w:t>15:19  to jo natural laws hain, dekhein, jo jo jo bhi hum dekhte hain ke building banana ya camera banana ya car ya telephone ya mobile banana, hawai jahaz banana, yeh sab kya hai?</w:t>
      </w:r>
      <w:r>
        <w:br/>
      </w:r>
      <w:r>
        <w:rPr>
          <w:sz w:val="20"/>
        </w:rPr>
        <w:t>15:34  nature mein potentially sab kuch maujood tha, koi invention nahin kiya kisi ne. Invention is nothing, everything is discovery.</w:t>
      </w:r>
      <w:r>
        <w:br/>
      </w:r>
      <w:r>
        <w:rPr>
          <w:sz w:val="20"/>
        </w:rPr>
        <w:t>15:45  invention is nothing,</w:t>
      </w:r>
      <w:r>
        <w:br/>
      </w:r>
      <w:r>
        <w:rPr>
          <w:sz w:val="20"/>
        </w:rPr>
        <w:t>15:48  jo kuch bhi hai, woh invention nahin hai, yeh ijad nahin hai, woh daryaft hai. Scientist ne daryaft kiya is law ko jo had tha is dunya mein, aur usko exploit kiya,</w:t>
      </w:r>
      <w:r>
        <w:br/>
      </w:r>
      <w:r>
        <w:rPr>
          <w:sz w:val="20"/>
        </w:rPr>
        <w:t>16:05  usko avail kiya. To aap ne dekha ke carain daud rahi hain, hawai jahaz ud rahe hain, mobile bol raha hai. Yeh tha scientist ka kaam, woh isko khoob khoob kar rahe hain.</w:t>
      </w:r>
      <w:r>
        <w:br/>
      </w:r>
      <w:r>
        <w:rPr>
          <w:sz w:val="20"/>
        </w:rPr>
        <w:t>16:17  lekin doosra jo kaam hai, jo Muslim community ko karna tha, Muslim ummat ko karna tha ke word of God ko phailaye.</w:t>
      </w:r>
      <w:r>
        <w:br/>
      </w:r>
      <w:r>
        <w:rPr>
          <w:sz w:val="20"/>
        </w:rPr>
        <w:t>16:27  quran mein, quran jo preserved book kahe, yani quran kya hai? quran koi superior book nahin hai, quran preserved book of god hai.</w:t>
      </w:r>
      <w:r>
        <w:br/>
      </w:r>
      <w:r>
        <w:rPr>
          <w:sz w:val="20"/>
        </w:rPr>
        <w:t>16:40  khuda ki jo guidance aai, is mein preserved hai, is mein koi alteration nahin hua, koi change nahin hua . is mein bataya gaya hai ke insaan ke bare mein ke tum kya ho ,</w:t>
      </w:r>
      <w:r>
        <w:br/>
      </w:r>
      <w:r>
        <w:rPr>
          <w:sz w:val="20"/>
        </w:rPr>
        <w:t>16:54  khuda ka creation plan kya hai, death kya hai, death ke baad kya hai, kis ko paradise mile gi, kis ko hell pe jana pare ga, yeh sab bataya gaya is mein.</w:t>
      </w:r>
      <w:r>
        <w:br/>
      </w:r>
      <w:r>
        <w:rPr>
          <w:sz w:val="20"/>
        </w:rPr>
        <w:t>17:05  to khuda chahta hai ke marne se pehle insaan ko in baaton ko ko jaan le, woh yani insaan ki in awareness ko tor na, yeh yeh hai warning,</w:t>
      </w:r>
      <w:r>
        <w:br/>
      </w:r>
      <w:r>
        <w:rPr>
          <w:sz w:val="20"/>
        </w:rPr>
        <w:t>17:19  yeh hi hai anzaar. insaan ki awareness ko tor ne hi ka naam hai sacha anzaar. prophets is liye aaye.</w:t>
      </w:r>
      <w:r>
        <w:br/>
      </w:r>
      <w:r>
        <w:rPr>
          <w:sz w:val="20"/>
        </w:rPr>
        <w:t>17:30  hadith mein aaya hai ke tum saari dunya so rahi hai, main is liye aaya hoon ke main jagaon logon ko .</w:t>
      </w:r>
      <w:r>
        <w:br/>
      </w:r>
      <w:r>
        <w:rPr>
          <w:sz w:val="20"/>
        </w:rPr>
        <w:t>17:36  jaga ne ke liye peghambar aata hai, jaga ne ki sab baaton ko , is baaton se jaga ne ke liye ke log wohi be khabar hain ke kya khuda ne kyun paida kiya.</w:t>
      </w:r>
      <w:r>
        <w:br/>
      </w:r>
      <w:r>
        <w:rPr>
          <w:sz w:val="20"/>
        </w:rPr>
        <w:t>17:50  main subah apne ghar par baitha hua tha, idhar to mere ghar ke samne park hai, wahan ek naujawan aaya, woh khoob exercise karne laga, uchal kood karke, aise aise.</w:t>
      </w:r>
      <w:r>
        <w:br/>
      </w:r>
      <w:r>
        <w:rPr>
          <w:sz w:val="20"/>
        </w:rPr>
        <w:t>18:02  to main, meri aankhon mein aansu aa gaya ke is naujawan ko yeh sochna chahiye ke kis ne banaya mujhe, kaise itna zyada mere haath paon is tarah se chal rahe hain, kis tarah mera mind meri body ko control kar raha hai,</w:t>
      </w:r>
      <w:r>
        <w:br/>
      </w:r>
      <w:r>
        <w:rPr>
          <w:sz w:val="20"/>
        </w:rPr>
        <w:t>18:19  kis tarah se yeh park banta hai, kis tarah se yeh darakht ugte hain, kis tarah suraj nikla hua hai, kis tarah oxygen juma hua hai.</w:t>
      </w:r>
      <w:r>
        <w:br/>
      </w:r>
      <w:r>
        <w:rPr>
          <w:sz w:val="20"/>
        </w:rPr>
        <w:t>18:28  misal ke tor par agar oxygen supply, oxygen ki supply agar ruk jaye to woh uchal kood nahin kar sakta. woh</w:t>
      </w:r>
      <w:r>
        <w:br/>
      </w:r>
      <w:r>
        <w:rPr>
          <w:sz w:val="20"/>
        </w:rPr>
        <w:t>18:36  yeh yeh jan ne ke liye, is ko hi batane ke liye quran aaya hai ke tum jano ke kis ne tum ko paida kiya hai, tum jano ke yeh sari blessings kis ki taraf se aai hain, tum jano ke purpose of life kya hai,</w:t>
      </w:r>
      <w:r>
        <w:br/>
      </w:r>
      <w:r>
        <w:rPr>
          <w:sz w:val="20"/>
        </w:rPr>
        <w:t>18:52  tum jano ke death ke baad kya tumhare samne aane wala hai.</w:t>
      </w:r>
      <w:r>
        <w:br/>
      </w:r>
      <w:r>
        <w:rPr>
          <w:sz w:val="20"/>
        </w:rPr>
        <w:t>18:59  to quran mein bataya gaya ke rasool Allah ko jab peghambar banaya gaya to aaya hai ke ya mudathir qunf thun</w:t>
      </w:r>
      <w:r>
        <w:br/>
      </w:r>
      <w:r>
        <w:rPr>
          <w:sz w:val="20"/>
        </w:rPr>
        <w:t>19:09  bataya gaya ke to utho aur logon ko warn kar do, logon ko bata do, logon ko aagah kar do. anzaar ke ma'ne hote hain warning.</w:t>
      </w:r>
      <w:r>
        <w:br/>
      </w:r>
      <w:r>
        <w:rPr>
          <w:sz w:val="20"/>
        </w:rPr>
        <w:t>19:20  to saare quran mein bataya jata hai ke peghambar jo aaye, is liye aaye hain ke logon ko creation plan of god jo hai, us se aware karein.</w:t>
      </w:r>
      <w:r>
        <w:br/>
      </w:r>
      <w:r>
        <w:rPr>
          <w:sz w:val="20"/>
        </w:rPr>
        <w:t>19:31  la ilaha illallah ko lil nas wa la ilaha hujjat ba'ad al rasool taake marne ke baad jab insaan khuda ke samne khada kiya jaye to woh yeh na keh sake ke hum ko pata nahin tha ke hum ko hum accountable tak ka mamla hai,</w:t>
      </w:r>
      <w:r>
        <w:br/>
      </w:r>
      <w:r>
        <w:rPr>
          <w:sz w:val="20"/>
        </w:rPr>
        <w:t>19:48  hum ko hisab kitab dena ho ga.</w:t>
      </w:r>
      <w:r>
        <w:br/>
      </w:r>
      <w:r>
        <w:rPr>
          <w:sz w:val="20"/>
        </w:rPr>
        <w:t>19:53  hum ko pata nahin tha ke yahan jannat wa jahannum ka mamla hai, hum unaware the is se. to peghambar is liye bheje gaye ke logon ki awareness ko toda jaye.</w:t>
      </w:r>
      <w:r>
        <w:br/>
      </w:r>
      <w:r>
        <w:rPr>
          <w:sz w:val="20"/>
        </w:rPr>
        <w:t>20:09  to yeh hi single point formula hai hamara, ek muslim ka, ek believer ka.</w:t>
      </w:r>
    </w:p>
    <w:p>
      <w:pPr>
        <w:pStyle w:val="Heading2"/>
      </w:pPr>
      <w:r>
        <w:t>Full story: turning enemies into friends per the Quran</w:t>
      </w:r>
    </w:p>
    <w:p>
      <w:r>
        <w:rPr>
          <w:color w:val="666666"/>
          <w:sz w:val="18"/>
        </w:rPr>
        <w:t>Dars-e-Quran July 30, 2007 · 3m 18s · at 17:40 · https://youtu.be/9D_8jxwLKlE?t=1060</w:t>
      </w:r>
    </w:p>
    <w:p>
      <w:r>
        <w:rPr>
          <w:i/>
        </w:rPr>
        <w:t>“Falasteen ke jihadi ulama se poocha: mar kaat kyun kar rahe ho?”</w:t>
      </w:r>
    </w:p>
    <w:p>
      <w:r>
        <w:rPr>
          <w:sz w:val="20"/>
        </w:rPr>
        <w:t>17:40  jaise meri mulaqat hui falasteen ke kuch ulma se, to jihadi ulma se, to main ne kaha aap kyon maar kaat ki hui hai falasteen mein?</w:t>
      </w:r>
      <w:r>
        <w:br/>
      </w:r>
      <w:r>
        <w:rPr>
          <w:sz w:val="20"/>
        </w:rPr>
        <w:t>17:54  maar kaat kyon ki hui hai falasteen mein? bomb marte hain, goli marte hain, ladai chhede hue hain, kyon aisa kar rahe hain?</w:t>
      </w:r>
      <w:r>
        <w:br/>
      </w:r>
      <w:r>
        <w:rPr>
          <w:sz w:val="20"/>
        </w:rPr>
        <w:t>18:03  to unhon ne kaha ke woh hamare dushman hain, hum to marenge un ko, woh hamare dushman hain.</w:t>
      </w:r>
      <w:r>
        <w:br/>
      </w:r>
      <w:r>
        <w:rPr>
          <w:sz w:val="20"/>
        </w:rPr>
        <w:t>18:10  main ne kaha quran mein likha hua hai ke</w:t>
      </w:r>
      <w:r>
        <w:br/>
      </w:r>
      <w:r>
        <w:rPr>
          <w:sz w:val="20"/>
        </w:rPr>
        <w:t>18:16  la tastawee al hasanatu wa al sayyi'ah, idfa' bil lati hi ahsan, fa izal lazi bainaka wa bainahu 'adawatun, ka annahu waliyun hameem. ke tumhara dushman agar tumhare sath bura sulook kare to tum us ke sath acha sulook karo.</w:t>
      </w:r>
      <w:r>
        <w:br/>
      </w:r>
      <w:r>
        <w:rPr>
          <w:sz w:val="20"/>
        </w:rPr>
        <w:t>18:36  phir kya hoga ke jo tumhara dushman hai woh tumhara dost ban jayega. to main ne kaha ke aap falasteen mein yahudiyon ko apna dushman bata kar ke un se ladai chhede hue hain,</w:t>
      </w:r>
      <w:r>
        <w:br/>
      </w:r>
      <w:r>
        <w:rPr>
          <w:sz w:val="20"/>
        </w:rPr>
        <w:t>18:52  aur quran to kehta hai ke har dushman, har dushman tumhara dost hai, har dushman tumhara potential sense mein har dushman tumhara friend hai.</w:t>
      </w:r>
      <w:r>
        <w:br/>
      </w:r>
      <w:r>
        <w:rPr>
          <w:sz w:val="20"/>
        </w:rPr>
        <w:t>19:02  so you have to turn this potential to actual. to aap yahudi mein apna dost talash kijiye,</w:t>
      </w:r>
      <w:r>
        <w:br/>
      </w:r>
      <w:r>
        <w:rPr>
          <w:sz w:val="20"/>
        </w:rPr>
        <w:t>19:16  yahudi ke andar yeh yeh potential talash kijiye ke woh aap ke dost ban sakte hain, aur phir un par khuda ka deen pahunchaiye. rasool Allah ke zamane mein bohat se yahudi the jo rasool Allah par iman laye, rasool Allah ke saathi ban gaye.</w:t>
      </w:r>
      <w:r>
        <w:br/>
      </w:r>
      <w:r>
        <w:rPr>
          <w:sz w:val="20"/>
        </w:rPr>
        <w:t>19:33  ab dekhiye ke unhon ne woh arabi zaban jante the.</w:t>
      </w:r>
      <w:r>
        <w:br/>
      </w:r>
      <w:r>
        <w:rPr>
          <w:sz w:val="20"/>
        </w:rPr>
        <w:t>19:39  yeh log jo the falasteen ke, woh arabi zaban jante the, quran ko unhon ne bar bar padha tha, lekin padh ke mila kya unhein?</w:t>
      </w:r>
      <w:r>
        <w:br/>
      </w:r>
      <w:r>
        <w:rPr>
          <w:sz w:val="20"/>
        </w:rPr>
        <w:t>19:51  mulk yeh mila ke yeh dushman hain, unhein maro. bas halanke quran yeh bata raha hai ke yeh dushman hain, un se dosti ka muamla karo.</w:t>
      </w:r>
      <w:r>
        <w:br/>
      </w:r>
      <w:r>
        <w:rPr>
          <w:sz w:val="20"/>
        </w:rPr>
        <w:t>20:05  yani every enemy is your potential friend. so you have to turn this potential into actual. yeh hai quran ka message:</w:t>
      </w:r>
      <w:r>
        <w:br/>
      </w:r>
      <w:r>
        <w:rPr>
          <w:sz w:val="20"/>
        </w:rPr>
        <w:t>20:18  la tastawee al hasanatu wa al sayyi'ah, idfa' bil lati hi ahsan, fa izal lazi bainaka wa bainahu 'adawatun, ka annahu waliyun hameem. do good deed in return for bad deed.</w:t>
      </w:r>
      <w:r>
        <w:br/>
      </w:r>
      <w:r>
        <w:rPr>
          <w:sz w:val="20"/>
        </w:rPr>
        <w:t>20:32  yani quran yeh keh raha hai ke do good deed in return for bad deed, and you will find that your enemy has become your dearest friend.</w:t>
      </w:r>
      <w:r>
        <w:br/>
      </w:r>
      <w:r>
        <w:rPr>
          <w:sz w:val="20"/>
        </w:rPr>
        <w:t>20:46  so according to this, enemy is your potential friend. so you have to turn this potential into actual.</w:t>
      </w:r>
    </w:p>
    <w:p>
      <w:pPr>
        <w:pStyle w:val="Heading2"/>
      </w:pPr>
      <w:r>
        <w:t>Quran distribution growth to 13 million</w:t>
      </w:r>
    </w:p>
    <w:p>
      <w:r>
        <w:rPr>
          <w:color w:val="666666"/>
          <w:sz w:val="18"/>
        </w:rPr>
        <w:t>In Conversation with Khaja Kaleemuddin 29 Aug 2021 · 4m 37s · at 1:02:41 · https://youtu.be/oKq_ptPZOVE?t=3761</w:t>
      </w:r>
    </w:p>
    <w:p>
      <w:r>
        <w:rPr>
          <w:i/>
        </w:rPr>
        <w:t>“یہ اور مولانا نے اس کو لکھا بھی ہے الرسالہ میں”</w:t>
      </w:r>
    </w:p>
    <w:p>
      <w:r>
        <w:rPr>
          <w:sz w:val="20"/>
        </w:rPr>
        <w:t>1:02:41  yeh aur Maulana ne is ko likha bhi hai Al-Risala mein. ji. quran distribution ka kaam 2010 mein yani yahan Maulana ne launch kiya tha.</w:t>
      </w:r>
      <w:r>
        <w:br/>
      </w:r>
      <w:r>
        <w:rPr>
          <w:sz w:val="20"/>
        </w:rPr>
        <w:t>1:02:53  2010 mein quran ko different languages mein sari duniya mein karna hai. to is ko wahan hum ne bhi quran ke initially to jo hai koi paanch sau hazar aaya karte the mangwa.</w:t>
      </w:r>
      <w:r>
        <w:br/>
      </w:r>
      <w:r>
        <w:rPr>
          <w:sz w:val="20"/>
        </w:rPr>
        <w:t>1:03:12  ji. phir jo hai woh hathi se likh kar ke label bana kar ke woh kar ke jo hai khud post office jo hai hand truck se le ja ke diya karte the.</w:t>
      </w:r>
      <w:r>
        <w:br/>
      </w:r>
      <w:r>
        <w:rPr>
          <w:sz w:val="20"/>
        </w:rPr>
        <w:t>1:03:22  to mera bar bar wahan woh pahunchta tha to dekhte to un logon ko bata</w:t>
      </w:r>
      <w:r>
        <w:br/>
      </w:r>
      <w:r>
        <w:rPr>
          <w:sz w:val="20"/>
        </w:rPr>
        <w:t>1:03:28  aya is mein kya hai yeh aap le ke aate hain is mein kuch nahi hai quran hai yeh to ab woh bar bar ke aane mein woh dekhte hi jo hai woh kehte hain here comes quran man.</w:t>
      </w:r>
      <w:r>
        <w:br/>
      </w:r>
      <w:r>
        <w:rPr>
          <w:sz w:val="20"/>
        </w:rPr>
        <w:t>1:03:38  here comes the quran man. ji. ji. to yeh kaha mein ne Maulana ko sunaya yeh qissa ke is tarah</w:t>
      </w:r>
      <w:r>
        <w:br/>
      </w:r>
      <w:r>
        <w:rPr>
          <w:sz w:val="20"/>
        </w:rPr>
        <w:t>1:03:47  woh kaha unhone. to mere khayal se kaleem sahib is se acha title nahi ho sakta hai ke aap ko yeh kaha jaye ke here comes the quran man.</w:t>
      </w:r>
      <w:r>
        <w:br/>
      </w:r>
      <w:r>
        <w:rPr>
          <w:sz w:val="20"/>
        </w:rPr>
        <w:t>1:03:57  ab is ke baad jo hai na yeh quran ka</w:t>
      </w:r>
      <w:r>
        <w:br/>
      </w:r>
      <w:r>
        <w:rPr>
          <w:sz w:val="20"/>
        </w:rPr>
        <w:t>1:04:02  distribution itna zyada ho gaya ke is ko hum ne ek system banaya yani ghar pe hi woh print hota hai advance mein paise dete hain woh post office wala aa ke khud pick karte hain.</w:t>
      </w:r>
      <w:r>
        <w:br/>
      </w:r>
      <w:r>
        <w:rPr>
          <w:sz w:val="20"/>
        </w:rPr>
        <w:t>1:04:15  ji. to label jo hai khud print ho ke aata hai. to isi munasibat se to naam to jo hai upar center for peace and spirituality USA phir mera ghar ka address hua karta tha.</w:t>
      </w:r>
      <w:r>
        <w:br/>
      </w:r>
      <w:r>
        <w:rPr>
          <w:sz w:val="20"/>
        </w:rPr>
        <w:t>1:04:26  ab mein ne change kar ke ek line is mein add ki</w:t>
      </w:r>
      <w:r>
        <w:br/>
      </w:r>
      <w:r>
        <w:rPr>
          <w:sz w:val="20"/>
        </w:rPr>
        <w:t>1:04:30  center for peace and spirituality USA quran house 2665. acha mashallah. ji. to ab yani mein to yahi samajhta hoon ke yeh woh dua bhi karta hoon ke yeh house jo hai yeh quran center hi hamesha bana rahe.</w:t>
      </w:r>
      <w:r>
        <w:br/>
      </w:r>
      <w:r>
        <w:rPr>
          <w:sz w:val="20"/>
        </w:rPr>
        <w:t>1:04:49  inshallah. inshallah.</w:t>
      </w:r>
      <w:r>
        <w:br/>
      </w:r>
      <w:r>
        <w:rPr>
          <w:sz w:val="20"/>
        </w:rPr>
        <w:t>1:04:51  kaleem sahib to ab tak kitni quran distribute ho gayi hain taqreeban US mein?</w:t>
      </w:r>
      <w:r>
        <w:br/>
      </w:r>
      <w:r>
        <w:rPr>
          <w:sz w:val="20"/>
        </w:rPr>
        <w:t>1:04:57  yani mere andaze ke lehaz se 13 million se zaid hui hai. alhamdulillah. 13 million copy se zaid hui hain. aur hamare jo yeh yani logon ko fori woh khayal aata hai ke bhai kahan distribute karte hain aap?</w:t>
      </w:r>
      <w:r>
        <w:br/>
      </w:r>
      <w:r>
        <w:rPr>
          <w:sz w:val="20"/>
        </w:rPr>
        <w:t>1:05:13  ji. haan yani aap kis ko le aa ke diya</w:t>
      </w:r>
      <w:r>
        <w:br/>
      </w:r>
      <w:r>
        <w:rPr>
          <w:sz w:val="20"/>
        </w:rPr>
        <w:t>1:05:16  ? ji. to mein ne kaha yeh to farishton ka kaam hai hamein andaza bhi nahi tha ke is tarah ho sakta ho hua. hum ja kar ke jo hai street mein jo hai distribute to nahi kiya 1</w:t>
      </w:r>
      <w:r>
        <w:br/>
      </w:r>
      <w:r>
        <w:rPr>
          <w:sz w:val="20"/>
        </w:rPr>
        <w:t>1:05:30  3 million by hand distribute karna woh humanly impossible hota hai lekin Allah taala ne is ko ab wahan par kai daawa organizations hain woh prisons mein le ja ke dete hain hospitals mein dete hain woh to woh log jo hain hum se woh quran lete hain aur</w:t>
      </w:r>
      <w:r>
        <w:br/>
      </w:r>
      <w:r>
        <w:rPr>
          <w:sz w:val="20"/>
        </w:rPr>
        <w:t>1:05:49  bohat bare paimane pe lete hain. abhi sab se zyada yeh guzashta mahine mein jo hai quran nikla hai.</w:t>
      </w:r>
      <w:r>
        <w:br/>
      </w:r>
      <w:r>
        <w:rPr>
          <w:sz w:val="20"/>
        </w:rPr>
        <w:t>1:05:59  ji. jo das das hazar plus quran jab</w:t>
      </w:r>
      <w:r>
        <w:br/>
      </w:r>
      <w:r>
        <w:rPr>
          <w:sz w:val="20"/>
        </w:rPr>
        <w:t>1:06:06  woh aaya woh mahina deir mahine mein saare khatm ho gaye achha mashallah aur gyarah hazaar quran mazeed isi douran yaani yeh do shipments jo hai ek california ab ab yeh karna shuru kiya maine ke shipments jo hai apne ghar pe mangwane ke bajaye ab itne toh aa nahi sakte bahut demand badh gaya toh maine in logon ko suggest kiya ke main direct jo hai</w:t>
      </w:r>
      <w:r>
        <w:br/>
      </w:r>
      <w:r>
        <w:rPr>
          <w:sz w:val="20"/>
        </w:rPr>
        <w:t>1:06:32  indya se aap hi ke paas ship karwa deta hoon ji ji toh yeh quran meri jab aayi thi uske baad jo hai california mein gyarah hazaar copy jo hai woh wahan bhi khatm hua toh yeh mahine ke jo hai taqreeban bees hazaar quran ek hi mahina deir mahine mein</w:t>
      </w:r>
      <w:r>
        <w:br/>
      </w:r>
      <w:r>
        <w:rPr>
          <w:sz w:val="20"/>
        </w:rPr>
        <w:t>1:06:52  distribute hue hain ji mashallah toh andaza kar sakte hain</w:t>
      </w:r>
      <w:r>
        <w:br/>
      </w:r>
      <w:r>
        <w:rPr>
          <w:sz w:val="20"/>
        </w:rPr>
        <w:t>1:06:56  ke 13 million kis tarah hue ji ji ji so if there are many viewers who watching us if you want to become quran distributor you can write to us at info at cpsglobal dot org we will contact you we will help you and support you in terms of how you can take the distribution of quran forward you just heard claim sahib 1</w:t>
      </w:r>
    </w:p>
    <w:p>
      <w:pPr>
        <w:pStyle w:val="Heading2"/>
      </w:pPr>
      <w:r>
        <w:t>Sahaba built prepared mind before Quran</w:t>
      </w:r>
    </w:p>
    <w:p>
      <w:r>
        <w:rPr>
          <w:color w:val="666666"/>
          <w:sz w:val="18"/>
        </w:rPr>
        <w:t>Iman and the Quran March 29, 2009 Maulana Wahiduddin Khan · 5m 53s · at 1:28 · https://youtu.be/BoXolOS_aTk?t=88</w:t>
      </w:r>
    </w:p>
    <w:p>
      <w:r>
        <w:rPr>
          <w:i/>
        </w:rPr>
        <w:t>“تعلمنا الإيمان ثم تعلمنا القرآن”</w:t>
      </w:r>
    </w:p>
    <w:p>
      <w:r>
        <w:rPr>
          <w:sz w:val="20"/>
        </w:rPr>
        <w:t>1:28  to kuch Sahaba ka ek group, jo naujawan log the, woh Rasool Allah (SAW) ke paas aaya aur kuch din tak aap ke paas thehra.</w:t>
      </w:r>
      <w:r>
        <w:br/>
      </w:r>
      <w:r>
        <w:rPr>
          <w:sz w:val="20"/>
        </w:rPr>
        <w:t>1:45  yaani training ke liye. raat din woh aap ke sath rahe. to un mein se ek sahib jinka naam Jundub tha, woh kehte hain</w:t>
      </w:r>
      <w:r>
        <w:br/>
      </w:r>
      <w:r>
        <w:rPr>
          <w:sz w:val="20"/>
        </w:rPr>
        <w:t>2:00  ke "ta'allamna al-iman thumma ta'allamna al-Quran". hum ne pehle iman seekha, is ke baad hum ne Quran seekha.</w:t>
      </w:r>
      <w:r>
        <w:br/>
      </w:r>
      <w:r>
        <w:rPr>
          <w:sz w:val="20"/>
        </w:rPr>
        <w:t>2:18  ta'allamna al-iman thumma ta'allamna al-Quran. yeh riwayat hadith ki kai kitabon mein aayi hai. to sochne ki baat hai ke is ka matlab kya hai.</w:t>
      </w:r>
      <w:r>
        <w:br/>
      </w:r>
      <w:r>
        <w:rPr>
          <w:sz w:val="20"/>
        </w:rPr>
        <w:t>2:33  yaani pehle iman, phir Quran. Quran baad ko aur iman pehle, is ka matlab kya hai. mein bohat der se sochta tha is par.</w:t>
      </w:r>
      <w:r>
        <w:br/>
      </w:r>
      <w:r>
        <w:rPr>
          <w:sz w:val="20"/>
        </w:rPr>
        <w:t>2:44  Quran aur hadith ko samajhne ke liye yaad rakhiye, sirf is ka translation janna kafi nahin hai.</w:t>
      </w:r>
      <w:r>
        <w:br/>
      </w:r>
      <w:r>
        <w:rPr>
          <w:sz w:val="20"/>
        </w:rPr>
        <w:t>2:52  Sahaba (RA) saalon tak kuch aayaton par sochte rehte the, halanke woh Arabic zuban jante the. to sirf Arabic zuban janna ya is ka tarjuma padh lena,</w:t>
      </w:r>
      <w:r>
        <w:br/>
      </w:r>
      <w:r>
        <w:rPr>
          <w:sz w:val="20"/>
        </w:rPr>
        <w:t>3:08  is se aap samajh nahin sakte. sochna padta hai, sochna padta hai.</w:t>
      </w:r>
      <w:r>
        <w:br/>
      </w:r>
      <w:r>
        <w:rPr>
          <w:sz w:val="20"/>
        </w:rPr>
        <w:t>3:16  to bohat barson ke sochne ke baad mujhe samajh mein aaya ke yaar, kya matlab hai is asar ka ya is hadith ka. woh hai, yahan eman se murad hai marifat.</w:t>
      </w:r>
      <w:r>
        <w:br/>
      </w:r>
      <w:r>
        <w:rPr>
          <w:sz w:val="20"/>
        </w:rPr>
        <w:t>3:33  dekhiye, quran mein aur hadith mein eman ke liye doosra lafz istemal hua hai marifat. mislan dekhiye, ek hadith hai "man qala la ilaha illallah dakhla al jannah".</w:t>
      </w:r>
      <w:r>
        <w:br/>
      </w:r>
      <w:r>
        <w:rPr>
          <w:sz w:val="20"/>
        </w:rPr>
        <w:t>3:46  yahan par qala hai. ek aur hadith mein hai ke "man arfa allaha la ilaha illallah dakhla al jannah". to yahan qaul marifat ke mani mein hai.</w:t>
      </w:r>
      <w:r>
        <w:br/>
      </w:r>
      <w:r>
        <w:rPr>
          <w:sz w:val="20"/>
        </w:rPr>
        <w:t>3:58  quran mein dekhiye, saatwein paray mein hai ke "mimma arrafu min al haqq". wahan eman ko marifat se ke word mein bayan kiya gaya hai.</w:t>
      </w:r>
      <w:r>
        <w:br/>
      </w:r>
      <w:r>
        <w:rPr>
          <w:sz w:val="20"/>
        </w:rPr>
        <w:t>4:12  to marifat ke liye english mein koi equivalent nahi hai sahi maanon mein. koi bhi lafz nahi hai. marifat bohat hi deep meaning hai is ki.</w:t>
      </w:r>
      <w:r>
        <w:br/>
      </w:r>
      <w:r>
        <w:rPr>
          <w:sz w:val="20"/>
        </w:rPr>
        <w:t>4:24  qareeb ki meaning is mein english mein aap keh sakte hain ke realization. coincidence bhi aap bol sakte hain lekin sab se qareeb jo word hai woh realization hai.</w:t>
      </w:r>
      <w:r>
        <w:br/>
      </w:r>
      <w:r>
        <w:rPr>
          <w:sz w:val="20"/>
        </w:rPr>
        <w:t>4:36  agarche marifat mein jo baat hai woh realization mein nahi aati. to english mein is ka poora concept maujood nahi hai.</w:t>
      </w:r>
      <w:r>
        <w:br/>
      </w:r>
      <w:r>
        <w:rPr>
          <w:sz w:val="20"/>
        </w:rPr>
        <w:t>4:47  to marifat ke literal meaning hai pehchanna. lekin pehchanna yahan bohat deep sense mein hai.</w:t>
      </w:r>
      <w:r>
        <w:br/>
      </w:r>
      <w:r>
        <w:rPr>
          <w:sz w:val="20"/>
        </w:rPr>
        <w:t>4:59  to pehle quran ki pehchan paida kiya in logon ne. yaani mind banaya. prepared mind banaya apne aap ko.</w:t>
      </w:r>
      <w:r>
        <w:br/>
      </w:r>
      <w:r>
        <w:rPr>
          <w:sz w:val="20"/>
        </w:rPr>
        <w:t>5:10  phir quran ko samajh paye woh.</w:t>
      </w:r>
      <w:r>
        <w:br/>
      </w:r>
      <w:r>
        <w:rPr>
          <w:sz w:val="20"/>
        </w:rPr>
        <w:t>5:14  to is ko main ek misaal se, ek aur misaal se clear karunga ke india mein ek top ke scientist the, un ka naam tha C.V. Raman.</w:t>
      </w:r>
      <w:r>
        <w:br/>
      </w:r>
      <w:r>
        <w:rPr>
          <w:sz w:val="20"/>
        </w:rPr>
        <w:t>5:26  1910 mein un ki death hui, nineteen ten mein. un ko physics ka Nobel Prize mila tha.</w:t>
      </w:r>
      <w:r>
        <w:br/>
      </w:r>
      <w:r>
        <w:rPr>
          <w:sz w:val="20"/>
        </w:rPr>
        <w:t>5:37  to kisi ne kaha un se ke scientist log jo hote hain, un ka koi kamal nahi hai. jo discoveries hain, jo inventions hain, woh to bas achaanak hote hain, by accident.</w:t>
      </w:r>
      <w:r>
        <w:br/>
      </w:r>
      <w:r>
        <w:rPr>
          <w:sz w:val="20"/>
        </w:rPr>
        <w:t>5:54  ke ek scientist apni laboratory mein kuch test kar raha hai, phir kuch flash hua. us se us ne samjha ke yahan par falan cheez paai jaati hai.</w:t>
      </w:r>
      <w:r>
        <w:br/>
      </w:r>
      <w:r>
        <w:rPr>
          <w:sz w:val="20"/>
        </w:rPr>
        <w:t>6:06  to yeh by accident hota hai. by way of accident. to Raman ne jawab diya is ka ke "Yes, but this accident</w:t>
      </w:r>
      <w:r>
        <w:br/>
      </w:r>
      <w:r>
        <w:rPr>
          <w:sz w:val="20"/>
        </w:rPr>
        <w:t>6:23  happens only to a scientific mind". ke tum theek kehte ho lekin aisa accident, aisa ittefaq sirf ek scientific mind ke sath hi paish aata hai.</w:t>
      </w:r>
      <w:r>
        <w:br/>
      </w:r>
      <w:r>
        <w:rPr>
          <w:sz w:val="20"/>
        </w:rPr>
        <w:t>6:42  yeh bohat hi meaningful jawab tha is ka. to ek prepared mind hi is qabil hota hai ke woh kisi baat ko samjhe.</w:t>
      </w:r>
      <w:r>
        <w:br/>
      </w:r>
      <w:r>
        <w:rPr>
          <w:sz w:val="20"/>
        </w:rPr>
        <w:t>6:52  to quran se pehle unhon ne apne mind ko prepare kiya.</w:t>
      </w:r>
      <w:r>
        <w:br/>
      </w:r>
      <w:r>
        <w:rPr>
          <w:sz w:val="20"/>
        </w:rPr>
        <w:t>7:00  First of all, they prepared their mind.</w:t>
      </w:r>
      <w:r>
        <w:br/>
      </w:r>
      <w:r>
        <w:rPr>
          <w:sz w:val="20"/>
        </w:rPr>
        <w:t>7:05  Then they learned quran. yeh matlab hai is ka. ke rasool Allah (SAW) ke paas reh kar ke unhon ne pehle apna mind banaya, apni soch banai.</w:t>
      </w:r>
      <w:r>
        <w:br/>
      </w:r>
      <w:r>
        <w:rPr>
          <w:sz w:val="20"/>
        </w:rPr>
        <w:t>7:17  apne ko deconditioned kiya.</w:t>
      </w:r>
    </w:p>
    <w:p>
      <w:pPr>
        <w:pStyle w:val="Heading2"/>
      </w:pPr>
      <w:r>
        <w:t>Preoccupied mind leads to misinterpretation</w:t>
      </w:r>
    </w:p>
    <w:p>
      <w:r>
        <w:rPr>
          <w:color w:val="666666"/>
          <w:sz w:val="18"/>
        </w:rPr>
        <w:t>Misinterpretation of Islam July 24, 2008 · 3m 41s · at 38:06 · https://youtu.be/SNX20ErFRDo?t=2286</w:t>
      </w:r>
    </w:p>
    <w:p>
      <w:r>
        <w:rPr>
          <w:i/>
        </w:rPr>
        <w:t>“A person with a preoccupied mind finds his own ideas in Quran.”</w:t>
      </w:r>
    </w:p>
    <w:p>
      <w:r>
        <w:rPr>
          <w:sz w:val="20"/>
        </w:rPr>
        <w:t>38:06  yani yeh yun keh sakte hain aap ke aik aadmi woh hai jis ke mind mein pehle se kuch hai, pre-occupied hai kisi baat se, pehle se kuch hai us ke mind mein.</w:t>
      </w:r>
      <w:r>
        <w:br/>
      </w:r>
      <w:r>
        <w:rPr>
          <w:sz w:val="20"/>
        </w:rPr>
        <w:t>38:19  to jab quran ko padhta hai to kahin aik thore se milti julti baat milti hai, dard se kehta hai ke bas dekho, yahan pe woh likha hua hai, yeh mind mein apne ko kuch bhara hua hai.</w:t>
      </w:r>
      <w:r>
        <w:br/>
      </w:r>
      <w:r>
        <w:rPr>
          <w:sz w:val="20"/>
        </w:rPr>
        <w:t>38:33  ab kuch milti julti baat us ko mil gayi quran majeed mein, to foran is ka ulta matlab nikaal kar kahe ke dekho, quran mein to khud hi yeh likha hua hai.</w:t>
      </w:r>
      <w:r>
        <w:br/>
      </w:r>
      <w:r>
        <w:rPr>
          <w:sz w:val="20"/>
        </w:rPr>
        <w:t>38:44  jaise ek zamane mein bohat zor tha communism ka, yaani ke private property jo hai, nahi hona chahiye, sirf state ka control hona chahiye saari cheezon par.</w:t>
      </w:r>
      <w:r>
        <w:br/>
      </w:r>
      <w:r>
        <w:rPr>
          <w:sz w:val="20"/>
        </w:rPr>
        <w:t>38:59  to bari dhoom thi is ki. ab ek aadmi jo us ko apne mind mein liye hue tha ke private property bohat buri cheez hai, us ne quran ko parha, ek aayat mil gayi us ko: "innal arda lillah".</w:t>
      </w:r>
      <w:r>
        <w:br/>
      </w:r>
      <w:r>
        <w:rPr>
          <w:sz w:val="20"/>
        </w:rPr>
        <w:t>39:16  yeh aayat thi: "innal arda lillah", zameen khuda ki hai. to bas khuda ki jagah state rakh diya us ne ke zameen state ki hai, land state ka hai.</w:t>
      </w:r>
      <w:r>
        <w:br/>
      </w:r>
      <w:r>
        <w:rPr>
          <w:sz w:val="20"/>
        </w:rPr>
        <w:t>39:29  to aap jante hain ke jab russia mein communist rule aaya to saare farmers jo the, kisaan jo the, un ka land chheen liya gaya un se aur sab state ke state tanha is ka owner, owner ban gaya.</w:t>
      </w:r>
      <w:r>
        <w:br/>
      </w:r>
      <w:r>
        <w:rPr>
          <w:sz w:val="20"/>
        </w:rPr>
        <w:t>39:48  to woh woh zamane mein is ki dhoom thi bohat ziyada ke private property nahi hona chahiye, private farming nahi hona chahiye, state farming hona chahiye.</w:t>
      </w:r>
      <w:r>
        <w:br/>
      </w:r>
      <w:r>
        <w:rPr>
          <w:sz w:val="20"/>
        </w:rPr>
        <w:t>40:01  ab unhon ne jab quran mein parha ke "innal arda lillah", zameen khuda ki hai, to khuda ki jagah rakh diya unhon ne state, zameen state ki hai.</w:t>
      </w:r>
      <w:r>
        <w:br/>
      </w:r>
      <w:r>
        <w:rPr>
          <w:sz w:val="20"/>
        </w:rPr>
        <w:t>40:13  phir dekho, quran mein bhi communism likha hua hai. to dekhiye,</w:t>
      </w:r>
      <w:r>
        <w:br/>
      </w:r>
      <w:r>
        <w:rPr>
          <w:sz w:val="20"/>
        </w:rPr>
        <w:t>40:21  do qism ke log hote hain: ek woh jo jinka mind pehle se koi preoccupied ho, kuch halaat se preoccupied ho, pehle hi se mind mein kuch bhara hua hai.</w:t>
      </w:r>
      <w:r>
        <w:br/>
      </w:r>
      <w:r>
        <w:rPr>
          <w:sz w:val="20"/>
        </w:rPr>
        <w:t>40:33  ab quran jab padhenge to kahin zara sa kuch milta julta dikhai padega. kahenge, dekho, jo mere mind mein tha, wahi to quran mein bhi likha hua hai.</w:t>
      </w:r>
      <w:r>
        <w:br/>
      </w:r>
      <w:r>
        <w:rPr>
          <w:sz w:val="20"/>
        </w:rPr>
        <w:t>40:43  yahi log misinterpretation karte hain, galat ta'beer karte hain, galat tafseer karte hain, galat matlab nikaalte hain. lekin jo aadmi empty mind ho ke padhe quran majeed ko, objectivity ke saath padhe quran ko,</w:t>
      </w:r>
      <w:r>
        <w:br/>
      </w:r>
      <w:r>
        <w:rPr>
          <w:sz w:val="20"/>
        </w:rPr>
        <w:t>41:00  quran is liye padhe ke mujhe is mein yeh jaanna hai ke khuda ki marzi kya hai jo us ne quran mein batai hai. apne mind ko na padhna ho, us ko khuda ke mind ko padhna ho,</w:t>
      </w:r>
      <w:r>
        <w:br/>
      </w:r>
      <w:r>
        <w:rPr>
          <w:sz w:val="20"/>
        </w:rPr>
        <w:t>41:15  yeh farq ho.</w:t>
      </w:r>
      <w:r>
        <w:br/>
      </w:r>
      <w:r>
        <w:rPr>
          <w:sz w:val="20"/>
        </w:rPr>
        <w:t>41:19  yeh jo apne mind ko padhna chahega quran majeed mein, wahi galat ta'beer karega, misinterpretation karega. aur jo aadmi khuda ke mind ko padhna chahta ho quran majeed mein, woh is se bach jayega is burai se.</w:t>
      </w:r>
      <w:r>
        <w:br/>
      </w:r>
      <w:r>
        <w:rPr>
          <w:sz w:val="20"/>
        </w:rPr>
        <w:t>41:34  to quran khuda ne utara hai kyun? ke insaan ko khuda ki guidance mile, khuda ki guidance mile, insaan ko divine guidance.</w:t>
      </w:r>
    </w:p>
    <w:p>
      <w:pPr>
        <w:pStyle w:val="Heading2"/>
      </w:pPr>
      <w:r>
        <w:t>Individual commands, collective shift, and resulting extremism</w:t>
      </w:r>
    </w:p>
    <w:p>
      <w:r>
        <w:rPr>
          <w:color w:val="666666"/>
          <w:sz w:val="18"/>
        </w:rPr>
        <w:t>In Conversation with Khaja Kaleemuddin 12 Sept. 2021 · 5m 53s · at 3:34 · https://youtu.be/qruke_zvBZU?t=214</w:t>
      </w:r>
    </w:p>
    <w:p>
      <w:r>
        <w:rPr>
          <w:i/>
        </w:rPr>
        <w:t>“To us reaction mein jo asal deen tha woh individual ko address kar raha tha.”</w:t>
      </w:r>
    </w:p>
    <w:p>
      <w:r>
        <w:rPr>
          <w:sz w:val="20"/>
        </w:rPr>
        <w:t>3:34  reaction mein, aah, jo asal deen tha woh individual ko address kar raha tha.</w:t>
      </w:r>
      <w:r>
        <w:br/>
      </w:r>
      <w:r>
        <w:rPr>
          <w:sz w:val="20"/>
        </w:rPr>
        <w:t>3:45  ji. yeh, yaani individual ki, ki tazkiya ke liye tha. quran o hadith se jo sahi tasawwur deen hai woh hai,</w:t>
      </w:r>
      <w:r>
        <w:br/>
      </w:r>
      <w:r>
        <w:rPr>
          <w:sz w:val="20"/>
        </w:rPr>
        <w:t>3:54  aah, islam jo, aah, woh deen hai jis mein, aah, insaan ko, aah, allah taala ki, khuda ki, aah, mukammal tabedari karni chahiye.</w:t>
      </w:r>
      <w:r>
        <w:br/>
      </w:r>
      <w:r>
        <w:rPr>
          <w:sz w:val="20"/>
        </w:rPr>
        <w:t>4:06  aur tabedari mein woh sari cheezein shamil hain, aah, jo khud pehle khuda ki marifat hasil karen. aah, woh khuda ki marifat ke baad, aah,</w:t>
      </w:r>
      <w:r>
        <w:br/>
      </w:r>
      <w:r>
        <w:rPr>
          <w:sz w:val="20"/>
        </w:rPr>
        <w:t>4:19  phir jo hai is ke taqaze ke taur par ibadat hain aur mamlaat hain. in sab mein jo hai quran ke ahkam ke mutabiq insaan ko, aah, tabedari, tabedar zindagi guzarni chahiye.</w:t>
      </w:r>
      <w:r>
        <w:br/>
      </w:r>
      <w:r>
        <w:rPr>
          <w:sz w:val="20"/>
        </w:rPr>
        <w:t>4:34  aah, to</w:t>
      </w:r>
      <w:r>
        <w:br/>
      </w:r>
      <w:r>
        <w:rPr>
          <w:sz w:val="20"/>
        </w:rPr>
        <w:t>4:36  is, is lehaz se deen jo hai woh ek, aah, individual pe jo hai laagu hota hai aur individual ka tazkiya hai.</w:t>
      </w:r>
      <w:r>
        <w:br/>
      </w:r>
      <w:r>
        <w:rPr>
          <w:sz w:val="20"/>
        </w:rPr>
        <w:t>4:46  aur is lehaz se agar ek khatirkhwah, aah,</w:t>
      </w:r>
      <w:r>
        <w:br/>
      </w:r>
      <w:r>
        <w:rPr>
          <w:sz w:val="20"/>
        </w:rPr>
        <w:t>4:52  majmooa jama ho jata hai, ek group of people hote hain to ab yeh, aah, zaroorat hai jahan bhi chand log hote hain woh apne tareeqe ki ek jo hai governing system banate hain.</w:t>
      </w:r>
      <w:r>
        <w:br/>
      </w:r>
      <w:r>
        <w:rPr>
          <w:sz w:val="20"/>
        </w:rPr>
        <w:t>5:06  ji. to mazkur logon ke darmiyan jo governing system hota hai woh jo hai khuda ka tabedar system hota hai.</w:t>
      </w:r>
      <w:r>
        <w:br/>
      </w:r>
      <w:r>
        <w:rPr>
          <w:sz w:val="20"/>
        </w:rPr>
        <w:t>5:15  to is ko is tarah</w:t>
      </w:r>
      <w:r>
        <w:br/>
      </w:r>
      <w:r>
        <w:rPr>
          <w:sz w:val="20"/>
        </w:rPr>
        <w:t>5:17  hona chahiye tha. lekin ab is waqt yeh cheez, yani, yani yeh jo individual ahkam the ab, aah, is waqt ke, aah, halaat ke taabe ya us ke reaction mein ulma ne jo, aah, tasawwur pesh kiya</w:t>
      </w:r>
      <w:r>
        <w:br/>
      </w:r>
      <w:r>
        <w:rPr>
          <w:sz w:val="20"/>
        </w:rPr>
        <w:t>5:36  woh, aah, individual ahkam ko ijtamai ahkam ki taraf mor diya. aur, aur to is se is wajah se kya ho gaya woh shift of emphasis ho gayi.</w:t>
      </w:r>
      <w:r>
        <w:br/>
      </w:r>
      <w:r>
        <w:rPr>
          <w:sz w:val="20"/>
        </w:rPr>
        <w:t>5:49  j</w:t>
      </w:r>
      <w:r>
        <w:br/>
      </w:r>
      <w:r>
        <w:rPr>
          <w:sz w:val="20"/>
        </w:rPr>
        <w:t>5:50  y. ji. yani jahan, aah, jaise kaha gaya ke, aah, kono qawmana bil qist, yani aap jo hai, aah, justice ko follow karo.</w:t>
      </w:r>
      <w:r>
        <w:br/>
      </w:r>
      <w:r>
        <w:rPr>
          <w:sz w:val="20"/>
        </w:rPr>
        <w:t>6:06  yeh individual ayat thi, yani individual par ayat hoti thi. aur is ko jo hai yun le liya ke justice ko nafiz karo. yani jo, jo cheez ko apne pe jo hai lagu karni thi woh logon par nafiz karne wale.</w:t>
      </w:r>
      <w:r>
        <w:br/>
      </w:r>
      <w:r>
        <w:rPr>
          <w:sz w:val="20"/>
        </w:rPr>
        <w:t>6:19  is tarah ke</w:t>
      </w:r>
      <w:r>
        <w:br/>
      </w:r>
      <w:r>
        <w:rPr>
          <w:sz w:val="20"/>
        </w:rPr>
        <w:t>6:20  kai examples diye ja sakte hain jis mein jo ayaten insan ko apna, aah, tazkiya wajood, yani tabedari, khuda ki tabedari karne mein, aah,</w:t>
      </w:r>
      <w:r>
        <w:br/>
      </w:r>
      <w:r>
        <w:rPr>
          <w:sz w:val="20"/>
        </w:rPr>
        <w:t>6:37  istemal karna chahiye tha woh, aah, ijtima par jo hai lagu karna, karne ke maano mein le liya aur is pe mutharrik hue.</w:t>
      </w:r>
      <w:r>
        <w:br/>
      </w:r>
      <w:r>
        <w:rPr>
          <w:sz w:val="20"/>
        </w:rPr>
        <w:t>6:49  to is ke nateejay mein jo aap ne poocha ke is se jo hai kya, aah, kharabi hai yeh negative kyun hai? to</w:t>
      </w:r>
      <w:r>
        <w:br/>
      </w:r>
      <w:r>
        <w:rPr>
          <w:sz w:val="20"/>
        </w:rPr>
        <w:t>6:57  hamesha aap dekhte hain ke jab, aah, jo cheez jis ke liye, jis cheez ke liye aayi thi aur jo, jo insanon ke reformation ke liye aayi thi ab jab us ko lagu karne wali cheez banayenge to definitely woh ek kharabi paida karegi.</w:t>
      </w:r>
      <w:r>
        <w:br/>
      </w:r>
      <w:r>
        <w:rPr>
          <w:sz w:val="20"/>
        </w:rPr>
        <w:t>7:14  aur woh</w:t>
      </w:r>
      <w:r>
        <w:br/>
      </w:r>
      <w:r>
        <w:rPr>
          <w:sz w:val="20"/>
        </w:rPr>
        <w:t>7:15  zahair hai kharabi, aah, paida hui. aah, ab woh deen jo hai, aah, individual, woh, aah, woh ab apne pe lagu karne wali cheez ja kar ke logon ko, aah,</w:t>
      </w:r>
      <w:r>
        <w:br/>
      </w:r>
      <w:r>
        <w:rPr>
          <w:sz w:val="20"/>
        </w:rPr>
        <w:t>7:30  ke aamal ko seedha karna ya justice establish karna aur, aah, chounke jo ahkam, yani</w:t>
      </w:r>
      <w:r>
        <w:br/>
      </w:r>
      <w:r>
        <w:rPr>
          <w:sz w:val="20"/>
        </w:rPr>
        <w:t>7:39  fojdari, yani ijtamai ahkam bhi hain is mein.</w:t>
      </w:r>
      <w:r>
        <w:br/>
      </w:r>
      <w:r>
        <w:rPr>
          <w:sz w:val="20"/>
        </w:rPr>
        <w:t>7:42  ji. lekin is ko, yani, aah, zaroori samajh kar isi ko lagu karne ki, is par zor dene ki wajah se is mein, aah, yani ek, aah, yani extremism aa gaya logon mein aur jo so called, yani hukmaranon ko, aah,</w:t>
      </w:r>
      <w:r>
        <w:br/>
      </w:r>
      <w:r>
        <w:rPr>
          <w:sz w:val="20"/>
        </w:rPr>
        <w:t>8:05  parent bata kar ke ya taghoot bata kar ke woh ghair islami, aah, tareeqay se, aah, hukumat kar rahe hain to un ke khilaf ek opposition ki haisiyat se jo hai woh uth khare hue jis se mazeed kharabi paida ho gayi.</w:t>
      </w:r>
      <w:r>
        <w:br/>
      </w:r>
      <w:r>
        <w:rPr>
          <w:sz w:val="20"/>
        </w:rPr>
        <w:t>8:22  aur is taabeer mein, aah, yani woh taabeer shuru hoti hai is, is se ke jo hai dunya mein khuda ki hukumat ko, aah, qaim karna hai.</w:t>
      </w:r>
      <w:r>
        <w:br/>
      </w:r>
      <w:r>
        <w:rPr>
          <w:sz w:val="20"/>
        </w:rPr>
        <w:t>8:34  yani jo ke fuq al fitri, fitri already khuda ki, aah, hukumat, yani, aah, qai</w:t>
      </w:r>
      <w:r>
        <w:br/>
      </w:r>
      <w:r>
        <w:rPr>
          <w:sz w:val="20"/>
        </w:rPr>
        <w:t>8:42  yam hai. ji. lekin is ko siyasat par woh qaim karne ka naaray laganay ki wajah se mazeed jo hai woh, aah, kharabi paida ho gayi.</w:t>
      </w:r>
      <w:r>
        <w:br/>
      </w:r>
      <w:r>
        <w:rPr>
          <w:sz w:val="20"/>
        </w:rPr>
        <w:t>8:52  aah, aur, aur in ahkamat jo ijtamai ahkamat hain un ko lagu karne ke liye jo muhim chalaye to is kya hua is in, in cheezon ko implement karne ke liye ek power bhi chahiye tha.</w:t>
      </w:r>
      <w:r>
        <w:br/>
      </w:r>
      <w:r>
        <w:rPr>
          <w:sz w:val="20"/>
        </w:rPr>
        <w:t>9:09  aah, hukumat mein aala aur woh dekh rahe hain ke ek aisi hukumat jo hai in cheezon ko lagu nahi kar rahi hai to us ko hatana zaroori ho gaya to phir yeh, aah,</w:t>
      </w:r>
      <w:r>
        <w:br/>
      </w:r>
      <w:r>
        <w:rPr>
          <w:sz w:val="20"/>
        </w:rPr>
        <w:t>9:22  agitation karne lage aur, aah, maar peet hone lagi phir isi tarah extremism</w:t>
      </w:r>
    </w:p>
    <w:p>
      <w:pPr>
        <w:pStyle w:val="Heading2"/>
      </w:pPr>
      <w:r>
        <w:t>The ice cream story: tracing origins to find humility</w:t>
      </w:r>
    </w:p>
    <w:p>
      <w:r>
        <w:rPr>
          <w:color w:val="666666"/>
          <w:sz w:val="18"/>
        </w:rPr>
        <w:t>Man's Place in The Universe June 17, 2007 · 6m 06s · at 25:01 · https://youtu.be/CND6qsCMZVU?t=1501</w:t>
      </w:r>
    </w:p>
    <w:p>
      <w:r>
        <w:rPr>
          <w:i/>
        </w:rPr>
        <w:t>“A man buys his son ice cream at India Gate”</w:t>
      </w:r>
    </w:p>
    <w:p>
      <w:r>
        <w:rPr>
          <w:sz w:val="20"/>
        </w:rPr>
        <w:t>25:01  kuch saal pehle ki baat hai. to aik aadmi wahan aata hai. abhi woh zyada umar nahin thi is ki. to is ki biwi saath hoti hai.</w:t>
      </w:r>
      <w:r>
        <w:br/>
      </w:r>
      <w:r>
        <w:rPr>
          <w:sz w:val="20"/>
        </w:rPr>
        <w:t>25:15  aur aik bachcha hota hai saath is ke.</w:t>
      </w:r>
      <w:r>
        <w:br/>
      </w:r>
      <w:r>
        <w:rPr>
          <w:sz w:val="20"/>
        </w:rPr>
        <w:t>25:18  to wahan par aap jante honge keh wahan par ice cream bechte hain. to bachcha kehta hai keh papa mujhe ice cream dilao.</w:t>
      </w:r>
      <w:r>
        <w:br/>
      </w:r>
      <w:r>
        <w:rPr>
          <w:sz w:val="20"/>
        </w:rPr>
        <w:t>25:30  to papa foran jeeb se note nikalte hain. aur ice cream ka packet lete hain is se. aur teenon phir khane lagte hain. baap, bachcha aur biwi.</w:t>
      </w:r>
      <w:r>
        <w:br/>
      </w:r>
      <w:r>
        <w:rPr>
          <w:sz w:val="20"/>
        </w:rPr>
        <w:t>25:44  to main aadmi ki chehra parta hoon. chehra parhna.</w:t>
      </w:r>
      <w:r>
        <w:br/>
      </w:r>
      <w:r>
        <w:rPr>
          <w:sz w:val="20"/>
        </w:rPr>
        <w:t>25:50  to is aadmi ke chehre ko maine bohat hi dhiyan se dekha. to us ke chehre par aik aik aik fakhar tha.</w:t>
      </w:r>
      <w:r>
        <w:br/>
      </w:r>
      <w:r>
        <w:rPr>
          <w:sz w:val="20"/>
        </w:rPr>
        <w:t>25:58  fakhar. uska chehra bol raha tha ke dekho mere bachche ne chaha ke ice cream. meri jeeb mein note tha.</w:t>
      </w:r>
      <w:r>
        <w:br/>
      </w:r>
      <w:r>
        <w:rPr>
          <w:sz w:val="20"/>
        </w:rPr>
        <w:t>26:07  main main ne dhoond liya aur mujhe mil gayi woh. ice cream aur hum kha rahe hain.</w:t>
      </w:r>
      <w:r>
        <w:br/>
      </w:r>
      <w:r>
        <w:rPr>
          <w:sz w:val="20"/>
        </w:rPr>
        <w:t>26:16  to ehsas kamyabi jo kehte hain. us ke chehre par chamak raha tha.</w:t>
      </w:r>
      <w:r>
        <w:br/>
      </w:r>
      <w:r>
        <w:rPr>
          <w:sz w:val="20"/>
        </w:rPr>
        <w:t>26:24  aap yaqeen kijiye ke us waqt main rone laga. woh aadmi to khush tha. aur main ro raha tha. kyun?</w:t>
      </w:r>
      <w:r>
        <w:br/>
      </w:r>
      <w:r>
        <w:rPr>
          <w:sz w:val="20"/>
        </w:rPr>
        <w:t>26:34  main ne socha kitna ahmaq aadmi yeh hai. yeh baaton ko janta nahin. dekhiye ice cream kya hai?</w:t>
      </w:r>
      <w:r>
        <w:br/>
      </w:r>
      <w:r>
        <w:rPr>
          <w:sz w:val="20"/>
        </w:rPr>
        <w:t>26:42  aap sochiye ke ice cream kya hai?</w:t>
      </w:r>
      <w:r>
        <w:br/>
      </w:r>
      <w:r>
        <w:rPr>
          <w:sz w:val="20"/>
        </w:rPr>
        <w:t>26:46  kaise aisa mumkin hua? ke ice cream ka aik packet. India Gate par aik aadmi bech raha hai aur aap khareed kar ke khayein us ko.</w:t>
      </w:r>
      <w:r>
        <w:br/>
      </w:r>
      <w:r>
        <w:rPr>
          <w:sz w:val="20"/>
        </w:rPr>
        <w:t>26:55  kaise mumkin hua woh? yeh do bohat bare support system ke baad mumkin hua.</w:t>
      </w:r>
      <w:r>
        <w:br/>
      </w:r>
      <w:r>
        <w:rPr>
          <w:sz w:val="20"/>
        </w:rPr>
        <w:t>27:04  pehla fitrat ka support system. doosra tehzeeb ka support system. fitrat ka support system kya hai?</w:t>
      </w:r>
      <w:r>
        <w:br/>
      </w:r>
      <w:r>
        <w:rPr>
          <w:sz w:val="20"/>
        </w:rPr>
        <w:t>27:15  science batati hai koi das arab saal pehle yeh kainat jo thi. yeh gases se bhari hui thi. gases. phir kya hua?</w:t>
      </w:r>
      <w:r>
        <w:br/>
      </w:r>
      <w:r>
        <w:rPr>
          <w:sz w:val="20"/>
        </w:rPr>
        <w:t>27:25  ke hydrogen gas aur oxygen gas milein. H2O ka formula jis ko hum kehte hain. aur pani bana. pani.</w:t>
      </w:r>
      <w:r>
        <w:br/>
      </w:r>
      <w:r>
        <w:rPr>
          <w:sz w:val="20"/>
        </w:rPr>
        <w:t>27:35  yani gases tabdeel huien. aur pani bana. phir pani barsta raha zameen par bohat dinon tak.</w:t>
      </w:r>
      <w:r>
        <w:br/>
      </w:r>
      <w:r>
        <w:rPr>
          <w:sz w:val="20"/>
        </w:rPr>
        <w:t>27:42  phir yahan par paudhe bane. paudhe, sabzi, phool sab cheezein. is ke baad yahan par janwar aaye.</w:t>
      </w:r>
      <w:r>
        <w:br/>
      </w:r>
      <w:r>
        <w:rPr>
          <w:sz w:val="20"/>
        </w:rPr>
        <w:t>27:54  pehlay pani aaya. phir paudhe aaye. phir janwar aaye. aakhir mein insan aaya.</w:t>
      </w:r>
      <w:r>
        <w:br/>
      </w:r>
      <w:r>
        <w:rPr>
          <w:sz w:val="20"/>
        </w:rPr>
        <w:t>28:04  is ke baad insan ne kya</w:t>
      </w:r>
      <w:r>
        <w:br/>
      </w:r>
      <w:r>
        <w:rPr>
          <w:sz w:val="20"/>
        </w:rPr>
        <w:t>28:06  kya? ke janwar yani gaaye ko pata kya ke gaaye mein doodh hai. bhains mein doodh hai.</w:t>
      </w:r>
      <w:r>
        <w:br/>
      </w:r>
      <w:r>
        <w:rPr>
          <w:sz w:val="20"/>
        </w:rPr>
        <w:t>28:18  to aik itne arab arab saal tak fitrat ne kaam kiya. tab pani bana.</w:t>
      </w:r>
      <w:r>
        <w:br/>
      </w:r>
      <w:r>
        <w:rPr>
          <w:sz w:val="20"/>
        </w:rPr>
        <w:t>28:28  tab paudhe aaye. tab janwar aaye. tab insan aaye. aik taraf yeh fitrat ka itna bara karname hai.</w:t>
      </w:r>
      <w:r>
        <w:br/>
      </w:r>
      <w:r>
        <w:rPr>
          <w:sz w:val="20"/>
        </w:rPr>
        <w:t>28:36  is ke baad insan aata hai. insan is se doodh nikalta hai gaaye se. bohat din tak to aise hi kacha pi jata hai. nikal kar ke.</w:t>
      </w:r>
      <w:r>
        <w:br/>
      </w:r>
      <w:r>
        <w:rPr>
          <w:sz w:val="20"/>
        </w:rPr>
        <w:t>28:45  woh nahin janta ke is ko pakana chahiye. phir pakata hai. pakane ke baad kya aur kya hote hote phir bohat dinon ke baad pata chalta hai is ko ke is doodh mein makkhan hota hai.</w:t>
      </w:r>
      <w:r>
        <w:br/>
      </w:r>
      <w:r>
        <w:rPr>
          <w:sz w:val="20"/>
        </w:rPr>
        <w:t>28:55  is mein yeh hota hai, woh hota hai. phir sanati dor aata hai. tehzeeb yahan tak aage badhti hai.</w:t>
      </w:r>
      <w:r>
        <w:br/>
      </w:r>
      <w:r>
        <w:rPr>
          <w:sz w:val="20"/>
        </w:rPr>
        <w:t>29:02  sanati dor mein mumkin hota hai ke aap woh sari cheezein milti hain aap ko ke aap aap ice cream banayein. ab dekhiye ke itne lambe din dinon tak.</w:t>
      </w:r>
      <w:r>
        <w:br/>
      </w:r>
      <w:r>
        <w:rPr>
          <w:sz w:val="20"/>
        </w:rPr>
        <w:t>29:14  aik taraf fitrat ka support system banta hai. doosri taraf tehzeeb ka itna lamba safar tay hota hai.</w:t>
      </w:r>
      <w:r>
        <w:br/>
      </w:r>
      <w:r>
        <w:rPr>
          <w:sz w:val="20"/>
        </w:rPr>
        <w:t>29:24  tab ja kar ke yeh mumkin hota hai ke aik aadmi India gate mein khara ho kar ke ice cream beche. aur aap kuch rupay de kar is ko khareed saken.</w:t>
      </w:r>
      <w:r>
        <w:br/>
      </w:r>
      <w:r>
        <w:rPr>
          <w:sz w:val="20"/>
        </w:rPr>
        <w:t>29:37  to is ke maani kya hain? is ice cream ki qeemat das rupay nahi hai. is ice cream ki qeemat bohat hi ziyada hai.</w:t>
      </w:r>
      <w:r>
        <w:br/>
      </w:r>
      <w:r>
        <w:rPr>
          <w:sz w:val="20"/>
        </w:rPr>
        <w:t>29:52  to main jab dekh raha tha is aadmi ko. to aisa lagta tha ke woh aadmi keh raha hai. ke har cheez ki aik qeemat hai. I can pay that price to obtain it lekin mere dil mein kya tha?</w:t>
      </w:r>
      <w:r>
        <w:br/>
      </w:r>
      <w:r>
        <w:rPr>
          <w:sz w:val="20"/>
        </w:rPr>
        <w:t>30:10  Everything is priceless. You cannot pay the price of anything.</w:t>
      </w:r>
      <w:r>
        <w:br/>
      </w:r>
      <w:r>
        <w:rPr>
          <w:sz w:val="20"/>
        </w:rPr>
        <w:t>30:18  yani is ice cream ke peechay is million billion saal ko joriye aap to woh qeemat se pak hai. woh is ka matlab kya hua?</w:t>
      </w:r>
      <w:r>
        <w:br/>
      </w:r>
      <w:r>
        <w:rPr>
          <w:sz w:val="20"/>
        </w:rPr>
        <w:t>30:31  ke jis cheez se woh aadmi le raha hai fakhr. us se kya aana chahiye us ke andar? aajzi. aajzi aana chahiye.</w:t>
      </w:r>
      <w:r>
        <w:br/>
      </w:r>
      <w:r>
        <w:rPr>
          <w:sz w:val="20"/>
        </w:rPr>
        <w:t>30:40  jab woh fitrat ko tasleem karega. jo insaniyat ko tasleem karega. jo hazaron hazaron saal tak taraqqi karte karte yahan tak pohnchi.</w:t>
      </w:r>
      <w:r>
        <w:br/>
      </w:r>
      <w:r>
        <w:rPr>
          <w:sz w:val="20"/>
        </w:rPr>
        <w:t>30:51  ke aap ko ice cream bana kar de. to aik taraf aap fitrat ko tasleem karenge. to doosri taraf aap insaan ko tasleem karenge. to kya hoga is ka nateeja?</w:t>
      </w:r>
      <w:r>
        <w:br/>
      </w:r>
      <w:r>
        <w:rPr>
          <w:sz w:val="20"/>
        </w:rPr>
        <w:t>31:01  aajzi. fakhr khatam. aajzi.</w:t>
      </w:r>
    </w:p>
    <w:p>
      <w:pPr>
        <w:pStyle w:val="Heading2"/>
      </w:pPr>
      <w:r>
        <w:t>Leaders misattribution leading to hardness</w:t>
      </w:r>
    </w:p>
    <w:p>
      <w:r>
        <w:rPr>
          <w:color w:val="666666"/>
          <w:sz w:val="18"/>
        </w:rPr>
        <w:t>Divine Warning 29 Oct 2013 - Maulana Wahiduddin Khan · 5m 12s · at 2:57 · https://youtu.be/ITyLA4216tA?t=177</w:t>
      </w:r>
    </w:p>
    <w:p>
      <w:r>
        <w:rPr>
          <w:i/>
        </w:rPr>
        <w:t>“Ziyada tar kya hota hai, woh cheez jisko kaha gaya tazyeen”</w:t>
      </w:r>
    </w:p>
    <w:p>
      <w:r>
        <w:rPr>
          <w:sz w:val="20"/>
        </w:rPr>
        <w:t>2:57  zyadatar kya hota hai, woh cheez hoti hai jis ko kaha gaya hai tazyeen. yeh tazyeen khud qaum ke leader karte hain.</w:t>
      </w:r>
      <w:r>
        <w:br/>
      </w:r>
      <w:r>
        <w:rPr>
          <w:sz w:val="20"/>
        </w:rPr>
        <w:t>3:12  woh tazyeen yeh hai ke jo tanbeehaat Allah ki taraf se aayi hain,</w:t>
      </w:r>
      <w:r>
        <w:br/>
      </w:r>
      <w:r>
        <w:rPr>
          <w:sz w:val="20"/>
        </w:rPr>
        <w:t>3:21  un ko insaanon ki taraf mansoob kar diya jaye aur bajaye islaah-e-khish ke, shikayat-e-ghair ka jazba ubhaar diya jaye.</w:t>
      </w:r>
      <w:r>
        <w:br/>
      </w:r>
      <w:r>
        <w:rPr>
          <w:sz w:val="20"/>
        </w:rPr>
        <w:t>3:32  to jab aisa hota hai to kya hota hai? nateeja qasawat. aur zyada log behosh ho jate hain, islaah ka jazba aur kam ho jata hai.</w:t>
      </w:r>
      <w:r>
        <w:br/>
      </w:r>
      <w:r>
        <w:rPr>
          <w:sz w:val="20"/>
        </w:rPr>
        <w:t>3:45  yeh hota hai. to main samajhta hoon ke yeh aayat jo hai, quran ki mauooda zamane ke musalmanon ke liye poori tarah saadiq aa rahi hai.</w:t>
      </w:r>
      <w:r>
        <w:br/>
      </w:r>
      <w:r>
        <w:rPr>
          <w:sz w:val="20"/>
        </w:rPr>
        <w:t>3:58  poori tarah.</w:t>
      </w:r>
      <w:r>
        <w:br/>
      </w:r>
      <w:r>
        <w:rPr>
          <w:sz w:val="20"/>
        </w:rPr>
        <w:t>4:03  mauooda zamane mein, yani do sau saal ka jo zamana hai, us mein hum jante hain ke doosri qomein, khaas taur par ahl-e-maghrib ya israel,</w:t>
      </w:r>
      <w:r>
        <w:br/>
      </w:r>
      <w:r>
        <w:rPr>
          <w:sz w:val="20"/>
        </w:rPr>
        <w:t>4:18  doosri qomon ki taraf se musalmanon par</w:t>
      </w:r>
      <w:r>
        <w:br/>
      </w:r>
      <w:r>
        <w:rPr>
          <w:sz w:val="20"/>
        </w:rPr>
        <w:t>4:26  bas ka izhaar hua. yani un ki political</w:t>
      </w:r>
      <w:r>
        <w:br/>
      </w:r>
      <w:r>
        <w:rPr>
          <w:sz w:val="20"/>
        </w:rPr>
        <w:t>4:33  dab dabe khatam hua, un ki qoumi nuqsanat paish aaye, un ka</w:t>
      </w:r>
      <w:r>
        <w:br/>
      </w:r>
      <w:r>
        <w:rPr>
          <w:sz w:val="20"/>
        </w:rPr>
        <w:t>4:46  jo fakhr ka jazba tha, woh toot gaya. is tarah ke tajrubaat paish aaye. to ain is ke baad kya hua</w:t>
      </w:r>
      <w:r>
        <w:br/>
      </w:r>
      <w:r>
        <w:rPr>
          <w:sz w:val="20"/>
        </w:rPr>
        <w:t>4:59  ke tazeen ka amal shuru ho gaya. yani hona yeh to chahiye tha ke in waqiaat par logon ke andar muhasba jaage, introspection jaage, apni islaah karein.</w:t>
      </w:r>
      <w:r>
        <w:br/>
      </w:r>
      <w:r>
        <w:rPr>
          <w:sz w:val="20"/>
        </w:rPr>
        <w:t>5:15  lekin hota yeh hai ke yeh soorat-e-haal jo paish aati hai, pehle yahood ke saath paish aayi thi, is se pehle to woh jo soorat-e-haal paish aati hai, bas jo zahir hota hai, woh insaanon ki taraf se hota hai,</w:t>
      </w:r>
      <w:r>
        <w:br/>
      </w:r>
      <w:r>
        <w:rPr>
          <w:sz w:val="20"/>
        </w:rPr>
        <w:t>5:31  firishton ki taraf se nahi hota hai. dekhiye, ek hota hai azaab aasmani, woh to aasman se aata hai.</w:t>
      </w:r>
      <w:r>
        <w:br/>
      </w:r>
      <w:r>
        <w:rPr>
          <w:sz w:val="20"/>
        </w:rPr>
        <w:t>5:41  lekin yeh yeh jo tanbeehaat hoti hain, woh aasman se nahi aati, woh insaanon ki taraf se aati hain.</w:t>
      </w:r>
      <w:r>
        <w:br/>
      </w:r>
      <w:r>
        <w:rPr>
          <w:sz w:val="20"/>
        </w:rPr>
        <w:t>5:52  jaisa ke yahood ke saath hua ke Iran aur Babal ke badshahon ne yahood par hamla kiya, un ki tod phod ki.</w:t>
      </w:r>
      <w:r>
        <w:br/>
      </w:r>
      <w:r>
        <w:rPr>
          <w:sz w:val="20"/>
        </w:rPr>
        <w:t>6:02  to yahood ne kya kiya? in waqiaat ko Iran aur Babal ke badshahon ki taraf mansoob kar ke un ke khilaaf shikayat ka toofan khara kar diya.</w:t>
      </w:r>
      <w:r>
        <w:br/>
      </w:r>
      <w:r>
        <w:rPr>
          <w:sz w:val="20"/>
        </w:rPr>
        <w:t>6:14  aur zulm, zulm, zulm! yeh cheekhne lage. is baare mein yahood ka literature bohat zyada mawad is mein maujood hai.</w:t>
      </w:r>
      <w:r>
        <w:br/>
      </w:r>
      <w:r>
        <w:rPr>
          <w:sz w:val="20"/>
        </w:rPr>
        <w:t>6:25  Bani Risalah mein is ki kuch tafseelaat likhi hain. to aasmani azaab agar aaye to woh to wazeh taur par maloom hota hai ke Allah ki taraf se aaya hai.</w:t>
      </w:r>
      <w:r>
        <w:br/>
      </w:r>
      <w:r>
        <w:rPr>
          <w:sz w:val="20"/>
        </w:rPr>
        <w:t>6:40  lekin woh alag cheez hai. yeh tanbeehaat jo hain, woh aasman se nahi aati hain. woh kisi insaan ki taraf se, kisi qaum ki taraf se, kisi badshah ki taraf se aati hain.</w:t>
      </w:r>
      <w:r>
        <w:br/>
      </w:r>
      <w:r>
        <w:rPr>
          <w:sz w:val="20"/>
        </w:rPr>
        <w:t>6:55  to is zahiri soorat, zahiri shakal ki bina par qaum ke leader kya karte hain? un ko zalim thehra kar ke, apne ko mazloom bata kar ke, shikayat aur ehtijaaj ka toofan khara kar dete hain.</w:t>
      </w:r>
      <w:r>
        <w:br/>
      </w:r>
      <w:r>
        <w:rPr>
          <w:sz w:val="20"/>
        </w:rPr>
        <w:t>7:10  yahan tak ke mauqa ho to tashaddud karte hain, gun aur bomb chalate hain. to is ka nateeja kya hota hai? ke jo bas ka jo zahoor hua tha, is liye ke logon ke andar apni ghalti ka ehsaas paida ho,</w:t>
      </w:r>
      <w:r>
        <w:br/>
      </w:r>
      <w:r>
        <w:rPr>
          <w:sz w:val="20"/>
        </w:rPr>
        <w:t>7:27  woh apna muhasba karein, tauba karein, apni islaah karein. is ke bajaye ulta ho jata hai. woh samajhta hai ke hum to bilkul theek thaak hain, hamari koi ghalti nahi hai.</w:t>
      </w:r>
      <w:r>
        <w:br/>
      </w:r>
      <w:r>
        <w:rPr>
          <w:sz w:val="20"/>
        </w:rPr>
        <w:t>7:40  ghalti to mafool, yani farzi zalimon ki hai. farzi taur par zalimon ki taraf mansoob kar dete hain is ko.</w:t>
      </w:r>
      <w:r>
        <w:br/>
      </w:r>
      <w:r>
        <w:rPr>
          <w:sz w:val="20"/>
        </w:rPr>
        <w:t>7:50  is se kya pata hota hai? qasaawat. qasaawat ka matlab hai ke aur zyada log jaree ho jate hain apne ghalt kaariyon</w:t>
      </w:r>
      <w:r>
        <w:br/>
      </w:r>
      <w:r>
        <w:rPr>
          <w:sz w:val="20"/>
        </w:rPr>
        <w:t>7:58  par. to yeh kitna ajeeb soorat-e-haal hai. aur aaj jo musalmanon ki haalat hai, woh theek isi ka misdaq hai.</w:t>
      </w:r>
    </w:p>
    <w:p>
      <w:pPr>
        <w:pStyle w:val="Heading2"/>
      </w:pPr>
      <w:r>
        <w:t>Commitment illustrated by a devoted professor and a meticulous lawyer</w:t>
      </w:r>
    </w:p>
    <w:p>
      <w:r>
        <w:rPr>
          <w:color w:val="666666"/>
          <w:sz w:val="18"/>
        </w:rPr>
        <w:t>Month of Spirituality July 28, 2013 · 5m 47s · at 30:32 · https://youtu.be/p4MM2gjJBxA?t=1832</w:t>
      </w:r>
    </w:p>
    <w:p>
      <w:r>
        <w:rPr>
          <w:i/>
        </w:rPr>
        <w:t>“Ek hadith mein tahahhud ka lafz hai, commitment”</w:t>
      </w:r>
    </w:p>
    <w:p>
      <w:r>
        <w:rPr>
          <w:sz w:val="20"/>
        </w:rPr>
        <w:t>30:32  to yeh pichli baar maine aap ko yaad hoga ek hadith batai thi jis mein taahhud ka lafz hai. yani commitment, mustaqil commitment quran se.</w:t>
      </w:r>
      <w:r>
        <w:br/>
      </w:r>
      <w:r>
        <w:rPr>
          <w:sz w:val="20"/>
        </w:rPr>
        <w:t>30:44  to is par mujhe ek waqea yaad aata hai ke What is commitment? What is taahhud? is ko samajhne ke liye.</w:t>
      </w:r>
      <w:r>
        <w:br/>
      </w:r>
      <w:r>
        <w:rPr>
          <w:sz w:val="20"/>
        </w:rPr>
        <w:t>30:55  india ke ek sahab, unhone unki taleem hui london mein.</w:t>
      </w:r>
      <w:r>
        <w:br/>
      </w:r>
      <w:r>
        <w:rPr>
          <w:sz w:val="20"/>
        </w:rPr>
        <w:t>31:02  to padh kar wapas aa gaye. ek arse ke baad dobara woh london gaye to ek woh professor jo un ka ustad tha, us se milne gaye woh.</w:t>
      </w:r>
      <w:r>
        <w:br/>
      </w:r>
      <w:r>
        <w:rPr>
          <w:sz w:val="20"/>
        </w:rPr>
        <w:t>31:13  appointment le, appointment le kar ke. to woh Shakespeare padhata tha woh, woh professor. aur abhi bhi woh padhata tha, abhi senior professor ho chuka tha.</w:t>
      </w:r>
      <w:r>
        <w:br/>
      </w:r>
      <w:r>
        <w:rPr>
          <w:sz w:val="20"/>
        </w:rPr>
        <w:t>31:25  to us ne raat ka waqt diya tha milne ke liye. raat ka waqt.</w:t>
      </w:r>
      <w:r>
        <w:br/>
      </w:r>
      <w:r>
        <w:rPr>
          <w:sz w:val="20"/>
        </w:rPr>
        <w:t>31:30  jab woh pahunche to dekha unhone us ki mez ke saamne Shakespeare ki kitab phaili hui hai. to us ne poocha un se ke aap to ek senior professor hain.</w:t>
      </w:r>
      <w:r>
        <w:br/>
      </w:r>
      <w:r>
        <w:rPr>
          <w:sz w:val="20"/>
        </w:rPr>
        <w:t>31:43  itni lambi muddat se aap Shakespeare ko padha rahe hain. aur abhi bhi Shakespeare ki study karte hain aap? to bohat hi sanjeedgi se unhone jawab diya tha.</w:t>
      </w:r>
      <w:r>
        <w:br/>
      </w:r>
      <w:r>
        <w:rPr>
          <w:sz w:val="20"/>
        </w:rPr>
        <w:t>31:56  us us senior professor ne, britania ke. ke You know, the students are committed to my care.</w:t>
      </w:r>
      <w:r>
        <w:br/>
      </w:r>
      <w:r>
        <w:rPr>
          <w:sz w:val="20"/>
        </w:rPr>
        <w:t>32:09  You know, the students are committed to my care.</w:t>
      </w:r>
      <w:r>
        <w:br/>
      </w:r>
      <w:r>
        <w:rPr>
          <w:sz w:val="20"/>
        </w:rPr>
        <w:t>32:15  I must prepare myself to do justice to them.</w:t>
      </w:r>
      <w:r>
        <w:br/>
      </w:r>
      <w:r>
        <w:rPr>
          <w:sz w:val="20"/>
        </w:rPr>
        <w:t>32:21  to aap ko agar yeh ehsaas ho ke mujhe bohat ziyada samajhna hai ke quran mein allah taala ki kya marzi hai.</w:t>
      </w:r>
      <w:r>
        <w:br/>
      </w:r>
      <w:r>
        <w:rPr>
          <w:sz w:val="20"/>
        </w:rPr>
        <w:t>32:31  kyun ke mujhe face karna hai allah taala ko marne ke baad. to bohat ziyada aap serious ho jayenge. ke marne se pehle pehle khoob khoob jaan lein ke jab main allah ke saamne khada hounga to mujhe pehle pata hona chahiye ke allah kya poochne wala hai mujh se.</w:t>
      </w:r>
      <w:r>
        <w:br/>
      </w:r>
      <w:r>
        <w:rPr>
          <w:sz w:val="20"/>
        </w:rPr>
        <w:t>32:49  aise aap ko dawat ka jo jazba aap ke andar hai woh aap ko bohat ziyada yaani bohat ziyada aap ko majboor karega ke quran ko parhen.</w:t>
      </w:r>
      <w:r>
        <w:br/>
      </w:r>
      <w:r>
        <w:rPr>
          <w:sz w:val="20"/>
        </w:rPr>
        <w:t>33:02  taake wahi baat kahein jo jo allah taala chahte hain kehna. koi aur na baat keh keh daalein aap. jaise quran mein ek nabi ne kaha tha inni lakum nasir ameen mein tumhare liye ameen hoon, honest hoon.</w:t>
      </w:r>
      <w:r>
        <w:br/>
      </w:r>
      <w:r>
        <w:rPr>
          <w:sz w:val="20"/>
        </w:rPr>
        <w:t>33:18  matlab wahi baat keh raha hoon jo allah se mujhe mili hai.</w:t>
      </w:r>
      <w:r>
        <w:br/>
      </w:r>
      <w:r>
        <w:rPr>
          <w:sz w:val="20"/>
        </w:rPr>
        <w:t>33:24  toh toh aap ka yahi haal ho jayega jo is professor ka haal tha. ke rozana aap quran ko consult karenge.</w:t>
      </w:r>
      <w:r>
        <w:br/>
      </w:r>
      <w:r>
        <w:rPr>
          <w:sz w:val="20"/>
        </w:rPr>
        <w:t>33:36  yaani is woh professor toh agle din class mein us ko jo parhana tha bachon ko woh wahi masla us ke samne tha.</w:t>
      </w:r>
      <w:r>
        <w:br/>
      </w:r>
      <w:r>
        <w:rPr>
          <w:sz w:val="20"/>
        </w:rPr>
        <w:t>33:46  aur aap ke samne toh yeh masla hai ke marne maut ke baad jo eternal life aane wali hai us ka mamla hai. kahin mamla bigad na jaye mera.</w:t>
      </w:r>
      <w:r>
        <w:br/>
      </w:r>
      <w:r>
        <w:rPr>
          <w:sz w:val="20"/>
        </w:rPr>
        <w:t>33:56  eternal life mamla bigad na jaye mera.</w:t>
      </w:r>
      <w:r>
        <w:br/>
      </w:r>
      <w:r>
        <w:rPr>
          <w:sz w:val="20"/>
        </w:rPr>
        <w:t>34:00  toh bohat hi ziyada aap keen ho jayenge yeh janne ke liye ke quran mujh se kya chahta hai. mujhe kya follow karna hai.</w:t>
      </w:r>
      <w:r>
        <w:br/>
      </w:r>
      <w:r>
        <w:rPr>
          <w:sz w:val="20"/>
        </w:rPr>
        <w:t>34:10  aur kaha bhai aur mein daawti kaam kar raha hoon toh kya cheez hai jo mujhe pahunchaun insanon tak.</w:t>
      </w:r>
      <w:r>
        <w:br/>
      </w:r>
      <w:r>
        <w:rPr>
          <w:sz w:val="20"/>
        </w:rPr>
        <w:t>34:19  toh aap is is professor se million billion times ziyada aap is mamle mein keen ho jayenge.</w:t>
      </w:r>
      <w:r>
        <w:br/>
      </w:r>
      <w:r>
        <w:rPr>
          <w:sz w:val="20"/>
        </w:rPr>
        <w:t>34:31  aise hi mein ek baar ek ek wakeel ke haan gaya.</w:t>
      </w:r>
      <w:r>
        <w:br/>
      </w:r>
      <w:r>
        <w:rPr>
          <w:sz w:val="20"/>
        </w:rPr>
        <w:t>34:37  woh bhi senior wakeel tha. toh mein ne dekha un ke kamre mein sab law ki kitabein hain. law ki, qanoon ki kitabein.</w:t>
      </w:r>
      <w:r>
        <w:br/>
      </w:r>
      <w:r>
        <w:rPr>
          <w:sz w:val="20"/>
        </w:rPr>
        <w:t>34:47  un ki mez par bhi qanoon ki kitabein phaili hui thi. toh mein ne kaha ke aap senior wakeel hain. aap abhi bhi itna ziyada qanoon ko padhte hain.</w:t>
      </w:r>
      <w:r>
        <w:br/>
      </w:r>
      <w:r>
        <w:rPr>
          <w:sz w:val="20"/>
        </w:rPr>
        <w:t>35:00  toh us ne kaha ke jab hum judge ke samne khade hote hain</w:t>
      </w:r>
      <w:r>
        <w:br/>
      </w:r>
      <w:r>
        <w:rPr>
          <w:sz w:val="20"/>
        </w:rPr>
        <w:t>35:08  toh hum ek kisi ghalti ko afford nahi kar sakte. kyunke ek ek lafz agar hum munh se hamara ghalt nikal gaya toh wahi hamara case bigad jayega.</w:t>
      </w:r>
      <w:r>
        <w:br/>
      </w:r>
      <w:r>
        <w:rPr>
          <w:sz w:val="20"/>
        </w:rPr>
        <w:t>35:23  kaisi ajeeb baat kahi us ne.</w:t>
      </w:r>
      <w:r>
        <w:br/>
      </w:r>
      <w:r>
        <w:rPr>
          <w:sz w:val="20"/>
        </w:rPr>
        <w:t>35:28  we cannot afford a single mistake kyunke isi ek lafz ki bina par agar yaani isi hum yaani is ek lafz ki bina par hamara case bigad sakta hai.</w:t>
      </w:r>
      <w:r>
        <w:br/>
      </w:r>
      <w:r>
        <w:rPr>
          <w:sz w:val="20"/>
        </w:rPr>
        <w:t>35:44  aur faisla hamare khilaf ho sakta hai. toh hum ko bohat ziyada padhna padta hai. bohat ziyada ba-khabar hona padta hai.</w:t>
      </w:r>
      <w:r>
        <w:br/>
      </w:r>
      <w:r>
        <w:rPr>
          <w:sz w:val="20"/>
        </w:rPr>
        <w:t>35:52  aap ghor kijiye ke ek case mein jeetne ke liye dunya ke ek case mein jeetne ke liye jis se us ko kuch paise milte hain us ke liye wakeel itna itna ziyada sanjeeda hai.</w:t>
      </w:r>
      <w:r>
        <w:br/>
      </w:r>
      <w:r>
        <w:rPr>
          <w:sz w:val="20"/>
        </w:rPr>
        <w:t>36:05  itna ziyada serious hai. toh aap ka mamla toh allah ka mamla hai. eternal life mamla hai. jannat jahannum ka mamla hai.</w:t>
      </w:r>
      <w:r>
        <w:br/>
      </w:r>
      <w:r>
        <w:rPr>
          <w:sz w:val="20"/>
        </w:rPr>
        <w:t>36:15  toh aap kitna ziyada serious honge.</w:t>
      </w:r>
    </w:p>
    <w:p>
      <w:pPr>
        <w:pStyle w:val="Heading2"/>
      </w:pPr>
      <w:r>
        <w:t>Rediscover suffering as blessing</w:t>
      </w:r>
    </w:p>
    <w:p>
      <w:r>
        <w:rPr>
          <w:color w:val="666666"/>
          <w:sz w:val="18"/>
        </w:rPr>
        <w:t>Quran: A Divine Guide Book | October 24, 2007 | Maulana Wahiduddin Khan · 5m 01s · at 40:27 · https://youtu.be/2fxvc-ZN1HM?t=2427</w:t>
      </w:r>
    </w:p>
    <w:p>
      <w:r>
        <w:rPr>
          <w:i/>
        </w:rPr>
        <w:t>“Bismillah means rediscover the world as blessing”</w:t>
      </w:r>
    </w:p>
    <w:p>
      <w:r>
        <w:rPr>
          <w:sz w:val="20"/>
        </w:rPr>
        <w:t>40:27  bana di hai is mein hum rehne ke liye.</w:t>
      </w:r>
      <w:r>
        <w:br/>
      </w:r>
      <w:r>
        <w:rPr>
          <w:sz w:val="20"/>
        </w:rPr>
        <w:t>40:32  har taraf suffering hai.</w:t>
      </w:r>
      <w:r>
        <w:br/>
      </w:r>
      <w:r>
        <w:rPr>
          <w:sz w:val="20"/>
        </w:rPr>
        <w:t>40:38  is ka matlab kya hua? bismillah rehman rehim ka matlab yeh hai ke aap dunya ko rediscover karen.</w:t>
      </w:r>
      <w:r>
        <w:br/>
      </w:r>
      <w:r>
        <w:rPr>
          <w:sz w:val="20"/>
        </w:rPr>
        <w:t>40:43  yani suffering ko blessing ke roop mein discover karen aap.</w:t>
      </w:r>
      <w:r>
        <w:br/>
      </w:r>
      <w:r>
        <w:rPr>
          <w:sz w:val="20"/>
        </w:rPr>
        <w:t>40:48  apparently jo cheez suffering hai us ko aap blessing ke roop mein discover karen.</w:t>
      </w:r>
      <w:r>
        <w:br/>
      </w:r>
      <w:r>
        <w:rPr>
          <w:sz w:val="20"/>
        </w:rPr>
        <w:t>40:53  yeh hai test</w:t>
      </w:r>
      <w:r>
        <w:br/>
      </w:r>
      <w:r>
        <w:rPr>
          <w:sz w:val="20"/>
        </w:rPr>
        <w:t>40:58  ۔ kiyunke wahan par blessing chupi hui hai. har suffering mein ek blessing chupi hui hai. un mal har suffering ke andar ek blessing chupi hui hai. aap ek ek narangi lijie. oopar ka chhilka jo hai woh chhilka hai. is mein koi taste nahin. lekin jab chhilka utarte hain to is ke andar aap ko narangi</w:t>
      </w:r>
      <w:r>
        <w:br/>
      </w:r>
      <w:r>
        <w:rPr>
          <w:sz w:val="20"/>
        </w:rPr>
        <w:t>41:28  milti hai.</w:t>
      </w:r>
      <w:r>
        <w:br/>
      </w:r>
      <w:r>
        <w:rPr>
          <w:sz w:val="20"/>
        </w:rPr>
        <w:t>41:31  is ke baad meetha phal milta hai.</w:t>
      </w:r>
      <w:r>
        <w:br/>
      </w:r>
      <w:r>
        <w:rPr>
          <w:sz w:val="20"/>
        </w:rPr>
        <w:t>41:34  to poori dunya jo hai ek narangi hai aur us ke oper ek ek ek chhilka daal diya gaya hai.</w:t>
      </w:r>
      <w:r>
        <w:br/>
      </w:r>
      <w:r>
        <w:rPr>
          <w:sz w:val="20"/>
        </w:rPr>
        <w:t>41:38  yeh suffering ka chhilka.</w:t>
      </w:r>
      <w:r>
        <w:br/>
      </w:r>
      <w:r>
        <w:rPr>
          <w:sz w:val="20"/>
        </w:rPr>
        <w:t>41:41  andar blessing hai.</w:t>
      </w:r>
      <w:r>
        <w:br/>
      </w:r>
      <w:r>
        <w:rPr>
          <w:sz w:val="20"/>
        </w:rPr>
        <w:t>41:44  upar suffering hai.</w:t>
      </w:r>
      <w:r>
        <w:br/>
      </w:r>
      <w:r>
        <w:rPr>
          <w:sz w:val="20"/>
        </w:rPr>
        <w:t>41:48  jab aap is tareeqay se uncover karen.</w:t>
      </w:r>
      <w:r>
        <w:br/>
      </w:r>
      <w:r>
        <w:rPr>
          <w:sz w:val="20"/>
        </w:rPr>
        <w:t>41:51  is tareeqay se uncover karen ge.</w:t>
      </w:r>
      <w:r>
        <w:br/>
      </w:r>
      <w:r>
        <w:rPr>
          <w:sz w:val="20"/>
        </w:rPr>
        <w:t>41:54  is tareeqay se andar wali baat ko discover karen ge. jab</w:t>
      </w:r>
      <w:r>
        <w:br/>
      </w:r>
      <w:r>
        <w:rPr>
          <w:sz w:val="20"/>
        </w:rPr>
        <w:t>41:58  aap yeh janen ge ke upar suffering hai andar blessing hai.</w:t>
      </w:r>
      <w:r>
        <w:br/>
      </w:r>
      <w:r>
        <w:rPr>
          <w:sz w:val="20"/>
        </w:rPr>
        <w:t>42:03  tab aap kahen ge bismillah rahman rahim.</w:t>
      </w:r>
      <w:r>
        <w:br/>
      </w:r>
      <w:r>
        <w:rPr>
          <w:sz w:val="20"/>
        </w:rPr>
        <w:t>42:08  is tarah se dekhiye aap pehli jo quran ki jo pehli pehla jo chapter hai us ke pehle</w:t>
      </w:r>
      <w:r>
        <w:br/>
      </w:r>
      <w:r>
        <w:rPr>
          <w:sz w:val="20"/>
        </w:rPr>
        <w:t>42:13  verse kya hai? alhamdulillah rabb al-alameen.</w:t>
      </w:r>
      <w:r>
        <w:br/>
      </w:r>
      <w:r>
        <w:rPr>
          <w:sz w:val="20"/>
        </w:rPr>
        <w:t>42:18  yani khuda kitna parhezgari hai.</w:t>
      </w:r>
      <w:r>
        <w:br/>
      </w:r>
      <w:r>
        <w:rPr>
          <w:sz w:val="20"/>
        </w:rPr>
        <w:t>42:23  wo Lord hai universe ka.</w:t>
      </w:r>
      <w:r>
        <w:br/>
      </w:r>
      <w:r>
        <w:rPr>
          <w:sz w:val="20"/>
        </w:rPr>
        <w:t>42:28  Praise be to God the Lord of the universe.</w:t>
      </w:r>
      <w:r>
        <w:br/>
      </w:r>
      <w:r>
        <w:rPr>
          <w:sz w:val="20"/>
        </w:rPr>
        <w:t>42:31  ab praise khuda parhezgari hai pehla sentence hai.</w:t>
      </w:r>
      <w:r>
        <w:br/>
      </w:r>
      <w:r>
        <w:rPr>
          <w:sz w:val="20"/>
        </w:rPr>
        <w:t>42:34  to ab agar aap suffering mein jee rahe hon.</w:t>
      </w:r>
      <w:r>
        <w:br/>
      </w:r>
      <w:r>
        <w:rPr>
          <w:sz w:val="20"/>
        </w:rPr>
        <w:t>42:37  aap sad experience mein jee rahe hon.</w:t>
      </w:r>
      <w:r>
        <w:br/>
      </w:r>
      <w:r>
        <w:rPr>
          <w:sz w:val="20"/>
        </w:rPr>
        <w:t>42:40  aap complaint mein jee rahe hon.</w:t>
      </w:r>
      <w:r>
        <w:br/>
      </w:r>
      <w:r>
        <w:rPr>
          <w:sz w:val="20"/>
        </w:rPr>
        <w:t>42:43  aap protest mein jee rahe hon.</w:t>
      </w:r>
      <w:r>
        <w:br/>
      </w:r>
      <w:r>
        <w:rPr>
          <w:sz w:val="20"/>
        </w:rPr>
        <w:t>42:46  to aap kaise keh paen ge? alhamdulillah rabb al-alameen.</w:t>
      </w:r>
      <w:r>
        <w:br/>
      </w:r>
      <w:r>
        <w:rPr>
          <w:sz w:val="20"/>
        </w:rPr>
        <w:t>42:49  aap ghar walon se shikayat ho.</w:t>
      </w:r>
      <w:r>
        <w:br/>
      </w:r>
      <w:r>
        <w:rPr>
          <w:sz w:val="20"/>
        </w:rPr>
        <w:t>42:52  aap ko apne neighbor se shikayat ho.</w:t>
      </w:r>
      <w:r>
        <w:br/>
      </w:r>
      <w:r>
        <w:rPr>
          <w:sz w:val="20"/>
        </w:rPr>
        <w:t>42:55  aap ko government se shikayat</w:t>
      </w:r>
      <w:r>
        <w:br/>
      </w:r>
      <w:r>
        <w:rPr>
          <w:sz w:val="20"/>
        </w:rPr>
        <w:t>42:58  ho.</w:t>
      </w:r>
      <w:r>
        <w:br/>
      </w:r>
      <w:r>
        <w:rPr>
          <w:sz w:val="20"/>
        </w:rPr>
        <w:t>43:01  aap ko america se shikayat ho.</w:t>
      </w:r>
      <w:r>
        <w:br/>
      </w:r>
      <w:r>
        <w:rPr>
          <w:sz w:val="20"/>
        </w:rPr>
        <w:t>43:04  aap dekhiye aaj kal har aadmi shikayaton mein jeeta hai.</w:t>
      </w:r>
      <w:r>
        <w:br/>
      </w:r>
      <w:r>
        <w:rPr>
          <w:sz w:val="20"/>
        </w:rPr>
        <w:t>43:07  kisi ko apni biwi se shikayat hai.</w:t>
      </w:r>
      <w:r>
        <w:br/>
      </w:r>
      <w:r>
        <w:rPr>
          <w:sz w:val="20"/>
        </w:rPr>
        <w:t>43:10  kisi ko apne bete se shikayat hai.</w:t>
      </w:r>
      <w:r>
        <w:br/>
      </w:r>
      <w:r>
        <w:rPr>
          <w:sz w:val="20"/>
        </w:rPr>
        <w:t>43:13  kisi ko apne padosi se shikayat hai.</w:t>
      </w:r>
      <w:r>
        <w:br/>
      </w:r>
      <w:r>
        <w:rPr>
          <w:sz w:val="20"/>
        </w:rPr>
        <w:t>43:16  kisi ko sarkaar se shikayat hai.</w:t>
      </w:r>
      <w:r>
        <w:br/>
      </w:r>
      <w:r>
        <w:rPr>
          <w:sz w:val="20"/>
        </w:rPr>
        <w:t>43:19  kisi ko amreeka se shikayat hai.</w:t>
      </w:r>
      <w:r>
        <w:br/>
      </w:r>
      <w:r>
        <w:rPr>
          <w:sz w:val="20"/>
        </w:rPr>
        <w:t>43:22  sab ke dil mein shikayat ka jangall hua hua hai.</w:t>
      </w:r>
      <w:r>
        <w:br/>
      </w:r>
      <w:r>
        <w:rPr>
          <w:sz w:val="20"/>
        </w:rPr>
        <w:t>43:25  sab ke dil mein shikayat ka jang</w:t>
      </w:r>
      <w:r>
        <w:br/>
      </w:r>
      <w:r>
        <w:rPr>
          <w:sz w:val="20"/>
        </w:rPr>
        <w:t>43:28  l hua hua hai.</w:t>
      </w:r>
      <w:r>
        <w:br/>
      </w:r>
      <w:r>
        <w:rPr>
          <w:sz w:val="20"/>
        </w:rPr>
        <w:t>43:32  to aise log alhamdulillah kaise kahenge? ke aye khuda tu bara tareef wala hai.</w:t>
      </w:r>
      <w:r>
        <w:br/>
      </w:r>
      <w:r>
        <w:rPr>
          <w:sz w:val="20"/>
        </w:rPr>
        <w:t>43:36  tu bara parhezgari hai.</w:t>
      </w:r>
      <w:r>
        <w:br/>
      </w:r>
      <w:r>
        <w:rPr>
          <w:sz w:val="20"/>
        </w:rPr>
        <w:t>43:39  tu is qabil hai ke tera shukr kiya jaye.</w:t>
      </w:r>
      <w:r>
        <w:br/>
      </w:r>
      <w:r>
        <w:rPr>
          <w:sz w:val="20"/>
        </w:rPr>
        <w:t>43:43  iska matlab kya hai ke alhamdulillah kehne ke liye aap ko rediscovery karni padegi.</w:t>
      </w:r>
      <w:r>
        <w:br/>
      </w:r>
      <w:r>
        <w:rPr>
          <w:sz w:val="20"/>
        </w:rPr>
        <w:t>43:47  rediscovery zindagi ki.</w:t>
      </w:r>
      <w:r>
        <w:br/>
      </w:r>
      <w:r>
        <w:rPr>
          <w:sz w:val="20"/>
        </w:rPr>
        <w:t>43:51  wo zindagi jis ko aap har taraf jis mein aap ko har taraf shikayat dikhai padti hai.</w:t>
      </w:r>
      <w:r>
        <w:br/>
      </w:r>
      <w:r>
        <w:rPr>
          <w:sz w:val="20"/>
        </w:rPr>
        <w:t>43:54  har taraf zulm aur</w:t>
      </w:r>
      <w:r>
        <w:br/>
      </w:r>
      <w:r>
        <w:rPr>
          <w:sz w:val="20"/>
        </w:rPr>
        <w:t>43:58  conspiracy dikhai padti hai. is ko rediscover karna padega. rediscover. rediscover. aap ek ek bel lijie. is ke chhilka jab bilkul pathar ki tarah hota hai. aap chhilke ko khayen to pet mein aap ka pet ki kharab ho jayegi. yani pathar jaisa chhilka hai is ka bel ka. jab bel ka chhilka utarte hain to andar kya nikalta hai? bohat hi achha</w:t>
      </w:r>
      <w:r>
        <w:br/>
      </w:r>
      <w:r>
        <w:rPr>
          <w:sz w:val="20"/>
        </w:rPr>
        <w:t>44:28  a phal.</w:t>
      </w:r>
      <w:r>
        <w:br/>
      </w:r>
      <w:r>
        <w:rPr>
          <w:sz w:val="20"/>
        </w:rPr>
        <w:t>44:32  jo aap ko health dene wala hai.</w:t>
      </w:r>
      <w:r>
        <w:br/>
      </w:r>
      <w:r>
        <w:rPr>
          <w:sz w:val="20"/>
        </w:rPr>
        <w:t>44:36  to isi tarah dunya ka mamla hai ke oopar pathar jaisa chhilka hai.</w:t>
      </w:r>
      <w:r>
        <w:br/>
      </w:r>
      <w:r>
        <w:rPr>
          <w:sz w:val="20"/>
        </w:rPr>
        <w:t>44:40  andar jo hai meetha phal hai.</w:t>
      </w:r>
      <w:r>
        <w:br/>
      </w:r>
      <w:r>
        <w:rPr>
          <w:sz w:val="20"/>
        </w:rPr>
        <w:t>44:44  to aap ko yeh karna padega agar aap chahte hain ke aap khuda ke shukr mein jiyen</w:t>
      </w:r>
      <w:r>
        <w:br/>
      </w:r>
      <w:r>
        <w:rPr>
          <w:sz w:val="20"/>
        </w:rPr>
        <w:t>44:47  taake aap paradise payen.</w:t>
      </w:r>
      <w:r>
        <w:br/>
      </w:r>
      <w:r>
        <w:rPr>
          <w:sz w:val="20"/>
        </w:rPr>
        <w:t>44:51  aap alhamdulillah keh saken taake aap ko paradise milay.</w:t>
      </w:r>
      <w:r>
        <w:br/>
      </w:r>
      <w:r>
        <w:rPr>
          <w:sz w:val="20"/>
        </w:rPr>
        <w:t>44:55  to aap ko</w:t>
      </w:r>
      <w:r>
        <w:br/>
      </w:r>
      <w:r>
        <w:rPr>
          <w:sz w:val="20"/>
        </w:rPr>
        <w:t>44:59  cheezon ko rediscover karna padega.</w:t>
      </w:r>
      <w:r>
        <w:br/>
      </w:r>
      <w:r>
        <w:rPr>
          <w:sz w:val="20"/>
        </w:rPr>
        <w:t>45:03  cheezon ko rediscover karna padega.</w:t>
      </w:r>
      <w:r>
        <w:br/>
      </w:r>
      <w:r>
        <w:rPr>
          <w:sz w:val="20"/>
        </w:rPr>
        <w:t>45:07  aap jee rahe hain complaint mein protest mein revenge mein.</w:t>
      </w:r>
      <w:r>
        <w:br/>
      </w:r>
      <w:r>
        <w:rPr>
          <w:sz w:val="20"/>
        </w:rPr>
        <w:t>45:12  to aap upar hi upar jee rahe hain.</w:t>
      </w:r>
      <w:r>
        <w:br/>
      </w:r>
      <w:r>
        <w:rPr>
          <w:sz w:val="20"/>
        </w:rPr>
        <w:t>45:16  chhalke ke upar jee rahe hain.</w:t>
      </w:r>
      <w:r>
        <w:br/>
      </w:r>
      <w:r>
        <w:rPr>
          <w:sz w:val="20"/>
        </w:rPr>
        <w:t>45:20  andar dakhil nahin hue aap.</w:t>
      </w:r>
      <w:r>
        <w:br/>
      </w:r>
      <w:r>
        <w:rPr>
          <w:sz w:val="20"/>
        </w:rPr>
        <w:t>45:25  andar dakhil nahin hue. to aap</w:t>
      </w:r>
    </w:p>
    <w:p>
      <w:pPr>
        <w:pStyle w:val="Heading2"/>
      </w:pPr>
      <w:r>
        <w:t>Why Quran is the only miracle for Prophet</w:t>
      </w:r>
    </w:p>
    <w:p>
      <w:r>
        <w:rPr>
          <w:color w:val="666666"/>
          <w:sz w:val="18"/>
        </w:rPr>
        <w:t>Quran A Miracle June 01, 2014 · 5m 19s · at 0:51 · https://youtu.be/8KM3lDsj4PY?t=51</w:t>
      </w:r>
    </w:p>
    <w:p>
      <w:r>
        <w:rPr>
          <w:i/>
        </w:rPr>
        <w:t>“Quran A miracle ya Quran ek mojiza”</w:t>
      </w:r>
    </w:p>
    <w:p>
      <w:r>
        <w:rPr>
          <w:sz w:val="20"/>
        </w:rPr>
        <w:t>0:51  quran a miracle ya quran aik moajza.</w:t>
      </w:r>
      <w:r>
        <w:br/>
      </w:r>
      <w:r>
        <w:rPr>
          <w:sz w:val="20"/>
        </w:rPr>
        <w:t>1:01  dekhein is topic ko samajhne ke liye is ka background jaanna zaroori hai.</w:t>
      </w:r>
      <w:r>
        <w:br/>
      </w:r>
      <w:r>
        <w:rPr>
          <w:sz w:val="20"/>
        </w:rPr>
        <w:t>1:12  pichhle zamane mein aap jante hain ke bohat se paighambar aaye to paighambaron ko Allah ki taraf se moajza miracle hi aata tha.</w:t>
      </w:r>
      <w:r>
        <w:br/>
      </w:r>
      <w:r>
        <w:rPr>
          <w:sz w:val="20"/>
        </w:rPr>
        <w:t>1:26  quran mein surah al-hadeed mein bataya gaya hai ke wal-khud arsalna rusulana bil-bayyinat.</w:t>
      </w:r>
      <w:r>
        <w:br/>
      </w:r>
      <w:r>
        <w:rPr>
          <w:sz w:val="20"/>
        </w:rPr>
        <w:t>1:35  yeh bil-bayyinat jo hai is se murad hai moajza. yaani kitab aur wahi ke ilawa aik moajza diya jata tha.</w:t>
      </w:r>
      <w:r>
        <w:br/>
      </w:r>
      <w:r>
        <w:rPr>
          <w:sz w:val="20"/>
        </w:rPr>
        <w:t>1:46  moajza ke mani hote hain ajeez kar dene wala. yaani speechless kar dene wala. to koi aisi cheez di jati thi jis se un ka jo audience hota tha woh is ke paas koi refute karne ke liye koi base na rahe.</w:t>
      </w:r>
      <w:r>
        <w:br/>
      </w:r>
      <w:r>
        <w:rPr>
          <w:sz w:val="20"/>
        </w:rPr>
        <w:t>2:07  woh speechless ho jayein. is ke liye aate the miracle. rasool Allah saleem Allah aleh wasallam jab madine mein aaye jab makke mein aaye to woh zamana tha seventh century AD ka first quarter.</w:t>
      </w:r>
      <w:r>
        <w:br/>
      </w:r>
      <w:r>
        <w:rPr>
          <w:sz w:val="20"/>
        </w:rPr>
        <w:t>2:28  to aap aakhri nabi the. to aap ko koi moajza koi miracle nahi diya gaya.</w:t>
      </w:r>
      <w:r>
        <w:br/>
      </w:r>
      <w:r>
        <w:rPr>
          <w:sz w:val="20"/>
        </w:rPr>
        <w:t>2:38  to aap ke sath bhi wahi hua jo pichhle hua tha. yaani log aap ke khilaf ho gaye. aap ko pareshan karne lage. rukawat dalne lage.</w:t>
      </w:r>
      <w:r>
        <w:br/>
      </w:r>
      <w:r>
        <w:rPr>
          <w:sz w:val="20"/>
        </w:rPr>
        <w:t>2:48  to rasool aur ashaab-e-rasool ki aik khwahish hui ke jis tarah pichhle paighambaron ko miracle diye jate the hum ko bhi koi miracle mil jaye.</w:t>
      </w:r>
      <w:r>
        <w:br/>
      </w:r>
      <w:r>
        <w:rPr>
          <w:sz w:val="20"/>
        </w:rPr>
        <w:t>3:01  to Allah taala ne keh diya ke tum ko miracle milne wala nahi hai.</w:t>
      </w:r>
      <w:r>
        <w:br/>
      </w:r>
      <w:r>
        <w:rPr>
          <w:sz w:val="20"/>
        </w:rPr>
        <w:t>3:08  yeh ayat aap parh sakte hain surah al-isra mein. surah al-isra ayat number fifty nine.</w:t>
      </w:r>
      <w:r>
        <w:br/>
      </w:r>
      <w:r>
        <w:rPr>
          <w:sz w:val="20"/>
        </w:rPr>
        <w:t>3:17  wa ma mana'na an nursila bil ayati illa an kazzab al awwalun. to yeh is ayat mein yeh</w:t>
      </w:r>
      <w:r>
        <w:br/>
      </w:r>
      <w:r>
        <w:rPr>
          <w:sz w:val="20"/>
        </w:rPr>
        <w:t>3:30  bataya gaya hai ke Khuda ne yeh tay kar diya hai ke is aakhri paighambar ko miracle nahi diya jayega. lekin log mukhalifat karte the.</w:t>
      </w:r>
      <w:r>
        <w:br/>
      </w:r>
      <w:r>
        <w:rPr>
          <w:sz w:val="20"/>
        </w:rPr>
        <w:t>3:41  to mukhalifaton ko dekh kar Rasool aur ashaab Rasool ke dil mein aata tha ke kaash Miracle aata to yeh log Speechless ho jaate.</w:t>
      </w:r>
      <w:r>
        <w:br/>
      </w:r>
      <w:r>
        <w:rPr>
          <w:sz w:val="20"/>
        </w:rPr>
        <w:t>3:51  to ek aur bohat sakht ayat utri. woh ayat hai Surah Al-An'am ayat number Thirty Five. is ayat ko aap padhiye bohat hi sakht ayat hai.</w:t>
      </w:r>
      <w:r>
        <w:br/>
      </w:r>
      <w:r>
        <w:rPr>
          <w:sz w:val="20"/>
        </w:rPr>
        <w:t>4:04  Al-An'am Thirty Five. is mein kaha gaya hai ke agar tum chahte ho to zameen mein tunnel banao. zameen mein ghuso.</w:t>
      </w:r>
      <w:r>
        <w:br/>
      </w:r>
      <w:r>
        <w:rPr>
          <w:sz w:val="20"/>
        </w:rPr>
        <w:t>4:14  aasman mein Ladder lagao. upar charho. aur lao Miracle jo tum chahte ho. kyun ke Khuda ko dene wala hai nahi.</w:t>
      </w:r>
      <w:r>
        <w:br/>
      </w:r>
      <w:r>
        <w:rPr>
          <w:sz w:val="20"/>
        </w:rPr>
        <w:t>4:24  itni sakht ayat hai. to behal Quran mein yeh baat bohat Clear hai ke Rasool Allah sal Allah alaihi wasallam ko koi miracle nahi diya gaya.</w:t>
      </w:r>
      <w:r>
        <w:br/>
      </w:r>
      <w:r>
        <w:rPr>
          <w:sz w:val="20"/>
        </w:rPr>
        <w:t>4:37  agarche hamare ulama ne is raaz ko nahi samjha aur bohat si kitabein likh daalin. aur dikhaya ke Rasool Allah ko miracle diye gaye the.</w:t>
      </w:r>
      <w:r>
        <w:br/>
      </w:r>
      <w:r>
        <w:rPr>
          <w:sz w:val="20"/>
        </w:rPr>
        <w:t>4:47  yani Quran mein jab saaf saaf hai ke miracle nahi diye gaye to aap ko kitab likhne ki zaroorat kya hai. to jo waqiyat the haqeeqat mein madad ke nusrat ke Help ke woh hamare aap ke saath bhi hote hain.</w:t>
      </w:r>
      <w:r>
        <w:br/>
      </w:r>
      <w:r>
        <w:rPr>
          <w:sz w:val="20"/>
        </w:rPr>
        <w:t>5:04  is ko unhon ne miracle bana diya. yeh bohat bari ghalti hui hai hamari kitabon mein. ke nusrat ke waqiyat ko miracle bana kar pesh kiya gaya.</w:t>
      </w:r>
      <w:r>
        <w:br/>
      </w:r>
      <w:r>
        <w:rPr>
          <w:sz w:val="20"/>
        </w:rPr>
        <w:t>5:16  taake saabit ho ke hamara Rasool jo hai us ko bhi miracle diya gaya tha. halanke diya nahi gaya. ab mein aap ko ek hadith sunata hoon.</w:t>
      </w:r>
      <w:r>
        <w:br/>
      </w:r>
      <w:r>
        <w:rPr>
          <w:sz w:val="20"/>
        </w:rPr>
        <w:t>5:26  yeh hadith aayi hai Bukhari mein aur Muslim mein. Bukhari mein yeh hadith hai Fazail Al-Quran ke bab ke tehat.</w:t>
      </w:r>
      <w:r>
        <w:br/>
      </w:r>
      <w:r>
        <w:rPr>
          <w:sz w:val="20"/>
        </w:rPr>
        <w:t>5:37  is hadith mein bataya gaya hai ke pichle nabiyon ko miracle diye gaye. Miracle diye gaye. har nabi ko apne zamane ke lehaz se.</w:t>
      </w:r>
      <w:r>
        <w:br/>
      </w:r>
      <w:r>
        <w:rPr>
          <w:sz w:val="20"/>
        </w:rPr>
        <w:t>5:49  lekin aakhri Rasool ko koi miracle nahi diya gaya siwaye wahi ke. yani Quran ke. to Quran Rasool Allah sal Allah alaihi wasallam ko kitab hidayat bhi hai aur woh miracle bhi hai.</w:t>
      </w:r>
    </w:p>
    <w:p>
      <w:pPr>
        <w:pStyle w:val="Heading2"/>
      </w:pPr>
      <w:r>
        <w:t>Negative news, positive thinking, and patience</w:t>
      </w:r>
    </w:p>
    <w:p>
      <w:r>
        <w:rPr>
          <w:color w:val="666666"/>
          <w:sz w:val="18"/>
        </w:rPr>
        <w:t>The Right Path May 24, 2015 Maulana Wahiduddin Khan · 12m 14s · at 50:09 · https://youtu.be/BYPgvndFDA8?t=3009</w:t>
      </w:r>
    </w:p>
    <w:p>
      <w:r>
        <w:rPr>
          <w:i/>
        </w:rPr>
        <w:t>“دیکھیے، میری جو جو میں جانتا ہوں وہ یہ ہے کہ پریزنٹ سچویشن”</w:t>
      </w:r>
    </w:p>
    <w:p>
      <w:r>
        <w:rPr>
          <w:sz w:val="20"/>
        </w:rPr>
        <w:t>50:09  dekhiye, meri jo</w:t>
      </w:r>
      <w:r>
        <w:br/>
      </w:r>
      <w:r>
        <w:rPr>
          <w:sz w:val="20"/>
        </w:rPr>
        <w:t>50:12  jo main janta hoon woh yeh hai ke present situation yeh hai ke tamam musalmanon ke akhbar negative</w:t>
      </w:r>
      <w:r>
        <w:br/>
      </w:r>
      <w:r>
        <w:rPr>
          <w:sz w:val="20"/>
        </w:rPr>
        <w:t>50:18  news chhaap rahe hain.</w:t>
      </w:r>
      <w:r>
        <w:br/>
      </w:r>
      <w:r>
        <w:rPr>
          <w:sz w:val="20"/>
        </w:rPr>
        <w:t>50:20  musalmanon ki jo kitabein chapti hain is zamane mein, un se bhi negative baatein hoti hain.</w:t>
      </w:r>
      <w:r>
        <w:br/>
      </w:r>
      <w:r>
        <w:rPr>
          <w:sz w:val="20"/>
        </w:rPr>
        <w:t>50:25  misalan kal mein ek kitab dekh raha tha, us mein</w:t>
      </w:r>
      <w:r>
        <w:br/>
      </w:r>
      <w:r>
        <w:rPr>
          <w:sz w:val="20"/>
        </w:rPr>
        <w:t>50:30  bilad al kuffar, bilad al kuffar ki baat thi ke sari dunya jo hai bilad al kuffar hai.</w:t>
      </w:r>
      <w:r>
        <w:br/>
      </w:r>
      <w:r>
        <w:rPr>
          <w:sz w:val="20"/>
        </w:rPr>
        <w:t>50:38  hum jo thori dunya hamari hai, woh to bilad al muslimin hai, baqi sab bilad al kuffar hai.</w:t>
      </w:r>
      <w:r>
        <w:br/>
      </w:r>
      <w:r>
        <w:rPr>
          <w:sz w:val="20"/>
        </w:rPr>
        <w:t>50:43  to is tarah ki baatein daily un ke ilm mein aa rahi hain, masjidon mein, madarson mein, kitabon</w:t>
      </w:r>
      <w:r>
        <w:br/>
      </w:r>
      <w:r>
        <w:rPr>
          <w:sz w:val="20"/>
        </w:rPr>
        <w:t>50:49  mein, akhbaron mein.</w:t>
      </w:r>
      <w:r>
        <w:br/>
      </w:r>
      <w:r>
        <w:rPr>
          <w:sz w:val="20"/>
        </w:rPr>
        <w:t>50:52  to ek statement chhaapne se surat-e-haal badal nahi jayegi,</w:t>
      </w:r>
      <w:r>
        <w:br/>
      </w:r>
      <w:r>
        <w:rPr>
          <w:sz w:val="20"/>
        </w:rPr>
        <w:t>50:59  statement chhaapne se badal nahi jayegi.</w:t>
      </w:r>
      <w:r>
        <w:br/>
      </w:r>
      <w:r>
        <w:rPr>
          <w:sz w:val="20"/>
        </w:rPr>
        <w:t>51:01  aap ko bohat serious effort karni padegi.</w:t>
      </w:r>
      <w:r>
        <w:br/>
      </w:r>
      <w:r>
        <w:rPr>
          <w:sz w:val="20"/>
        </w:rPr>
        <w:t>51:06  misalan jo mein ne misaal di aap ko ke wahan ek aadmi baitha hua hai aur kehta hai</w:t>
      </w:r>
      <w:r>
        <w:br/>
      </w:r>
      <w:r>
        <w:rPr>
          <w:sz w:val="20"/>
        </w:rPr>
        <w:t>51:12  ke wahan par bohat baais hai ke musalman</w:t>
      </w:r>
      <w:r>
        <w:br/>
      </w:r>
      <w:r>
        <w:rPr>
          <w:sz w:val="20"/>
        </w:rPr>
        <w:t>51:18  ki koi news ho to musalman ke naam ke sath chhapegi, aur doosron ki baat ho to</w:t>
      </w:r>
      <w:r>
        <w:br/>
      </w:r>
      <w:r>
        <w:rPr>
          <w:sz w:val="20"/>
        </w:rPr>
        <w:t>51:23  ek person ke ke hawale se chhapegi.</w:t>
      </w:r>
      <w:r>
        <w:br/>
      </w:r>
      <w:r>
        <w:rPr>
          <w:sz w:val="20"/>
        </w:rPr>
        <w:t>51:28  to bataiye ke galat hai yeh, tum generalize kar rahe ho, kisi ek waqeye ko dekha hoga to</w:t>
      </w:r>
      <w:r>
        <w:br/>
      </w:r>
      <w:r>
        <w:rPr>
          <w:sz w:val="20"/>
        </w:rPr>
        <w:t>51:34  tum generalize kar rahe ho.</w:t>
      </w:r>
      <w:r>
        <w:br/>
      </w:r>
      <w:r>
        <w:rPr>
          <w:sz w:val="20"/>
        </w:rPr>
        <w:t>51:37  is ko bataiye ke kahan hai, main bhi akhbar parhta hoon, kahan hai woh jo tum keh rahe</w:t>
      </w:r>
      <w:r>
        <w:br/>
      </w:r>
      <w:r>
        <w:rPr>
          <w:sz w:val="20"/>
        </w:rPr>
        <w:t>51:42  ho. to is tarah tajziya kar ke, analyze kar ke logon ko batana parega, aur is mein</w:t>
      </w:r>
      <w:r>
        <w:br/>
      </w:r>
      <w:r>
        <w:rPr>
          <w:sz w:val="20"/>
        </w:rPr>
        <w:t>51:48  aik bohat si</w:t>
      </w:r>
      <w:r>
        <w:br/>
      </w:r>
      <w:r>
        <w:rPr>
          <w:sz w:val="20"/>
        </w:rPr>
        <w:t>51:51  sustained effort karni paregi, tab ja kar ke zehn badlega.</w:t>
      </w:r>
      <w:r>
        <w:br/>
      </w:r>
      <w:r>
        <w:rPr>
          <w:sz w:val="20"/>
        </w:rPr>
        <w:t>51:57  sirf aik statement chhapne se badalne wala nahi hai.</w:t>
      </w:r>
      <w:r>
        <w:br/>
      </w:r>
      <w:r>
        <w:rPr>
          <w:sz w:val="20"/>
        </w:rPr>
        <w:t>52:02  maulana, inhi ka aik aur sawal aya hai:</w:t>
      </w:r>
      <w:r>
        <w:br/>
      </w:r>
      <w:r>
        <w:rPr>
          <w:sz w:val="20"/>
        </w:rPr>
        <w:t>52:06  i am regularly reading your books, al risala and watching audios.</w:t>
      </w:r>
      <w:r>
        <w:br/>
      </w:r>
      <w:r>
        <w:rPr>
          <w:sz w:val="20"/>
        </w:rPr>
        <w:t>52:12  your ideology brings peace in my home.</w:t>
      </w:r>
      <w:r>
        <w:br/>
      </w:r>
      <w:r>
        <w:rPr>
          <w:sz w:val="20"/>
        </w:rPr>
        <w:t>52:16  maulana sahib, you said in your recent lecture that peace begins at home.</w:t>
      </w:r>
      <w:r>
        <w:br/>
      </w:r>
      <w:r>
        <w:rPr>
          <w:sz w:val="20"/>
        </w:rPr>
        <w:t>52:22  what does it mean for me?</w:t>
      </w:r>
      <w:r>
        <w:br/>
      </w:r>
      <w:r>
        <w:rPr>
          <w:sz w:val="20"/>
        </w:rPr>
        <w:t>52:24  main ne jis mani mein kaha tha, woh yeh tha ke apne andar positive soch lani paregi.</w:t>
      </w:r>
      <w:r>
        <w:br/>
      </w:r>
      <w:r>
        <w:rPr>
          <w:sz w:val="20"/>
        </w:rPr>
        <w:t>52:31  sirf doosron ko hum bura kahein, is se kuch nahi hoga.</w:t>
      </w:r>
      <w:r>
        <w:br/>
      </w:r>
      <w:r>
        <w:rPr>
          <w:sz w:val="20"/>
        </w:rPr>
        <w:t>52:36  to aap ke ghar mein agar positive soch aa gayi to bari khushi ki baat hai, is ka</w:t>
      </w:r>
      <w:r>
        <w:br/>
      </w:r>
      <w:r>
        <w:rPr>
          <w:sz w:val="20"/>
        </w:rPr>
        <w:t>52:41  matlab hai ke aap ke haan beginning ho gayi hai.</w:t>
      </w:r>
      <w:r>
        <w:br/>
      </w:r>
      <w:r>
        <w:rPr>
          <w:sz w:val="20"/>
        </w:rPr>
        <w:t>52:45  agar aap ke ghar mein beginning, aap ghar mein positive soch aa gayi to phir yeh saboot hai</w:t>
      </w:r>
      <w:r>
        <w:br/>
      </w:r>
      <w:r>
        <w:rPr>
          <w:sz w:val="20"/>
        </w:rPr>
        <w:t>52:50  ke beginning ho gayi, aur jab beginning ho gayi to phir aage kaam padega.</w:t>
      </w:r>
      <w:r>
        <w:br/>
      </w:r>
      <w:r>
        <w:rPr>
          <w:sz w:val="20"/>
        </w:rPr>
        <w:t>52:54  to aap is ka shukr kijiye aur is ko aur badhaiye,</w:t>
      </w:r>
      <w:r>
        <w:br/>
      </w:r>
      <w:r>
        <w:rPr>
          <w:sz w:val="20"/>
        </w:rPr>
        <w:t>53:03  kyun ke jab beginning ho jaye to phir end bhi aata hai, inshallah.</w:t>
      </w:r>
      <w:r>
        <w:br/>
      </w:r>
      <w:r>
        <w:rPr>
          <w:sz w:val="20"/>
        </w:rPr>
        <w:t>53:10  maulana, yeh agla question aya hai syed atahar ali ka, unhon ne apni location mention nahi ki hai.</w:t>
      </w:r>
      <w:r>
        <w:br/>
      </w:r>
      <w:r>
        <w:rPr>
          <w:sz w:val="20"/>
        </w:rPr>
        <w:t>53:17  maulana sahib, kya wajah hai ke musalmanon mein</w:t>
      </w:r>
      <w:r>
        <w:br/>
      </w:r>
      <w:r>
        <w:rPr>
          <w:sz w:val="20"/>
        </w:rPr>
        <w:t>53:22  scientific zehn paida nahi ho saka, aur musalmanon mein is pemane ke scientist paida nahi ho sake jo</w:t>
      </w:r>
      <w:r>
        <w:br/>
      </w:r>
      <w:r>
        <w:rPr>
          <w:sz w:val="20"/>
        </w:rPr>
        <w:t>53:31  maghrib mein paida hue? kya is ki wajah yeh hai ke marfat ka markaz qalb ko samajh liya?</w:t>
      </w:r>
      <w:r>
        <w:br/>
      </w:r>
      <w:r>
        <w:rPr>
          <w:sz w:val="20"/>
        </w:rPr>
        <w:t>53:45  bhai, main khair to yeh daur-e-zawal ka paana hai, hadith se sabit hai ke ummat-e-muslima daur</w:t>
      </w:r>
      <w:r>
        <w:br/>
      </w:r>
      <w:r>
        <w:rPr>
          <w:sz w:val="20"/>
        </w:rPr>
        <w:t>53:52  zawal ka shikar hogi.</w:t>
      </w:r>
      <w:r>
        <w:br/>
      </w:r>
      <w:r>
        <w:rPr>
          <w:sz w:val="20"/>
        </w:rPr>
        <w:t>53:54  hum jo samajhte hain ke musalman khair-ul-ummat hain, yeh to kisi hadith mein hai nahi ke he</w:t>
      </w:r>
      <w:r>
        <w:br/>
      </w:r>
      <w:r>
        <w:rPr>
          <w:sz w:val="20"/>
        </w:rPr>
        <w:t>53:58  musalman jo zawal yafta musalman hain, yahi khair ummat banay rahen gay.</w:t>
      </w:r>
      <w:r>
        <w:br/>
      </w:r>
      <w:r>
        <w:rPr>
          <w:sz w:val="20"/>
        </w:rPr>
        <w:t>54:02  aisa kisi hadith mein nahi hai, hadith mein to is ke bar aks baat hai:</w:t>
      </w:r>
      <w:r>
        <w:br/>
      </w:r>
      <w:r>
        <w:rPr>
          <w:sz w:val="20"/>
        </w:rPr>
        <w:t>54:13  hata ke ek hadith se maloom hota hai ke rasool Allah ke zamanay hi mein zawal shuru ho</w:t>
      </w:r>
      <w:r>
        <w:br/>
      </w:r>
      <w:r>
        <w:rPr>
          <w:sz w:val="20"/>
        </w:rPr>
        <w:t>54:17  gaya tha. to jab zawal aye ga to is ke, is ke, is ka, is ka, is ke</w:t>
      </w:r>
      <w:r>
        <w:br/>
      </w:r>
      <w:r>
        <w:rPr>
          <w:sz w:val="20"/>
        </w:rPr>
        <w:t>54:26  zahur bhi hon gay.</w:t>
      </w:r>
      <w:r>
        <w:br/>
      </w:r>
      <w:r>
        <w:rPr>
          <w:sz w:val="20"/>
        </w:rPr>
        <w:t>54:28  yeh yeh sab isi ke zahur hain.</w:t>
      </w:r>
      <w:r>
        <w:br/>
      </w:r>
      <w:r>
        <w:rPr>
          <w:sz w:val="20"/>
        </w:rPr>
        <w:t>54:31  jab zawal yafta qom, zawal yafta qom to kuch bhi nahi kar sakti, science ka koi bhi positive</w:t>
      </w:r>
      <w:r>
        <w:br/>
      </w:r>
      <w:r>
        <w:rPr>
          <w:sz w:val="20"/>
        </w:rPr>
        <w:t>54:37  kaam nahi kar sakti.</w:t>
      </w:r>
      <w:r>
        <w:br/>
      </w:r>
      <w:r>
        <w:rPr>
          <w:sz w:val="20"/>
        </w:rPr>
        <w:t>54:40  to musalmanon ke zawal ko is zamanay ke jo muslim uthay, un ko zawal yani.</w:t>
      </w:r>
      <w:r>
        <w:br/>
      </w:r>
      <w:r>
        <w:rPr>
          <w:sz w:val="20"/>
        </w:rPr>
        <w:t>54:49  yani matlab de</w:t>
      </w:r>
      <w:r>
        <w:br/>
      </w:r>
      <w:r>
        <w:rPr>
          <w:sz w:val="20"/>
        </w:rPr>
        <w:t>54:52  de de generation ko regenerate karna pare ga, karna tha regeneration se aghaz karna tha.</w:t>
      </w:r>
      <w:r>
        <w:br/>
      </w:r>
      <w:r>
        <w:rPr>
          <w:sz w:val="20"/>
        </w:rPr>
        <w:t>54:59  lekin unhon ne kiya kiya? hukoomat qaim karna, idaray qaim karna, is mein yahi musalman bhar gay.</w:t>
      </w:r>
      <w:r>
        <w:br/>
      </w:r>
      <w:r>
        <w:rPr>
          <w:sz w:val="20"/>
        </w:rPr>
        <w:t>55:06  islaah yafta musalman hon tab idara qaim kare ga, mulk qaim acha banay ga, society achi banay gi.</w:t>
      </w:r>
      <w:r>
        <w:br/>
      </w:r>
      <w:r>
        <w:rPr>
          <w:sz w:val="20"/>
        </w:rPr>
        <w:t>55:15  to musalmanon ko regenerate karna yeh kaam to kisi ne kiya hi nahi, balke is ko khair</w:t>
      </w:r>
      <w:r>
        <w:br/>
      </w:r>
      <w:r>
        <w:rPr>
          <w:sz w:val="20"/>
        </w:rPr>
        <w:t>55:22  ul awam ka darja de kar ke kaam shuru kiya.</w:t>
      </w:r>
      <w:r>
        <w:br/>
      </w:r>
      <w:r>
        <w:rPr>
          <w:sz w:val="20"/>
        </w:rPr>
        <w:t>55:25  unhon ne jaise Iqbal ne kaha tha ke "zara num hoti hai, mitti bohat zarkhez".</w:t>
      </w:r>
      <w:r>
        <w:br/>
      </w:r>
      <w:r>
        <w:rPr>
          <w:sz w:val="20"/>
        </w:rPr>
        <w:t>55:30  yani zarkhez jab zawal yafta ummat hai to zarkhez kahan se ho jaye gi? woh zarkhez to khatam</w:t>
      </w:r>
      <w:r>
        <w:br/>
      </w:r>
      <w:r>
        <w:rPr>
          <w:sz w:val="20"/>
        </w:rPr>
        <w:t>55:37  ho chuki hai.</w:t>
      </w:r>
      <w:r>
        <w:br/>
      </w:r>
      <w:r>
        <w:rPr>
          <w:sz w:val="20"/>
        </w:rPr>
        <w:t>55:39  to mein samajhta hoon ke saray hi is daur ke muslehien ne yeh ghalti ki hai ke re</w:t>
      </w:r>
      <w:r>
        <w:br/>
      </w:r>
      <w:r>
        <w:rPr>
          <w:sz w:val="20"/>
        </w:rPr>
        <w:t>55:45  generation se aghaz nahi kiya, balke zawal yafta qom mein jo nafsiyat hoti hai, usi nafsiyat ko le</w:t>
      </w:r>
      <w:r>
        <w:br/>
      </w:r>
      <w:r>
        <w:rPr>
          <w:sz w:val="20"/>
        </w:rPr>
        <w:t>55:52  kar ke un ke andar kaam karne lagay.</w:t>
      </w:r>
      <w:r>
        <w:br/>
      </w:r>
      <w:r>
        <w:rPr>
          <w:sz w:val="20"/>
        </w:rPr>
        <w:t>55:54  phir bheer akatha honay lagi to samjhe ga kamyab hain.</w:t>
      </w:r>
      <w:r>
        <w:br/>
      </w:r>
      <w:r>
        <w:rPr>
          <w:sz w:val="20"/>
        </w:rPr>
        <w:t>55:57  zawal yafta qom ki nafsiyat ko feed kar ke unhon ne kamyabi hasil ki.</w:t>
      </w:r>
      <w:r>
        <w:br/>
      </w:r>
      <w:r>
        <w:rPr>
          <w:sz w:val="20"/>
        </w:rPr>
        <w:t>56:04  yeh ghalti hamare muslehien ki hai.</w:t>
      </w:r>
      <w:r>
        <w:br/>
      </w:r>
      <w:r>
        <w:rPr>
          <w:sz w:val="20"/>
        </w:rPr>
        <w:t>56:07  maulana, yeh agla sawal aya hai naseeruddin sahib ka hyderabad se.</w:t>
      </w:r>
      <w:r>
        <w:br/>
      </w:r>
      <w:r>
        <w:rPr>
          <w:sz w:val="20"/>
        </w:rPr>
        <w:t>56:13  مولانا، my question is: What is the place of ancestors in Islam?</w:t>
      </w:r>
      <w:r>
        <w:br/>
      </w:r>
      <w:r>
        <w:rPr>
          <w:sz w:val="20"/>
        </w:rPr>
        <w:t>56:20  kya is ke sawal ka matlab kya hai? Maulana janna chahte hain ke abao ajdad ki islam mein</w:t>
      </w:r>
      <w:r>
        <w:br/>
      </w:r>
      <w:r>
        <w:rPr>
          <w:sz w:val="20"/>
        </w:rPr>
        <w:t>56:26  kya jagah hai? abao ajdad ki islam mein kya jagah hai? jaisa aaj kal log bohat zyada apne</w:t>
      </w:r>
      <w:r>
        <w:br/>
      </w:r>
      <w:r>
        <w:rPr>
          <w:sz w:val="20"/>
        </w:rPr>
        <w:t>56:32  abao ajdad ko har jagah quote karte hain.</w:t>
      </w:r>
      <w:r>
        <w:br/>
      </w:r>
      <w:r>
        <w:rPr>
          <w:sz w:val="20"/>
        </w:rPr>
        <w:t>56:35  bhai, maine is sawal ka matlab maine samajh.</w:t>
      </w:r>
      <w:r>
        <w:br/>
      </w:r>
      <w:r>
        <w:rPr>
          <w:sz w:val="20"/>
        </w:rPr>
        <w:t>56:37  koi misaal dein, woh misaal dein to samajh aayega.</w:t>
      </w:r>
      <w:r>
        <w:br/>
      </w:r>
      <w:r>
        <w:rPr>
          <w:sz w:val="20"/>
        </w:rPr>
        <w:t>56:43  agle agle hafte koi misaal de kar ke batayein, woh</w:t>
      </w:r>
      <w:r>
        <w:br/>
      </w:r>
      <w:r>
        <w:rPr>
          <w:sz w:val="20"/>
        </w:rPr>
        <w:t>56:50  Maulana, yeh agla question aaya hai Maulana Iqbal Umri sahib ka Chennai se.</w:t>
      </w:r>
      <w:r>
        <w:br/>
      </w:r>
      <w:r>
        <w:rPr>
          <w:sz w:val="20"/>
        </w:rPr>
        <w:t>56:56  Maulana, kufr ko is zameen mein maghloob rehna hai aur Islam ko ghalib.</w:t>
      </w:r>
      <w:r>
        <w:br/>
      </w:r>
      <w:r>
        <w:rPr>
          <w:sz w:val="20"/>
        </w:rPr>
        <w:t>57:04  Maulana, is mein jo mughalta hai, usay wazeh karein.</w:t>
      </w:r>
      <w:r>
        <w:br/>
      </w:r>
      <w:r>
        <w:rPr>
          <w:sz w:val="20"/>
        </w:rPr>
        <w:t>57:09  yeh kahan, kaun si ayat hai? kaun si hadith hai ke kufr ko maghloob rehna hai, Islam ko</w:t>
      </w:r>
      <w:r>
        <w:br/>
      </w:r>
      <w:r>
        <w:rPr>
          <w:sz w:val="20"/>
        </w:rPr>
        <w:t>57:13  ghalib rehna hai? yeh kahan hai?</w:t>
      </w:r>
      <w:r>
        <w:br/>
      </w:r>
      <w:r>
        <w:rPr>
          <w:sz w:val="20"/>
        </w:rPr>
        <w:t>57:17  jo is silsile mein jo ayatein padhi jaati hain, us mein peghambar ke mission ki baat hai.</w:t>
      </w:r>
      <w:r>
        <w:br/>
      </w:r>
      <w:r>
        <w:rPr>
          <w:sz w:val="20"/>
        </w:rPr>
        <w:t>57:26  yani peghambar, peghambar ka mission zaroor ghalib hoga.</w:t>
      </w:r>
      <w:r>
        <w:br/>
      </w:r>
      <w:r>
        <w:rPr>
          <w:sz w:val="20"/>
        </w:rPr>
        <w:t>57:31  peghambar ka mission kabhi maghloob nahi ho sakta hai.</w:t>
      </w:r>
      <w:r>
        <w:br/>
      </w:r>
      <w:r>
        <w:rPr>
          <w:sz w:val="20"/>
        </w:rPr>
        <w:t>57:34  lekin yeh hum nahi keh sakte ke kufr</w:t>
      </w:r>
      <w:r>
        <w:br/>
      </w:r>
      <w:r>
        <w:rPr>
          <w:sz w:val="20"/>
        </w:rPr>
        <w:t>57:38  ko ghulba nahi milega aur musalman ko ghulba milega.</w:t>
      </w:r>
      <w:r>
        <w:br/>
      </w:r>
      <w:r>
        <w:rPr>
          <w:sz w:val="20"/>
        </w:rPr>
        <w:t>57:41  yeh toh kahin Quran majeed mein hai nahi.</w:t>
      </w:r>
      <w:r>
        <w:br/>
      </w:r>
      <w:r>
        <w:rPr>
          <w:sz w:val="20"/>
        </w:rPr>
        <w:t>57:43  sirf jo baat peghambar ke mission ke aitbar se hai, us ko musalmanon ne apni tehrikon ke liye</w:t>
      </w:r>
      <w:r>
        <w:br/>
      </w:r>
      <w:r>
        <w:rPr>
          <w:sz w:val="20"/>
        </w:rPr>
        <w:t>57:49  chaspah kar rakha hai.</w:t>
      </w:r>
      <w:r>
        <w:br/>
      </w:r>
      <w:r>
        <w:rPr>
          <w:sz w:val="20"/>
        </w:rPr>
        <w:t>57:51  Maulana, agla question aaya hai Mr Imran ka Bahrain se.</w:t>
      </w:r>
      <w:r>
        <w:br/>
      </w:r>
      <w:r>
        <w:rPr>
          <w:sz w:val="20"/>
        </w:rPr>
        <w:t>57:55  مولانا صاحب، there is a verse in Quran that after every hardship there is ease.</w:t>
      </w:r>
      <w:r>
        <w:br/>
      </w:r>
      <w:r>
        <w:rPr>
          <w:sz w:val="20"/>
        </w:rPr>
        <w:t>58:00  After after every hardship there is ease,</w:t>
      </w:r>
      <w:r>
        <w:br/>
      </w:r>
      <w:r>
        <w:rPr>
          <w:sz w:val="20"/>
        </w:rPr>
        <w:t>58:04  But why hardships of prophets never ended?</w:t>
      </w:r>
      <w:r>
        <w:br/>
      </w:r>
      <w:r>
        <w:rPr>
          <w:sz w:val="20"/>
        </w:rPr>
        <w:t>58:10  dekhiye, hardship kya cheez hai? woh challenge hai.</w:t>
      </w:r>
      <w:r>
        <w:br/>
      </w:r>
      <w:r>
        <w:rPr>
          <w:sz w:val="20"/>
        </w:rPr>
        <w:t>58:15  challenge is liye aata hai ke aap us ko response dein.</w:t>
      </w:r>
      <w:r>
        <w:br/>
      </w:r>
      <w:r>
        <w:rPr>
          <w:sz w:val="20"/>
        </w:rPr>
        <w:t>58:20  toh challenge response mechanism hi se taraqqi hoti hai.</w:t>
      </w:r>
      <w:r>
        <w:br/>
      </w:r>
      <w:r>
        <w:rPr>
          <w:sz w:val="20"/>
        </w:rPr>
        <w:t>58:26  woh hardship ne kahi hai, woh challenge kahi hai us ko.</w:t>
      </w:r>
      <w:r>
        <w:br/>
      </w:r>
      <w:r>
        <w:rPr>
          <w:sz w:val="20"/>
        </w:rPr>
        <w:t>58:29  aur challenge ka matlab ye hai ke is se aap ke aap ko aap ko mind activated activated</w:t>
      </w:r>
      <w:r>
        <w:br/>
      </w:r>
      <w:r>
        <w:rPr>
          <w:sz w:val="20"/>
        </w:rPr>
        <w:t>58:33  hota hai. aap ke</w:t>
      </w:r>
      <w:r>
        <w:br/>
      </w:r>
      <w:r>
        <w:rPr>
          <w:sz w:val="20"/>
        </w:rPr>
        <w:t>58:37  yeh salahiyaten jagti hain.</w:t>
      </w:r>
      <w:r>
        <w:br/>
      </w:r>
      <w:r>
        <w:rPr>
          <w:sz w:val="20"/>
        </w:rPr>
        <w:t>58:40  agar dunya mein challenges na hon to koi taraqqi na ho.</w:t>
      </w:r>
      <w:r>
        <w:br/>
      </w:r>
      <w:r>
        <w:rPr>
          <w:sz w:val="20"/>
        </w:rPr>
        <w:t>58:46  baghair challenge ke kabhi koi taraqqi nahi ho sakti.</w:t>
      </w:r>
      <w:r>
        <w:br/>
      </w:r>
      <w:r>
        <w:rPr>
          <w:sz w:val="20"/>
        </w:rPr>
        <w:t>58:49  to is ko</w:t>
      </w:r>
      <w:r>
        <w:br/>
      </w:r>
      <w:r>
        <w:rPr>
          <w:sz w:val="20"/>
        </w:rPr>
        <w:t>58:53  is ko negative sense mein mat lijiye, is ko positive sense mein lijiye.</w:t>
      </w:r>
      <w:r>
        <w:br/>
      </w:r>
      <w:r>
        <w:rPr>
          <w:sz w:val="20"/>
        </w:rPr>
        <w:t>58:59  maulana, yeh agla question hai miss ditti malhotra ka delhi se.</w:t>
      </w:r>
      <w:r>
        <w:br/>
      </w:r>
      <w:r>
        <w:rPr>
          <w:sz w:val="20"/>
        </w:rPr>
        <w:t>59:03  مولانا، you have many times mentioned on the importance of keeping patience,</w:t>
      </w:r>
      <w:r>
        <w:br/>
      </w:r>
      <w:r>
        <w:rPr>
          <w:sz w:val="20"/>
        </w:rPr>
        <w:t>59:11  But when we tell this to people, they say that patience till when</w:t>
      </w:r>
      <w:r>
        <w:br/>
      </w:r>
      <w:r>
        <w:rPr>
          <w:sz w:val="20"/>
        </w:rPr>
        <w:t>59:17  what is your advice on this?</w:t>
      </w:r>
      <w:r>
        <w:br/>
      </w:r>
      <w:r>
        <w:rPr>
          <w:sz w:val="20"/>
        </w:rPr>
        <w:t>59:22  yani sabr kab tak?</w:t>
      </w:r>
      <w:r>
        <w:br/>
      </w:r>
      <w:r>
        <w:rPr>
          <w:sz w:val="20"/>
        </w:rPr>
        <w:t>59:25  dekhiye, quran mein hai ke</w:t>
      </w:r>
      <w:r>
        <w:br/>
      </w:r>
      <w:r>
        <w:rPr>
          <w:sz w:val="20"/>
        </w:rPr>
        <w:t>59:32  quran mein hai ke</w:t>
      </w:r>
      <w:r>
        <w:br/>
      </w:r>
      <w:r>
        <w:rPr>
          <w:sz w:val="20"/>
        </w:rPr>
        <w:t>59:34  jannat sabr walon ke liye hai.</w:t>
      </w:r>
      <w:r>
        <w:br/>
      </w:r>
      <w:r>
        <w:rPr>
          <w:sz w:val="20"/>
        </w:rPr>
        <w:t>59:38  jo sabr karega, us ke liye jannat hai.</w:t>
      </w:r>
      <w:r>
        <w:br/>
      </w:r>
      <w:r>
        <w:rPr>
          <w:sz w:val="20"/>
        </w:rPr>
        <w:t>59:43  yeh quran ki ek ayat hai.</w:t>
      </w:r>
      <w:r>
        <w:br/>
      </w:r>
      <w:r>
        <w:rPr>
          <w:sz w:val="20"/>
        </w:rPr>
        <w:t>59:50  to jannat to eternal maqam hai, abadi jagah hai.</w:t>
      </w:r>
      <w:r>
        <w:br/>
      </w:r>
      <w:r>
        <w:rPr>
          <w:sz w:val="20"/>
        </w:rPr>
        <w:t>59:57  to kya aap</w:t>
      </w:r>
      <w:r>
        <w:br/>
      </w:r>
      <w:r>
        <w:rPr>
          <w:sz w:val="20"/>
        </w:rPr>
        <w:t>1:00:00  saari umar sabr karenge? tabhi to eternal jannat milegi.</w:t>
      </w:r>
      <w:r>
        <w:br/>
      </w:r>
      <w:r>
        <w:rPr>
          <w:sz w:val="20"/>
        </w:rPr>
        <w:t>1:00:04  waqti agar aap sabr karenge to jannat bhi thodi si milegi aap ko, ek din ke</w:t>
      </w:r>
      <w:r>
        <w:br/>
      </w:r>
      <w:r>
        <w:rPr>
          <w:sz w:val="20"/>
        </w:rPr>
        <w:t>1:00:11  liye ya ek mahine ke liye.</w:t>
      </w:r>
      <w:r>
        <w:br/>
      </w:r>
      <w:r>
        <w:rPr>
          <w:sz w:val="20"/>
        </w:rPr>
        <w:t>1:00:14  main samajhta hoon ke jannat ka eternal tasawwur jo hai, woh apne aap mein yeh batata hai ke</w:t>
      </w:r>
      <w:r>
        <w:br/>
      </w:r>
      <w:r>
        <w:rPr>
          <w:sz w:val="20"/>
        </w:rPr>
        <w:t>1:00:20  sabr zindagi bhar karte rehna hai, karte rehna hai, karte rehna hai.</w:t>
      </w:r>
      <w:r>
        <w:br/>
      </w:r>
      <w:r>
        <w:rPr>
          <w:sz w:val="20"/>
        </w:rPr>
        <w:t>1:00:26  quran mein. ma sabr</w:t>
      </w:r>
      <w:r>
        <w:br/>
      </w:r>
      <w:r>
        <w:rPr>
          <w:sz w:val="20"/>
        </w:rPr>
        <w:t>1:00:29  jannat hum ne di un ko is liye ke unhon ne zindagi bhar sabr kiya tha.</w:t>
      </w:r>
      <w:r>
        <w:br/>
      </w:r>
      <w:r>
        <w:rPr>
          <w:sz w:val="20"/>
        </w:rPr>
        <w:t>1:00:34  to saari umar sabr karne se aap ko yani eternal paradise milti hai.</w:t>
      </w:r>
      <w:r>
        <w:br/>
      </w:r>
      <w:r>
        <w:rPr>
          <w:sz w:val="20"/>
        </w:rPr>
        <w:t>1:00:41  agar aap yeh kahein ke bhai saari umar nahi karna hai, mujhe to ek mahina karna hai, ek</w:t>
      </w:r>
      <w:r>
        <w:br/>
      </w:r>
      <w:r>
        <w:rPr>
          <w:sz w:val="20"/>
        </w:rPr>
        <w:t>1:00:46  saal karna hai, to phir yeh bhi maan lijiye ke aap ko ek saal ke liye jannat mile.</w:t>
      </w:r>
      <w:r>
        <w:br/>
      </w:r>
      <w:r>
        <w:rPr>
          <w:sz w:val="20"/>
        </w:rPr>
        <w:t>1:00:49  is ke baad jannat se</w:t>
      </w:r>
      <w:r>
        <w:br/>
      </w:r>
      <w:r>
        <w:rPr>
          <w:sz w:val="20"/>
        </w:rPr>
        <w:t>1:00:52  jannat se nikal diya jayega.</w:t>
      </w:r>
      <w:r>
        <w:br/>
      </w:r>
      <w:r>
        <w:rPr>
          <w:sz w:val="20"/>
        </w:rPr>
        <w:t>1:00:55  میں سمجھتا ہوں جو لوگ یہ کہتے ہیں کہ صبر کب تک، وہ اس کے consequences سوچتے نہیں،</w:t>
      </w:r>
      <w:r>
        <w:br/>
      </w:r>
      <w:r>
        <w:rPr>
          <w:sz w:val="20"/>
        </w:rPr>
        <w:t>1:01:04  chunki jannat un ke liye hai jo sabr karen.</w:t>
      </w:r>
      <w:r>
        <w:br/>
      </w:r>
      <w:r>
        <w:rPr>
          <w:sz w:val="20"/>
        </w:rPr>
        <w:t>1:01:08  is liye jannat ka jis ne sabr karta hi rehna hai.</w:t>
      </w:r>
      <w:r>
        <w:br/>
      </w:r>
      <w:r>
        <w:rPr>
          <w:sz w:val="20"/>
        </w:rPr>
        <w:t>1:01:12  دیکھیں، صبر کا مطلب کیا ہے؟ صبر کا مطلب یہ ہے کہ positive behavior پر قائم رہنا، ری</w:t>
      </w:r>
      <w:r>
        <w:br/>
      </w:r>
      <w:r>
        <w:rPr>
          <w:sz w:val="20"/>
        </w:rPr>
        <w:t>1:01:22  act na karna.</w:t>
      </w:r>
      <w:r>
        <w:br/>
      </w:r>
      <w:r>
        <w:rPr>
          <w:sz w:val="20"/>
        </w:rPr>
        <w:t>1:01:25  to isi se to sari sifaten paida hoti hain.</w:t>
      </w:r>
      <w:r>
        <w:br/>
      </w:r>
      <w:r>
        <w:rPr>
          <w:sz w:val="20"/>
        </w:rPr>
        <w:t>1:01:29  اگر آپ react کریں تو آپ کے اندر اعلیٰ کوالٹی کا development نہیں ہوگا۔</w:t>
      </w:r>
      <w:r>
        <w:br/>
      </w:r>
      <w:r>
        <w:rPr>
          <w:sz w:val="20"/>
        </w:rPr>
        <w:t>1:01:36  lekin jab aap sabr karenge, tabhi woh process aapke andar jaari hoga jismein aala quality</w:t>
      </w:r>
      <w:r>
        <w:br/>
      </w:r>
      <w:r>
        <w:rPr>
          <w:sz w:val="20"/>
        </w:rPr>
        <w:t>1:01:43  paida hoti hai.</w:t>
      </w:r>
      <w:r>
        <w:br/>
      </w:r>
      <w:r>
        <w:rPr>
          <w:sz w:val="20"/>
        </w:rPr>
        <w:t>1:01:45  to sabr ko log samajhte hain ke koi negative baat hai.</w:t>
      </w:r>
      <w:r>
        <w:br/>
      </w:r>
      <w:r>
        <w:rPr>
          <w:sz w:val="20"/>
        </w:rPr>
        <w:t>1:01:47  sabr to negative baat nahin hai, sabr to ek positive baat hai.</w:t>
      </w:r>
      <w:r>
        <w:br/>
      </w:r>
      <w:r>
        <w:rPr>
          <w:sz w:val="20"/>
        </w:rPr>
        <w:t>1:01:52  sabr na ho to aadmi ke andar aala akhlaq paida na ho, oonchi soch paida na ho.</w:t>
      </w:r>
      <w:r>
        <w:br/>
      </w:r>
      <w:r>
        <w:rPr>
          <w:sz w:val="20"/>
        </w:rPr>
        <w:t>1:01:58  bilkul zindagi jo hai,</w:t>
      </w:r>
      <w:r>
        <w:br/>
      </w:r>
      <w:r>
        <w:rPr>
          <w:sz w:val="20"/>
        </w:rPr>
        <w:t>1:02:02  oonchi baaton se khali ho jaye.</w:t>
      </w:r>
      <w:r>
        <w:br/>
      </w:r>
      <w:r>
        <w:rPr>
          <w:sz w:val="20"/>
        </w:rPr>
        <w:t>1:02:07  maulana, yeh ek comment hai muhammad aamir siddiqui sahab ka noida se.</w:t>
      </w:r>
      <w:r>
        <w:br/>
      </w:r>
      <w:r>
        <w:rPr>
          <w:sz w:val="20"/>
        </w:rPr>
        <w:t>1:02:12  he is quoted an example from quran:</w:t>
      </w:r>
      <w:r>
        <w:br/>
      </w:r>
      <w:r>
        <w:rPr>
          <w:sz w:val="20"/>
        </w:rPr>
        <w:t>1:02:16  "It was not Moses who wanted to take away political power from Pharaoh.</w:t>
      </w:r>
      <w:r>
        <w:br/>
      </w:r>
      <w:r>
        <w:rPr>
          <w:sz w:val="20"/>
        </w:rPr>
        <w:t>1:02:23  It was Pharaoh who said to Musa that he wants to unseat him and his clan. Musa was only there for peaceful da'wah as approved by Allah.</w:t>
      </w:r>
    </w:p>
    <w:p>
      <w:pPr>
        <w:pStyle w:val="Heading2"/>
      </w:pPr>
      <w:r>
        <w:t>Two ages in Quran and hadith introduction</w:t>
      </w:r>
    </w:p>
    <w:p>
      <w:r>
        <w:rPr>
          <w:color w:val="666666"/>
          <w:sz w:val="18"/>
        </w:rPr>
        <w:t>Dars-e-Quran, Chapter 2, Verse 49 February 18, 2018 · 4m 06s · at 2:16 · https://youtu.be/B8iGKnl3EXc?t=136</w:t>
      </w:r>
    </w:p>
    <w:p>
      <w:r>
        <w:rPr>
          <w:i/>
        </w:rPr>
        <w:t>“Dekhiye, Quran ki is aayat mein bazaahir”</w:t>
      </w:r>
    </w:p>
    <w:p>
      <w:r>
        <w:rPr>
          <w:sz w:val="20"/>
        </w:rPr>
        <w:t>2:16  Dekhiye, Quran ki is Ayat mein bazahir</w:t>
      </w:r>
      <w:r>
        <w:br/>
      </w:r>
      <w:r>
        <w:rPr>
          <w:sz w:val="20"/>
        </w:rPr>
        <w:t>2:25  qadeem zamane ke Misri badshah</w:t>
      </w:r>
      <w:r>
        <w:br/>
      </w:r>
      <w:r>
        <w:rPr>
          <w:sz w:val="20"/>
        </w:rPr>
        <w:t>2:33  Firon ka zikr hai,</w:t>
      </w:r>
      <w:r>
        <w:br/>
      </w:r>
      <w:r>
        <w:rPr>
          <w:sz w:val="20"/>
        </w:rPr>
        <w:t>2:38  jis ne zulm kiya tha Bani Israel par. Lekin haqeeqat mein yeh door ki baat hai. Ek daur tha jab ke badshahon ko yeh mauqa milta tha ke woh is tarah ka zulm karein.</w:t>
      </w:r>
      <w:r>
        <w:br/>
      </w:r>
      <w:r>
        <w:rPr>
          <w:sz w:val="20"/>
        </w:rPr>
        <w:t>2:57  Aaj koi hakim aaj zulm nahi kar sakta, woh daur khatam ho gaya.</w:t>
      </w:r>
      <w:r>
        <w:br/>
      </w:r>
      <w:r>
        <w:rPr>
          <w:sz w:val="20"/>
        </w:rPr>
        <w:t>3:06  Teesre aitbaar se aap is par ghaur kijiye to maloom hoga ke yeh door ki baat hai, na ke sirf Firon ki baat.</w:t>
      </w:r>
      <w:r>
        <w:br/>
      </w:r>
      <w:r>
        <w:rPr>
          <w:sz w:val="20"/>
        </w:rPr>
        <w:t>3:20  Jab is tarah aap sochenge, tab is mein aap ko shukr ka bohat bara item milega. Sirf Firon, Firon sochenge aap to aap ko koi shukr ka item nahi milega.</w:t>
      </w:r>
      <w:r>
        <w:br/>
      </w:r>
      <w:r>
        <w:rPr>
          <w:sz w:val="20"/>
        </w:rPr>
        <w:t>3:37  Is mein aap ko ishara milega ke Sahaba ne jo dua ki thi, kis tarah woh dua poori hui. Jo dua ki thi isi Surah ke aakhir mein ke: "Rabbana wa la tuhammilna ma la taqata lana bihi".</w:t>
      </w:r>
      <w:r>
        <w:br/>
      </w:r>
      <w:r>
        <w:rPr>
          <w:sz w:val="20"/>
        </w:rPr>
        <w:t>3:56  Yeh do ayatein padhiye is tarjume ke sath</w:t>
      </w:r>
      <w:r>
        <w:br/>
      </w:r>
      <w:r>
        <w:rPr>
          <w:sz w:val="20"/>
        </w:rPr>
        <w:t>3:59  La yukallifullahu nafsan illa wus'aha, laha ma kasabat wa 'alayha maktasabat. Rabbana la tu'akhizna in naseena aw akhtana.</w:t>
      </w:r>
      <w:r>
        <w:br/>
      </w:r>
      <w:r>
        <w:rPr>
          <w:sz w:val="20"/>
        </w:rPr>
        <w:t>4:09  Rabbana wa la tahmil 'alayna isran kama hamaltahu 'alal lazeena min qablina. Rabbana wa la tuhammilna ma la taqata lana bihi.</w:t>
      </w:r>
      <w:r>
        <w:br/>
      </w:r>
      <w:r>
        <w:rPr>
          <w:sz w:val="20"/>
        </w:rPr>
        <w:t>4:18  Bas yeh do ayaton ki tarjuma padhiye, aakhri do ayatein. Ae Allah,</w:t>
      </w:r>
      <w:r>
        <w:br/>
      </w:r>
      <w:r>
        <w:rPr>
          <w:sz w:val="20"/>
        </w:rPr>
        <w:t>4:24  humare upar to na bojh bojh na daal jaisa tu ne hum se pehloon par dala, aur hum ko humare upar itna na daal jis ki hum ko taqat nahi hai.</w:t>
      </w:r>
      <w:r>
        <w:br/>
      </w:r>
      <w:r>
        <w:rPr>
          <w:sz w:val="20"/>
        </w:rPr>
        <w:t>4:37  In dono ayaton ko mila kar padhiye to is mein aap ko shukr ka bohat bara item milega.</w:t>
      </w:r>
      <w:r>
        <w:br/>
      </w:r>
      <w:r>
        <w:rPr>
          <w:sz w:val="20"/>
        </w:rPr>
        <w:t>4:47  Pehla daur jo Firon ke zamane mein tha, woh ek badshah ki baat nahi thi, daur ki baat thi.</w:t>
      </w:r>
      <w:r>
        <w:br/>
      </w:r>
      <w:r>
        <w:rPr>
          <w:sz w:val="20"/>
        </w:rPr>
        <w:t>4:58  Is daur mein badshah hua karte thay, woh despotic king hotay thay. Despotic king.</w:t>
      </w:r>
      <w:r>
        <w:br/>
      </w:r>
      <w:r>
        <w:rPr>
          <w:sz w:val="20"/>
        </w:rPr>
        <w:t>5:10  Jo un ki marzi, wohi qanoon. Un ko koi rokne wala nahi tha. Us waqt ka law, us waqt ka riwaj yahi hota tha.</w:t>
      </w:r>
      <w:r>
        <w:br/>
      </w:r>
      <w:r>
        <w:rPr>
          <w:sz w:val="20"/>
        </w:rPr>
        <w:t>5:22  phir ek jo dua hai, us ke baad jo dua hai, phir naya daur aaya jab ke logon ke liye aasaniyan ho gayeen.</w:t>
      </w:r>
      <w:r>
        <w:br/>
      </w:r>
      <w:r>
        <w:rPr>
          <w:sz w:val="20"/>
        </w:rPr>
        <w:t>5:36  jab ke political jabar khatm hua, jab ke siyasi tashaddud khatm hua, to woh bhi ek daur ki baat hai, yeh bhi ek daur ki baat hai.</w:t>
      </w:r>
      <w:r>
        <w:br/>
      </w:r>
      <w:r>
        <w:rPr>
          <w:sz w:val="20"/>
        </w:rPr>
        <w:t>5:50  is ka matlab ke pehle zamanay ke jo ahle iman thay, jo dawat ka kaam karte thay, dawat o shahadat ka kaam, un ko bohat ziyada sakht halaat mein karna parta tha.</w:t>
      </w:r>
      <w:r>
        <w:br/>
      </w:r>
      <w:r>
        <w:rPr>
          <w:sz w:val="20"/>
        </w:rPr>
        <w:t>6:08  aur aaj jo halaat hain hamare zamanay mein, to dawat ka kaam ek aasan kaam ban chuka hai. Isi silsilay mein ek hadith mein aap ko chahta hoon ke aap is par ghore karen.</w:t>
      </w:r>
    </w:p>
    <w:p>
      <w:pPr>
        <w:pStyle w:val="Heading2"/>
      </w:pPr>
      <w:r>
        <w:t>full argument: what forsaking the Quran truly means</w:t>
      </w:r>
    </w:p>
    <w:p>
      <w:r>
        <w:rPr>
          <w:color w:val="666666"/>
          <w:sz w:val="18"/>
        </w:rPr>
        <w:t>CPS Women Article Discussion 13 January 1, 2023 · 5m 03s · at 3:50 · https://youtu.be/KScG6GBDUZc?t=230</w:t>
      </w:r>
    </w:p>
    <w:p>
      <w:r>
        <w:rPr>
          <w:i/>
        </w:rPr>
        <w:t>“जो लोग कुरान को ना माने उनके लिए कुरान का छोड़ना यह है”</w:t>
      </w:r>
    </w:p>
    <w:p>
      <w:r>
        <w:rPr>
          <w:sz w:val="20"/>
        </w:rPr>
        <w:t>3:50  jo log quran ko na maane unke liye quran ka chhodna yeh hai ke woh usko khuda ki utari hui kitaab maanne se inkaar kar dein aur jo log quran ko maante hain unke liye quran ka chhodna yeh hai ke woh zabaan se quran ko khuda ki kitaab kahein aur apni zindagi ko uske khilaaf chalaayein. woh quran ko aqeel dattan maante hue amlan use chhod dein.</w:t>
      </w:r>
      <w:r>
        <w:br/>
      </w:r>
      <w:r>
        <w:rPr>
          <w:sz w:val="20"/>
        </w:rPr>
        <w:t>4:16  jab musalmanon ka haal yeh ho jaye ki woh quran mein gaur o fikr na karein, woh apne masal</w:t>
      </w:r>
      <w:r>
        <w:br/>
      </w:r>
      <w:r>
        <w:rPr>
          <w:sz w:val="20"/>
        </w:rPr>
        <w:t>4:21  ka hal quran mein talash karna chhod dein.</w:t>
      </w:r>
      <w:r>
        <w:br/>
      </w:r>
      <w:r>
        <w:rPr>
          <w:sz w:val="20"/>
        </w:rPr>
        <w:t>4:27  woh quran ke andaaz aur sochne ke liye taiyar na ho.</w:t>
      </w:r>
      <w:r>
        <w:br/>
      </w:r>
      <w:r>
        <w:rPr>
          <w:sz w:val="20"/>
        </w:rPr>
        <w:t>4:32  unhki sar garniyon ki buniyad quran na rahe.</w:t>
      </w:r>
      <w:r>
        <w:br/>
      </w:r>
      <w:r>
        <w:rPr>
          <w:sz w:val="20"/>
        </w:rPr>
        <w:t>4:38  to goya unhonne quran ko mante hue quran ko chhod diya.</w:t>
      </w:r>
      <w:r>
        <w:br/>
      </w:r>
      <w:r>
        <w:rPr>
          <w:sz w:val="20"/>
        </w:rPr>
        <w:t>4:43  unhonne quran ko kitabon mein jhoot bana diya.</w:t>
      </w:r>
      <w:r>
        <w:br/>
      </w:r>
      <w:r>
        <w:rPr>
          <w:sz w:val="20"/>
        </w:rPr>
        <w:t>4:49  mazoor ka matlab hota hai chhod dena. toh quran ki yeh line ke rasool ne kaha hai mere rab ne thehra diya is quran ko chhodha hua. toh isko padh ke pehle mujhe apne baare mein sochne ka mauka mila ke meri zindagi quran se alag toh nahi ban rahi hai. main quran ko sirf reading laga rahi hoon ya quran ke hukoom ke mutabiq apni zindagi try kar rahi hoon.</w:t>
      </w:r>
      <w:r>
        <w:br/>
      </w:r>
      <w:r>
        <w:rPr>
          <w:sz w:val="20"/>
        </w:rPr>
        <w:t>5:17  yani quran ko parhne ke baad bhi main apni rawaji sochkar mutabiq apni zindagi guzari hoon.</w:t>
      </w:r>
      <w:r>
        <w:br/>
      </w:r>
      <w:r>
        <w:rPr>
          <w:sz w:val="20"/>
        </w:rPr>
        <w:t>5:23  to iska matlab hai maine quran ko chhod diya.</w:t>
      </w:r>
      <w:r>
        <w:br/>
      </w:r>
      <w:r>
        <w:rPr>
          <w:sz w:val="20"/>
        </w:rPr>
        <w:t>5:29  yani jo cheez quran mein na na ho aur meri zindagi mein shamil ho, to maine ab quran</w:t>
      </w:r>
      <w:r>
        <w:br/>
      </w:r>
      <w:r>
        <w:rPr>
          <w:sz w:val="20"/>
        </w:rPr>
        <w:t>5:35  ko chhodha hua hai.</w:t>
      </w:r>
      <w:r>
        <w:br/>
      </w:r>
      <w:r>
        <w:rPr>
          <w:sz w:val="20"/>
        </w:rPr>
        <w:t>5:41  samjha to maine pehle aapse pehle apna introspection kiya.</w:t>
      </w:r>
      <w:r>
        <w:br/>
      </w:r>
      <w:r>
        <w:rPr>
          <w:sz w:val="20"/>
        </w:rPr>
        <w:t>5:48  quran ke mutabiq zindagi ka matlab yeh hai ki jisko matlab visaal ke taur par is tarah se</w:t>
      </w:r>
      <w:r>
        <w:br/>
      </w:r>
      <w:r>
        <w:rPr>
          <w:sz w:val="20"/>
        </w:rPr>
        <w:t>5:55  samjhi ki quran mein hai dawat ka kaam karke karne ko bataya hai kai jagah dawat ka kaam</w:t>
      </w:r>
      <w:r>
        <w:br/>
      </w:r>
      <w:r>
        <w:rPr>
          <w:sz w:val="20"/>
        </w:rPr>
        <w:t>6:03  karne ke liye bataya hai jaise chapter 12 mein verse six sau aath lekin hum dawat ka kaam</w:t>
      </w:r>
      <w:r>
        <w:br/>
      </w:r>
      <w:r>
        <w:rPr>
          <w:sz w:val="20"/>
        </w:rPr>
        <w:t>6:11  na karke doosri kaun ke dushman bane rehte hain to yeh quran ke mutabiq zindagi nahi hui aur</w:t>
      </w:r>
      <w:r>
        <w:br/>
      </w:r>
      <w:r>
        <w:rPr>
          <w:sz w:val="20"/>
        </w:rPr>
        <w:t>6:18  doosra quran mein sure iraq ki ek sau paishath jo verse ek sau paishath mein bataya gaya hai</w:t>
      </w:r>
      <w:r>
        <w:br/>
      </w:r>
      <w:r>
        <w:rPr>
          <w:sz w:val="20"/>
        </w:rPr>
        <w:t>6:26  ki aakhirat ke azaab se woh log mehfooz rahenge jo logon ko burai se rokte hain, rokte the.</w:t>
      </w:r>
      <w:r>
        <w:br/>
      </w:r>
      <w:r>
        <w:rPr>
          <w:sz w:val="20"/>
        </w:rPr>
        <w:t>6:34  lekin phir hum aaj dekhte hain ke aaj insaan burai ko nahi rokta hai balki aksar burai ko burai bhi nahi samajh pata hai aur itna zyada galat cheezon mein involve ho chuka hai ke usko burai burai ka bhi andaaza nahi hai ke yeh burai hai. toh agar burai ko samajh bhi leta hai toh burai se nafrat nahi karta hai balki burai karne wale se nafrat karne lagta hai. usko buri nazar se dekhta hai. toh yeh bhi yeh quran ke khilaaf hai.</w:t>
      </w:r>
      <w:r>
        <w:br/>
      </w:r>
      <w:r>
        <w:rPr>
          <w:sz w:val="20"/>
        </w:rPr>
        <w:t>7:03  malumsaheb kehte hain burai karne wale ko bura kehna ya bura samajhna gahar islami tareeqa hai. aur teesra quran chahta hai ke logon ke andar universal soch paida ho. magar insaan sirf dekhte hain ke apni family apne baare mein itni itni uski soch hai, usi baare mein sochta hai.</w:t>
      </w:r>
      <w:r>
        <w:br/>
      </w:r>
      <w:r>
        <w:rPr>
          <w:sz w:val="20"/>
        </w:rPr>
        <w:t>7:29  insaan bilkul jaise medoor sochne roamind ho gaya hai jo yeh bhi khuda ke hukon ke khilaaf hain. quran kehta hai ke log apne ko aakhirat ke azaab se bachane ki fikr karein. aakhirat ka masla asal masla hai.</w:t>
      </w:r>
      <w:r>
        <w:br/>
      </w:r>
      <w:r>
        <w:rPr>
          <w:sz w:val="20"/>
        </w:rPr>
        <w:t>7:46  lekin, quran ko chhod dene ki wajah se us par gaur o fikr na karne ki wajah se insaan apne ko duniya ki jaan log se bachane ki fikr karta hai aur duniya ko jante duniya mein jannat banane paane ke liye apne aap ko usi mein lagaye hue hain. toh aisi beshumar cheezein yeh saabit kar rahi hain.</w:t>
      </w:r>
      <w:r>
        <w:br/>
      </w:r>
      <w:r>
        <w:rPr>
          <w:sz w:val="20"/>
        </w:rPr>
        <w:t>8:09  jaise jo kuch masale aisi maine us mussan mein samjhi lekin beshumar cheezein yeh saabit kar rahi hain ke insaan ne apne ko allah ke hawale na karke duniya ke faayde ke hawale kiya hua hai. ye saari cheezein quran ko chhod dene ka sign hai.</w:t>
      </w:r>
      <w:r>
        <w:br/>
      </w:r>
      <w:r>
        <w:rPr>
          <w:sz w:val="20"/>
        </w:rPr>
        <w:t>8:29  jaise ke malamasab ne is article mein mention kiya ke quran ko akeli dattan maanna, sirf uski izzat karna, magar zindagi mein shaamil na karna, ye saari cheezein quran ko chhodna hua. toh yeh mere samajh mein aaya shreena.</w:t>
      </w:r>
      <w:r>
        <w:br/>
      </w:r>
      <w:r>
        <w:rPr>
          <w:sz w:val="20"/>
        </w:rPr>
        <w:t>8:53  anjaaza kalyappa, aapne bahut saare points batai jisko kehte hain puraan kuch chhodna. hamari topic hai kitaabe mazoor. mazoor ka matlab hai chhod dena. toh maulana ki is article se bahut saari baatein samajh mein aaye ke kis kaun kaun si cheezein jo aaj ke age mein, aaj ke waqt mein musalmanon ne jo quran ko chhod diya hai? kya kya karne se quran ko chhod diya jaata hai?</w:t>
      </w:r>
    </w:p>
    <w:p>
      <w:pPr>
        <w:pStyle w:val="Heading2"/>
      </w:pPr>
      <w:r>
        <w:t>From dawah to commercialization of religion</w:t>
      </w:r>
    </w:p>
    <w:p>
      <w:r>
        <w:rPr>
          <w:color w:val="666666"/>
          <w:sz w:val="18"/>
        </w:rPr>
        <w:t>Dars-e-Quran, Chapter 2, Verse 40-43 January 21, 2018 · 4m 53s · at 20:55 · https://youtu.be/K21vgozgMd8?t=1255</w:t>
      </w:r>
    </w:p>
    <w:p>
      <w:r>
        <w:rPr>
          <w:i/>
        </w:rPr>
        <w:t>“You can call this era the commercialization of religion”</w:t>
      </w:r>
    </w:p>
    <w:p>
      <w:r>
        <w:rPr>
          <w:sz w:val="20"/>
        </w:rPr>
        <w:t>20:55  is daur ko aap ek lafz mein keh sakte hain ke commercialization of religion. to pehle daur mein, pehle daur mein ummat ka nishana kya hota hai?</w:t>
      </w:r>
      <w:r>
        <w:br/>
      </w:r>
      <w:r>
        <w:rPr>
          <w:sz w:val="20"/>
        </w:rPr>
        <w:t>21:07  dawat hoti hai. pehle daur mein wa kadhalika ja'alnakum ummatan mubassitan litakoonu shuhadaa'a linnaasi wa akirroor rasoola 'alaikum shaheedan yani pehle daur mein yeh zahir hota hai ke hamein hidayat mili hai paighambar se, ab hum is ke amin hain aur ab hamein is hidayat ko dunya ke logon tak pahunchana hai.</w:t>
      </w:r>
      <w:r>
        <w:br/>
      </w:r>
      <w:r>
        <w:rPr>
          <w:sz w:val="20"/>
        </w:rPr>
        <w:t>21:33  to pehle zamane mein kya hota hai ke ummat waqt apne ko da'i samajhti hai aur dunya ko mad'u samajhti hai.</w:t>
      </w:r>
      <w:r>
        <w:br/>
      </w:r>
      <w:r>
        <w:rPr>
          <w:sz w:val="20"/>
        </w:rPr>
        <w:t>21:45  to pehle daur mein da'i o mad'u ka rishta qaim hota hai aur dawat is ka nishana banta hai. lekin badhte badhte badhte badhte jab woh ek qaumi giroh ban jaye, ek qaumi giroh to phir har qism ki dunyawi sargharmiyan jaari hoti hain un ke deen ke naam par, mazhab ke naam par, islam ke naam par.</w:t>
      </w:r>
      <w:r>
        <w:br/>
      </w:r>
      <w:r>
        <w:rPr>
          <w:sz w:val="20"/>
        </w:rPr>
        <w:t>22:08  is ko main kahunga ke commercialization of deen ya commercialization of mazhab. to aaj jo hai yahi ho chuka hai.</w:t>
      </w:r>
      <w:r>
        <w:br/>
      </w:r>
      <w:r>
        <w:rPr>
          <w:sz w:val="20"/>
        </w:rPr>
        <w:t>22:21  isi ko kaha gaya hai ke dunya ke bande deen ke naam par dunya ka na dunya ka karobar na karo.</w:t>
      </w:r>
      <w:r>
        <w:br/>
      </w:r>
      <w:r>
        <w:rPr>
          <w:sz w:val="20"/>
        </w:rPr>
        <w:t>22:31  yeh jo ayat hai jo abhi abhi padhi gayi aap ke samne, is ka matlab hai ke deen ko dunya ka sauda mat banao.</w:t>
      </w:r>
      <w:r>
        <w:br/>
      </w:r>
      <w:r>
        <w:rPr>
          <w:sz w:val="20"/>
        </w:rPr>
        <w:t>22:40  deen ke naam par</w:t>
      </w:r>
      <w:r>
        <w:br/>
      </w:r>
      <w:r>
        <w:rPr>
          <w:sz w:val="20"/>
        </w:rPr>
        <w:t>22:44  dunyawi karobar mat karo. yani deen ko commercialize mat karo. commercialize.</w:t>
      </w:r>
      <w:r>
        <w:br/>
      </w:r>
      <w:r>
        <w:rPr>
          <w:sz w:val="20"/>
        </w:rPr>
        <w:t>22:55  to aaj commercialize karne ka itna badh chuka hai ke poori ek tijarti mandi ban chuki hai ummat.</w:t>
      </w:r>
      <w:r>
        <w:br/>
      </w:r>
      <w:r>
        <w:rPr>
          <w:sz w:val="20"/>
        </w:rPr>
        <w:t>23:06  hata ke islamic product wajood mein aa gaye hain.</w:t>
      </w:r>
      <w:r>
        <w:br/>
      </w:r>
      <w:r>
        <w:rPr>
          <w:sz w:val="20"/>
        </w:rPr>
        <w:t>23:14  misalan ab kya hai ke bohat bari bari businessen chalti hain: miswak aur aur jan namaz aur pagri aur topi aur burqa.</w:t>
      </w:r>
      <w:r>
        <w:br/>
      </w:r>
      <w:r>
        <w:rPr>
          <w:sz w:val="20"/>
        </w:rPr>
        <w:t>23:30  yani jo musalmanon ka, yani do form ka daur aane ke baad jo musalmanon mein cheezen badhti hain, un cheezon ki tijarat.</w:t>
      </w:r>
      <w:r>
        <w:br/>
      </w:r>
      <w:r>
        <w:rPr>
          <w:sz w:val="20"/>
        </w:rPr>
        <w:t>23:42  to yahi hai commercialization ka zamana. main samajhta hoon ke aaj agar aap chahte hain ke musalmanon mein ki islaah ka islaah karna, musalmanon ko revive karna, to sab se pehle aap ko is baat ko janana padega ke aaj musalman isi daur mein hain ke yani deen ke badle dunya kamana,</w:t>
      </w:r>
      <w:r>
        <w:br/>
      </w:r>
      <w:r>
        <w:rPr>
          <w:sz w:val="20"/>
        </w:rPr>
        <w:t>24:09  jo yahud ke zamane mein aaya tha. to quran mein jo baat kahi gayi hai, yahud ke aitbar se woh baad ki baat hai, lekin musalmanon ki naseehat ke aitbar se liya jaye to woh aaj ki baat hai.</w:t>
      </w:r>
      <w:r>
        <w:br/>
      </w:r>
      <w:r>
        <w:rPr>
          <w:sz w:val="20"/>
        </w:rPr>
        <w:t>24:26  yani aaj musalmanon, yahud ke liye to ab tareekh ban chuki hai. aaj yahudi bohat taraqqi kar chuke hain.</w:t>
      </w:r>
      <w:r>
        <w:br/>
      </w:r>
      <w:r>
        <w:rPr>
          <w:sz w:val="20"/>
        </w:rPr>
        <w:t>24:36  aaj ka jo yahudi hai, woh bohat taraqqi kar chuka hai. to aaj ke lihaz se yeh baaten jo quran mein kahi gayi hain, woh yahud ki tareekh ko batati hain aur muslim ummat ke lihaz se is ko ghaur kiya jaye to musalmanon ke present ko batati hain.</w:t>
      </w:r>
      <w:r>
        <w:br/>
      </w:r>
      <w:r>
        <w:rPr>
          <w:sz w:val="20"/>
        </w:rPr>
        <w:t>24:58  yeh bohat aham nuqta hai jis ko hamein samajhna chahiye. surah khaas taur par surah al baqarah mein bohat zyada tazkira hai yahud ka.</w:t>
      </w:r>
      <w:r>
        <w:br/>
      </w:r>
      <w:r>
        <w:rPr>
          <w:sz w:val="20"/>
        </w:rPr>
        <w:t>25:09  to log samajhte hain ke yahud ki mazammat hai. log samajhte hain ke yeh jo hai, sab yahud ki mazammat ke taur par hai.</w:t>
      </w:r>
      <w:r>
        <w:br/>
      </w:r>
      <w:r>
        <w:rPr>
          <w:sz w:val="20"/>
        </w:rPr>
        <w:t>25:18  nahi, yeh yahud ki tareekh ke hawale se musalmanon ke present ki islaah ka bayan hai.</w:t>
      </w:r>
      <w:r>
        <w:br/>
      </w:r>
      <w:r>
        <w:rPr>
          <w:sz w:val="20"/>
        </w:rPr>
        <w:t>25:33  yahud ki history ke aitbar se, yani yahud ki history ko bata kar ke musalmanon ko bataya gaya hai ke tum aisa mat karo, tum is se bacho.</w:t>
      </w:r>
    </w:p>
    <w:p>
      <w:pPr>
        <w:pStyle w:val="Heading2"/>
      </w:pPr>
      <w:r>
        <w:t>The professor who discovered the law of the universe and the passion of a da'i</w:t>
      </w:r>
    </w:p>
    <w:p>
      <w:r>
        <w:rPr>
          <w:color w:val="666666"/>
          <w:sz w:val="18"/>
        </w:rPr>
        <w:t>Purpose of Human Life February 12, 2012 Maulana Wahiduddin Khan · 5m 40s · at 52:59 · https://youtu.be/gRupSXuak-w?t=3179</w:t>
      </w:r>
    </w:p>
    <w:p>
      <w:r>
        <w:rPr>
          <w:i/>
        </w:rPr>
        <w:t>“Jaise maine ek qissa padha tha ek American professor ka, woh iss par research kar raha tha”</w:t>
      </w:r>
    </w:p>
    <w:p>
      <w:r>
        <w:rPr>
          <w:sz w:val="20"/>
        </w:rPr>
        <w:t>52:59  jaise mein ne aik aik qissa parha tha aik american professor ka, woh is par research kar raha tha ke what is the law of universe?</w:t>
      </w:r>
      <w:r>
        <w:br/>
      </w:r>
      <w:r>
        <w:rPr>
          <w:sz w:val="20"/>
        </w:rPr>
        <w:t>53:12  yeh universe chal rahi hai kaise? is ka is ka central law kya hai jo jo control kar raha hai poore universe ko? bohat dinon tak research karta raha, karta raha, karta raha, yahan tak ke us ne daryaft kar liya apni samajh ke mutabiq.</w:t>
      </w:r>
      <w:r>
        <w:br/>
      </w:r>
      <w:r>
        <w:rPr>
          <w:sz w:val="20"/>
        </w:rPr>
        <w:t>53:30  toh jab us ko daryaft hui toh ghar se nikla. raat ka waqt tha. mujhe chaha ke mein cheekh kar logon ko bataoon.</w:t>
      </w:r>
      <w:r>
        <w:br/>
      </w:r>
      <w:r>
        <w:rPr>
          <w:sz w:val="20"/>
        </w:rPr>
        <w:t>53:41  toh maloom hua ke wahan woh aik town mein rehta tha, koi baray shehar mein nahi tha. town mein maloom hua ke log jo hain, aksar log aik theatre hua karte.</w:t>
      </w:r>
      <w:r>
        <w:br/>
      </w:r>
      <w:r>
        <w:rPr>
          <w:sz w:val="20"/>
        </w:rPr>
        <w:t>53:50  tab tab ki baat hai yeh jab ke theatre hua karte thay. aik theatre mein sab log jama hain.</w:t>
      </w:r>
      <w:r>
        <w:br/>
      </w:r>
      <w:r>
        <w:rPr>
          <w:sz w:val="20"/>
        </w:rPr>
        <w:t>53:58  shaah sunata tha. toh woh theatre mein gaya, ghus gaya. is ke andar wahan par stage tha. stage par mic laga hua tha aur log apna apna bol rahe thay jo bolna tha un ko.</w:t>
      </w:r>
      <w:r>
        <w:br/>
      </w:r>
      <w:r>
        <w:rPr>
          <w:sz w:val="20"/>
        </w:rPr>
        <w:t>54:14  us ne mic le liya. us ne kaha: "stop everything! stop everything! sab kuch roko!</w:t>
      </w:r>
      <w:r>
        <w:br/>
      </w:r>
      <w:r>
        <w:rPr>
          <w:sz w:val="20"/>
        </w:rPr>
        <w:t>54:22  mujhe mere paas tumhari bohat bari khabar hai. i have discover the law of universe!</w:t>
      </w:r>
      <w:r>
        <w:br/>
      </w:r>
      <w:r>
        <w:rPr>
          <w:sz w:val="20"/>
        </w:rPr>
        <w:t>54:30  mein ne universe ka qanoon daryaft kar liya. woh mujhe tum ko batana hai." toh yeh hai daai ki speed.</w:t>
      </w:r>
      <w:r>
        <w:br/>
      </w:r>
      <w:r>
        <w:rPr>
          <w:sz w:val="20"/>
        </w:rPr>
        <w:t>54:38  isi ka naam hai. aap ne ab fateh ki zabaan mein aap kisi ko daai nahi bana sakte. koi shair o shayari karein, khilawat dikhayein, is se koi daai nahi banta.</w:t>
      </w:r>
      <w:r>
        <w:br/>
      </w:r>
      <w:r>
        <w:rPr>
          <w:sz w:val="20"/>
        </w:rPr>
        <w:t>54:52  daai ko toh yaani aik bohat bara role karna parta hai.</w:t>
      </w:r>
      <w:r>
        <w:br/>
      </w:r>
      <w:r>
        <w:rPr>
          <w:sz w:val="20"/>
        </w:rPr>
        <w:t>54:59  bohat hi bara role, global role, universal role, chand suraj se zyada bara role. toh woh kaise kar payega jab ke us ko isi tarah ki aik discovery hui jise woh scientific science dan ko hui thi ke us ke ne is ke seenay mein phat raha tha.</w:t>
      </w:r>
      <w:r>
        <w:br/>
      </w:r>
      <w:r>
        <w:rPr>
          <w:sz w:val="20"/>
        </w:rPr>
        <w:t>55:16  woh chalane chahta tha ke mein chalaoon. toh jahan us ne dekha ke insaan akhatta hai, wahan ja kar cheekha woh ke: "stop everything!</w:t>
      </w:r>
      <w:r>
        <w:br/>
      </w:r>
      <w:r>
        <w:rPr>
          <w:sz w:val="20"/>
        </w:rPr>
        <w:t>55:27  meri baat ko suno!</w:t>
      </w:r>
      <w:r>
        <w:br/>
      </w:r>
      <w:r>
        <w:rPr>
          <w:sz w:val="20"/>
        </w:rPr>
        <w:t>55:30  i have discover da law of universe!" to yeh is ka is tarah se daai banta hai. isi liye madarson mein aap dekhiye, koi daai kahan ban rahe hain kyunke in ko koi bari daryaft nahi kar hoti.</w:t>
      </w:r>
      <w:r>
        <w:br/>
      </w:r>
      <w:r>
        <w:rPr>
          <w:sz w:val="20"/>
        </w:rPr>
        <w:t>55:43  wahan par aik riwayati ilm hai, koi riwayati نصاب hai, isi ko parh parh ke sand mil jati hai. bas</w:t>
      </w:r>
      <w:r>
        <w:br/>
      </w:r>
      <w:r>
        <w:rPr>
          <w:sz w:val="20"/>
        </w:rPr>
        <w:t>55:51  wonders of god ko discover kar ke jab aap niklte hain aur paradise ko discover kar ke jab aap niklte hain,</w:t>
      </w:r>
      <w:r>
        <w:br/>
      </w:r>
      <w:r>
        <w:rPr>
          <w:sz w:val="20"/>
        </w:rPr>
        <w:t>55:59  Allah ki azmaton ko discover kar ke jab aap niklte hain, jab Allah ke ishq shadeed aap par ghalib aa jati hai, yeh sab jab ho jata hai, tab woh woh woh woh woh shakhsiyat banti hai, woh personality banti hai jis ko hum daai kehte hain.</w:t>
      </w:r>
      <w:r>
        <w:br/>
      </w:r>
      <w:r>
        <w:rPr>
          <w:sz w:val="20"/>
        </w:rPr>
        <w:t>56:17  phir woh andha dhund kaam karne lagta hai. is ko kis ki parwah nahi hoti ke log kya kar rahe hain.</w:t>
      </w:r>
      <w:r>
        <w:br/>
      </w:r>
      <w:r>
        <w:rPr>
          <w:sz w:val="20"/>
        </w:rPr>
        <w:t>56:29  to daai ki shakhsiyat jo hai, hero ki shakhsiyat hai. hero ki shakhsiyat</w:t>
      </w:r>
      <w:r>
        <w:br/>
      </w:r>
      <w:r>
        <w:rPr>
          <w:sz w:val="20"/>
        </w:rPr>
        <w:t>56:38  jise aik mustashriq ne likha hai, aik orientalist ne sahaba ke baray mein ke Rasool Allah se pehle Arab aik aik gumnam aik ilaaqa tha, koi wahan par aik constitutive activity nahi thi.</w:t>
      </w:r>
      <w:r>
        <w:br/>
      </w:r>
      <w:r>
        <w:rPr>
          <w:sz w:val="20"/>
        </w:rPr>
        <w:t>57:02  phir Rasool Allah se jab un ko Islam mila, sachai mili, yaani daryaft hui, mein kahoon ke daryaft hui to woh is ke alfaaz mein woh nation of heroes ban gaye.</w:t>
      </w:r>
      <w:r>
        <w:br/>
      </w:r>
      <w:r>
        <w:rPr>
          <w:sz w:val="20"/>
        </w:rPr>
        <w:t>57:17  aik poori poori qaum jo hai, hero hero ban gai. hero! an nation of heroes! to daai aik hero shakhsiyat hota hai, is se kam nahi.</w:t>
      </w:r>
      <w:r>
        <w:br/>
      </w:r>
      <w:r>
        <w:rPr>
          <w:sz w:val="20"/>
        </w:rPr>
        <w:t>57:33  is se kam hai to woh daai nahi hai.</w:t>
      </w:r>
      <w:r>
        <w:br/>
      </w:r>
      <w:r>
        <w:rPr>
          <w:sz w:val="20"/>
        </w:rPr>
        <w:t>57:38  jo daai hero se kam ho, woh daai nahi hai. har daai ko hero banna hai. hero! hero! is ke paas aik aisi baat ho ke ke is ko chain na aaye jab us waqt tak jab tak dunya ko bata na de woh.</w:t>
      </w:r>
      <w:r>
        <w:br/>
      </w:r>
      <w:r>
        <w:rPr>
          <w:sz w:val="20"/>
        </w:rPr>
        <w:t>57:58  to yeh sab kab ho? jab is is tarah se aap apni soch ko active karen, is tarah se aap ko daryaft ho cheezain, is tarah se aap ke andar aik aik emergency ho, aik aik personality ka emergency ho.</w:t>
      </w:r>
      <w:r>
        <w:br/>
      </w:r>
      <w:r>
        <w:rPr>
          <w:sz w:val="20"/>
        </w:rPr>
        <w:t>58:14  tab ja kar aisa hoga ke aap woh daai banenge jo jo jo ke hero daai hota hai.</w:t>
      </w:r>
      <w:r>
        <w:br/>
      </w:r>
      <w:r>
        <w:rPr>
          <w:sz w:val="20"/>
        </w:rPr>
        <w:t>58:30  to sachai ko yaani wonders ke level par daryaft karna hai.</w:t>
      </w:r>
    </w:p>
    <w:p>
      <w:pPr>
        <w:pStyle w:val="Heading2"/>
      </w:pPr>
      <w:r>
        <w:t>Unique dream and gratitude for global mission</w:t>
      </w:r>
    </w:p>
    <w:p>
      <w:r>
        <w:rPr>
          <w:color w:val="666666"/>
          <w:sz w:val="18"/>
        </w:rPr>
        <w:t>Age of the Quran July 14, 2019 Maulana Wahiduddin khan · 3m 11s · at 21:15 · https://youtu.be/vUuC3CcKnxw?t=1275</w:t>
      </w:r>
    </w:p>
    <w:p>
      <w:r>
        <w:rPr>
          <w:i/>
        </w:rPr>
        <w:t>“This is a unique dream of all of us”</w:t>
      </w:r>
    </w:p>
    <w:p>
      <w:r>
        <w:rPr>
          <w:sz w:val="20"/>
        </w:rPr>
        <w:t>21:15  yeh ek anokha khwab hai hum sab ka</w:t>
      </w:r>
      <w:r>
        <w:br/>
      </w:r>
      <w:r>
        <w:rPr>
          <w:sz w:val="20"/>
        </w:rPr>
        <w:t>21:23  hum mein se koi shakhs</w:t>
      </w:r>
      <w:r>
        <w:br/>
      </w:r>
      <w:r>
        <w:rPr>
          <w:sz w:val="20"/>
        </w:rPr>
        <w:t>21:27  janta nahi tha</w:t>
      </w:r>
      <w:r>
        <w:br/>
      </w:r>
      <w:r>
        <w:rPr>
          <w:sz w:val="20"/>
        </w:rPr>
        <w:t>21:31  ke hamari apni umar hi mein yeh waqia pesh aayega ke hum</w:t>
      </w:r>
      <w:r>
        <w:br/>
      </w:r>
      <w:r>
        <w:rPr>
          <w:sz w:val="20"/>
        </w:rPr>
        <w:t>21:43  global</w:t>
      </w:r>
      <w:r>
        <w:br/>
      </w:r>
      <w:r>
        <w:rPr>
          <w:sz w:val="20"/>
        </w:rPr>
        <w:t>21:47  pure almi satah par allah ke kalam ko</w:t>
      </w:r>
      <w:r>
        <w:br/>
      </w:r>
      <w:r>
        <w:rPr>
          <w:sz w:val="20"/>
        </w:rPr>
        <w:t>21:52  pohanchane ke qabil ho saken ge yeh allah taala ka</w:t>
      </w:r>
      <w:r>
        <w:br/>
      </w:r>
      <w:r>
        <w:rPr>
          <w:sz w:val="20"/>
        </w:rPr>
        <w:t>21:59  ajeeb o ghareeb ehsan hai</w:t>
      </w:r>
      <w:r>
        <w:br/>
      </w:r>
      <w:r>
        <w:rPr>
          <w:sz w:val="20"/>
        </w:rPr>
        <w:t>22:03  ke is ne hamare se kamzor</w:t>
      </w:r>
      <w:r>
        <w:br/>
      </w:r>
      <w:r>
        <w:rPr>
          <w:sz w:val="20"/>
        </w:rPr>
        <w:t>22:07  bandon ko chuna is kaam ke liye</w:t>
      </w:r>
      <w:r>
        <w:br/>
      </w:r>
      <w:r>
        <w:rPr>
          <w:sz w:val="20"/>
        </w:rPr>
        <w:t>22:12  yeh kaam to</w:t>
      </w:r>
      <w:r>
        <w:br/>
      </w:r>
      <w:r>
        <w:rPr>
          <w:sz w:val="20"/>
        </w:rPr>
        <w:t>22:16  allah ke plan ke mutabiq bohat pehle se</w:t>
      </w:r>
      <w:r>
        <w:br/>
      </w:r>
      <w:r>
        <w:rPr>
          <w:sz w:val="20"/>
        </w:rPr>
        <w:t>22:21  tay tha lekin is ka process jab mukammal hua</w:t>
      </w:r>
      <w:r>
        <w:br/>
      </w:r>
      <w:r>
        <w:rPr>
          <w:sz w:val="20"/>
        </w:rPr>
        <w:t>22:28  to koi chahiye tha allah taala ko jo is</w:t>
      </w:r>
      <w:r>
        <w:br/>
      </w:r>
      <w:r>
        <w:rPr>
          <w:sz w:val="20"/>
        </w:rPr>
        <w:t>22:32  kaam ko le kar uthe to allah ne</w:t>
      </w:r>
      <w:r>
        <w:br/>
      </w:r>
      <w:r>
        <w:rPr>
          <w:sz w:val="20"/>
        </w:rPr>
        <w:t>22:37  hum logon hamare jaise kamzor insanon ko</w:t>
      </w:r>
      <w:r>
        <w:br/>
      </w:r>
      <w:r>
        <w:rPr>
          <w:sz w:val="20"/>
        </w:rPr>
        <w:t>22:43  chuna is kaam ke liye to main apni taraf se puri team ki taraf se</w:t>
      </w:r>
      <w:r>
        <w:br/>
      </w:r>
      <w:r>
        <w:rPr>
          <w:sz w:val="20"/>
        </w:rPr>
        <w:t>22:51  mujhe nahi maloom ke mere paas</w:t>
      </w:r>
      <w:r>
        <w:br/>
      </w:r>
      <w:r>
        <w:rPr>
          <w:sz w:val="20"/>
        </w:rPr>
        <w:t>22:54  meri jo degree dictionary hai meri jo vocabulary hai is mein woh aise alfaaz hain ke hum allah</w:t>
      </w:r>
      <w:r>
        <w:br/>
      </w:r>
      <w:r>
        <w:rPr>
          <w:sz w:val="20"/>
        </w:rPr>
        <w:t>23:01  rab ul alameen ka shukr ada kar saken</w:t>
      </w:r>
      <w:r>
        <w:br/>
      </w:r>
      <w:r>
        <w:rPr>
          <w:sz w:val="20"/>
        </w:rPr>
        <w:t>23:06  haqeeqat yeh hai ke hamare paas</w:t>
      </w:r>
      <w:r>
        <w:br/>
      </w:r>
      <w:r>
        <w:rPr>
          <w:sz w:val="20"/>
        </w:rPr>
        <w:t>23:09  ya tamam zabanon ki dictionaries hamare paas hon tab bhi hum is ajeeb o ghareeb</w:t>
      </w:r>
      <w:r>
        <w:br/>
      </w:r>
      <w:r>
        <w:rPr>
          <w:sz w:val="20"/>
        </w:rPr>
        <w:t>23:17  nemmat ka shukr nahi kar sakte</w:t>
      </w:r>
      <w:r>
        <w:br/>
      </w:r>
      <w:r>
        <w:rPr>
          <w:sz w:val="20"/>
        </w:rPr>
        <w:t>23:22  ke hum allah taala ka</w:t>
      </w:r>
      <w:r>
        <w:br/>
      </w:r>
      <w:r>
        <w:rPr>
          <w:sz w:val="20"/>
        </w:rPr>
        <w:t>23:26  ka woh plan</w:t>
      </w:r>
      <w:r>
        <w:br/>
      </w:r>
      <w:r>
        <w:rPr>
          <w:sz w:val="20"/>
        </w:rPr>
        <w:t>23:28  ke lakon alameen</w:t>
      </w:r>
      <w:r>
        <w:br/>
      </w:r>
      <w:r>
        <w:rPr>
          <w:sz w:val="20"/>
        </w:rPr>
        <w:t>23:32  nazeer is ki takmeel par</w:t>
      </w:r>
      <w:r>
        <w:br/>
      </w:r>
      <w:r>
        <w:rPr>
          <w:sz w:val="20"/>
        </w:rPr>
        <w:t>23:35  is ko waqea banane ke liye is opportunity ko avail karne ke liye allah taala ne</w:t>
      </w:r>
      <w:r>
        <w:br/>
      </w:r>
      <w:r>
        <w:rPr>
          <w:sz w:val="20"/>
        </w:rPr>
        <w:t>23:44  hamare se kamzor bandon ko</w:t>
      </w:r>
      <w:r>
        <w:br/>
      </w:r>
      <w:r>
        <w:rPr>
          <w:sz w:val="20"/>
        </w:rPr>
        <w:t>23:47  muntakhab kiya Allah ka lakh lakh shukar hai</w:t>
      </w:r>
      <w:r>
        <w:br/>
      </w:r>
      <w:r>
        <w:rPr>
          <w:sz w:val="20"/>
        </w:rPr>
        <w:t>23:53  miliyan billion shukar hai</w:t>
      </w:r>
      <w:r>
        <w:br/>
      </w:r>
      <w:r>
        <w:rPr>
          <w:sz w:val="20"/>
        </w:rPr>
        <w:t>23:56  is is mauqe par main apni poori team ki taraf se tamam sathiyon</w:t>
      </w:r>
      <w:r>
        <w:br/>
      </w:r>
      <w:r>
        <w:rPr>
          <w:sz w:val="20"/>
        </w:rPr>
        <w:t>24:03  ki taraf se allah ka shukr karta hoon aur yeh dua karta hoon ke allah hum sab ko mazeed tofeeq ata farmaye taake yeh kaam yeh sabooti jaari rahe aur apni manzil tak pahunche</w:t>
      </w:r>
    </w:p>
    <w:p>
      <w:pPr>
        <w:pStyle w:val="Heading2"/>
      </w:pPr>
      <w:r>
        <w:t>Why Muslims turned violent and the answer</w:t>
      </w:r>
    </w:p>
    <w:p>
      <w:r>
        <w:rPr>
          <w:color w:val="666666"/>
          <w:sz w:val="18"/>
        </w:rPr>
        <w:t>Why have Muslims turned violent December 14, 2008 Maulana Wahiduddin Khan · 4m 47s · at 0:32 · https://youtu.be/tPI2TlGq_QY?t=32</w:t>
      </w:r>
    </w:p>
    <w:p>
      <w:r>
        <w:rPr>
          <w:i/>
        </w:rPr>
        <w:t>“Today's theme is: Why have Muslims turned violent?”</w:t>
      </w:r>
    </w:p>
    <w:p>
      <w:r>
        <w:rPr>
          <w:sz w:val="20"/>
        </w:rPr>
        <w:t>0:32  aaj ke liye jo theme hai woh hai:</w:t>
      </w:r>
      <w:r>
        <w:br/>
      </w:r>
      <w:r>
        <w:rPr>
          <w:sz w:val="20"/>
        </w:rPr>
        <w:t>0:38  "why have muslims turned violent?" yani, maujooda zamane ke musalman kyun tashaddud pasand ho gaye?</w:t>
      </w:r>
      <w:r>
        <w:br/>
      </w:r>
      <w:r>
        <w:rPr>
          <w:sz w:val="20"/>
        </w:rPr>
        <w:t>0:54  dekhiye, yeh bohat zyada aam sawal hai, sari duniya mein.</w:t>
      </w:r>
      <w:r>
        <w:br/>
      </w:r>
      <w:r>
        <w:rPr>
          <w:sz w:val="20"/>
        </w:rPr>
        <w:t>1:04  kal meri mulaqat aik sahib se hui, woh aik nan muslim scholar hain, lekin bohat hi open minded aadmi hain.</w:t>
      </w:r>
      <w:r>
        <w:br/>
      </w:r>
      <w:r>
        <w:rPr>
          <w:sz w:val="20"/>
        </w:rPr>
        <w:t>1:16  aur bohat ziyada, bohat hi well-read hain, bohat ziyada unhon ne safar kiye hain.</w:t>
      </w:r>
      <w:r>
        <w:br/>
      </w:r>
      <w:r>
        <w:rPr>
          <w:sz w:val="20"/>
        </w:rPr>
        <w:t>1:28  to, aur senior bhi hain. unhon ne kaha ke maine Quran ko</w:t>
      </w:r>
      <w:r>
        <w:br/>
      </w:r>
      <w:r>
        <w:rPr>
          <w:sz w:val="20"/>
        </w:rPr>
        <w:t>1:36  taqreeban chhe baar parha hai.</w:t>
      </w:r>
      <w:r>
        <w:br/>
      </w:r>
      <w:r>
        <w:rPr>
          <w:sz w:val="20"/>
        </w:rPr>
        <w:t>1:42  maine paya hai ke Quran to aik book of peace hai. sari baatein jo Quran majeed mein hain, woh peace hi ko le kar ke hain.</w:t>
      </w:r>
      <w:r>
        <w:br/>
      </w:r>
      <w:r>
        <w:rPr>
          <w:sz w:val="20"/>
        </w:rPr>
        <w:t>2:00  yeh aik waqia hai. misaal ke taur par dekhiye, Quran majeed mein aap parhein to sari Quran mein human duties ki baat mile gi aap ko.</w:t>
      </w:r>
      <w:r>
        <w:br/>
      </w:r>
      <w:r>
        <w:rPr>
          <w:sz w:val="20"/>
        </w:rPr>
        <w:t>2:12  kahin bhi human rights ki baat nahi mile gi. exception hai. yateemi ki kitabein aap parhein ge, humanities ke bare mein, un sab mein aap payein ge ke human rights ki baatein hoti hain.</w:t>
      </w:r>
      <w:r>
        <w:br/>
      </w:r>
      <w:r>
        <w:rPr>
          <w:sz w:val="20"/>
        </w:rPr>
        <w:t>2:30  human duties ko to koi likhta hi nahi kuch.</w:t>
      </w:r>
      <w:r>
        <w:br/>
      </w:r>
      <w:r>
        <w:rPr>
          <w:sz w:val="20"/>
        </w:rPr>
        <w:t>2:36  aur yeh aik haqeeqat hai ke jo jis society mein log right conscious hon, woh sab ke sab negativity mein jiyenge.</w:t>
      </w:r>
      <w:r>
        <w:br/>
      </w:r>
      <w:r>
        <w:rPr>
          <w:sz w:val="20"/>
        </w:rPr>
        <w:t>2:48  lekin jo society duty conscious ho, us mein log normal mind ke sath honge.</w:t>
      </w:r>
      <w:r>
        <w:br/>
      </w:r>
      <w:r>
        <w:rPr>
          <w:sz w:val="20"/>
        </w:rPr>
        <w:t>2:58  wahan par tolerance hoga aur peace hoga. to yeh, unhon ne kaha ke Quran to book of peace hai.</w:t>
      </w:r>
      <w:r>
        <w:br/>
      </w:r>
      <w:r>
        <w:rPr>
          <w:sz w:val="20"/>
        </w:rPr>
        <w:t>3:08  unhon ne yeh bhi kaha kuch verses aisi zaroor Quran mein hain jo ke ladaai ki baat jis mein hai. to woh to war time ke liye hai.</w:t>
      </w:r>
      <w:r>
        <w:br/>
      </w:r>
      <w:r>
        <w:rPr>
          <w:sz w:val="20"/>
        </w:rPr>
        <w:t>3:19  jab war chidi hui ho to wahan to yahi kaha jayega.</w:t>
      </w:r>
      <w:r>
        <w:br/>
      </w:r>
      <w:r>
        <w:rPr>
          <w:sz w:val="20"/>
        </w:rPr>
        <w:t>3:25  war time ki baat hai. woh bohat thori si verses aisi hain. to unhon ne kaha ke aik taraf to Quran jo hai woh book of peace hai.</w:t>
      </w:r>
      <w:r>
        <w:br/>
      </w:r>
      <w:r>
        <w:rPr>
          <w:sz w:val="20"/>
        </w:rPr>
        <w:t>3:38  doosri taraf main, unhon ne kaha ke main bohat Musalmanon se mila hoon. India ke andar, India ke bahar. sab ko maine paya hai ke woh reactive psychology mein jeete hain.</w:t>
      </w:r>
      <w:r>
        <w:br/>
      </w:r>
      <w:r>
        <w:rPr>
          <w:sz w:val="20"/>
        </w:rPr>
        <w:t>3:52  yani, radd-e-amal ki psychology mein. aur yeh aik bilkul haqeeqat hai. maine khud bohat safar kiye hain, bohat parha hai.</w:t>
      </w:r>
      <w:r>
        <w:br/>
      </w:r>
      <w:r>
        <w:rPr>
          <w:sz w:val="20"/>
        </w:rPr>
        <w:t>4:05  sari Musalman, without any exception, radd-e-amal ki psychology mein likhte aur bolte hain.</w:t>
      </w:r>
      <w:r>
        <w:br/>
      </w:r>
      <w:r>
        <w:rPr>
          <w:sz w:val="20"/>
        </w:rPr>
        <w:t>4:15  to reactive psychology jo hai bohat hi stuck word hai Musalmanon ke mind ko batane ke liye.</w:t>
      </w:r>
      <w:r>
        <w:br/>
      </w:r>
      <w:r>
        <w:rPr>
          <w:sz w:val="20"/>
        </w:rPr>
        <w:t>4:26  to unhon ne kaha ke why this contradiction between Muslims and their book?</w:t>
      </w:r>
      <w:r>
        <w:br/>
      </w:r>
      <w:r>
        <w:rPr>
          <w:sz w:val="20"/>
        </w:rPr>
        <w:t>4:38  ke kitab to kehti hai peace ki baat aur khud woh jeete hain reactive psychology mein. dekhiye, is ka jawab bilkul simple hai.</w:t>
      </w:r>
      <w:r>
        <w:br/>
      </w:r>
      <w:r>
        <w:rPr>
          <w:sz w:val="20"/>
        </w:rPr>
        <w:t>4:51  woh explain hota hai principle of differentiation se. principle of differentiation aik accepted principle hai.</w:t>
      </w:r>
      <w:r>
        <w:br/>
      </w:r>
      <w:r>
        <w:rPr>
          <w:sz w:val="20"/>
        </w:rPr>
        <w:t>5:01  yani aik cheez, doosri cheez farq karna.</w:t>
      </w:r>
      <w:r>
        <w:br/>
      </w:r>
      <w:r>
        <w:rPr>
          <w:sz w:val="20"/>
        </w:rPr>
        <w:t>5:07  to you have to differentiate between Islam and Muslims. you have to judge Muslims in the light of Islamic teachings and not vice versa.</w:t>
      </w:r>
    </w:p>
    <w:p>
      <w:pPr>
        <w:pStyle w:val="Heading2"/>
      </w:pPr>
      <w:r>
        <w:t>Avoid extravagance, invest in quality education</w:t>
      </w:r>
    </w:p>
    <w:p>
      <w:r>
        <w:rPr>
          <w:color w:val="666666"/>
          <w:sz w:val="18"/>
        </w:rPr>
        <w:t>Question and Answer April 07, 2020 Maulana Wahiduddin Khan · 3m 40s · at 12:33 · https://youtu.be/_GFv068coXA?t=753</w:t>
      </w:r>
    </w:p>
    <w:p>
      <w:r>
        <w:rPr>
          <w:i/>
        </w:rPr>
        <w:t>“Doctor Safina Tusam ne ek sawal poochha hai ke: 'Main janna chahti hoon ke Allah over-spending yani israf ko pasand nahi karta'”</w:t>
      </w:r>
    </w:p>
    <w:p>
      <w:r>
        <w:rPr>
          <w:sz w:val="20"/>
        </w:rPr>
        <w:t>12:33  doctor safina tosim ne ek sawal poocha hai ke: "main janna chahti hoon ke Allah overspending yaani israf ko pasand nahi karta.</w:t>
      </w:r>
      <w:r>
        <w:br/>
      </w:r>
      <w:r>
        <w:rPr>
          <w:sz w:val="20"/>
        </w:rPr>
        <w:t>12:46  kyun israf karne wale ko shaitan ka bhai bataya gaya hai?"</w:t>
      </w:r>
      <w:r>
        <w:br/>
      </w:r>
      <w:r>
        <w:rPr>
          <w:sz w:val="20"/>
        </w:rPr>
        <w:t>12:53  dekhein, israf jo hai yaani</w:t>
      </w:r>
      <w:r>
        <w:br/>
      </w:r>
      <w:r>
        <w:rPr>
          <w:sz w:val="20"/>
        </w:rPr>
        <w:t>13:00  musrifana ikhrajaat, woh Allah ki nemat ko</w:t>
      </w:r>
      <w:r>
        <w:br/>
      </w:r>
      <w:r>
        <w:rPr>
          <w:sz w:val="20"/>
        </w:rPr>
        <w:t>13:11  bikhairna hai.</w:t>
      </w:r>
      <w:r>
        <w:br/>
      </w:r>
      <w:r>
        <w:rPr>
          <w:sz w:val="20"/>
        </w:rPr>
        <w:t>13:16  aap ko Allah ne wasail diye hain, daulat di hai. to aap koi kaam ki jiye.</w:t>
      </w:r>
      <w:r>
        <w:br/>
      </w:r>
      <w:r>
        <w:rPr>
          <w:sz w:val="20"/>
        </w:rPr>
        <w:t>13:28  misalan aap musalman sari dunya mein</w:t>
      </w:r>
      <w:r>
        <w:br/>
      </w:r>
      <w:r>
        <w:rPr>
          <w:sz w:val="20"/>
        </w:rPr>
        <w:t>13:33  khaas taur par</w:t>
      </w:r>
      <w:r>
        <w:br/>
      </w:r>
      <w:r>
        <w:rPr>
          <w:sz w:val="20"/>
        </w:rPr>
        <w:t>13:38  hamare ilaqe mein bohat pichhle ahad mein taleem mein aap paisa kharch karte hain shadiyon mein.</w:t>
      </w:r>
      <w:r>
        <w:br/>
      </w:r>
      <w:r>
        <w:rPr>
          <w:sz w:val="20"/>
        </w:rPr>
        <w:t>13:47  main ne koi aadmi abhi to nahi dekha ke apna paisa woh taleem mein kharch kare.</w:t>
      </w:r>
      <w:r>
        <w:br/>
      </w:r>
      <w:r>
        <w:rPr>
          <w:sz w:val="20"/>
        </w:rPr>
        <w:t>13:54  taleem se murad modern education. agar koi bohat zyada karta hai to woh madrasa khol leta hai.</w:t>
      </w:r>
      <w:r>
        <w:br/>
      </w:r>
      <w:r>
        <w:rPr>
          <w:sz w:val="20"/>
        </w:rPr>
        <w:t>14:03  lekin woh taleem jis ka taluq modern, maujooda zamane ke ilm se hai</w:t>
      </w:r>
      <w:r>
        <w:br/>
      </w:r>
      <w:r>
        <w:rPr>
          <w:sz w:val="20"/>
        </w:rPr>
        <w:t>14:11  us mein koi paisa kharch nahi karta.</w:t>
      </w:r>
      <w:r>
        <w:br/>
      </w:r>
      <w:r>
        <w:rPr>
          <w:sz w:val="20"/>
        </w:rPr>
        <w:t>14:17  sarsrit ne</w:t>
      </w:r>
      <w:r>
        <w:br/>
      </w:r>
      <w:r>
        <w:rPr>
          <w:sz w:val="20"/>
        </w:rPr>
        <w:t>14:21  university banai to woh bhi apne fakhr ke liye, muslim fakhr ke liye.</w:t>
      </w:r>
      <w:r>
        <w:br/>
      </w:r>
      <w:r>
        <w:rPr>
          <w:sz w:val="20"/>
        </w:rPr>
        <w:t>14:30  yaani jo modern age mein jis ko kaha jata hai ilm, science us ke liye nahi.</w:t>
      </w:r>
      <w:r>
        <w:br/>
      </w:r>
      <w:r>
        <w:rPr>
          <w:sz w:val="20"/>
        </w:rPr>
        <w:t>14:42  to aap ko Allah ne diya hai paisa to paise ko kharch ki jiye.</w:t>
      </w:r>
      <w:r>
        <w:br/>
      </w:r>
      <w:r>
        <w:rPr>
          <w:sz w:val="20"/>
        </w:rPr>
        <w:t>14:53  ilm mein. yaani apni community ko</w:t>
      </w:r>
      <w:r>
        <w:br/>
      </w:r>
      <w:r>
        <w:rPr>
          <w:sz w:val="20"/>
        </w:rPr>
        <w:t>15:08  acchi education mein.</w:t>
      </w:r>
      <w:r>
        <w:br/>
      </w:r>
      <w:r>
        <w:rPr>
          <w:sz w:val="20"/>
        </w:rPr>
        <w:t>15:12  acchi education bohat hi zaroori hai. hamare haan jitne bhi idaray hain taleem ke in mein kahin bhi quality education nahi hai.</w:t>
      </w:r>
      <w:r>
        <w:br/>
      </w:r>
      <w:r>
        <w:rPr>
          <w:sz w:val="20"/>
        </w:rPr>
        <w:t>15:26  quality education nahi hai. kyunke jo</w:t>
      </w:r>
      <w:r>
        <w:br/>
      </w:r>
      <w:r>
        <w:rPr>
          <w:sz w:val="20"/>
        </w:rPr>
        <w:t>15:32  paisay logon ko milta hai woh kharch karte hain shadi byah mein.</w:t>
      </w:r>
      <w:r>
        <w:br/>
      </w:r>
      <w:r>
        <w:rPr>
          <w:sz w:val="20"/>
        </w:rPr>
        <w:t>15:42  harvard university jo hai america ki woh bohat bara budget hota hai is ka. lekin woh sochte hain ke quality education bohat aham cheez hai.</w:t>
      </w:r>
      <w:r>
        <w:br/>
      </w:r>
      <w:r>
        <w:rPr>
          <w:sz w:val="20"/>
        </w:rPr>
        <w:t>15:56  hamare haan yeh hai ke abhi jante hi nahi log</w:t>
      </w:r>
      <w:r>
        <w:br/>
      </w:r>
      <w:r>
        <w:rPr>
          <w:sz w:val="20"/>
        </w:rPr>
        <w:t>15:59  ke quality education kitni aham hai.</w:t>
      </w:r>
    </w:p>
    <w:p>
      <w:pPr>
        <w:pStyle w:val="Heading2"/>
      </w:pPr>
      <w:r>
        <w:t>Two readings of 'greater jihad' — warfare versus ideological struggle</w:t>
      </w:r>
    </w:p>
    <w:p>
      <w:r>
        <w:rPr>
          <w:color w:val="666666"/>
          <w:sz w:val="18"/>
        </w:rPr>
        <w:t>How to Understand The Quran July 19, 2007 · 4m 11s · at 34:33 · https://youtu.be/usxOhncIdq4?t=2073</w:t>
      </w:r>
    </w:p>
    <w:p>
      <w:r>
        <w:rPr>
          <w:i/>
        </w:rPr>
        <w:t>“Quran ki ek ayat hai wajahidhum bihi jihadan kabira”</w:t>
      </w:r>
    </w:p>
    <w:p>
      <w:r>
        <w:rPr>
          <w:sz w:val="20"/>
        </w:rPr>
        <w:t>34:33  misalan quran ki aik ayat hai ke wajahidhum bi jahadan kabira</w:t>
      </w:r>
      <w:r>
        <w:br/>
      </w:r>
      <w:r>
        <w:rPr>
          <w:sz w:val="20"/>
        </w:rPr>
        <w:t>34:45  aur un se jihad karo, bara jihad quran ke zariye. ab aik aadmi jis ka zehn jihadi hai, ladaai wala hai, qital wala hai,</w:t>
      </w:r>
      <w:r>
        <w:br/>
      </w:r>
      <w:r>
        <w:rPr>
          <w:sz w:val="20"/>
        </w:rPr>
        <w:t>34:59  aik aisa aadmi jab is ayat ko padhta hai</w:t>
      </w:r>
      <w:r>
        <w:br/>
      </w:r>
      <w:r>
        <w:rPr>
          <w:sz w:val="20"/>
        </w:rPr>
        <w:t>35:02  to woh kya samajhta hai? ke bara jihad ke mani hain ke great war, bari ladaai chhero un ke khilaf.</w:t>
      </w:r>
      <w:r>
        <w:br/>
      </w:r>
      <w:r>
        <w:rPr>
          <w:sz w:val="20"/>
        </w:rPr>
        <w:t>35:15  ab woh is ke zehn mein chuki basa hua yahi hai ke sab se bari cheez ladaai hai, yahi nikal lega woh ke great war chhero.</w:t>
      </w:r>
      <w:r>
        <w:br/>
      </w:r>
      <w:r>
        <w:rPr>
          <w:sz w:val="20"/>
        </w:rPr>
        <w:t>35:26  jaise aap ko maloom hai ke iraq mein sadr saddam hussain se jo takrao hua tha america ka, to us waqt unhon ne kaha tha ke hum hum umm al-ma'arik,</w:t>
      </w:r>
      <w:r>
        <w:br/>
      </w:r>
      <w:r>
        <w:rPr>
          <w:sz w:val="20"/>
        </w:rPr>
        <w:t>35:40  hamari ladaai jo hai woh umm al-ma'arik hai.</w:t>
      </w:r>
      <w:r>
        <w:br/>
      </w:r>
      <w:r>
        <w:rPr>
          <w:sz w:val="20"/>
        </w:rPr>
        <w:t>35:44  umm al-ma'arik ka matlab hai ke ke woh ladaaiyon ki maan,</w:t>
      </w:r>
      <w:r>
        <w:br/>
      </w:r>
      <w:r>
        <w:rPr>
          <w:sz w:val="20"/>
        </w:rPr>
        <w:t>35:54  ladaaiyon ki maan, umm al-ma'arik.</w:t>
      </w:r>
      <w:r>
        <w:br/>
      </w:r>
      <w:r>
        <w:rPr>
          <w:sz w:val="20"/>
        </w:rPr>
        <w:t>36:01  to</w:t>
      </w:r>
      <w:r>
        <w:br/>
      </w:r>
      <w:r>
        <w:rPr>
          <w:sz w:val="20"/>
        </w:rPr>
        <w:t>36:05  ab jis ka mizaj ho ladne phirne ko, ladaai bari cheez manta ho, jis ka mizaj jo hai woh woh bad-sardar mizaj ho, qital ka mizaj ho, to woh is ayat se nikal lega ke quran yeh keh raha hai ke khoob bari ladaai chhero, bohat bara jihad karo,</w:t>
      </w:r>
      <w:r>
        <w:br/>
      </w:r>
      <w:r>
        <w:rPr>
          <w:sz w:val="20"/>
        </w:rPr>
        <w:t>36:24  umm al-ma'arik chhero duniya ke khilaf.</w:t>
      </w:r>
      <w:r>
        <w:br/>
      </w:r>
      <w:r>
        <w:rPr>
          <w:sz w:val="20"/>
        </w:rPr>
        <w:t>36:29  lekin jis aadmi ka mizaj dawati hai, dawati to kya kahega? woh ke dekho, is ka ayat mein to yeh kaha gaya hai ke wajahidhum bi jahadan kabira to bi ki zamir raje hai kis ki taraf?</w:t>
      </w:r>
      <w:r>
        <w:br/>
      </w:r>
      <w:r>
        <w:rPr>
          <w:sz w:val="20"/>
        </w:rPr>
        <w:t>36:45  quran ki taraf. bi ki zamir jo hai woh raje hai quran ki taraf, yani un se jihad karo quran ke zariye</w:t>
      </w:r>
      <w:r>
        <w:br/>
      </w:r>
      <w:r>
        <w:rPr>
          <w:sz w:val="20"/>
        </w:rPr>
        <w:t>37:00  aur bara jihad. to quran, ab aap sochenge, aisa aadmi sochega ke quran to koi talwar nahi hai, koi bandook nahi hai.</w:t>
      </w:r>
      <w:r>
        <w:br/>
      </w:r>
      <w:r>
        <w:rPr>
          <w:sz w:val="20"/>
        </w:rPr>
        <w:t>37:10  to talwar nahi hai jab quran, to quran ke zariye bara jihad kaise kiya jayega? tab woh samajh mein aayega ke yahan jihad ka matlab qital hai hi nahi,</w:t>
      </w:r>
      <w:r>
        <w:br/>
      </w:r>
      <w:r>
        <w:rPr>
          <w:sz w:val="20"/>
        </w:rPr>
        <w:t>37:25  yahan jahad ka matlab hai judo jehad, yani daawa, istraggle, daawati, judo jehad.</w:t>
      </w:r>
      <w:r>
        <w:br/>
      </w:r>
      <w:r>
        <w:rPr>
          <w:sz w:val="20"/>
        </w:rPr>
        <w:t>37:35  achha, ab jab aap yeh matlab le gaye ke yahan par daawa istraggle hai, tab samajh mein aaya ke daawa istraggle ka zariya kya hai? Quran hai wajahidhum bil Quran jahadan kabira Quran ke zariye jahad karo un ke upar, ya</w:t>
      </w:r>
      <w:r>
        <w:br/>
      </w:r>
      <w:r>
        <w:rPr>
          <w:sz w:val="20"/>
        </w:rPr>
        <w:t>37:53  ni ideologycal jahad, ideologycal istraggle.</w:t>
      </w:r>
      <w:r>
        <w:br/>
      </w:r>
      <w:r>
        <w:rPr>
          <w:sz w:val="20"/>
        </w:rPr>
        <w:t>37:59  ab aap kya hai? pehla aadmi jis ne is se umm al-ma'arik nikala hai, to woh to hathiyar ikatha karega. To Khuda Quran kehta hai ke umm al-ma'arik karo,</w:t>
      </w:r>
      <w:r>
        <w:br/>
      </w:r>
      <w:r>
        <w:rPr>
          <w:sz w:val="20"/>
        </w:rPr>
        <w:t>38:11  lekin jis aadmi ne nikala hai, is se doosra mafhoom apne sahih zehan ki bana par, to woh kya</w:t>
      </w:r>
      <w:r>
        <w:br/>
      </w:r>
      <w:r>
        <w:rPr>
          <w:sz w:val="20"/>
        </w:rPr>
        <w:t>38:21  kahega? Woh kahega ke Quran ko padho, Quran par ghaur karo, Quran ke mani ko daryaft karo, phir is pe kitabein likho, is pe cassette tayyar karo,</w:t>
      </w:r>
      <w:r>
        <w:br/>
      </w:r>
      <w:r>
        <w:rPr>
          <w:sz w:val="20"/>
        </w:rPr>
        <w:t>38:32  is ke mazameen ko phailao logon ke darmiyan mukhtalif tareeqe se. To dono mein yeh farq ho jayega.</w:t>
      </w:r>
    </w:p>
    <w:p>
      <w:pPr>
        <w:pStyle w:val="Heading2"/>
      </w:pPr>
      <w:r>
        <w:t>Water miracles and gratitude to God</w:t>
      </w:r>
    </w:p>
    <w:p>
      <w:r>
        <w:rPr>
          <w:color w:val="666666"/>
          <w:sz w:val="18"/>
        </w:rPr>
        <w:t>Dars-e-Quran, Chapter 2, Verse 60 April 08, 2018 · 5m 37s · at 10:29 · https://youtu.be/0ACymzsx8vI?t=629</w:t>
      </w:r>
    </w:p>
    <w:p>
      <w:r>
        <w:rPr>
          <w:i/>
        </w:rPr>
        <w:t>“یہود کی جو ہسٹری ہے، اس کا ایک پارٹ ہے۔”</w:t>
      </w:r>
    </w:p>
    <w:p>
      <w:r>
        <w:rPr>
          <w:sz w:val="20"/>
        </w:rPr>
        <w:t>10:29  dekhiye, yeh jo baat hai, yeh</w:t>
      </w:r>
      <w:r>
        <w:br/>
      </w:r>
      <w:r>
        <w:rPr>
          <w:sz w:val="20"/>
        </w:rPr>
        <w:t>10:38  yahood ki jo history hai, is ka aik part hai.</w:t>
      </w:r>
      <w:r>
        <w:br/>
      </w:r>
      <w:r>
        <w:rPr>
          <w:sz w:val="20"/>
        </w:rPr>
        <w:t>10:45  yeh part jo hai, bible mein bhi is ka charcha hua hai aur quran mein bhi. woh part kya hai ke yahood, yani jis ko hum children of azrail kehte hain,</w:t>
      </w:r>
      <w:r>
        <w:br/>
      </w:r>
      <w:r>
        <w:rPr>
          <w:sz w:val="20"/>
        </w:rPr>
        <w:t>11:00  woh Egypt mein thay. prophet Joseph ke zamanay mein wahan woh abad hue, phir wahan un ki nasal barhi.</w:t>
      </w:r>
      <w:r>
        <w:br/>
      </w:r>
      <w:r>
        <w:rPr>
          <w:sz w:val="20"/>
        </w:rPr>
        <w:t>11:13  to Moosa ke zamanay mein un ko hukum hua ke un ko le ke jao, yani yahan se Misr se aur Sina.</w:t>
      </w:r>
      <w:r>
        <w:br/>
      </w:r>
      <w:r>
        <w:rPr>
          <w:sz w:val="20"/>
        </w:rPr>
        <w:t>11:26  to Sina jo us waqt tha, Sunai, idhar desert tha, desert, pani nahi tha wahan par.</w:t>
      </w:r>
      <w:r>
        <w:br/>
      </w:r>
      <w:r>
        <w:rPr>
          <w:sz w:val="20"/>
        </w:rPr>
        <w:t>11:38  to Moosa ko hukum hua ke tum apna, un ke paas aik aik stick hua karta tha, us ko maro pathar par to wahan se pani niklay ga.</w:t>
      </w:r>
      <w:r>
        <w:br/>
      </w:r>
      <w:r>
        <w:rPr>
          <w:sz w:val="20"/>
        </w:rPr>
        <w:t>11:53  to unhon ne pathar mar aur mara ke pani nikla, yani stream jari ho gayi, barah stream jari ho gaye.</w:t>
      </w:r>
      <w:r>
        <w:br/>
      </w:r>
      <w:r>
        <w:rPr>
          <w:sz w:val="20"/>
        </w:rPr>
        <w:t>12:01  is se unhon ne pani liya, phir unhon ne wahan pe kheti ki, ghalla ugaya, sabzi ugai.</w:t>
      </w:r>
      <w:r>
        <w:br/>
      </w:r>
      <w:r>
        <w:rPr>
          <w:sz w:val="20"/>
        </w:rPr>
        <w:t>12:11  to is mein zikr kar ke yeh bataya gaya hai ke Allah ka shukar kartay hue tum zindagi guzaro. is yani yeh to tum ko blessing hui hai ke desert mein tum ko pani de diya.</w:t>
      </w:r>
      <w:r>
        <w:br/>
      </w:r>
      <w:r>
        <w:rPr>
          <w:sz w:val="20"/>
        </w:rPr>
        <w:t>12:31  to shuru kar ke aap dekhen kitni ziyada similarity hai is waqay mein aur is waqay mein jo prophet Ibrahim ke zamanay mein paish aya.</w:t>
      </w:r>
      <w:r>
        <w:br/>
      </w:r>
      <w:r>
        <w:rPr>
          <w:sz w:val="20"/>
        </w:rPr>
        <w:t>12:43  prophet Ibrahim ko bhi yeh hua ke le jao apne logon ko Iraq se aur le aa ke un ko basao desert mein Makkah ke paas.</w:t>
      </w:r>
      <w:r>
        <w:br/>
      </w:r>
      <w:r>
        <w:rPr>
          <w:sz w:val="20"/>
        </w:rPr>
        <w:t>12:57  to wahan jab woh aaye, woh un ki biwi, un ka bachcha Ismail, to woh desert tha wahan pe, desert.</w:t>
      </w:r>
      <w:r>
        <w:br/>
      </w:r>
      <w:r>
        <w:rPr>
          <w:sz w:val="20"/>
        </w:rPr>
        <w:t>13:07  lekin jab unhon ne Allah ke hukum ko maan kar wahan basaya apne aap ko to wahan par, wahan pe aik jo stream jari ho gaya, jis ko hum kehte hain Zam Zam,</w:t>
      </w:r>
      <w:r>
        <w:br/>
      </w:r>
      <w:r>
        <w:rPr>
          <w:sz w:val="20"/>
        </w:rPr>
        <w:t>13:21  Zam Zam jari ho gaya. to dono jagah ke is waqay mein jo jo asal jo message dena hai,</w:t>
      </w:r>
      <w:r>
        <w:br/>
      </w:r>
      <w:r>
        <w:rPr>
          <w:sz w:val="20"/>
        </w:rPr>
        <w:t>13:35  woh hai ke pani kitni bari blessing hai. sab se pehle aap jantay hain ke jab solar system bana to zameen par pani nahi tha, sab desert hi desert tha.</w:t>
      </w:r>
      <w:r>
        <w:br/>
      </w:r>
      <w:r>
        <w:rPr>
          <w:sz w:val="20"/>
        </w:rPr>
        <w:t>13:50  to barish, Allah ne barish barsai, bohat barish hui aur samandar bhar gaye barish se, darya bhar gaye pani se.</w:t>
      </w:r>
      <w:r>
        <w:br/>
      </w:r>
      <w:r>
        <w:rPr>
          <w:sz w:val="20"/>
        </w:rPr>
        <w:t>14:02  to phir insaan ko moqa mila ke woh kheti kare, ghalla ugaye, phal ugaye, yani agriculture aur horticulture</w:t>
      </w:r>
      <w:r>
        <w:br/>
      </w:r>
      <w:r>
        <w:rPr>
          <w:sz w:val="20"/>
        </w:rPr>
        <w:t>14:16  ka daur aya. to is par shukar kar ke, is ko acknowledge kartay hue zindagi guzaro. yeh zameen par larai mat karo, nafrat mat karo,</w:t>
      </w:r>
      <w:r>
        <w:br/>
      </w:r>
      <w:r>
        <w:rPr>
          <w:sz w:val="20"/>
        </w:rPr>
        <w:t>14:32  aik doosray se mohabbat karna seekho, peaceful andaaz mein kaam karo. yeh hukum hua, pehle bhi yeh hukum tha, aaj bhi yeh hukum hai.</w:t>
      </w:r>
      <w:r>
        <w:br/>
      </w:r>
      <w:r>
        <w:rPr>
          <w:sz w:val="20"/>
        </w:rPr>
        <w:t>14:46  aur woh yeh waqay jo hai, sirf Moosa ke zamanay ki baat nahi, aaj ki baat bhi hai. aaj bhi hum pani par depend kartay hain, aaj bhi insaan pani par depend karta hai.</w:t>
      </w:r>
      <w:r>
        <w:br/>
      </w:r>
      <w:r>
        <w:rPr>
          <w:sz w:val="20"/>
        </w:rPr>
        <w:t>15:05  aap jantay hain ke Stephen Hawking aur doosray log yeh kehtay rahay ke humein aik aur planet dhoondhna paray ga ke wahan jahan pani ho, wahan hum jayen.</w:t>
      </w:r>
      <w:r>
        <w:br/>
      </w:r>
      <w:r>
        <w:rPr>
          <w:sz w:val="20"/>
        </w:rPr>
        <w:t>15:20  to so baras se insan dosre planet par pani ki khoj kar raha hai, lekin aaj tak kahin pani nahi mila.</w:t>
      </w:r>
      <w:r>
        <w:br/>
      </w:r>
      <w:r>
        <w:rPr>
          <w:sz w:val="20"/>
        </w:rPr>
        <w:t>15:33  yeh mars mein samjhte the ke mars mein pani hai, lekin aaj aakhir mein pata chala ke pani nahi hai wahan par. To jo dosre planet hain, jo hamare suraj ke gird ghumte hain,</w:t>
      </w:r>
      <w:r>
        <w:br/>
      </w:r>
      <w:r>
        <w:rPr>
          <w:sz w:val="20"/>
        </w:rPr>
        <w:t>15:48  is mein ek hi planet hai, yeh hamare jo earth hai, is jahan pani hai, woh yaad dilaya ke Allah ke is blessing ko yaad karo ke pure solar system mein ek hi planet hai jahan pani hai.</w:t>
      </w:r>
    </w:p>
    <w:p>
      <w:pPr>
        <w:pStyle w:val="Heading2"/>
      </w:pPr>
      <w:r>
        <w:t>full argument on reading Quranic commands in context</w:t>
      </w:r>
    </w:p>
    <w:p>
      <w:r>
        <w:rPr>
          <w:color w:val="666666"/>
          <w:sz w:val="18"/>
        </w:rPr>
        <w:t>Ramadan and the Quran April 17, 2022 Prof. Farida Khanam · 4m 09s · at 29:30 · https://youtu.be/SszJCaNKkZw?t=1770</w:t>
      </w:r>
    </w:p>
    <w:p>
      <w:r>
        <w:rPr>
          <w:i/>
        </w:rPr>
        <w:t>“मौलाना ने सब्र की तल्कीन में articles लिखे, लोग गुस्सा हुए”</w:t>
      </w:r>
    </w:p>
    <w:p>
      <w:r>
        <w:rPr>
          <w:sz w:val="20"/>
        </w:rPr>
        <w:t>29:30  woh yeh hai ki nasikh mansookh ko jaanna zaroori hai. ek baar Maulana ne kuch articles likhe, to usme sabr ki talqeen ki gayi thi. to log bahut gussa hue ki quran to kehta hai ki jang karo aur yeh keh rahe hain ki sabr karo. to is tarike ke bahut sare aitrazaat aate rehte the.</w:t>
      </w:r>
      <w:r>
        <w:br/>
      </w:r>
      <w:r>
        <w:rPr>
          <w:sz w:val="20"/>
        </w:rPr>
        <w:t>29:53  to us par likha hai ki asal mein quran ko samajhne ke liye hamein background ko samajhna zaroori hai. kyunki jab rasoolullah sallallahu alaihi wasallam jab shull kar rahe the to kisi ne nahi kaha ki quran to jang karne ke liye keh raha hai. to jab aap jang ko avoid kar rahe the to kisi ne nahi kaha ki aap jang ko avoid kyun kar rahe hain?</w:t>
      </w:r>
      <w:r>
        <w:br/>
      </w:r>
      <w:r>
        <w:rPr>
          <w:sz w:val="20"/>
        </w:rPr>
        <w:t>30:16  asal mein quran jab utar raha tha to stages mein jisko nazman nazman utra wah, stages mein utra, halaat ke hisab se utra. jo situations hoti thin, usi ke mutabiq commandments utarte rahe. to logon ko fauran samajh mein aa jata tha ki yeh situation hai, uske upar yeh command utra hai, usko humko follow karna hai. lekin aaj kya hai ki aaj aur baat ke daur mein ki hamare paas mukammal quran maujood hai.</w:t>
      </w:r>
      <w:r>
        <w:br/>
      </w:r>
      <w:r>
        <w:rPr>
          <w:sz w:val="20"/>
        </w:rPr>
        <w:t>30:46  ab hum jo hai koi bhi ayat ka hawala de dete hain bagair uske background ko samjhe bhi kahenge ki hum quran jang karne ko kehta hai. to yeh jo hai isse yeh galat study hai quran ki. us isi ko nasekh aur mansookh bhi kehte hain ki nasekh aur mansookh yaani principle of abrogation.</w:t>
      </w:r>
      <w:r>
        <w:br/>
      </w:r>
      <w:r>
        <w:rPr>
          <w:sz w:val="20"/>
        </w:rPr>
        <w:t>31:10  to nasekh aur mansookh jo hai yeh ek mustaqil usool, matlab wo aaye the jo nasikh hain aur wo aaye the jo mansookh hain, wo hamesha ke liye nahi hai, balki waqti taur par hain.</w:t>
      </w:r>
      <w:r>
        <w:br/>
      </w:r>
      <w:r>
        <w:rPr>
          <w:sz w:val="20"/>
        </w:rPr>
        <w:t>31:28  main misaal doongi iski sharab se, ke sharab ko quran mein teen stages mein forbid, teen stages mein haram kiya gaya. to pehli stage stage mein kaha gaya ki sharab bahut buri cheez hai aur tum usme usme fayde kam hain, nuksan zyada hain.</w:t>
      </w:r>
      <w:r>
        <w:br/>
      </w:r>
      <w:r>
        <w:rPr>
          <w:sz w:val="20"/>
        </w:rPr>
        <w:t>31:51  phir taqreeban saal do saal ke baad doosra hukm aaya ki sharab peekar tum namaz ke qareeb mat jao. phir teesra hukm aaya ki sharab bilkul haram hai. to log bilkul mentally prepared ho gaye the. unhon ne kaha jata hai ki madine mein un logon ne sharab ke bartan jaakar naaliyon mein tod tod ke baha diye. lekin aaj jo hai log is baat ko samajhte nahin hain. achanak poora ka poora qanoon laagu karna chahte hain.</w:t>
      </w:r>
      <w:r>
        <w:br/>
      </w:r>
      <w:r>
        <w:rPr>
          <w:sz w:val="20"/>
        </w:rPr>
        <w:t>32:21  jaise syed amar shaheed ne Afghanistan mein kiya, achanak wahan unhon ne hukumat qayam ki, logon ko tayyar kiye baghair poora qanoon wahan laagu kar diya. logon ne rebel kiya aur unhin logon ko sab maar daala. unke jo hakim waghera the, unke jo governors waghera the, sab ko maar daala. to aise nahin kaam hota.</w:t>
      </w:r>
      <w:r>
        <w:br/>
      </w:r>
      <w:r>
        <w:rPr>
          <w:sz w:val="20"/>
        </w:rPr>
        <w:t>32:42  isko samajhna padega ki kaun hukm kis khaas mauqe ke liye utra hai aur usi se, aur woh situation aur aaj ki situation mein humein similarity dhoondhni padegi. matlab aaj agar sabr ki situation hai, to humare upar sabr ka command laagu hoga aur agar koi doosri situation hai to usi ke hisaab se humein dhoondhna padega.</w:t>
      </w:r>
      <w:r>
        <w:br/>
      </w:r>
      <w:r>
        <w:rPr>
          <w:sz w:val="20"/>
        </w:rPr>
        <w:t>33:11  poora ka poora quran agar hum apply karenge to log usko lene ke liye tayyar nahin honge aur sirf fasad hoga. to yeh, yeh baat bahut hi clear tareeqe se unhon ne bataya hai ki poora jo hai qanoon jo hai ek, ek bag laagu nahin ho sakta hai balki haalaat ke hisaab se humein usko laagu karna padega. ek bahut hi achhi misaal main aapko batati hoon. ji.</w:t>
      </w:r>
      <w:r>
        <w:br/>
      </w:r>
      <w:r>
        <w:rPr>
          <w:sz w:val="20"/>
        </w:rPr>
        <w:t>33:39  ki yeh roos mein jab badshahat qayam thi, to roos ke badshah ne sar mazhab ko, walon ko bulaya, isaiyon ko, yehudiyon ko, musalmanon ko, unke mazhabi scholars ko bulaya ki humare yahan aakar humein wahan asal mein koi mazhab tha nahin. to unhon ne sab ko bulaya yeh janne ke liye ki in logon ke paas kya mazhab hai?</w:t>
      </w:r>
    </w:p>
    <w:p>
      <w:pPr>
        <w:pStyle w:val="Heading2"/>
      </w:pPr>
      <w:r>
        <w:t>Complete story of the Hudaybiyyah peace treaty with Mecca</w:t>
      </w:r>
    </w:p>
    <w:p>
      <w:r>
        <w:rPr>
          <w:color w:val="666666"/>
          <w:sz w:val="18"/>
        </w:rPr>
        <w:t>Dars-e-Quran July 30, 2007 · 3m 27s · at 27:04 · https://youtu.be/9D_8jxwLKlE?t=1624</w:t>
      </w:r>
    </w:p>
    <w:p>
      <w:r>
        <w:rPr>
          <w:i/>
        </w:rPr>
        <w:t>“Rasool Allah ke zamane mein ek waqia hua jise Hudaybiyyah kehte hain”</w:t>
      </w:r>
    </w:p>
    <w:p>
      <w:r>
        <w:rPr>
          <w:sz w:val="20"/>
        </w:rPr>
        <w:t>27:04  aik waqia hua jis ko kehte hain Hudaybiyyah. Hudaybiyyah to aisa tha ke rasool Allah ne jab Makka se migrate kar ke aap Madina pahunche to jo aap ke dushman the Makka mein,</w:t>
      </w:r>
      <w:r>
        <w:br/>
      </w:r>
      <w:r>
        <w:rPr>
          <w:sz w:val="20"/>
        </w:rPr>
        <w:t>27:22  unhon ne aap par attack karna shuru kar diya. woh chahte the ke aap se ladaai ho aur chuki woh taqatwar the, sara Arab un ke sath tha, to woh chahte the ke ladaai ke maidan mein lada kar ke unhein khatam kar diya jaye,</w:t>
      </w:r>
      <w:r>
        <w:br/>
      </w:r>
      <w:r>
        <w:rPr>
          <w:sz w:val="20"/>
        </w:rPr>
        <w:t>27:40  un ke mission ko khatam kar diya jaye. to rasool Allah sallallahu alaihi wasallam ne un se negotiation kiya, sulah ka.</w:t>
      </w:r>
      <w:r>
        <w:br/>
      </w:r>
      <w:r>
        <w:rPr>
          <w:sz w:val="20"/>
        </w:rPr>
        <w:t>27:52  yun kehte hain Hudaybiyyah agreement darasal peace agreement tha jo aap ne kiya.</w:t>
      </w:r>
      <w:r>
        <w:br/>
      </w:r>
      <w:r>
        <w:rPr>
          <w:sz w:val="20"/>
        </w:rPr>
        <w:t>28:01  to makka walon se do haftay tak aap ne negoshi ation kiya isi liye ke peace qaim karne ke liye ek agreement ho jaye.</w:t>
      </w:r>
      <w:r>
        <w:br/>
      </w:r>
      <w:r>
        <w:rPr>
          <w:sz w:val="20"/>
        </w:rPr>
        <w:t>28:14  to unhon ne kaha ke theek hai, hum tayyar hain peace ke liye. peace ka matlab tha no war pact,</w:t>
      </w:r>
      <w:r>
        <w:br/>
      </w:r>
      <w:r>
        <w:rPr>
          <w:sz w:val="20"/>
        </w:rPr>
        <w:t>28:22  yani is mein tha likha hua ke das saal tak,</w:t>
      </w:r>
      <w:r>
        <w:br/>
      </w:r>
      <w:r>
        <w:rPr>
          <w:sz w:val="20"/>
        </w:rPr>
        <w:t>28:30  is das saal tak, yani musbanon aur quraish ke darmiyan larai nahi hogi. das saal tak makka aur madina walon ke beech mein larai nahi hogi.</w:t>
      </w:r>
      <w:r>
        <w:br/>
      </w:r>
      <w:r>
        <w:rPr>
          <w:sz w:val="20"/>
        </w:rPr>
        <w:t>28:43  to yeh tha no war pact.</w:t>
      </w:r>
      <w:r>
        <w:br/>
      </w:r>
      <w:r>
        <w:rPr>
          <w:sz w:val="20"/>
        </w:rPr>
        <w:t>28:47  to aap ne chaha ke jo larai chher rakhi hai unhon ne, us ki wajah se koi constructive kaam nahi ho pa raha hai, koi daawa work nahi ho raha hai.</w:t>
      </w:r>
      <w:r>
        <w:br/>
      </w:r>
      <w:r>
        <w:rPr>
          <w:sz w:val="20"/>
        </w:rPr>
        <w:t>28:58  aap jo chahte the logon ka mind banana, woh sab nahi ho raha hai, sab jeopardize ho ho gaya hai. to aap chahte the ke yeh situation khatam kari</w:t>
      </w:r>
      <w:r>
        <w:br/>
      </w:r>
      <w:r>
        <w:rPr>
          <w:sz w:val="20"/>
        </w:rPr>
        <w:t>29:12  n, larai ki situation aur peace ki situation layein. to aap ne un ko kaha ke das saal ka no war pact hamare aur tumhare beech mein ho jaye, yani na hum attack karein tumhare upar na tum hamare upar attack karo.</w:t>
      </w:r>
      <w:r>
        <w:br/>
      </w:r>
      <w:r>
        <w:rPr>
          <w:sz w:val="20"/>
        </w:rPr>
        <w:t>29:31  yeh tha hudaybiya agreement.</w:t>
      </w:r>
      <w:r>
        <w:br/>
      </w:r>
      <w:r>
        <w:rPr>
          <w:sz w:val="20"/>
        </w:rPr>
        <w:t>29:37  to makka wale jo the, chunchke is waqt woh ziyada strong the, un ke paas ziyada manpower bhi tha aur har cheez ziyada thi,</w:t>
      </w:r>
      <w:r>
        <w:br/>
      </w:r>
      <w:r>
        <w:rPr>
          <w:sz w:val="20"/>
        </w:rPr>
        <w:t>29:50  to unhon ne unhon ne lateral bases par kaha ke agreement hoga. yani jitni bhi condition is mein rakhi gayi, sab un ke favor mein thi, makka walon ke favor mein.</w:t>
      </w:r>
      <w:r>
        <w:br/>
      </w:r>
      <w:r>
        <w:rPr>
          <w:sz w:val="20"/>
        </w:rPr>
        <w:t>30:06  yahi ek baat maani unhon ne rasool Allah ki ke das saal tak hamare tumhare beech mein larai nahi hogi. no war pact tha woh, lekin baqi jitni bhi condition theen,</w:t>
      </w:r>
      <w:r>
        <w:br/>
      </w:r>
      <w:r>
        <w:rPr>
          <w:sz w:val="20"/>
        </w:rPr>
        <w:t>30:19  sab makka walon ke favor mein theen. woh is agreement mein aap ne maan liya us ko aur us par aap ne stamp laga diya.</w:t>
      </w:r>
    </w:p>
    <w:p>
      <w:pPr>
        <w:pStyle w:val="Heading2"/>
      </w:pPr>
      <w:r>
        <w:t>Two theories explaining rationalized evil</w:t>
      </w:r>
    </w:p>
    <w:p>
      <w:r>
        <w:rPr>
          <w:color w:val="666666"/>
          <w:sz w:val="18"/>
        </w:rPr>
        <w:t>Rationalization of Evil 15 Feb 2009 - Maulana Wahiduddin Khan · 4m 16s · at 0:38 · https://youtu.be/agi0wNsOO84?t=38</w:t>
      </w:r>
    </w:p>
    <w:p>
      <w:r>
        <w:rPr>
          <w:i/>
        </w:rPr>
        <w:t>“Aaj ki jo talk hai, uski theme hai 'Rationalization of Evil'.”</w:t>
      </w:r>
    </w:p>
    <w:p>
      <w:r>
        <w:rPr>
          <w:sz w:val="20"/>
        </w:rPr>
        <w:t>0:38  aaj ki jo talk hai, is ki theme hai "rationalization of evil".</w:t>
      </w:r>
      <w:r>
        <w:br/>
      </w:r>
      <w:r>
        <w:rPr>
          <w:sz w:val="20"/>
        </w:rPr>
        <w:t>0:53  yeh aaj mujhe ek cheez discover hui, is ko main chahta hoon aap ko aap ke samne lana.</w:t>
      </w:r>
      <w:r>
        <w:br/>
      </w:r>
      <w:r>
        <w:rPr>
          <w:sz w:val="20"/>
        </w:rPr>
        <w:t>1:05  dekhiye, Quran mein hai ke shaitan tazeen karta hai. yani aadmi ko</w:t>
      </w:r>
      <w:r>
        <w:br/>
      </w:r>
      <w:r>
        <w:rPr>
          <w:sz w:val="20"/>
        </w:rPr>
        <w:t>1:14  burai ke tavele aata hai, tazeen kar ke. tazeen ka matlab hota hai, yani khoobsurat bana kar batata hai, beautify kar ke batata hai burai ko.</w:t>
      </w:r>
      <w:r>
        <w:br/>
      </w:r>
      <w:r>
        <w:rPr>
          <w:sz w:val="20"/>
        </w:rPr>
        <w:t>1:28  aur dajjal yahi kaam kare ga, to dajjal ka matlab hote hain "great deceiver". to main sochta tha ke yeh khoobsurat banana ya deceive karna kya hai?</w:t>
      </w:r>
      <w:r>
        <w:br/>
      </w:r>
      <w:r>
        <w:rPr>
          <w:sz w:val="20"/>
        </w:rPr>
        <w:t>1:41  shaitani kya hai aur dajali kya hai? to aaj meri samajh mein aaya ke yeh hai "rationalization". burai ko rationalise karna.</w:t>
      </w:r>
      <w:r>
        <w:br/>
      </w:r>
      <w:r>
        <w:rPr>
          <w:sz w:val="20"/>
        </w:rPr>
        <w:t>1:55  yahi hai tazeen, yahi hai dajali. kyunke jab aap is ko rationalise kar lete hain to aap zyada conviction ke sath is burai ko karte hain.</w:t>
      </w:r>
      <w:r>
        <w:br/>
      </w:r>
      <w:r>
        <w:rPr>
          <w:sz w:val="20"/>
        </w:rPr>
        <w:t>2:09  dekhiye, British philosopher tha C.E.M. Joade. J.O.A.D. C.E.M. Joade.</w:t>
      </w:r>
      <w:r>
        <w:br/>
      </w:r>
      <w:r>
        <w:rPr>
          <w:sz w:val="20"/>
        </w:rPr>
        <w:t>2:19  is ki book hai "Modern Victims". to is mein yeh kehta hai woh ke maujooda zamane mein burai bohat barh gayi hai.</w:t>
      </w:r>
      <w:r>
        <w:br/>
      </w:r>
      <w:r>
        <w:rPr>
          <w:sz w:val="20"/>
        </w:rPr>
        <w:t>2:31  aur yeh isi ki baat nahi hai. yeh kisi bhi senior aadmi se aap poochen to woh yahi kahe ga ke pehle burai itni nahi thi jitni ab burai ho gayi hai.</w:t>
      </w:r>
      <w:r>
        <w:br/>
      </w:r>
      <w:r>
        <w:rPr>
          <w:sz w:val="20"/>
        </w:rPr>
        <w:t>2:45  to Joade ka death hui thi 1953 mein. tab yeh phenomena us ke samne aa chuka tha, ab aur barh gaya hai.</w:t>
      </w:r>
      <w:r>
        <w:br/>
      </w:r>
      <w:r>
        <w:rPr>
          <w:sz w:val="20"/>
        </w:rPr>
        <w:t>2:57  yani ab hum 20th century mein hain. is ne yeh baat kahi thi 1953 mein, is ki death hui thi. to aaj hi mere samne yeh baat aayi ke kya cheez hai?</w:t>
      </w:r>
      <w:r>
        <w:br/>
      </w:r>
      <w:r>
        <w:rPr>
          <w:sz w:val="20"/>
        </w:rPr>
        <w:t>3:09  Joade asal mein yeh to kehta hai ke burai bohat barh gayi hai, lekin woh is ki wajah nahi bata pata.</w:t>
      </w:r>
      <w:r>
        <w:br/>
      </w:r>
      <w:r>
        <w:rPr>
          <w:sz w:val="20"/>
        </w:rPr>
        <w:t>3:19  aisa kyon hua hai? woh mere samne baat aai ke yeh zamana jo hai ke pehle bhi burai hoti thi.</w:t>
      </w:r>
      <w:r>
        <w:br/>
      </w:r>
      <w:r>
        <w:rPr>
          <w:sz w:val="20"/>
        </w:rPr>
        <w:t>3:30  burai se kabhi bhi history mein, history kabhi khali nahi rahi burai se. kyunke pehle evil sirf evil thi. ab jo evil hai woh hai "rationalized evil".</w:t>
      </w:r>
      <w:r>
        <w:br/>
      </w:r>
      <w:r>
        <w:rPr>
          <w:sz w:val="20"/>
        </w:rPr>
        <w:t>3:45  rationalized ka matlab hota hai "ideologically justified evil".</w:t>
      </w:r>
      <w:r>
        <w:br/>
      </w:r>
      <w:r>
        <w:rPr>
          <w:sz w:val="20"/>
        </w:rPr>
        <w:t>3:54  yani nazariyati taur par is ko sahi bana lena ek burai ko. toh hum ek aisi age mein hain aaj jabke ideologically justified evil ka age hai.</w:t>
      </w:r>
      <w:r>
        <w:br/>
      </w:r>
      <w:r>
        <w:rPr>
          <w:sz w:val="20"/>
        </w:rPr>
        <w:t>4:08  isi liye burai barh gayi. ab aadmi zyada dheeth ho gaya hai. zyada sarkashi ke sath burai karta hai. pehle zamane mein, khud mere bachpan mein bhi log itna dheeth nahi the burai karne ke liye jitna ke aaj ho gaye hain.</w:t>
      </w:r>
      <w:r>
        <w:br/>
      </w:r>
      <w:r>
        <w:rPr>
          <w:sz w:val="20"/>
        </w:rPr>
        <w:t>4:24  toh main ne is par socha toh mujhe laga ke do theory hain jo sab se zyada responsible hain is situation ko create karne ke liye.</w:t>
      </w:r>
      <w:r>
        <w:br/>
      </w:r>
      <w:r>
        <w:rPr>
          <w:sz w:val="20"/>
        </w:rPr>
        <w:t>4:35  ek hai "theory of evolution", ek hai "theory of Islamic state". yeh do hain basically jinhone ke evil ko rationalize kiya hai aur jis ko main kehta hoon ideologically justified evil paida kiya hai yani dono ne.</w:t>
      </w:r>
    </w:p>
    <w:p>
      <w:pPr>
        <w:pStyle w:val="Heading2"/>
      </w:pPr>
      <w:r>
        <w:t>Quran preservation, printing, and compilation</w:t>
      </w:r>
    </w:p>
    <w:p>
      <w:r>
        <w:rPr>
          <w:color w:val="666666"/>
          <w:sz w:val="18"/>
        </w:rPr>
        <w:t>Quran Compilation November 16, 2014 · 4m 57s · at 5:30 · https://youtu.be/fMlK2jWO4EU?t=330</w:t>
      </w:r>
    </w:p>
    <w:p>
      <w:r>
        <w:rPr>
          <w:i/>
        </w:rPr>
        <w:t>“so saal ke andar aur mazeed ye ke us ki zaban bhi mehfooz hai”</w:t>
      </w:r>
    </w:p>
    <w:p>
      <w:r>
        <w:rPr>
          <w:sz w:val="20"/>
        </w:rPr>
        <w:t>5:30  sau saal ke andar</w:t>
      </w:r>
      <w:r>
        <w:br/>
      </w:r>
      <w:r>
        <w:rPr>
          <w:sz w:val="20"/>
        </w:rPr>
        <w:t>5:32  aur mazeed yeh ke is ki zaban bhi mehfooz hai in arabi zaban</w:t>
      </w:r>
      <w:r>
        <w:br/>
      </w:r>
      <w:r>
        <w:rPr>
          <w:sz w:val="20"/>
        </w:rPr>
        <w:t>5:39  to quran ko mehfooz karne ka kaam Allah taala ne ummat e muslema se liya</w:t>
      </w:r>
      <w:r>
        <w:br/>
      </w:r>
      <w:r>
        <w:rPr>
          <w:sz w:val="20"/>
        </w:rPr>
        <w:t>5:46  yeh sirf makka mein mehfooz nahi hua yeh lambi muddat guzri is ki sankaron saal kyunke quran mehfooz</w:t>
      </w:r>
      <w:r>
        <w:br/>
      </w:r>
      <w:r>
        <w:rPr>
          <w:sz w:val="20"/>
        </w:rPr>
        <w:t>5:54  hua shuru mein likha jata tha woh</w:t>
      </w:r>
      <w:r>
        <w:br/>
      </w:r>
      <w:r>
        <w:rPr>
          <w:sz w:val="20"/>
        </w:rPr>
        <w:t>5:58  mukhtalif qism ke tukron par phir woh likha gaya us ko</w:t>
      </w:r>
      <w:r>
        <w:br/>
      </w:r>
      <w:r>
        <w:rPr>
          <w:sz w:val="20"/>
        </w:rPr>
        <w:t>6:03  qadeem zamane ke kaghaz par phir is zamane mein printing press tha nahi us ko likha jata raha</w:t>
      </w:r>
      <w:r>
        <w:br/>
      </w:r>
      <w:r>
        <w:rPr>
          <w:sz w:val="20"/>
        </w:rPr>
        <w:t>6:13  to dunya mein sirf chand hi nuskhay</w:t>
      </w:r>
      <w:r>
        <w:br/>
      </w:r>
      <w:r>
        <w:rPr>
          <w:sz w:val="20"/>
        </w:rPr>
        <w:t>6:16  likhay huay quran kay maujood thay</w:t>
      </w:r>
      <w:r>
        <w:br/>
      </w:r>
      <w:r>
        <w:rPr>
          <w:sz w:val="20"/>
        </w:rPr>
        <w:t>6:19  bohat dinon tak aisa tha kay quran sirf logon ki yaad-dasht mein hota tha</w:t>
      </w:r>
      <w:r>
        <w:br/>
      </w:r>
      <w:r>
        <w:rPr>
          <w:sz w:val="20"/>
        </w:rPr>
        <w:t>6:25  yaad-dasht mein to yeh bhi bohat bara masla tha har aik kay liye quran dastiyab kaisay ho</w:t>
      </w:r>
      <w:r>
        <w:br/>
      </w:r>
      <w:r>
        <w:rPr>
          <w:sz w:val="20"/>
        </w:rPr>
        <w:t>6:32  pehlay quran tha pehlay yeh sawal tha kay</w:t>
      </w:r>
      <w:r>
        <w:br/>
      </w:r>
      <w:r>
        <w:rPr>
          <w:sz w:val="20"/>
        </w:rPr>
        <w:t>6:37  nabi in person har aik kay liye dastiyab nahi ho sakta hai to quran ko Allah taala ne</w:t>
      </w:r>
      <w:r>
        <w:br/>
      </w:r>
      <w:r>
        <w:rPr>
          <w:sz w:val="20"/>
        </w:rPr>
        <w:t>6:43  mehfooz kiya lekin printing press se pehlay phir bhi yeh sawal baqi raha</w:t>
      </w:r>
      <w:r>
        <w:br/>
      </w:r>
      <w:r>
        <w:rPr>
          <w:sz w:val="20"/>
        </w:rPr>
        <w:t>6:50  kay likh kar ke to bohat kam nuskhay tayyar honge bohat hi kam to sab log kaisay</w:t>
      </w:r>
      <w:r>
        <w:br/>
      </w:r>
      <w:r>
        <w:rPr>
          <w:sz w:val="20"/>
        </w:rPr>
        <w:t>6:57  jannay kay quran mein kya hai ab sab log yaad-dasht bhi nahi kar saktay</w:t>
      </w:r>
      <w:r>
        <w:br/>
      </w:r>
      <w:r>
        <w:rPr>
          <w:sz w:val="20"/>
        </w:rPr>
        <w:t>7:03  to is ke baad kya hua ke ek lambe amal ke baad woh daur aaya jab ke printing press daryaft hua printing press ka ek lambi kahani hai aakhri taur par germany mein gutenberg ne ek press develop kiya jabke baqayda press ka daur shuru ho gaya</w:t>
      </w:r>
      <w:r>
        <w:br/>
      </w:r>
      <w:r>
        <w:rPr>
          <w:sz w:val="20"/>
        </w:rPr>
        <w:t>7:29  to press wajood mein aa gaya phir bhi muslim dunya mein press nahi tha bohat ajeeb baat hai</w:t>
      </w:r>
      <w:r>
        <w:br/>
      </w:r>
      <w:r>
        <w:rPr>
          <w:sz w:val="20"/>
        </w:rPr>
        <w:t>7:38  yani musalmanon ko yeh dhyan kabhi nahi hua kay quran ko printing press kay daur mein pohanchaya jaye</w:t>
      </w:r>
      <w:r>
        <w:br/>
      </w:r>
      <w:r>
        <w:rPr>
          <w:sz w:val="20"/>
        </w:rPr>
        <w:t>7:46  bas woh yaad-dasht kartay rahay yaad-dasht kartay rahay yaad-dasht kartay rahay hath se likhtay rahay</w:t>
      </w:r>
      <w:r>
        <w:br/>
      </w:r>
      <w:r>
        <w:rPr>
          <w:sz w:val="20"/>
        </w:rPr>
        <w:t>7:52  aurangzeb kay zamanay mein jo kay badshah tha printing press ban chuka tha lekin woh sirf kitab kitabt</w:t>
      </w:r>
      <w:r>
        <w:br/>
      </w:r>
      <w:r>
        <w:rPr>
          <w:sz w:val="20"/>
        </w:rPr>
        <w:t>8:00  karta raha shah awliya kay zamanay mein printing press wajood mein aa chuka tha lekin in ko yeh dhyan</w:t>
      </w:r>
      <w:r>
        <w:br/>
      </w:r>
      <w:r>
        <w:rPr>
          <w:sz w:val="20"/>
        </w:rPr>
        <w:t>8:06  nahi aya kay printing press ko India mein laya jaye</w:t>
      </w:r>
      <w:r>
        <w:br/>
      </w:r>
      <w:r>
        <w:rPr>
          <w:sz w:val="20"/>
        </w:rPr>
        <w:t>8:10  to printing press laye kon log yeh colonial powers jo hain woh laye</w:t>
      </w:r>
      <w:r>
        <w:br/>
      </w:r>
      <w:r>
        <w:rPr>
          <w:sz w:val="20"/>
        </w:rPr>
        <w:t>8:18  sab se pehla jo printing press aya tha woh</w:t>
      </w:r>
      <w:r>
        <w:br/>
      </w:r>
      <w:r>
        <w:rPr>
          <w:sz w:val="20"/>
        </w:rPr>
        <w:t>8:23  misr</w:t>
      </w:r>
      <w:r>
        <w:br/>
      </w:r>
      <w:r>
        <w:rPr>
          <w:sz w:val="20"/>
        </w:rPr>
        <w:t>8:24  mein aya tha jis ko laya tha napoleon</w:t>
      </w:r>
      <w:r>
        <w:br/>
      </w:r>
      <w:r>
        <w:rPr>
          <w:sz w:val="20"/>
        </w:rPr>
        <w:t>8:27  India mein jo printing press aya woh isai missionaries ke zariye aya british daur mein</w:t>
      </w:r>
      <w:r>
        <w:br/>
      </w:r>
      <w:r>
        <w:rPr>
          <w:sz w:val="20"/>
        </w:rPr>
        <w:t>8:37  is tarah quran chhapa shuru hua</w:t>
      </w:r>
      <w:r>
        <w:br/>
      </w:r>
      <w:r>
        <w:rPr>
          <w:sz w:val="20"/>
        </w:rPr>
        <w:t>8:41  aur aap jantay hain kay printing press ki aik lambi tareekh hai bohat saray taraqqi kay baad woh</w:t>
      </w:r>
      <w:r>
        <w:br/>
      </w:r>
      <w:r>
        <w:rPr>
          <w:sz w:val="20"/>
        </w:rPr>
        <w:t>8:48  press bana jis ko aaj hum printing press kehtay hain bohat taraqqi kay baad aaj ka jo printing</w:t>
      </w:r>
      <w:r>
        <w:br/>
      </w:r>
      <w:r>
        <w:rPr>
          <w:sz w:val="20"/>
        </w:rPr>
        <w:t>8:54  press hai woh bohat hi taraqqi yafta technology ke zariye hota hai woh to aaj kya hai quran</w:t>
      </w:r>
      <w:r>
        <w:br/>
      </w:r>
      <w:r>
        <w:rPr>
          <w:sz w:val="20"/>
        </w:rPr>
        <w:t>9:02  kay chhupay huay nuskhay million million</w:t>
      </w:r>
      <w:r>
        <w:br/>
      </w:r>
      <w:r>
        <w:rPr>
          <w:sz w:val="20"/>
        </w:rPr>
        <w:t>9:05  tayyar ho kar kay har jagah phail gaye aaj koi ghar koi</w:t>
      </w:r>
      <w:r>
        <w:br/>
      </w:r>
      <w:r>
        <w:rPr>
          <w:sz w:val="20"/>
        </w:rPr>
        <w:t>9:09  masjid koi library aisi nahi hai jahan quran maujood na ho har jagah maujood hai</w:t>
      </w:r>
      <w:r>
        <w:br/>
      </w:r>
      <w:r>
        <w:rPr>
          <w:sz w:val="20"/>
        </w:rPr>
        <w:t>9:20  lekin phir bhi aik sawal tha</w:t>
      </w:r>
      <w:r>
        <w:br/>
      </w:r>
      <w:r>
        <w:rPr>
          <w:sz w:val="20"/>
        </w:rPr>
        <w:t>9:23  woh tha jis ko main ne kaha ke toin aik hai quran ki tadween aik hai toin</w:t>
      </w:r>
      <w:r>
        <w:br/>
      </w:r>
      <w:r>
        <w:rPr>
          <w:sz w:val="20"/>
        </w:rPr>
        <w:t>9:31  yani quran aap jante hain ke utra tha najman najman yani</w:t>
      </w:r>
      <w:r>
        <w:br/>
      </w:r>
      <w:r>
        <w:rPr>
          <w:sz w:val="20"/>
        </w:rPr>
        <w:t>9:37  tukron ki surat mein</w:t>
      </w:r>
      <w:r>
        <w:br/>
      </w:r>
      <w:r>
        <w:rPr>
          <w:sz w:val="20"/>
        </w:rPr>
        <w:t>9:40  to un sab ko jama kiya rasool Allah sal Allah aleh wasalam ne aur is ka aik majmooa</w:t>
      </w:r>
      <w:r>
        <w:br/>
      </w:r>
      <w:r>
        <w:rPr>
          <w:sz w:val="20"/>
        </w:rPr>
        <w:t>9:45  banaya gaya phir woh likha jata raha</w:t>
      </w:r>
      <w:r>
        <w:br/>
      </w:r>
      <w:r>
        <w:rPr>
          <w:sz w:val="20"/>
        </w:rPr>
        <w:t>9:50  aur phir aakhir mein woh printing press ke zareeye chhap kar phaila yeh sab kaam ummat e muslema ne</w:t>
      </w:r>
      <w:r>
        <w:br/>
      </w:r>
      <w:r>
        <w:rPr>
          <w:sz w:val="20"/>
        </w:rPr>
        <w:t>9:57  kiya yani quran ki jo tadween hai is ka kaam poora ka poora ummat e muslema ne kiya lekin</w:t>
      </w:r>
      <w:r>
        <w:br/>
      </w:r>
      <w:r>
        <w:rPr>
          <w:sz w:val="20"/>
        </w:rPr>
        <w:t>10:06  tawin ka masla aur us ki ishaat ka masla jo tha woh musalman anjam na de sake agarche un ki hukumatain theen unhon ne saltanat qaim kiya to allah taala ne yeh kaam doosron se liya</w:t>
      </w:r>
    </w:p>
    <w:p>
      <w:pPr>
        <w:pStyle w:val="Heading2"/>
      </w:pPr>
      <w:r>
        <w:t>Meaning of Bismillah and Surah Fatiha as preface</w:t>
      </w:r>
    </w:p>
    <w:p>
      <w:r>
        <w:rPr>
          <w:color w:val="666666"/>
          <w:sz w:val="18"/>
        </w:rPr>
        <w:t>Quran The Book of God January 4, 2008 Maulana Wahiduddin Khan · 5m 28s · at 9:45 · https://youtu.be/8geIHuPSE8g?t=585</w:t>
      </w:r>
    </w:p>
    <w:p>
      <w:r>
        <w:rPr>
          <w:i/>
        </w:rPr>
        <w:t>“Iska matlab kya hai?”</w:t>
      </w:r>
    </w:p>
    <w:p>
      <w:r>
        <w:rPr>
          <w:sz w:val="20"/>
        </w:rPr>
        <w:t>9:45  is ka matlab kya hai?</w:t>
      </w:r>
      <w:r>
        <w:br/>
      </w:r>
      <w:r>
        <w:rPr>
          <w:sz w:val="20"/>
        </w:rPr>
        <w:t>9:49  mein shuru karta hoon allah ke naam se jo bara meherban, nihayat reham wala hai. yeh hai pehli surah ke shuru mein bhi aaya hai aur poore quran mein bhi aaya hai.</w:t>
      </w:r>
      <w:r>
        <w:br/>
      </w:r>
      <w:r>
        <w:rPr>
          <w:sz w:val="20"/>
        </w:rPr>
        <w:t>10:06  to jab bhi hum koi kaam shuru karte hain to hum yeh parhte hain is ko. koi bhi kaam, jaise khana khana hai ya aur safar karna hai, koi bhi kaam karna hai, to kaam shuru karne se pehle hum kehte hain bismillah hir rahman nir rahim.</w:t>
      </w:r>
      <w:r>
        <w:br/>
      </w:r>
      <w:r>
        <w:rPr>
          <w:sz w:val="20"/>
        </w:rPr>
        <w:t>10:23  is ka matlab kya hua? is ka matlab yeh hua ke hum yeh apne zehn mein ek yaad latay hain, yaad karte hain ke is dunya jo hai jis mein hum reh rahe hain, yeh ek aisay khuda ki banai hui hai jo rehamt wala hai.</w:t>
      </w:r>
      <w:r>
        <w:br/>
      </w:r>
      <w:r>
        <w:rPr>
          <w:sz w:val="20"/>
        </w:rPr>
        <w:t>10:40  rehamt wala hai, compassion wala hai. yani woh woh khuda hum se indifferent nahi hai. is ko hum se mohabbat hai.</w:t>
      </w:r>
      <w:r>
        <w:br/>
      </w:r>
      <w:r>
        <w:rPr>
          <w:sz w:val="20"/>
        </w:rPr>
        <w:t>10:51  hum se is ko compeshan ke darjay mein ta'alluq hai. is se yeh yaqeen aata hai ke hum insha'Allah jo kaam kar rahe hain, is mein hamein kamyabi hasil hogi.</w:t>
      </w:r>
      <w:r>
        <w:br/>
      </w:r>
      <w:r>
        <w:rPr>
          <w:sz w:val="20"/>
        </w:rPr>
        <w:t>11:05  to jab bhi koi kaam hum shuru karte hain to kehte hain bismillah-hir-rehman-nir-rahim. aur yeh aik bohat bara source of conviction hota hai.</w:t>
      </w:r>
      <w:r>
        <w:br/>
      </w:r>
      <w:r>
        <w:rPr>
          <w:sz w:val="20"/>
        </w:rPr>
        <w:t>11:16  kyunke aap jante hain ke dunya mein koi bhi kaam aap karein to aap khud yeh taqat nahi rakhte ke apne kaam ko pohncha sakein aakhir tak.</w:t>
      </w:r>
      <w:r>
        <w:br/>
      </w:r>
      <w:r>
        <w:rPr>
          <w:sz w:val="20"/>
        </w:rPr>
        <w:t>11:27  isi liye kaha gaya hai ke as-sayyu minni wal-itmamu min Allah. yaani shuru mein karunga lekin is ka mukammal karne wala Khuda hoga.</w:t>
      </w:r>
      <w:r>
        <w:br/>
      </w:r>
      <w:r>
        <w:rPr>
          <w:sz w:val="20"/>
        </w:rPr>
        <w:t>11:38  to woh Khuda jis ke hath mein sab taqatein hain, jo mukammal karne ki qudrat rakhta hai, us ke bare mein yeh tasawwur ke woh rahim hai, woh rehman hai, woh rehmat wala hai,</w:t>
      </w:r>
      <w:r>
        <w:br/>
      </w:r>
      <w:r>
        <w:rPr>
          <w:sz w:val="20"/>
        </w:rPr>
        <w:t>11:51  yeh hum ko aik yaqeen deta hai, aik conviction deta hai. to yeh aik bohat bari baat hai. phir dekhiye, Quran ki jo sab se pehli surah hai, woh hai Al-Fatiha.</w:t>
      </w:r>
      <w:r>
        <w:br/>
      </w:r>
      <w:r>
        <w:rPr>
          <w:sz w:val="20"/>
        </w:rPr>
        <w:t>12:07  Ulama yeh kehte hain ke Al-Fatiha mein, Al-Fatiha goya ke Quran ka dibacha hai, preface hai. jis tarah se kitaab mein, insani kitaab mein preface hota hai.</w:t>
      </w:r>
      <w:r>
        <w:br/>
      </w:r>
      <w:r>
        <w:rPr>
          <w:sz w:val="20"/>
        </w:rPr>
        <w:t>12:20  aur preface mein shuru ki baatein sab keh di jaati hain. woh aik aitbaar se goya khulasa hota hai woh. to surah Al-Fatiha jo hai, poore Quran ka khulasa hai.</w:t>
      </w:r>
      <w:r>
        <w:br/>
      </w:r>
      <w:r>
        <w:rPr>
          <w:sz w:val="20"/>
        </w:rPr>
        <w:t>12:33  is aitbaar se. ab aap dekhiye ke yeh surah kya hai? alhamdulillah-hir-rabbil-alameen, ar-rehman-nir-rahim, maliki-yawmid-din, iyyaka na'budu wa iyyaka nasta'in, ihdinas-sirat-al-mustaqim, sirat-alladhina an'amta 'alayhim,</w:t>
      </w:r>
      <w:r>
        <w:br/>
      </w:r>
      <w:r>
        <w:rPr>
          <w:sz w:val="20"/>
        </w:rPr>
        <w:t>12:53  ghayril-maghdubi 'alayhim wa lad-dallin. yeh choti si surah hai. is ka translation yeh hai ke sari tareef Allah ke liye hai jo sare alam ka rab hai.</w:t>
      </w:r>
      <w:r>
        <w:br/>
      </w:r>
      <w:r>
        <w:rPr>
          <w:sz w:val="20"/>
        </w:rPr>
        <w:t>13:12  lord of the universe hai. woh rehman hai aur rahim hai. rehmat wala hai aur mercy wala hai.</w:t>
      </w:r>
      <w:r>
        <w:br/>
      </w:r>
      <w:r>
        <w:rPr>
          <w:sz w:val="20"/>
        </w:rPr>
        <w:t>13:24  woh day of judgment ka malik hai. jo aik faisle ka din aane wala hai, us ka woh malik hai.</w:t>
      </w:r>
      <w:r>
        <w:br/>
      </w:r>
      <w:r>
        <w:rPr>
          <w:sz w:val="20"/>
        </w:rPr>
        <w:t>13:35  Ae Khuda!</w:t>
      </w:r>
      <w:r>
        <w:br/>
      </w:r>
      <w:r>
        <w:rPr>
          <w:sz w:val="20"/>
        </w:rPr>
        <w:t>13:37  hum teri hi ibadat karte hain aur tujh hi se madad chahte hain. hum ko rasta dikha, seedha rasta.</w:t>
      </w:r>
      <w:r>
        <w:br/>
      </w:r>
      <w:r>
        <w:rPr>
          <w:sz w:val="20"/>
        </w:rPr>
        <w:t>13:50  woh rasta jo tere in'aam paye hue bandon ka rasta hai. woh rasta nahi jo un ka rasta bana, jo bhatak gaye raste se ya jin par tera ghazab hua.</w:t>
      </w:r>
      <w:r>
        <w:br/>
      </w:r>
      <w:r>
        <w:rPr>
          <w:sz w:val="20"/>
        </w:rPr>
        <w:t>14:07  yeh goya pehli surah hai. yeh dua bhi hai aur is mein sari baat bhi aa jaati hai. is mein hum yeh jante hain, padh kar ke ke Khuda aik zinda Khuda hai.</w:t>
      </w:r>
      <w:r>
        <w:br/>
      </w:r>
      <w:r>
        <w:rPr>
          <w:sz w:val="20"/>
        </w:rPr>
        <w:t>14:22  is ka hum se ta'alluq hai. har waqt hamara is se contact hai. hum is se dua karte hain aur is ki taraf se jawab aata hai hamare paas.</w:t>
      </w:r>
      <w:r>
        <w:br/>
      </w:r>
      <w:r>
        <w:rPr>
          <w:sz w:val="20"/>
        </w:rPr>
        <w:t>14:36  isi ke raste par hamein chalna hai. bhatakne bhatakne wale raste par hamein nahi jana hai. yeh sari baatein is ke andar aa jaati hain. to yeh goya ke jin jazbat ke sath hamein Quran ko padhna chahiye, woh sab is mein aa gaya hai.</w:t>
      </w:r>
      <w:r>
        <w:br/>
      </w:r>
      <w:r>
        <w:rPr>
          <w:sz w:val="20"/>
        </w:rPr>
        <w:t>14:57  Ulama, ulama yeh kehte hain ke sare Quran mein jo baatein aayi hain, jo mazameen aaye hain, un ko teen head ke andar bayan kiya ja sakta hai.</w:t>
      </w:r>
    </w:p>
    <w:p>
      <w:pPr>
        <w:pStyle w:val="Heading2"/>
      </w:pPr>
      <w:r>
        <w:t>The model of managing controversies</w:t>
      </w:r>
    </w:p>
    <w:p>
      <w:r>
        <w:rPr>
          <w:color w:val="666666"/>
          <w:sz w:val="18"/>
        </w:rPr>
        <w:t>How to Manage Controversy 10 Nov 2019 - Maulana Wahiduddin Khan · 5m 56s · at 22:23 · https://youtu.be/UafTzJXHrSA?t=1343</w:t>
      </w:r>
    </w:p>
    <w:p>
      <w:r>
        <w:rPr>
          <w:i/>
        </w:rPr>
        <w:t>“ایک ماڈل ہے”</w:t>
      </w:r>
    </w:p>
    <w:p>
      <w:r>
        <w:rPr>
          <w:sz w:val="20"/>
        </w:rPr>
        <w:t>22:23  ek model hai. ke jab bhi koi controversy paida ho to us ko manage karo. us ko naza mat banao.</w:t>
      </w:r>
      <w:r>
        <w:br/>
      </w:r>
      <w:r>
        <w:rPr>
          <w:sz w:val="20"/>
        </w:rPr>
        <w:t>22:40  jab koi controversy paida ho. to us ko naza mat banao, us ko management ke tareeqe par wahin ka wahin khatm kar do.</w:t>
      </w:r>
      <w:r>
        <w:br/>
      </w:r>
      <w:r>
        <w:rPr>
          <w:sz w:val="20"/>
        </w:rPr>
        <w:t>22:58  management ka lafz bohat acha lafz hai.</w:t>
      </w:r>
      <w:r>
        <w:br/>
      </w:r>
      <w:r>
        <w:rPr>
          <w:sz w:val="20"/>
        </w:rPr>
        <w:t>23:05  management ka lafz bohat acha lafz hai. to controversy ki bajaye. controversal. takrao, takrao ke bajaye.</w:t>
      </w:r>
      <w:r>
        <w:br/>
      </w:r>
      <w:r>
        <w:rPr>
          <w:sz w:val="20"/>
        </w:rPr>
        <w:t>23:18  takrao ke bajaye. management ka tareeqa ikhtiyar kar ke wahin ka wahin khatm kar do. taake tumhare jo qadam barhe hain mission ke liye woh.</w:t>
      </w:r>
      <w:r>
        <w:br/>
      </w:r>
      <w:r>
        <w:rPr>
          <w:sz w:val="20"/>
        </w:rPr>
        <w:t>23:33  ek minute ke liye bhi deviate na hon.</w:t>
      </w:r>
      <w:r>
        <w:br/>
      </w:r>
      <w:r>
        <w:rPr>
          <w:sz w:val="20"/>
        </w:rPr>
        <w:t>23:42  to Hudaybiyah ka jo sabaq hai woh yahi hai. ke deviation se, de-relevant se, de-relevant.</w:t>
      </w:r>
      <w:r>
        <w:br/>
      </w:r>
      <w:r>
        <w:rPr>
          <w:sz w:val="20"/>
        </w:rPr>
        <w:t>23:55  de rileevant se aakhirat tak bachao apne aap ko.</w:t>
      </w:r>
      <w:r>
        <w:br/>
      </w:r>
      <w:r>
        <w:rPr>
          <w:sz w:val="20"/>
        </w:rPr>
        <w:t>24:05  kisi kisi haal mein, kisi haal mein.</w:t>
      </w:r>
      <w:r>
        <w:br/>
      </w:r>
      <w:r>
        <w:rPr>
          <w:sz w:val="20"/>
        </w:rPr>
        <w:t>24:13  de rileevant ka tareeqa ikhtiyar na karo. mein bataoon ke yeh de rileevant jo hai bohat acha lafz hai.</w:t>
      </w:r>
      <w:r>
        <w:br/>
      </w:r>
      <w:r>
        <w:rPr>
          <w:sz w:val="20"/>
        </w:rPr>
        <w:t>24:24  yeh bana hai. rail ki pattiyon se. aap jante hain ke rail ki pattiyan jo bichhai gai.</w:t>
      </w:r>
      <w:r>
        <w:br/>
      </w:r>
      <w:r>
        <w:rPr>
          <w:sz w:val="20"/>
        </w:rPr>
        <w:t>24:34  indya mein aur bahar. to jab gaari chalti hai.</w:t>
      </w:r>
      <w:r>
        <w:br/>
      </w:r>
      <w:r>
        <w:rPr>
          <w:sz w:val="20"/>
        </w:rPr>
        <w:t>24:43  to woh apni pattiyon pe chalti hai.</w:t>
      </w:r>
      <w:r>
        <w:br/>
      </w:r>
      <w:r>
        <w:rPr>
          <w:sz w:val="20"/>
        </w:rPr>
        <w:t>24:50  agar pattiyaan hat jayen to is ko kehte hain. ke gaari deril, deril ho gai. yaani pattiyaan hat gayin.</w:t>
      </w:r>
      <w:r>
        <w:br/>
      </w:r>
      <w:r>
        <w:rPr>
          <w:sz w:val="20"/>
        </w:rPr>
        <w:t>25:03  to gaari ko patti se na hatne dena, larr kar nahin. larr kar nahin, khud apne aap ko manage kar ke.</w:t>
      </w:r>
      <w:r>
        <w:br/>
      </w:r>
      <w:r>
        <w:rPr>
          <w:sz w:val="20"/>
        </w:rPr>
        <w:t>25:25  khud apne aap ko manage karo.</w:t>
      </w:r>
      <w:r>
        <w:br/>
      </w:r>
      <w:r>
        <w:rPr>
          <w:sz w:val="20"/>
        </w:rPr>
        <w:t>25:30  wala naz'uun ka jo lafz hai is ka tarjuma hoga hargiz.</w:t>
      </w:r>
      <w:r>
        <w:br/>
      </w:r>
      <w:r>
        <w:rPr>
          <w:sz w:val="20"/>
        </w:rPr>
        <w:t>25:38  hargiz aisa mat karo. yaani yeh.</w:t>
      </w:r>
      <w:r>
        <w:br/>
      </w:r>
      <w:r>
        <w:rPr>
          <w:sz w:val="20"/>
        </w:rPr>
        <w:t>25:50  sadah lafz nahin hai.</w:t>
      </w:r>
      <w:r>
        <w:br/>
      </w:r>
      <w:r>
        <w:rPr>
          <w:sz w:val="20"/>
        </w:rPr>
        <w:t>25:54  woh hargiz ke bare mein hai.</w:t>
      </w:r>
      <w:r>
        <w:br/>
      </w:r>
      <w:r>
        <w:rPr>
          <w:sz w:val="20"/>
        </w:rPr>
        <w:t>26:03  to mein samajhta hoon ke. aaj. musalmanon ko, sirf indya ke musalmanon ko nahin, misr ke musalmanon ko, kashmir ke musalmanon ko.</w:t>
      </w:r>
      <w:r>
        <w:br/>
      </w:r>
      <w:r>
        <w:rPr>
          <w:sz w:val="20"/>
        </w:rPr>
        <w:t>26:22  falasteen ke musalmanon ko, har jagah ke musalmanon ko. yeh. faisla karna chahiye.</w:t>
      </w:r>
      <w:r>
        <w:br/>
      </w:r>
      <w:r>
        <w:rPr>
          <w:sz w:val="20"/>
        </w:rPr>
        <w:t>26:34  ke hamara tareeqa kya hona chahiye. ke jab bhi koi naza paida ho to naza ko.</w:t>
      </w:r>
      <w:r>
        <w:br/>
      </w:r>
      <w:r>
        <w:rPr>
          <w:sz w:val="20"/>
        </w:rPr>
        <w:t>26:48  har. takrao na banne dein, balkeh.</w:t>
      </w:r>
      <w:r>
        <w:br/>
      </w:r>
      <w:r>
        <w:rPr>
          <w:sz w:val="20"/>
        </w:rPr>
        <w:t>26:57  balkeh. management ke tareeqe par chalte hue maamle ko wohin ka wohin.</w:t>
      </w:r>
      <w:r>
        <w:br/>
      </w:r>
      <w:r>
        <w:rPr>
          <w:sz w:val="20"/>
        </w:rPr>
        <w:t>27:08  khatm kar dein.</w:t>
      </w:r>
      <w:r>
        <w:br/>
      </w:r>
      <w:r>
        <w:rPr>
          <w:sz w:val="20"/>
        </w:rPr>
        <w:t>27:16  yeh jo michael hart ne, doctor michael hart ne jo kitaab likhi hai, da dead, to us mein unhon ne kaha hai.</w:t>
      </w:r>
      <w:r>
        <w:br/>
      </w:r>
      <w:r>
        <w:rPr>
          <w:sz w:val="20"/>
        </w:rPr>
        <w:t>27:28  ke Muhammad sallallahu alaihi wasallam. poori insani history ke. sab se zyada kamyab insan thay.</w:t>
      </w:r>
      <w:r>
        <w:br/>
      </w:r>
      <w:r>
        <w:rPr>
          <w:sz w:val="20"/>
        </w:rPr>
        <w:t>27:44  sab se zyada kamyab insan. to woh magar yeh nahin bata paye ke yeh kamyabi bhi aap ne kaise hasil ki.</w:t>
      </w:r>
      <w:r>
        <w:br/>
      </w:r>
      <w:r>
        <w:rPr>
          <w:sz w:val="20"/>
        </w:rPr>
        <w:t>27:59  woh kamyabi bhi hasil ki aap ne.</w:t>
      </w:r>
      <w:r>
        <w:br/>
      </w:r>
      <w:r>
        <w:rPr>
          <w:sz w:val="20"/>
        </w:rPr>
        <w:t>28:07  controversy ko khatm kiya. management ka tareeqa ikhtiyar kiya. yeh hai is sabaq. jo hum ko. hasil karna chahiye.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