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seerah · full transcripts with timestamps · exported 2026-09-22</w:t>
      </w:r>
    </w:p>
    <w:p>
      <w:pPr>
        <w:pStyle w:val="Heading2"/>
      </w:pPr>
      <w:r>
        <w:t>Caliphate abolition as accepting reality, need ijtihad</w:t>
      </w:r>
    </w:p>
    <w:p>
      <w:r>
        <w:rPr>
          <w:color w:val="666666"/>
          <w:sz w:val="18"/>
        </w:rPr>
        <w:t>The Art of Application | January 07, 2017 | Maulana Wahiduddin Khan · 5m 01s · at 11:53 · https://youtu.be/wb1bDtubwMU?t=713</w:t>
      </w:r>
    </w:p>
    <w:p>
      <w:r>
        <w:rPr>
          <w:i/>
        </w:rPr>
        <w:t>“Saare musalman gha-e-khilafat ka masla banae hue hain”</w:t>
      </w:r>
    </w:p>
    <w:p>
      <w:r>
        <w:rPr>
          <w:sz w:val="20"/>
        </w:rPr>
        <w:t>11:53  is ki main ek misaal deta hoon aap ko. saare musalman, saare musalman, saare musalman bohat zyada woh ilgha-e-khilafat ka masla banaye hue hain. ilgha-e-khilafat ka matlab tha, yaani khilafat ko khatam karna. to kamal ataturk ke bohat khilaf hain sab log. islam ko dushman samajhte hain is ko. ke is ne usmani khilafat ko ilgha kar</w:t>
      </w:r>
      <w:r>
        <w:br/>
      </w:r>
      <w:r>
        <w:rPr>
          <w:sz w:val="20"/>
        </w:rPr>
        <w:t>12:23  diya. yeh kya hai? yeh isi bekhabri ka nateeja hai. mere nazdeek ataturk ne khilafat ka ilgha nahi kiya. is ne apne zamane ke halaat ko accept kiya. yaani apne zamane ki reality ko accept kiya. kyun? yeh khilafat-e-turki jo thi, jin mulkon mein thi, woh Asia</w:t>
      </w:r>
      <w:r>
        <w:br/>
      </w:r>
      <w:r>
        <w:rPr>
          <w:sz w:val="20"/>
        </w:rPr>
        <w:t>12:53  mein phailay hue thay, Africa mein phailay hue thay. to muslim nahi thay woh. kuch arab thay musalman, baqi muslim nahi thay. to woh doosron ke liye woh daur ghulami tha. jin ke jo mulk khilafat-e-turki ke tehat thay, jin ko talwar ke zor par qabza kiya gaya tha, to un ke liye to woh daur ghulami tha. daur khilafat nahi tha un ke liye. ab jab naya zamana aaya, national state ka</w:t>
      </w:r>
      <w:r>
        <w:br/>
      </w:r>
      <w:r>
        <w:rPr>
          <w:sz w:val="20"/>
        </w:rPr>
        <w:t>13:23  concept phaila, nation state, ke har nation ko haq hai ke woh apni pasand ki hukumat banaye. to nation state ke zamane mein khilafat ka woh concept jo tha pehle, woh irrelevant ho gaya, irrelevant. zamane se irrelevant ho gaya. har jagah yeh log chahte thay ke, including arab, arab log bhi chahte thay ke hamari hukumat hamare paas ho. doosron ke paas ki</w:t>
      </w:r>
      <w:r>
        <w:br/>
      </w:r>
      <w:r>
        <w:rPr>
          <w:sz w:val="20"/>
        </w:rPr>
        <w:t>13:53  yun? yaani istanbul se koi aadmi kyun hum par rule kare? aap jante hain ke is zamane mein arabon mein bohat baray paimane par ek tehreek chali thi, jis ko kehte hain qoumiyat-e-arabiya, arab nationalism. yahi to thi. arab nationalism ya qoumiyat-e-arabiya, yahi to thi. ke hukumat hamare haath mein honi chahiye. istanbul se koi rule kare, us ko haq nahi hum par hukumat karne ka. to nation state ki wajah se</w:t>
      </w:r>
      <w:r>
        <w:br/>
      </w:r>
      <w:r>
        <w:rPr>
          <w:sz w:val="20"/>
        </w:rPr>
        <w:t>14:23  woh saare jo subject thay khilafat-e-turki ke, woh baghi ho chukay thay. baghi. to ataturk ne sirf yeh kiya ke he accepted the reality. khilafat ka ilgha nahi kiya is ne. he accepted the reality. ke woh zamana khatam ho gaya, jab ke kisi ek jagah baith kar ke ek emperor rule kare, woh zamana khatam ho gaya. is zaman</w:t>
      </w:r>
      <w:r>
        <w:br/>
      </w:r>
      <w:r>
        <w:rPr>
          <w:sz w:val="20"/>
        </w:rPr>
        <w:t>14:53  e mein bana tha khilafat ka concept. to ab kya hai? ab maan lo jo ho gaya, maan lo. jaise rasool Allah ne jo kaaba mein but thay, to maan liya us ko. kyunke un ki dhyan ho gaya opportunity par. to yeh saare musalmanon mein jo aaj kal stagnation aa gaya hai, stagnation, yaani intellectual stagnation, zamane ko samajhte nahi. old</w:t>
      </w:r>
      <w:r>
        <w:br/>
      </w:r>
      <w:r>
        <w:rPr>
          <w:sz w:val="20"/>
        </w:rPr>
        <w:t>15:23  model wohi jo bana rakha hai, madine wala, usi ko chahte hain ke usi ko phir se qaim karein, wohi hukumat ho. ek sahib ke mutalliq mujhe maloom hua, main un ko jaanta tha, main jaanta hoon un ko, lekin aaj kal mulaqat nahi hui. main ne suna ke unhon ne barson mutala kiya is baat ka ke rasool Allah ka kapra kya tha,</w:t>
      </w:r>
      <w:r>
        <w:br/>
      </w:r>
      <w:r>
        <w:rPr>
          <w:sz w:val="20"/>
        </w:rPr>
        <w:t>15:53  kaise chalte thay. mutala kar ke nikala unhon ne, is tarah ke chappar pehante thay, aisa asaa aap ke haath mein hota tha, aur aisa kapra hota tha, aisa imama, woh aise hi huliya bana liya apna. aur samajhte hain ke woh rasool Allah ki sunnat chal rahe hain. yeh harghiz harghiz sunnat-e-rasool nahi hai. aur saare ulama yahi kar rahe hain. saare ulama yahi kar rahe hain. waza-o-qata ko ya culture ko ya libas ko</w:t>
      </w:r>
      <w:r>
        <w:br/>
      </w:r>
      <w:r>
        <w:rPr>
          <w:sz w:val="20"/>
        </w:rPr>
        <w:t>16:24  samajh rakha unhon ne sunnat-e-rasool. isi ko khoob khoob waseeh dohratay hain. ooncha pajama, lamba kurta, yeh kya hai? is ko samajhte hain sunnat-e-rasool. harghiz harghiz sunnat-e-rasool nahi hai. yeh to culture hai. yeh to culture hai. sunnat-e-rasool zyada bari bari baatein hain. jaise main ne arz kiya ke aap ke zamane mein jo kaaba tha, woh kaaba ibrahimi, kaaba mushkil ban chuka tha.</w:t>
      </w:r>
    </w:p>
    <w:p>
      <w:pPr>
        <w:pStyle w:val="Heading2"/>
      </w:pPr>
      <w:r>
        <w:t>Full argument: Antarctic melt as science and as divine alarm</w:t>
      </w:r>
    </w:p>
    <w:p>
      <w:r>
        <w:rPr>
          <w:color w:val="666666"/>
          <w:sz w:val="18"/>
        </w:rPr>
        <w:t>Global Warming Divine Warning October 7, 2009 Maulana Wahiduddin Khan · 5m 41s · at 0:51 · https://youtu.be/BaTfAGzuUdc?t=51</w:t>
      </w:r>
    </w:p>
    <w:p>
      <w:r>
        <w:rPr>
          <w:i/>
        </w:rPr>
        <w:t>“A group of scientists from USA have published”</w:t>
      </w:r>
    </w:p>
    <w:p>
      <w:r>
        <w:rPr>
          <w:sz w:val="20"/>
        </w:rPr>
        <w:t>0:51  a group of scientists from USA</w:t>
      </w:r>
      <w:r>
        <w:br/>
      </w:r>
      <w:r>
        <w:rPr>
          <w:sz w:val="20"/>
        </w:rPr>
        <w:t>0:58  have published a joint article in the</w:t>
      </w:r>
      <w:r>
        <w:br/>
      </w:r>
      <w:r>
        <w:rPr>
          <w:sz w:val="20"/>
        </w:rPr>
        <w:t>1:06  science journal of USA. So they have given a very alarming news.</w:t>
      </w:r>
      <w:r>
        <w:br/>
      </w:r>
      <w:r>
        <w:rPr>
          <w:sz w:val="20"/>
        </w:rPr>
        <w:t>1:20  publish in today paper with this caption that Antarctic ice cap about to collapse</w:t>
      </w:r>
      <w:r>
        <w:br/>
      </w:r>
      <w:r>
        <w:rPr>
          <w:sz w:val="20"/>
        </w:rPr>
        <w:t>1:38  is very dangerous news. You know, Antarctic is a ice cap</w:t>
      </w:r>
      <w:r>
        <w:br/>
      </w:r>
      <w:r>
        <w:rPr>
          <w:sz w:val="20"/>
        </w:rPr>
        <w:t>1:47  . It covers more than 900 thum miles, that is nine lake. So this ice cap, this huge ice cap,</w:t>
      </w:r>
      <w:r>
        <w:br/>
      </w:r>
      <w:r>
        <w:rPr>
          <w:sz w:val="20"/>
        </w:rPr>
        <w:t>2:02  was a very important factor in term of balance.</w:t>
      </w:r>
      <w:r>
        <w:br/>
      </w:r>
      <w:r>
        <w:rPr>
          <w:sz w:val="20"/>
        </w:rPr>
        <w:t>2:13  now, of this ice cap clips</w:t>
      </w:r>
      <w:r>
        <w:br/>
      </w:r>
      <w:r>
        <w:rPr>
          <w:sz w:val="20"/>
        </w:rPr>
        <w:t>2:20  and going to the ocean,</w:t>
      </w:r>
      <w:r>
        <w:br/>
      </w:r>
      <w:r>
        <w:rPr>
          <w:sz w:val="20"/>
        </w:rPr>
        <w:t>2:25  then they have predicted that</w:t>
      </w:r>
      <w:r>
        <w:br/>
      </w:r>
      <w:r>
        <w:rPr>
          <w:sz w:val="20"/>
        </w:rPr>
        <w:t>2:29  the water level in the sea</w:t>
      </w:r>
      <w:r>
        <w:br/>
      </w:r>
      <w:r>
        <w:rPr>
          <w:sz w:val="20"/>
        </w:rPr>
        <w:t>2:35  will rise up to</w:t>
      </w:r>
      <w:r>
        <w:br/>
      </w:r>
      <w:r>
        <w:rPr>
          <w:sz w:val="20"/>
        </w:rPr>
        <w:t>2:39  more than 20 feet.</w:t>
      </w:r>
      <w:r>
        <w:br/>
      </w:r>
      <w:r>
        <w:rPr>
          <w:sz w:val="20"/>
        </w:rPr>
        <w:t>2:44  and so many cities like New York and Washington will be damaged.</w:t>
      </w:r>
      <w:r>
        <w:br/>
      </w:r>
      <w:r>
        <w:rPr>
          <w:sz w:val="20"/>
        </w:rPr>
        <w:t>2:55  and most alarming aspect of this collapse is that the earth rotation will be change.</w:t>
      </w:r>
      <w:r>
        <w:br/>
      </w:r>
      <w:r>
        <w:rPr>
          <w:sz w:val="20"/>
        </w:rPr>
        <w:t>3:10  earth rotation would be change. It means there are so many news</w:t>
      </w:r>
      <w:r>
        <w:br/>
      </w:r>
      <w:r>
        <w:rPr>
          <w:sz w:val="20"/>
        </w:rPr>
        <w:t>3:22  every day. Perhaps you know, perhaps you see and listen in the media almost every day. This news tell us a very dangerous story that life support system is in danger.</w:t>
      </w:r>
      <w:r>
        <w:br/>
      </w:r>
      <w:r>
        <w:rPr>
          <w:sz w:val="20"/>
        </w:rPr>
        <w:t>3:43  our earth is a very special kind of planet, only one in the whole universe.</w:t>
      </w:r>
      <w:r>
        <w:br/>
      </w:r>
      <w:r>
        <w:rPr>
          <w:sz w:val="20"/>
        </w:rPr>
        <w:t>3:52  in this earth, we have a very favorable life support system. We have two other planet like this in the whole universe.</w:t>
      </w:r>
      <w:r>
        <w:br/>
      </w:r>
      <w:r>
        <w:rPr>
          <w:sz w:val="20"/>
        </w:rPr>
        <w:t>4:06  So here we find a very favorable kind of life support system. So this life support system is in danger.</w:t>
      </w:r>
      <w:r>
        <w:br/>
      </w:r>
      <w:r>
        <w:rPr>
          <w:sz w:val="20"/>
        </w:rPr>
        <w:t>4:19  in danger.</w:t>
      </w:r>
      <w:r>
        <w:br/>
      </w:r>
      <w:r>
        <w:rPr>
          <w:sz w:val="20"/>
        </w:rPr>
        <w:t>4:22  das scientist and other people take it as a ecological change.</w:t>
      </w:r>
      <w:r>
        <w:br/>
      </w:r>
      <w:r>
        <w:rPr>
          <w:sz w:val="20"/>
        </w:rPr>
        <w:t>4:32  ecological change, but it is more than that.</w:t>
      </w:r>
      <w:r>
        <w:br/>
      </w:r>
      <w:r>
        <w:rPr>
          <w:sz w:val="20"/>
        </w:rPr>
        <w:t>4:38  this change is not simply and a ecological change. it is a divine alarm, divine warning.</w:t>
      </w:r>
      <w:r>
        <w:br/>
      </w:r>
      <w:r>
        <w:rPr>
          <w:sz w:val="20"/>
        </w:rPr>
        <w:t>4:52  about what? this</w:t>
      </w:r>
      <w:r>
        <w:br/>
      </w:r>
      <w:r>
        <w:rPr>
          <w:sz w:val="20"/>
        </w:rPr>
        <w:t>5:00  changes tell us that the test period is now over. you know what happens in the examination hall?</w:t>
      </w:r>
      <w:r>
        <w:br/>
      </w:r>
      <w:r>
        <w:rPr>
          <w:sz w:val="20"/>
        </w:rPr>
        <w:t>5:14  in the examination, in the examination hall, you know, when the time, fixed time, is</w:t>
      </w:r>
      <w:r>
        <w:br/>
      </w:r>
      <w:r>
        <w:rPr>
          <w:sz w:val="20"/>
        </w:rPr>
        <w:t>5:24  completed. so they announce that stop writing.</w:t>
      </w:r>
      <w:r>
        <w:br/>
      </w:r>
      <w:r>
        <w:rPr>
          <w:sz w:val="20"/>
        </w:rPr>
        <w:t>5:32  the time is over.</w:t>
      </w:r>
      <w:r>
        <w:br/>
      </w:r>
      <w:r>
        <w:rPr>
          <w:sz w:val="20"/>
        </w:rPr>
        <w:t>5:37  so is the case of this globe where we live.</w:t>
      </w:r>
      <w:r>
        <w:br/>
      </w:r>
      <w:r>
        <w:rPr>
          <w:sz w:val="20"/>
        </w:rPr>
        <w:t>5:46  god almighty created this earth</w:t>
      </w:r>
      <w:r>
        <w:br/>
      </w:r>
      <w:r>
        <w:rPr>
          <w:sz w:val="20"/>
        </w:rPr>
        <w:t>5:54  as a</w:t>
      </w:r>
      <w:r>
        <w:br/>
      </w:r>
      <w:r>
        <w:rPr>
          <w:sz w:val="20"/>
        </w:rPr>
        <w:t>5:59  testing place, and time was fixed from the out set</w:t>
      </w:r>
      <w:r>
        <w:br/>
      </w:r>
      <w:r>
        <w:rPr>
          <w:sz w:val="20"/>
        </w:rPr>
        <w:t>6:09  . now, all these signs indicate that</w:t>
      </w:r>
      <w:r>
        <w:br/>
      </w:r>
      <w:r>
        <w:rPr>
          <w:sz w:val="20"/>
        </w:rPr>
        <w:t>6:17  that period that was fixed by god is now reach to the final stage.</w:t>
      </w:r>
      <w:r>
        <w:br/>
      </w:r>
      <w:r>
        <w:rPr>
          <w:sz w:val="20"/>
        </w:rPr>
        <w:t>6:28  so the time is over.</w:t>
      </w:r>
    </w:p>
    <w:p>
      <w:pPr>
        <w:pStyle w:val="Heading2"/>
      </w:pPr>
      <w:r>
        <w:t>From individual prophets to two teams: Companions and Brothers of the Prophet</w:t>
      </w:r>
    </w:p>
    <w:p>
      <w:r>
        <w:rPr>
          <w:color w:val="666666"/>
          <w:sz w:val="18"/>
        </w:rPr>
        <w:t>Role Of Ikhwan-e-Rasool 2 April 2011 · 4m 20s · at 1:24 · https://youtu.be/I9Tc1YwhAkA?t=84</w:t>
      </w:r>
    </w:p>
    <w:p>
      <w:r>
        <w:rPr>
          <w:i/>
        </w:rPr>
        <w:t>“Allah ta'ala ne jab insaan ko paida kiya aur zameen par settle kiya”</w:t>
      </w:r>
    </w:p>
    <w:p>
      <w:r>
        <w:rPr>
          <w:sz w:val="20"/>
        </w:rPr>
        <w:t>1:24  aap jante hain ke Allah taala ne jab insaan ko paida kiya aur zameen par is ko settle kiya to barabar peghambar bhejey.</w:t>
      </w:r>
      <w:r>
        <w:br/>
      </w:r>
      <w:r>
        <w:rPr>
          <w:sz w:val="20"/>
        </w:rPr>
        <w:t>1:40  thumma arsalna rusulana tatra. kis liye?</w:t>
      </w:r>
      <w:r>
        <w:br/>
      </w:r>
      <w:r>
        <w:rPr>
          <w:sz w:val="20"/>
        </w:rPr>
        <w:t>1:48  quran o hadith ke mutale'ey se maloom hota hai ke khaas maqsad jo tha is ka yeh tha ke insaan ki naslon ko, tamam insanon ko jo zameen par paida ho kar abad hue,</w:t>
      </w:r>
      <w:r>
        <w:br/>
      </w:r>
      <w:r>
        <w:rPr>
          <w:sz w:val="20"/>
        </w:rPr>
        <w:t>2:05  un ko creation plan of god se aagah karna. aur un ko jannat ka rasta dikhana.</w:t>
      </w:r>
      <w:r>
        <w:br/>
      </w:r>
      <w:r>
        <w:rPr>
          <w:sz w:val="20"/>
        </w:rPr>
        <w:t>2:18  bas yahi maqsad tha khaas peghambar ke, ba'sat ka. kyunke Allah taala ne insaan ko paida kiya, is ko zameen jaisi muwafiq jagah di,</w:t>
      </w:r>
      <w:r>
        <w:br/>
      </w:r>
      <w:r>
        <w:rPr>
          <w:sz w:val="20"/>
        </w:rPr>
        <w:t>2:33  life support system diya, beshumar cheezein deen jinka woh zaroorat mand tha.</w:t>
      </w:r>
      <w:r>
        <w:br/>
      </w:r>
      <w:r>
        <w:rPr>
          <w:sz w:val="20"/>
        </w:rPr>
        <w:t>2:45  lekin hidayat jo thi woh kisi ki peshani par likhi hui nahi thi.</w:t>
      </w:r>
      <w:r>
        <w:br/>
      </w:r>
      <w:r>
        <w:rPr>
          <w:sz w:val="20"/>
        </w:rPr>
        <w:t>2:53  na kisi himalaya pahaad par likhi hui thi. to hidayat ka intezam Allah taala ne peghambaron ke zariye se kiya.</w:t>
      </w:r>
      <w:r>
        <w:br/>
      </w:r>
      <w:r>
        <w:rPr>
          <w:sz w:val="20"/>
        </w:rPr>
        <w:t>3:06  yaani Hazrat Adam se le kar Rasool Allah Salallaho Alaihe Wasallam tak barabar peghambar aate rahe.</w:t>
      </w:r>
      <w:r>
        <w:br/>
      </w:r>
      <w:r>
        <w:rPr>
          <w:sz w:val="20"/>
        </w:rPr>
        <w:t>3:13  lekin jo tareekh hai woh batati hai, quran ke mutabiq, ke hazaron saal tak dawat ka kaam sirf individual level par hota raha.</w:t>
      </w:r>
      <w:r>
        <w:br/>
      </w:r>
      <w:r>
        <w:rPr>
          <w:sz w:val="20"/>
        </w:rPr>
        <w:t>3:29  yaani peghambaron ki hesiyat fard ki rahi, fard, individual ki.</w:t>
      </w:r>
      <w:r>
        <w:br/>
      </w:r>
      <w:r>
        <w:rPr>
          <w:sz w:val="20"/>
        </w:rPr>
        <w:t>3:36  koi team nahi bani.</w:t>
      </w:r>
      <w:r>
        <w:br/>
      </w:r>
      <w:r>
        <w:rPr>
          <w:sz w:val="20"/>
        </w:rPr>
        <w:t>3:39  ashaab ka lafz jo hai ashaab-e-Muhammad ke sath istemal hua hai. is se pehle ashaab-e-Nuh, ashaab-e-Ibrahim, ashaab-e-Musa jaise alfaaz nahi hain.</w:t>
      </w:r>
      <w:r>
        <w:br/>
      </w:r>
      <w:r>
        <w:rPr>
          <w:sz w:val="20"/>
        </w:rPr>
        <w:t>3:55  agarche Hazrat Musa aur Hazrat Isa ke sath kuch afraad they lekin woh team ki soorat mein nahi ban sake woh.</w:t>
      </w:r>
      <w:r>
        <w:br/>
      </w:r>
      <w:r>
        <w:rPr>
          <w:sz w:val="20"/>
        </w:rPr>
        <w:t>4:07  ashaab se murad hai team.</w:t>
      </w:r>
      <w:r>
        <w:br/>
      </w:r>
      <w:r>
        <w:rPr>
          <w:sz w:val="20"/>
        </w:rPr>
        <w:t>4:13  to Hazrat Musa ke sath ek bheed thi Bani Israel ki jo</w:t>
      </w:r>
      <w:r>
        <w:br/>
      </w:r>
      <w:r>
        <w:rPr>
          <w:sz w:val="20"/>
        </w:rPr>
        <w:t>4:20  zawaal yafta log they. un ka degeneration ho chuka tha. to un ka haal yeh tha ke unhone kaha ke iza banta wa rabbaka faqatil innaha huna qaidun.</w:t>
      </w:r>
      <w:r>
        <w:br/>
      </w:r>
      <w:r>
        <w:rPr>
          <w:sz w:val="20"/>
        </w:rPr>
        <w:t>4:33  to Hazrat Musa ko jo kaam karna pada woh apne bhai Haroon ke sath kaam karna pada. woh bhi goya ke individual level par tha.</w:t>
      </w:r>
      <w:r>
        <w:br/>
      </w:r>
      <w:r>
        <w:rPr>
          <w:sz w:val="20"/>
        </w:rPr>
        <w:t>4:43  isi tarah tamam anbiya ka muamla hai. unhone bohat zabardast kaam kiya dawat ka, mo'jize dikhaye.</w:t>
      </w:r>
      <w:r>
        <w:br/>
      </w:r>
      <w:r>
        <w:rPr>
          <w:sz w:val="20"/>
        </w:rPr>
        <w:t>4:54  lekin 'amalan un ka kaam tha fard ki satah par. individual level par.</w:t>
      </w:r>
      <w:r>
        <w:br/>
      </w:r>
      <w:r>
        <w:rPr>
          <w:sz w:val="20"/>
        </w:rPr>
        <w:t>5:04  ek group bana kar ke, team bana kar ke jo kaam hai woh sirf Rasool Allah Salallaho Alaihe Wasallam ke zamane mein hua.</w:t>
      </w:r>
      <w:r>
        <w:br/>
      </w:r>
      <w:r>
        <w:rPr>
          <w:sz w:val="20"/>
        </w:rPr>
        <w:t>5:10  un ko kaha jata hai ashaab-e-Muhammad. unhi ke liye aaya hai lafz khair-ul-ummah.</w:t>
      </w:r>
      <w:r>
        <w:br/>
      </w:r>
      <w:r>
        <w:rPr>
          <w:sz w:val="20"/>
        </w:rPr>
        <w:t>5:18  to hadith mein aata hai ke baad ke zamane mein dobara ek team banegi. is team ke liye ikhwan-e-Rasul ka lafz aaya hai hadith mein.</w:t>
      </w:r>
      <w:r>
        <w:br/>
      </w:r>
      <w:r>
        <w:rPr>
          <w:sz w:val="20"/>
        </w:rPr>
        <w:t>5:29  yani ashaab-e-Muhammad ke ma'ni hain Companions of the Prophet. aur Ikhwan-e-Rasul ke ma'ni hain Brothers of the Prophet.</w:t>
      </w:r>
    </w:p>
    <w:p>
      <w:pPr>
        <w:pStyle w:val="Heading2"/>
      </w:pPr>
      <w:r>
        <w:t>Prophets' miracles tailored to each era's criterion</w:t>
      </w:r>
    </w:p>
    <w:p>
      <w:r>
        <w:rPr>
          <w:color w:val="666666"/>
          <w:sz w:val="18"/>
        </w:rPr>
        <w:t>Prophetic Mission (In Conversation with Maulana) 23 04 07 · 5m 49s · at 0:10 · https://youtu.be/6WUoL2VK1ZE?t=10</w:t>
      </w:r>
    </w:p>
    <w:p>
      <w:r>
        <w:rPr>
          <w:i/>
        </w:rPr>
        <w:t>“Dekhiye, maine apne is mein kaha tha”</w:t>
      </w:r>
    </w:p>
    <w:p>
      <w:r>
        <w:rPr>
          <w:sz w:val="20"/>
        </w:rPr>
        <w:t>0:10  dekhen, maine apne is mein kaha tha ke is zamane mein yeh mumkin ho gaya hai ke hum insaan ke accepted intellectual base par apni baat sabit kar saken.</w:t>
      </w:r>
      <w:r>
        <w:br/>
      </w:r>
      <w:r>
        <w:rPr>
          <w:sz w:val="20"/>
        </w:rPr>
        <w:t>0:23  asal mein dekhen, yeh hai ke bukhari aur muslim do bohat hi authentic book ban jaati hain islam mein.</w:t>
      </w:r>
      <w:r>
        <w:br/>
      </w:r>
      <w:r>
        <w:rPr>
          <w:sz w:val="20"/>
        </w:rPr>
        <w:t>0:32  inko kehte hain sahihain, inko sahihain bola jaata hai. to sahihain mein ek aayi hai hadith, dono mein.</w:t>
      </w:r>
      <w:r>
        <w:br/>
      </w:r>
      <w:r>
        <w:rPr>
          <w:sz w:val="20"/>
        </w:rPr>
        <w:t>0:44  is mein rasool Allah ne farmaya ke har nabii ko us ke zamane ke hisab se koi moajza diya jaata tha.</w:t>
      </w:r>
      <w:r>
        <w:br/>
      </w:r>
      <w:r>
        <w:rPr>
          <w:sz w:val="20"/>
        </w:rPr>
        <w:t>0:54  moajza means aisi cheez jo aadmi ko manne par majboor kar de, yaani compulsive acknowledgement.</w:t>
      </w:r>
      <w:r>
        <w:br/>
      </w:r>
      <w:r>
        <w:rPr>
          <w:sz w:val="20"/>
        </w:rPr>
        <w:t>1:08  moajza ka matlab hota hai ke compulsively jab aadmi acknowledge kare to woh hota hai moajza. to rasool Allah ne kaha ke har paighambar ko, har prophet ko aisi cheez di gayi jo us ke contemporary log jo the,</w:t>
      </w:r>
      <w:r>
        <w:br/>
      </w:r>
      <w:r>
        <w:rPr>
          <w:sz w:val="20"/>
        </w:rPr>
        <w:t>1:27  us ko manne par majboor ho.</w:t>
      </w:r>
      <w:r>
        <w:br/>
      </w:r>
      <w:r>
        <w:rPr>
          <w:sz w:val="20"/>
        </w:rPr>
        <w:t>1:33  to is ka aap example dekhiye, Hazrat Musa ke zamane mein magician hua karte the. magician, yaani magic ko bohat badi cheez mante the Egypt ke log is zamane mein.</w:t>
      </w:r>
      <w:r>
        <w:br/>
      </w:r>
      <w:r>
        <w:rPr>
          <w:sz w:val="20"/>
        </w:rPr>
        <w:t>1:49  to Hazrat Musa ko ek aisi cheez di gayi jo magic ke term mein bohat badi thi. yaani aap koi dekh, aap ka jo woh tha, kya kehte hain?</w:t>
      </w:r>
      <w:r>
        <w:br/>
      </w:r>
      <w:r>
        <w:rPr>
          <w:sz w:val="20"/>
        </w:rPr>
        <w:t>2:02  staff kehte hain, kya kehte hain is ko</w:t>
      </w:r>
      <w:r>
        <w:br/>
      </w:r>
      <w:r>
        <w:rPr>
          <w:sz w:val="20"/>
        </w:rPr>
        <w:t>2:04  ? staff hain, staff hi hai, hain staff, staff. to woh jab daalte the zameen par to woh bohat bada un woh ban jaata tha, saanp.</w:t>
      </w:r>
      <w:r>
        <w:br/>
      </w:r>
      <w:r>
        <w:rPr>
          <w:sz w:val="20"/>
        </w:rPr>
        <w:t>2:17  ab is ke aage un ke jo aur jo magician wahan the, un ke sab jo hai chote pad jaate the. to is zamane mein jo trend tha ke magic badi cheez hai, to un ko isi waise hi diya gaya moajza.</w:t>
      </w:r>
      <w:r>
        <w:br/>
      </w:r>
      <w:r>
        <w:rPr>
          <w:sz w:val="20"/>
        </w:rPr>
        <w:t>2:35  Christ ko dekhiye, Jesus Christ ko. Jesus Christ ke zamane mein woh tha bohat zyada un mein jo doctoron ka zor tha, ji</w:t>
      </w:r>
      <w:r>
        <w:br/>
      </w:r>
      <w:r>
        <w:rPr>
          <w:sz w:val="20"/>
        </w:rPr>
        <w:t>2:47  ji haan, ke log acha karte the. woh to un ko diya gaya ke woh woh woh acha karte the, yaani dawa ke taur par yeh chhod diya, tab bhi acha ho gaya.</w:t>
      </w:r>
      <w:r>
        <w:br/>
      </w:r>
      <w:r>
        <w:rPr>
          <w:sz w:val="20"/>
        </w:rPr>
        <w:t>3:05  to is wahan aap ka jo tha, un se oopar ho gaya. isi sense mein maine kaha ke is zamane mein jo criterion hai, us ko English mein kahenge criterion.</w:t>
      </w:r>
      <w:r>
        <w:br/>
      </w:r>
      <w:r>
        <w:rPr>
          <w:sz w:val="20"/>
        </w:rPr>
        <w:t>3:19  yaani har zamane ka jo criterion hua karta tha, us criterion ke hisab se prophet ko aisi cheez di gayi jo us ki supremacy ko establish kar sake.</w:t>
      </w:r>
      <w:r>
        <w:br/>
      </w:r>
      <w:r>
        <w:rPr>
          <w:sz w:val="20"/>
        </w:rPr>
        <w:t>3:29  is zamane ka jo criterion hai, woh hai scientific criterion. yaani scientific level par kisi baat ko aap ka proof de dein, aap to woh sab se badi cheez maani jaati hai.</w:t>
      </w:r>
      <w:r>
        <w:br/>
      </w:r>
      <w:r>
        <w:rPr>
          <w:sz w:val="20"/>
        </w:rPr>
        <w:t>3:43  to wahan par magic criterion tha aur wahan par different zamane mein alag alag criterion the. aaj jo hai science ka criterion hai, scientific criterion.</w:t>
      </w:r>
      <w:r>
        <w:br/>
      </w:r>
      <w:r>
        <w:rPr>
          <w:sz w:val="20"/>
        </w:rPr>
        <w:t>3:57  to jab shuru mein jab science ki agencies aayin saamne, science ki discoveries, to logon ne samjha ke science ne mazhab ko disprove kar diya hai,</w:t>
      </w:r>
      <w:r>
        <w:br/>
      </w:r>
      <w:r>
        <w:rPr>
          <w:sz w:val="20"/>
        </w:rPr>
        <w:t>4:08  mazhab ko disprove kar diya hai. isi par maine woh kitab bhi likhi thi, ghaliban jo ghaliban woh pehli kitab thi, God Arises.</w:t>
      </w:r>
      <w:r>
        <w:br/>
      </w:r>
      <w:r>
        <w:rPr>
          <w:sz w:val="20"/>
        </w:rPr>
        <w:t>4:19  God ka concept hi yahi tha ke us waqt jab ke log yeh keh rahe hain ke science ne disprove kar diya hai, Khuda uth kar ke us ko khatm kar deta hai.</w:t>
      </w:r>
      <w:r>
        <w:br/>
      </w:r>
      <w:r>
        <w:rPr>
          <w:sz w:val="20"/>
        </w:rPr>
        <w:t>4:29  jaise ke Hazrat Musa ka asaa aaya to woh saare un ke magic khatm ho gaye. woh to yahi concept tha, us ko us ka naam rakha tha hum ne God Arises.</w:t>
      </w:r>
      <w:r>
        <w:br/>
      </w:r>
      <w:r>
        <w:rPr>
          <w:sz w:val="20"/>
        </w:rPr>
        <w:t>4:40  aur God Arises jo tha, naam bilkul yeh mujhe mein keh sakta hoon ke phir reveal hua tha mujhe, kyunke us ki date bhi mujhe pata hai. main Nadwa, Lucknow mein Nadwa ki majlis mein tha, ghaliban zuhr ka waqt tha, aur wahan par baitha hua tha,</w:t>
      </w:r>
      <w:r>
        <w:br/>
      </w:r>
      <w:r>
        <w:rPr>
          <w:sz w:val="20"/>
        </w:rPr>
        <w:t>4:57  yaani namaz se kuch pehle. achaanak mere mind mein yeh aaya, God Arises. yeh bohat pehle ki baat hai, ghaliban 65 ki baat hai, yeh 64 ki baat hai.</w:t>
      </w:r>
      <w:r>
        <w:br/>
      </w:r>
      <w:r>
        <w:rPr>
          <w:sz w:val="20"/>
        </w:rPr>
        <w:t>5:11  to yeh yeh title jo hai, main samajhta hoon ke yeh reveal title hai. Is waqt concept yahi hai, yeh liya gaya tha.</w:t>
      </w:r>
      <w:r>
        <w:br/>
      </w:r>
      <w:r>
        <w:rPr>
          <w:sz w:val="20"/>
        </w:rPr>
        <w:t>5:19  Is ka expression jo hai, biblical expression hai, yeh is mein hai ke let God arise, let his enemies be scattered. To is waqt jo concept tha, woh yeh tha ke log yeh keh rahe hain ke science ki discoveries ne religion ko aur Khuda ko disprove kar diya hai.</w:t>
      </w:r>
      <w:r>
        <w:br/>
      </w:r>
      <w:r>
        <w:rPr>
          <w:sz w:val="20"/>
        </w:rPr>
        <w:t>5:37  To is mein tha ke yeh galat hai, reaffirm kiya hai ke science ki discoveries ne Khuda ke belief ko reaffirm kiya hai.</w:t>
      </w:r>
      <w:r>
        <w:br/>
      </w:r>
      <w:r>
        <w:rPr>
          <w:sz w:val="20"/>
        </w:rPr>
        <w:t>5:47  Phir se ek scientific jo base hai, scientific jo criterion hai, isi criterion par Khuda ko aur religious truth ko phir se prove kar diya hai.</w:t>
      </w:r>
    </w:p>
    <w:p>
      <w:pPr>
        <w:pStyle w:val="Heading2"/>
      </w:pPr>
      <w:r>
        <w:t>Laylat al-Qadr and need for prepared mind</w:t>
      </w:r>
    </w:p>
    <w:p>
      <w:r>
        <w:rPr>
          <w:color w:val="666666"/>
          <w:sz w:val="18"/>
        </w:rPr>
        <w:t>The End of Human History 12 August 2012 - Maulana Wahiduddin Khan · 6m 05s · at 37:49 · https://youtu.be/sH9tW0YQwT8?t=2269</w:t>
      </w:r>
    </w:p>
    <w:p>
      <w:r>
        <w:rPr>
          <w:i/>
        </w:rPr>
        <w:t>“Ek baat mein Laylat al-Qadr ke baare mein kehna chahta hoon.”</w:t>
      </w:r>
    </w:p>
    <w:p>
      <w:r>
        <w:rPr>
          <w:sz w:val="20"/>
        </w:rPr>
        <w:t>37:49  ek baat mein lailatul qadr ke bare mein kehna chahta hoon.</w:t>
      </w:r>
      <w:r>
        <w:br/>
      </w:r>
      <w:r>
        <w:rPr>
          <w:sz w:val="20"/>
        </w:rPr>
        <w:t>37:55  laylatul qadr aati hai ramzan ke aakhri kisi tareekh mein</w:t>
      </w:r>
      <w:r>
        <w:br/>
      </w:r>
      <w:r>
        <w:rPr>
          <w:sz w:val="20"/>
        </w:rPr>
        <w:t>38:05  to hazrat aisha ne rasool allah se poocha: "agar main laylatul qadr ko paoon to main kya karoon?</w:t>
      </w:r>
      <w:r>
        <w:br/>
      </w:r>
      <w:r>
        <w:rPr>
          <w:sz w:val="20"/>
        </w:rPr>
        <w:t>38:14  kya kahoon?" to aap ne un ko ek dua batai. woh dua yeh thi: "allahumma anta afuwwun tuhibbul afwa faf'avni" aye allah!</w:t>
      </w:r>
      <w:r>
        <w:br/>
      </w:r>
      <w:r>
        <w:rPr>
          <w:sz w:val="20"/>
        </w:rPr>
        <w:t>38:31  to maaf karne wala hai, to maafi ko pasand karta hai, to mujhe maaf kar de. bas yahi ek dua batai aap ne.</w:t>
      </w:r>
      <w:r>
        <w:br/>
      </w:r>
      <w:r>
        <w:rPr>
          <w:sz w:val="20"/>
        </w:rPr>
        <w:t>38:40  is par main ghaur sochta raha, aaj sochta raha, is ka matlab kya hai? dekhen, maafi mangne ka matlab kya hai? apne ko aakhirat tak malis kar dena aur khuda ko aakhirat tak yeh bana dena.</w:t>
      </w:r>
      <w:r>
        <w:br/>
      </w:r>
      <w:r>
        <w:rPr>
          <w:sz w:val="20"/>
        </w:rPr>
        <w:t>38:58  jab tak aap nafsiyati aitbar se is is nabat ko na pahanchen ke aap ne apne aap ko aap ne malis bana diya ho, allah taala ko plas bana rakha ho, tab tak yeh dua niklegi nahin.</w:t>
      </w:r>
      <w:r>
        <w:br/>
      </w:r>
      <w:r>
        <w:rPr>
          <w:sz w:val="20"/>
        </w:rPr>
        <w:t>39:15  yani khuda hi hai jo maafi dene wala hai aur mere liye maafi ke siwa koi nijat nahin.</w:t>
      </w:r>
      <w:r>
        <w:br/>
      </w:r>
      <w:r>
        <w:rPr>
          <w:sz w:val="20"/>
        </w:rPr>
        <w:t>39:24  to yeh yeh yeh dua, yeh yeh alfaaz nahin hain. phir main yeh kahunga ke woh jo science dan ne kaha tha, kisi kisi science dan se kaha gaya ke aap ko jo daryaften hoti hain,</w:t>
      </w:r>
      <w:r>
        <w:br/>
      </w:r>
      <w:r>
        <w:rPr>
          <w:sz w:val="20"/>
        </w:rPr>
        <w:t>39:39  woh aap logon ka inaam nahin hai, woh to ittifaqi taur par cheezen maloom ho jati hain. to us ne kaha tha ke aise ittifaqat, aisa ittifaq sirf science dan ke paas pesh aata hai.</w:t>
      </w:r>
      <w:r>
        <w:br/>
      </w:r>
      <w:r>
        <w:rPr>
          <w:sz w:val="20"/>
        </w:rPr>
        <w:t>39:53  is ka matlab kya hai? barson barson ki tayyari ke baad woh mind banta hai jo kisi jhalak mein, kisi waqeye mein ek scientific point ko daryaft kar le.</w:t>
      </w:r>
      <w:r>
        <w:br/>
      </w:r>
      <w:r>
        <w:rPr>
          <w:sz w:val="20"/>
        </w:rPr>
        <w:t>40:08  yeh mamla ek dua ka hai. yaad rakhiye, dua jo hai na to ek din mein nikal sakti hai, na sirf ramzan ki tayyari se nikal sakti hai.</w:t>
      </w:r>
      <w:r>
        <w:br/>
      </w:r>
      <w:r>
        <w:rPr>
          <w:sz w:val="20"/>
        </w:rPr>
        <w:t>40:20  poori umar jab aap is tarah guzarenge, tab yeh dua niklegi. yaad rakhiye, log yeh samajhte hain ke ramzan ke mahine ki ek tareekh hai, bas us tareekh mein agar hum pahanch jayen to laylatul qadr humein mil gayi.</w:t>
      </w:r>
      <w:r>
        <w:br/>
      </w:r>
      <w:r>
        <w:rPr>
          <w:sz w:val="20"/>
        </w:rPr>
        <w:t>40:36  yeh bahut zyada yani khush fehmi ki baat hai.</w:t>
      </w:r>
      <w:r>
        <w:br/>
      </w:r>
      <w:r>
        <w:rPr>
          <w:sz w:val="20"/>
        </w:rPr>
        <w:t>40:46  aap ko apne aap ko tayyar karna hai.</w:t>
      </w:r>
      <w:r>
        <w:br/>
      </w:r>
      <w:r>
        <w:rPr>
          <w:sz w:val="20"/>
        </w:rPr>
        <w:t>40:51  you have to have prepared mind yani woh tayyari jo barson tak phaili hui hoti hai. tab yeh nabat aati hai ke aap apne aap ko aakhirat tak malis kar chuke hote hain aur aakhirat tak allah taala ko plas bana chuke hote hain.</w:t>
      </w:r>
      <w:r>
        <w:br/>
      </w:r>
      <w:r>
        <w:rPr>
          <w:sz w:val="20"/>
        </w:rPr>
        <w:t>41:12  woh woh woh jo dil hai, us se nikalti hain aisi duaen: "allahumma anta afuwwun tuhibbul afwa faf'avni" yeh aisa nahin ke kisi na kisi tareeke se ek tareekh hai, us tareekh ko main pahanch jaon aur munh se bol doon.</w:t>
      </w:r>
      <w:r>
        <w:br/>
      </w:r>
      <w:r>
        <w:rPr>
          <w:sz w:val="20"/>
        </w:rPr>
        <w:t>41:28  aisa hargiz nahin hai.</w:t>
      </w:r>
      <w:r>
        <w:br/>
      </w:r>
      <w:r>
        <w:rPr>
          <w:sz w:val="20"/>
        </w:rPr>
        <w:t>41:32  is ke liye ek prepared mind chahiye, is ke liye ek bahut zyada tayyar shakhsiyat chahiye jo barson mein banti hai.</w:t>
      </w:r>
      <w:r>
        <w:br/>
      </w:r>
      <w:r>
        <w:rPr>
          <w:sz w:val="20"/>
        </w:rPr>
        <w:t>41:42  ek din to kya, ek mahina to kya, woh barson darkar hain is ke liye. ga kamai kahunga, is dua ke muafiq zindagi guzarni padti hai pehle se,</w:t>
      </w:r>
      <w:r>
        <w:br/>
      </w:r>
      <w:r>
        <w:rPr>
          <w:sz w:val="20"/>
        </w:rPr>
        <w:t>41:56  barson pehle se. jaise science dan is daryaft ke muafiq zindagi guzarta hai, barson pehle se. woh</w:t>
      </w:r>
      <w:r>
        <w:br/>
      </w:r>
      <w:r>
        <w:rPr>
          <w:sz w:val="20"/>
        </w:rPr>
        <w:t>42:09  university mein padhta hai, kitabon ka mutalia karta hai, observation karta hai, laboratory mein mehnaten karta hai, barson guzarta hai, barson.</w:t>
      </w:r>
      <w:r>
        <w:br/>
      </w:r>
      <w:r>
        <w:rPr>
          <w:sz w:val="20"/>
        </w:rPr>
        <w:t>42:18  tab ek waqt aata hai ke koi cheez fresh karti hai, us mein us ko ek science ka ek ek pehlu mil jata hai. to yeh jo dua hai, bilashuba bahut hi bari dua hai: "allahumma anta afuwwun tuhibbul afwa faf'avni" ke khuda hai, to maaf karne wala hai,</w:t>
      </w:r>
      <w:r>
        <w:br/>
      </w:r>
      <w:r>
        <w:rPr>
          <w:sz w:val="20"/>
        </w:rPr>
        <w:t>42:40  to maafi ko pasand karta hai, to khuda mujhe maaf kar de. yeh chand alfaaz nahin hain, yeh ek poori zindagi, poori zindagi ka nichod hai, yeh</w:t>
      </w:r>
      <w:r>
        <w:br/>
      </w:r>
      <w:r>
        <w:rPr>
          <w:sz w:val="20"/>
        </w:rPr>
        <w:t>42:56  poori zindagi ka nichod hai. to is ke liye jo jaise log logon ka tareeqa kya hai, ek raat ko jagte hain yani ek raat ko jagte hain, samajhte hain ke laylatul qadr mil gayi.</w:t>
      </w:r>
      <w:r>
        <w:br/>
      </w:r>
      <w:r>
        <w:rPr>
          <w:sz w:val="20"/>
        </w:rPr>
        <w:t>43:13  yaqeen kijiye ke hargiz hargiz raat ko jaagne se laylatul qadr nahin milegi. jo log aaj sochte hain, woh awani khush fehmi mein jeete hain, awani mein ke aap raat bhar jaagen to laylatul qadr mil jaye.</w:t>
      </w:r>
      <w:r>
        <w:br/>
      </w:r>
      <w:r>
        <w:rPr>
          <w:sz w:val="20"/>
        </w:rPr>
        <w:t>43:30  yeh to bohat ridiculous baat hai, ridiculous.</w:t>
      </w:r>
      <w:r>
        <w:br/>
      </w:r>
      <w:r>
        <w:rPr>
          <w:sz w:val="20"/>
        </w:rPr>
        <w:t>43:36  poori zindagi guzarni parti hai, is tareeqay se poori zindagi aap ko guzarni parti hai, tab ja kar ke woh prepared personality banti hai, woh prepared mind banta hai, jis se yeh alfaaz abalte hain, yeh samandari alfaaz.</w:t>
      </w:r>
    </w:p>
    <w:p>
      <w:pPr>
        <w:pStyle w:val="Heading2"/>
      </w:pPr>
      <w:r>
        <w:t>From Badr to Hudaybiyyah: Arabia is unified for Islam</w:t>
      </w:r>
    </w:p>
    <w:p>
      <w:r>
        <w:rPr>
          <w:color w:val="666666"/>
          <w:sz w:val="18"/>
        </w:rPr>
        <w:t>Spiritual Light of The Believers (Itmam-E-Noor ) May 12, 2013 · 3m 32s · at 23:22 · https://youtu.be/SmjmddWA1Jo?t=1402</w:t>
      </w:r>
    </w:p>
    <w:p>
      <w:r>
        <w:rPr>
          <w:i/>
        </w:rPr>
        <w:t>“Makkah aur Madinah ke sarkash log jangon mein khatam huay”</w:t>
      </w:r>
    </w:p>
    <w:p>
      <w:r>
        <w:rPr>
          <w:sz w:val="20"/>
        </w:rPr>
        <w:t>23:22  kaisa ajeeb yeh Allah taala ka intervention tha. achha, is ke baad dekhiye, ab masla tha ke is waqt arab mein do baray shehar thay, makka aur madina.</w:t>
      </w:r>
      <w:r>
        <w:br/>
      </w:r>
      <w:r>
        <w:rPr>
          <w:sz w:val="20"/>
        </w:rPr>
        <w:t>23:35  madine ka naam is waqt yasrab hua karta tha.</w:t>
      </w:r>
      <w:r>
        <w:br/>
      </w:r>
      <w:r>
        <w:rPr>
          <w:sz w:val="20"/>
        </w:rPr>
        <w:t>23:39  yasrab mein bhi bohat waisay log thay, bohat hi strong qism ke log thay. wahan par Allah taala ne kiya kiya ke aapas mein larai hui. mein isi zamanay mein hijrat se pehle do baray, do baray qabailay thay.</w:t>
      </w:r>
      <w:r>
        <w:br/>
      </w:r>
      <w:r>
        <w:rPr>
          <w:sz w:val="20"/>
        </w:rPr>
        <w:t>23:54  aik tha aus, aik hai khazr. dono mein larai ho gayi, bohat zabardast larai, aur dono taraf ke jo sarkash log thay,</w:t>
      </w:r>
      <w:r>
        <w:br/>
      </w:r>
      <w:r>
        <w:rPr>
          <w:sz w:val="20"/>
        </w:rPr>
        <w:t>24:03  woh maray gaye. to makka ke sarkash log badr mein maray gaye thay, aur madine ke sarkash log jang e was mein maray gaye.</w:t>
      </w:r>
      <w:r>
        <w:br/>
      </w:r>
      <w:r>
        <w:rPr>
          <w:sz w:val="20"/>
        </w:rPr>
        <w:t>24:12  ab is ke baad itna maidan khali ho gaya ke bohat tezi se islam phail gaya. madine mein kitabon mein aata hai ke falam tabqa daarib min duoor al-ansar ansar illa wadkhul fi al-islam yani makka madina ke ghar ghar mein islam phail gaya,</w:t>
      </w:r>
      <w:r>
        <w:br/>
      </w:r>
      <w:r>
        <w:rPr>
          <w:sz w:val="20"/>
        </w:rPr>
        <w:t>24:34  kyun ke sarkash log to nikal diye, khatam kar diye gaye thay. achha, is ke baad dekhiye, rasool Allah ko Allah taala ne aik bohat ajeeb ghareeb hikmat batai, jis ko kehte hain hudaybiyah hikmat.</w:t>
      </w:r>
      <w:r>
        <w:br/>
      </w:r>
      <w:r>
        <w:rPr>
          <w:sz w:val="20"/>
        </w:rPr>
        <w:t>24:50  kyun ke dekhiye, ideological tehzeeb jo hai, woh jang se nahi banti, is ko insaan darkar hai. insaan jang mein to insaan maray jatay hain, aur is ke liye islam chahiye.</w:t>
      </w:r>
      <w:r>
        <w:br/>
      </w:r>
      <w:r>
        <w:rPr>
          <w:sz w:val="20"/>
        </w:rPr>
        <w:t>25:03  to Allah taala ne aisay halaat paida kiye ke hudaybiyah ki sulah hui. is mein rasool Allah ne yaktarfa tor par un ki sharton ko maan liya, aur jangain khatam ho gayin.</w:t>
      </w:r>
      <w:r>
        <w:br/>
      </w:r>
      <w:r>
        <w:rPr>
          <w:sz w:val="20"/>
        </w:rPr>
        <w:t>25:18  woh log bar bar takrao karte the, to takrao ke mahol mein dawat aur tabligh ka kaam nahi ho pata tha.</w:t>
      </w:r>
      <w:r>
        <w:br/>
      </w:r>
      <w:r>
        <w:rPr>
          <w:sz w:val="20"/>
        </w:rPr>
        <w:t>25:26  ek ek mahol tha larai bhadai ka, aur ek nafrat ka, aur doori ka. to Allah taala ne jang ke halaat khatm kar diye, aur peace ke mahol paida kiya Hudaybiyah agreement ke zariye se.</w:t>
      </w:r>
      <w:r>
        <w:br/>
      </w:r>
      <w:r>
        <w:rPr>
          <w:sz w:val="20"/>
        </w:rPr>
        <w:t>25:40  jab peace ka mahol paida hogaya to tezi se dawat ka kaam hone laga,</w:t>
      </w:r>
      <w:r>
        <w:br/>
      </w:r>
      <w:r>
        <w:rPr>
          <w:sz w:val="20"/>
        </w:rPr>
        <w:t>25:46  tezi se. aur nateeja kya hua ke do saal ke andar andar bohat beshtar tadad Islam mein dakhil ho gayi, aur makka fatah ho gaya.</w:t>
      </w:r>
      <w:r>
        <w:br/>
      </w:r>
      <w:r>
        <w:rPr>
          <w:sz w:val="20"/>
        </w:rPr>
        <w:t>25:59  achha, is ke baad dekhiye, Rasool Allah ne jo kaam kiya tha ke sare Arab ke log jo aya karte the makka, un mein dawat jab phaila rahe the, aap to sab ke dil mein saaf carder aa gaya tha,</w:t>
      </w:r>
      <w:r>
        <w:br/>
      </w:r>
      <w:r>
        <w:rPr>
          <w:sz w:val="20"/>
        </w:rPr>
        <w:t>26:12  baghair is ke ke aap sare Arab ka safar karein.</w:t>
      </w:r>
      <w:r>
        <w:br/>
      </w:r>
      <w:r>
        <w:rPr>
          <w:sz w:val="20"/>
        </w:rPr>
        <w:t>26:16  to jaise hi Hudaybiyah ka muahida hua, aur doosri taraf makka mein state state ban gaya, aap ne kya kiya ke sare Arab qabail mein wufood bheje.</w:t>
      </w:r>
      <w:r>
        <w:br/>
      </w:r>
      <w:r>
        <w:rPr>
          <w:sz w:val="20"/>
        </w:rPr>
        <w:t>26:27  isko kehte hain aam al wufood, wufood wufud ka saal, wufud kehte hain deputation. sare qabail mein wufood bhej bhej kar ke sab ko paigham diya ke tum affiliation karo hamare madine ke state ke sath.</w:t>
      </w:r>
      <w:r>
        <w:br/>
      </w:r>
      <w:r>
        <w:rPr>
          <w:sz w:val="20"/>
        </w:rPr>
        <w:t>26:42  dhadha dhad sab affiliation kar liya logon ne, aur achaanak poora Arab Islamize ho gaya. is tarah se 23 saal mein Islam Arab mein phail gaya.</w:t>
      </w:r>
    </w:p>
    <w:p>
      <w:pPr>
        <w:pStyle w:val="Heading2"/>
      </w:pPr>
      <w:r>
        <w:t>Trust in leadership despite apparent flaws</w:t>
      </w:r>
    </w:p>
    <w:p>
      <w:r>
        <w:rPr>
          <w:color w:val="666666"/>
          <w:sz w:val="18"/>
        </w:rPr>
        <w:t>The Man Quran Builds - Part 2 April 2, 2006 Maulana Wahiduddin Khan · 3m 56s · at 33:48 · https://youtu.be/Cp8_UUv6emI?t=2028</w:t>
      </w:r>
    </w:p>
    <w:p>
      <w:r>
        <w:rPr>
          <w:i/>
        </w:rPr>
        <w:t>“Iran mein jo rai hui thi, us mein Qadisiyya ki rai bahut hi important hai”</w:t>
      </w:r>
    </w:p>
    <w:p>
      <w:r>
        <w:rPr>
          <w:sz w:val="20"/>
        </w:rPr>
        <w:t>33:48  iran mein jo rai hui thi, us mein qadsia ki rai bohat hi important hai. isi par faisla hua tha. to qadsia ki rai ke jo general thay, woh saat thay, saad bin abi waqas.</w:t>
      </w:r>
      <w:r>
        <w:br/>
      </w:r>
      <w:r>
        <w:rPr>
          <w:sz w:val="20"/>
        </w:rPr>
        <w:t>34:01  is zamane mein aisa hota tha ke general khud jang mein se shamil rehta tha. aisa nahi hota tha ke ke woh khud jang mein na rahe. wahan par kya hua ke wahan par ek abandent fort tha.</w:t>
      </w:r>
      <w:r>
        <w:br/>
      </w:r>
      <w:r>
        <w:rPr>
          <w:sz w:val="20"/>
        </w:rPr>
        <w:t>34:13  is fort ke samne bohat bara khula maidan tha. to woh is fort ki chhat par baithe hue thay aur samne wahan par larai hoti thi.</w:t>
      </w:r>
      <w:r>
        <w:br/>
      </w:r>
      <w:r>
        <w:rPr>
          <w:sz w:val="20"/>
        </w:rPr>
        <w:t>34:24  to is zamane ke lehaz se yeh bohat zyada objectionable baat thi woh ke khud to hamein yani larwa rahe hain aur aur aap apne aap jo chhat par baithe hue hain.</w:t>
      </w:r>
      <w:r>
        <w:br/>
      </w:r>
      <w:r>
        <w:rPr>
          <w:sz w:val="20"/>
        </w:rPr>
        <w:t>34:36  to wahan bohat logon ke andar is par resentment tha, lekin phir bhi woh ladte rahe, ladte rahe, ladte rahe, yahan tak ke fateh hui un ko.</w:t>
      </w:r>
      <w:r>
        <w:br/>
      </w:r>
      <w:r>
        <w:rPr>
          <w:sz w:val="20"/>
        </w:rPr>
        <w:t>34:44  to jab fateh ho gayi to jaisa ke maine arz kiya ke is zamane mein sentiment ka izhar shair ke zariye hua karta tha. to ashaar likhe gaye.</w:t>
      </w:r>
      <w:r>
        <w:br/>
      </w:r>
      <w:r>
        <w:rPr>
          <w:sz w:val="20"/>
        </w:rPr>
        <w:t>34:54  ek shair yeh tha ke: "wa qatal to hatta anzala allah nasrahu wa saad bab al qadsia mawsim fawbuna waqt amad nisaa kaseera wa nusibat saad laysa feehim aim".</w:t>
      </w:r>
      <w:r>
        <w:br/>
      </w:r>
      <w:r>
        <w:rPr>
          <w:sz w:val="20"/>
        </w:rPr>
        <w:t>35:13  is ka matlab yeh hai ke hum lade aur saad jo hai woh qadsia ke darwaze hi pe chamte rahe, matlab battlefield se bahar woh apne aram se baithe rahe woh.</w:t>
      </w:r>
      <w:r>
        <w:br/>
      </w:r>
      <w:r>
        <w:rPr>
          <w:sz w:val="20"/>
        </w:rPr>
        <w:t>35:28  aur hum hum lote jang se jabke hamari auratein bi woh ho chuki theen, lekin saad ki koi aurat bi woh nahi hui. yeh kitni ajeeb baat hai ke itne sakht ehsasat thay, lekin logon ne jang mein poori poori poori taqat se woh hissa liya aur yahan tak ke jang ko kamyab banaya.</w:t>
      </w:r>
      <w:r>
        <w:br/>
      </w:r>
      <w:r>
        <w:rPr>
          <w:sz w:val="20"/>
        </w:rPr>
        <w:t>35:49  isi mein mein yeh arz karna chahta hoon ke kai bar aisa hota hai ke aap ek baat ko</w:t>
      </w:r>
      <w:r>
        <w:br/>
      </w:r>
      <w:r>
        <w:rPr>
          <w:sz w:val="20"/>
        </w:rPr>
        <w:t>35:58  kai bar aisa hota hai ke aap ko aitmad karna parta hai, aitmad, kyunke woh baat batai nahi ja sakti aap ko. mislan is mamle mein kya tha, saad ko irq al nisa ki bimari thi.</w:t>
      </w:r>
      <w:r>
        <w:br/>
      </w:r>
      <w:r>
        <w:rPr>
          <w:sz w:val="20"/>
        </w:rPr>
        <w:t>36:11  irq al nisa ek bimari hoti hai jis se bohat takleef hoti hai, bohat zyada takleef, aadmi chal nahi sakta. irq al nisa kehte hain is ko. to ab chunke is waqt jo general tha, agar is ke bare mein ailan kar diya jaye logon mein ke woh ek bohat hi sakht bimari mein hain, woh khud lad nahi sakte hain, tum apne ladte raho, tum log.</w:t>
      </w:r>
      <w:r>
        <w:br/>
      </w:r>
      <w:r>
        <w:rPr>
          <w:sz w:val="20"/>
        </w:rPr>
        <w:t>36:36  to yeh aisi khabar jab phail jaye gi to fauj demoralize ho jaye gi. fauj jo hai demoralize ho jaye gi.</w:t>
      </w:r>
      <w:r>
        <w:br/>
      </w:r>
      <w:r>
        <w:rPr>
          <w:sz w:val="20"/>
        </w:rPr>
        <w:t>36:46  woh log jo lad rahe thay, agar unhein pata hota ke woh to bimar hain, irq al nisa mein ka un ko aarza hai, woh chal bhi nahi sakte, to poori poori fauj demoralize ho jati hai, us ki himmat past ho jati hai.</w:t>
      </w:r>
      <w:r>
        <w:br/>
      </w:r>
      <w:r>
        <w:rPr>
          <w:sz w:val="20"/>
        </w:rPr>
        <w:t>36:59  is liye is ko batana, yani is ko chhipana zarori hota hai. to baz auqat aisa hota hai ke leadership ka jo faisla hai, tafseel se bata nahi sakta aap ko, to aap ko trust karna parta hai,</w:t>
      </w:r>
      <w:r>
        <w:br/>
      </w:r>
      <w:r>
        <w:rPr>
          <w:sz w:val="20"/>
        </w:rPr>
        <w:t>37:13  aap ko bataye baghair is ko sahi manna parta hai. to sahaba ki sifat yeh thi ke woh is tarah ke bohat se waqiat hain ke kitna woh trust karte thay leadership par.</w:t>
      </w:r>
      <w:r>
        <w:br/>
      </w:r>
      <w:r>
        <w:rPr>
          <w:sz w:val="20"/>
        </w:rPr>
        <w:t>37:27  isi se un ki unity qaim rehti thi, is se un ki himmat barhti rehti thi, is se woh aage barhte rehte thay hamesha. aur itna bara kaam unhon ne kiya.</w:t>
      </w:r>
      <w:r>
        <w:br/>
      </w:r>
      <w:r>
        <w:rPr>
          <w:sz w:val="20"/>
        </w:rPr>
        <w:t>37:45  ek baat mein yeh arz karoon ga ke sahaba mein bohat khula mahol tha, ek dam khula, yani criticism jo hai bilkul, yani is ki ijazat thi.</w:t>
      </w:r>
    </w:p>
    <w:p>
      <w:pPr>
        <w:pStyle w:val="Heading2"/>
      </w:pPr>
      <w:r>
        <w:t>Kashmir's squandered opportunities: silk industry and railways</w:t>
      </w:r>
    </w:p>
    <w:p>
      <w:r>
        <w:rPr>
          <w:color w:val="666666"/>
          <w:sz w:val="18"/>
        </w:rPr>
        <w:t>The Importance of Wisdom February 22, 2009 · 5m 33s · at 52:07 · https://youtu.be/2E7WtpqtFgw?t=3127</w:t>
      </w:r>
    </w:p>
    <w:p>
      <w:r>
        <w:rPr>
          <w:i/>
        </w:rPr>
        <w:t>“Government of India ne jitna paisa pump kiya hai Kashmir ko, kisi bhi state ko nahi diya”</w:t>
      </w:r>
    </w:p>
    <w:p>
      <w:r>
        <w:rPr>
          <w:sz w:val="20"/>
        </w:rPr>
        <w:t>52:07  dekhiye, government of india ne jitna paisa pump kiya hai, kashmir ko, kisi bhi state ko nahin diya hai. yaad rakhiye, government of india ne jitna paisa pump kiya hai, bohat paisa, bohat paisa,</w:t>
      </w:r>
      <w:r>
        <w:br/>
      </w:r>
      <w:r>
        <w:rPr>
          <w:sz w:val="20"/>
        </w:rPr>
        <w:t>52:24  kashmir ko pump kiya unhone. lekin leader log kya the? woh kehte hain: "yeh to apne faide ke liye kar rahe hain." isi mein 60 baras beet gaye,</w:t>
      </w:r>
      <w:r>
        <w:br/>
      </w:r>
      <w:r>
        <w:rPr>
          <w:sz w:val="20"/>
        </w:rPr>
        <w:t>52:35  saare kashmir ke leader yahi kehte rahe ke: "government of india jab paisa yahan itna zyada bhej rahi hai, kashmir, yeh to sirf apne faide ke liye kar rahi hai." is raaz ko nahin samajh sake ke apne faide ke liye log kya karte hain duniya mein kaam,</w:t>
      </w:r>
      <w:r>
        <w:br/>
      </w:r>
      <w:r>
        <w:rPr>
          <w:sz w:val="20"/>
        </w:rPr>
        <w:t>52:52  lekin is se ek situation create hoti hai, is mein humein opportunity mil jati hai.</w:t>
      </w:r>
      <w:r>
        <w:br/>
      </w:r>
      <w:r>
        <w:rPr>
          <w:sz w:val="20"/>
        </w:rPr>
        <w:t>53:00  to is paise ko aap istemal karte hain. to maine un se kaha ke: "aaj kashmir jo hai, second switzerland hota, itna development is mein hota, itna development, itna development hota." ek bar tha, main kashmir mein gaya tha, bohat pehle ki baat hai,</w:t>
      </w:r>
      <w:r>
        <w:br/>
      </w:r>
      <w:r>
        <w:rPr>
          <w:sz w:val="20"/>
        </w:rPr>
        <w:t>53:20  to maine dekha ke jagah jagah shahtoot ke baagh baagh hain, hara bhara, bohat hi hara bhara baagh, bohat hi beautiful hote hain, shahtoot ke baagh.</w:t>
      </w:r>
      <w:r>
        <w:br/>
      </w:r>
      <w:r>
        <w:rPr>
          <w:sz w:val="20"/>
        </w:rPr>
        <w:t>53:30  to maine kaha: "yeh itne baagh shahtoot kyun lage hue hain?" to unhone bataya ke jo resham ka keeda hota hai, jo cocoon mein rehta hai, resham ke keede ki jo khurak hai, woh shahtoot ke patte hain.</w:t>
      </w:r>
      <w:r>
        <w:br/>
      </w:r>
      <w:r>
        <w:rPr>
          <w:sz w:val="20"/>
        </w:rPr>
        <w:t>53:48  shahtoot ke patton ko kha kar ke resham ke keeda jo hai, is se ghiza leta hai aur resham banata hai. woh resham kitna qeemti hota hai, aap jante hain</w:t>
      </w:r>
      <w:r>
        <w:br/>
      </w:r>
      <w:r>
        <w:rPr>
          <w:sz w:val="20"/>
        </w:rPr>
        <w:t>53:59  ke government ne chaha ke kashmir mein resham ki industry ko farogh de, to free mein kar diya. wahan shahtoot ke garden laga diye, logon se kaha ke: "patte free mein le jao, apne apne gharon mein rakho." is ko dekhiye,</w:t>
      </w:r>
      <w:r>
        <w:br/>
      </w:r>
      <w:r>
        <w:rPr>
          <w:sz w:val="20"/>
        </w:rPr>
        <w:t>54:17  is ke jo cocoon hote hain, woh woh sirf bohat hi thanday is mein rehte hain. hum dil mein nahin is ko paal sakte.</w:t>
      </w:r>
      <w:r>
        <w:br/>
      </w:r>
      <w:r>
        <w:rPr>
          <w:sz w:val="20"/>
        </w:rPr>
        <w:t>54:27  to kashmir poora poora air conditioned hai, yani sirf air conditioned buildingon mein shahtoot ke keede ki parvarish hoti hai.</w:t>
      </w:r>
      <w:r>
        <w:br/>
      </w:r>
      <w:r>
        <w:rPr>
          <w:sz w:val="20"/>
        </w:rPr>
        <w:t>54:36  jahan banaya jata hai, to phir is ko air condition karna parta hai. lekin kashmir to poora poora apne aap hi air conditioned hai, thanda mulk hai.</w:t>
      </w:r>
      <w:r>
        <w:br/>
      </w:r>
      <w:r>
        <w:rPr>
          <w:sz w:val="20"/>
        </w:rPr>
        <w:t>54:45  to government yeh chahti thi ke log apne apne gharon mein woh paalein, resham ke keede, aur free mein le jayein, is ke patte, yani shahtoot ke patte, kyunke is se government ko dollar milta tha,</w:t>
      </w:r>
      <w:r>
        <w:br/>
      </w:r>
      <w:r>
        <w:rPr>
          <w:sz w:val="20"/>
        </w:rPr>
        <w:t>55:01  woh export hota tha, woh resham. kisi ne is ka avail hi nahin kiya, wohi negative mind, negative negative soch ki wajah se, yahan tak ke is ki bhi khatam ho gayi.</w:t>
      </w:r>
      <w:r>
        <w:br/>
      </w:r>
      <w:r>
        <w:rPr>
          <w:sz w:val="20"/>
        </w:rPr>
        <w:t>55:14  woh</w:t>
      </w:r>
      <w:r>
        <w:br/>
      </w:r>
      <w:r>
        <w:rPr>
          <w:sz w:val="20"/>
        </w:rPr>
        <w:t>55:16  aisi 101 misalein hain, aisi ke kashmir mein government of india ne bohat zyada, abhi dekhein, railway jo gayi hai, sab shor machate rahe ke railway ke khilaaf negative shor.</w:t>
      </w:r>
      <w:r>
        <w:br/>
      </w:r>
      <w:r>
        <w:rPr>
          <w:sz w:val="20"/>
        </w:rPr>
        <w:t>55:28  agar shor na kiya hota to aaj se bohat pehle railway ban gayi hoti. har waqt wahan khatra hai ke kab bomb maar dein yeh log. log jante nahi communication kya cheez hai.</w:t>
      </w:r>
      <w:r>
        <w:br/>
      </w:r>
      <w:r>
        <w:rPr>
          <w:sz w:val="20"/>
        </w:rPr>
        <w:t>55:40  agar yeh possible hota ke aap dilli mein baithein aur seedhe srinagar mein utrein to wahan ki industry so guna barh jaati hai.</w:t>
      </w:r>
      <w:r>
        <w:br/>
      </w:r>
      <w:r>
        <w:rPr>
          <w:sz w:val="20"/>
        </w:rPr>
        <w:t>55:51  sab se bara masla kashmir mein, chounke woh sara mountainous area hai, communication ka hai. agar unhon ne yeh khatra na create kiya hota ke tum railway line bichhaoge to hum bomb maar denge, is ko yeh khatra create kiya kashmiriyon ne.</w:t>
      </w:r>
      <w:r>
        <w:br/>
      </w:r>
      <w:r>
        <w:rPr>
          <w:sz w:val="20"/>
        </w:rPr>
        <w:t>56:10  itna delay hua to agar yeh khatra create na kiya hota to aaj yeh ho chuka hota ke aap dilli mein baithe ho, srinagar mein utriye aur kitna zabardast wahan taraqqi hoti hai.</w:t>
      </w:r>
      <w:r>
        <w:br/>
      </w:r>
      <w:r>
        <w:rPr>
          <w:sz w:val="20"/>
        </w:rPr>
        <w:t>56:26  industry mein, business mein, tourism mein paisa hi paisa hota hai in logon ke paas. lekin</w:t>
      </w:r>
      <w:r>
        <w:br/>
      </w:r>
      <w:r>
        <w:rPr>
          <w:sz w:val="20"/>
        </w:rPr>
        <w:t>56:35  har waqt yeh risk daale rehte thay woh ke agar tum ne railway line bichhai to hum is ko bomb maar denge. to government of india ne bohat der ke baad yeh kiya hai, abhi bhi woh srinagar to nahi pahunchi hai,</w:t>
      </w:r>
      <w:r>
        <w:br/>
      </w:r>
      <w:r>
        <w:rPr>
          <w:sz w:val="20"/>
        </w:rPr>
        <w:t>56:50  kyun? negative soch ki wajah se,</w:t>
      </w:r>
      <w:r>
        <w:br/>
      </w:r>
      <w:r>
        <w:rPr>
          <w:sz w:val="20"/>
        </w:rPr>
        <w:t>56:53  is raaz ko na janne ki wajah se ke doosri jo party hai, woh apne interest mein koi kaam karegi, apne interest mein karegi koi kaam, lekin woh usay ek situation create karegi.</w:t>
      </w:r>
      <w:r>
        <w:br/>
      </w:r>
      <w:r>
        <w:rPr>
          <w:sz w:val="20"/>
        </w:rPr>
        <w:t>57:08  usay aap ko opportunity milegi, us ko avail kijiye aap.</w:t>
      </w:r>
      <w:r>
        <w:br/>
      </w:r>
      <w:r>
        <w:rPr>
          <w:sz w:val="20"/>
        </w:rPr>
        <w:t>57:14  to is pura do sau saal aisa hai ke musalmanon ne sari opportunities ko bilkul chhoday rakha aur avail nahi kar sake, kyun?</w:t>
      </w:r>
      <w:r>
        <w:br/>
      </w:r>
      <w:r>
        <w:rPr>
          <w:sz w:val="20"/>
        </w:rPr>
        <w:t>57:24  negative soch ki wajah se, anti british soch, anti hindu soch, anti jo soch, anti american soch, isi mein sab, yani sari opportunities jo hain, un avail pari reh gayi.</w:t>
      </w:r>
    </w:p>
    <w:p>
      <w:pPr>
        <w:pStyle w:val="Heading2"/>
      </w:pPr>
      <w:r>
        <w:t>True ideology of love: what novels never teach you</w:t>
      </w:r>
    </w:p>
    <w:p>
      <w:r>
        <w:rPr>
          <w:color w:val="666666"/>
          <w:sz w:val="18"/>
        </w:rPr>
        <w:t>History 0f Thoughts November 12, 2006 · 5m 52s · at 1:03:09 · https://youtu.be/BvzmJxA0j7c?t=3789</w:t>
      </w:r>
    </w:p>
    <w:p>
      <w:r>
        <w:rPr>
          <w:i/>
        </w:rPr>
        <w:t>“Kahani mohabbat har novel mein hai, ideology kisi mein nahi”</w:t>
      </w:r>
    </w:p>
    <w:p>
      <w:r>
        <w:rPr>
          <w:sz w:val="20"/>
        </w:rPr>
        <w:t>1:03:09  yani mohabbat ke sath jeene ka jo formula na de sake humein. wo kya hai wo kuch bhi nahi hai. mohabbat ki yani kal mohabbat ki nakam kahaniyan novelain kya hain mohabbat ki nakam kahaniyan.</w:t>
      </w:r>
      <w:r>
        <w:br/>
      </w:r>
      <w:r>
        <w:rPr>
          <w:sz w:val="20"/>
        </w:rPr>
        <w:t>1:03:29  shayad kuch raat ka video hoti ho lekin ziyada tar theory hoti hai to. to ye kya hai ye. yani noveliston ne dunya ko kya diya.</w:t>
      </w:r>
      <w:r>
        <w:br/>
      </w:r>
      <w:r>
        <w:rPr>
          <w:sz w:val="20"/>
        </w:rPr>
        <w:t>1:03:40  ye diya ke mohabbat aik aisi cheez hai jo hasil nahi hai. insan se mohabbat karna kaise hum karein us ke liye koi formula nahi tha us ke.</w:t>
      </w:r>
      <w:r>
        <w:br/>
      </w:r>
      <w:r>
        <w:rPr>
          <w:sz w:val="20"/>
        </w:rPr>
        <w:t>1:03:52  to main ne un se kaha ke dekho main batata hoon main novelist nahi hoon main batata hoon aap ko. What is the ideology of love</w:t>
      </w:r>
      <w:r>
        <w:br/>
      </w:r>
      <w:r>
        <w:rPr>
          <w:sz w:val="20"/>
        </w:rPr>
        <w:t>1:04:01  to main ne kaha ke aap log jo hain sirf apni maan ki mohabbat ko jante hain.</w:t>
      </w:r>
      <w:r>
        <w:br/>
      </w:r>
      <w:r>
        <w:rPr>
          <w:sz w:val="20"/>
        </w:rPr>
        <w:t>1:04:08  har aadmi mein radio sunta hoon jo aata hai na aap ko kis se sab se ziyada mohabbat hai. aap bas apni maan se.</w:t>
      </w:r>
      <w:r>
        <w:br/>
      </w:r>
      <w:r>
        <w:rPr>
          <w:sz w:val="20"/>
        </w:rPr>
        <w:t>1:04:16  apni maan se har aadmi mohabbat mein mubtala hai. insan se koi nahi. aaj tak main ne radio par kisi aik interviewer ka kisi aik interview bhi nahi suna ke mujhe insan se bohat ziyada mohabbat hai.</w:t>
      </w:r>
      <w:r>
        <w:br/>
      </w:r>
      <w:r>
        <w:rPr>
          <w:sz w:val="20"/>
        </w:rPr>
        <w:t>1:04:30  insan se mohabbat hai. ab ye sare log novel parhe hue hote hain.</w:t>
      </w:r>
      <w:r>
        <w:br/>
      </w:r>
      <w:r>
        <w:rPr>
          <w:sz w:val="20"/>
        </w:rPr>
        <w:t>1:04:36  mohabbat ki kahaniyan parhe hue hote hain lekin kisi aik bhi novel parhne wale ko main ne nahi paya ke us ko insan se mohabbat ho. aap bataiye mohabbat ki kahani aur insan se mohabbat ka nuskha sikhaye aap ko to rubbish nahi hai wo.</w:t>
      </w:r>
      <w:r>
        <w:br/>
      </w:r>
      <w:r>
        <w:rPr>
          <w:sz w:val="20"/>
        </w:rPr>
        <w:t>1:04:51  wo rubbish nahi hai wo.</w:t>
      </w:r>
      <w:r>
        <w:br/>
      </w:r>
      <w:r>
        <w:rPr>
          <w:sz w:val="20"/>
        </w:rPr>
        <w:t>1:04:55  kaisi mohabbat ki kahani hai wo.</w:t>
      </w:r>
      <w:r>
        <w:br/>
      </w:r>
      <w:r>
        <w:rPr>
          <w:sz w:val="20"/>
        </w:rPr>
        <w:t>1:04:59  insan se phir main ne un se kaha ke dekho insan se mohabbat karne ke liye main ne wo us ki ideology daryaft ki hai. main ne daryaft kiya hai ke What is the ideology of love wo ye ke main jo zinda hoon main jo kapra pehni hui hoon</w:t>
      </w:r>
      <w:r>
        <w:br/>
      </w:r>
      <w:r>
        <w:rPr>
          <w:sz w:val="20"/>
        </w:rPr>
        <w:t>1:05:19  . main ne apne bachpan mein aik bohat hi robot gaon mein rehta tha main wahan main ne dekha hai ke bute bute hotay thay is zamanay mein khaddi ke kapray isi ko pehna jata tha.</w:t>
      </w:r>
      <w:r>
        <w:br/>
      </w:r>
      <w:r>
        <w:rPr>
          <w:sz w:val="20"/>
        </w:rPr>
        <w:t>1:05:31  ab jo mill ke kapray aa rahe hain hum ne bachpan mein apne gaon mein nahi dekha tha wo. to main ne kaha kapra jo hai hazaron saal ke darmian insan pohncha us tak ke mill cloth mill mein kapray banay.</w:t>
      </w:r>
      <w:r>
        <w:br/>
      </w:r>
      <w:r>
        <w:rPr>
          <w:sz w:val="20"/>
        </w:rPr>
        <w:t>1:05:47  to sari insaniyat jo hai mil kar ke aap ke liye koshish kar rahi thi tab aap aisa kapra pehanne ke qabil hue. poori insaniyat ka is mein yani contribution hai.</w:t>
      </w:r>
      <w:r>
        <w:br/>
      </w:r>
      <w:r>
        <w:rPr>
          <w:sz w:val="20"/>
        </w:rPr>
        <w:t>1:05:58  phir main ne kaha ke aap motor car par wo sahib motor car par baith kar mere pas atay hain aaye thay. main ne kaha aap jante hain motor car ke peechay kya tareekh hai.</w:t>
      </w:r>
      <w:r>
        <w:br/>
      </w:r>
      <w:r>
        <w:rPr>
          <w:sz w:val="20"/>
        </w:rPr>
        <w:t>1:06:09  sab se pehle insan ne bohat pehle</w:t>
      </w:r>
      <w:r>
        <w:br/>
      </w:r>
      <w:r>
        <w:rPr>
          <w:sz w:val="20"/>
        </w:rPr>
        <w:t>1:06:14  kya kya</w:t>
      </w:r>
      <w:r>
        <w:br/>
      </w:r>
      <w:r>
        <w:rPr>
          <w:sz w:val="20"/>
        </w:rPr>
        <w:t>1:06:15  yani woh jo lakri ka takhta is mein rassi baandh kar ke is ke aage jo hai oont baandh diya ya ghoda baandh diya.</w:t>
      </w:r>
      <w:r>
        <w:br/>
      </w:r>
      <w:r>
        <w:rPr>
          <w:sz w:val="20"/>
        </w:rPr>
        <w:t>1:06:24  woh aisi chapti takhta jo hai woh us ko khinchta tha woh. woh janwar. phir bohat dinon ke baad insan ne wheel daryaft ki.</w:t>
      </w:r>
      <w:r>
        <w:br/>
      </w:r>
      <w:r>
        <w:rPr>
          <w:sz w:val="20"/>
        </w:rPr>
        <w:t>1:06:32  wheel. pehiya. kaha jata hai ke insan ki sab se bari daryaft jo hai woh pehiya hai. wheel. phir woh pehiya jod diya gaya.</w:t>
      </w:r>
      <w:r>
        <w:br/>
      </w:r>
      <w:r>
        <w:rPr>
          <w:sz w:val="20"/>
        </w:rPr>
        <w:t>1:06:43  ab woh dorne lagi.</w:t>
      </w:r>
      <w:r>
        <w:br/>
      </w:r>
      <w:r>
        <w:rPr>
          <w:sz w:val="20"/>
        </w:rPr>
        <w:t>1:06:45  phir bohat dinon ke baad ball bearing insan ne daryaft ki. ab ball bearing jab aa gayi to aur bhi tez dorne laga. is ke baad ghoda gaadi aur yeh gaadi woh gaadi yahan tak ke motor car bani.</w:t>
      </w:r>
      <w:r>
        <w:br/>
      </w:r>
      <w:r>
        <w:rPr>
          <w:sz w:val="20"/>
        </w:rPr>
        <w:t>1:06:57  motor car jis ne banai hai bohat zyada is ne qurbani ki hai tab motor car bani hai. to motor car bani is par hawai jahaz bana.</w:t>
      </w:r>
      <w:r>
        <w:br/>
      </w:r>
      <w:r>
        <w:rPr>
          <w:sz w:val="20"/>
        </w:rPr>
        <w:t>1:07:07  main ne kaha ke yeh hazaron hazar saal lambi ek tareekh hai.</w:t>
      </w:r>
      <w:r>
        <w:br/>
      </w:r>
      <w:r>
        <w:rPr>
          <w:sz w:val="20"/>
        </w:rPr>
        <w:t>1:07:12  yeh poori poori insaniyat jo hai lagi hui thi lagi hui thi lagi hui thi tab aap ko yeh motor car mili hai. jis par aap baith kar aaye hue hain. to aap sochiye agar is tareeqe se ek chamcha ek ek ek chair ek bijli ka yeh roshni motor car jo bhi aap jis ko bhi aap istemal kar rahe hain is ke peechay poori poori insaniyat lagi hui hai.</w:t>
      </w:r>
      <w:r>
        <w:br/>
      </w:r>
      <w:r>
        <w:rPr>
          <w:sz w:val="20"/>
        </w:rPr>
        <w:t>1:07:37  yeh bijli jo hai do so saal ke baad aaj hamein is tarah ki roshni mil rahi hai.</w:t>
      </w:r>
      <w:r>
        <w:br/>
      </w:r>
      <w:r>
        <w:rPr>
          <w:sz w:val="20"/>
        </w:rPr>
        <w:t>1:07:42  do so saal ki koshish ke baad. is bijli ko banane mein do so saal ke ka arsa laga hai. mere apne bachpan mein kya tha ke is mein hum log woh aate ka woh diya banate the is mein rooi ka woh is mein is mein roshni jalai jati thi.</w:t>
      </w:r>
      <w:r>
        <w:br/>
      </w:r>
      <w:r>
        <w:rPr>
          <w:sz w:val="20"/>
        </w:rPr>
        <w:t>1:08:02  aate ke diye. wahan se aur peechay zindagi shuru hui. hote hote bijli tak pahunchi.</w:t>
      </w:r>
      <w:r>
        <w:br/>
      </w:r>
      <w:r>
        <w:rPr>
          <w:sz w:val="20"/>
        </w:rPr>
        <w:t>1:08:13  to aap agar sochein ke kuch bhi jo aap duniya mein kar rahe hain hum bol rahe hain main bol raha hoon camera hai loud speaker hai is ke peechay bhi bohat lambi tareekh hai.</w:t>
      </w:r>
      <w:r>
        <w:br/>
      </w:r>
      <w:r>
        <w:rPr>
          <w:sz w:val="20"/>
        </w:rPr>
        <w:t>1:08:25  to agar aap yeh sochein ke poori poori insaniyat meri madad par lagi hui thi tab main is qabil hoon ke duniya mein is tarah rahoon jis tarah aap reh rahe hain.</w:t>
      </w:r>
      <w:r>
        <w:br/>
      </w:r>
      <w:r>
        <w:rPr>
          <w:sz w:val="20"/>
        </w:rPr>
        <w:t>1:08:34  yeh hai ideology of love. to main ne kaha ke aap kisi kisi novel mein parha hai aap ne is ko. kaha ji yeh to yeh parha hum</w:t>
      </w:r>
      <w:r>
        <w:br/>
      </w:r>
      <w:r>
        <w:rPr>
          <w:sz w:val="20"/>
        </w:rPr>
        <w:t>1:08:42  ne. to main ne kaha to novel rubbish hain sab ke sab. sab ke sab rubbish hain. jo novel aap ko kahani mohabbat de lekin woh aap ko ideology mohabbat na de.</w:t>
      </w:r>
      <w:r>
        <w:br/>
      </w:r>
      <w:r>
        <w:rPr>
          <w:sz w:val="20"/>
        </w:rPr>
        <w:t>1:08:54  yeh insan se mohabbat karna na sikhaye. woh kya hai woh rubbish hai woh. kuch bhi nahi hai woh.</w:t>
      </w:r>
    </w:p>
    <w:p>
      <w:pPr>
        <w:pStyle w:val="Heading2"/>
      </w:pPr>
      <w:r>
        <w:t>Compare yourself to God, not people, to escape arrogance</w:t>
      </w:r>
    </w:p>
    <w:p>
      <w:r>
        <w:rPr>
          <w:color w:val="666666"/>
          <w:sz w:val="18"/>
        </w:rPr>
        <w:t>The Man Al-Quran Builds April 2, 2006 Maulana Wahiduddin Khan · 3m 08s · at 50:34 · https://youtu.be/06TQIt_5vlw?t=3034</w:t>
      </w:r>
    </w:p>
    <w:p>
      <w:r>
        <w:rPr>
          <w:i/>
        </w:rPr>
        <w:t>“Ek sahabi apne khadim ko maarne lage, Rasool Allah ne roka”</w:t>
      </w:r>
    </w:p>
    <w:p>
      <w:r>
        <w:rPr>
          <w:sz w:val="20"/>
        </w:rPr>
        <w:t>50:34  to unhon ne kaha ke i wish i wear a particle of dust halankeh woh top ke aadmi the top ke aadmi the lekin dekhiye hota kya hai agar aap apna yani apne apna compare karen ek ek aam aadmi se ek insan se to insan insan ke muqable mein compare karne mein yeh hota hai ke aap woh agar us ke paas paisa kam hai to aap un ko bara samajhne lagenge</w:t>
      </w:r>
      <w:r>
        <w:br/>
      </w:r>
      <w:r>
        <w:rPr>
          <w:sz w:val="20"/>
        </w:rPr>
        <w:t>51:03  us ke paas political power nahi to aap aap ke paas power hai to aap unhein ooncha samjhenge jab insan aur insan ke muqable mein compare kiya jata hai tab bhi yeh egoism aata hai arrogance aata hai lekin agar aap apna comparison karen Khuda se to Khuda ke muqable mein kon bara hai chahe rich ho ya poor ho chahe badshah ho ya aam aadmi ho Khuda ke muqable mein to koi bara nahi hai</w:t>
      </w:r>
      <w:r>
        <w:br/>
      </w:r>
      <w:r>
        <w:rPr>
          <w:sz w:val="20"/>
        </w:rPr>
        <w:t>51:30  to yeh woh log the jo Khuda se apne ko muqabla kar ke dekhte the insan se nahi jaise ek ek ek sahabi the abu masood ansari ek martaba woh apne khadim ko apne servant ko maarne lage to rasool Allah wahan ne dekha to aap ne kaha ke ilam aba masood l Allah aqdar alaik minka alaihi al ghulam</w:t>
      </w:r>
      <w:r>
        <w:br/>
      </w:r>
      <w:r>
        <w:rPr>
          <w:sz w:val="20"/>
        </w:rPr>
        <w:t>51:57  yeh abu masood jaan lo ke jitni jitni taqat tum ko is aadmi par hai is khadim par hai us se zyada taqat tumhare upar Allah ko hai usi waqt un ka hath ruk gaya aur usi waqt woh maafi mangne lage is se ab is par ghor kijiye ke wohi aadmi jo pehle us ko maar raha tha wohi achanak badal kaise gaya aur kaise us se maafi mangne laga</w:t>
      </w:r>
      <w:r>
        <w:br/>
      </w:r>
      <w:r>
        <w:rPr>
          <w:sz w:val="20"/>
        </w:rPr>
        <w:t>52:26  to yeh samajh aayega ke pehle woh dekh rahe the yeh ke mein aaqa hoon woh ghulam hai mera mein paise wala hoon woh be paisa hai meri ek position hai samaj mein us ki koi position nahi hai is comparison mein apne ko woh ooncha paate the lekin jab rasool Allah ne yaad dilaya ke tum aur tumhara khadim dono Khuda ke muqable mein chhote hi chhote hain</w:t>
      </w:r>
      <w:r>
        <w:br/>
      </w:r>
      <w:r>
        <w:rPr>
          <w:sz w:val="20"/>
        </w:rPr>
        <w:t>52:53  ab yani matlab apna aur apne apne khadim dono compare karo Khuda se to jab unhon ne compare kiya to pata chala ke hum to dono ek hi satah par khade hue hain yani Khuda ke muqable mein dono chhote ho gaye to</w:t>
      </w:r>
      <w:r>
        <w:br/>
      </w:r>
      <w:r>
        <w:rPr>
          <w:sz w:val="20"/>
        </w:rPr>
        <w:t>53:09  sahi jo hamein milta hai Islami mizaj yani sahaba ke zariye woh yeh hai ke apna taqabul apna comparison aap Khuda se karen to aap ke andar modesty rahegi aap ke andar superiority complex se bach jayenge aap apne ko ooncha nahi samjhenge kyunke Khuda ke muqable mein kon bara hai</w:t>
      </w:r>
      <w:r>
        <w:br/>
      </w:r>
      <w:r>
        <w:rPr>
          <w:sz w:val="20"/>
        </w:rPr>
        <w:t>53:37  Khuda ke muqable mein to sare hi chhote hain</w:t>
      </w:r>
    </w:p>
    <w:p>
      <w:pPr>
        <w:pStyle w:val="Heading2"/>
      </w:pPr>
      <w:r>
        <w:t>Ignore problems and avail opportunities full argument</w:t>
      </w:r>
    </w:p>
    <w:p>
      <w:r>
        <w:rPr>
          <w:color w:val="666666"/>
          <w:sz w:val="18"/>
        </w:rPr>
        <w:t>An Introduction to the Life of the Prophet Muhammad I 31st July 07 · 5m 35s · at 15:16 · https://youtu.be/8lkGaZIXReA?t=916</w:t>
      </w:r>
    </w:p>
    <w:p>
      <w:r>
        <w:rPr>
          <w:i/>
        </w:rPr>
        <w:t>“This Quranic verse refers to a universal law of nature.”</w:t>
      </w:r>
    </w:p>
    <w:p>
      <w:r>
        <w:rPr>
          <w:sz w:val="20"/>
        </w:rPr>
        <w:t>15:16  This Quranic verse refers to a universal law of nature. And what is that universal law of nature? It is that this world was created in such a way that with every thorn there are flowers. So with every problem there are opportunities.</w:t>
      </w:r>
      <w:r>
        <w:br/>
      </w:r>
      <w:r>
        <w:rPr>
          <w:sz w:val="20"/>
        </w:rPr>
        <w:t>15:47  So rose plant is a demonstration from God. It is a demonstration of law of nature. We see that with every branch of rose plant there are thorn, and at the same time there are flowers. So is the so is the position of human life, human</w:t>
      </w:r>
      <w:r>
        <w:br/>
      </w:r>
      <w:r>
        <w:rPr>
          <w:sz w:val="20"/>
        </w:rPr>
        <w:t>16:17  society. In human society, if there are problems, at the same time there are opportunities. So Prophet of Islam was direct directed by God that you have to ignore the problem and you have to avail the opportunities. So Prophet adopted this formula.</w:t>
      </w:r>
      <w:r>
        <w:br/>
      </w:r>
      <w:r>
        <w:rPr>
          <w:sz w:val="20"/>
        </w:rPr>
        <w:t>16:48  At that time, what was the situation at Kaaba? As there were 360 idols, people turn out every day to visit their idols, to offer to to worship their idols. So Kaaba became a place of assembly, a place of gathering.</w:t>
      </w:r>
      <w:r>
        <w:br/>
      </w:r>
      <w:r>
        <w:rPr>
          <w:sz w:val="20"/>
        </w:rPr>
        <w:t>17:19  So Prophet of Islam followed this formula that he simply ignored the presence of idols and he tried those assembly as his audience. This was the formula. So Prophet introduced in history first time in the history this formula. Any philosoph</w:t>
      </w:r>
      <w:r>
        <w:br/>
      </w:r>
      <w:r>
        <w:rPr>
          <w:sz w:val="20"/>
        </w:rPr>
        <w:t>17:49  er, any thinker, any reformer failed to discover this formula. All the reformers were obsessed with with with problems. According to their thinking, the starting point was to remove the obstacle, to eliminate the problem. This was the starting point from their according to their</w:t>
      </w:r>
      <w:r>
        <w:br/>
      </w:r>
      <w:r>
        <w:rPr>
          <w:sz w:val="20"/>
        </w:rPr>
        <w:t>18:19  thinking. Prophet of Islam introduced a new kind of strategy. That is, he said that starting point is not removing the removing the obstacles. Starting point is to avail the opportunities. This was the this was the first time in history, never in history before</w:t>
      </w:r>
      <w:r>
        <w:br/>
      </w:r>
      <w:r>
        <w:rPr>
          <w:sz w:val="20"/>
        </w:rPr>
        <w:t>18:49  Muhammad, anyone was able to discover this formula. So Prophet of Islam introduced a new formula from where to begin. Every time you you face this question, from where to begin? Why is the starting point? So starting point is ignore the problems, ignore the obstacles, and avail the opportunities. This kind of start</w:t>
      </w:r>
      <w:r>
        <w:br/>
      </w:r>
      <w:r>
        <w:rPr>
          <w:sz w:val="20"/>
        </w:rPr>
        <w:t>19:19  ing point was first introduced in history by the Prophet of Islam. Everyone was obsessed with problems. Everyone wanted to to confront confront with problems. Everyone wanted to remove problem, to remove obstacles. So they wasted time. Because problems are</w:t>
      </w:r>
      <w:r>
        <w:br/>
      </w:r>
      <w:r>
        <w:rPr>
          <w:sz w:val="20"/>
        </w:rPr>
        <w:t>19:49  part of life. You cannot remove problems permanently from life. So life is just like rose plant. You cannot remove thorns from the rose plant. Rose thorns are an integral part of the plant. So is the case of human society. You cannot remove the problems from human soci</w:t>
      </w:r>
      <w:r>
        <w:br/>
      </w:r>
      <w:r>
        <w:rPr>
          <w:sz w:val="20"/>
        </w:rPr>
        <w:t>20:20  ety. So you have to find some other formula. And that formula is ignore the problem and avail the opportunities. So Prophet of Islam ignored the presence of idols and he availed the that meetings, that gatherings as his audience.</w:t>
      </w:r>
    </w:p>
    <w:p>
      <w:pPr>
        <w:pStyle w:val="Heading2"/>
      </w:pPr>
      <w:r>
        <w:t>Baby Musa set adrift on the Nile, found by the queen</w:t>
      </w:r>
    </w:p>
    <w:p>
      <w:r>
        <w:rPr>
          <w:color w:val="666666"/>
          <w:sz w:val="18"/>
        </w:rPr>
        <w:t>Lessons from The Story of Prophet Moses Part 1, August 1, 2022 · 5m 47s · at 17:00 · https://youtu.be/JsRmjNQQHLY?t=1020</w:t>
      </w:r>
    </w:p>
    <w:p>
      <w:r>
        <w:rPr>
          <w:i/>
        </w:rPr>
        <w:t>“अल्लाह ताला ने इंस्पायर किया मूसा अल सलाम की मां को कि तुम डरो मत”</w:t>
      </w:r>
    </w:p>
    <w:p>
      <w:r>
        <w:rPr>
          <w:sz w:val="20"/>
        </w:rPr>
        <w:t>17:00  to us waqt badi ajeeb baat hui ke Allah taala ne inspire kiya Musa alaihissalam ki maa ko ke tum daro mat, na gamgeen ho. la takhaf wala tahzan ke na tum daro, na gamgeen ho. hum a yeh ek bahut hi special bachcha hai, aur hum isko a paighambar banayenge. wa najaluhu minal mursaleen. ji, aur</w:t>
      </w:r>
      <w:r>
        <w:br/>
      </w:r>
      <w:r>
        <w:rPr>
          <w:sz w:val="20"/>
        </w:rPr>
        <w:t>17:24  Allah taala ne inspire kiya ke tum jab a tumhe dar lagne lage ke yeh a bachcha zyada hi shor machane laga hai, aur awaaz pahunch jayegi, to ek ek box banao, ek basket ke andaaz ki, aur usmein rakh ke darya-e-Neel mein usko daal do. ji, aur kaha ke hum tumhe wapas kar denge. ji, hum hum isko wapas karenge, aur daro mat, na tum gamgeen ho. ji, aur isko paighambar</w:t>
      </w:r>
      <w:r>
        <w:br/>
      </w:r>
      <w:r>
        <w:rPr>
          <w:sz w:val="20"/>
        </w:rPr>
        <w:t>17:53  banayenge. Ji, to is tarah se unke dil mein paida ki, kiya narmi paida ki.</w:t>
      </w:r>
      <w:r>
        <w:br/>
      </w:r>
      <w:r>
        <w:rPr>
          <w:sz w:val="20"/>
        </w:rPr>
        <w:t>17:59  ji, to phir kam se kam wo thoda sa unhein itminan hua.</w:t>
      </w:r>
      <w:r>
        <w:br/>
      </w:r>
      <w:r>
        <w:rPr>
          <w:sz w:val="20"/>
        </w:rPr>
        <w:t>18:05  aur phir doctor sahib, aisa hi hota hai ke jab khatra badh jata hai, to jo yucab, jo</w:t>
      </w:r>
      <w:r>
        <w:br/>
      </w:r>
      <w:r>
        <w:rPr>
          <w:sz w:val="20"/>
        </w:rPr>
        <w:t>18:10  prophet moosa ki mother thi, phir wo unko nanhe moosa ko a basket mein daalkar a river nile</w:t>
      </w:r>
      <w:r>
        <w:br/>
      </w:r>
      <w:r>
        <w:rPr>
          <w:sz w:val="20"/>
        </w:rPr>
        <w:t>18:18  mein daal deti hain.</w:t>
      </w:r>
      <w:r>
        <w:br/>
      </w:r>
      <w:r>
        <w:rPr>
          <w:sz w:val="20"/>
        </w:rPr>
        <w:t>18:20  to uske baad kya hota hai, doctor sahib, iske bare mein bataein.</w:t>
      </w:r>
      <w:r>
        <w:br/>
      </w:r>
      <w:r>
        <w:rPr>
          <w:sz w:val="20"/>
        </w:rPr>
        <w:t>18:24  galib khwab ke zariye a Musa al Musa al salam ki maa ko yeh sab cheezein batai gayi ke kis tarah kya karna hai. to unhone ek basket ya ek box banaya, jisko waterproof kiya. ji,</w:t>
      </w:r>
      <w:r>
        <w:br/>
      </w:r>
      <w:r>
        <w:rPr>
          <w:sz w:val="20"/>
        </w:rPr>
        <w:t>18:39  it sort of small boat. hum hum to woh usmein unhone rakha, aur darya-e-Neel ki taraf jaakar jab unhone usko darya-e-Neel mein rakha. ji,</w:t>
      </w:r>
      <w:r>
        <w:br/>
      </w:r>
      <w:r>
        <w:rPr>
          <w:sz w:val="20"/>
        </w:rPr>
        <w:t>18:53  to unka dil ghabrane laga. hum hum hum aur aisa lagta tha ke shor macha dengi. to Quran mein aata hai ke wa rabbana al qalb ke humne unke dil mein itminaan paida kiya. ji, mashallah. aur phir tafsir Ibn Kathir mein aata hai ke jab unhone box rakha, to woh jo darya-e-Neel hai, woh bahut massive darya hai. bahut bahut hi raging water hota hai uska</w:t>
      </w:r>
      <w:r>
        <w:br/>
      </w:r>
      <w:r>
        <w:rPr>
          <w:sz w:val="20"/>
        </w:rPr>
        <w:t>19:21  । ji, to darya-e-Neel mein a surah tafsir Ibn Kathir mein hai ke jab unhone box rakha, to jo darya thi, woh tham gayi. tham gayi. ji, aur gentle tareeqe se woh chalne lagi. ji ji ji, yaani darya-e-Neel ne kabhi aisa precious cargo dekha nahi hoga. ji ji, to yeh ek bada ji ajeeb waqia hai kis tareeqe se unhone a Musa al salam ko Allah taala ki madad se mehfooz kiya, bachaya.</w:t>
      </w:r>
      <w:r>
        <w:br/>
      </w:r>
      <w:r>
        <w:rPr>
          <w:sz w:val="20"/>
        </w:rPr>
        <w:t>19:51  ji, aur doctor sahib, ek bahut bada sabak bhi milta hai is action se, jo youkab unki mother</w:t>
      </w:r>
      <w:r>
        <w:br/>
      </w:r>
      <w:r>
        <w:rPr>
          <w:sz w:val="20"/>
        </w:rPr>
        <w:t>19:57  ne kiya ki we must trust god and put all our matters in the hands of the most</w:t>
      </w:r>
      <w:r>
        <w:br/>
      </w:r>
      <w:r>
        <w:rPr>
          <w:sz w:val="20"/>
        </w:rPr>
        <w:t>20:03  merciful god, who is the controller of the entias,</w:t>
      </w:r>
      <w:r>
        <w:br/>
      </w:r>
      <w:r>
        <w:rPr>
          <w:sz w:val="20"/>
        </w:rPr>
        <w:t>20:08  because he is the best planner.</w:t>
      </w:r>
      <w:r>
        <w:br/>
      </w:r>
      <w:r>
        <w:rPr>
          <w:sz w:val="20"/>
        </w:rPr>
        <w:t>20:10  to kis tarah se ek aap dekhiye, ek maa ka dil aisa hota hai jo bachche ko thodi</w:t>
      </w:r>
      <w:r>
        <w:br/>
      </w:r>
      <w:r>
        <w:rPr>
          <w:sz w:val="20"/>
        </w:rPr>
        <w:t>20:15  der ke liye bhi apne bachche se door nahin reh sakti.</w:t>
      </w:r>
      <w:r>
        <w:br/>
      </w:r>
      <w:r>
        <w:rPr>
          <w:sz w:val="20"/>
        </w:rPr>
        <w:t>20:17  aur yahan par unhone, jaise aapne bataya, darya-e-neel mein daal diya.</w:t>
      </w:r>
      <w:r>
        <w:br/>
      </w:r>
      <w:r>
        <w:rPr>
          <w:sz w:val="20"/>
        </w:rPr>
        <w:t>20:21  to kitna zabardast unka imaan hoga, unka kitna zabardast jo hai bharosa hoga allah par.</w:t>
      </w:r>
      <w:r>
        <w:br/>
      </w:r>
      <w:r>
        <w:rPr>
          <w:sz w:val="20"/>
        </w:rPr>
        <w:t>20:28  yeh hum sabke liye ek sabak ki baat hai, doctor sahib.</w:t>
      </w:r>
      <w:r>
        <w:br/>
      </w:r>
      <w:r>
        <w:rPr>
          <w:sz w:val="20"/>
        </w:rPr>
        <w:t>20:31  bakul trust god.</w:t>
      </w:r>
      <w:r>
        <w:br/>
      </w:r>
      <w:r>
        <w:rPr>
          <w:sz w:val="20"/>
        </w:rPr>
        <w:t>20:33  ji, doctor sahib, phir uske baad aisa hota hai ki jo</w:t>
      </w:r>
      <w:r>
        <w:br/>
      </w:r>
      <w:r>
        <w:rPr>
          <w:sz w:val="20"/>
        </w:rPr>
        <w:t>20:36  a nanhe Musa ki jo behen hai, woh un par nazar rakhti hain. jis tareeqe se a darya-e-Neel ki naram lehrein bachche ki basket ko aage lekar ja rahi hoti hain, to woh ladki, unki behen bhi us par nazar rakhte hue aage badhti rehti hai. phir uske baad kya hota hai, iske baare mein hum sabko bataiye.</w:t>
      </w:r>
      <w:r>
        <w:br/>
      </w:r>
      <w:r>
        <w:rPr>
          <w:sz w:val="20"/>
        </w:rPr>
        <w:t>20:57  haan, to Musa al salam ki maa ne apni beti se kaha, jinka naam bible mein Maryam aata hai, aur Islami traditional aata hai. ji, yeh badi behen thi. ji, Musa al salam ke jo bhai the, Haroon al salam, woh bhi bade the. to woh bach gaye the, chunke us zamane mein yeh a zalimana jo decree ki thi, unhone a firoun ne nahi thi.</w:t>
      </w:r>
      <w:r>
        <w:br/>
      </w:r>
      <w:r>
        <w:rPr>
          <w:sz w:val="20"/>
        </w:rPr>
        <w:t>21:20  to badi behan se kaha, moosa al salam ki behan se kaha ki tum jao, zara khamoshi se</w:t>
      </w:r>
      <w:r>
        <w:br/>
      </w:r>
      <w:r>
        <w:rPr>
          <w:sz w:val="20"/>
        </w:rPr>
        <w:t>21:26  dekho ki yeh box kidhar jaata hai.</w:t>
      </w:r>
      <w:r>
        <w:br/>
      </w:r>
      <w:r>
        <w:rPr>
          <w:sz w:val="20"/>
        </w:rPr>
        <w:t>21:29  ji, to wo chhup-chhup ke dekhne lagi, dekhne lagi.</w:t>
      </w:r>
      <w:r>
        <w:br/>
      </w:r>
      <w:r>
        <w:rPr>
          <w:sz w:val="20"/>
        </w:rPr>
        <w:t>21:33  to wo aahista aahista chalta raha, wo box.</w:t>
      </w:r>
      <w:r>
        <w:br/>
      </w:r>
      <w:r>
        <w:rPr>
          <w:sz w:val="20"/>
        </w:rPr>
        <w:t>21:37  yaani dono taraf ghar the.</w:t>
      </w:r>
      <w:r>
        <w:br/>
      </w:r>
      <w:r>
        <w:rPr>
          <w:sz w:val="20"/>
        </w:rPr>
        <w:t>21:39  ji, darya-e-neel ke, lekin kahin ruka nahin.</w:t>
      </w:r>
      <w:r>
        <w:br/>
      </w:r>
      <w:r>
        <w:rPr>
          <w:sz w:val="20"/>
        </w:rPr>
        <w:t>21:41  wo box aahista aahista chalte chalte wo pahunch gaya a mahal ke kinare, firon ke mahal ke kinare.</w:t>
      </w:r>
      <w:r>
        <w:br/>
      </w:r>
      <w:r>
        <w:rPr>
          <w:sz w:val="20"/>
        </w:rPr>
        <w:t>21:51  to jo queen ke mulazim the, unhe ek box nazar aaya. hum to woh box unhone uthaya, to usmein dekha ke bachcha hai. to queen ke paas le aaye. queen Asiya, woh badi reham dil, kind aur badi merciful lady thi, bilkul a uske firoun ke baraks. ji, bahut hi achhi, aur Quran mein badi achhi dua wagera aayi hai unke baare mein.</w:t>
      </w:r>
      <w:r>
        <w:br/>
      </w:r>
      <w:r>
        <w:rPr>
          <w:sz w:val="20"/>
        </w:rPr>
        <w:t>22:16  ji, to unhone jab dekha, itna masoom bachcha, purkashish, itna achha, hum to unka dil bharaya.</w:t>
      </w:r>
      <w:r>
        <w:br/>
      </w:r>
      <w:r>
        <w:rPr>
          <w:sz w:val="20"/>
        </w:rPr>
        <w:t>22:23  hum to unhone firon se kaha ki yeh bachcha, is jab firon ko jab pata chala ki darya</w:t>
      </w:r>
      <w:r>
        <w:br/>
      </w:r>
      <w:r>
        <w:rPr>
          <w:sz w:val="20"/>
        </w:rPr>
        <w:t>22:31  neel mein ek bachcha mila hai, to wo fauran samajh gaya.</w:t>
      </w:r>
      <w:r>
        <w:br/>
      </w:r>
      <w:r>
        <w:rPr>
          <w:sz w:val="20"/>
        </w:rPr>
        <w:t>22:34  to bahut hi tez tarar aadmi tha.</w:t>
      </w:r>
      <w:r>
        <w:br/>
      </w:r>
      <w:r>
        <w:rPr>
          <w:sz w:val="20"/>
        </w:rPr>
        <w:t>22:36  usne kaha ki zaroor yeh koi bani israil ka bachcha, ki maa ne dala hoga, usko unka bachcha</w:t>
      </w:r>
      <w:r>
        <w:br/>
      </w:r>
      <w:r>
        <w:rPr>
          <w:sz w:val="20"/>
        </w:rPr>
        <w:t>22:42  hoga. To usne kaha, fauran qatl kar do isko.</w:t>
      </w:r>
      <w:r>
        <w:br/>
      </w:r>
      <w:r>
        <w:rPr>
          <w:sz w:val="20"/>
        </w:rPr>
        <w:t>22:45  hum</w:t>
      </w:r>
    </w:p>
    <w:p>
      <w:pPr>
        <w:pStyle w:val="Heading2"/>
      </w:pPr>
      <w:r>
        <w:t>Qurbani's meaning, hajj's spirit, and its dawah purpose</w:t>
      </w:r>
    </w:p>
    <w:p>
      <w:r>
        <w:rPr>
          <w:color w:val="666666"/>
          <w:sz w:val="18"/>
        </w:rPr>
        <w:t>Message of Eid Al-Adha June 29, 2023 · 4m 28s · at 8:33 · https://youtu.be/Tom30c7WwTw?t=513</w:t>
      </w:r>
    </w:p>
    <w:p>
      <w:r>
        <w:rPr>
          <w:i/>
        </w:rPr>
        <w:t>“Sahaba ne poocha, ya Rasulullah, yeh qurbani ke jaanwar kya hain?”</w:t>
      </w:r>
    </w:p>
    <w:p>
      <w:r>
        <w:rPr>
          <w:sz w:val="20"/>
        </w:rPr>
        <w:t>8:33  sahaba ne rasullah se puchha, mahazihil adahi ya rasullah ke yeh jo janwar hai qurbani ke yeh kya hain? toh rasulla ne farmaya, sunnat to aagikum ibrahim. yaani tumhare forefather ibrahim ki sunnat.</w:t>
      </w:r>
      <w:r>
        <w:br/>
      </w:r>
      <w:r>
        <w:rPr>
          <w:sz w:val="20"/>
        </w:rPr>
        <w:t>8:55  toh yeh jo qurbani hai, rajat ibrahim ali salam ne jo pesh ki, is ka matlab yeh yeh hai ke yeh sirf koi janwar ki qurbani nahi hai, balki yeh hamari apni qurbani hai ke hum apna time, apni energy, apna waqt, apna paisa kaise allah ke raam mein kharch karen.</w:t>
      </w:r>
      <w:r>
        <w:br/>
      </w:r>
      <w:r>
        <w:rPr>
          <w:sz w:val="20"/>
        </w:rPr>
        <w:t>9:20  yaani is ko hum keh sakte hain ke yeh ek ahad hai, yeh ek ahad hai ke I will lead the abrahimic way of life. yaani jo adrat ibrahim ali salam ka tareeqa tha, us ko follow karna. yeh darasal haj ki spirit hai aur iddulaja ki spirit hai.</w:t>
      </w:r>
      <w:r>
        <w:br/>
      </w:r>
      <w:r>
        <w:rPr>
          <w:sz w:val="20"/>
        </w:rPr>
        <w:t>9:41  hadish mein aata hai ke there there are no days in which good deeds are more beloved to allah than these days. yaani jo yeh din hai qurmani ke, is mein jo bhi good deeds hain sab se zyada allah ko pasand hai. aise hi hadish mein aata hai ke al haj ul mabrur laee salahoo jazaa un ill al janna, ke accepted haj ka jo reward hai paradise se kam nahi hai.</w:t>
      </w:r>
      <w:r>
        <w:br/>
      </w:r>
      <w:r>
        <w:rPr>
          <w:sz w:val="20"/>
        </w:rPr>
        <w:t>10:11  aise hi hadish mein aata hai ke jo shakhs haj karke complete karta hai toh woh aisa ho jata hai jaise ke new born baby. toh aisi bahut sydish hain.</w:t>
      </w:r>
      <w:r>
        <w:br/>
      </w:r>
      <w:r>
        <w:rPr>
          <w:sz w:val="20"/>
        </w:rPr>
        <w:t>10:22  ek ek aur hadish leta hoon ki jab high ghar se nikalta hai to aur labbeg allahuma labbeg</w:t>
      </w:r>
      <w:r>
        <w:br/>
      </w:r>
      <w:r>
        <w:rPr>
          <w:sz w:val="20"/>
        </w:rPr>
        <w:t>10:30  kahata hai to jo bhi raste mein stone, pahad, samundar, darya, animate, inanimate jo bhi cheezen uske aas</w:t>
      </w:r>
      <w:r>
        <w:br/>
      </w:r>
      <w:r>
        <w:rPr>
          <w:sz w:val="20"/>
        </w:rPr>
        <w:t>10:38  paas hoti hain vo sab labbeak karke usko respond karti hain and they will testify that this person</w:t>
      </w:r>
      <w:r>
        <w:br/>
      </w:r>
      <w:r>
        <w:rPr>
          <w:sz w:val="20"/>
        </w:rPr>
        <w:t>10:46  responded to the call of god and he has performed bhaj.</w:t>
      </w:r>
      <w:r>
        <w:br/>
      </w:r>
      <w:r>
        <w:rPr>
          <w:sz w:val="20"/>
        </w:rPr>
        <w:t>10:55  toh ye saari jo badi badi hadiseen hain, aap aap aksar sunte honge. is ko darasal is ki spirit ko samajhna zaroori hai. walana ne kaha tha ke aap kisi hadish ko aise literal sense mein nahi samajh sakte balki totality mein samajhna hoga. toh is is ka matlab yeh hai ke jab tak ke hum gehrai se us baat ko na samjhen aur us ki us ki rooh tak na pahunchen.</w:t>
      </w:r>
      <w:r>
        <w:br/>
      </w:r>
      <w:r>
        <w:rPr>
          <w:sz w:val="20"/>
        </w:rPr>
        <w:t>11:24  is liye yeh ho raha hai ke log haj karne jate hain aur chand jo rituals hain woh karke wapas aa jate hain samajhte yahi haj hai. halanki haj jaisa apa ne kaha ke haj toh haj karne ke baad darasal hota hai ke aap apni zindagi ko kaise badlen?</w:t>
      </w:r>
      <w:r>
        <w:br/>
      </w:r>
      <w:r>
        <w:rPr>
          <w:sz w:val="20"/>
        </w:rPr>
        <w:t>11:40  yaani jo haj ke aamal hain woh ek tareeqe se symbolic performance hai hazzat ibrahim ali salam ki zindagi ka aur maulana ne likha tha hajititya haj mein ke haj jo hai woh, ek international dawa conference hai daaiyon ki.</w:t>
      </w:r>
      <w:r>
        <w:br/>
      </w:r>
      <w:r>
        <w:rPr>
          <w:sz w:val="20"/>
        </w:rPr>
        <w:t>12:02  yaani haj ka maqsad yeh hai ke aap wahan jayen aur ajit ibrahim ali aur rasugullah salam aur sahaba ki zindagi se mutasir ho, inspire ho aur phir apne maqam par jaakar aap daavati sargharmi mein, lag jayen. rajat imrahi malij salam ne safa aur marwa ke dharmayan sahi ki, yaani is ka matlab yeh tha ke main duniya mein daur dhoop karunga allah ke kaam ke liye.</w:t>
      </w:r>
      <w:r>
        <w:br/>
      </w:r>
      <w:r>
        <w:rPr>
          <w:sz w:val="20"/>
        </w:rPr>
        <w:t>12:31  aise hi aaram ki shakal mein saada kapde pehne ki meri zindagi bahut hi saada andaaz ki hogi. aise hi hazrat ibrahim ali is aram ne kankariyan maari shaitan ko is ka matlab yeh tha ke shaitan ko har qeemat par main us se us ke bekave se bachoonga. toh ye ye sab baatein hathis mein aai hai aur quran mein jaise ek aayat aai hai innna saladati van usooki o mahia bamamaati lillahi rabbilalmeen.</w:t>
      </w:r>
      <w:r>
        <w:br/>
      </w:r>
      <w:r>
        <w:rPr>
          <w:sz w:val="20"/>
        </w:rPr>
        <w:t>13:01  My prayer and my sacrifice and my life and my death are all belongs to God, Lord of the world. toh hazrd ibrahim ali salam ka jo daavati mission tha, us ke liye hazrd ibrahim ali salam ne kaba ki taameer ki, yaani ek daavati marqaz ke taur par aur is ka tabab kiya aur is ka matlab yahi hai ke aap apni zindagi ko khuda ke liye khuda ke ird gird ghumenge.</w:t>
      </w:r>
    </w:p>
    <w:p>
      <w:pPr>
        <w:pStyle w:val="Heading2"/>
      </w:pPr>
      <w:r>
        <w:t>Silence, stability, and the shift to dynasty</w:t>
      </w:r>
    </w:p>
    <w:p>
      <w:r>
        <w:rPr>
          <w:color w:val="666666"/>
          <w:sz w:val="18"/>
        </w:rPr>
        <w:t>Characteristics of the Sahaba 6July, 2019 - Maulana Wahiduddin Khan · 3m 21s · at 7:51 · https://youtu.be/2wktpPu1O8Q?t=471</w:t>
      </w:r>
    </w:p>
    <w:p>
      <w:r>
        <w:rPr>
          <w:i/>
        </w:rPr>
        <w:t>“Yad rakhiye, sab se badi cheez chup hona hai”</w:t>
      </w:r>
    </w:p>
    <w:p>
      <w:r>
        <w:rPr>
          <w:sz w:val="20"/>
        </w:rPr>
        <w:t>7:51  rasool Allah ke zamane mein log khud se chup hote the, abubakar ke zamane mein log khud se chup hote the. yaad rakhiye, sab se badi cheez chup hona hai, bolna nahin hai.</w:t>
      </w:r>
      <w:r>
        <w:br/>
      </w:r>
      <w:r>
        <w:rPr>
          <w:sz w:val="20"/>
        </w:rPr>
        <w:t>8:10  to baad ko jab usman ka zamana aaya, ali ka zamana aaya to lage bolne log. yani khud se apne ko chup kar ke baithna, yeh kis taqat logon mein nahin rahi?</w:t>
      </w:r>
      <w:r>
        <w:br/>
      </w:r>
      <w:r>
        <w:rPr>
          <w:sz w:val="20"/>
        </w:rPr>
        <w:t>8:27  to jante hain ke kya hai? casualty kya thi? casualty kya thi? is ke baad casualty kya hoti hai? jab aisa ho jaye, stability khatm.</w:t>
      </w:r>
      <w:r>
        <w:br/>
      </w:r>
      <w:r>
        <w:rPr>
          <w:sz w:val="20"/>
        </w:rPr>
        <w:t>8:41  stability khatm. jab aisa zamana aa jaye</w:t>
      </w:r>
      <w:r>
        <w:br/>
      </w:r>
      <w:r>
        <w:rPr>
          <w:sz w:val="20"/>
        </w:rPr>
        <w:t>8:48  ke har aadmi lage bolne, tab political instability khatm ho jati hai. aur koi bhi hukumat ya khilafat ka pehla maqsad hai samaj mein stability qaim karna.</w:t>
      </w:r>
      <w:r>
        <w:br/>
      </w:r>
      <w:r>
        <w:rPr>
          <w:sz w:val="20"/>
        </w:rPr>
        <w:t>9:06  yeh jo Pakistan hai aur Misr mein log nara lagate hain "Islami hukumat", woh bari to sust hon ke woh Islami hukumat ka ABC d bhi nahin jante.</w:t>
      </w:r>
      <w:r>
        <w:br/>
      </w:r>
      <w:r>
        <w:rPr>
          <w:sz w:val="20"/>
        </w:rPr>
        <w:t>9:14  Pakistan</w:t>
      </w:r>
      <w:r>
        <w:br/>
      </w:r>
      <w:r>
        <w:rPr>
          <w:sz w:val="20"/>
        </w:rPr>
        <w:t>9:19  mein aur Misr mein bohat nare lagte hain Islami hukumat ke, lekin main maaf kijiyega, main yeh samajhta hoon ke jitne bolne wale hain Pakistan mein aur Misr mein, woh politics ka ABC d bhi nahin jante.</w:t>
      </w:r>
      <w:r>
        <w:br/>
      </w:r>
      <w:r>
        <w:rPr>
          <w:sz w:val="20"/>
        </w:rPr>
        <w:t>9:41  chand halaat bol raha hai to koi koi kaam hota nahin.</w:t>
      </w:r>
      <w:r>
        <w:br/>
      </w:r>
      <w:r>
        <w:rPr>
          <w:sz w:val="20"/>
        </w:rPr>
        <w:t>9:53  to sahaba ne doosra wahid iqdam kiya kya? yeh bhi sun lijiyega. jab yeh ho gaya ke wahi bol rahe hain, wahi bol rahe hain, wahi bol rahe hain,</w:t>
      </w:r>
      <w:r>
        <w:br/>
      </w:r>
      <w:r>
        <w:rPr>
          <w:sz w:val="20"/>
        </w:rPr>
        <w:t>10:08  unity nahin hai.</w:t>
      </w:r>
      <w:r>
        <w:br/>
      </w:r>
      <w:r>
        <w:rPr>
          <w:sz w:val="20"/>
        </w:rPr>
        <w:t>10:15  to sahaba mein itni aqal thi, itni ziyada aqal thi ke ek drastic, ek drastic step liya gaya.</w:t>
      </w:r>
      <w:r>
        <w:br/>
      </w:r>
      <w:r>
        <w:rPr>
          <w:sz w:val="20"/>
        </w:rPr>
        <w:t>10:24  woh to aksar log toh razi ho gaye. Yani khilafat khatam, dynasty qaim.</w:t>
      </w:r>
      <w:r>
        <w:br/>
      </w:r>
      <w:r>
        <w:rPr>
          <w:sz w:val="20"/>
        </w:rPr>
        <w:t>10:33  khilafat ka toh ka khatam karo, dynasty lao taake jo jo minimum requirement hai, minimum requirement hai stability, woh qaim ho jaye.</w:t>
      </w:r>
      <w:r>
        <w:br/>
      </w:r>
      <w:r>
        <w:rPr>
          <w:sz w:val="20"/>
        </w:rPr>
        <w:t>10:49  hukumat ka jo minimum requirement hai, woh woh justice aur yeh sab nahi hai jo nare lagate hain.</w:t>
      </w:r>
      <w:r>
        <w:br/>
      </w:r>
      <w:r>
        <w:rPr>
          <w:sz w:val="20"/>
        </w:rPr>
        <w:t>10:59  woh jo nare lagate hain justice ka, uska, uska,</w:t>
      </w:r>
      <w:r>
        <w:br/>
      </w:r>
      <w:r>
        <w:rPr>
          <w:sz w:val="20"/>
        </w:rPr>
        <w:t>11:06  woh kuch nahi jante ke hukumat kya cheez hai.</w:t>
      </w:r>
    </w:p>
    <w:p>
      <w:pPr>
        <w:pStyle w:val="Heading2"/>
      </w:pPr>
      <w:r>
        <w:t>Anxiety as positive challenge, conditioning</w:t>
      </w:r>
    </w:p>
    <w:p>
      <w:r>
        <w:rPr>
          <w:color w:val="666666"/>
          <w:sz w:val="18"/>
        </w:rPr>
        <w:t>Art of De-Linking May 6, 2007 Maulana Wahiduddin Khan · 4m 31s · at 1:41:54 · https://youtu.be/cvzrpk4qFus?t=6114</w:t>
      </w:r>
    </w:p>
    <w:p>
      <w:r>
        <w:rPr>
          <w:i/>
        </w:rPr>
        <w:t>“Anxiety is not evil; I convert it into challenge”</w:t>
      </w:r>
    </w:p>
    <w:p>
      <w:r>
        <w:rPr>
          <w:sz w:val="20"/>
        </w:rPr>
        <w:t>1:41:54  yeh bara acha sawal hai. yeh dekhiye, hum mein se har aadmi, main khud bhi anxiety mein mubtala rehta hoon.</w:t>
      </w:r>
      <w:r>
        <w:br/>
      </w:r>
      <w:r>
        <w:rPr>
          <w:sz w:val="20"/>
        </w:rPr>
        <w:t>1:42:06  kisi na kisi baat ko le kar anxiety ya tension ya stress hum mein se har ek ko hota hai.</w:t>
      </w:r>
      <w:r>
        <w:br/>
      </w:r>
      <w:r>
        <w:rPr>
          <w:sz w:val="20"/>
        </w:rPr>
        <w:t>1:42:13  to asal mein yahan jo baat hai, jo maine, jo meri discovery hai, woh batata hoon aap ko.</w:t>
      </w:r>
      <w:r>
        <w:br/>
      </w:r>
      <w:r>
        <w:rPr>
          <w:sz w:val="20"/>
        </w:rPr>
        <w:t>1:42:21  hum log jo hain bachpan se is tarah se hamari parvarish hoti hai keh hum anxiety ko evil samajh lete hain, evil. bachpan se aisa sunte sunte sunte.</w:t>
      </w:r>
      <w:r>
        <w:br/>
      </w:r>
      <w:r>
        <w:rPr>
          <w:sz w:val="20"/>
        </w:rPr>
        <w:t>1:42:33  anxiety ya tension ya stress jo hai, evil hai woh. halanke evil hai hi nahi woh. yeh meri discovery hai.</w:t>
      </w:r>
      <w:r>
        <w:br/>
      </w:r>
      <w:r>
        <w:rPr>
          <w:sz w:val="20"/>
        </w:rPr>
        <w:t>1:42:43  woh hai brainstorming ke liye. yani hamare mind ko activate karne ke liye.</w:t>
      </w:r>
      <w:r>
        <w:br/>
      </w:r>
      <w:r>
        <w:rPr>
          <w:sz w:val="20"/>
        </w:rPr>
        <w:t>1:42:52  yaad rakhiye, agar duniya mein anxiety khatam ho jaye, tension khatam ho jaye, stress khatam ho jaye to sab log animal ban jayenge. animal ban jayenge.</w:t>
      </w:r>
      <w:r>
        <w:br/>
      </w:r>
      <w:r>
        <w:rPr>
          <w:sz w:val="20"/>
        </w:rPr>
        <w:t>1:43:05  agar koi shakk is mein aap ko ho to koi aisa insan aap ko har jagah mil jayega jo baap ne khoob kama ke rakh diya paisa aur aram se reh raha hai.</w:t>
      </w:r>
      <w:r>
        <w:br/>
      </w:r>
      <w:r>
        <w:rPr>
          <w:sz w:val="20"/>
        </w:rPr>
        <w:t>1:43:14  us ko mil lijiye aap. bheer bakri jaisi baatein karega woh aap ko.</w:t>
      </w:r>
      <w:r>
        <w:br/>
      </w:r>
      <w:r>
        <w:rPr>
          <w:sz w:val="20"/>
        </w:rPr>
        <w:t>1:43:19  maine aise logon se mila hoon jin ko baap ne kama ke rakh diya, ghar bana diya, sab kuch, car, sab kuch hai. kuch sochna nahi hai un ko. kuch sochna nahi hai.</w:t>
      </w:r>
      <w:r>
        <w:br/>
      </w:r>
      <w:r>
        <w:rPr>
          <w:sz w:val="20"/>
        </w:rPr>
        <w:t>1:43:31  to kia hai wo? just like animal ho jatay hain wo.</w:t>
      </w:r>
      <w:r>
        <w:br/>
      </w:r>
      <w:r>
        <w:rPr>
          <w:sz w:val="20"/>
        </w:rPr>
        <w:t>1:43:37  dekhiye, main aap ko arz karoon ke aik angrezi mein kaha jata hai ke</w:t>
      </w:r>
      <w:r>
        <w:br/>
      </w:r>
      <w:r>
        <w:rPr>
          <w:sz w:val="20"/>
        </w:rPr>
        <w:t>1:43:46  ke wo He was born with a silver spoon in his mouth. He was born with a silver spoon in his mouth.</w:t>
      </w:r>
      <w:r>
        <w:br/>
      </w:r>
      <w:r>
        <w:rPr>
          <w:sz w:val="20"/>
        </w:rPr>
        <w:t>1:43:56  mujhe bataiye ke kon aisa aadmi hai jis ne koi bara kaam kiya ho jo sone chandi ka chamcha le kar paida hua ho?</w:t>
      </w:r>
      <w:r>
        <w:br/>
      </w:r>
      <w:r>
        <w:rPr>
          <w:sz w:val="20"/>
        </w:rPr>
        <w:t>1:44:04  jitnay log hain bara kaam karnay walay, koi is tarah paida nahi hua.</w:t>
      </w:r>
      <w:r>
        <w:br/>
      </w:r>
      <w:r>
        <w:rPr>
          <w:sz w:val="20"/>
        </w:rPr>
        <w:t>1:44:12  sab wo hain jo ghareebi mein paida huay, museebaton mein paida huay. Yani matlab anxiety mein paida huay. Hamare doctor abdul karam sahib jo hain, un ke ghar walay un ki fees, school ki fees nahi de sakte thay un ki.</w:t>
      </w:r>
      <w:r>
        <w:br/>
      </w:r>
      <w:r>
        <w:rPr>
          <w:sz w:val="20"/>
        </w:rPr>
        <w:t>1:44:26  aap kehte hain bari anxiety yahi thi? anxiety hoti hai hum ko activate karne ke liye.</w:t>
      </w:r>
      <w:r>
        <w:br/>
      </w:r>
      <w:r>
        <w:rPr>
          <w:sz w:val="20"/>
        </w:rPr>
        <w:t>1:44:33  sirf aik hi formula hai jo ke main ne apna rakha hai ke main anxiety ko le kar ke is mein nahi parta.</w:t>
      </w:r>
      <w:r>
        <w:br/>
      </w:r>
      <w:r>
        <w:rPr>
          <w:sz w:val="20"/>
        </w:rPr>
        <w:t>1:44:44  yani anxiety ko main sawal mein tabdeel karta hoon. Har anxiety ko main challenge mein badal deta hoon.</w:t>
      </w:r>
      <w:r>
        <w:br/>
      </w:r>
      <w:r>
        <w:rPr>
          <w:sz w:val="20"/>
        </w:rPr>
        <w:t>1:44:55  yani I always try to convert my anxiety into question, into challenge.</w:t>
      </w:r>
      <w:r>
        <w:br/>
      </w:r>
      <w:r>
        <w:rPr>
          <w:sz w:val="20"/>
        </w:rPr>
        <w:t>1:45:04  aur phir isi ke through mera development hota rehta hai.</w:t>
      </w:r>
      <w:r>
        <w:br/>
      </w:r>
      <w:r>
        <w:rPr>
          <w:sz w:val="20"/>
        </w:rPr>
        <w:t>1:45:10  to sach poochain to yeh sara mamla jo hai conditioning ka hai, conditioning. Conditioning. Hamari conditioning is tarah hui hai ke hum log samajhte hain ke stress buri cheez hai.</w:t>
      </w:r>
      <w:r>
        <w:br/>
      </w:r>
      <w:r>
        <w:rPr>
          <w:sz w:val="20"/>
        </w:rPr>
        <w:t>1:45:21  aur jab tension buri cheez hai, anxiety buri cheez hai. Yahan tak ke bimari buri cheez nahi hai. Bimari buri cheez hai, batata hoon aap ko.</w:t>
      </w:r>
      <w:r>
        <w:br/>
      </w:r>
      <w:r>
        <w:rPr>
          <w:sz w:val="20"/>
        </w:rPr>
        <w:t>1:45:31  meri family mein aik sahib thay</w:t>
      </w:r>
      <w:r>
        <w:br/>
      </w:r>
      <w:r>
        <w:rPr>
          <w:sz w:val="20"/>
        </w:rPr>
        <w:t>1:45:36  jo meri taqreeban meri umar un ki thi, akasath saal ka shayad farq hoga. Wo kabhi beemar nahi hotay thay. Un ko cheenk nahi aayi, kabhi bukhar nahi hua.</w:t>
      </w:r>
      <w:r>
        <w:br/>
      </w:r>
      <w:r>
        <w:rPr>
          <w:sz w:val="20"/>
        </w:rPr>
        <w:t>1:45:47  aur achaanak brain hemorrhage hua, mar gaye wo. Aur main abhi tak yahi zinda hoon. Kyun? Mujhe aksar koi na koi bimari lagi rehti hai. Bachpan se</w:t>
      </w:r>
      <w:r>
        <w:br/>
      </w:r>
      <w:r>
        <w:rPr>
          <w:sz w:val="20"/>
        </w:rPr>
        <w:t>1:45:56  . Jab main paanch saal ka tha to yahan par mera aik phora nikla, us ko operation kiya. Aaj tak is ka nishan yahan par maujood hai, bilkul x ki shakal mein.</w:t>
      </w:r>
      <w:r>
        <w:br/>
      </w:r>
      <w:r>
        <w:rPr>
          <w:sz w:val="20"/>
        </w:rPr>
        <w:t>1:46:05  tab se hamesha koi na koi museebat lagi rahi thi mujh ko. Aur main zinda hoon. Is ko main ne parha ke wo aadmi kyun mar gaya, main kyun zinda hoon.</w:t>
      </w:r>
      <w:r>
        <w:br/>
      </w:r>
      <w:r>
        <w:rPr>
          <w:sz w:val="20"/>
        </w:rPr>
        <w:t>1:46:18  yeh mujhe discovery hui ke jo bimari hai, is ka aik misbat pehlu hai.</w:t>
      </w:r>
    </w:p>
    <w:p>
      <w:pPr>
        <w:pStyle w:val="Heading2"/>
      </w:pPr>
      <w:r>
        <w:t>Muslims should treat land disputes as secular</w:t>
      </w:r>
    </w:p>
    <w:p>
      <w:r>
        <w:rPr>
          <w:color w:val="666666"/>
          <w:sz w:val="18"/>
        </w:rPr>
        <w:t>The Problem of Misunderstanding July 02, 2008 · 5m 31s · at 38:42 · https://youtu.be/IP8aFVKtttc?t=2322</w:t>
      </w:r>
    </w:p>
    <w:p>
      <w:r>
        <w:rPr>
          <w:i/>
        </w:rPr>
        <w:t>“Jaise aaj kal musalmano ne kai conferences ki hain”</w:t>
      </w:r>
    </w:p>
    <w:p>
      <w:r>
        <w:rPr>
          <w:sz w:val="20"/>
        </w:rPr>
        <w:t>38:42  jaise aaj kal musalmanon ne kai conferencein ki hain</w:t>
      </w:r>
      <w:r>
        <w:br/>
      </w:r>
      <w:r>
        <w:rPr>
          <w:sz w:val="20"/>
        </w:rPr>
        <w:t>38:47  terrorizm ke khilaf, dehshat gardi ke khilaf, aatish baad ke khilaf, aur sara jo is mein jo proceeding thi, us ko agar aap ne dekha ho, us ki reporting hui thi media mein, to sab mein kya hai?</w:t>
      </w:r>
      <w:r>
        <w:br/>
      </w:r>
      <w:r>
        <w:rPr>
          <w:sz w:val="20"/>
        </w:rPr>
        <w:t>39:05  doosre ko blame diya gaya. musalmanon ko kuch nahi kaha gaya. musalmanon ko ek word nahi kaha in logon ne</w:t>
      </w:r>
      <w:r>
        <w:br/>
      </w:r>
      <w:r>
        <w:rPr>
          <w:sz w:val="20"/>
        </w:rPr>
        <w:t>39:14  jo spacious, fiery special thi. musalmanon ne wahan aa kar ke stage par bas doosron ko bura kehna aur yeh batana hai ke hum hamare khilaf jhooti phailai ja rahi hai, jhooti baatein phailai ja rahi hain.</w:t>
      </w:r>
      <w:r>
        <w:br/>
      </w:r>
      <w:r>
        <w:rPr>
          <w:sz w:val="20"/>
        </w:rPr>
        <w:t>39:30  main samajhta hoon ke jar ki baat yeh nahi hai. jar ki baat hai ke musalman, musalmanon ke sath kuch land ke problem aaye, zameen ke problem.</w:t>
      </w:r>
      <w:r>
        <w:br/>
      </w:r>
      <w:r>
        <w:rPr>
          <w:sz w:val="20"/>
        </w:rPr>
        <w:t>39:42  to land ke problem jo tha, woh ek ek secular problem tha. mere liye secular problem jaise kashmir mein jo problem hua, woh land ka tha.</w:t>
      </w:r>
      <w:r>
        <w:br/>
      </w:r>
      <w:r>
        <w:rPr>
          <w:sz w:val="20"/>
        </w:rPr>
        <w:t>39:50  land ka to secular problem tha, woh secular issue tha. woh falasteen mein bhi hua, falasteen mein woh bhi land ka problem tha, woh bhi secular issue tha.</w:t>
      </w:r>
      <w:r>
        <w:br/>
      </w:r>
      <w:r>
        <w:rPr>
          <w:sz w:val="20"/>
        </w:rPr>
        <w:t>40:03  to secular issue ko aap agar chalate ek secular issue ke taur par, to is mein islam badnaam na hota.</w:t>
      </w:r>
      <w:r>
        <w:br/>
      </w:r>
      <w:r>
        <w:rPr>
          <w:sz w:val="20"/>
        </w:rPr>
        <w:t>40:14  yeh na hota ke islam dahshatgardi sikhata hai, islam aatish baad sikhata hai. to yeh jo conferencein huin, yeh batane ke liye ke islam aatish baad nahi sikhata, isi par sab ki speeches huin.</w:t>
      </w:r>
      <w:r>
        <w:br/>
      </w:r>
      <w:r>
        <w:rPr>
          <w:sz w:val="20"/>
        </w:rPr>
        <w:t>40:27  unhein kehna chahiye tha musalmanon ko ke tum is maamle mein, yaani land tum se chheni gayi hai, property chhin gayi hai, to tumhare liye do mein se ek ka option hai: ya to sabr karo,</w:t>
      </w:r>
      <w:r>
        <w:br/>
      </w:r>
      <w:r>
        <w:rPr>
          <w:sz w:val="20"/>
        </w:rPr>
        <w:t>40:44  sabr kar ke baitho, ya is ko secular issue ke taur par lo. secular issue ke taur par mazhab se mat jodo is ko.</w:t>
      </w:r>
      <w:r>
        <w:br/>
      </w:r>
      <w:r>
        <w:rPr>
          <w:sz w:val="20"/>
        </w:rPr>
        <w:t>40:58  ek secular issue ke taur par, jaise aap dekhein ke jagah jagah ho raha hai aatish baad, maslan lanka mein ho raha hai, aur assam mein ho raha hai, orissa mein ho raha hai,</w:t>
      </w:r>
      <w:r>
        <w:br/>
      </w:r>
      <w:r>
        <w:rPr>
          <w:sz w:val="20"/>
        </w:rPr>
        <w:t>41:12  jagah jagah ho raha hai. woh land ke naam par hai, woh</w:t>
      </w:r>
      <w:r>
        <w:br/>
      </w:r>
      <w:r>
        <w:rPr>
          <w:sz w:val="20"/>
        </w:rPr>
        <w:t>41:18  land ke naam par hai, woh jagah jagah ho raha hai. duniya mein mukhtalif jagah jagah aap dekh sakte hain, sari duniya mein</w:t>
      </w:r>
      <w:r>
        <w:br/>
      </w:r>
      <w:r>
        <w:rPr>
          <w:sz w:val="20"/>
        </w:rPr>
        <w:t>41:27  woh sab log is ko kar rahe hain, yaani secular naam par, ek secular issue ke taur par. to un ka mazhab is mein badnaam nahi hota.</w:t>
      </w:r>
      <w:r>
        <w:br/>
      </w:r>
      <w:r>
        <w:rPr>
          <w:sz w:val="20"/>
        </w:rPr>
        <w:t>41:39  musalmanon ne kiya kiya ke is ko jahad kehna shuru kar diya, islami jahad. to duniya yeh kehne lagi ke islam to aatish baad sikhata hai, islam to terrorism sikhata hai.</w:t>
      </w:r>
      <w:r>
        <w:br/>
      </w:r>
      <w:r>
        <w:rPr>
          <w:sz w:val="20"/>
        </w:rPr>
        <w:t>41:52  to musalmanon ne mauqa diya logon ko ke aisa woh kahein.</w:t>
      </w:r>
      <w:r>
        <w:br/>
      </w:r>
      <w:r>
        <w:rPr>
          <w:sz w:val="20"/>
        </w:rPr>
        <w:t>41:58  musalmanon ne jab apne land ke problem ko bator secular issue ko nahi liya, balke is ko islami jahad kehne lage, unhone khud yeh mauqa diya doosron ko ke woh kahein ke islam jo hai, woh violence sikhata hai,</w:t>
      </w:r>
      <w:r>
        <w:br/>
      </w:r>
      <w:r>
        <w:rPr>
          <w:sz w:val="20"/>
        </w:rPr>
        <w:t>42:15  islam terrorism sikhata hai, islam tashaddud sikhata hai.</w:t>
      </w:r>
      <w:r>
        <w:br/>
      </w:r>
      <w:r>
        <w:rPr>
          <w:sz w:val="20"/>
        </w:rPr>
        <w:t>42:21  to yeh conferenceon mein yeh kehna chahiye tha ke aye musalmanon, tum ko agar apne land ke liye kuch karna hai to ek secular issue ke taur par karo, is ko islam ka naam mat lo is mein,</w:t>
      </w:r>
      <w:r>
        <w:br/>
      </w:r>
      <w:r>
        <w:rPr>
          <w:sz w:val="20"/>
        </w:rPr>
        <w:t>42:41  kyun ke islam ka is se koi talluq nahi hai. to asal baat jo kehne ki thi, woh yeh thi. lekin sab ne yeh kaha ke log islam se dushmani kar rahe</w:t>
      </w:r>
      <w:r>
        <w:br/>
      </w:r>
      <w:r>
        <w:rPr>
          <w:sz w:val="20"/>
        </w:rPr>
        <w:t>42:51  hain, islam ke khilaf conspiracy kar rahe hain, islam ko badnaam kar rahe hain. bhai, badnaam kiya hai? woh to wahi kar rahe hain jo aap khud keh jo kiya hai, aap ne usi ko dohra rahe hain.</w:t>
      </w:r>
      <w:r>
        <w:br/>
      </w:r>
      <w:r>
        <w:rPr>
          <w:sz w:val="20"/>
        </w:rPr>
        <w:t>43:02  woh aap ne kaha ke yeh islami jahad hai jo hum kar rahe hain. to kaha agar islami jahad hai to islami jahad ka matlab hai violence, tashaddud.</w:t>
      </w:r>
      <w:r>
        <w:br/>
      </w:r>
      <w:r>
        <w:rPr>
          <w:sz w:val="20"/>
        </w:rPr>
        <w:t>43:14  agar woh alag alag rakhte, apne secular issue ko alag rakhte, islam ko alag rakhte to kabhi bhi yeh surat na banti ke islam ko badnaam kiya ja raha hai.</w:t>
      </w:r>
      <w:r>
        <w:br/>
      </w:r>
      <w:r>
        <w:rPr>
          <w:sz w:val="20"/>
        </w:rPr>
        <w:t>43:24  sari duniya mein ab kya kehte hain ke media hamara dushman ho gaya hai. bhai, media kya dushman ho gaya? aap jab ek ek violence karein ge islami jahad ke naam par to media yeh chhape ga jo aap ne khud munh se bole hain.</w:t>
      </w:r>
      <w:r>
        <w:br/>
      </w:r>
      <w:r>
        <w:rPr>
          <w:sz w:val="20"/>
        </w:rPr>
        <w:t>43:43  aap</w:t>
      </w:r>
      <w:r>
        <w:br/>
      </w:r>
      <w:r>
        <w:rPr>
          <w:sz w:val="20"/>
        </w:rPr>
        <w:t>43:48  to main samajhta hoon ke asal cheez yeh hai ke aadmi reassess kare, apni ghalti ko find out kare, chahe woh america ka case ho ya musalmanon ka case ho ya kisi aur ka case ho.</w:t>
      </w:r>
      <w:r>
        <w:br/>
      </w:r>
      <w:r>
        <w:rPr>
          <w:sz w:val="20"/>
        </w:rPr>
        <w:t>44:02  har ek ko chahiye ke apni ghalti ko pata kare,</w:t>
      </w:r>
    </w:p>
    <w:p>
      <w:pPr>
        <w:pStyle w:val="Heading2"/>
      </w:pPr>
      <w:r>
        <w:t>Palestine solution: accept status quo via de-linking</w:t>
      </w:r>
    </w:p>
    <w:p>
      <w:r>
        <w:rPr>
          <w:color w:val="666666"/>
          <w:sz w:val="18"/>
        </w:rPr>
        <w:t>Art of De-Linking May 6, 2007 Maulana Wahiduddin Khan · 5m 01s · at 1:18:43 · https://youtu.be/cvzrpk4qFus?t=4723</w:t>
      </w:r>
    </w:p>
    <w:p>
      <w:r>
        <w:rPr>
          <w:i/>
        </w:rPr>
        <w:t>“The solution for Palestine is de-linking policy”</w:t>
      </w:r>
    </w:p>
    <w:p>
      <w:r>
        <w:rPr>
          <w:sz w:val="20"/>
        </w:rPr>
        <w:t>1:18:43  yeh hai mera. ah, das question is from shamshad ahmad. who is from kashmir. what is what is the present solution of palestine and israel?</w:t>
      </w:r>
      <w:r>
        <w:br/>
      </w:r>
      <w:r>
        <w:rPr>
          <w:sz w:val="20"/>
        </w:rPr>
        <w:t>1:18:56  wohi hai jo pehle tha. koi do solution nahin hua karta.</w:t>
      </w:r>
      <w:r>
        <w:br/>
      </w:r>
      <w:r>
        <w:rPr>
          <w:sz w:val="20"/>
        </w:rPr>
        <w:t>1:19:00  vd league policy. dekhen, 1948 mein balfour commission ke tehat is ka partition hua palestine ka.</w:t>
      </w:r>
      <w:r>
        <w:br/>
      </w:r>
      <w:r>
        <w:rPr>
          <w:sz w:val="20"/>
        </w:rPr>
        <w:t>1:19:10  is partition mein one third diya gaya israel ko, jo ziyada tar desert tha. two third diya gaya arbon ko, jo bohat hi acha area tha, including jerusalem.</w:t>
      </w:r>
      <w:r>
        <w:br/>
      </w:r>
      <w:r>
        <w:rPr>
          <w:sz w:val="20"/>
        </w:rPr>
        <w:t>1:19:22  yeh sab arbon ko mil gaya tha.</w:t>
      </w:r>
      <w:r>
        <w:br/>
      </w:r>
      <w:r>
        <w:rPr>
          <w:sz w:val="20"/>
        </w:rPr>
        <w:t>1:19:25  to unhon ne kya chahiye tha ke they must have the status quo jo ho gaya, us ko man len.</w:t>
      </w:r>
      <w:r>
        <w:br/>
      </w:r>
      <w:r>
        <w:rPr>
          <w:sz w:val="20"/>
        </w:rPr>
        <w:t>1:19:34  kyun ke dekhiye, jab aap lar nahin sakte to man lijiye. rasool Allah lar nahin sakte the makkah mein to chhod ke madina chale gaye. yeh islam ka principle yaad rakhiye ke khwamkhwah larana islam mein jaiz hi nahin hai.</w:t>
      </w:r>
      <w:r>
        <w:br/>
      </w:r>
      <w:r>
        <w:rPr>
          <w:sz w:val="20"/>
        </w:rPr>
        <w:t>1:19:51  jab lar nahin sakte aap, jab lar kar result nahin le sakte aap, to phir man lijiye. hazrat khalid dekhen, bohat bara waqea yeh hai.</w:t>
      </w:r>
      <w:r>
        <w:br/>
      </w:r>
      <w:r>
        <w:rPr>
          <w:sz w:val="20"/>
        </w:rPr>
        <w:t>1:20:03  rasool Allah ne hazrat khalid ko bheja ghazwa moot mein teen hazar aadmi ke sath. aap ke sath kul teen hazar aadmi the.</w:t>
      </w:r>
      <w:r>
        <w:br/>
      </w:r>
      <w:r>
        <w:rPr>
          <w:sz w:val="20"/>
        </w:rPr>
        <w:t>1:20:12  wahan jab pahunche to mal ke pas do lakh aadmi hain. do lakh aadmi hain. kyun ke roomiyon ne un ko madad ki thi moot ke maqam par.</w:t>
      </w:r>
      <w:r>
        <w:br/>
      </w:r>
      <w:r>
        <w:rPr>
          <w:sz w:val="20"/>
        </w:rPr>
        <w:t>1:20:23  to jab koi pata chala hazrat khalid ko, yeh lambi kahani hai, mein koi khulasa bata raha hoon aap ko. to unhon ne khamoshi se reset kiya. reset kar ke woh wapas aa gaye madina.</w:t>
      </w:r>
      <w:r>
        <w:br/>
      </w:r>
      <w:r>
        <w:rPr>
          <w:sz w:val="20"/>
        </w:rPr>
        <w:t>1:20:35  to jab madina pahunche to kuch parjosh log wahan the. unhon ne kaha ke ya firar! aye bhagne walon!</w:t>
      </w:r>
      <w:r>
        <w:br/>
      </w:r>
      <w:r>
        <w:rPr>
          <w:sz w:val="20"/>
        </w:rPr>
        <w:t>1:20:42  firar ke ma'ani hote hain bhagne wale. rasool Allah ko maloom hua to unhon ne kaha ke leso bil firar walakin naam qarar inshallah taala leso bil firar walakin naam qarar inshallah taala.</w:t>
      </w:r>
      <w:r>
        <w:br/>
      </w:r>
      <w:r>
        <w:rPr>
          <w:sz w:val="20"/>
        </w:rPr>
        <w:t>1:20:58  yeh bhagne wale nahin hain. phir inshallah iqdam karenge woh. to jab aap ko dekhiye, lar kar koi result nikalne ki taqat na ho to peechhe hat jaiye.</w:t>
      </w:r>
      <w:r>
        <w:br/>
      </w:r>
      <w:r>
        <w:rPr>
          <w:sz w:val="20"/>
        </w:rPr>
        <w:t>1:21:10  reset</w:t>
      </w:r>
      <w:r>
        <w:br/>
      </w:r>
      <w:r>
        <w:rPr>
          <w:sz w:val="20"/>
        </w:rPr>
        <w:t>1:21:11  kijiye. yeh islam hai. yeh islam nahin hai, nahin hai, nahin hai ke larne ki taqat nahin hai aur lar rahe hain. larte hain aur hath mein talwar bhi nahin.</w:t>
      </w:r>
      <w:r>
        <w:br/>
      </w:r>
      <w:r>
        <w:rPr>
          <w:sz w:val="20"/>
        </w:rPr>
        <w:t>1:21:21  yeh to shairi hai. larte hain aur hath mein talwar bhi nahin. yeh shairi hai. yeh islami formula nahin hai. yeh islami formula nahin hai.</w:t>
      </w:r>
      <w:r>
        <w:br/>
      </w:r>
      <w:r>
        <w:rPr>
          <w:sz w:val="20"/>
        </w:rPr>
        <w:t>1:21:31  ek shair kaha hai ke momin hai to be tegh bhi larta hai sipahi. yeh kya shairi hai ji? kab momin be tegh lada? mujhe bataiye.</w:t>
      </w:r>
      <w:r>
        <w:br/>
      </w:r>
      <w:r>
        <w:rPr>
          <w:sz w:val="20"/>
        </w:rPr>
        <w:t>1:21:41  rasool Allah ke zamane mein? khulafa ke zamane mein? pichhle peghambaron ke zamane mein? momin hai to be tegh bhi larta hai sipahi.</w:t>
      </w:r>
      <w:r>
        <w:br/>
      </w:r>
      <w:r>
        <w:rPr>
          <w:sz w:val="20"/>
        </w:rPr>
        <w:t>1:21:50  yeh bilkul laghu baaten hain. falasteen mein musalman yani arab yahud se larne ki taqat nahin rakhte.</w:t>
      </w:r>
      <w:r>
        <w:br/>
      </w:r>
      <w:r>
        <w:rPr>
          <w:sz w:val="20"/>
        </w:rPr>
        <w:t>1:22:00  is ka proof mil chuka hai pchas saal ki ladai ke nateejay mein. unhon ne destroy kar diya sara</w:t>
      </w:r>
      <w:r>
        <w:br/>
      </w:r>
      <w:r>
        <w:rPr>
          <w:sz w:val="20"/>
        </w:rPr>
        <w:t>1:22:07  yasser arafat ka sara headquarter. woh sare un ke helicopter, sare jahaz destroy kar diye. aur kuch nahin le sake woh un se. to ab jo hai, agar aap 1948 mein is status quo ko koi mante, us waqt falasteen ka two third aap ke pas tha.</w:t>
      </w:r>
      <w:r>
        <w:br/>
      </w:r>
      <w:r>
        <w:rPr>
          <w:sz w:val="20"/>
        </w:rPr>
        <w:t>1:22:26  too third. ab to bohat thora sa hai lekin ab bhi wahi hai. possible solution ke jo hai wahi maan lijie.</w:t>
      </w:r>
      <w:r>
        <w:br/>
      </w:r>
      <w:r>
        <w:rPr>
          <w:sz w:val="20"/>
        </w:rPr>
        <w:t>1:22:36  is is ka koi imkan nahi hai, koi possibility nahi hai ke arab jo log hain, woh palestine mein is status ko koi change kar saken.</w:t>
      </w:r>
      <w:r>
        <w:br/>
      </w:r>
      <w:r>
        <w:rPr>
          <w:sz w:val="20"/>
        </w:rPr>
        <w:t>1:22:46  jab change nahi kar sake to maan lijie. rasool Allah aap makka mein change nahi kar sakte to chale gaye, madina chale gaye. jab aap is position mein hon, jab aap is position mein na hon ke aap is status ko koi change kar sakte hain, to yaqeen kijiye ladaai bilkul islam ke khilaaf hai.</w:t>
      </w:r>
      <w:r>
        <w:br/>
      </w:r>
      <w:r>
        <w:rPr>
          <w:sz w:val="20"/>
        </w:rPr>
        <w:t>1:23:05  aap ko reset karna chahiye. is wajah se palestine ka wahi hal hai jo rasool Allah ke haan milta hai, namoona ke chounke aap ne bewakoof nadani ki 48 mein,</w:t>
      </w:r>
      <w:r>
        <w:br/>
      </w:r>
      <w:r>
        <w:rPr>
          <w:sz w:val="20"/>
        </w:rPr>
        <w:t>1:23:19  ab is nadani kab tak repeat karenge? So you have to accept the status quo in Palestine. Arab must accept the status quo in Palestine.</w:t>
      </w:r>
      <w:r>
        <w:br/>
      </w:r>
      <w:r>
        <w:rPr>
          <w:sz w:val="20"/>
        </w:rPr>
        <w:t>1:23:36  there is no other choice for arab. there is no other solution at all. yeh meri rai hai.</w:t>
      </w:r>
    </w:p>
    <w:p>
      <w:pPr>
        <w:pStyle w:val="Heading2"/>
      </w:pPr>
      <w:r>
        <w:t>Ibrahim avoids confrontation, builds a new generation instead</w:t>
      </w:r>
    </w:p>
    <w:p>
      <w:r>
        <w:rPr>
          <w:color w:val="666666"/>
          <w:sz w:val="18"/>
        </w:rPr>
        <w:t>Conciliatory Approach vs Confrontational Approach March 21, 2010 Maulana Wahiduddin Khan · 5m 47s · at 11:40 · https://youtu.be/GTMfVIxatRM?t=700</w:t>
      </w:r>
    </w:p>
    <w:p>
      <w:r>
        <w:rPr>
          <w:i/>
        </w:rPr>
        <w:t>“Hazrat Ibrahim char hazaar saal pehle Iraq mein paida huye”</w:t>
      </w:r>
    </w:p>
    <w:p>
      <w:r>
        <w:rPr>
          <w:sz w:val="20"/>
        </w:rPr>
        <w:t>11:40  ab main aap ko misaal deta hoon Hazrat Ibrahim ki.</w:t>
      </w:r>
      <w:r>
        <w:br/>
      </w:r>
      <w:r>
        <w:rPr>
          <w:sz w:val="20"/>
        </w:rPr>
        <w:t>11:49  Hazrat Ibrahim jo the, ab se chaar hazaar saal pehle Iraq mein paida hue. Iraq ki rajdhani us waqt tha Ur, U R Ur.</w:t>
      </w:r>
      <w:r>
        <w:br/>
      </w:r>
      <w:r>
        <w:rPr>
          <w:sz w:val="20"/>
        </w:rPr>
        <w:t>12:00  ab woh poora sheher zameen ke neeche daba hua hai, khudaai kar ke nikala gaya hai.</w:t>
      </w:r>
      <w:r>
        <w:br/>
      </w:r>
      <w:r>
        <w:rPr>
          <w:sz w:val="20"/>
        </w:rPr>
        <w:t>12:07  is zamaane mein wahan par ek baadshah tha, uska naam tha Nimrod, N M I M, N I M R U D, Nimrod.</w:t>
      </w:r>
      <w:r>
        <w:br/>
      </w:r>
      <w:r>
        <w:rPr>
          <w:sz w:val="20"/>
        </w:rPr>
        <w:t>12:19  to Hazrat Ibrahim ka is se, is ke saamne aap ne pesh ki dawat, apne baap ke saamne, us ke saamne.</w:t>
      </w:r>
      <w:r>
        <w:br/>
      </w:r>
      <w:r>
        <w:rPr>
          <w:sz w:val="20"/>
        </w:rPr>
        <w:t>12:31  to woh log jo the, nahin maana unhon ne.</w:t>
      </w:r>
      <w:r>
        <w:br/>
      </w:r>
      <w:r>
        <w:rPr>
          <w:sz w:val="20"/>
        </w:rPr>
        <w:t>12:38  is zamaane mein shirk culture chal chuka tha. ajeeb baat hai ke bahut jald duniya mein shirk ka culture aa gaya. shirk kis ko kehte hain?</w:t>
      </w:r>
      <w:r>
        <w:br/>
      </w:r>
      <w:r>
        <w:rPr>
          <w:sz w:val="20"/>
        </w:rPr>
        <w:t>12:47  shirk ka matlab nature worship, suraj ko poojna, chand ko poojna, samundaron ko poojna, pahadon ko poojna, ya nature worship.</w:t>
      </w:r>
      <w:r>
        <w:br/>
      </w:r>
      <w:r>
        <w:rPr>
          <w:sz w:val="20"/>
        </w:rPr>
        <w:t>12:58  to jo jo dikhai pad rahi thi aadmi ko, usi ko laga poojne. is ke peeche jo tha creator, woh is ke samajh mein nahin aaya.</w:t>
      </w:r>
      <w:r>
        <w:br/>
      </w:r>
      <w:r>
        <w:rPr>
          <w:sz w:val="20"/>
        </w:rPr>
        <w:t>13:10  to is zamaane mein poora jo culture tha, poori jo society thi, woh shirk par qaaim ho chuki thi. woh log suraj, chand, sitaron ko poojte the.</w:t>
      </w:r>
      <w:r>
        <w:br/>
      </w:r>
      <w:r>
        <w:rPr>
          <w:sz w:val="20"/>
        </w:rPr>
        <w:t>13:23  to dekhiye, woh log jo hain, aap ke khilaaf ho gaye, aap ki baat nahi mani.</w:t>
      </w:r>
      <w:r>
        <w:br/>
      </w:r>
      <w:r>
        <w:rPr>
          <w:sz w:val="20"/>
        </w:rPr>
        <w:t>13:29  to aap ne kya kiya?</w:t>
      </w:r>
      <w:r>
        <w:br/>
      </w:r>
      <w:r>
        <w:rPr>
          <w:sz w:val="20"/>
        </w:rPr>
        <w:t>13:34  yahan tak ke unhon ne aap ko aag mein bhi daal diya.</w:t>
      </w:r>
      <w:r>
        <w:br/>
      </w:r>
      <w:r>
        <w:rPr>
          <w:sz w:val="20"/>
        </w:rPr>
        <w:t>13:39  to is waqt aap ne kya kiya? yaani ek kam se kam itna to aap kar sakte the ke bad dua karte ho in logon ke khilaaf ke Khuda in logon ko gharaat kar de, un ko tabaah kar de.</w:t>
      </w:r>
      <w:r>
        <w:br/>
      </w:r>
      <w:r>
        <w:rPr>
          <w:sz w:val="20"/>
        </w:rPr>
        <w:t>13:50  yeh bhi that is also a way of confrontation.</w:t>
      </w:r>
      <w:r>
        <w:br/>
      </w:r>
      <w:r>
        <w:rPr>
          <w:sz w:val="20"/>
        </w:rPr>
        <w:t>13:57  agar aap bad dua karein to woh bhi ek takraao ki ek shakal hai ke aap khud to kar nahi sakte, Allah se keh rahe hain ke farishton ko bhejein, un ko un ko destroy kar de.</w:t>
      </w:r>
      <w:r>
        <w:br/>
      </w:r>
      <w:r>
        <w:rPr>
          <w:sz w:val="20"/>
        </w:rPr>
        <w:t>14:12  so bad dua is also a way of confrontation. Hazrat Ibrahim ne aisa nahi kiya. kaisi anokhi baat hai yeh. yeh nahi ke Hazrat Ibrahim ne</w:t>
      </w:r>
      <w:r>
        <w:br/>
      </w:r>
      <w:r>
        <w:rPr>
          <w:sz w:val="20"/>
        </w:rPr>
        <w:t>14:24  khamoshi se nikal gaye arsh se, phir wahan se Falasteen gaye, Sham gaye, Misr gaye.</w:t>
      </w:r>
      <w:r>
        <w:br/>
      </w:r>
      <w:r>
        <w:rPr>
          <w:sz w:val="20"/>
        </w:rPr>
        <w:t>14:34  aakhir mein unhon ne Makkah ke maqam par aa kar ke apni biwi ko Hajra aur Ismail, chhote bachche ko basaya, jo ke wahan par desert tha.</w:t>
      </w:r>
      <w:r>
        <w:br/>
      </w:r>
      <w:r>
        <w:rPr>
          <w:sz w:val="20"/>
        </w:rPr>
        <w:t>14:45  us waqt wahan Makkah koi basti nahi thi, wahan</w:t>
      </w:r>
      <w:r>
        <w:br/>
      </w:r>
      <w:r>
        <w:rPr>
          <w:sz w:val="20"/>
        </w:rPr>
        <w:t>14:50  par na koi na town tha, na koi city tha, na koi gaon tha, koi company nahi tha, kuch bhi nahi tha. us desert mein basaya. ab aap ghaur kijiye, Hazrat Ibrahim ko mauqa tha ke woh kam se kam bad dua to kar sakte the,</w:t>
      </w:r>
      <w:r>
        <w:br/>
      </w:r>
      <w:r>
        <w:rPr>
          <w:sz w:val="20"/>
        </w:rPr>
        <w:t>15:05  woh paighambar the. to yeh bhi confrontation ko avoid kar ke ek nayi planning karna tha.</w:t>
      </w:r>
      <w:r>
        <w:br/>
      </w:r>
      <w:r>
        <w:rPr>
          <w:sz w:val="20"/>
        </w:rPr>
        <w:t>15:16  yeh bhi ek shakal thi conciliatory approach ki.</w:t>
      </w:r>
      <w:r>
        <w:br/>
      </w:r>
      <w:r>
        <w:rPr>
          <w:sz w:val="20"/>
        </w:rPr>
        <w:t>15:22  woh kya thi? unhon ne socha ke hamein ek nayi nasal banana hai, ek nayi generation banana hai, aisi generation jo yaani shirk ke culture se bahar,</w:t>
      </w:r>
      <w:r>
        <w:br/>
      </w:r>
      <w:r>
        <w:rPr>
          <w:sz w:val="20"/>
        </w:rPr>
        <w:t>15:37  bahar us ki parvarish ho. us ka, us ka, us ka jo soch hai, shirk ke culture se bahar bane.</w:t>
      </w:r>
      <w:r>
        <w:br/>
      </w:r>
      <w:r>
        <w:rPr>
          <w:sz w:val="20"/>
        </w:rPr>
        <w:t>15:45  kyunke wahan par jo jo jo city hote the, jo town hote the, wahan par kya tha? wahan par shirk ka chha chuka tha, yaani nature worship chha chuki thi.</w:t>
      </w:r>
      <w:r>
        <w:br/>
      </w:r>
      <w:r>
        <w:rPr>
          <w:sz w:val="20"/>
        </w:rPr>
        <w:t>16:00  paida hua, foran woh suraj ko, chand ko, sitaron ko poojne laga, dariyaon ko aur pahadon ko poojne laga.</w:t>
      </w:r>
      <w:r>
        <w:br/>
      </w:r>
      <w:r>
        <w:rPr>
          <w:sz w:val="20"/>
        </w:rPr>
        <w:t>16:10  to unhon ne yeh us ki banayi ke takraao ko avoid kar ke sehra mein aaye, apni biwi ko aur chhote bachchon ko wahan basaya, yaani is se door, shirk ke culture se door,</w:t>
      </w:r>
      <w:r>
        <w:br/>
      </w:r>
      <w:r>
        <w:rPr>
          <w:sz w:val="20"/>
        </w:rPr>
        <w:t>16:28  taake woh conditioning jo ho rahi thi un ki, woh is conditioning se paak ho kar ek nasal bane. kyunke wahan jo paida hota tha insaan, to bachpan se us ki conditioning shuru ho jati thi.</w:t>
      </w:r>
      <w:r>
        <w:br/>
      </w:r>
      <w:r>
        <w:rPr>
          <w:sz w:val="20"/>
        </w:rPr>
        <w:t>16:38  woh</w:t>
      </w:r>
      <w:r>
        <w:br/>
      </w:r>
      <w:r>
        <w:rPr>
          <w:sz w:val="20"/>
        </w:rPr>
        <w:t>16:41  paida hote hi, yaani har baat, har har har tajruba, har waqea, har jagah us ko jo jo sunne ko milti thi, woh shirk wali baatein theen.</w:t>
      </w:r>
      <w:r>
        <w:br/>
      </w:r>
      <w:r>
        <w:rPr>
          <w:sz w:val="20"/>
        </w:rPr>
        <w:t>16:53  to is conditioning se door ek ek generation bane, us ke liye aap ne desert mein aa kar ke basaya ho. aur phir woh bani, yeh waqea hua ab se chaar hazar saal pehle,</w:t>
      </w:r>
      <w:r>
        <w:br/>
      </w:r>
      <w:r>
        <w:rPr>
          <w:sz w:val="20"/>
        </w:rPr>
        <w:t>17:08  woh nasal bani, us ko hum kehte hain Banu Ismail,</w:t>
      </w:r>
      <w:r>
        <w:br/>
      </w:r>
      <w:r>
        <w:rPr>
          <w:sz w:val="20"/>
        </w:rPr>
        <w:t>17:12  yaani Hazrat Ismail ke se jo log wajood mein aaye. to woh us ki lambi kahani hai. isi mein se Rasool Allah Sal Allahu Alaihi Wasallam paida hue, isi mein se Sahaba bane, unhi logon ne phir inqilaab barpa kiya.</w:t>
      </w:r>
    </w:p>
    <w:p>
      <w:pPr>
        <w:pStyle w:val="Heading2"/>
      </w:pPr>
      <w:r>
        <w:t>The Ten Commandments mapped onto the Quran</w:t>
      </w:r>
    </w:p>
    <w:p>
      <w:r>
        <w:rPr>
          <w:color w:val="666666"/>
          <w:sz w:val="18"/>
        </w:rPr>
        <w:t>Lessons from The Story of Prophet Moses Part 5, October 30, 2022 · 4m 09s · at 32:42 · https://youtu.be/Yei6NJ0s5wI?t=1962</w:t>
      </w:r>
    </w:p>
    <w:p>
      <w:r>
        <w:rPr>
          <w:i/>
        </w:rPr>
        <w:t>“Ten Commandments jaisi ek movie bhi thi”</w:t>
      </w:r>
    </w:p>
    <w:p>
      <w:r>
        <w:rPr>
          <w:sz w:val="20"/>
        </w:rPr>
        <w:t>32:42  de. aameen. doctor sahib aap ne ten commandments ka bhi abhi zikr kiya apne pichle jawab mein. ji, commandments ka aap ne zikr kiya tha to ten commandments ke bare mein main chahunga aap zaroor batayein.</w:t>
      </w:r>
      <w:r>
        <w:br/>
      </w:r>
      <w:r>
        <w:rPr>
          <w:sz w:val="20"/>
        </w:rPr>
        <w:t>32:55  ji, ten commandments jaise ek movie bhi thi to is bohat mashhoor ho gaya hai yeh quran bible mein ten commandments aate hain.</w:t>
      </w:r>
      <w:r>
        <w:br/>
      </w:r>
      <w:r>
        <w:rPr>
          <w:sz w:val="20"/>
        </w:rPr>
        <w:t>33:05  ah jo ke is tarah se hain ke you shall have no other god before me ji yani khuda ke ilawa koi aur khuda nahin hoga.</w:t>
      </w:r>
      <w:r>
        <w:br/>
      </w:r>
      <w:r>
        <w:rPr>
          <w:sz w:val="20"/>
        </w:rPr>
        <w:t>33:19  to yeh quran mein bhi yani yeh sari baatein jo ten commandments mein aati hain woh quran mein bhi maujood hain. ji, aur bar bar aayi hain.</w:t>
      </w:r>
      <w:r>
        <w:br/>
      </w:r>
      <w:r>
        <w:rPr>
          <w:sz w:val="20"/>
        </w:rPr>
        <w:t>33:27  to</w:t>
      </w:r>
      <w:r>
        <w:br/>
      </w:r>
      <w:r>
        <w:rPr>
          <w:sz w:val="20"/>
        </w:rPr>
        <w:t>33:28  ab yeh jo pehla hai yeh yeh to la ilaha illallah muhammadur rasulullah mein yeh yeh baat aati hai aur kai tarah se quran mein kaha kaha gaya. aise hi you shall not make an image of god humm yani khuda ki koi image nahin banaoge.</w:t>
      </w:r>
      <w:r>
        <w:br/>
      </w:r>
      <w:r>
        <w:rPr>
          <w:sz w:val="20"/>
        </w:rPr>
        <w:t>33:45  to yeh quran mein bhi aata hai laisa kamesli shayun ke is jaisi koi cheez hi</w:t>
      </w:r>
      <w:r>
        <w:br/>
      </w:r>
      <w:r>
        <w:rPr>
          <w:sz w:val="20"/>
        </w:rPr>
        <w:t>33:51  nahin hai. jab khuda ko insan ne dekha nahin aur na dekh sakta to us ki image banane ka koi meaningless ji cheez hai.</w:t>
      </w:r>
      <w:r>
        <w:br/>
      </w:r>
      <w:r>
        <w:rPr>
          <w:sz w:val="20"/>
        </w:rPr>
        <w:t>34:00  aise hi aata hai you shall not misuse the name of the lord your god ji yani ah misuse ka matlab hai jaise ke khuda ke naam pe koi qasam jhooti qasam khaye.</w:t>
      </w:r>
      <w:r>
        <w:br/>
      </w:r>
      <w:r>
        <w:rPr>
          <w:sz w:val="20"/>
        </w:rPr>
        <w:t>34:11  hmm to yeh misuse ho gaya. to yeh ah islam mein bhi hai quran mein bhi hai. ah aur</w:t>
      </w:r>
      <w:r>
        <w:br/>
      </w:r>
      <w:r>
        <w:rPr>
          <w:sz w:val="20"/>
        </w:rPr>
        <w:t>34:19  hai ke remember the seventh day humm jo saturday tha woh un ka holiday tha. ji, ah is mein yeh tha ke ah woh ibadat karein aur jo duniyavi kaam hain ah jo ah woh is ko avoid karein.</w:t>
      </w:r>
      <w:r>
        <w:br/>
      </w:r>
      <w:r>
        <w:rPr>
          <w:sz w:val="20"/>
        </w:rPr>
        <w:t>34:35  to yeh yeh cheez ah ah ah islam mein bhi hai. friday hai aur christians ke liye ah ah sunday hai.</w:t>
      </w:r>
      <w:r>
        <w:br/>
      </w:r>
      <w:r>
        <w:rPr>
          <w:sz w:val="20"/>
        </w:rPr>
        <w:t>34:45  to ah aise hi hai ke honor your father</w:t>
      </w:r>
      <w:r>
        <w:br/>
      </w:r>
      <w:r>
        <w:rPr>
          <w:sz w:val="20"/>
        </w:rPr>
        <w:t>34:48  and mother yeh bhi quran mein bohat zyada hai ke qurbi rahmahuma kama rabbayani saghiran ke lord ah have mercy on my parents as they raised me up when i was little.</w:t>
      </w:r>
      <w:r>
        <w:br/>
      </w:r>
      <w:r>
        <w:rPr>
          <w:sz w:val="20"/>
        </w:rPr>
        <w:t>35:01  aur hadith mein bohat zyada hai. ji, khaas taur se maa ke bare mein to bohat hi zyada hai. ji, aise hi hai you shall not murder</w:t>
      </w:r>
      <w:r>
        <w:br/>
      </w:r>
      <w:r>
        <w:rPr>
          <w:sz w:val="20"/>
        </w:rPr>
        <w:t>35:10  quran mein bhi yeh baat hai ke jis ne ek insan ko qatl kiya us ne goya saare hi insanon ko qatl kar diya. hmm aur you shall not commit adultery yeh bhi quran mein hai.</w:t>
      </w:r>
      <w:r>
        <w:br/>
      </w:r>
      <w:r>
        <w:rPr>
          <w:sz w:val="20"/>
        </w:rPr>
        <w:t>35:21  and you shall not steal yeh bhi quran mein aata hai ke haath kaatne ka jo hukm hai. you shall not bear false witness ji yeh bhi aata hai quran mein jisko shahadat zor kaha gaya</w:t>
      </w:r>
      <w:r>
        <w:br/>
      </w:r>
      <w:r>
        <w:rPr>
          <w:sz w:val="20"/>
        </w:rPr>
        <w:t>35:35  hai. you shall not have wrongful desires yaani desires ah ah is tarah ki.</w:t>
      </w:r>
      <w:r>
        <w:br/>
      </w:r>
      <w:r>
        <w:rPr>
          <w:sz w:val="20"/>
        </w:rPr>
        <w:t>35:44  to yeh saari jo baatein hain yeh saare mazahib mein hain. ji, yaani yeh moral aspect hai. aap dekhein hinduzam mein bhi sikhism mein jainism mein ah har jagah yeh cheezein milti hain christianity mein.</w:t>
      </w:r>
      <w:r>
        <w:br/>
      </w:r>
      <w:r>
        <w:rPr>
          <w:sz w:val="20"/>
        </w:rPr>
        <w:t>35:58  to yeh islam mein yeh to ek common ah cheezein hain jo har jagah aap ko ji milein gi</w:t>
      </w:r>
      <w:r>
        <w:br/>
      </w:r>
      <w:r>
        <w:rPr>
          <w:sz w:val="20"/>
        </w:rPr>
        <w:t>36:03  gi. wahi ten commandments ki soorat mein ji bana diya gaya bible mein yeh cheezein aati hain. aur bohat simple aur natural hain doctor sahab so any person who will hear these ji his mind will testify to its truth agar follow karein to zindagi aasan to ho hi jaye gi kamyab bhi hogi yaqeenan chounke insaan ke nature mein yeh cheez maujood hai.</w:t>
      </w:r>
      <w:r>
        <w:br/>
      </w:r>
      <w:r>
        <w:rPr>
          <w:sz w:val="20"/>
        </w:rPr>
        <w:t>36:22  ji, allah taala ne banaya hi aisa hai ke woh jhoot na boley burai na kare kisi ko sataye nahi logon ke liye helpful na bane. to yeh baat woh reinforce karne ke liye in mazahib ki mazhabi kitabon mein bhi aa gayi hai.</w:t>
      </w:r>
      <w:r>
        <w:br/>
      </w:r>
      <w:r>
        <w:rPr>
          <w:sz w:val="20"/>
        </w:rPr>
        <w:t>36:36  ji, baat yeh insaan ke paas khud allah taala ne har insaan ki inner shakhsiyat mein rakhi hui hai. hmm, koi bura kaam karta hai to usko lagta hai ke main galat kaam kar raha hoon.</w:t>
      </w:r>
      <w:r>
        <w:br/>
      </w:r>
      <w:r>
        <w:rPr>
          <w:sz w:val="20"/>
        </w:rPr>
        <w:t>36:44  ji, bilkul to inhi baat ko thoda aur wazeh karne ke liye yeh baatein aa jaati hain. ji, dekhein jazak allah</w:t>
      </w:r>
    </w:p>
    <w:p>
      <w:pPr>
        <w:pStyle w:val="Heading2"/>
      </w:pPr>
      <w:r>
        <w:t>Quran's complete guidance through all prophets</w:t>
      </w:r>
    </w:p>
    <w:p>
      <w:r>
        <w:rPr>
          <w:color w:val="666666"/>
          <w:sz w:val="18"/>
        </w:rPr>
        <w:t>Prophetic Example | April 06, 2014 | Maulana Wahiduddin Khan · 5m 04s · at 0:45 · https://youtu.be/zTVjTJbStUU?t=45</w:t>
      </w:r>
    </w:p>
    <w:p>
      <w:r>
        <w:rPr>
          <w:i/>
        </w:rPr>
        <w:t>“Kal mein ek baat soch raha tha”</w:t>
      </w:r>
    </w:p>
    <w:p>
      <w:r>
        <w:rPr>
          <w:sz w:val="20"/>
        </w:rPr>
        <w:t>0:45  do hazar chudah.</w:t>
      </w:r>
      <w:r>
        <w:br/>
      </w:r>
      <w:r>
        <w:rPr>
          <w:sz w:val="20"/>
        </w:rPr>
        <w:t>0:56  aaj ka subject hai Prophetic example, yani peghambaron ka namuna.</w:t>
      </w:r>
      <w:r>
        <w:br/>
      </w:r>
      <w:r>
        <w:rPr>
          <w:sz w:val="20"/>
        </w:rPr>
        <w:t>1:06  kal mein ek baat soch raha tha ke</w:t>
      </w:r>
      <w:r>
        <w:br/>
      </w:r>
      <w:r>
        <w:rPr>
          <w:sz w:val="20"/>
        </w:rPr>
        <w:t>1:17  jitne musalman hain, arab se non arab tak, East se West tak, sab ek baat bolte hain.</w:t>
      </w:r>
      <w:r>
        <w:br/>
      </w:r>
      <w:r>
        <w:rPr>
          <w:sz w:val="20"/>
        </w:rPr>
        <w:t>1:25  woh yeh ke quran ek mukammal guide book hai.</w:t>
      </w:r>
      <w:r>
        <w:br/>
      </w:r>
      <w:r>
        <w:rPr>
          <w:sz w:val="20"/>
        </w:rPr>
        <w:t>1:32  is mein kisi ka koi exception nahi, sab yahi bolte hain.</w:t>
      </w:r>
      <w:r>
        <w:br/>
      </w:r>
      <w:r>
        <w:rPr>
          <w:sz w:val="20"/>
        </w:rPr>
        <w:t>1:40  quran insan ke liye</w:t>
      </w:r>
      <w:r>
        <w:br/>
      </w:r>
      <w:r>
        <w:rPr>
          <w:sz w:val="20"/>
        </w:rPr>
        <w:t>1:48  mukammal guide book hai.</w:t>
      </w:r>
      <w:r>
        <w:br/>
      </w:r>
      <w:r>
        <w:rPr>
          <w:sz w:val="20"/>
        </w:rPr>
        <w:t>1:55  to mein yeh soch raha tha ke agar yeh mukammal guide book hai to woh musalmano ke liye</w:t>
      </w:r>
      <w:r>
        <w:br/>
      </w:r>
      <w:r>
        <w:rPr>
          <w:sz w:val="20"/>
        </w:rPr>
        <w:t>2:03  kyun nahi? kya doosron se kehne ke liye hai? stage par bolne ke liye hai? kitabon mein likhne</w:t>
      </w:r>
      <w:r>
        <w:br/>
      </w:r>
      <w:r>
        <w:rPr>
          <w:sz w:val="20"/>
        </w:rPr>
        <w:t>2:10  ke liye hai? is liye ke aap dekhein, musalman jahan bhi hain, saaf shik</w:t>
      </w:r>
      <w:r>
        <w:br/>
      </w:r>
      <w:r>
        <w:rPr>
          <w:sz w:val="20"/>
        </w:rPr>
        <w:t>2:18  ayat karte hain, complaint ke boli bolte hain, protest karte hain.</w:t>
      </w:r>
      <w:r>
        <w:br/>
      </w:r>
      <w:r>
        <w:rPr>
          <w:sz w:val="20"/>
        </w:rPr>
        <w:t>2:25  is ka matlab yeh hai ke un ko quran se guidance nahi mila.</w:t>
      </w:r>
      <w:r>
        <w:br/>
      </w:r>
      <w:r>
        <w:rPr>
          <w:sz w:val="20"/>
        </w:rPr>
        <w:t>2:33  quran se agar musalmanon ko guideline mil jaye,right guidance mil jaye to shikayat ka kya matlab hai? phir</w:t>
      </w:r>
      <w:r>
        <w:br/>
      </w:r>
      <w:r>
        <w:rPr>
          <w:sz w:val="20"/>
        </w:rPr>
        <w:t>2:40  to shukr karna chahiye.</w:t>
      </w:r>
      <w:r>
        <w:br/>
      </w:r>
      <w:r>
        <w:rPr>
          <w:sz w:val="20"/>
        </w:rPr>
        <w:t>2:48  phir to shukr ki baat hai, shikayat ki baat nahi hai. to musalmanon ka yeh apna rawaiyya ke har jagah woh yahi kehte hain ke yaani shikayat ki boli bolte hain. yahi apne aap mein is baat ka saboot hai ke yeh doosron ke liye to woh kehte hain, apne liye Quran se</w:t>
      </w:r>
      <w:r>
        <w:br/>
      </w:r>
      <w:r>
        <w:rPr>
          <w:sz w:val="20"/>
        </w:rPr>
        <w:t>3:18  guidance nahi lete.</w:t>
      </w:r>
      <w:r>
        <w:br/>
      </w:r>
      <w:r>
        <w:rPr>
          <w:sz w:val="20"/>
        </w:rPr>
        <w:t>3:24  aaj shayad hi koi musalman dunya bhar mein mile jo shikayat ki boli na bolta ho.</w:t>
      </w:r>
      <w:r>
        <w:br/>
      </w:r>
      <w:r>
        <w:rPr>
          <w:sz w:val="20"/>
        </w:rPr>
        <w:t>3:30  complaint, protest, yahi saare dunya ke musalmanon ka aam mizaj ban gaya hai.</w:t>
      </w:r>
      <w:r>
        <w:br/>
      </w:r>
      <w:r>
        <w:rPr>
          <w:sz w:val="20"/>
        </w:rPr>
        <w:t>3:36  to is par main sochta raha to ek baat meri samajh mein aayi.</w:t>
      </w:r>
      <w:r>
        <w:br/>
      </w:r>
      <w:r>
        <w:rPr>
          <w:sz w:val="20"/>
        </w:rPr>
        <w:t>3:42  woh yeh ke quran agar</w:t>
      </w:r>
      <w:r>
        <w:br/>
      </w:r>
      <w:r>
        <w:rPr>
          <w:sz w:val="20"/>
        </w:rPr>
        <w:t>3:48  mukammal guide book hai to woh guide book kahan hai? woh guidance kahan hai? woh guidance quran mein</w:t>
      </w:r>
      <w:r>
        <w:br/>
      </w:r>
      <w:r>
        <w:rPr>
          <w:sz w:val="20"/>
        </w:rPr>
        <w:t>3:54  mukhtalif nabiyon ke haan hai.</w:t>
      </w:r>
      <w:r>
        <w:br/>
      </w:r>
      <w:r>
        <w:rPr>
          <w:sz w:val="20"/>
        </w:rPr>
        <w:t>4:00  aap quran ko padhein to aap kai aayatein is tarah ki paayenge ke saare nabiyon ko allah</w:t>
      </w:r>
      <w:r>
        <w:br/>
      </w:r>
      <w:r>
        <w:rPr>
          <w:sz w:val="20"/>
        </w:rPr>
        <w:t>4:06  ne hidayat di.</w:t>
      </w:r>
      <w:r>
        <w:br/>
      </w:r>
      <w:r>
        <w:rPr>
          <w:sz w:val="20"/>
        </w:rPr>
        <w:t>4:12  to tum un ki pairwi</w:t>
      </w:r>
      <w:r>
        <w:br/>
      </w:r>
      <w:r>
        <w:rPr>
          <w:sz w:val="20"/>
        </w:rPr>
        <w:t>4:18  karo.</w:t>
      </w:r>
      <w:r>
        <w:br/>
      </w:r>
      <w:r>
        <w:rPr>
          <w:sz w:val="20"/>
        </w:rPr>
        <w:t>4:23  awlaika allazeena hadallahu fabihi hudahu muqtada.</w:t>
      </w:r>
      <w:r>
        <w:br/>
      </w:r>
      <w:r>
        <w:rPr>
          <w:sz w:val="20"/>
        </w:rPr>
        <w:t>4:28  to saare nabiyon ki jo majmui taleem hai woh hai mukammal guidance.</w:t>
      </w:r>
      <w:r>
        <w:br/>
      </w:r>
      <w:r>
        <w:rPr>
          <w:sz w:val="20"/>
        </w:rPr>
        <w:t>4:33  yeh bhi quran mein hai ke la nufarriqu baina ahadin rasuli.</w:t>
      </w:r>
      <w:r>
        <w:br/>
      </w:r>
      <w:r>
        <w:rPr>
          <w:sz w:val="20"/>
        </w:rPr>
        <w:t>4:39  yaani sab nabiyon ko lo, sab nabiyon ko lo.</w:t>
      </w:r>
      <w:r>
        <w:br/>
      </w:r>
      <w:r>
        <w:rPr>
          <w:sz w:val="20"/>
        </w:rPr>
        <w:t>4:44  aisa nahi ke kisi ko chodo, kisi ko</w:t>
      </w:r>
      <w:r>
        <w:br/>
      </w:r>
      <w:r>
        <w:rPr>
          <w:sz w:val="20"/>
        </w:rPr>
        <w:t>4:49  pakdo.</w:t>
      </w:r>
      <w:r>
        <w:br/>
      </w:r>
      <w:r>
        <w:rPr>
          <w:sz w:val="20"/>
        </w:rPr>
        <w:t>4:56  soorah shoora mein hai ke is deen ki pairwi karo jo deen sab nabiyon par bheja gaya tha.</w:t>
      </w:r>
      <w:r>
        <w:br/>
      </w:r>
      <w:r>
        <w:rPr>
          <w:sz w:val="20"/>
        </w:rPr>
        <w:t>5:04  to is tarah ki aayatein jo quran majeed mein hain woh batati hain ke what is complete guidance?</w:t>
      </w:r>
      <w:r>
        <w:br/>
      </w:r>
      <w:r>
        <w:rPr>
          <w:sz w:val="20"/>
        </w:rPr>
        <w:t>5:11  what is the defin</w:t>
      </w:r>
      <w:r>
        <w:br/>
      </w:r>
      <w:r>
        <w:rPr>
          <w:sz w:val="20"/>
        </w:rPr>
        <w:t>5:19  ition of complete guidance? woh yeh hai ke quran mein jo nabi aaye hain jinka zikr aaya</w:t>
      </w:r>
      <w:r>
        <w:br/>
      </w:r>
      <w:r>
        <w:rPr>
          <w:sz w:val="20"/>
        </w:rPr>
        <w:t>5:25  hai un sab ko le kar ke jo talimat mili wahi mukammal guidance hai.</w:t>
      </w:r>
      <w:r>
        <w:br/>
      </w:r>
      <w:r>
        <w:rPr>
          <w:sz w:val="20"/>
        </w:rPr>
        <w:t>5:31  to quran mein pachees nabiyon ka zikr hai, twenty five.</w:t>
      </w:r>
      <w:r>
        <w:br/>
      </w:r>
      <w:r>
        <w:rPr>
          <w:sz w:val="20"/>
        </w:rPr>
        <w:t>5:37  zulkif ko le kar.</w:t>
      </w:r>
      <w:r>
        <w:br/>
      </w:r>
      <w:r>
        <w:rPr>
          <w:sz w:val="20"/>
        </w:rPr>
        <w:t>5:43  lekin musalman kya kar rahe hain amalan?</w:t>
      </w:r>
    </w:p>
    <w:p>
      <w:pPr>
        <w:pStyle w:val="Heading2"/>
      </w:pPr>
      <w:r>
        <w:t>The good tiding from Prophet's farewell sermon</w:t>
      </w:r>
    </w:p>
    <w:p>
      <w:r>
        <w:rPr>
          <w:color w:val="666666"/>
          <w:sz w:val="18"/>
        </w:rPr>
        <w:t>From Superstition to Science April 19, 2009 Maulana Wahiduddin Khan · 5m 58s · at 1:19 · https://youtu.be/yg7PEiA87V0?t=79</w:t>
      </w:r>
    </w:p>
    <w:p>
      <w:r>
        <w:rPr>
          <w:i/>
        </w:rPr>
        <w:t>“Hadees mein ek bohat badi good tidings hai”</w:t>
      </w:r>
    </w:p>
    <w:p>
      <w:r>
        <w:rPr>
          <w:sz w:val="20"/>
        </w:rPr>
        <w:t>1:19  hadith mein ek bohat bari hum sab ke liye good tidings hai. good tidings.</w:t>
      </w:r>
      <w:r>
        <w:br/>
      </w:r>
      <w:r>
        <w:rPr>
          <w:sz w:val="20"/>
        </w:rPr>
        <w:t>1:29  lekin is par bohat kam socha gaya hai. ya shayad nahi socha gaya.</w:t>
      </w:r>
      <w:r>
        <w:br/>
      </w:r>
      <w:r>
        <w:rPr>
          <w:sz w:val="20"/>
        </w:rPr>
        <w:t>1:44  wahan se main apni baat shuru karna chahta hoon.</w:t>
      </w:r>
      <w:r>
        <w:br/>
      </w:r>
      <w:r>
        <w:rPr>
          <w:sz w:val="20"/>
        </w:rPr>
        <w:t>1:50  aap ko aap jante hain ke rasulullah sallallahu alaihi wasallam</w:t>
      </w:r>
      <w:r>
        <w:br/>
      </w:r>
      <w:r>
        <w:rPr>
          <w:sz w:val="20"/>
        </w:rPr>
        <w:t>1:58  paighambar ki hesiyat se dunya mein 23 saal tak rahe.</w:t>
      </w:r>
      <w:r>
        <w:br/>
      </w:r>
      <w:r>
        <w:rPr>
          <w:sz w:val="20"/>
        </w:rPr>
        <w:t>2:05  aap ki death hui 632 mein. aap ki death se do dhai mahina pehle aap ne hajj kiya tha.</w:t>
      </w:r>
      <w:r>
        <w:br/>
      </w:r>
      <w:r>
        <w:rPr>
          <w:sz w:val="20"/>
        </w:rPr>
        <w:t>2:18  yahi aap ka ek hi hajj tha. to is mauqe par aap ne ek khutba diya tha.</w:t>
      </w:r>
      <w:r>
        <w:br/>
      </w:r>
      <w:r>
        <w:rPr>
          <w:sz w:val="20"/>
        </w:rPr>
        <w:t>2:31  yeh khutba ek hi continuous tor par ek hi</w:t>
      </w:r>
      <w:r>
        <w:br/>
      </w:r>
      <w:r>
        <w:rPr>
          <w:sz w:val="20"/>
        </w:rPr>
        <w:t>2:39  aur ek hi baithak mein nahi tha. lekin is ko bahar kaha jata hai khutba hajja tul wida. last sermon of the prophet.</w:t>
      </w:r>
      <w:r>
        <w:br/>
      </w:r>
      <w:r>
        <w:rPr>
          <w:sz w:val="20"/>
        </w:rPr>
        <w:t>2:55  is mein aap ne is waqt dekhen jitne bhi aap ke companion the, jinke bare mein kaha jata hai ke woh un ki theek theek un ka number pata nahi hai.</w:t>
      </w:r>
      <w:r>
        <w:br/>
      </w:r>
      <w:r>
        <w:rPr>
          <w:sz w:val="20"/>
        </w:rPr>
        <w:t>3:11  koi kehta hai ke ek lakh 24 hazar the, koi kehta hai ek lakh 40 hazar the. baharhal jitne companion the, almost sab ke sab wahan par ikattha the arafat ke maidan mein.</w:t>
      </w:r>
      <w:r>
        <w:br/>
      </w:r>
      <w:r>
        <w:rPr>
          <w:sz w:val="20"/>
        </w:rPr>
        <w:t>3:31  is waqt aap ne bohat si baatein bataein. aur last mein aap ne logon se kaha ke kya tum gawah ho ke main ne tum ko woh message pahuncha diya jo Khuda ki taraf se mere paas aaya tha?</w:t>
      </w:r>
      <w:r>
        <w:br/>
      </w:r>
      <w:r>
        <w:rPr>
          <w:sz w:val="20"/>
        </w:rPr>
        <w:t>3:51  to logon ne kaha ke haan hum gawah hain.</w:t>
      </w:r>
      <w:r>
        <w:br/>
      </w:r>
      <w:r>
        <w:rPr>
          <w:sz w:val="20"/>
        </w:rPr>
        <w:t>3:58  teen baar aap ne dohraya, teen baar logon ne dohraya ke hum gawah hain ke aap ne pahuncha diya. aap ne phir farmaya ke Allahumma shahid, Khudaaya tu bhi gawah raha ke main ne pahuncha diya.</w:t>
      </w:r>
      <w:r>
        <w:br/>
      </w:r>
      <w:r>
        <w:rPr>
          <w:sz w:val="20"/>
        </w:rPr>
        <w:t>4:12  phir is waqt aap ne kaha tha ke meri baat saare logon tak pahunchao, pahunchate raho qayamat tak.</w:t>
      </w:r>
      <w:r>
        <w:br/>
      </w:r>
      <w:r>
        <w:rPr>
          <w:sz w:val="20"/>
        </w:rPr>
        <w:t>4:21  matlab nasl dar nasl, generation after generation. kyunke jo log wahan the woh to baharhal wahi marne wale the. lekin unke zariye aap ne in direct way mein hum sab tak yeh message diya ke hum sab log qayamat tak generation after generation is message ko pohanchate rahein.</w:t>
      </w:r>
      <w:r>
        <w:br/>
      </w:r>
      <w:r>
        <w:rPr>
          <w:sz w:val="20"/>
        </w:rPr>
        <w:t>4:47  is waqt aap ne ek bohat hi anokhi baat kahi thi. aap ne farmaya tha ke falyuballigh ash shahidu al ghāib.</w:t>
      </w:r>
      <w:r>
        <w:br/>
      </w:r>
      <w:r>
        <w:rPr>
          <w:sz w:val="20"/>
        </w:rPr>
        <w:t>5:00  fa ruba muballigh awgam sāmi'īn.</w:t>
      </w:r>
      <w:r>
        <w:br/>
      </w:r>
      <w:r>
        <w:rPr>
          <w:sz w:val="20"/>
        </w:rPr>
        <w:t>5:06  jo yahan hain woh un tak pohancha dein jo yahan nahi hain.</w:t>
      </w:r>
      <w:r>
        <w:br/>
      </w:r>
      <w:r>
        <w:rPr>
          <w:sz w:val="20"/>
        </w:rPr>
        <w:t>5:17  jo yahan hazir hain woh un tak pohancha dein jo yahan maujood nahi hain. phir aap ne farmaya fa ruba muballigh awgam sāmi'īn.</w:t>
      </w:r>
      <w:r>
        <w:br/>
      </w:r>
      <w:r>
        <w:rPr>
          <w:sz w:val="20"/>
        </w:rPr>
        <w:t>5:33  kyunke bohat se woh log jin tak pohanchaya jaye woh zyada samajh pate hain kisi baat ko un se jinho ne pohanchaya.</w:t>
      </w:r>
      <w:r>
        <w:br/>
      </w:r>
      <w:r>
        <w:rPr>
          <w:sz w:val="20"/>
        </w:rPr>
        <w:t>5:51  yani second audience might be better than the first audience. bari anokhi baat hai yeh.</w:t>
      </w:r>
      <w:r>
        <w:br/>
      </w:r>
      <w:r>
        <w:rPr>
          <w:sz w:val="20"/>
        </w:rPr>
        <w:t>6:04  is par bohat kam socha gaya hai, bohat kam likha gaya hai. lekin yeh Bukhari mein hai aur sab hadith ki kitabon mein hai. yeh jo main aap ko suna raha hoon yeh yeh wording yeh koi za'eef riwayat mein nahi hai, yeh mauzu' riwayat mein nahi hai.</w:t>
      </w:r>
      <w:r>
        <w:br/>
      </w:r>
      <w:r>
        <w:rPr>
          <w:sz w:val="20"/>
        </w:rPr>
        <w:t>6:22  Bukhari mein aur sab taqreeban sabhi kitabon mein hai. fa ruba muballigh awgam sāmi'īn. second audience might be better than the first audience.</w:t>
      </w:r>
      <w:r>
        <w:br/>
      </w:r>
      <w:r>
        <w:rPr>
          <w:sz w:val="20"/>
        </w:rPr>
        <w:t>6:38  kitna zyada sochne ki baat hai. aur hamare liye kitni bari good tidings yeh hai, kitni bari khushkhabri. aap zara sochiye ek standard sense mein hum sab shareek hain is mein.</w:t>
      </w:r>
      <w:r>
        <w:br/>
      </w:r>
      <w:r>
        <w:rPr>
          <w:sz w:val="20"/>
        </w:rPr>
        <w:t>6:54  yani koi aisa aspect ho sakta hai hamare andar ke hum jo suna ji log hain wahan un se better sabit ho Allah ki nazar mein. kya is se bari koi khushkhabri ho sakti hai?</w:t>
      </w:r>
      <w:r>
        <w:br/>
      </w:r>
      <w:r>
        <w:rPr>
          <w:sz w:val="20"/>
        </w:rPr>
        <w:t>7:07  literal meaning is ka hai, literal meaning. main is mein koi badha kar baat nahi keh raha hoon. literal taur par nikal raha hai is mein se.</w:t>
      </w:r>
    </w:p>
    <w:p>
      <w:pPr>
        <w:pStyle w:val="Heading2"/>
      </w:pPr>
      <w:r>
        <w:t>A listener says he never spoke about the Prophet's life</w:t>
      </w:r>
    </w:p>
    <w:p>
      <w:r>
        <w:rPr>
          <w:color w:val="666666"/>
          <w:sz w:val="18"/>
        </w:rPr>
        <w:t>History 0f Thoughts November 12, 2006 · 6m 00s · at 29:32 · https://youtu.be/BvzmJxA0j7c?t=1772</w:t>
      </w:r>
    </w:p>
    <w:p>
      <w:r>
        <w:rPr>
          <w:i/>
        </w:rPr>
        <w:t>“Main ek jalse mein gaya, sirat un Nabi par bola tha”</w:t>
      </w:r>
    </w:p>
    <w:p>
      <w:r>
        <w:rPr>
          <w:sz w:val="20"/>
        </w:rPr>
        <w:t>29:32  main aap ko ek misaal doon. main ek jagah gaya</w:t>
      </w:r>
      <w:r>
        <w:br/>
      </w:r>
      <w:r>
        <w:rPr>
          <w:sz w:val="20"/>
        </w:rPr>
        <w:t>29:40  to logon ka haal main ne paya hai ke abay woh baat to aap ne kahi nahi.</w:t>
      </w:r>
      <w:r>
        <w:br/>
      </w:r>
      <w:r>
        <w:rPr>
          <w:sz w:val="20"/>
        </w:rPr>
        <w:t>29:46  aap a se zed tak sari baat kahiye to ek nikal lenge nukta. arey bhai aap ne woh baat to kahi nahi. to bas aap ka sara kya kaha hua koi bekar hai. jo kuch aap ne kaha woh kuch nahi.</w:t>
      </w:r>
      <w:r>
        <w:br/>
      </w:r>
      <w:r>
        <w:rPr>
          <w:sz w:val="20"/>
        </w:rPr>
        <w:t>29:57  woh baat to aap ne kahi nahi. woh ghaas wali baat to aap ne kahi nahi. to main is ki ek misaal deta hoon aap ko. woh to aap ne kaha nahi.</w:t>
      </w:r>
      <w:r>
        <w:br/>
      </w:r>
      <w:r>
        <w:rPr>
          <w:sz w:val="20"/>
        </w:rPr>
        <w:t>30:09  main ek jagah gaya mujhe bulaya gaya tha milad un nabi ke jalse mein. seerat-e-rasool ke jalse mein.</w:t>
      </w:r>
      <w:r>
        <w:br/>
      </w:r>
      <w:r>
        <w:rPr>
          <w:sz w:val="20"/>
        </w:rPr>
        <w:t>30:18  to</w:t>
      </w:r>
      <w:r>
        <w:br/>
      </w:r>
      <w:r>
        <w:rPr>
          <w:sz w:val="20"/>
        </w:rPr>
        <w:t>30:21  seerat-e-rasool ka jalsa hota hai barah rabi ul awal ko. kyunke yeh samjha jata hai ke barah rabi ul awal ko nabi jo thay un ki paidaish hui thi. to is din musalman jalsa karte hain aur nabi ki zindagi par muqarririn log bolte hain.</w:t>
      </w:r>
      <w:r>
        <w:br/>
      </w:r>
      <w:r>
        <w:rPr>
          <w:sz w:val="20"/>
        </w:rPr>
        <w:t>30:39  to mujhe aksar bulaya jata hai is mein to ek qissa bata raha hoon aap ko.</w:t>
      </w:r>
      <w:r>
        <w:br/>
      </w:r>
      <w:r>
        <w:rPr>
          <w:sz w:val="20"/>
        </w:rPr>
        <w:t>30:46  ke main ghaliban dedh ghanta bola. dedh ghanta. aur main ne aap ki yeh taqreer bhi dekhiye sakhti se yeh kya ke sirf nabi ke qaul ko aur nabi ki zindagi ko yani un ke jo event hain un ki jo kahaniyan hain bas.</w:t>
      </w:r>
      <w:r>
        <w:br/>
      </w:r>
      <w:r>
        <w:rPr>
          <w:sz w:val="20"/>
        </w:rPr>
        <w:t>31:07  is mein na koi tashreeh thi na koi apni taraf se kuch izafa karna tha.</w:t>
      </w:r>
      <w:r>
        <w:br/>
      </w:r>
      <w:r>
        <w:rPr>
          <w:sz w:val="20"/>
        </w:rPr>
        <w:t>31:13  nabi ki zindagi ke jo waqiat hain jo events hain un ko bayan kiya aur nabi ke qaul ko bayan kiya.</w:t>
      </w:r>
      <w:r>
        <w:br/>
      </w:r>
      <w:r>
        <w:rPr>
          <w:sz w:val="20"/>
        </w:rPr>
        <w:t>31:22  bas. aur phir kya hua? apne dil mein to mera yeh tha ke main ne aaj jo yahan meri taqreer hui hai woh sau feesad woh zindagi nabi par thi.</w:t>
      </w:r>
      <w:r>
        <w:br/>
      </w:r>
      <w:r>
        <w:rPr>
          <w:sz w:val="20"/>
        </w:rPr>
        <w:t>31:37  yani theek mauzu par thi.</w:t>
      </w:r>
      <w:r>
        <w:br/>
      </w:r>
      <w:r>
        <w:rPr>
          <w:sz w:val="20"/>
        </w:rPr>
        <w:t>31:40  ab jab neeche utra main stage se to ek sahib mile. kehne lage sahib aap seerat to bolay hi nahi. seerat ka lafz nabi ka lafz jo hai is ka matlab hota hai nabi ki zindagi.</w:t>
      </w:r>
      <w:r>
        <w:br/>
      </w:r>
      <w:r>
        <w:rPr>
          <w:sz w:val="20"/>
        </w:rPr>
        <w:t>31:54  matlab nabi ki zindagi par to kuch bolay nahi aap. ab kuch chand chand second ke liye to main yani behoshi ki halat mein aa gaya.</w:t>
      </w:r>
      <w:r>
        <w:br/>
      </w:r>
      <w:r>
        <w:rPr>
          <w:sz w:val="20"/>
        </w:rPr>
        <w:t>32:04  jab unhon ne kaha ke aap seerat par to kuch bolay nahi aap.</w:t>
      </w:r>
      <w:r>
        <w:br/>
      </w:r>
      <w:r>
        <w:rPr>
          <w:sz w:val="20"/>
        </w:rPr>
        <w:t>32:08  to thori dair sochne ke baad pehle mujh se kaha ke bhai main to seerat hi bola. acha kaise aap keh rahe hain? nahi sahib aap ne woh moajza nahi bataya moajze jo hain nahi bataye aur woh laraiyan nahi batain aur me'raj nahi bataya.</w:t>
      </w:r>
      <w:r>
        <w:br/>
      </w:r>
      <w:r>
        <w:rPr>
          <w:sz w:val="20"/>
        </w:rPr>
        <w:t>32:29  ab main is par sochne laga ke aisa is aadmi ne aisa kyun kaha ke aap seerat par to bolay nahi. to cheez kya hai</w:t>
      </w:r>
      <w:r>
        <w:br/>
      </w:r>
      <w:r>
        <w:rPr>
          <w:sz w:val="20"/>
        </w:rPr>
        <w:t>32:36  is aadmi ka jo framework tha woh mabni karta tha fakhr par. islam is ke liye mazhab nahi tha. is ka apna qaumi fakhr tha.</w:t>
      </w:r>
      <w:r>
        <w:br/>
      </w:r>
      <w:r>
        <w:rPr>
          <w:sz w:val="20"/>
        </w:rPr>
        <w:t>32:47  aur fakhr zahir hai ke hum yeh kahein ke rasool Allah ne aisa kaha hai ke aye aye logon tum log sach bolo. ise fakhr ko hum.</w:t>
      </w:r>
      <w:r>
        <w:br/>
      </w:r>
      <w:r>
        <w:rPr>
          <w:sz w:val="20"/>
        </w:rPr>
        <w:t>32:57  kuch kuch khurak nahi milega is ko.</w:t>
      </w:r>
      <w:r>
        <w:br/>
      </w:r>
      <w:r>
        <w:rPr>
          <w:sz w:val="20"/>
        </w:rPr>
        <w:t>33:00  agar hum yeh kahein ke rasool Allah ne kaha hai ke imandar ban kar raho sach bolo aur koi kisi se keh koi lafz de do kisi ko to is ko poora karo.</w:t>
      </w:r>
      <w:r>
        <w:br/>
      </w:r>
      <w:r>
        <w:rPr>
          <w:sz w:val="20"/>
        </w:rPr>
        <w:t>33:12  to is ke fakhr ko is mein koi khurak nahi mila. in ko khurak kab milega fakhr ko?</w:t>
      </w:r>
      <w:r>
        <w:br/>
      </w:r>
      <w:r>
        <w:rPr>
          <w:sz w:val="20"/>
        </w:rPr>
        <w:t>33:18  rasool Allah ne is fouj ko woh maar kar khatm kar diya aur woh unhone chand ko do tukre kar diya aur unhone pahaar se kaha ke aao.</w:t>
      </w:r>
      <w:r>
        <w:br/>
      </w:r>
      <w:r>
        <w:rPr>
          <w:sz w:val="20"/>
        </w:rPr>
        <w:t>33:33  to woh aya aur aap ko sajda kiya. is tarah ki kahaniyan. jo bhi be buniyad kahaniyan hain yeh sab. lekin kitabon mein bhari hui hain.</w:t>
      </w:r>
      <w:r>
        <w:br/>
      </w:r>
      <w:r>
        <w:rPr>
          <w:sz w:val="20"/>
        </w:rPr>
        <w:t>33:43  to jab yeh hum kahenge wah wah kya tha mera</w:t>
      </w:r>
      <w:r>
        <w:br/>
      </w:r>
      <w:r>
        <w:rPr>
          <w:sz w:val="20"/>
        </w:rPr>
        <w:t>33:46  rasool kaisa tha mera nabi. is ke fakhr ka jo hai andar is ko is ko khurak milega. to chunke woh aadmi jo tha woh he has taken islam as a pride</w:t>
      </w:r>
      <w:r>
        <w:br/>
      </w:r>
      <w:r>
        <w:rPr>
          <w:sz w:val="20"/>
        </w:rPr>
        <w:t>34:06  woh un logon mein se jo kehte hain ke woh I am proud to be a Muslim aaj kal aik chala hua hai bohat ziyada I am proud to be a Muslim</w:t>
      </w:r>
      <w:r>
        <w:br/>
      </w:r>
      <w:r>
        <w:rPr>
          <w:sz w:val="20"/>
        </w:rPr>
        <w:t>34:18  to is tarah ke jo log hain woh un ko un ka zehn address nahi hota. agar aap saada kisi ki baatein batayein.</w:t>
      </w:r>
      <w:r>
        <w:br/>
      </w:r>
      <w:r>
        <w:rPr>
          <w:sz w:val="20"/>
        </w:rPr>
        <w:t>34:29  un ka zehn jab jab hoga address un ka zehn jab koi moajze batayein aur jahan futuhat batayein aur chand ko phaar diya aur suraj ko phaar diya.</w:t>
      </w:r>
      <w:r>
        <w:br/>
      </w:r>
      <w:r>
        <w:rPr>
          <w:sz w:val="20"/>
        </w:rPr>
        <w:t>34:39  yeh sab baatein kahein.</w:t>
      </w:r>
      <w:r>
        <w:br/>
      </w:r>
      <w:r>
        <w:rPr>
          <w:sz w:val="20"/>
        </w:rPr>
        <w:t>34:42  jaise aik choti kahani hai ke rasool Allah ko woh der ho gayi thi aur suraj doobne ja raha tha.</w:t>
      </w:r>
      <w:r>
        <w:br/>
      </w:r>
      <w:r>
        <w:rPr>
          <w:sz w:val="20"/>
        </w:rPr>
        <w:t>34:51  abhi aap ne asar ki namaz nahi padhi to aap ne kaha ke ruk jao jao suraj ruk jao. suraj ruka raha. jab aap ne namaz padh li to suraj chala. sab jhooti kahaniyan hain.</w:t>
      </w:r>
      <w:r>
        <w:br/>
      </w:r>
      <w:r>
        <w:rPr>
          <w:sz w:val="20"/>
        </w:rPr>
        <w:t>35:01  lekin isi mein logon ko un ke fakhr ko khurak milta hai.</w:t>
      </w:r>
      <w:r>
        <w:br/>
      </w:r>
      <w:r>
        <w:rPr>
          <w:sz w:val="20"/>
        </w:rPr>
        <w:t>35:07  to main ne socha ke asal baat yeh hai jo unhone kaha ke aap to nabi ki zindagi par to koi bole nahi. yeh sab un ke liye ghair mutalliq tha.</w:t>
      </w:r>
      <w:r>
        <w:br/>
      </w:r>
      <w:r>
        <w:rPr>
          <w:sz w:val="20"/>
        </w:rPr>
        <w:t>35:16  jo kuch bola main woh un ke liye ghair mutalliq tha. ke aman ke sath raho ke adl ke sath raho aur imandari ke sath raho.</w:t>
      </w:r>
      <w:r>
        <w:br/>
      </w:r>
      <w:r>
        <w:rPr>
          <w:sz w:val="20"/>
        </w:rPr>
        <w:t>35:26  insaf ke sath raho. yeh sab un ke liye ghair mutalliq tha. kyunke un ke fakhr ka khurak is mein nahi tha.</w:t>
      </w:r>
    </w:p>
    <w:p>
      <w:pPr>
        <w:pStyle w:val="Heading2"/>
      </w:pPr>
      <w:r>
        <w:t>Core Quranic teachings: monotheism, free will, afterlife, prophethood</w:t>
      </w:r>
    </w:p>
    <w:p>
      <w:r>
        <w:rPr>
          <w:color w:val="666666"/>
          <w:sz w:val="18"/>
        </w:rPr>
        <w:t>A Talk Given by Prof. Farida Khanam at Vidyajyoti College Theology September 2, 2022 · 5m 51s · at 32:35 · https://youtu.be/xWunZk7U6xo?t=1955</w:t>
      </w:r>
    </w:p>
    <w:p>
      <w:r>
        <w:rPr>
          <w:i/>
        </w:rPr>
        <w:t>“The Quran is the actual word of God in human language”</w:t>
      </w:r>
    </w:p>
    <w:p>
      <w:r>
        <w:rPr>
          <w:sz w:val="20"/>
        </w:rPr>
        <w:t>32:35  So the Quran that was revealed to prophet Mohammed, it is a divine book. It is actual word of god in human language. So the Quran began to be revealed as I told in the Cave Of Herah in 06/2010. So the prophet was sitting there all alone and these were the first verses.</w:t>
      </w:r>
      <w:r>
        <w:br/>
      </w:r>
      <w:r>
        <w:rPr>
          <w:sz w:val="20"/>
        </w:rPr>
        <w:t>33:04  Then the Quran comprises about one, the chapters of the Quran are 114 in number and there are 6,000 verses in the Quran. So the entire period of revelation of the Quran is twenty three years. Actually the Quran was revealed from time to time according to circumstances.</w:t>
      </w:r>
      <w:r>
        <w:br/>
      </w:r>
      <w:r>
        <w:rPr>
          <w:sz w:val="20"/>
        </w:rPr>
        <w:t>33:31  Not the whole book was revealed all at once. So the main teaching of the Quran is monotheism. So this monotheism, all the prophets were sent by god to humanity with this basic concept that god is one. We have to worship god, we have to discover god, we have to realize god. So this is the main theme of the quran as well.</w:t>
      </w:r>
      <w:r>
        <w:br/>
      </w:r>
      <w:r>
        <w:rPr>
          <w:sz w:val="20"/>
        </w:rPr>
        <w:t>34:00  The Quran puts it thus, say he is god, the one god, the self sufficient one. There is nothing like him. This is chapter 112. The concept of the one god is the central concept of Islam.</w:t>
      </w:r>
      <w:r>
        <w:br/>
      </w:r>
      <w:r>
        <w:rPr>
          <w:sz w:val="20"/>
        </w:rPr>
        <w:t>34:23  It is this belief which is the essence of Islam and the sole source of all its teachings. So the main concept of the Quran is the creation plan of God. Why man has come to this world? What is God's creation plan? So God's creation plan is that man man is an eternal creature.</w:t>
      </w:r>
      <w:r>
        <w:br/>
      </w:r>
      <w:r>
        <w:rPr>
          <w:sz w:val="20"/>
        </w:rPr>
        <w:t>34:49  And just sixty, seventy, eighty years we have to live in this world for being tested. But we are being tested whether because god has given us freedom. Whether you we use this freedom for making wrong choices or making right choices.</w:t>
      </w:r>
      <w:r>
        <w:br/>
      </w:r>
      <w:r>
        <w:rPr>
          <w:sz w:val="20"/>
        </w:rPr>
        <w:t>35:11  So the choice that we will make, so accordingly we will be given our place in the next eternal world. There is paradise, there is hell, So there is those who will make right choice, who will lead god oriented life. So they will be given paradise. Paradise is god's neighborhood.</w:t>
      </w:r>
      <w:r>
        <w:br/>
      </w:r>
      <w:r>
        <w:rPr>
          <w:sz w:val="20"/>
        </w:rPr>
        <w:t>35:38  So you can understand how precious paradise is. Then according to according to the Quran, God's messenger came in every age. We believe in all the prophets. There is a tradition of the prophet that about one lakh 24,000 prophets have come to this world.</w:t>
      </w:r>
      <w:r>
        <w:br/>
      </w:r>
      <w:r>
        <w:rPr>
          <w:sz w:val="20"/>
        </w:rPr>
        <w:t>36:05  But most of the teachings have been forgotten because those were different age. There was no praise, there was no other way of communicating the messages of god to people. So people just forgot those messages. That's why god had to send prophets again and again. But about one dozen prophets have been mentioned in the Quran by name.</w:t>
      </w:r>
      <w:r>
        <w:br/>
      </w:r>
      <w:r>
        <w:rPr>
          <w:sz w:val="20"/>
        </w:rPr>
        <w:t>36:35  So only the prophet Joseph's story is described in full. The whole chapter is devoted to surah Yusuf, prophet Joseph. Because that is a very the Quran calls it as an ul kasas, the best story.</w:t>
      </w:r>
      <w:r>
        <w:br/>
      </w:r>
      <w:r>
        <w:rPr>
          <w:sz w:val="20"/>
        </w:rPr>
        <w:t>36:58  Then we have the this is in in in the infinite mercy of god that god has chosen prophets, messengers to guide us. Otherwise, we would not have known what to do while we have been sent to this world. And we will not know, we would not have known that we are accountable to god.</w:t>
      </w:r>
      <w:r>
        <w:br/>
      </w:r>
      <w:r>
        <w:rPr>
          <w:sz w:val="20"/>
        </w:rPr>
        <w:t>37:26  And after death, we would have been, we would not have been found a place in God's paradise. So this is a great great mercy of God that he has made this arrangement of messengers. Then we learn from the Quran that God has created angels who serve as intermediaries between God and man. Because we can't connect with God directly.</w:t>
      </w:r>
      <w:r>
        <w:br/>
      </w:r>
      <w:r>
        <w:rPr>
          <w:sz w:val="20"/>
        </w:rPr>
        <w:t>37:56  So it is according to the quran, is through angels that we connect with god. They bring the messages from the quran, from god to human being, which these messengers communicate to man. The angels are friends and protectors of human beings, and they are God's obedient servants.</w:t>
      </w:r>
      <w:r>
        <w:br/>
      </w:r>
      <w:r>
        <w:rPr>
          <w:sz w:val="20"/>
        </w:rPr>
        <w:t>38:26  Angel Gabriel is called Ruhul Amin, the trustworthy spirit. As we learn from the Quran, the foundation of Islam has been laid on five principles which also we call five pillars. To bear witness that there is only one god and that Muhammad is his prophet.</w:t>
      </w:r>
    </w:p>
    <w:p>
      <w:pPr>
        <w:pStyle w:val="Heading2"/>
      </w:pPr>
      <w:r>
        <w:t>Bangalore book-stall at a Hindu ashram sparks huge interest in Islam</w:t>
      </w:r>
    </w:p>
    <w:p>
      <w:r>
        <w:rPr>
          <w:color w:val="666666"/>
          <w:sz w:val="18"/>
        </w:rPr>
        <w:t>Ijtihad in Islam December 28, 2008 · 3m 41s · at 20:06 · https://youtu.be/tQL9OXuyYFk?t=1206</w:t>
      </w:r>
    </w:p>
    <w:p>
      <w:r>
        <w:rPr>
          <w:i/>
        </w:rPr>
        <w:t>“Bangalore mein hamare mission ki Sarah Fatima ne ek stall lagaya”</w:t>
      </w:r>
    </w:p>
    <w:p>
      <w:r>
        <w:rPr>
          <w:sz w:val="20"/>
        </w:rPr>
        <w:t>20:06  jaise dekhiye, aik telephone mujhe aaya Bangalore se. yani bohat hi simple way mein batana chahta hoon main aap ko ke ijtihad kya cheez hai.</w:t>
      </w:r>
      <w:r>
        <w:br/>
      </w:r>
      <w:r>
        <w:rPr>
          <w:sz w:val="20"/>
        </w:rPr>
        <w:t>20:17  to Bangalore mein hamare mission ke aik hain, Sarah Fatima. un ke husband jo hain, woh multinational mein kaam karte hain.</w:t>
      </w:r>
      <w:r>
        <w:br/>
      </w:r>
      <w:r>
        <w:rPr>
          <w:sz w:val="20"/>
        </w:rPr>
        <w:t>20:26  to yeh log jud gaye hain bilkul mission mein. to un ka telephone aaya.</w:t>
      </w:r>
      <w:r>
        <w:br/>
      </w:r>
      <w:r>
        <w:rPr>
          <w:sz w:val="20"/>
        </w:rPr>
        <w:t>20:33  yeh log bohat dair se kaam kar rahe the lekin pehle woh community work karte the. community work yaani musalmanon ko parhana, musalmanon ke liye kaam karna, musalmanon ke andar un kikhidmat karna waghera.</w:t>
      </w:r>
      <w:r>
        <w:br/>
      </w:r>
      <w:r>
        <w:rPr>
          <w:sz w:val="20"/>
        </w:rPr>
        <w:t>20:47  to isi mein reh rahe the. milli work mein woh un ke subah shaam jeete the. milli work hi un ka ya kaam hota tha.</w:t>
      </w:r>
      <w:r>
        <w:br/>
      </w:r>
      <w:r>
        <w:rPr>
          <w:sz w:val="20"/>
        </w:rPr>
        <w:t>20:58  ab kya hua? muslim area phir hamare mission juri hain. woh aaj ab to ek muslim area mein unhon ne ek book stall lagaya.</w:t>
      </w:r>
      <w:r>
        <w:br/>
      </w:r>
      <w:r>
        <w:rPr>
          <w:sz w:val="20"/>
        </w:rPr>
        <w:t>21:09  book stall to wahan ek hindu swami aa gaya, ittefaq se, by chance. unhon ne dekha, unhon ne kaha "Ideology of Peace" aur aur sab yaani "Peace and Islam" aur bohat sari cheezein dekhi unhon ne.</w:t>
      </w:r>
      <w:r>
        <w:br/>
      </w:r>
      <w:r>
        <w:rPr>
          <w:sz w:val="20"/>
        </w:rPr>
        <w:t>21:27  to unhon ne kaha ke sahi Islam ka yeh matlab hai. hum to samajhte hain ke Islam se ladne ladne phirne ka mazhab hai khali. to beharhaal bohat acha laga un ko.</w:t>
      </w:r>
      <w:r>
        <w:br/>
      </w:r>
      <w:r>
        <w:rPr>
          <w:sz w:val="20"/>
        </w:rPr>
        <w:t>21:38  kitabein bohat pasand aayin un ko. to unhon ne offer diya ke hamare haan ek bohat bara function hone ja raha hai. aap is mein aaiye aur free aap ko jagah den ge.</w:t>
      </w:r>
      <w:r>
        <w:br/>
      </w:r>
      <w:r>
        <w:rPr>
          <w:sz w:val="20"/>
        </w:rPr>
        <w:t>21:49  stall lagai wahan par. to</w:t>
      </w:r>
      <w:r>
        <w:br/>
      </w:r>
      <w:r>
        <w:rPr>
          <w:sz w:val="20"/>
        </w:rPr>
        <w:t>21:52  to Bangalore mein ek swami ka bohat bara ashram hai, kafi bara. un ko un ka meditation ka kaam hota hai.</w:t>
      </w:r>
      <w:r>
        <w:br/>
      </w:r>
      <w:r>
        <w:rPr>
          <w:sz w:val="20"/>
        </w:rPr>
        <w:t>22:00  dunya bhar se log aate hain meditation. to ek bohat bare area mein un ka ashram hai. to annual function hota hai.</w:t>
      </w:r>
      <w:r>
        <w:br/>
      </w:r>
      <w:r>
        <w:rPr>
          <w:sz w:val="20"/>
        </w:rPr>
        <w:t>22:10  is mein stall lagte hain.</w:t>
      </w:r>
      <w:r>
        <w:br/>
      </w:r>
      <w:r>
        <w:rPr>
          <w:sz w:val="20"/>
        </w:rPr>
        <w:t>22:12  stall zyada tar jo different jo hinduo ke jo different jo publishers hain ya un ke different jo ashram hain, un ke different jo organizations hain, to apne book stall lagati hain woh.</w:t>
      </w:r>
      <w:r>
        <w:br/>
      </w:r>
      <w:r>
        <w:rPr>
          <w:sz w:val="20"/>
        </w:rPr>
        <w:t>22:26  to un ko unhon ne kaha ke aap wahan aaiye, hum free zameen dete hain aap ko. aur unhon ne table waghera bhi de diya. ab lagai wahan pe stall.</w:t>
      </w:r>
      <w:r>
        <w:br/>
      </w:r>
      <w:r>
        <w:rPr>
          <w:sz w:val="20"/>
        </w:rPr>
        <w:t>22:36  Islam ka message dijiye wahan pe. to sahib wahan gayein.</w:t>
      </w:r>
      <w:r>
        <w:br/>
      </w:r>
      <w:r>
        <w:rPr>
          <w:sz w:val="20"/>
        </w:rPr>
        <w:t>22:40  abhi wahan chal raha hai. 31 December ko khatam hoga woh. abhi abhi woh chal raha hai. to unhon ne bataya ke subah fajar ki namaz parh kar mein nikalte hoon aur raat ko aati hoon budh der mein.</w:t>
      </w:r>
      <w:r>
        <w:br/>
      </w:r>
      <w:r>
        <w:rPr>
          <w:sz w:val="20"/>
        </w:rPr>
        <w:t>22:53  aur sab bheed lagi rehti hai is jail mein. unhon ne bataya ke sab se zyada bheed hamari stall pe rehti hai. wahan Quran ka translation hai aur wahan ke chhupa hua literature hai.</w:t>
      </w:r>
      <w:r>
        <w:br/>
      </w:r>
      <w:r>
        <w:rPr>
          <w:sz w:val="20"/>
        </w:rPr>
        <w:t>23:05  yeh sari kitabein jo aap brochure hain, pamphlet hain, yeh sab cheezein hain wahan par.</w:t>
      </w:r>
      <w:r>
        <w:br/>
      </w:r>
      <w:r>
        <w:rPr>
          <w:sz w:val="20"/>
        </w:rPr>
        <w:t>23:09  aur woh log khareed kar le rahe hain, khareed kar ke. aisa nahi ke free bant rahi hain woh. khareed kar le rahe hain. aur kitabein jo hain woh kam par gayi hain.</w:t>
      </w:r>
      <w:r>
        <w:br/>
      </w:r>
      <w:r>
        <w:rPr>
          <w:sz w:val="20"/>
        </w:rPr>
        <w:t>23:22  bar bar woh mangana parta hai un ko. to unhon ne kaha ke hindu log aate hain. kehte hain ke aap ab tak kahan the aap log?</w:t>
      </w:r>
      <w:r>
        <w:br/>
      </w:r>
      <w:r>
        <w:rPr>
          <w:sz w:val="20"/>
        </w:rPr>
        <w:t>23:33  aap log kyun apni cell mein rehte hain? kyun musalmano mein rehte hain</w:t>
      </w:r>
      <w:r>
        <w:br/>
      </w:r>
      <w:r>
        <w:rPr>
          <w:sz w:val="20"/>
        </w:rPr>
        <w:t>23:37  aap log? bahar aaiye, hum logo mein aaiye, hum logo ko bataiye ke Islam kya hai. ab dekhein ke woh jo hain ya un ke saathi is baat ko nahi jante the.</w:t>
      </w:r>
    </w:p>
    <w:p>
      <w:pPr>
        <w:pStyle w:val="Heading2"/>
      </w:pPr>
      <w:r>
        <w:t>Story of servant girl and Prophet's mercy</w:t>
      </w:r>
    </w:p>
    <w:p>
      <w:r>
        <w:rPr>
          <w:color w:val="666666"/>
          <w:sz w:val="18"/>
        </w:rPr>
        <w:t>Prophetic Guidance (Prophetic Wisdom) November 22, 2006 Maulana Wahiduddin Khan · 4m 11s · at 3:21 · https://youtu.be/N3E-JrkTlYI?t=201</w:t>
      </w:r>
    </w:p>
    <w:p>
      <w:r>
        <w:rPr>
          <w:i/>
        </w:rPr>
        <w:t>“Jese main ek misaal deta hoon ke Rasool Allah ke ghar mein ek khadima thi.”</w:t>
      </w:r>
    </w:p>
    <w:p>
      <w:r>
        <w:rPr>
          <w:sz w:val="20"/>
        </w:rPr>
        <w:t>3:21  jaise mein aik misaal deta hoon ke rasool Allah ke ghar mein aik khadmah thi.</w:t>
      </w:r>
      <w:r>
        <w:br/>
      </w:r>
      <w:r>
        <w:rPr>
          <w:sz w:val="20"/>
        </w:rPr>
        <w:t>3:33  to aap ne is ko kisi kaam ke liye bahar bheja.</w:t>
      </w:r>
      <w:r>
        <w:br/>
      </w:r>
      <w:r>
        <w:rPr>
          <w:sz w:val="20"/>
        </w:rPr>
        <w:t>3:41  kisi kaam ke liye aap ne ghar se bahar bheja is ko. to woh khadmah jo thi bahar gayi. to us ne aane mein der kar di.</w:t>
      </w:r>
      <w:r>
        <w:br/>
      </w:r>
      <w:r>
        <w:rPr>
          <w:sz w:val="20"/>
        </w:rPr>
        <w:t>3:52  kaam jaldi ka tha. jis kaam ke liye aap ne bheja tha, woh aik jaldi ka kaam tha. woh bahar gayi to bahar kuch kuch aur cheezon mein busy ho gayi aur lotne mein us ne der ki.</w:t>
      </w:r>
      <w:r>
        <w:br/>
      </w:r>
      <w:r>
        <w:rPr>
          <w:sz w:val="20"/>
        </w:rPr>
        <w:t>4:10  to rasool Allah ko ghussa aa gaya. log samajhte hain ke ghussa aana hamare liye hum ghussa hote hain lekin rasool Allah ghussa nahi hote.</w:t>
      </w:r>
      <w:r>
        <w:br/>
      </w:r>
      <w:r>
        <w:rPr>
          <w:sz w:val="20"/>
        </w:rPr>
        <w:t>4:19  yeh bhi jhooti baat hai. hamare liye to rasool Allah ko bhi ghussa aata tha. farq kya hai? aap apne ghusse ko control karte the.</w:t>
      </w:r>
      <w:r>
        <w:br/>
      </w:r>
      <w:r>
        <w:rPr>
          <w:sz w:val="20"/>
        </w:rPr>
        <w:t>4:30  hum apne ghusse ko doosre ke upar odhel dete hain.</w:t>
      </w:r>
      <w:r>
        <w:br/>
      </w:r>
      <w:r>
        <w:rPr>
          <w:sz w:val="20"/>
        </w:rPr>
        <w:t>4:36  to jab us ne aane mein der ki to aap ko ghussa aa gaya.</w:t>
      </w:r>
      <w:r>
        <w:br/>
      </w:r>
      <w:r>
        <w:rPr>
          <w:sz w:val="20"/>
        </w:rPr>
        <w:t>4:44  aap ne farmaya kya? lola khashiyat al qawd la waja'atuka bi hadh al siwak.</w:t>
      </w:r>
      <w:r>
        <w:br/>
      </w:r>
      <w:r>
        <w:rPr>
          <w:sz w:val="20"/>
        </w:rPr>
        <w:t>4:53  us waqt aap ke hath mein aik miswak thi. yun samjhiye aik tooth brush. aik tooth brush tha. to aap ne kaha ke agar mujhe yeh dar na hota ke qayamat mein mujhe is ka badla dena parega</w:t>
      </w:r>
      <w:r>
        <w:br/>
      </w:r>
      <w:r>
        <w:rPr>
          <w:sz w:val="20"/>
        </w:rPr>
        <w:t>5:12  to main tujh ko is tooth brush se marta. is miswak se marta. ab yahan par sochiye aaj kal ka zehan kya hai?</w:t>
      </w:r>
      <w:r>
        <w:br/>
      </w:r>
      <w:r>
        <w:rPr>
          <w:sz w:val="20"/>
        </w:rPr>
        <w:t>5:25  kehte hain ke hum ko to lesson sikhana hai, sabaq sikhana hai.</w:t>
      </w:r>
      <w:r>
        <w:br/>
      </w:r>
      <w:r>
        <w:rPr>
          <w:sz w:val="20"/>
        </w:rPr>
        <w:t>5:31  We have to teach him a lesson. taake phir dobara aisa na kare woh. aam insano ka zehan nahi hota hai ke sabaq sikhao.</w:t>
      </w:r>
      <w:r>
        <w:br/>
      </w:r>
      <w:r>
        <w:rPr>
          <w:sz w:val="20"/>
        </w:rPr>
        <w:t>5:40  koi tumhare sath yaani galat salook kare, ghalti kare to us ko sabaq sikhao. taake woh wahin ruk jaye, phir repeat na kare is ko.</w:t>
      </w:r>
      <w:r>
        <w:br/>
      </w:r>
      <w:r>
        <w:rPr>
          <w:sz w:val="20"/>
        </w:rPr>
        <w:t>5:52  to rasool Allah ne yeh nahi farmaya ke aao main tum ko sabaq sikhaunga. taake tum phir aisa na karo. aisa nahi kaha aap ne. aap ne kaha ke yeh jo mere hath mein hai, is se main tum ko marta.</w:t>
      </w:r>
      <w:r>
        <w:br/>
      </w:r>
      <w:r>
        <w:rPr>
          <w:sz w:val="20"/>
        </w:rPr>
        <w:t>6:06  lekin mujhe dar hai ke agar main maron to mujhe is ka badla dena parega qayamat ke din. to aap yahan par samajh sakte hain ke kitna alag hai aam soch aur rasool Allah ki soch.</w:t>
      </w:r>
      <w:r>
        <w:br/>
      </w:r>
      <w:r>
        <w:rPr>
          <w:sz w:val="20"/>
        </w:rPr>
        <w:t>6:20  log is tarz mein sochte hain ke is ko to lesson sikhana hai, is ko to sabaq sikhana hai. yeh soch bilashuba un Islamic hai.</w:t>
      </w:r>
      <w:r>
        <w:br/>
      </w:r>
      <w:r>
        <w:rPr>
          <w:sz w:val="20"/>
        </w:rPr>
        <w:t>6:33  yeh soch bilashuba disastrous hai.</w:t>
      </w:r>
      <w:r>
        <w:br/>
      </w:r>
      <w:r>
        <w:rPr>
          <w:sz w:val="20"/>
        </w:rPr>
        <w:t>6:40  yeh soch aadmi ko halak karne wali hai. ke sabaq sikhane wali soch. yeh satanic soch hai, satanic.</w:t>
      </w:r>
      <w:r>
        <w:br/>
      </w:r>
      <w:r>
        <w:rPr>
          <w:sz w:val="20"/>
        </w:rPr>
        <w:t>6:52  sahi soch kya hai? wohi jo rasool Allah ne kiya. ke aap ne is ko naseehat to ki lekin aap ne koi punishment nahi diya is ko.</w:t>
      </w:r>
      <w:r>
        <w:br/>
      </w:r>
      <w:r>
        <w:rPr>
          <w:sz w:val="20"/>
        </w:rPr>
        <w:t>7:02  sabq nahi sikhane ki koshish ki aap ne is ko. to aap ne farmaya ke lola khashiyat al qawd lo waja'atuka bi hadh al siwak.</w:t>
      </w:r>
      <w:r>
        <w:br/>
      </w:r>
      <w:r>
        <w:rPr>
          <w:sz w:val="20"/>
        </w:rPr>
        <w:t>7:13  agar mujhe yeh dar na hota ke wahan mujhe is ka badla chukana pare ga to mein tujh ko is miswak se marta.</w:t>
      </w:r>
    </w:p>
    <w:p>
      <w:pPr>
        <w:pStyle w:val="Heading2"/>
      </w:pPr>
      <w:r>
        <w:t>parents must accept children won't follow their advice exactly</w:t>
      </w:r>
    </w:p>
    <w:p>
      <w:r>
        <w:rPr>
          <w:color w:val="666666"/>
          <w:sz w:val="18"/>
        </w:rPr>
        <w:t>In Conversation April 8, 2016 Maulana Wahiduddin Khan · 5m 50s · at 19:20 · https://youtu.be/jW4fUC7OcVM?t=1160</w:t>
      </w:r>
    </w:p>
    <w:p>
      <w:r>
        <w:rPr>
          <w:i/>
        </w:rPr>
        <w:t>“Parents become stressed when children don't follow their advice”</w:t>
      </w:r>
    </w:p>
    <w:p>
      <w:r>
        <w:rPr>
          <w:sz w:val="20"/>
        </w:rPr>
        <w:t>19:20  maulana, he has another question. he is saying that often parents become very stressful when their children do not follow their advice.</w:t>
      </w:r>
      <w:r>
        <w:br/>
      </w:r>
      <w:r>
        <w:rPr>
          <w:sz w:val="20"/>
        </w:rPr>
        <w:t>19:29  so what should the parents do</w:t>
      </w:r>
      <w:r>
        <w:br/>
      </w:r>
      <w:r>
        <w:rPr>
          <w:sz w:val="20"/>
        </w:rPr>
        <w:t>19:31  wo? dekhen, main aksar kaha karta hoon ke aadmi ko option do cheezon ke darmian hai.</w:t>
      </w:r>
      <w:r>
        <w:br/>
      </w:r>
      <w:r>
        <w:rPr>
          <w:sz w:val="20"/>
        </w:rPr>
        <w:t>19:40  agar wo chahta hai ke mere bachche bilkul wese chalें jaise ke main sochta hoon, to bachche hi nahi paida kare wo ke wo hone wala nahi hai. bachche jo hain society pe jayenge, school pe jayenge, college pe jayenge, market pe jayenge, zindagi ke structure pe jayenge.</w:t>
      </w:r>
      <w:r>
        <w:br/>
      </w:r>
      <w:r>
        <w:rPr>
          <w:sz w:val="20"/>
        </w:rPr>
        <w:t>19:58  to ye ho hi nahi sakta ke parent ki jo soch thi, wo isi ko le rahe hain hamesha. nahi, emphasis bolein, ye bahir ke halaat is ko hamesha, yani asar dalte rahenge.</w:t>
      </w:r>
      <w:r>
        <w:br/>
      </w:r>
      <w:r>
        <w:rPr>
          <w:sz w:val="20"/>
        </w:rPr>
        <w:t>20:16  wo parent ko follow nahi karega, bahir ke halaat ko follow karega. to aadmi ya to tolerate kare ya bachche hi paida na kare.</w:t>
      </w:r>
      <w:r>
        <w:br/>
      </w:r>
      <w:r>
        <w:rPr>
          <w:sz w:val="20"/>
        </w:rPr>
        <w:t>20:29  main aksar kaha karta hoon ke kyunke kabhi kisi ke liye aisa nahi hua. aap dekhiye, peghambaron ke sath bhi aisa nahi hua ke aap dekhiye,</w:t>
      </w:r>
      <w:r>
        <w:br/>
      </w:r>
      <w:r>
        <w:rPr>
          <w:sz w:val="20"/>
        </w:rPr>
        <w:t>20:43  hazrat nooh ka beta un ki marzi pe nahi chala, hazrat loot ki biwi un ke sath nahi chali, aur hazrat ibrahim ke baap un ke kehne pe nahi chala.</w:t>
      </w:r>
      <w:r>
        <w:br/>
      </w:r>
      <w:r>
        <w:rPr>
          <w:sz w:val="20"/>
        </w:rPr>
        <w:t>20:56  poori tareekh mein aisi hai. to parent ko ye samajhna jo hai,</w:t>
      </w:r>
      <w:r>
        <w:br/>
      </w:r>
      <w:r>
        <w:rPr>
          <w:sz w:val="20"/>
        </w:rPr>
        <w:t>21:02  ye koi practical baat nahi hai ke bachche un ki unhi ki line pe chalें. yehi emphasis bolein, yehi emphasis bolein.</w:t>
      </w:r>
      <w:r>
        <w:br/>
      </w:r>
      <w:r>
        <w:rPr>
          <w:sz w:val="20"/>
        </w:rPr>
        <w:t>21:14  to agar ya ya to aadmi apne mind ko badle aur adjust karna seekhe, ya phir bachche hi paida na kare, shadi hi na kare, kyunke wo hone wala nahi hai,</w:t>
      </w:r>
      <w:r>
        <w:br/>
      </w:r>
      <w:r>
        <w:rPr>
          <w:sz w:val="20"/>
        </w:rPr>
        <w:t>21:26  wo to emphasis bolein. aur agar kisi ke bachche bazahir aisa kahen to munafiqat mein karen ge. kabhi agar kisi baap farz kiye bohat zyada us ke baad badbini aadmi hai aur bachcha samjhe ke us ke baghair mera kaam chalega, use mujhe mujhe isi se paisa lena hai, isi se mujhe sab kuch lena hai, to munafiqat karega.</w:t>
      </w:r>
      <w:r>
        <w:br/>
      </w:r>
      <w:r>
        <w:rPr>
          <w:sz w:val="20"/>
        </w:rPr>
        <w:t>21:51  jaise main aap ko ek qissa batata hoon, real story.</w:t>
      </w:r>
      <w:r>
        <w:br/>
      </w:r>
      <w:r>
        <w:rPr>
          <w:sz w:val="20"/>
        </w:rPr>
        <w:t>21:58  ek ek jagah main gaya to wahan do bhai the ek sahib ke. to ek bhai ko unhon ne nikal diya tha ghar se, aur ek bhai un ke sath rehta tha.</w:t>
      </w:r>
      <w:r>
        <w:br/>
      </w:r>
      <w:r>
        <w:rPr>
          <w:sz w:val="20"/>
        </w:rPr>
        <w:t>22:10  kis kis nikal diya tha ke daadhi rakhta tha, wo wo molvi aadmi tha. wo jo daadhi rakhta tha, us ko ghar se nikal diya. to jo jo daadhi rakhta tha, us ne kaha ke ye daadhi mera sign board hai,</w:t>
      </w:r>
      <w:r>
        <w:br/>
      </w:r>
      <w:r>
        <w:rPr>
          <w:sz w:val="20"/>
        </w:rPr>
        <w:t>22:26  ye daadhi me</w:t>
      </w:r>
      <w:r>
        <w:br/>
      </w:r>
      <w:r>
        <w:rPr>
          <w:sz w:val="20"/>
        </w:rPr>
        <w:t>22:27  ra sign board hai, yeh yeh daadhi na rahe to mujhe khana nahi milega. lekin hua kya? woh bachcha jisko nikaal diya tha unhone, woh chupke se aata tha back door se, aur maa usko de deti khane ke liye, kha ke chala jata tha.</w:t>
      </w:r>
      <w:r>
        <w:br/>
      </w:r>
      <w:r>
        <w:rPr>
          <w:sz w:val="20"/>
        </w:rPr>
        <w:t>22:41  to yeh chalne wali cheez nahi hai. woh bachcha jo nikaal diya tha unhone, time par chupke se back door se aata tha, uski maa usko khana de rahi thi, kha ke chala jata tha.</w:t>
      </w:r>
      <w:r>
        <w:br/>
      </w:r>
      <w:r>
        <w:rPr>
          <w:sz w:val="20"/>
        </w:rPr>
        <w:t>22:55  kya faida? kuch hua nahi.</w:t>
      </w:r>
      <w:r>
        <w:br/>
      </w:r>
      <w:r>
        <w:rPr>
          <w:sz w:val="20"/>
        </w:rPr>
        <w:t>22:58  to aap is baat ko jaaniye ke bachche apne tareeqe soch pe chalenge, parent ke soch pe nahi chal sakte.</w:t>
      </w:r>
      <w:r>
        <w:br/>
      </w:r>
      <w:r>
        <w:rPr>
          <w:sz w:val="20"/>
        </w:rPr>
        <w:t>23:08  to aap ko chahiye ke aap target karein, ab adjust karein, samjhaayein, bujhaayein. agar unke bachchon ke mindset ko badal dein, aap unke soch ko badal dein, tab toh woh aap ke saath ho sakte hain.</w:t>
      </w:r>
      <w:r>
        <w:br/>
      </w:r>
      <w:r>
        <w:rPr>
          <w:sz w:val="20"/>
        </w:rPr>
        <w:t>23:22  lekin aap chaahein ke woh surrender karein, woh aap karne pe chalein, aap ke hukum par follow karein, to aisa hone wala nahi hai.</w:t>
      </w:r>
      <w:r>
        <w:br/>
      </w:r>
      <w:r>
        <w:rPr>
          <w:sz w:val="20"/>
        </w:rPr>
        <w:t>23:35  haan, unke mindset ko badal dein, aap unke soch ko badal dein, tab ho sakta hai.</w:t>
      </w:r>
      <w:r>
        <w:br/>
      </w:r>
      <w:r>
        <w:rPr>
          <w:sz w:val="20"/>
        </w:rPr>
        <w:t>23:41  is liye meri aaj mein hamesha kehta hoon ke parent ko chahiye ke woh woh realist bane, is maani mein realist bane, realist</w:t>
      </w:r>
      <w:r>
        <w:br/>
      </w:r>
      <w:r>
        <w:rPr>
          <w:sz w:val="20"/>
        </w:rPr>
        <w:t>23:51  haqeeqat pasand bane. agar nahi banna haqeeqat pasand unko to na shaadi kare, na bachche paida kare, kyunke woh hone wala nahi hai jo jo chahte hain.</w:t>
      </w:r>
      <w:r>
        <w:br/>
      </w:r>
      <w:r>
        <w:rPr>
          <w:sz w:val="20"/>
        </w:rPr>
        <w:t>24:00  woh maulana, parents must become realist. they should not expect that their children will exactly follow their advice and exactly do what they want them to do.</w:t>
      </w:r>
      <w:r>
        <w:br/>
      </w:r>
      <w:r>
        <w:rPr>
          <w:sz w:val="20"/>
        </w:rPr>
        <w:t>24:12  so they they should know that their children are bound to be influenced by the outside environment and will not do as they want them to do. so</w:t>
      </w:r>
      <w:r>
        <w:br/>
      </w:r>
      <w:r>
        <w:rPr>
          <w:sz w:val="20"/>
        </w:rPr>
        <w:t>24:20  all that parents can do is that they should address the mind of their children. they should try to reform their mindset, and if they are able to do this, then the children will follow them.</w:t>
      </w:r>
      <w:r>
        <w:br/>
      </w:r>
      <w:r>
        <w:rPr>
          <w:sz w:val="20"/>
        </w:rPr>
        <w:t>24:30  is mein mein ek baat add karunga ke parent ko ek baat jo unke bas mein hai, us se bachna chahiye. woh hai pampering.</w:t>
      </w:r>
      <w:r>
        <w:br/>
      </w:r>
      <w:r>
        <w:rPr>
          <w:sz w:val="20"/>
        </w:rPr>
        <w:t>24:41  jo kehte hain urdu mein laad pyaar ke pampering. to parent ko kabhi bhi pampering nahi karna chahiye.</w:t>
      </w:r>
      <w:r>
        <w:br/>
      </w:r>
      <w:r>
        <w:rPr>
          <w:sz w:val="20"/>
        </w:rPr>
        <w:t>24:48  sab se bada jo factor hai bachchon ko bigaadne ka, woh pampering hai. to yeh yeh yeh parent ke bas mein hai, parent ke bas mein hai ke woh pampering na karein.</w:t>
      </w:r>
      <w:r>
        <w:br/>
      </w:r>
      <w:r>
        <w:rPr>
          <w:sz w:val="20"/>
        </w:rPr>
        <w:t>25:01  yeh bas mein nahi hai ke woh bahar bhejein bachchon ko, aur chaahein ke bachcha mahaul ka asar na le. so maulana, parents should not pamper their children.</w:t>
      </w:r>
    </w:p>
    <w:p>
      <w:pPr>
        <w:pStyle w:val="Heading2"/>
      </w:pPr>
      <w:r>
        <w:t>Madrasas missed Muhadditheen's non-confrontation method</w:t>
      </w:r>
    </w:p>
    <w:p>
      <w:r>
        <w:rPr>
          <w:color w:val="666666"/>
          <w:sz w:val="18"/>
        </w:rPr>
        <w:t>Sahaba and Muhaddithin 24th June 2012 - Maulana Wahiduddin Khan · 5m 45s · at 51:36 · https://youtu.be/tUPo7MI0Bdo?t=3096</w:t>
      </w:r>
    </w:p>
    <w:p>
      <w:r>
        <w:rPr>
          <w:i/>
        </w:rPr>
        <w:t>“Hamare madraso mein dhoom se paai jaati hain hadeesen”</w:t>
      </w:r>
    </w:p>
    <w:p>
      <w:r>
        <w:rPr>
          <w:sz w:val="20"/>
        </w:rPr>
        <w:t>51:36  hamare madarison mein dhoom se paayi jaati hain hadeesein, bohat dhoom se. har har madarse mein sab se bada jo jo subject hota hai, wo hadees hota hai.</w:t>
      </w:r>
      <w:r>
        <w:br/>
      </w:r>
      <w:r>
        <w:rPr>
          <w:sz w:val="20"/>
        </w:rPr>
        <w:t>51:46  sab se bad darja jo hota hai, wo shauq al hadees ka hota hai. lekin jahan tak main jaanta hoon, madarison mein yeh nahi bataya gaya ab tak</w:t>
      </w:r>
      <w:r>
        <w:br/>
      </w:r>
      <w:r>
        <w:rPr>
          <w:sz w:val="20"/>
        </w:rPr>
        <w:t>51:54  ke muhaddiseen ka role model kya hai. balke India mein hum jaate hain, ka jo super madrasa hai, yahan ka India ka hai, isi mein yaani takraao ke ka poora wahan par ek tehreek chalai gayi.</w:t>
      </w:r>
      <w:r>
        <w:br/>
      </w:r>
      <w:r>
        <w:rPr>
          <w:sz w:val="20"/>
        </w:rPr>
        <w:t>52:11  yaani ek taraf hadees ko sab se bada darja diye hue hain, wo isi mein sab se bada darja diye hue hain takraao ka bhi. yeh sab baat aap log jaante hain.</w:t>
      </w:r>
      <w:r>
        <w:br/>
      </w:r>
      <w:r>
        <w:rPr>
          <w:sz w:val="20"/>
        </w:rPr>
        <w:t>52:23  to hamare madarison mein sab se bada jo subject hota hai, wo hadees ka hota hai,</w:t>
      </w:r>
      <w:r>
        <w:br/>
      </w:r>
      <w:r>
        <w:rPr>
          <w:sz w:val="20"/>
        </w:rPr>
        <w:t>52:28  sab se bada darja muhaddiseen ka hota hai. lekin mere ilm ke mutabiq kisi bhi madarse mein bataya nahi gaya ke muhaddiseen ka ek aur pehlu hai.</w:t>
      </w:r>
      <w:r>
        <w:br/>
      </w:r>
      <w:r>
        <w:rPr>
          <w:sz w:val="20"/>
        </w:rPr>
        <w:t>52:39  yaani ek pehlu yeh hai ke unhon ne hadeeson ko jama kiya, doosra pehlu hai ke un ka method,</w:t>
      </w:r>
      <w:r>
        <w:br/>
      </w:r>
      <w:r>
        <w:rPr>
          <w:sz w:val="20"/>
        </w:rPr>
        <w:t>52:46  un ka jo method tha, method kya tha? palat kar takraao se door rehna, hukoomaton se alag rehna, siyasi bigaad ko nazar andaaz karna, aur jo deeni mawaqe hain, is ko istemaal karna.</w:t>
      </w:r>
      <w:r>
        <w:br/>
      </w:r>
      <w:r>
        <w:rPr>
          <w:sz w:val="20"/>
        </w:rPr>
        <w:t>53:02  yeh</w:t>
      </w:r>
      <w:r>
        <w:br/>
      </w:r>
      <w:r>
        <w:rPr>
          <w:sz w:val="20"/>
        </w:rPr>
        <w:t>53:03  madarison mein nahi bataya tha. beharhaal, is zamane mein meri samajh ke mutabiq jo sab se badi ghalti hui hai, Islam se ki taleemat se inhiraf ke aitbaar se, wo yahi hai.</w:t>
      </w:r>
      <w:r>
        <w:br/>
      </w:r>
      <w:r>
        <w:rPr>
          <w:sz w:val="20"/>
        </w:rPr>
        <w:t>53:23  sab se badi ghalti ke muhaddiseen ke model ko bilkul hi bhula diya, hatta ke wo jaante bhi nahi ke muhaddiseen ka koi model hai, siwaye is ke ke unhon ne hadeesein jama kiye.</w:t>
      </w:r>
      <w:r>
        <w:br/>
      </w:r>
      <w:r>
        <w:rPr>
          <w:sz w:val="20"/>
        </w:rPr>
        <w:t>53:39  siwaye is ke ke unhon ne hadeesein jama kiye. doosra jo model hai, bait ba bait method, bait ba tareeqa kar, is se bekhabar hain log.</w:t>
      </w:r>
      <w:r>
        <w:br/>
      </w:r>
      <w:r>
        <w:rPr>
          <w:sz w:val="20"/>
        </w:rPr>
        <w:t>53:48  haalanke isi ki wajah se to hadeesein jama karna mumkin hua. agar muhaddiseen</w:t>
      </w:r>
      <w:r>
        <w:br/>
      </w:r>
      <w:r>
        <w:rPr>
          <w:sz w:val="20"/>
        </w:rPr>
        <w:t>53:56  wo tareeqa kar ikhtiyar na karte, yaani non conflictational, non political, to hadeesein hadeesein bhi jama na hoti.</w:t>
      </w:r>
      <w:r>
        <w:br/>
      </w:r>
      <w:r>
        <w:rPr>
          <w:sz w:val="20"/>
        </w:rPr>
        <w:t>54:10  yani hadithon ko jama karne wale tab ban paye woh jab ke unhone is budget ko ikhtiyar kiya.</w:t>
      </w:r>
      <w:r>
        <w:br/>
      </w:r>
      <w:r>
        <w:rPr>
          <w:sz w:val="20"/>
        </w:rPr>
        <w:t>54:21  to muhaddiseen ka bada darja hai hamare madaris mein, hamare masjid mein. Lekin bada darja hai kis aitbar se? Ke unhone hadithon ko jama kiya.</w:t>
      </w:r>
      <w:r>
        <w:br/>
      </w:r>
      <w:r>
        <w:rPr>
          <w:sz w:val="20"/>
        </w:rPr>
        <w:t>54:30  is aitbar se log be khabar hain ke hadithon ko jama karna kab mumkin hua unke liye, kab mumkin hua.</w:t>
      </w:r>
      <w:r>
        <w:br/>
      </w:r>
      <w:r>
        <w:rPr>
          <w:sz w:val="20"/>
        </w:rPr>
        <w:t>54:41  to muhaddiseen ke method ko zinda karne ka waqt aa gaya hai.</w:t>
      </w:r>
      <w:r>
        <w:br/>
      </w:r>
      <w:r>
        <w:rPr>
          <w:sz w:val="20"/>
        </w:rPr>
        <w:t>54:47  hamare jo rehnama hain, bade fakhr se kehte hain ke India mein Shah Allah ne hadith ko zinda kiya. Halanke Shah Allah aur unki family ne India mein takrao ki policy chalai.</w:t>
      </w:r>
      <w:r>
        <w:br/>
      </w:r>
      <w:r>
        <w:rPr>
          <w:sz w:val="20"/>
        </w:rPr>
        <w:t>55:03  kaisi ajib baat hai!</w:t>
      </w:r>
      <w:r>
        <w:br/>
      </w:r>
      <w:r>
        <w:rPr>
          <w:sz w:val="20"/>
        </w:rPr>
        <w:t>55:06  Shah Allah aur unka jo shagird the, unki jo family thi, usi ne India mein takrao ki policy chalai, hukumat se takrao kiya. To ek taraf aap kehte hain ke Shah Allah ne hadith ko zinda kiya, to yeh kyun kiya unhone?</w:t>
      </w:r>
      <w:r>
        <w:br/>
      </w:r>
      <w:r>
        <w:rPr>
          <w:sz w:val="20"/>
        </w:rPr>
        <w:t>55:20  muhaddiseen ke method ke se</w:t>
      </w:r>
      <w:r>
        <w:br/>
      </w:r>
      <w:r>
        <w:rPr>
          <w:sz w:val="20"/>
        </w:rPr>
        <w:t>55:23  se inhiraf kyun kiya unhone? Kyun ke jante nahi the woh. Shah Allah jo hai, muhaddiseen ko sirf ek pehlu jante the ke unhone hadithon ko jama kiya.</w:t>
      </w:r>
      <w:r>
        <w:br/>
      </w:r>
      <w:r>
        <w:rPr>
          <w:sz w:val="20"/>
        </w:rPr>
        <w:t>55:33  is pehlu se be khabar the Shah Allah ke muhaddiseen ne ek bahut unique method ikhtiyar kiya,</w:t>
      </w:r>
      <w:r>
        <w:br/>
      </w:r>
      <w:r>
        <w:rPr>
          <w:sz w:val="20"/>
        </w:rPr>
        <w:t>55:41  bahut unique method jo hadithon se liya hua tha. Woh woh unique method hadithon se liya tha unhone, bahut unique method.</w:t>
      </w:r>
      <w:r>
        <w:br/>
      </w:r>
      <w:r>
        <w:rPr>
          <w:sz w:val="20"/>
        </w:rPr>
        <w:t>55:54  yani hukumat waqt se takrao na karna.</w:t>
      </w:r>
      <w:r>
        <w:br/>
      </w:r>
      <w:r>
        <w:rPr>
          <w:sz w:val="20"/>
        </w:rPr>
        <w:t>55:58  to Shah Allah ne kaise? Yani 50 feesad jana hai unhone hadith ko, 50 feesad nahi jana unhone hadith ko.</w:t>
      </w:r>
      <w:r>
        <w:br/>
      </w:r>
      <w:r>
        <w:rPr>
          <w:sz w:val="20"/>
        </w:rPr>
        <w:t>56:10  bahut fakhr ke sath kehte hain ke India mein hadith ilm hadith ko zinda kiya Shah Allah ne.</w:t>
      </w:r>
      <w:r>
        <w:br/>
      </w:r>
      <w:r>
        <w:rPr>
          <w:sz w:val="20"/>
        </w:rPr>
        <w:t>56:17  lekin yeh to 50 feesad tha jo unhone kiya. Ain usi waqt khud Shah Allah ne, unki family ne, unke shagirdon ne, aur unke manne walon ne ain usi waqt tehrikein chala dein hukumat ke khilaf.</w:t>
      </w:r>
      <w:r>
        <w:br/>
      </w:r>
      <w:r>
        <w:rPr>
          <w:sz w:val="20"/>
        </w:rPr>
        <w:t>56:34  yani takrao ki policy ke khud imam ban gaye. Wahi</w:t>
      </w:r>
      <w:r>
        <w:br/>
      </w:r>
      <w:r>
        <w:rPr>
          <w:sz w:val="20"/>
        </w:rPr>
        <w:t>56:39  kaisi ajib baat hai ke kaise nahi jana unhone ke takrao ki policy muhaddiseen ke maslak ke sath aur khilaf hai.</w:t>
      </w:r>
      <w:r>
        <w:br/>
      </w:r>
      <w:r>
        <w:rPr>
          <w:sz w:val="20"/>
        </w:rPr>
        <w:t>56:50  yani siyasat, siyasi takrao, hukoomati takrao ki policy jo hai, woh muhaddiseen ke maslak ke sirtasir khilaf hai. Is ko kaise nahi jana unhone?</w:t>
      </w:r>
      <w:r>
        <w:br/>
      </w:r>
      <w:r>
        <w:rPr>
          <w:sz w:val="20"/>
        </w:rPr>
        <w:t>57:03  to hadith ko zinda kiya aur muhaddiseen ke method ko zinda nahi kar paya woh. Is ki qeemat hum bhugat rahe hain, aaj tak bhugat rahe hain.</w:t>
      </w:r>
      <w:r>
        <w:br/>
      </w:r>
      <w:r>
        <w:rPr>
          <w:sz w:val="20"/>
        </w:rPr>
        <w:t>57:15  teen sau saal se musalman is mein phanse hue hain. Abhi bhi hadithon ka bada darja hai</w:t>
      </w:r>
    </w:p>
    <w:p>
      <w:pPr>
        <w:pStyle w:val="Heading2"/>
      </w:pPr>
      <w:r>
        <w:t>Hajarah to Hawking scientific proof</w:t>
      </w:r>
    </w:p>
    <w:p>
      <w:r>
        <w:rPr>
          <w:color w:val="666666"/>
          <w:sz w:val="18"/>
        </w:rPr>
        <w:t>Safety First January 21, 2007 · 5m 26s · at 19:48 · https://youtu.be/izaGKxVnt-Y?t=1188</w:t>
      </w:r>
    </w:p>
    <w:p>
      <w:r>
        <w:rPr>
          <w:i/>
        </w:rPr>
        <w:t>“This is a 5000-year plan of God, starting from Hajarah.”</w:t>
      </w:r>
    </w:p>
    <w:p>
      <w:r>
        <w:rPr>
          <w:sz w:val="20"/>
        </w:rPr>
        <w:t>19:48  to yeh mere nazdeek panch hazar saal ki ek mansooba bandi thi Khuda ki. panch hazar saal ki mansooba bandi. main samajhta hoon ke yeh yeh mansooba bandi jo hai shuru hui hai Hazrat Hajra se jo ek khatoon theen.</w:t>
      </w:r>
      <w:r>
        <w:br/>
      </w:r>
      <w:r>
        <w:rPr>
          <w:sz w:val="20"/>
        </w:rPr>
        <w:t>20:02  aur is ka nateeja hai aaj kal jo Stephen Hawking hai jo zinda hai abhi. Stephen Hawking jo hai woh sab se bara zinda scientist mana jata hai.</w:t>
      </w:r>
      <w:r>
        <w:br/>
      </w:r>
      <w:r>
        <w:rPr>
          <w:sz w:val="20"/>
        </w:rPr>
        <w:t>20:13  siyasi science mein. aap logon ko yeh baat bohat ajeeb si lage gi lekin yeh ajeeb nahi hai yeh. Allah taala ko jab doosre dour mein lana tha tareekh ko.</w:t>
      </w:r>
      <w:r>
        <w:br/>
      </w:r>
      <w:r>
        <w:rPr>
          <w:sz w:val="20"/>
        </w:rPr>
        <w:t>20:25  yani ailaan ke taur se nikaal kar ke woh dour lana tha jabke scientific buniyad mil jaye. Khuda ke deen ko. to zaroorat is baat ki thi ke is ki ek team ho.</w:t>
      </w:r>
      <w:r>
        <w:br/>
      </w:r>
      <w:r>
        <w:rPr>
          <w:sz w:val="20"/>
        </w:rPr>
        <w:t>20:38  sirf ek nabi akela nahi kaam kar sakta tha. is ko ek team chahiye. kaun log team bane? team kahan se mile?</w:t>
      </w:r>
      <w:r>
        <w:br/>
      </w:r>
      <w:r>
        <w:rPr>
          <w:sz w:val="20"/>
        </w:rPr>
        <w:t>20:48  team ko bharti karne ke liye koi society maujood nahi thi is zamane mein. kyunke saare log to but poojte the. shirk mein pare hue the. poori duniya mein shirk ka culture tha.</w:t>
      </w:r>
      <w:r>
        <w:br/>
      </w:r>
      <w:r>
        <w:rPr>
          <w:sz w:val="20"/>
        </w:rPr>
        <w:t>20:59  to kahan se nabi ko team mile gi woh? mushrik society se woh team kaise paate? team ke aarkaan kaise milte hain is mein se?</w:t>
      </w:r>
      <w:r>
        <w:br/>
      </w:r>
      <w:r>
        <w:rPr>
          <w:sz w:val="20"/>
        </w:rPr>
        <w:t>21:11  to Hazrat Hajra Hazrat Ibrahim ne ek ke zariye Allah taala ne ek naqsha banaya. Hajra jo hain aap le gaye un ko.</w:t>
      </w:r>
      <w:r>
        <w:br/>
      </w:r>
      <w:r>
        <w:rPr>
          <w:sz w:val="20"/>
        </w:rPr>
        <w:t>21:22  yani Syria mein the is waqt aap. wahan se le gaye sehra mein basaya un ko. Makkah mein. sehra mein.</w:t>
      </w:r>
      <w:r>
        <w:br/>
      </w:r>
      <w:r>
        <w:rPr>
          <w:sz w:val="20"/>
        </w:rPr>
        <w:t>21:33  koi insan nahi. pani bhi nahi. kuch bhi nahi. to kyun aisa hua? fitrat ke mahaul mein ek nayi nasal bane.</w:t>
      </w:r>
      <w:r>
        <w:br/>
      </w:r>
      <w:r>
        <w:rPr>
          <w:sz w:val="20"/>
        </w:rPr>
        <w:t>21:45  doosri naslein theen jo doosre jo insan the woh shehar bante the shehar mein. shehron mein. jahan ke har taraf shirk tha.</w:t>
      </w:r>
      <w:r>
        <w:br/>
      </w:r>
      <w:r>
        <w:rPr>
          <w:sz w:val="20"/>
        </w:rPr>
        <w:t>21:54  har taraf mushrikana mahaul tha. har taraf mushrikana culture phaila hua tha. isi mein insan paida hota tha. isi mein is ki halat hoti thi is ki.</w:t>
      </w:r>
      <w:r>
        <w:br/>
      </w:r>
      <w:r>
        <w:rPr>
          <w:sz w:val="20"/>
        </w:rPr>
        <w:t>22:03  to shirk ki halat se bache hue insan darkar the.</w:t>
      </w:r>
      <w:r>
        <w:br/>
      </w:r>
      <w:r>
        <w:rPr>
          <w:sz w:val="20"/>
        </w:rPr>
        <w:t>22:10  Shibli ne jo kitaab likhi hai Seerat Shibli. ab woh yani Seerat un Nabi. to Seerat un Nabi ke deebache mein unhon ne ek ek bohat hi yani adabi jumla likha hai.</w:t>
      </w:r>
      <w:r>
        <w:br/>
      </w:r>
      <w:r>
        <w:rPr>
          <w:sz w:val="20"/>
        </w:rPr>
        <w:t>22:23  ke ma'mora alam ke safhe naqsh-e-batil se dhak chuke the. ab ek saada be-rang har qism ke naqsh o nigaar se mehroom barq darkar tha.</w:t>
      </w:r>
      <w:r>
        <w:br/>
      </w:r>
      <w:r>
        <w:rPr>
          <w:sz w:val="20"/>
        </w:rPr>
        <w:t>22:33  jis par haq jis par tughra-e-haq likha jaye. yeh ek adabi jumla hai. main is ko kahun ga scientific zaban mein.</w:t>
      </w:r>
      <w:r>
        <w:br/>
      </w:r>
      <w:r>
        <w:rPr>
          <w:sz w:val="20"/>
        </w:rPr>
        <w:t>22:42  ke saari duniya mein shirk ka culture phail chuka tha. log shirk mein halat ho rahe the. to shirk ki halat se bahar ek darkar tha ek mahaul.</w:t>
      </w:r>
      <w:r>
        <w:br/>
      </w:r>
      <w:r>
        <w:rPr>
          <w:sz w:val="20"/>
        </w:rPr>
        <w:t>22:55  jahan shirk ki halat se bach kar ke log fitrat ke mahaul mein bane. is ke liye ek qurbani darkar thi. to Hazrat Hajra ne woh qurbani di.</w:t>
      </w:r>
      <w:r>
        <w:br/>
      </w:r>
      <w:r>
        <w:rPr>
          <w:sz w:val="20"/>
        </w:rPr>
        <w:t>23:07  isi liye main kaha karta hoon ke jo kaha jata hai English mein ke There is a woman at the beginning of all great things. There is a woman at the beginning of all great things.</w:t>
      </w:r>
      <w:r>
        <w:br/>
      </w:r>
      <w:r>
        <w:rPr>
          <w:sz w:val="20"/>
        </w:rPr>
        <w:t>23:19  sab se bara misaal is ki hai Hazrat Hajra. ek aurat hai jis ne is tareekh ko shuru kiya jis ko panch hazar saal mein ja kar ahmiyat mili is ka.</w:t>
      </w:r>
      <w:r>
        <w:br/>
      </w:r>
      <w:r>
        <w:rPr>
          <w:sz w:val="20"/>
        </w:rPr>
        <w:t>23:31  to Hazrat Hajra ke zariye jo log paida hue. jo tulad aur tanasul hua wahan par. to woh ek qaum bani jis ko hum kehte hain Banu Ismail.</w:t>
      </w:r>
      <w:r>
        <w:br/>
      </w:r>
      <w:r>
        <w:rPr>
          <w:sz w:val="20"/>
        </w:rPr>
        <w:t>23:43  to H.G. Wells ne likha hai in logon ke bare mein ke woh poori ki poori qaum jo thi hero'on ki qaum thi. aur fitrat ne heroes. is mein se Rasool Allah ne bharti ki.</w:t>
      </w:r>
      <w:r>
        <w:br/>
      </w:r>
      <w:r>
        <w:rPr>
          <w:sz w:val="20"/>
        </w:rPr>
        <w:t>23:54  is is hero'on ki is team se aap ko aarkaan mile. jin ko hum kehte hain Ashab-e-Rasool. Companion of the prophets. is mein se aap ko mile.</w:t>
      </w:r>
      <w:r>
        <w:br/>
      </w:r>
      <w:r>
        <w:rPr>
          <w:sz w:val="20"/>
        </w:rPr>
        <w:t>24:05  to is mein se taqreeban dehr lakh aadmi mile aap ko jo ek se ek barh kar ke hero tha. ek aksar hero tha is mein. in logon ne tareekh ko yani tareekh se woh takra gaye kehna chahiye.</w:t>
      </w:r>
      <w:r>
        <w:br/>
      </w:r>
      <w:r>
        <w:rPr>
          <w:sz w:val="20"/>
        </w:rPr>
        <w:t>24:18  apni jaan apna maal apna sab kuch jis ko kehte hain jhonk diya. Sahaba woh log the jinhon ne apne aap ko jhonk diya taake tareekh badle. jo main ne is se pehle aap ko bataya tha ke France ka muarrikh Henri Piren ne kaha hai ke Islam badal diya.</w:t>
      </w:r>
      <w:r>
        <w:br/>
      </w:r>
      <w:r>
        <w:rPr>
          <w:sz w:val="20"/>
        </w:rPr>
        <w:t>24:36  islam tabdeel kar diya course of tareekh. nahi islam tabdeel kar diya chehra of da globe. da traditional order of history was overthrown.</w:t>
      </w:r>
      <w:r>
        <w:br/>
      </w:r>
      <w:r>
        <w:rPr>
          <w:sz w:val="20"/>
        </w:rPr>
        <w:t>24:46  yeh kis ne kiya? yeh sahaba karam ne kiya jinhon ne apne aap ko jhonk diya is mission mein. ke tareekh badle. ek naya inqilab aaye.</w:t>
      </w:r>
      <w:r>
        <w:br/>
      </w:r>
      <w:r>
        <w:rPr>
          <w:sz w:val="20"/>
        </w:rPr>
        <w:t>24:56  logon ki halat khatam ho. log naye dhang par sochen. ek nayi ideology un ko mile. is ke liye jhonk diya apne aap ko unhon ne.</w:t>
      </w:r>
      <w:r>
        <w:br/>
      </w:r>
      <w:r>
        <w:rPr>
          <w:sz w:val="20"/>
        </w:rPr>
        <w:t>25:05  to tareekh badalna shuru hui. ek amal naya chala. isi amal ka nateeja tha ke dunya mein scientific inqilab aaya. kyun?</w:t>
      </w:r>
    </w:p>
    <w:p>
      <w:pPr>
        <w:pStyle w:val="Heading2"/>
      </w:pPr>
      <w:r>
        <w:t>The door of ijtihad can never actually be closed</w:t>
      </w:r>
    </w:p>
    <w:p>
      <w:r>
        <w:rPr>
          <w:color w:val="666666"/>
          <w:sz w:val="18"/>
        </w:rPr>
        <w:t>Ijtihad in Islam December 28, 2008 · 3m 35s · at 1:06:23 · https://youtu.be/tQL9OXuyYFk?t=3983</w:t>
      </w:r>
    </w:p>
    <w:p>
      <w:r>
        <w:rPr>
          <w:i/>
        </w:rPr>
        <w:t>“Many say the door to ijtihad is closed — is it?”</w:t>
      </w:r>
    </w:p>
    <w:p>
      <w:r>
        <w:rPr>
          <w:sz w:val="20"/>
        </w:rPr>
        <w:t>1:06:23  das question is from miss naghma: many ulema say the door to ijtihad is either closed or open to only aalims.</w:t>
      </w:r>
      <w:r>
        <w:br/>
      </w:r>
      <w:r>
        <w:rPr>
          <w:sz w:val="20"/>
        </w:rPr>
        <w:t>1:06:34  what is your opinion? dekhiye, is par maine likha hai details ke saath apni kitaab mein fikr Islami. yeh ek rumour hai ke ulema ne keh diya hai ke door close ho gaya.</w:t>
      </w:r>
      <w:r>
        <w:br/>
      </w:r>
      <w:r>
        <w:rPr>
          <w:sz w:val="20"/>
        </w:rPr>
        <w:t>1:06:46  ek rumour hai yeh.</w:t>
      </w:r>
      <w:r>
        <w:br/>
      </w:r>
      <w:r>
        <w:rPr>
          <w:sz w:val="20"/>
        </w:rPr>
        <w:t>1:06:48  is mein dikhaya hai ke bade ulema ne kaha hai ke yahan tak kaha hai ke yeh deewangi hai yeh kehna ke darwaza band ho gaya. kuch logon ne aisa kaha hai, main manta hoon kuch logon ne.</w:t>
      </w:r>
      <w:r>
        <w:br/>
      </w:r>
      <w:r>
        <w:rPr>
          <w:sz w:val="20"/>
        </w:rPr>
        <w:t>1:06:59  lekin yeh kehna ke isi par saare ulema ka ijma hai, bilkul galat hai. aap ko agar detail janna chahein to aap meri kitaab fikr Islami ko dekhiye.</w:t>
      </w:r>
      <w:r>
        <w:br/>
      </w:r>
      <w:r>
        <w:rPr>
          <w:sz w:val="20"/>
        </w:rPr>
        <w:t>1:07:09  doosri baat yeh hai ke ijtihad ka darwaza band karna possible hi nahin hai is siray se. ke</w:t>
      </w:r>
      <w:r>
        <w:br/>
      </w:r>
      <w:r>
        <w:rPr>
          <w:sz w:val="20"/>
        </w:rPr>
        <w:t>1:07:17  yon? ijtihad jo hai woh woh to har lamha karna padta hai, har waqt. ijtihad ke baghair aap ki zindagi guzaar nahin sakte. is liye ek glass hai to Rasool Allah ne to kabhi is glass mein paani nahin piya tha, shishe ke glass mein kabhi bhi nahin piya tha.</w:t>
      </w:r>
      <w:r>
        <w:br/>
      </w:r>
      <w:r>
        <w:rPr>
          <w:sz w:val="20"/>
        </w:rPr>
        <w:t>1:07:34  wahan to ya to lakri ka hota tha ya mitti ka hota tha. ab shishe ke glass aa gaya aur is ke banane mein bank ka interest shamil hai.</w:t>
      </w:r>
      <w:r>
        <w:br/>
      </w:r>
      <w:r>
        <w:rPr>
          <w:sz w:val="20"/>
        </w:rPr>
        <w:t>1:07:45  aap jante hain ke is zamane ki poori industries jo hai banking par khadi hui hai. koi industry aisi nahin hai jo bank se loan liye baghair banti ho. to kaha ke is mein interest bhi shamil hai, in direct mein hai.</w:t>
      </w:r>
      <w:r>
        <w:br/>
      </w:r>
      <w:r>
        <w:rPr>
          <w:sz w:val="20"/>
        </w:rPr>
        <w:t>1:07:59  to insan kya kare? kya kahin se dhoonde woh ja kar ke mitti ka kooda aur lakri ka bartan? woh woh woh bazaar mein kharedega ho aur paani piyega?</w:t>
      </w:r>
      <w:r>
        <w:br/>
      </w:r>
      <w:r>
        <w:rPr>
          <w:sz w:val="20"/>
        </w:rPr>
        <w:t>1:08:12  to ijtihad ka darwaza na band hua hai na band hoga kabhi. Turkey mein ek bada jhagda macha tha ek zamane mein kyunke Turkey ki jo army thi, us ke paas traditional haath hathiyaar hote the.</w:t>
      </w:r>
      <w:r>
        <w:br/>
      </w:r>
      <w:r>
        <w:rPr>
          <w:sz w:val="20"/>
        </w:rPr>
        <w:t>1:08:26  traditional hathiyaar ab naya zamana aaya scientific hathiyaar ka to wahan par kuch ulema isi qism ke the.</w:t>
      </w:r>
      <w:r>
        <w:br/>
      </w:r>
      <w:r>
        <w:rPr>
          <w:sz w:val="20"/>
        </w:rPr>
        <w:t>1:08:35  unhone kaha ke yeh sab hathiyaar Islam mein nahin hain. to bada ek par behas hui wahan par.</w:t>
      </w:r>
      <w:r>
        <w:br/>
      </w:r>
      <w:r>
        <w:rPr>
          <w:sz w:val="20"/>
        </w:rPr>
        <w:t>1:08:42  aakhir kaar ulema ne maana is baat ko ke is ko modernize karna padega warna hum duniya se peechay ho jayenge. aise hi Quran mein likha hua hai ke dabli oonton par sawaar ho kar ke hajj ke liye jana.</w:t>
      </w:r>
      <w:r>
        <w:br/>
      </w:r>
      <w:r>
        <w:rPr>
          <w:sz w:val="20"/>
        </w:rPr>
        <w:t>1:08:56  to kya koi koi molvi, koi aalim hai jo dabli oont talash kare? us ko us ko sawaar kar ke hajj karne nahin jaye? sab log hawai jahaz se jaate hain to baghair ailaan ke ijtihad jaari hai.</w:t>
      </w:r>
      <w:r>
        <w:br/>
      </w:r>
      <w:r>
        <w:rPr>
          <w:sz w:val="20"/>
        </w:rPr>
        <w:t>1:09:11  yaani kisi ne fatwa nahin diya ke ab zamana khatam ho gaya, ab ab ab oont ko chodo, ab hawai jahaz safar karo. koi fatwa nahin aaya lekin lekin sab logon ne badal liya apna sawari ko.</w:t>
      </w:r>
      <w:r>
        <w:br/>
      </w:r>
      <w:r>
        <w:rPr>
          <w:sz w:val="20"/>
        </w:rPr>
        <w:t>1:09:25  to ijtihad jo hai part of life hai, is ka door aap band hi nahin kar sakte, woh to chalta rahega. band karein tab bhi khula rahega woh.</w:t>
      </w:r>
      <w:r>
        <w:br/>
      </w:r>
      <w:r>
        <w:rPr>
          <w:sz w:val="20"/>
        </w:rPr>
        <w:t>1:09:36  yaani aap hazar taala laga dein tab bhi khula rahega kyunke life jo hai woh ek, woh us ko aap kaise khatam karenge? har lamha insan ko jahan ijtihad karna padta hai to karega woh.</w:t>
      </w:r>
      <w:r>
        <w:br/>
      </w:r>
      <w:r>
        <w:rPr>
          <w:sz w:val="20"/>
        </w:rPr>
        <w:t>1:09:48  aap band karenge tab bhi khula rahega woh darwaza. is wajah se yeh bilkul is mein mein kaafi detail se likha hai. maine meri kitaab aap padh lijiye fikr Islami.</w:t>
      </w:r>
    </w:p>
    <w:p>
      <w:pPr>
        <w:pStyle w:val="Heading2"/>
      </w:pPr>
      <w:r>
        <w:t>full teaching on emotions, gratitude and personality</w:t>
      </w:r>
    </w:p>
    <w:p>
      <w:r>
        <w:rPr>
          <w:color w:val="666666"/>
          <w:sz w:val="18"/>
        </w:rPr>
        <w:t>CPS Women Monthly Interaction 8 August 28, 2022 · 4m 40s · at 4:08 · https://youtu.be/TL5rMVeuDh8?t=248</w:t>
      </w:r>
    </w:p>
    <w:p>
      <w:r>
        <w:rPr>
          <w:i/>
        </w:rPr>
        <w:t>“Aapa, mera sawaal hai: aurtein apne emotions ko kaise control karein?”</w:t>
      </w:r>
    </w:p>
    <w:p>
      <w:r>
        <w:rPr>
          <w:sz w:val="20"/>
        </w:rPr>
        <w:t>4:08  Shamina mera network phir kharab ho gaya hai thoda sa. To mujhe is liye khol nahi rahi hoon. Appa se mera question hai? Ji appa kaun hai? Appa mera question yeh hai ke auratein apne emotions ko kaise control karein?</w:t>
      </w:r>
      <w:r>
        <w:br/>
      </w:r>
      <w:r>
        <w:rPr>
          <w:sz w:val="20"/>
        </w:rPr>
        <w:t>4:30  Ji haan yeh bohat zyada important question hai kyun ke auratein bohat emotional hoti hain aur agar emotional na ho yeh un ke liye dono minus bhi hai aur plus bhi hai. To emotions ka sahi istemal karna hai yeh. Plus hai emotions ka, galat istemal karna hai yeh minus hai.</w:t>
      </w:r>
      <w:r>
        <w:br/>
      </w:r>
      <w:r>
        <w:rPr>
          <w:sz w:val="20"/>
        </w:rPr>
        <w:t>4:49  To ab hum logon ko apne aap ko itna zyada apna shaoor ko itna bedar karna hai ke hamein samajh mein aa jaye ke kahan hamein emotions ki zarorat hai, kahan nahi zarorat hai. Kyun ke agar jaise aurat ko ghar ki zimmedari sambhalni hoti hai. Agar us ke andar emotions na ho to woh nahi kar payegi. To emotions bhi zaroori hain aur dawah work ke liye bhi bohat zyada emotions ki zarorat hoti hai.</w:t>
      </w:r>
      <w:r>
        <w:br/>
      </w:r>
      <w:r>
        <w:rPr>
          <w:sz w:val="20"/>
        </w:rPr>
        <w:t>5:15  Lekin negative emotions jo hai us ko curve karna hai, us ko khatam karna hai. Bas har baat ko yahi samjhiye ke akhirat mein hamein kis cheez ka reward milega, kis cheez ka reward nahi milega. Ek yeh criteria bilkul aap apne dimagh mein set kar lijiye ke yeh kaam karenge to is ka hota kya reward milega aur yeh kaam karenge to woh saza milegi. To emotions agar hamare andar negative hain to us ko hamein khatam karna hai.</w:t>
      </w:r>
      <w:r>
        <w:br/>
      </w:r>
      <w:r>
        <w:rPr>
          <w:sz w:val="20"/>
        </w:rPr>
        <w:t>5:43  Positive emotions hain to woh bohat achi baat hai. To Maulana ne bilkul hamesha hum logon ko yahi sikhaya ke jazbati hona jo hai na us ko achhe kaam mein lagana to sahi hai lekin galat kaam mein lagana to bohat zyada galat hai aur ki personality chalta rehta hai to negative emotions bilkul khatam karna hai.</w:t>
      </w:r>
      <w:r>
        <w:br/>
      </w:r>
      <w:r>
        <w:rPr>
          <w:sz w:val="20"/>
        </w:rPr>
        <w:t>6:12  Tarah tarah se apne aap ko samjhana hai, explain karna hai na ke us ko justify karna hai ke agar hum kisi ke khilaf ho jate hain to hamein soch lena chahiye ke yeh to ek waqt hi dunya mein hum chaar din ke liye aaye hain. Hamein sirf wahi kaam karna hai jo Khuda ki raza hasil karne ke liye kiya jaye. Baqi har kaam ko humne bilkul minus karte rehna hai, eliminate karte rehna hai.</w:t>
      </w:r>
      <w:r>
        <w:br/>
      </w:r>
      <w:r>
        <w:rPr>
          <w:sz w:val="20"/>
        </w:rPr>
        <w:t>6:38  To agar aap ko dimagh mein bilkul focused rahe na ke hum ko dunya mein hamein apni personality ko develop karna hai aur Maulana ne bar bar kaha hai ke positive personality hi jannat mein jayegi. To agar aap ko itna zyada passionate feeling ho jaye ke hamein jannat hi mein jana hai to aap yeh emotions negative emotions ko bilkul us ko bilkul consider hi nahi karenge.</w:t>
      </w:r>
      <w:r>
        <w:br/>
      </w:r>
      <w:r>
        <w:rPr>
          <w:sz w:val="20"/>
        </w:rPr>
        <w:t>7:04  Bilkul us ko aisa khatam kar denge jaise ke woh kabhi tha hi nahi. To negative emotions ko bilkul khatam kar dijiye kyun ke hamein is dunya mein rehna hai Khuda ki marzi ke mutabiq na ke apni desires ke mutabiq. To Khuda ki marzi yahi hai ke hum har hal mein Khuda ka shukr ada karein aur jahan aap ke andar negativity aayi aap ke andar shukr khatam ho jayega.</w:t>
      </w:r>
      <w:r>
        <w:br/>
      </w:r>
      <w:r>
        <w:rPr>
          <w:sz w:val="20"/>
        </w:rPr>
        <w:t>7:31  To aap bataiye ke Maulana sahib keh dete hain ek lamha ke liye bhi main apne shukr ka erosion bardasht nahi kar sakta. Isi liye un ke samne to bohat zyada hum logon ko to utna takleefein, utna masail, utna museebatein padi hi nahi hain jitna un ko padi thi. To lekin woh apne dimagh mein rakhte hi nahi the us ko.</w:t>
      </w:r>
      <w:r>
        <w:br/>
      </w:r>
      <w:r>
        <w:rPr>
          <w:sz w:val="20"/>
        </w:rPr>
        <w:t>7:50  Bilkul foran nikal dete the kyun ke jitni der woh apne dimagh mein rakhein utni der woh Khuda ka shukr ada nahi kar rahe honge to hamein har lamha Khuda ka shukr ada karna hai. Har waqt nayi nayi baatein discover karte rehna hai aur tabhi hum Khuda ka shukr guzar bande banenge aur jab tak ke hum Khuda ke shukr guzar bande nahi banenge tab tak hum jannat ke mustehid nahi thehrenge.</w:t>
      </w:r>
      <w:r>
        <w:br/>
      </w:r>
      <w:r>
        <w:rPr>
          <w:sz w:val="20"/>
        </w:rPr>
        <w:t>8:17  to yeh itna bara hum risk le rahe hain negative emotions ko display karke ke yeh hum CPS</w:t>
      </w:r>
      <w:r>
        <w:br/>
      </w:r>
      <w:r>
        <w:rPr>
          <w:sz w:val="20"/>
        </w:rPr>
        <w:t>8:23  wale jo bhi itna zyada humne Maulana ki literature ko padhaya hai.</w:t>
      </w:r>
      <w:r>
        <w:br/>
      </w:r>
      <w:r>
        <w:rPr>
          <w:sz w:val="20"/>
        </w:rPr>
        <w:t>8:29  agar CPS wale aisa na kar paayein to phir kaun kar paayega?</w:t>
      </w:r>
      <w:r>
        <w:br/>
      </w:r>
      <w:r>
        <w:rPr>
          <w:sz w:val="20"/>
        </w:rPr>
        <w:t>8:35  to CPS walon ko bohat hi zyada is maamle mein bashoor hona chahiye ke humein negativity har haalat</w:t>
      </w:r>
      <w:r>
        <w:br/>
      </w:r>
      <w:r>
        <w:rPr>
          <w:sz w:val="20"/>
        </w:rPr>
        <w:t>8:41  mein khatam karni hai.</w:t>
      </w:r>
      <w:r>
        <w:br/>
      </w:r>
      <w:r>
        <w:rPr>
          <w:sz w:val="20"/>
        </w:rPr>
        <w:t>8:48  Jizaa kar la appa? Aur koi ladies jo question lekar kuch aur share karna chahti hain? Want to ask something from appa? Somebody is there who's raise your hand. Please speak. Apna naam aur place bataein.</w:t>
      </w:r>
    </w:p>
    <w:p>
      <w:pPr>
        <w:pStyle w:val="Heading2"/>
      </w:pPr>
      <w:r>
        <w:t>Planning in Islam proven through Hijra and Hudaibiya</w:t>
      </w:r>
    </w:p>
    <w:p>
      <w:r>
        <w:rPr>
          <w:color w:val="666666"/>
          <w:sz w:val="18"/>
        </w:rPr>
        <w:t>Prophetic Wisdom July 23, 2016 Maulana Wahiduddin Khan · 3m 22s · at 43:12 · https://youtu.be/aaXBGgyvWOU?t=2592</w:t>
      </w:r>
    </w:p>
    <w:p>
      <w:r>
        <w:rPr>
          <w:i/>
        </w:rPr>
        <w:t>“Some say planning means doubting God's plan for you”</w:t>
      </w:r>
    </w:p>
    <w:p>
      <w:r>
        <w:rPr>
          <w:sz w:val="20"/>
        </w:rPr>
        <w:t>43:12  ah Maulana sahib, we received a question in from one of the Facebook viewer. his name is Ubaid Khan and he is writing from Abu Dhabi.</w:t>
      </w:r>
      <w:r>
        <w:br/>
      </w:r>
      <w:r>
        <w:rPr>
          <w:sz w:val="20"/>
        </w:rPr>
        <w:t>43:23  he is asking you, what is the importance of planning in Islam? and that some people say that planning is not right, as that would mean that you are doubting Allah plan for you in the world.</w:t>
      </w:r>
      <w:r>
        <w:br/>
      </w:r>
      <w:r>
        <w:rPr>
          <w:sz w:val="20"/>
        </w:rPr>
        <w:t>43:39  nahi, nahi, bilkul galat hai. yeh Rasool Allah ka sara kaam planning ke tehat hota tha. hota tha planning ke tehat. mislan hijrat hai. hijrat aap ko kuch din pehle pata ho gaya tha ke aap ko Makkah chhodna hoga.</w:t>
      </w:r>
      <w:r>
        <w:br/>
      </w:r>
      <w:r>
        <w:rPr>
          <w:sz w:val="20"/>
        </w:rPr>
        <w:t>43:56  to aap ne sari planning ki ke kaise aap jayenge. to aap ne aap ke saathi the abubakar.</w:t>
      </w:r>
      <w:r>
        <w:br/>
      </w:r>
      <w:r>
        <w:rPr>
          <w:sz w:val="20"/>
        </w:rPr>
        <w:t>44:06  to ek charwaah liya, us ko do oont de diye ke tum jao falan jagah par, ke oonts ko tayyar rakh lo, wahin charao, wahin un ki dekh dekh bhaal karo, wahin raho.</w:t>
      </w:r>
      <w:r>
        <w:br/>
      </w:r>
      <w:r>
        <w:rPr>
          <w:sz w:val="20"/>
        </w:rPr>
        <w:t>44:19  hum jab aayenge to humein de dena. doosri cheez yeh ke aap ne planning ki ke madina tha idhar, aap idhar safar karenge.</w:t>
      </w:r>
      <w:r>
        <w:br/>
      </w:r>
      <w:r>
        <w:rPr>
          <w:sz w:val="20"/>
        </w:rPr>
        <w:t>44:29  pata kya aap ne ke idhar kahan thahar sakte hain? to pata hua ke wahan ghar thaur raaste mein hai. to ghar thaur ko pata kar ke phir aap idhar idhar gaye ke kyunke makkah wale aap dhoondhein niklenge to idhar jayenge madine ki taraf.</w:t>
      </w:r>
      <w:r>
        <w:br/>
      </w:r>
      <w:r>
        <w:rPr>
          <w:sz w:val="20"/>
        </w:rPr>
        <w:t>44:43  aap honge ghar thaur mein. poora yeh hijrat ka safar planning tha. yeh jo log kehte hain aisa, woh to woh log woh kuch jante nahin, na quran na hadith.</w:t>
      </w:r>
      <w:r>
        <w:br/>
      </w:r>
      <w:r>
        <w:rPr>
          <w:sz w:val="20"/>
        </w:rPr>
        <w:t>44:55  rasool allah ka sara kaam jo hota tha, planning ke tehat hota tha. planning ke tehat. maslan dekhein, ek baar jab aap yeh hudaybiyah ki negotiation chal rahi thi, baat cheet to makkah se khalid ek ek dasta le kar rawana hue rasool allah ke ladne ke liye.</w:t>
      </w:r>
      <w:r>
        <w:br/>
      </w:r>
      <w:r>
        <w:rPr>
          <w:sz w:val="20"/>
        </w:rPr>
        <w:t>45:18  woh chahte the ke woh agreement na ho, sab tak sab jibril ho jaye. to aap idhar guftagu karte the un se do haftay aur beech mein aap aadmi chhod rakhe the pata karne ke liye ke kya ho raha hai idhar, kya ho raha hai idhar.</w:t>
      </w:r>
      <w:r>
        <w:br/>
      </w:r>
      <w:r>
        <w:rPr>
          <w:sz w:val="20"/>
        </w:rPr>
        <w:t>45:38  isko kehte hain tafaqqud, arabi mein kehte hain tafaqqud yani intelligence. to unhone bataya ke ke do so lashkar le kar ke woh aa rahe hain khalid.</w:t>
      </w:r>
      <w:r>
        <w:br/>
      </w:r>
      <w:r>
        <w:rPr>
          <w:sz w:val="20"/>
        </w:rPr>
        <w:t>45:52  to aap ne foran logon se mashwara kiya, bithaya logon ko ke batao hum chahte hain ke hum hamari mar mar se na ho.</w:t>
      </w:r>
      <w:r>
        <w:br/>
      </w:r>
      <w:r>
        <w:rPr>
          <w:sz w:val="20"/>
        </w:rPr>
        <w:t>46:01  to hum chahte hain ke jo jis raaste se woh aa rahe hain, us ke siwa doosre raaste pe hum chalenge. aap sab safar mein the us waqt.</w:t>
      </w:r>
      <w:r>
        <w:br/>
      </w:r>
      <w:r>
        <w:rPr>
          <w:sz w:val="20"/>
        </w:rPr>
        <w:t>46:11  to ek aadmi ne bataya ke haan, main jaanta hoon raasta, main aap ko doosre taraf se le jaunga jahan aap ka takrao khalsa nahin hoga.</w:t>
      </w:r>
      <w:r>
        <w:br/>
      </w:r>
      <w:r>
        <w:rPr>
          <w:sz w:val="20"/>
        </w:rPr>
        <w:t>46:20  to us ne aise hi kiya. to that is planning. to rasool allah ki poori zindagi planning ki zindagi hai. jo yeh kahe, woh na sunnat ko janta hai, na quran ko janta hai.</w:t>
      </w:r>
    </w:p>
    <w:p>
      <w:pPr>
        <w:pStyle w:val="Heading2"/>
      </w:pPr>
      <w:r>
        <w:t>Age of violence ends, age of peace begins, ancient persecution stories</w:t>
      </w:r>
    </w:p>
    <w:p>
      <w:r>
        <w:rPr>
          <w:color w:val="666666"/>
          <w:sz w:val="18"/>
        </w:rPr>
        <w:t>Discovery of Modern Age February 10, 2013 · 5m 55s · at 11:30 · https://youtu.be/qYGA53ii7E4?t=690</w:t>
      </w:r>
    </w:p>
    <w:p>
      <w:r>
        <w:rPr>
          <w:i/>
        </w:rPr>
        <w:t>“Might is right — sabse badi taqat talwar thi”</w:t>
      </w:r>
    </w:p>
    <w:p>
      <w:r>
        <w:rPr>
          <w:sz w:val="20"/>
        </w:rPr>
        <w:t>11:30  might is right. sab se bari taqat qadeem zamanay mein talwar hua karti thi.</w:t>
      </w:r>
      <w:r>
        <w:br/>
      </w:r>
      <w:r>
        <w:rPr>
          <w:sz w:val="20"/>
        </w:rPr>
        <w:t>11:37  is daur ko Allah taala ne nikala, aik naya zamanay paida kiya, jahan sab se bari taqat aman hai.</w:t>
      </w:r>
      <w:r>
        <w:br/>
      </w:r>
      <w:r>
        <w:rPr>
          <w:sz w:val="20"/>
        </w:rPr>
        <w:t>11:48  yeh bohat bari planning thi Allah taala ki. yeh khawamkhwah nahi ho gaya. isi baat ka Rasool Allah Sal Allahu Alaihi Wasallam ke zamanay mein ailaan kiya gaya tha, Quran mein bhi, hadith ke andar bhi, ke aap ke aik naya daur aa gaya.</w:t>
      </w:r>
      <w:r>
        <w:br/>
      </w:r>
      <w:r>
        <w:rPr>
          <w:sz w:val="20"/>
        </w:rPr>
        <w:t>12:07  aik lambi jahad ke baad, kai hazar ki jahad ke baad, culmination tha Islam ka aakhri zamanay. is ke baray mein mein aap ko arz karna chahoon ga.</w:t>
      </w:r>
      <w:r>
        <w:br/>
      </w:r>
      <w:r>
        <w:rPr>
          <w:sz w:val="20"/>
        </w:rPr>
        <w:t>12:21  Quran mein dekhen, Surah Al-Maidah mein yeh ayat hai jis mein ke takmeel-e-deen ka zikr hai. "alyawma akmaltu lakum deenakum" ki jo ayat hai, Surah Al-Maidah mein, us mein farmaya: "alyawma yaisa allazeena kafaroo min deenikum".</w:t>
      </w:r>
      <w:r>
        <w:br/>
      </w:r>
      <w:r>
        <w:rPr>
          <w:sz w:val="20"/>
        </w:rPr>
        <w:t>12:43  kaha jata hai ke ye quran ki aakhri ayat hai, rasool Allah salallaho alaihe wasallam ke zamane ke aakhri zamane mein. is ka tarjuma ye hai ke aaj al kuffar ya al inkar</w:t>
      </w:r>
      <w:r>
        <w:br/>
      </w:r>
      <w:r>
        <w:rPr>
          <w:sz w:val="20"/>
        </w:rPr>
        <w:t>13:02  deen ke mamle mein mayoos ho gaye.</w:t>
      </w:r>
      <w:r>
        <w:br/>
      </w:r>
      <w:r>
        <w:rPr>
          <w:sz w:val="20"/>
        </w:rPr>
        <w:t>13:07  to ab tum un se na daro, mujh se daro. yani ab tum al inkar se na daro, Allah se daro. is ka matlab kya hai?</w:t>
      </w:r>
      <w:r>
        <w:br/>
      </w:r>
      <w:r>
        <w:rPr>
          <w:sz w:val="20"/>
        </w:rPr>
        <w:t>13:19  ye ek naye daur ke aamad ka aelan hai ke daur khauf khatam ho gaya, daur aman aa gaya.</w:t>
      </w:r>
      <w:r>
        <w:br/>
      </w:r>
      <w:r>
        <w:rPr>
          <w:sz w:val="20"/>
        </w:rPr>
        <w:t>13:31  daur khauf khatam ho gaya, daur aman aa gaya. ye ek daur ki aamad ka aelan tha, ye. ye koi prasarar fazilat ka mamla nahi hai.</w:t>
      </w:r>
      <w:r>
        <w:br/>
      </w:r>
      <w:r>
        <w:rPr>
          <w:sz w:val="20"/>
        </w:rPr>
        <w:t>13:41  lekin yahi baat rasool Allah salallaho alaihe wasallam ne ek hadith mein farmai</w:t>
      </w:r>
      <w:r>
        <w:br/>
      </w:r>
      <w:r>
        <w:rPr>
          <w:sz w:val="20"/>
        </w:rPr>
        <w:t>13:48  ke ek zamana aayega jab ke ek aurat hazrat moosa se sana kar jayegi,</w:t>
      </w:r>
      <w:r>
        <w:br/>
      </w:r>
      <w:r>
        <w:rPr>
          <w:sz w:val="20"/>
        </w:rPr>
        <w:t>14:00  is tanha oont par baith kar. "wala takhafaw illa Allah".</w:t>
      </w:r>
      <w:r>
        <w:br/>
      </w:r>
      <w:r>
        <w:rPr>
          <w:sz w:val="20"/>
        </w:rPr>
        <w:t>14:10  is ko Allah ke siwa kisi ka dar nahi hoga. ye kya? ye daur ka aelan tha ke ek naya daur aane wala hai jabke khauf khatam aur aman ka har taraf daur daur hai.</w:t>
      </w:r>
      <w:r>
        <w:br/>
      </w:r>
      <w:r>
        <w:rPr>
          <w:sz w:val="20"/>
        </w:rPr>
        <w:t>14:30  to dekhiye, qadeem zamane mein bohat tashaddud hua karta tha, lias persecute hua karta tha. hadith mein aur quran mein is ka zikr bar bar aaya hai.</w:t>
      </w:r>
      <w:r>
        <w:br/>
      </w:r>
      <w:r>
        <w:rPr>
          <w:sz w:val="20"/>
        </w:rPr>
        <w:t>14:41  misal ke taur par dekhiye, haj maseeh ke baad kuch log jin ko ashab kaha jata hai, wo tauheed par iman laye.</w:t>
      </w:r>
      <w:r>
        <w:br/>
      </w:r>
      <w:r>
        <w:rPr>
          <w:sz w:val="20"/>
        </w:rPr>
        <w:t>14:58  is zamane mein hazrat maseeh ki taleemat abhi unhe bigad nahi aayi thi. ye turkey ke shumali ilake mein kuch log the, is zamane mein turkey mein romans ki hukumat thi,</w:t>
      </w:r>
      <w:r>
        <w:br/>
      </w:r>
      <w:r>
        <w:rPr>
          <w:sz w:val="20"/>
        </w:rPr>
        <w:t>15:14  romans ki. to wo log mushrik hua karte the.</w:t>
      </w:r>
      <w:r>
        <w:br/>
      </w:r>
      <w:r>
        <w:rPr>
          <w:sz w:val="20"/>
        </w:rPr>
        <w:t>15:21  to tauheed un ke liye na qabil bardasht thi aur un ko khatra hua ke use maar dalenge. to wo khamoshi se apne gharon se nikal kar chale gaye, pahad ke khod.</w:t>
      </w:r>
      <w:r>
        <w:br/>
      </w:r>
      <w:r>
        <w:rPr>
          <w:sz w:val="20"/>
        </w:rPr>
        <w:t>15:37  ye khod abhi bhi maujood hai, internet par dekh sakte hain aap. bible mein bhi is ka zikr hai. bible mein un ko seven sleepers kaha jata hai.</w:t>
      </w:r>
      <w:r>
        <w:br/>
      </w:r>
      <w:r>
        <w:rPr>
          <w:sz w:val="20"/>
        </w:rPr>
        <w:t>15:47  is se bhi is baat par ke Allah ek hai, un ko apni basti mein rehne ki ijazat nahi thi. ya to Allah ek hai, khana chodo ya tum ko hum qatl kar denge.</w:t>
      </w:r>
      <w:r>
        <w:br/>
      </w:r>
      <w:r>
        <w:rPr>
          <w:sz w:val="20"/>
        </w:rPr>
        <w:t>16:03  hazrat ibrahim ko dekhiye, Allah ek hai kehne par aag mein dal diya gaya. koi un ka jurm nahi tha, un ke khilaf koi criminal case nahi tha.</w:t>
      </w:r>
      <w:r>
        <w:br/>
      </w:r>
      <w:r>
        <w:rPr>
          <w:sz w:val="20"/>
        </w:rPr>
        <w:t>16:14  sirf ye baat thi ke unhone kaha ke Allah ek hai, isi ek ki ibadat karo. quran mein surah al burrow mein likhi gayi hai: "wa ma nakham min Allah yawm billah al aziz al habib".</w:t>
      </w:r>
      <w:r>
        <w:br/>
      </w:r>
      <w:r>
        <w:rPr>
          <w:sz w:val="20"/>
        </w:rPr>
        <w:t>16:28  yahan bhi ashab al khutoot ka zikr hai. aag ke gurhe mein koi log dal diye gaye the, kis liye?</w:t>
      </w:r>
      <w:r>
        <w:br/>
      </w:r>
      <w:r>
        <w:rPr>
          <w:sz w:val="20"/>
        </w:rPr>
        <w:t>16:37  nihayat hi peaceful the wo log, lekin sirf tauheed ko mante the.</w:t>
      </w:r>
      <w:r>
        <w:br/>
      </w:r>
      <w:r>
        <w:rPr>
          <w:sz w:val="20"/>
        </w:rPr>
        <w:t>16:42  Allah ek hai, isi ki ibadat karo. ye pura ka pura hazaron saal ka daur tashaddud ka daur tha.</w:t>
      </w:r>
      <w:r>
        <w:br/>
      </w:r>
      <w:r>
        <w:rPr>
          <w:sz w:val="20"/>
        </w:rPr>
        <w:t>16:55  to wo daur to tha. Allah taala ne insaan azadi de di hai. azadi ko misuse karne ki wajah se ye daur tha. to Allah taala insaan ki azadi ko ab wash nahi kar sakta.</w:t>
      </w:r>
      <w:r>
        <w:br/>
      </w:r>
      <w:r>
        <w:rPr>
          <w:sz w:val="20"/>
        </w:rPr>
        <w:t>17:07  ye mumkin nahi hai ke insaan ki azadi ko misuse kar diya jaye kamon se pehle.</w:t>
      </w:r>
      <w:r>
        <w:br/>
      </w:r>
      <w:r>
        <w:rPr>
          <w:sz w:val="20"/>
        </w:rPr>
        <w:t>17:13  to azadi ko pak rakhte hue Allah taala ne tareekh ko banjh kiya, yahan tak ke wo Islam ka zamana aa gaya.</w:t>
      </w:r>
    </w:p>
    <w:p>
      <w:pPr>
        <w:pStyle w:val="Heading2"/>
      </w:pPr>
      <w:r>
        <w:t>Western scholars' recognition of Prophet's greatness</w:t>
      </w:r>
    </w:p>
    <w:p>
      <w:r>
        <w:rPr>
          <w:color w:val="666666"/>
          <w:sz w:val="18"/>
        </w:rPr>
        <w:t>Life of the Prophet of Islam (Part 2) 30 March 2007 - Maulana Wahiduddin Khan · 5m 59s · at 11:46 · https://youtu.be/SO3ZKUUijKY?t=706</w:t>
      </w:r>
    </w:p>
    <w:p>
      <w:r>
        <w:rPr>
          <w:i/>
        </w:rPr>
        <w:t>“An English orientalist wrote a book on the Prophet.”</w:t>
      </w:r>
    </w:p>
    <w:p>
      <w:r>
        <w:rPr>
          <w:sz w:val="20"/>
        </w:rPr>
        <w:t>11:46  one english mustashriq, that is orientalist, his name was a e kellett.</w:t>
      </w:r>
      <w:r>
        <w:br/>
      </w:r>
      <w:r>
        <w:rPr>
          <w:sz w:val="20"/>
        </w:rPr>
        <w:t>11:58  a e kellett. k e double l e double t.</w:t>
      </w:r>
      <w:r>
        <w:br/>
      </w:r>
      <w:r>
        <w:rPr>
          <w:sz w:val="20"/>
        </w:rPr>
        <w:t>12:04  he he had publish a book on the prophet of islam. in this book, he gives the details of all those—all those said experiences that was faced by the prophet of islam in makkah and madinah both</w:t>
      </w:r>
      <w:r>
        <w:br/>
      </w:r>
      <w:r>
        <w:rPr>
          <w:sz w:val="20"/>
        </w:rPr>
        <w:t>12:27  . so, all those, there were so many atrocities, so many negative situations, so many obstacles.</w:t>
      </w:r>
      <w:r>
        <w:br/>
      </w:r>
      <w:r>
        <w:rPr>
          <w:sz w:val="20"/>
        </w:rPr>
        <w:t>12:37  but, prophet was able to manage all those problems</w:t>
      </w:r>
      <w:r>
        <w:br/>
      </w:r>
      <w:r>
        <w:rPr>
          <w:sz w:val="20"/>
        </w:rPr>
        <w:t>12:43  and became victorious. so, acknowledging these events, a e kellett says</w:t>
      </w:r>
      <w:r>
        <w:br/>
      </w:r>
      <w:r>
        <w:rPr>
          <w:sz w:val="20"/>
        </w:rPr>
        <w:t>12:54  that—he says that—it is his words that</w:t>
      </w:r>
      <w:r>
        <w:br/>
      </w:r>
      <w:r>
        <w:rPr>
          <w:sz w:val="20"/>
        </w:rPr>
        <w:t>13:13  a e kellett says that</w:t>
      </w:r>
      <w:r>
        <w:br/>
      </w:r>
      <w:r>
        <w:rPr>
          <w:sz w:val="20"/>
        </w:rPr>
        <w:t>13:18  muhammad squeezed, squeezed</w:t>
      </w:r>
      <w:r>
        <w:br/>
      </w:r>
      <w:r>
        <w:rPr>
          <w:sz w:val="20"/>
        </w:rPr>
        <w:t>13:26  success from failure.</w:t>
      </w:r>
      <w:r>
        <w:br/>
      </w:r>
      <w:r>
        <w:rPr>
          <w:sz w:val="20"/>
        </w:rPr>
        <w:t>13:31  its very strange.</w:t>
      </w:r>
      <w:r>
        <w:br/>
      </w:r>
      <w:r>
        <w:rPr>
          <w:sz w:val="20"/>
        </w:rPr>
        <w:t>13:37  its very strange.</w:t>
      </w:r>
      <w:r>
        <w:br/>
      </w:r>
      <w:r>
        <w:rPr>
          <w:sz w:val="20"/>
        </w:rPr>
        <w:t>13:41  all those, muhammad faced problems. but, he was able to turn problems into opportunity.</w:t>
      </w:r>
      <w:r>
        <w:br/>
      </w:r>
      <w:r>
        <w:rPr>
          <w:sz w:val="20"/>
        </w:rPr>
        <w:t>13:53  he faced animities. but, he was able to turn enmity into friendship.</w:t>
      </w:r>
      <w:r>
        <w:br/>
      </w:r>
      <w:r>
        <w:rPr>
          <w:sz w:val="20"/>
        </w:rPr>
        <w:t>14:09  So, he says that—Kellett says that—he faced adversity with the determination to bring the new thing.</w:t>
      </w:r>
      <w:r>
        <w:br/>
      </w:r>
      <w:r>
        <w:rPr>
          <w:sz w:val="20"/>
        </w:rPr>
        <w:t>14:25  muhammad faced the adversity with the determination to ring success out of failure.</w:t>
      </w:r>
      <w:r>
        <w:br/>
      </w:r>
      <w:r>
        <w:rPr>
          <w:sz w:val="20"/>
        </w:rPr>
        <w:t>14:38  what a great kind of praise and acknowledgement. this was the wording of a e kellett.</w:t>
      </w:r>
      <w:r>
        <w:br/>
      </w:r>
      <w:r>
        <w:rPr>
          <w:sz w:val="20"/>
        </w:rPr>
        <w:t>14:50  he is a well known scholar of britain.</w:t>
      </w:r>
      <w:r>
        <w:br/>
      </w:r>
      <w:r>
        <w:rPr>
          <w:sz w:val="20"/>
        </w:rPr>
        <w:t>14:55  he was a historian.</w:t>
      </w:r>
      <w:r>
        <w:br/>
      </w:r>
      <w:r>
        <w:rPr>
          <w:sz w:val="20"/>
        </w:rPr>
        <w:t>14:59  deen, you know, after the crusades, there were some negative thought among European scholars.</w:t>
      </w:r>
      <w:r>
        <w:br/>
      </w:r>
      <w:r>
        <w:rPr>
          <w:sz w:val="20"/>
        </w:rPr>
        <w:t>15:13  after crusades,</w:t>
      </w:r>
      <w:r>
        <w:br/>
      </w:r>
      <w:r>
        <w:rPr>
          <w:sz w:val="20"/>
        </w:rPr>
        <w:t>15:15  they publish some books in which they tried to give negative picture of the prophet of Islam. after the crusades, it continued up to several hundred years.</w:t>
      </w:r>
      <w:r>
        <w:br/>
      </w:r>
      <w:r>
        <w:rPr>
          <w:sz w:val="20"/>
        </w:rPr>
        <w:t>15:32  but,</w:t>
      </w:r>
      <w:r>
        <w:br/>
      </w:r>
      <w:r>
        <w:rPr>
          <w:sz w:val="20"/>
        </w:rPr>
        <w:t>15:33  then Thomas Carlyle appeared. Thomas Carlyle was a British historian.</w:t>
      </w:r>
      <w:r>
        <w:br/>
      </w:r>
      <w:r>
        <w:rPr>
          <w:sz w:val="20"/>
        </w:rPr>
        <w:t>15:45  Thomas Carlyle published a book with the title</w:t>
      </w:r>
      <w:r>
        <w:br/>
      </w:r>
      <w:r>
        <w:rPr>
          <w:sz w:val="20"/>
        </w:rPr>
        <w:t>15:52  'Heroes and Hero Worship'. this was the title of his book. 'Heroes and Hero Worship'. so, in this book, Thomas Carlyle says that Muhammad was the hero of all prophets.</w:t>
      </w:r>
      <w:r>
        <w:br/>
      </w:r>
      <w:r>
        <w:rPr>
          <w:sz w:val="20"/>
        </w:rPr>
        <w:t>16:15  he says that there were thousand and thousand prophets. and including Jesus Christ, Muhammad was the hero of all the prophets.</w:t>
      </w:r>
      <w:r>
        <w:br/>
      </w:r>
      <w:r>
        <w:rPr>
          <w:sz w:val="20"/>
        </w:rPr>
        <w:t>16:29  he was so great.</w:t>
      </w:r>
      <w:r>
        <w:br/>
      </w:r>
      <w:r>
        <w:rPr>
          <w:sz w:val="20"/>
        </w:rPr>
        <w:t>16:32  so, all those, there were some negative</w:t>
      </w:r>
      <w:r>
        <w:br/>
      </w:r>
      <w:r>
        <w:rPr>
          <w:sz w:val="20"/>
        </w:rPr>
        <w:t>16:38  tendency after the crusades. you know, crusades was a long war between Muslims and Europeans.</w:t>
      </w:r>
      <w:r>
        <w:br/>
      </w:r>
      <w:r>
        <w:rPr>
          <w:sz w:val="20"/>
        </w:rPr>
        <w:t>16:54  Christian Europes. Muslim world and Eastern Europes. so, it is called crusades.</w:t>
      </w:r>
      <w:r>
        <w:br/>
      </w:r>
      <w:r>
        <w:rPr>
          <w:sz w:val="20"/>
        </w:rPr>
        <w:t>17:01  after crusades, in this crusades, Muslims were victorious. in this crusades, Muslims were victorious.</w:t>
      </w:r>
      <w:r>
        <w:br/>
      </w:r>
      <w:r>
        <w:rPr>
          <w:sz w:val="20"/>
        </w:rPr>
        <w:t>17:14  they defeated all the European armies. so, after this defeat, Christian scholars tried to</w:t>
      </w:r>
      <w:r>
        <w:br/>
      </w:r>
      <w:r>
        <w:rPr>
          <w:sz w:val="20"/>
        </w:rPr>
        <w:t>17:25  give a negative picture of the prophet of Islam.</w:t>
      </w:r>
      <w:r>
        <w:br/>
      </w:r>
      <w:r>
        <w:rPr>
          <w:sz w:val="20"/>
        </w:rPr>
        <w:t>17:32  but, after some time, there appeared Thomas Carlyle.</w:t>
      </w:r>
      <w:r>
        <w:br/>
      </w:r>
      <w:r>
        <w:rPr>
          <w:sz w:val="20"/>
        </w:rPr>
        <w:t>17:42  Thomas Carlyle changed the trend.</w:t>
      </w:r>
    </w:p>
    <w:p>
      <w:pPr>
        <w:pStyle w:val="Heading2"/>
      </w:pPr>
      <w:r>
        <w:t>Why Muslims must admit 'we were wrong' before change</w:t>
      </w:r>
    </w:p>
    <w:p>
      <w:r>
        <w:rPr>
          <w:color w:val="666666"/>
          <w:sz w:val="18"/>
        </w:rPr>
        <w:t>The Crises Management September 18, 2011 · 4m 56s · at 54:20 · https://youtu.be/s3cYFtQZwzw?t=3260</w:t>
      </w:r>
    </w:p>
    <w:p>
      <w:r>
        <w:rPr>
          <w:i/>
        </w:rPr>
        <w:t>“We must be able to say: I was wrong, we were wrong”</w:t>
      </w:r>
    </w:p>
    <w:p>
      <w:r>
        <w:rPr>
          <w:sz w:val="20"/>
        </w:rPr>
        <w:t>54:20  yaani ek inqilabi tabdeeli laani padegi apne andar. aur main samajhta hoon ke yeh bohat zaroori hai ke hum yeh keh sakein ke I was wrong we were wrong yaani pichhle do sau saal ke bare mein kehna padega we were wrong ke do sau saal hum ne kho diye.</w:t>
      </w:r>
      <w:r>
        <w:br/>
      </w:r>
      <w:r>
        <w:rPr>
          <w:sz w:val="20"/>
        </w:rPr>
        <w:t>54:42  dekhiye jab tak aisa na ho jaise jaise kalma jo Islam ka hai la ilaha illallah nahin hai koi ilah magar magar Allah to pehle nahin kaha jata hai phir haan hota hai.</w:t>
      </w:r>
      <w:r>
        <w:br/>
      </w:r>
      <w:r>
        <w:rPr>
          <w:sz w:val="20"/>
        </w:rPr>
        <w:t>54:56  to pehle humein manna padega ke do sau saal hum ne kho diye. we were wrong tab koi beginning hogi.</w:t>
      </w:r>
      <w:r>
        <w:br/>
      </w:r>
      <w:r>
        <w:rPr>
          <w:sz w:val="20"/>
        </w:rPr>
        <w:t>55:10  mein is ko bohat ziyada ahmiyat deta hoon ke jab tak aadmi apni ماضی ki ghalti ko na maane aagay ka koi kaam nahi ho sakta hai.</w:t>
      </w:r>
      <w:r>
        <w:br/>
      </w:r>
      <w:r>
        <w:rPr>
          <w:sz w:val="20"/>
        </w:rPr>
        <w:t>55:21  log chahte hain ke ماضی ya hum na kahein ke hum pehle ghalti ki thi aur paich up kar lein to paich up karne se kuch hone wala nahi hai. Kuch bhi nahi hone wala hai.</w:t>
      </w:r>
      <w:r>
        <w:br/>
      </w:r>
      <w:r>
        <w:rPr>
          <w:sz w:val="20"/>
        </w:rPr>
        <w:t>55:32  aam taur par zehen yeh hai ke paich up karne ka.</w:t>
      </w:r>
      <w:r>
        <w:br/>
      </w:r>
      <w:r>
        <w:rPr>
          <w:sz w:val="20"/>
        </w:rPr>
        <w:t>55:38  paich up karna yeh hai ke aap apni ghaltiyon ko na maane idhar udhar kar ke is ko yani kuch kuch</w:t>
      </w:r>
      <w:r>
        <w:br/>
      </w:r>
      <w:r>
        <w:rPr>
          <w:sz w:val="20"/>
        </w:rPr>
        <w:t>55:51  is ke liye koi lafz mere paas nahi hai paich up karne ke liye aur phir aagay ki baat sochne lage</w:t>
      </w:r>
      <w:r>
        <w:br/>
      </w:r>
      <w:r>
        <w:rPr>
          <w:sz w:val="20"/>
        </w:rPr>
        <w:t>55:59  nahi aagay ki mansooba bandi aagay ki planning isi waqt hogi jab hum peechay ke liye apni past ke liye yeh keh sakein ge ke we were wrong aur mein apne study ke barabar keh sakta hoon ke musalmanon ne do sau saal khoya hai poora do sau saal</w:t>
      </w:r>
      <w:r>
        <w:br/>
      </w:r>
      <w:r>
        <w:rPr>
          <w:sz w:val="20"/>
        </w:rPr>
        <w:t>56:23  jab se science aayi hai jaise predict press aaya hai jab se democracy aayi hai jab se duniya mein opinions aaya hai in sab ko mila kar ke mein do sau saal kehta hoon.</w:t>
      </w:r>
      <w:r>
        <w:br/>
      </w:r>
      <w:r>
        <w:rPr>
          <w:sz w:val="20"/>
        </w:rPr>
        <w:t>56:36  poore do sau saal mein sirf reaction kiya musalmanon ne reaction react kiya dekhiye react karne se kuch hone wala nahi hai.</w:t>
      </w:r>
      <w:r>
        <w:br/>
      </w:r>
      <w:r>
        <w:rPr>
          <w:sz w:val="20"/>
        </w:rPr>
        <w:t>56:48  jab bhi aap nai situation aap ke samne aaye to aap ko</w:t>
      </w:r>
      <w:r>
        <w:br/>
      </w:r>
      <w:r>
        <w:rPr>
          <w:sz w:val="20"/>
        </w:rPr>
        <w:t>56:54  positive tor par sochna parta hai. Positive response dena parta hai. Positive response negative reaction se kuch bhi nahi hone wala hai.</w:t>
      </w:r>
      <w:r>
        <w:br/>
      </w:r>
      <w:r>
        <w:rPr>
          <w:sz w:val="20"/>
        </w:rPr>
        <w:t>57:04  to is poore do sau saal mein musalman sirf react karte rahe. Na to samajhne ki koshish ki ke halaat kya hain</w:t>
      </w:r>
      <w:r>
        <w:br/>
      </w:r>
      <w:r>
        <w:rPr>
          <w:sz w:val="20"/>
        </w:rPr>
        <w:t>57:13  haqiqatan aur na to is ki koshish ki ke re planning karein apni.</w:t>
      </w:r>
      <w:r>
        <w:br/>
      </w:r>
      <w:r>
        <w:rPr>
          <w:sz w:val="20"/>
        </w:rPr>
        <w:t>57:22  to ab waqt bilkul apne aakhri had par pahunch chuka hai. Ab mazeed hamein yani time waste karne ka moqa nahi.</w:t>
      </w:r>
      <w:r>
        <w:br/>
      </w:r>
      <w:r>
        <w:rPr>
          <w:sz w:val="20"/>
        </w:rPr>
        <w:t>57:36  aakhri waqt aa gaya hai ke hum re assess karein aur yeh keh kar ke we were wrong aagay badhein. Nai planning karein. Crisis ko manage karna seekhein.</w:t>
      </w:r>
      <w:r>
        <w:br/>
      </w:r>
      <w:r>
        <w:rPr>
          <w:sz w:val="20"/>
        </w:rPr>
        <w:t>57:49  yehi wahid hal hai aur koi doosra hal nahi hai. We have to learn the art of crisis management</w:t>
      </w:r>
      <w:r>
        <w:br/>
      </w:r>
      <w:r>
        <w:rPr>
          <w:sz w:val="20"/>
        </w:rPr>
        <w:t>57:58  abhi kya hai complaint shikayat ihtijaj bade bade alfaaz bolna isi mein lage hue hain. Is se na pehle kuch hua aur na ab kuch hone wala hai.</w:t>
      </w:r>
      <w:r>
        <w:br/>
      </w:r>
      <w:r>
        <w:rPr>
          <w:sz w:val="20"/>
        </w:rPr>
        <w:t>58:16  yani blame others se kuch nahi hoga. Blame yourself se hoga. Yeh culture jo hai blame others wala culture se woh chhodna parega.</w:t>
      </w:r>
      <w:r>
        <w:br/>
      </w:r>
      <w:r>
        <w:rPr>
          <w:sz w:val="20"/>
        </w:rPr>
        <w:t>58:26  blame yourself culture ko pakadna hoga. Tabhi koi naya aaghaz ho sakta hai.</w:t>
      </w:r>
      <w:r>
        <w:br/>
      </w:r>
      <w:r>
        <w:rPr>
          <w:sz w:val="20"/>
        </w:rPr>
        <w:t>58:39  is mani mein mujhe zara bhi shaq nahi.</w:t>
      </w:r>
      <w:r>
        <w:br/>
      </w:r>
      <w:r>
        <w:rPr>
          <w:sz w:val="20"/>
        </w:rPr>
        <w:t>58:45  saare musalman is waqt blame others ka culture pakde hue hain. Is ko aap bilkul is ka reverse kijiye.</w:t>
      </w:r>
      <w:r>
        <w:br/>
      </w:r>
      <w:r>
        <w:rPr>
          <w:sz w:val="20"/>
        </w:rPr>
        <w:t>58:54  blame yourself ka culture pakdiye.</w:t>
      </w:r>
      <w:r>
        <w:br/>
      </w:r>
      <w:r>
        <w:rPr>
          <w:sz w:val="20"/>
        </w:rPr>
        <w:t>58:58  tab ja kar ke kuch hoga. Mein dua karta hoon ke Allah taala mujh ko aur aap ko tofeeq de ke hum baat ko samjhein aur Allah ki madad se apne kaam ki nai planning karein.</w:t>
      </w:r>
    </w:p>
    <w:p>
      <w:pPr>
        <w:pStyle w:val="Heading2"/>
      </w:pPr>
      <w:r>
        <w:t>secret of the Prophet's success: patience and adjustment</w:t>
      </w:r>
    </w:p>
    <w:p>
      <w:r>
        <w:rPr>
          <w:color w:val="666666"/>
          <w:sz w:val="18"/>
        </w:rPr>
        <w:t>Importance of Adjustment June 27, 2009 · 4m 16s · at 18:39 · https://youtu.be/Gp1zc2HPMRU?t=1119</w:t>
      </w:r>
    </w:p>
    <w:p>
      <w:r>
        <w:rPr>
          <w:i/>
        </w:rPr>
        <w:t>“What was the secret of his success in the work?”</w:t>
      </w:r>
    </w:p>
    <w:p>
      <w:r>
        <w:rPr>
          <w:sz w:val="20"/>
        </w:rPr>
        <w:t>18:39  adopted the formula of adjustment? Only for, only for, one reason only, that to establish normal situation, to establish peace, so that he may do the work.</w:t>
      </w:r>
      <w:r>
        <w:br/>
      </w:r>
      <w:r>
        <w:rPr>
          <w:sz w:val="20"/>
        </w:rPr>
        <w:t>19:02  so he gave all the price,</w:t>
      </w:r>
      <w:r>
        <w:br/>
      </w:r>
      <w:r>
        <w:rPr>
          <w:sz w:val="20"/>
        </w:rPr>
        <w:t>19:09  and it worked up to thirteen years. Prophet was engaged in the work, and this was very successful</w:t>
      </w:r>
      <w:r>
        <w:br/>
      </w:r>
      <w:r>
        <w:rPr>
          <w:sz w:val="20"/>
        </w:rPr>
        <w:t>19:22  . All those big Sahaba, all those important personalities who embraced Islam, were from Mecca.</w:t>
      </w:r>
      <w:r>
        <w:br/>
      </w:r>
      <w:r>
        <w:rPr>
          <w:sz w:val="20"/>
        </w:rPr>
        <w:t>19:34  for example, Abu Bakr, Umar, Usman, Ali, Aisha, and so many other Sahaba.</w:t>
      </w:r>
      <w:r>
        <w:br/>
      </w:r>
      <w:r>
        <w:rPr>
          <w:sz w:val="20"/>
        </w:rPr>
        <w:t>19:47  so Prophet of Islam</w:t>
      </w:r>
      <w:r>
        <w:br/>
      </w:r>
      <w:r>
        <w:rPr>
          <w:sz w:val="20"/>
        </w:rPr>
        <w:t>19:52  followed the principle of adjustment. You know, in the beginning,</w:t>
      </w:r>
      <w:r>
        <w:br/>
      </w:r>
      <w:r>
        <w:rPr>
          <w:sz w:val="20"/>
        </w:rPr>
        <w:t>20:02  god almighty revealed da chapter al-mudathir.</w:t>
      </w:r>
      <w:r>
        <w:br/>
      </w:r>
      <w:r>
        <w:rPr>
          <w:sz w:val="20"/>
        </w:rPr>
        <w:t>20:11  al-mudathir chapter included in da quran</w:t>
      </w:r>
      <w:r>
        <w:br/>
      </w:r>
      <w:r>
        <w:rPr>
          <w:sz w:val="20"/>
        </w:rPr>
        <w:t>20:15  on, which was revealed to da prophet of islam in da beginning, in da early period of prophethood.</w:t>
      </w:r>
      <w:r>
        <w:br/>
      </w:r>
      <w:r>
        <w:rPr>
          <w:sz w:val="20"/>
        </w:rPr>
        <w:t>20:27  in this chapter, god almighty says, "ya ayyuha al-mudathir, qum fa-andhir?</w:t>
      </w:r>
      <w:r>
        <w:br/>
      </w:r>
      <w:r>
        <w:rPr>
          <w:sz w:val="20"/>
        </w:rPr>
        <w:t>20:38  qum fa-andhir?"</w:t>
      </w:r>
      <w:r>
        <w:br/>
      </w:r>
      <w:r>
        <w:rPr>
          <w:sz w:val="20"/>
        </w:rPr>
        <w:t>20:44  then he says, "wa rabbika fa-sabbir, wa rabbika fa-sabbir." o muhammad, do the work and keep patience for the sake of god.</w:t>
      </w:r>
      <w:r>
        <w:br/>
      </w:r>
      <w:r>
        <w:rPr>
          <w:sz w:val="20"/>
        </w:rPr>
        <w:t>20:58  this was the first commandment given by da god, by god almighty in mecca. qum fa-andhir?</w:t>
      </w:r>
      <w:r>
        <w:br/>
      </w:r>
      <w:r>
        <w:rPr>
          <w:sz w:val="20"/>
        </w:rPr>
        <w:t>21:10  wa rabbika fa-sabbir?</w:t>
      </w:r>
      <w:r>
        <w:br/>
      </w:r>
      <w:r>
        <w:rPr>
          <w:sz w:val="20"/>
        </w:rPr>
        <w:t>21:14  do the work and keep patience for the sake of god. what was this patience?</w:t>
      </w:r>
      <w:r>
        <w:br/>
      </w:r>
      <w:r>
        <w:rPr>
          <w:sz w:val="20"/>
        </w:rPr>
        <w:t>21:22  it was adjustment. it was nothing but adjustment. no reaction, no complaint, no protest.</w:t>
      </w:r>
      <w:r>
        <w:br/>
      </w:r>
      <w:r>
        <w:rPr>
          <w:sz w:val="20"/>
        </w:rPr>
        <w:t>21:33  this the gist of adjustment, this the spirit of adjustment.</w:t>
      </w:r>
      <w:r>
        <w:br/>
      </w:r>
      <w:r>
        <w:rPr>
          <w:sz w:val="20"/>
        </w:rPr>
        <w:t>21:40  so prophet of islam</w:t>
      </w:r>
      <w:r>
        <w:br/>
      </w:r>
      <w:r>
        <w:rPr>
          <w:sz w:val="20"/>
        </w:rPr>
        <w:t>21:48  was engaged in the work successfully in mecca. but how he was? how he became successful?</w:t>
      </w:r>
      <w:r>
        <w:br/>
      </w:r>
      <w:r>
        <w:rPr>
          <w:sz w:val="20"/>
        </w:rPr>
        <w:t>21:57  what is secret of this success? the question is, what was the secret of his success in the work?</w:t>
      </w:r>
      <w:r>
        <w:br/>
      </w:r>
      <w:r>
        <w:rPr>
          <w:sz w:val="20"/>
        </w:rPr>
        <w:t>22:07  the secret lies in adjustment.</w:t>
      </w:r>
      <w:r>
        <w:br/>
      </w:r>
      <w:r>
        <w:rPr>
          <w:sz w:val="20"/>
        </w:rPr>
        <w:t>22:12  there were, there were in mecca at the time, there were religious persecution. there were atrocities, there were idol worship,</w:t>
      </w:r>
      <w:r>
        <w:br/>
      </w:r>
      <w:r>
        <w:rPr>
          <w:sz w:val="20"/>
        </w:rPr>
        <w:t>22:27  and so many things. but prophet of islam never protested, never complaint, never demanded anything,</w:t>
      </w:r>
      <w:r>
        <w:br/>
      </w:r>
      <w:r>
        <w:rPr>
          <w:sz w:val="20"/>
        </w:rPr>
        <w:t>22:38  only to keep peace, only to keep normalcy. so this was his adjustment in that period.</w:t>
      </w:r>
    </w:p>
    <w:p>
      <w:pPr>
        <w:pStyle w:val="Heading2"/>
      </w:pPr>
      <w:r>
        <w:t>Yusuf's dua and the lesson of Allah's delicate planning</w:t>
      </w:r>
    </w:p>
    <w:p>
      <w:r>
        <w:rPr>
          <w:color w:val="666666"/>
          <w:sz w:val="18"/>
        </w:rPr>
        <w:t>Understanding Sufism August 07, 2022 · 3m 32s · at 40:09 · https://youtu.be/DCJ11IpxcOA?t=2409</w:t>
      </w:r>
    </w:p>
    <w:p>
      <w:r>
        <w:rPr>
          <w:i/>
        </w:rPr>
        <w:t>“Prophet Yusuf ne gehri dua ki, sara credit Allah ko diya”</w:t>
      </w:r>
    </w:p>
    <w:p>
      <w:r>
        <w:rPr>
          <w:sz w:val="20"/>
        </w:rPr>
        <w:t>40:09  ji doctor sahib aakhri sawal aaj ke session ka main aapse poochna chahunga ke phir kahani khatm hoti hai ke Prophet yusuf bohat hi ek gehri dua karte hain allah ta'ala se aur sara credit apni kamyabi ka apne kamyabi ka allah par daal dete hain.</w:t>
      </w:r>
      <w:r>
        <w:br/>
      </w:r>
      <w:r>
        <w:rPr>
          <w:sz w:val="20"/>
        </w:rPr>
        <w:t>40:28  hmm. to main chahunga ke is dua ke bare mein aap hum sab ko bataen.</w:t>
      </w:r>
      <w:r>
        <w:br/>
      </w:r>
      <w:r>
        <w:rPr>
          <w:sz w:val="20"/>
        </w:rPr>
        <w:t>40:35  haan jaisa aap ne kaha hai ke yeh jo kahani hai jab khatm hoti hai to bohat hi gehri dua ki unhone aur sara jo credit hai woh allah ko</w:t>
      </w:r>
      <w:r>
        <w:br/>
      </w:r>
      <w:r>
        <w:rPr>
          <w:sz w:val="20"/>
        </w:rPr>
        <w:t>40:46  diya bohat hi achhe andaz mein kaha ke kaha ke allah ne mujh par ehsan kiya ke main jail mein tha aur mujhe jail se rihai dilwai aur kaha ke walidain se kaha ke aap sab ko allah yahan le aaya misr mein gaon se ek shahar mein le aaya aur kaha ke bhaiyon ko shaitan ne behka diya tha</w:t>
      </w:r>
      <w:r>
        <w:br/>
      </w:r>
      <w:r>
        <w:rPr>
          <w:sz w:val="20"/>
        </w:rPr>
        <w:t>41:09  allah ne isko is shar se humein bacha liya aur milwa diya aur jo kuen ki musibat thi kuen mein chale gaye the phir jail mein chale gaye</w:t>
      </w:r>
      <w:r>
        <w:br/>
      </w:r>
      <w:r>
        <w:rPr>
          <w:sz w:val="20"/>
        </w:rPr>
        <w:t>41:22  to in museebaton ko unhone kahah ke</w:t>
      </w:r>
      <w:r>
        <w:br/>
      </w:r>
      <w:r>
        <w:rPr>
          <w:sz w:val="20"/>
        </w:rPr>
        <w:t>41:25  inna rabbi lateefun limaa yashaa' ke yani yeh</w:t>
      </w:r>
      <w:r>
        <w:br/>
      </w:r>
      <w:r>
        <w:rPr>
          <w:sz w:val="20"/>
        </w:rPr>
        <w:t>41:28  mere rab ki bari lateef bari nazuk tadbeeren thin jiske zariye se woh koi aur bari planning hamare liye kar raha tha</w:t>
      </w:r>
      <w:r>
        <w:br/>
      </w:r>
      <w:r>
        <w:rPr>
          <w:sz w:val="20"/>
        </w:rPr>
        <w:t>41:36  yani har cheez mein musbat soch har cheez mein unhon ne koi manfi baat nahi kahi aur kaha ke ke mere rab ne mujhko hukumat</w:t>
      </w:r>
      <w:r>
        <w:br/>
      </w:r>
      <w:r>
        <w:rPr>
          <w:sz w:val="20"/>
        </w:rPr>
        <w:t>41:45  mein hissa diya iqtidaar diya aur kaha ke tu tu aur aur Allah ne mujhe khwab ki taabeer karna sikhai</w:t>
      </w:r>
      <w:r>
        <w:br/>
      </w:r>
      <w:r>
        <w:rPr>
          <w:sz w:val="20"/>
        </w:rPr>
        <w:t>41:55  interpret karna sikhaya</w:t>
      </w:r>
      <w:r>
        <w:br/>
      </w:r>
      <w:r>
        <w:rPr>
          <w:sz w:val="20"/>
        </w:rPr>
        <w:t>41:58  yani har cheez ka credit allah ta'ala ko diya aur kaha ke ae zameen o asman ke banane wale aur dunya o akhirat dono jagah tu hamara kar saaz hai aur madadgar hai mujhe apni farman bardari ki halat mein maut de aur nek bando mein shamil farma</w:t>
      </w:r>
      <w:r>
        <w:br/>
      </w:r>
      <w:r>
        <w:rPr>
          <w:sz w:val="20"/>
        </w:rPr>
        <w:t>42:16  to hazrat yusuf alehالسلامka jo yeh qissa hai aur yeh dua khas taur se ismein itna gehri baaten hain ke sara credit unhone allah ta'ala ko diya halanke apni khud salahiyaten bhi insan ki hoti hain lekin har cheez ka credit allah ko diya ke tune humein</w:t>
      </w:r>
      <w:r>
        <w:br/>
      </w:r>
      <w:r>
        <w:rPr>
          <w:sz w:val="20"/>
        </w:rPr>
        <w:t>42:34  takht diya tune humein iqtadar diya tune bhaiyon ko ek ja kar diya aur walidain ko hamare yahan le aaya aur khwabon ki ta'abeer humein sikhai yani har cheez ko unhone allah ta'ala ke khane mein dala aur jo yeh qissa hai jaisa abhi yahan yeh khatm hota hai bohat hi iske andar sabak amoz baaten hain</w:t>
      </w:r>
      <w:r>
        <w:br/>
      </w:r>
      <w:r>
        <w:rPr>
          <w:sz w:val="20"/>
        </w:rPr>
        <w:t>42:56  ke insan jo bhi is dunya mein mushkilat se guzarta hai woh allah ki koi planning hoti hai koi aisa nahin hai ke koi aisi koi koi dikkat usko koi pareshani se samna kar raha hai balkeh woh ek bohat hi nazuk andaaz ki khuda ki planning hoti hai</w:t>
      </w:r>
      <w:r>
        <w:br/>
      </w:r>
      <w:r>
        <w:rPr>
          <w:sz w:val="20"/>
        </w:rPr>
        <w:t>43:17  isi isi planning ke tehat isi mushkilat ke tehat usko koi allah ta'ala bade maqam par pahunchana chahta hai to hum sab ko allah ta'ala tofeeq de ke hum is is sabq hasil karen is qisse se aur apne andar woh salahiyat paida karen jo is qisse se humein woh baaten milti hain woh hum apni zindagi mein dhal</w:t>
      </w:r>
    </w:p>
    <w:p>
      <w:pPr>
        <w:pStyle w:val="Heading2"/>
      </w:pPr>
      <w:r>
        <w:t>Abu Bakr's stand against apostasy as a model of creative resolve</w:t>
      </w:r>
    </w:p>
    <w:p>
      <w:r>
        <w:rPr>
          <w:color w:val="666666"/>
          <w:sz w:val="18"/>
        </w:rPr>
        <w:t>CPS Mission Conference 2023 April 30, 2023 · 4m 02s · at 46:54 · https://youtu.be/sfTBajRastM?t=2814</w:t>
      </w:r>
    </w:p>
    <w:p>
      <w:r>
        <w:rPr>
          <w:i/>
        </w:rPr>
        <w:t>“किसी भी बड़े काम के लिए यह बहुत ज़रूरी है कि क्रिएटिव थिंकिंग हो”</w:t>
      </w:r>
    </w:p>
    <w:p>
      <w:r>
        <w:rPr>
          <w:sz w:val="20"/>
        </w:rPr>
        <w:t>46:54  kisi bhi barhe kaam ke liye yeh bohat zaroori hai ke is ke bare mein hamare andar creative thinking ho.</w:t>
      </w:r>
      <w:r>
        <w:br/>
      </w:r>
      <w:r>
        <w:rPr>
          <w:sz w:val="20"/>
        </w:rPr>
        <w:t>47:03  agar koi bataye aap ko ke yeh glass utha kar is mez par rakh doon, aur is ke baad aap kuch na kar sakein, to aap ek koi barha kaam, koi bhi barha kaam kaise karein g</w:t>
      </w:r>
      <w:r>
        <w:br/>
      </w:r>
      <w:r>
        <w:rPr>
          <w:sz w:val="20"/>
        </w:rPr>
        <w:t>47:14  e? Ji, to creatively woh chahte the ke hamare jo unhone team team ko banane mein bohat mehnat kiya tha, ji ke team ke andar creative thinking aa jaye.</w:t>
      </w:r>
      <w:r>
        <w:br/>
      </w:r>
      <w:r>
        <w:rPr>
          <w:sz w:val="20"/>
        </w:rPr>
        <w:t>47:26  chounke yeh bohat hi ek global kaam hai, bataya hi nahi ja sakta. Har jagah ke halaat alag hote hain, har jagah ka mahaul alag hota hai, har jagah ki requirement alag hoti hai.</w:t>
      </w:r>
      <w:r>
        <w:br/>
      </w:r>
      <w:r>
        <w:rPr>
          <w:sz w:val="20"/>
        </w:rPr>
        <w:t>47:38  to hamein khud hi sochna parega ke hamein kaise kaise aage kaam karna hai.</w:t>
      </w:r>
      <w:r>
        <w:br/>
      </w:r>
      <w:r>
        <w:rPr>
          <w:sz w:val="20"/>
        </w:rPr>
        <w:t>47:44  to is ki ek misaal Hazrat Abu Bakr (AS), Hazrat Abu Bakr (RA) ki hai, ji ke jab Rasool Allah (SAW) ki wafat hui to bohat sare woh log the jin ko Bado kaha jata hai,</w:t>
      </w:r>
      <w:r>
        <w:br/>
      </w:r>
      <w:r>
        <w:rPr>
          <w:sz w:val="20"/>
        </w:rPr>
        <w:t>47:59  matlab jo convert ho gaye the, aur un ko abhi time nahi mila tha proper training ka. And massah log convert ho gaye the, ji Fatah Makkah ke baad to woh nahi mila tha un ko</w:t>
      </w:r>
      <w:r>
        <w:br/>
      </w:r>
      <w:r>
        <w:rPr>
          <w:sz w:val="20"/>
        </w:rPr>
        <w:t>48:13  ۔ To ab chounke wahan ke to halaat pehle hi bohat kharab the, economic resources nahi the, to un logon ko zakat, jihad, yeh sab cheezein bohat mushkil lagti theen.</w:t>
      </w:r>
      <w:r>
        <w:br/>
      </w:r>
      <w:r>
        <w:rPr>
          <w:sz w:val="20"/>
        </w:rPr>
        <w:t>48:26  lekin woh karte the sab kaam. Unhone yeh socha ke ab profit ke intiqal ke baad, ab woh Khuda ki madad aati thi profit ke sath.</w:t>
      </w:r>
      <w:r>
        <w:br/>
      </w:r>
      <w:r>
        <w:rPr>
          <w:sz w:val="20"/>
        </w:rPr>
        <w:t>48:38  to ab woh profit ke sath woh Khuda ki madad to ab hai nahi</w:t>
      </w:r>
      <w:r>
        <w:br/>
      </w:r>
      <w:r>
        <w:rPr>
          <w:sz w:val="20"/>
        </w:rPr>
        <w:t>48:42  to hum revolt kar sakte hain. to ek bohat bari tadad ne revolt kar diya, jis ko irtidad kaha jata hai. to us waqt Hazrat Abu Bakr khare ho gaye ke yeh nahi ho sakta ke main zinda hoon aur deen mein kami ki jaye gi.</w:t>
      </w:r>
      <w:r>
        <w:br/>
      </w:r>
      <w:r>
        <w:rPr>
          <w:sz w:val="20"/>
        </w:rPr>
        <w:t>48:59  to yeh thi "I will do spirit". aur us waqt tamam log, matlab bohat sare log, yahan tak ke Hazrat Umar ne bhi mashwara diya ke abhi hum is position mein nahi hain ke in tamam logon se jang kar saken.</w:t>
      </w:r>
      <w:r>
        <w:br/>
      </w:r>
      <w:r>
        <w:rPr>
          <w:sz w:val="20"/>
        </w:rPr>
        <w:t>49:13  lekin aap ne kaha nahi, yeh harghiz nahi, main hone doon ga ke deen ke jo basic pillars hain, is mein log kami kar dain.</w:t>
      </w:r>
      <w:r>
        <w:br/>
      </w:r>
      <w:r>
        <w:rPr>
          <w:sz w:val="20"/>
        </w:rPr>
        <w:t>49:22  to is tarah se phir unhon ne in logon se jang ki, aur in logon ko sab due kiya, aur dobara Islam ke tamam jo hain, five pillars of Islam jo basic hain iman ke, faith ke, to woh dobara sab ne is ko accept kar liya.</w:t>
      </w:r>
      <w:r>
        <w:br/>
      </w:r>
      <w:r>
        <w:rPr>
          <w:sz w:val="20"/>
        </w:rPr>
        <w:t>49:42  to yeh jo hai, ab Rasool Allah salallahu alaihi wasallam bata ke thori gaye the ke mere baad jo hai log irtidad ho jaye ga, tum un se jang karna, aur un ko dobara sab due karna.</w:t>
      </w:r>
      <w:r>
        <w:br/>
      </w:r>
      <w:r>
        <w:rPr>
          <w:sz w:val="20"/>
        </w:rPr>
        <w:t>49:53  to yeh hamein khud hi karna parta hai. and our CPS team has been trained by Maulana. so we have been trained to do everything creatively.</w:t>
      </w:r>
      <w:r>
        <w:br/>
      </w:r>
      <w:r>
        <w:rPr>
          <w:sz w:val="20"/>
        </w:rPr>
        <w:t>50:06  if you say that I will manage it</w:t>
      </w:r>
      <w:r>
        <w:br/>
      </w:r>
      <w:r>
        <w:rPr>
          <w:sz w:val="20"/>
        </w:rPr>
        <w:t>50:09  creatively. theek hai, to we have to be creative, and only then we can undertake such a gigantic task of spreading the word of God to the whole world.</w:t>
      </w:r>
      <w:r>
        <w:br/>
      </w:r>
      <w:r>
        <w:rPr>
          <w:sz w:val="20"/>
        </w:rPr>
        <w:t>50:24  there are so many instances in this regard, not only of the companions, but also in recent times.</w:t>
      </w:r>
      <w:r>
        <w:br/>
      </w:r>
      <w:r>
        <w:rPr>
          <w:sz w:val="20"/>
        </w:rPr>
        <w:t>50:31  so I think we have literature of Maulana, and I would request people to study more and more, and become creative, become matlab they will, they should be able to handle the situations in their own.</w:t>
      </w:r>
      <w:r>
        <w:br/>
      </w:r>
      <w:r>
        <w:rPr>
          <w:sz w:val="20"/>
        </w:rPr>
        <w:t>50:52  they won't find all the time someone to guide them.</w:t>
      </w:r>
    </w:p>
    <w:p>
      <w:pPr>
        <w:pStyle w:val="Heading2"/>
      </w:pPr>
      <w:r>
        <w:t>A rich man wept over a Qur'an he couldn't read</w:t>
      </w:r>
    </w:p>
    <w:p>
      <w:r>
        <w:rPr>
          <w:color w:val="666666"/>
          <w:sz w:val="18"/>
        </w:rPr>
        <w:t>The Prophetic Example Oct 20, 2013 · 6m 00s · at 27:15 · https://youtu.be/0dITZjMkR5k?t=1635</w:t>
      </w:r>
    </w:p>
    <w:p>
      <w:r>
        <w:rPr>
          <w:i/>
        </w:rPr>
        <w:t>“میں ایک واقعہ بتاؤں جو ابھی پچھلے سنڈے کا ہے”</w:t>
      </w:r>
    </w:p>
    <w:p>
      <w:r>
        <w:rPr>
          <w:sz w:val="20"/>
        </w:rPr>
        <w:t>27:15  mein ek waqia bataun jo abhi pichhle Sunday ka hai, yani ek hafta pehle ka, ke kis tarah se musalmanon mein ghair ta'limi zehen itne bare paane par paida ho chuka hai.</w:t>
      </w:r>
      <w:r>
        <w:br/>
      </w:r>
      <w:r>
        <w:rPr>
          <w:sz w:val="20"/>
        </w:rPr>
        <w:t>27:28  ghair dawat-i-zehen.</w:t>
      </w:r>
      <w:r>
        <w:br/>
      </w:r>
      <w:r>
        <w:rPr>
          <w:sz w:val="20"/>
        </w:rPr>
        <w:t>27:31  Mahboob bhai hamare saathi hain Bombay mein, un ka telephone aaya, unhon ne bataya ke wahan par woh barabar kaam kar rahe hain, Bollywood ke logon mein kaam kar rahe hain, saalon se kar rahe hain.</w:t>
      </w:r>
      <w:r>
        <w:br/>
      </w:r>
      <w:r>
        <w:rPr>
          <w:sz w:val="20"/>
        </w:rPr>
        <w:t>27:43  wo to abhi pichhle Sunday ko ek sahib wahan par jo non muslim hain, wahan ke post college mein rehte hain aur Government of India mein bare afsar hua karte the pehle aur ab retire hain.</w:t>
      </w:r>
      <w:r>
        <w:br/>
      </w:r>
      <w:r>
        <w:rPr>
          <w:sz w:val="20"/>
        </w:rPr>
        <w:t>28:01  to unhon ne un ko pata chala ke ye quran distribute karte hain, yani mahbub bhai quran distribute karti hai, un ko pata chala. to unhon ne telephone kiya, un ko kaha ke aap mujh se mulaqat kijiye.</w:t>
      </w:r>
      <w:r>
        <w:br/>
      </w:r>
      <w:r>
        <w:rPr>
          <w:sz w:val="20"/>
        </w:rPr>
        <w:t>28:14  to jab badadar mein un ke gaye, un ke ghar par aur unhon ne quran pesh kiya, un ko to mahbub bhai ne bataya ke quran ko dekhte hi wo zar o qatar rone lage aur der tak rote rahe.</w:t>
      </w:r>
      <w:r>
        <w:br/>
      </w:r>
      <w:r>
        <w:rPr>
          <w:sz w:val="20"/>
        </w:rPr>
        <w:t>28:31  wo bohat parhe likhe aadmi hain, paise wale aadmi hain, ek non muslim hain, wo senior aadmi hain, ek bohat hi post college mein rehte hain bombay ke.</w:t>
      </w:r>
      <w:r>
        <w:br/>
      </w:r>
      <w:r>
        <w:rPr>
          <w:sz w:val="20"/>
        </w:rPr>
        <w:t>28:43  to wo zar o qatar rone lage.</w:t>
      </w:r>
      <w:r>
        <w:br/>
      </w:r>
      <w:r>
        <w:rPr>
          <w:sz w:val="20"/>
        </w:rPr>
        <w:t>28:46  phir unhon ne bataya apna qissa ke jab main government of india mein service kar raha tha to hajj ke zamane mein meri posting hui saudi arab mein hajiyon ki dekh bhal ke liye.</w:t>
      </w:r>
      <w:r>
        <w:br/>
      </w:r>
      <w:r>
        <w:rPr>
          <w:sz w:val="20"/>
        </w:rPr>
        <w:t>29:03  to unhon ne bataya ke wahan par mujh se 14 shaikh mile, bare bare shaikh, top ke shaikh aur arab ke.</w:t>
      </w:r>
      <w:r>
        <w:br/>
      </w:r>
      <w:r>
        <w:rPr>
          <w:sz w:val="20"/>
        </w:rPr>
        <w:t>29:13  to unhon ne un ko gift ke taur par quran diya, packet. har ek ne ek quran diya aur bohat hi khubsurat packing thi us ki.</w:t>
      </w:r>
      <w:r>
        <w:br/>
      </w:r>
      <w:r>
        <w:rPr>
          <w:sz w:val="20"/>
        </w:rPr>
        <w:t>29:23  aur kaha ke ye quran hai jo hum aap ko de rahe hain. to ye 14 quran jo bohat hi khubsurat packing mein tha, wo apne sath bombay le aaye.</w:t>
      </w:r>
      <w:r>
        <w:br/>
      </w:r>
      <w:r>
        <w:rPr>
          <w:sz w:val="20"/>
        </w:rPr>
        <w:t>29:36  yahan aa kar jab khola unhon ne to bohat hi khubsurat jild, bohat khubsurat chhapayi, aath paper par chha hua aur binding bohat thi, sunhari kaam is ka, golden work us ke upar.</w:t>
      </w:r>
      <w:r>
        <w:br/>
      </w:r>
      <w:r>
        <w:rPr>
          <w:sz w:val="20"/>
        </w:rPr>
        <w:t>29:51  lekin jab khola unhon ne to wo arabic text tha, sirf arabi zaban mein jo text hai quran ka, wo chha hua tha. to bohat khubsurat tha lekin wo arabi zaban mein tha.</w:t>
      </w:r>
      <w:r>
        <w:br/>
      </w:r>
      <w:r>
        <w:rPr>
          <w:sz w:val="20"/>
        </w:rPr>
        <w:t>30:03  to is ne kaha ke main kya karunga is</w:t>
      </w:r>
      <w:r>
        <w:br/>
      </w:r>
      <w:r>
        <w:rPr>
          <w:sz w:val="20"/>
        </w:rPr>
        <w:t>30:05  ko? main to arabi janta nahin. to unhon ne kaha ke ye 14 ka 14 quran main ne ek muslim ko de diya. aur tab se main tars raha tha ke kash main janta ke quran mein hai kya,</w:t>
      </w:r>
      <w:r>
        <w:br/>
      </w:r>
      <w:r>
        <w:rPr>
          <w:sz w:val="20"/>
        </w:rPr>
        <w:t>30:18  meri apni understandable language mein main jaan pata ke quran mein hai kiya. to unhon ne kaha ke barson se mera ye khwab tha, barson se main is intezar mein tha ke kash main jaan sakun ke quran mein hai kiya.</w:t>
      </w:r>
      <w:r>
        <w:br/>
      </w:r>
      <w:r>
        <w:rPr>
          <w:sz w:val="20"/>
        </w:rPr>
        <w:t>30:33  to jab aap ne ye quran diya english mein, jo meri easily understandable hai, to mujhe sara wo jo andar mera ubal pada ke mujhe mera intezar pura ho gaya, mera khwab pura ho gaya,</w:t>
      </w:r>
      <w:r>
        <w:br/>
      </w:r>
      <w:r>
        <w:rPr>
          <w:sz w:val="20"/>
        </w:rPr>
        <w:t>30:47  wo cheez mil gayi. ab is mein dekhen, do taswiren hain. ek taraf wo aadmi goya aaj ke insan ka ko represent kar raha hai.</w:t>
      </w:r>
      <w:r>
        <w:br/>
      </w:r>
      <w:r>
        <w:rPr>
          <w:sz w:val="20"/>
        </w:rPr>
        <w:t>31:00  aaj ka insan is daur mein hai jab quran news ban chuka hai, lekin us ko quran hasil nahin. musalman jo hain, wo un ko quran ko as a gift de rahe hain, arabi zaban mein chha hua, bohat khubsurat chha hua, lekin ek gift item ke taur par,</w:t>
      </w:r>
      <w:r>
        <w:br/>
      </w:r>
      <w:r>
        <w:rPr>
          <w:sz w:val="20"/>
        </w:rPr>
        <w:t>31:20  yani guidance ke taur par nahin. agar is ka aap translation dein to wo aadmi jaan lega ke is mein kya guidance hai,</w:t>
      </w:r>
      <w:r>
        <w:br/>
      </w:r>
      <w:r>
        <w:rPr>
          <w:sz w:val="20"/>
        </w:rPr>
        <w:t>31:29  lekin wo to sirf ek gift item ke taur par de rahe hain, gift item.</w:t>
      </w:r>
      <w:r>
        <w:br/>
      </w:r>
      <w:r>
        <w:rPr>
          <w:sz w:val="20"/>
        </w:rPr>
        <w:t>31:36  kyun? musalmanon ke andar ek dunya se ek nafrat paida ho gayi hai. sari dunya se wo samajhte hain ke sari dunya zalim hai, sab hamare khilaf conspiracy kar rahe hain.</w:t>
      </w:r>
      <w:r>
        <w:br/>
      </w:r>
      <w:r>
        <w:rPr>
          <w:sz w:val="20"/>
        </w:rPr>
        <w:t>31:48  main samajhta hoon ke is chhat ke niche log jama hain, is ke siwa kam az kam main ne dunya bhar mein ghuma hoon, main kahin main ne nahin paya ke logon ke andar negativity na ho.</w:t>
      </w:r>
      <w:r>
        <w:br/>
      </w:r>
      <w:r>
        <w:rPr>
          <w:sz w:val="20"/>
        </w:rPr>
        <w:t>31:58  har ek nafrat kar raha hai, america se nafrat, europe se nafrat, israel se nafrat, hindu se nafrat, yahudiyon se nafrat. ye musalmanon ka maujudah zamane ka mindset hai.</w:t>
      </w:r>
      <w:r>
        <w:br/>
      </w:r>
      <w:r>
        <w:rPr>
          <w:sz w:val="20"/>
        </w:rPr>
        <w:t>32:10  dekhen, dawati zehan ke liye color hai negative thought, negative thinking. aap ko mauzu se mohabbat karna padta hai, tab aap ke andar jazba aata hai dawat ka.</w:t>
      </w:r>
      <w:r>
        <w:br/>
      </w:r>
      <w:r>
        <w:rPr>
          <w:sz w:val="20"/>
        </w:rPr>
        <w:t>32:26  main ek bar bhopal gaya, ek sahab aaye, unhon ne kaha ke aap dawat dawat karte hain, hum bhi dawat ka kaam karte hain.</w:t>
      </w:r>
      <w:r>
        <w:br/>
      </w:r>
      <w:r>
        <w:rPr>
          <w:sz w:val="20"/>
        </w:rPr>
        <w:t>32:35  to main ne pucha ke ye bataiye ke aap ko hindu se mohabbat hai? to unhon ne kaha ke nahin. main ne kaha kyun? unhon ne bab tod diya.</w:t>
      </w:r>
      <w:r>
        <w:br/>
      </w:r>
      <w:r>
        <w:rPr>
          <w:sz w:val="20"/>
        </w:rPr>
        <w:t>32:45  main ne kaha aap ko israel se mohabbat hai? kaha nahin. unhon ne is falasteen se musalmanon ki hukumat khatm kar di. to main ne kaha aap dawat kya phir hain?</w:t>
      </w:r>
      <w:r>
        <w:br/>
      </w:r>
      <w:r>
        <w:rPr>
          <w:sz w:val="20"/>
        </w:rPr>
        <w:t>32:54  yeh sab madعو hain, chahe hindu ho ya yahoodi ho ya american ho, european ho, sab madعو hain. To madعو se aap ko mohabbat nahi aur aap dawat ka naam lete hain.</w:t>
      </w:r>
      <w:r>
        <w:br/>
      </w:r>
      <w:r>
        <w:rPr>
          <w:sz w:val="20"/>
        </w:rPr>
        <w:t>33:05  To sari dunya ke musalmanon ka haal yeh hai ke woh badu se nafrat karte hain aur negative thinking mein jeete hain. Unhein insaan ki kharkhai un ke dil mein nahi,</w:t>
      </w:r>
    </w:p>
    <w:p>
      <w:pPr>
        <w:pStyle w:val="Heading2"/>
      </w:pPr>
      <w:r>
        <w:t>full case: Islamic spirituality is built on dua and prayer</w:t>
      </w:r>
    </w:p>
    <w:p>
      <w:r>
        <w:rPr>
          <w:color w:val="666666"/>
          <w:sz w:val="18"/>
        </w:rPr>
        <w:t>The Concept of Spirituality In Islam - II January 27, 2006 Maulana Wahiduddin Khan · 4m 44s · at 2:32 · https://youtu.be/YZvx_Y3Dcg0?t=152</w:t>
      </w:r>
    </w:p>
    <w:p>
      <w:r>
        <w:rPr>
          <w:i/>
        </w:rPr>
        <w:t>“First of all, you have to be sincere to seek spirituality”</w:t>
      </w:r>
    </w:p>
    <w:p>
      <w:r>
        <w:rPr>
          <w:sz w:val="20"/>
        </w:rPr>
        <w:t>2:32  First of all, you have to be sincere. You have to make concern of spirituality. When a medicine has studied Islam, and he has rightly observed,</w:t>
      </w:r>
      <w:r>
        <w:br/>
      </w:r>
      <w:r>
        <w:rPr>
          <w:sz w:val="20"/>
        </w:rPr>
        <w:t>2:51  da gretest kansarn of islam iz allah.</w:t>
      </w:r>
      <w:r>
        <w:br/>
      </w:r>
      <w:r>
        <w:rPr>
          <w:sz w:val="20"/>
        </w:rPr>
        <w:t>2:57  it mins dat</w:t>
      </w:r>
      <w:r>
        <w:br/>
      </w:r>
      <w:r>
        <w:rPr>
          <w:sz w:val="20"/>
        </w:rPr>
        <w:t>3:01  af a bilivr vant to incalcat</w:t>
      </w:r>
      <w:r>
        <w:br/>
      </w:r>
      <w:r>
        <w:rPr>
          <w:sz w:val="20"/>
        </w:rPr>
        <w:t>3:10  spiritual values in his personality, he must ask God. Dua is the only</w:t>
      </w:r>
      <w:r>
        <w:br/>
      </w:r>
      <w:r>
        <w:rPr>
          <w:sz w:val="20"/>
        </w:rPr>
        <w:t>3:23  thing, only helpful thing, that can make you spiritual person.</w:t>
      </w:r>
      <w:r>
        <w:br/>
      </w:r>
      <w:r>
        <w:rPr>
          <w:sz w:val="20"/>
        </w:rPr>
        <w:t>3:37  according, you know, the spirituality is based in God. God oriented, it is a God oriented spirit.</w:t>
      </w:r>
      <w:r>
        <w:br/>
      </w:r>
      <w:r>
        <w:rPr>
          <w:sz w:val="20"/>
        </w:rPr>
        <w:t>3:48  it is self-given spirit. A person by contemplating about his own self, cannot attempt spirituality according to something.</w:t>
      </w:r>
      <w:r>
        <w:br/>
      </w:r>
      <w:r>
        <w:rPr>
          <w:sz w:val="20"/>
        </w:rPr>
        <w:t>4:05  The source of spirituality in Islam is God himself. So, the basic thing is that we have to make dua.</w:t>
      </w:r>
      <w:r>
        <w:br/>
      </w:r>
      <w:r>
        <w:rPr>
          <w:sz w:val="20"/>
        </w:rPr>
        <w:t>4:26  we have to seek, we have to seek God's help in this regard</w:t>
      </w:r>
      <w:r>
        <w:br/>
      </w:r>
      <w:r>
        <w:rPr>
          <w:sz w:val="20"/>
        </w:rPr>
        <w:t>4:33  ard. So, God is the only source towards attempt attempt spirituality. It's very important to know, because Islamic spirituality is a God based discipline.</w:t>
      </w:r>
      <w:r>
        <w:br/>
      </w:r>
      <w:r>
        <w:rPr>
          <w:sz w:val="20"/>
        </w:rPr>
        <w:t>4:53  akarding to islamic bilif, gad iz sors of al thngz.</w:t>
      </w:r>
      <w:r>
        <w:br/>
      </w:r>
      <w:r>
        <w:rPr>
          <w:sz w:val="20"/>
        </w:rPr>
        <w:t>5:01  gad iz pavarful. gad iz lard of da yunivars.</w:t>
      </w:r>
      <w:r>
        <w:br/>
      </w:r>
      <w:r>
        <w:rPr>
          <w:sz w:val="20"/>
        </w:rPr>
        <w:t>5:13  gad iz evri thng.</w:t>
      </w:r>
      <w:r>
        <w:br/>
      </w:r>
      <w:r>
        <w:rPr>
          <w:sz w:val="20"/>
        </w:rPr>
        <w:t>5:20  So, Islamic spirituality is based in dua. Without dua, there is no spirituality.</w:t>
      </w:r>
      <w:r>
        <w:br/>
      </w:r>
      <w:r>
        <w:rPr>
          <w:sz w:val="20"/>
        </w:rPr>
        <w:t>5:33  This is the first important point in this regard. Then,</w:t>
      </w:r>
      <w:r>
        <w:br/>
      </w:r>
      <w:r>
        <w:rPr>
          <w:sz w:val="20"/>
        </w:rPr>
        <w:t>5:40  The other point is that there are different types of zikr, tasbih, rahba, etc.</w:t>
      </w:r>
      <w:r>
        <w:br/>
      </w:r>
      <w:r>
        <w:rPr>
          <w:sz w:val="20"/>
        </w:rPr>
        <w:t>5:52  al diz thngz ar hilpful</w:t>
      </w:r>
      <w:r>
        <w:br/>
      </w:r>
      <w:r>
        <w:rPr>
          <w:sz w:val="20"/>
        </w:rPr>
        <w:t>5:57  towards attempt, towards attempting the spirituality.</w:t>
      </w:r>
      <w:r>
        <w:br/>
      </w:r>
      <w:r>
        <w:rPr>
          <w:sz w:val="20"/>
        </w:rPr>
        <w:t>6:06  and the special, and one, and the most special course in this regard is namaz.</w:t>
      </w:r>
      <w:r>
        <w:br/>
      </w:r>
      <w:r>
        <w:rPr>
          <w:sz w:val="20"/>
        </w:rPr>
        <w:t>6:18  namaz mins prir. in arbi vi kal salat, salat salat.</w:t>
      </w:r>
      <w:r>
        <w:br/>
      </w:r>
      <w:r>
        <w:rPr>
          <w:sz w:val="20"/>
        </w:rPr>
        <w:t>6:29  in urdu ur pershn vi se namaz.</w:t>
      </w:r>
      <w:r>
        <w:br/>
      </w:r>
      <w:r>
        <w:rPr>
          <w:sz w:val="20"/>
        </w:rPr>
        <w:t>6:32  in English we can say prayer, five time prayer. According to my experience and according to my study, namaz is the greatest,</w:t>
      </w:r>
      <w:r>
        <w:br/>
      </w:r>
      <w:r>
        <w:rPr>
          <w:sz w:val="20"/>
        </w:rPr>
        <w:t>6:53  greatest source of, of Islamic, of spiritual, of course of, of spiritual course.</w:t>
      </w:r>
      <w:r>
        <w:br/>
      </w:r>
      <w:r>
        <w:rPr>
          <w:sz w:val="20"/>
        </w:rPr>
        <w:t>7:06  without namaz, you can not attempt the spirituality in Islam.</w:t>
      </w:r>
    </w:p>
    <w:p>
      <w:pPr>
        <w:pStyle w:val="Heading2"/>
      </w:pPr>
      <w:r>
        <w:t>companions flee to Abyssinia, King Najashi converts</w:t>
      </w:r>
    </w:p>
    <w:p>
      <w:r>
        <w:rPr>
          <w:color w:val="666666"/>
          <w:sz w:val="18"/>
        </w:rPr>
        <w:t>Muslims in Diaspora January 9, 2007 · 5m 45s · at 17:47 · https://youtu.be/kP8FzUSQWW0?t=1067</w:t>
      </w:r>
    </w:p>
    <w:p>
      <w:r>
        <w:rPr>
          <w:i/>
        </w:rPr>
        <w:t>“In Mecca, the Prophet told his companions: go to Abyssinia”</w:t>
      </w:r>
    </w:p>
    <w:p>
      <w:r>
        <w:rPr>
          <w:sz w:val="20"/>
        </w:rPr>
        <w:t>17:47  nowein saal. nowein saal ya daswein saal. to behrahal aisa hua ke makkah mein log satate thay.</w:t>
      </w:r>
      <w:r>
        <w:br/>
      </w:r>
      <w:r>
        <w:rPr>
          <w:sz w:val="20"/>
        </w:rPr>
        <w:t>17:57  wahan mushrikeen jo thay wahi power mein thay. wahi sardar thay makkah ke. to woh satate thay.</w:t>
      </w:r>
      <w:r>
        <w:br/>
      </w:r>
      <w:r>
        <w:rPr>
          <w:sz w:val="20"/>
        </w:rPr>
        <w:t>18:06  to rasool Allah ne apne ashaab se kaha ke tum log chale jao habash.</w:t>
      </w:r>
      <w:r>
        <w:br/>
      </w:r>
      <w:r>
        <w:rPr>
          <w:sz w:val="20"/>
        </w:rPr>
        <w:t>18:16  yani wahi country jis ko abhi senia ya ethiopia kehte hain. jo arab se bohat qareeb tha. kyunke bahr e ahmar jo hai red sea red sea ka aik pahar aik horn hai us ke idhar arab hai aur idhar us ki aik shakh aap jante hain ke red sea ke do shakhain hain.</w:t>
      </w:r>
      <w:r>
        <w:br/>
      </w:r>
      <w:r>
        <w:rPr>
          <w:sz w:val="20"/>
        </w:rPr>
        <w:t>18:39  to aik shakh is tarah se hai ke us ke idhar arabia hai aur idhar woh hai habash.</w:t>
      </w:r>
      <w:r>
        <w:br/>
      </w:r>
      <w:r>
        <w:rPr>
          <w:sz w:val="20"/>
        </w:rPr>
        <w:t>18:50  to bohat aasan tha safar wahan karna. log jaya karte thay. to aap ne kaha ke tum wahan chale jao.</w:t>
      </w:r>
      <w:r>
        <w:br/>
      </w:r>
      <w:r>
        <w:rPr>
          <w:sz w:val="20"/>
        </w:rPr>
        <w:t>18:58  to chunache tareekh ke mutabiq aik so bees aadmi mard aurat dono jo sab ke sab sahabi thay to woh makkah chhod kar ke chale gaye habash.</w:t>
      </w:r>
      <w:r>
        <w:br/>
      </w:r>
      <w:r>
        <w:rPr>
          <w:sz w:val="20"/>
        </w:rPr>
        <w:t>19:14  habash jis ko ethiopia ya abhi senia kaha jata hai.</w:t>
      </w:r>
      <w:r>
        <w:br/>
      </w:r>
      <w:r>
        <w:rPr>
          <w:sz w:val="20"/>
        </w:rPr>
        <w:t>19:20  to is zamane mein wahan par aik jo badshah tha woh Christian badshah tha. uska naam islami tareekhon mein aata hai najashi.</w:t>
      </w:r>
      <w:r>
        <w:br/>
      </w:r>
      <w:r>
        <w:rPr>
          <w:sz w:val="20"/>
        </w:rPr>
        <w:t>19:33  lekin english mein aap is ko parhen ge negus. negus. to yeh bohat hi bohat hi insaaf pasand aadmi tha.</w:t>
      </w:r>
      <w:r>
        <w:br/>
      </w:r>
      <w:r>
        <w:rPr>
          <w:sz w:val="20"/>
        </w:rPr>
        <w:t>19:49  aur bohat sahi aadmi tha. aur religion aur Christianity ko woh manta tha. in logon mein se tha jo jo bigde nahi thay.</w:t>
      </w:r>
      <w:r>
        <w:br/>
      </w:r>
      <w:r>
        <w:rPr>
          <w:sz w:val="20"/>
        </w:rPr>
        <w:t>20:03  to us ne jab jab yeh log gaye wahan par to us ne in ko apne darbar mein bulaya. aur poocha ke tumhara kya mazhab hai?</w:t>
      </w:r>
      <w:r>
        <w:br/>
      </w:r>
      <w:r>
        <w:rPr>
          <w:sz w:val="20"/>
        </w:rPr>
        <w:t>20:16  tumhare jo prophet hain woh tum ko kon se baatein sikhate hain? to sahaba ki aik jamaat wahan gayi darbar mein.</w:t>
      </w:r>
      <w:r>
        <w:br/>
      </w:r>
      <w:r>
        <w:rPr>
          <w:sz w:val="20"/>
        </w:rPr>
        <w:t>20:25  in mein jaafar tayyar bhi thay. to jaafar tayyar ne wahan aik speech di.</w:t>
      </w:r>
      <w:r>
        <w:br/>
      </w:r>
      <w:r>
        <w:rPr>
          <w:sz w:val="20"/>
        </w:rPr>
        <w:t>20:33  woh speech abhi bhi aap kitabon mein parh sakte hain. unhon ne bataya ke hum log jo hain bigde hue log thay.</w:t>
      </w:r>
      <w:r>
        <w:br/>
      </w:r>
      <w:r>
        <w:rPr>
          <w:sz w:val="20"/>
        </w:rPr>
        <w:t>20:43  sachai se door thay. to yeh prophet aaye muhammad bin abdullah unhon ne humein sachai ki taleem di.</w:t>
      </w:r>
      <w:r>
        <w:br/>
      </w:r>
      <w:r>
        <w:rPr>
          <w:sz w:val="20"/>
        </w:rPr>
        <w:t>20:52  aur toheed ki taleem di. to hum ne un ko accept kiya.</w:t>
      </w:r>
      <w:r>
        <w:br/>
      </w:r>
      <w:r>
        <w:rPr>
          <w:sz w:val="20"/>
        </w:rPr>
        <w:t>20:57  aur bohat hi yani woh thi effective thi yeh speech. aur kaha jata hai ke woh is tarah jab woh kar rahe thay to woh najashi is ko sun kar rone laga.</w:t>
      </w:r>
      <w:r>
        <w:br/>
      </w:r>
      <w:r>
        <w:rPr>
          <w:sz w:val="20"/>
        </w:rPr>
        <w:t>21:10  rone laga woh. aur bohat hi zyada is par asar hua. us ne kaha ke tum log raho hamare mulk mein jab tak chahe raho.</w:t>
      </w:r>
      <w:r>
        <w:br/>
      </w:r>
      <w:r>
        <w:rPr>
          <w:sz w:val="20"/>
        </w:rPr>
        <w:t>21:21  yahan tumhara tumhein koi pareshan karne wala nahi hai.</w:t>
      </w:r>
      <w:r>
        <w:br/>
      </w:r>
      <w:r>
        <w:rPr>
          <w:sz w:val="20"/>
        </w:rPr>
        <w:t>21:26  to woh log rehne lagay. is zamane mein kuch mamooli kaam karte thay kuch labor labor type ka kaam matlab zara kuch yani agricultural labor samajh lijiye thay wahan par woh log kuch mazdoori karte thay.</w:t>
      </w:r>
      <w:r>
        <w:br/>
      </w:r>
      <w:r>
        <w:rPr>
          <w:sz w:val="20"/>
        </w:rPr>
        <w:t>21:43  to kuch dinon ke baad najashi ne in ko bulaya aur poocha ke tum log hamare hamari country mein koi tum ko satata to nahi tum log kaise ho?</w:t>
      </w:r>
      <w:r>
        <w:br/>
      </w:r>
      <w:r>
        <w:rPr>
          <w:sz w:val="20"/>
        </w:rPr>
        <w:t>21:52  to us zamane mein kuch aisa hua tha ke kuch local log inhein kuch sataya tha in ko kuch pareshan kiya tha. to us ne in ko bulaya aur apna hukum jari kiya ke jo aadmi kisi musalman ko sataye to us ko chaar dirham us ka fine kiya jaye.</w:t>
      </w:r>
      <w:r>
        <w:br/>
      </w:r>
      <w:r>
        <w:rPr>
          <w:sz w:val="20"/>
        </w:rPr>
        <w:t>22:11  aur woh fine usi ko diya usi musalman ko de diya jaye.</w:t>
      </w:r>
      <w:r>
        <w:br/>
      </w:r>
      <w:r>
        <w:rPr>
          <w:sz w:val="20"/>
        </w:rPr>
        <w:t>22:15  to phir us ne musalman se poocha ke yeh chaar dirham jo hai kya tum theek samajhte ho is ko? to unhon ne kaha ke yeh to bohat kam hai. to us ne koi koi double kar diya aath aath dirham kar diya.</w:t>
      </w:r>
      <w:r>
        <w:br/>
      </w:r>
      <w:r>
        <w:rPr>
          <w:sz w:val="20"/>
        </w:rPr>
        <w:t>22:25  aur unhon ne kaha ke jo kisi musalman ko sataye ga us se aath dirham liya jaye ga fine ke taur par. aur woh usi musalman ko diya jaye ga.</w:t>
      </w:r>
      <w:r>
        <w:br/>
      </w:r>
      <w:r>
        <w:rPr>
          <w:sz w:val="20"/>
        </w:rPr>
        <w:t>22:35  is tarah woh log larne lage.</w:t>
      </w:r>
      <w:r>
        <w:br/>
      </w:r>
      <w:r>
        <w:rPr>
          <w:sz w:val="20"/>
        </w:rPr>
        <w:t>22:38  riwayat mein bhi aata hai ke woh bohat hi zyada loyal the najashi ke. aur aik baar aisa hua ke kisi parosi country ne hamla kar diya us ke upar najashi ke mulk par.</w:t>
      </w:r>
      <w:r>
        <w:br/>
      </w:r>
      <w:r>
        <w:rPr>
          <w:sz w:val="20"/>
        </w:rPr>
        <w:t>22:52  to yeh log nikle is ke defense mein ke najashi ke lashkar mein mil kar ke laren ge is se.</w:t>
      </w:r>
      <w:r>
        <w:br/>
      </w:r>
      <w:r>
        <w:rPr>
          <w:sz w:val="20"/>
        </w:rPr>
        <w:t>23:00  lekin is se pehle ke wahan pahunchein woh ladaai khatam ho chuki thi. kyunke us zamane mein yeh aaj kal ki tarah transport to tha nahi.</w:t>
      </w:r>
      <w:r>
        <w:br/>
      </w:r>
      <w:r>
        <w:rPr>
          <w:sz w:val="20"/>
        </w:rPr>
        <w:t>23:11  to behal is se andaza hota hai ke kitne sachche dil ke sath woh log wahan the. phir najashi ne islam qabool kar liya baqayda.</w:t>
      </w:r>
      <w:r>
        <w:br/>
      </w:r>
      <w:r>
        <w:rPr>
          <w:sz w:val="20"/>
        </w:rPr>
        <w:t>23:21  us ne kaha in logon se ke ja kar ke apne paighambar se kehna ke main in ko in ke deen par ikhtiyar karta hoon.</w:t>
      </w:r>
    </w:p>
    <w:p>
      <w:pPr>
        <w:pStyle w:val="Heading2"/>
      </w:pPr>
      <w:r>
        <w:t>His character before prophethood: no retaliation, no offensive wars</w:t>
      </w:r>
    </w:p>
    <w:p>
      <w:r>
        <w:rPr>
          <w:color w:val="666666"/>
          <w:sz w:val="18"/>
        </w:rPr>
        <w:t>Prophet of Mercy October 24, 2021 Prof. Farida Khanam · 4m 00s · at 6:35 · https://youtu.be/qIOdAqzWhNI?t=395</w:t>
      </w:r>
    </w:p>
    <w:p>
      <w:r>
        <w:rPr>
          <w:i/>
        </w:rPr>
        <w:t>“آپ نبوت سے پہلے بھی آپ کا character وہی ideal character تھا۔”</w:t>
      </w:r>
    </w:p>
    <w:p>
      <w:r>
        <w:rPr>
          <w:sz w:val="20"/>
        </w:rPr>
        <w:t>6:35  to aap poore mani mein rehmatulilalameen thay aur aisa nahi hai ke sirf nabuwat ke baad aisa hua balkeh aap nabuwat se pehle bhi aap ka wohi character tha.</w:t>
      </w:r>
      <w:r>
        <w:br/>
      </w:r>
      <w:r>
        <w:rPr>
          <w:sz w:val="20"/>
        </w:rPr>
        <w:t>6:46  bas hum yeh keh sakte hain ke pehle jo character fitrat ke zor par zor par tha woh ab aik usool pasandi ke zor par ho gaya, woh khuda ki taleemat ke base par ho gaya aur consciously ho gaya.</w:t>
      </w:r>
      <w:r>
        <w:br/>
      </w:r>
      <w:r>
        <w:rPr>
          <w:sz w:val="20"/>
        </w:rPr>
        <w:t>7:01  to is tarah se aah hum ko bohat sari aisi riwayat milti hain jis se pata chalta hai ke aap nabuwat se pehle bhi aap ka character wohi ideal character tha.</w:t>
      </w:r>
      <w:r>
        <w:br/>
      </w:r>
      <w:r>
        <w:rPr>
          <w:sz w:val="20"/>
        </w:rPr>
        <w:t>7:13  aap ne kabhi kisi ko sataya nahi, kabhi kisi ko takleef nahi di, kabhi kisi ka jawab nahi diya, koi kabhi retaliation nahi kiya. hamesha aap logon ki madad karte thay.</w:t>
      </w:r>
      <w:r>
        <w:br/>
      </w:r>
      <w:r>
        <w:rPr>
          <w:sz w:val="20"/>
        </w:rPr>
        <w:t>7:24  jab aah aap ko pehli wahi mili aur aap bohat ghabraye hue ghar aye to hazrat khadija ne un ko yahi keh kar yeh dilasa dilaya ke aap itna zyada logon ki madad karte hain, bewaon ki madad karte hain, yateemon ki madad karte hain, gharibon ki madad karte hain, aap ko kabhi khuda ruswa nahi karega.</w:t>
      </w:r>
      <w:r>
        <w:br/>
      </w:r>
      <w:r>
        <w:rPr>
          <w:sz w:val="20"/>
        </w:rPr>
        <w:t>7:45  to aur aap ka aah aap ka laqab bhi alalameen pad gaya tha. isi wajah se ke aap hamesha sach baat kehte, aap ne kabhi jhoot nahi bola, kabhi aap koi galat kaam mein mulawwis nahi hue.</w:t>
      </w:r>
      <w:r>
        <w:br/>
      </w:r>
      <w:r>
        <w:rPr>
          <w:sz w:val="20"/>
        </w:rPr>
        <w:t>8:00  yahi cheez thi jis ne hazrat khadija ko mutasir kiya aur unhon ne aap se rishte ka paigham bheja. to aik hazrat anas thay to woh aap ki khidmat mein das saal rahe.</w:t>
      </w:r>
      <w:r>
        <w:br/>
      </w:r>
      <w:r>
        <w:rPr>
          <w:sz w:val="20"/>
        </w:rPr>
        <w:t>8:14  woh unhon ne kaha hai ke das saal ke arse mein aap ne aik bar bhi aah na daanta, na jharra, na hi koi hukum diya kaam karne ka aur na kabhi bhi kisi baat par malamat ki, na kabhi bhi yeh nahi kaha ke tum ne yeh kaam aise kyun kiya, waise kyun kiya.</w:t>
      </w:r>
      <w:r>
        <w:br/>
      </w:r>
      <w:r>
        <w:rPr>
          <w:sz w:val="20"/>
        </w:rPr>
        <w:t>8:35  to das saal ke arsay mein aisa hona yeh bilkul taqreeban namumkin hai. to yeh tha aap ka character aur yahi aap ki outstanding quality hai.</w:t>
      </w:r>
      <w:r>
        <w:br/>
      </w:r>
      <w:r>
        <w:rPr>
          <w:sz w:val="20"/>
        </w:rPr>
        <w:t>8:48  to is ki wajah se aap ne tamam logon ke dilon ko maskhar kar liya. to ek Abdullah bin Abi al-Hasama the, yeh bhi nabuwat se pehle ka waqia hai ke ek baar unhon ne kaha ke kuch mamla kar rahe the Rasool Allah sal Allah alaihi wasallam se to ghar ke bahar to unhon ne kaha ke kuch in Rasool Allah ko unhon ne kuch raqam deni thi.</w:t>
      </w:r>
      <w:r>
        <w:br/>
      </w:r>
      <w:r>
        <w:rPr>
          <w:sz w:val="20"/>
        </w:rPr>
        <w:t>9:14  to unhon ne kaha ke main abhi aata hoon, ghar mein kuch kaam, ghar mein se paisa lene gaye to ittefaq aisa hua ke ghar mein kuch kaam pad gaya aur woh bilkul bhool gaye, teen din ho gaya.</w:t>
      </w:r>
      <w:r>
        <w:br/>
      </w:r>
      <w:r>
        <w:rPr>
          <w:sz w:val="20"/>
        </w:rPr>
        <w:t>9:25  teen din ke baad woh gaye to dekha ke Rasool Allah wahin intezar kar rahe the, baithe aur bas itna kaha ke tum ne mujhe bohat zahamat di.</w:t>
      </w:r>
      <w:r>
        <w:br/>
      </w:r>
      <w:r>
        <w:rPr>
          <w:sz w:val="20"/>
        </w:rPr>
        <w:t>9:34  to yeh aap dekh sakte hain ke aap jo hain poore sarapa aap rehmat the. woh log kehte hain ke jangain bhi to hui hain to jangain aap ne aap ne koi bhi jang offense mein nahi kiya hai.</w:t>
      </w:r>
      <w:r>
        <w:br/>
      </w:r>
      <w:r>
        <w:rPr>
          <w:sz w:val="20"/>
        </w:rPr>
        <w:t>9:48  jang aap ke upar daal di gayi thi aur kai baar aap ne poori koshish aisi ki ke aap is se avoid karein, aap ne sul ki, aap ne poori koshish ki ke jang se bachein.</w:t>
      </w:r>
      <w:r>
        <w:br/>
      </w:r>
      <w:r>
        <w:rPr>
          <w:sz w:val="20"/>
        </w:rPr>
        <w:t>10:01  jang Azab mein aap ne khandaq, jang ah khandaq khod di aur baar baar aisa hua ke aap ne poori koshish ki jang se bachne ki lekin chand baar aisa hua hai ke jang hui lekin woh aap ke initiative se kabhi bhi offensive jang nahi hui.</w:t>
      </w:r>
      <w:r>
        <w:br/>
      </w:r>
      <w:r>
        <w:rPr>
          <w:sz w:val="20"/>
        </w:rPr>
        <w:t>10:20  log is baat ko kehte hain ke jang bhi to hui hai to jang aap ne nahi ki, aap to hamesha sul aap chahte the aur hamesha sul se hi aap ne sari kamyabi hasil ki hai.</w:t>
      </w:r>
      <w:r>
        <w:br/>
      </w:r>
      <w:r>
        <w:rPr>
          <w:sz w:val="20"/>
        </w:rPr>
        <w:t>10:36  to phir aap ke sath woh zamana aaya jab aap ko ah nabuwat mili aur yeh hukum mila ke is deen ko tamam logon tak pahunchana hai.</w:t>
      </w:r>
    </w:p>
    <w:p>
      <w:pPr>
        <w:pStyle w:val="Heading2"/>
      </w:pPr>
      <w:r>
        <w:t>Prophet's total indifference to worldly luxury and comfort</w:t>
      </w:r>
    </w:p>
    <w:p>
      <w:r>
        <w:rPr>
          <w:color w:val="666666"/>
          <w:sz w:val="18"/>
        </w:rPr>
        <w:t>The Noble Qualities of The Prophet Muhammad 7 September 2025 · 4m 20s · at 29:26 · https://youtu.be/o85acwpOiDw?t=1766</w:t>
      </w:r>
    </w:p>
    <w:p>
      <w:r>
        <w:rPr>
          <w:i/>
        </w:rPr>
        <w:t>“Umar came to see the Prophet resting on a woven mat”</w:t>
      </w:r>
    </w:p>
    <w:p>
      <w:r>
        <w:rPr>
          <w:sz w:val="20"/>
        </w:rPr>
        <w:t>29:26  hereafter. So any incident that can tell us which reflects this aspect of prophet? Yes, surely. Yeah, there is an incident when Hazrat Umar came to meet the prophet, and he saw that he is resting on a palm,</w:t>
      </w:r>
      <w:r>
        <w:br/>
      </w:r>
      <w:r>
        <w:rPr>
          <w:sz w:val="20"/>
        </w:rPr>
        <w:t>29:48  mat made of palm branches, and he saw that his back has marks. Then he started crying.</w:t>
      </w:r>
      <w:r>
        <w:br/>
      </w:r>
      <w:r>
        <w:rPr>
          <w:sz w:val="20"/>
        </w:rPr>
        <w:t>29:56  so Rasulullah said: "O Umar, why are you crying?" So Umar (R.A.) said: "O messenger of Allah, i see the Caesars and the emperors of Persia.</w:t>
      </w:r>
      <w:r>
        <w:br/>
      </w:r>
      <w:r>
        <w:rPr>
          <w:sz w:val="20"/>
        </w:rPr>
        <w:t>30:09  they live such luxury and comfort, and you are the prophet of God. You deserve much more than that." So the prophet said: "O Umar, they have their world, but we have our hereafter</w:t>
      </w:r>
      <w:r>
        <w:br/>
      </w:r>
      <w:r>
        <w:rPr>
          <w:sz w:val="20"/>
        </w:rPr>
        <w:t>30:23  "." So that shows the complete indifference of the prophet to worldly luxuries and full focus on the eternal reward.</w:t>
      </w:r>
      <w:r>
        <w:br/>
      </w:r>
      <w:r>
        <w:rPr>
          <w:sz w:val="20"/>
        </w:rPr>
        <w:t>30:34  right. Doctor sahib, in the Quran, it is also mentioned, likewise, you know, that he was sent as a mercy for mankind, and his love for humanity and dedication to the mission can also be observed by the fact that numerous incidents that an ordinary person would</w:t>
      </w:r>
      <w:r>
        <w:br/>
      </w:r>
      <w:r>
        <w:rPr>
          <w:sz w:val="20"/>
        </w:rPr>
        <w:t>30:53  normally slip, but prophet would rise on such occasions. Once he was like very sick, and he was completely exhausted, but he got to know that there is a caller outside, from outside Makkah had arrived, and he immediately got up to convey the message of the Quran.</w:t>
      </w:r>
      <w:r>
        <w:br/>
      </w:r>
      <w:r>
        <w:rPr>
          <w:sz w:val="20"/>
        </w:rPr>
        <w:t>31:11  what does that really reveal about his dedication? If you can share some insights?</w:t>
      </w:r>
      <w:r>
        <w:br/>
      </w:r>
      <w:r>
        <w:rPr>
          <w:sz w:val="20"/>
        </w:rPr>
        <w:t>31:17  What does it say? Yeah, this is a very nice incident, because concerning his concern for conveying God's message was supreme.</w:t>
      </w:r>
      <w:r>
        <w:br/>
      </w:r>
      <w:r>
        <w:rPr>
          <w:sz w:val="20"/>
        </w:rPr>
        <w:t>31:28  Right. And once the Prophet came home after a very long, tiring day, and he was exhausted, very tired, and he had fever as well.</w:t>
      </w:r>
      <w:r>
        <w:br/>
      </w:r>
      <w:r>
        <w:rPr>
          <w:sz w:val="20"/>
        </w:rPr>
        <w:t>31:39  so hi imidiatli venttu resst</w:t>
      </w:r>
      <w:r>
        <w:br/>
      </w:r>
      <w:r>
        <w:rPr>
          <w:sz w:val="20"/>
        </w:rPr>
        <w:t>31:45  , but just the news came, and that a caravan stopped just outside Makkah, and the caravan came from a very far distance place.</w:t>
      </w:r>
      <w:r>
        <w:br/>
      </w:r>
      <w:r>
        <w:rPr>
          <w:sz w:val="20"/>
        </w:rPr>
        <w:t>31:59  So similarities he varied from every far place. So when he came to know, he ami</w:t>
      </w:r>
      <w:r>
        <w:br/>
      </w:r>
      <w:r>
        <w:rPr>
          <w:sz w:val="20"/>
        </w:rPr>
        <w:t>32:07  that he got up, and despite fever and difficulty, despite exhaustion, he got up and wanted to go to speak, and he campaigned further. They say: "Ya Rasulullah, you are unwell, you have fever, how can you go? You go tomorrow." So the prophet said: "What if they live in the night,</w:t>
      </w:r>
      <w:r>
        <w:br/>
      </w:r>
      <w:r>
        <w:rPr>
          <w:sz w:val="20"/>
        </w:rPr>
        <w:t>32:30  or what of the government? I must go now.</w:t>
      </w:r>
      <w:r>
        <w:br/>
      </w:r>
      <w:r>
        <w:rPr>
          <w:sz w:val="20"/>
        </w:rPr>
        <w:t>32:35  and in that condition, tired, and he was ill, and he was down with fever, he still went out and met with them, and shared the message of the Quran with those people. So this was his dedication, his commitment to God's work was beyond imagination.</w:t>
      </w:r>
      <w:r>
        <w:br/>
      </w:r>
      <w:r>
        <w:rPr>
          <w:sz w:val="20"/>
        </w:rPr>
        <w:t>33:01  atslaikd aktrsahib</w:t>
      </w:r>
      <w:r>
        <w:br/>
      </w:r>
      <w:r>
        <w:rPr>
          <w:sz w:val="20"/>
        </w:rPr>
        <w:t>33:03  hiring you, I mean, amraz bin sun'tu afas, we derive our trolling diligence of the prophet for our word or not. We expect mercifulness from God Almighty, not just and suruld, but and the hereafter, and we are also given an example in prophet, and we know that how merciful, compassionate, gentle he was to humanity.</w:t>
      </w:r>
      <w:r>
        <w:br/>
      </w:r>
      <w:r>
        <w:rPr>
          <w:sz w:val="20"/>
        </w:rPr>
        <w:t>33:24  at's like a point of reflection, we should introspect whether we are being merciful to our fellow beings or not, whether we are forgiving or not.</w:t>
      </w:r>
      <w:r>
        <w:br/>
      </w:r>
      <w:r>
        <w:rPr>
          <w:sz w:val="20"/>
        </w:rPr>
        <w:t>33:33  It's very important, listening to it from Prophet's life. Jazakallah for sharing the important aspect. Doctor Sahib, I want to come down to the next question, which is on humility.</w:t>
      </w:r>
    </w:p>
    <w:p>
      <w:pPr>
        <w:pStyle w:val="Heading2"/>
      </w:pPr>
      <w:r>
        <w:t>Monotheism monism and political differences</w:t>
      </w:r>
    </w:p>
    <w:p>
      <w:r>
        <w:rPr>
          <w:color w:val="666666"/>
          <w:sz w:val="18"/>
        </w:rPr>
        <w:t>B'nai B'rith International Programme October 20, 2015 · 3m 33s · at 39:34 · https://youtu.be/3iuM_AF6RLM?t=2374</w:t>
      </w:r>
    </w:p>
    <w:p>
      <w:r>
        <w:rPr>
          <w:i/>
        </w:rPr>
        <w:t>“According to our experience, India is the best country for our mission”</w:t>
      </w:r>
    </w:p>
    <w:p>
      <w:r>
        <w:rPr>
          <w:sz w:val="20"/>
        </w:rPr>
        <w:t>39:34  And fortunately, Hindus also believe in a similar belief.</w:t>
      </w:r>
      <w:r>
        <w:br/>
      </w:r>
      <w:r>
        <w:rPr>
          <w:sz w:val="20"/>
        </w:rPr>
        <w:t>39:43  They</w:t>
      </w:r>
      <w:r>
        <w:br/>
      </w:r>
      <w:r>
        <w:rPr>
          <w:sz w:val="20"/>
        </w:rPr>
        <w:t>39:44  believe in our similar belief. Our belief is monotheism. They believe in Maoism.</w:t>
      </w:r>
      <w:r>
        <w:br/>
      </w:r>
      <w:r>
        <w:rPr>
          <w:sz w:val="20"/>
        </w:rPr>
        <w:t>39:54  Maoism. And our belief is based on monotheistic concept. Their belief is based on monistic concept.</w:t>
      </w:r>
      <w:r>
        <w:br/>
      </w:r>
      <w:r>
        <w:rPr>
          <w:sz w:val="20"/>
        </w:rPr>
        <w:t>40:06  They're very—both are very simil</w:t>
      </w:r>
      <w:r>
        <w:br/>
      </w:r>
      <w:r>
        <w:rPr>
          <w:sz w:val="20"/>
        </w:rPr>
        <w:t>40:09  ar. So in India, we never find any difficulty to promote our mission. All those differences are political</w:t>
      </w:r>
      <w:r>
        <w:br/>
      </w:r>
      <w:r>
        <w:rPr>
          <w:sz w:val="20"/>
        </w:rPr>
        <w:t>40:22  . I will—I'm certain that all those so-called differences between Hindus and Muslims in India are political.</w:t>
      </w:r>
      <w:r>
        <w:br/>
      </w:r>
      <w:r>
        <w:rPr>
          <w:sz w:val="20"/>
        </w:rPr>
        <w:t>40:33  They are not religious because both the communities believe in a similar idea. Moreover, as you know, Swami Vivekananda visited Chicago in 1893</w:t>
      </w:r>
      <w:r>
        <w:br/>
      </w:r>
      <w:r>
        <w:rPr>
          <w:sz w:val="20"/>
        </w:rPr>
        <w:t>40:50  . In the Chicago conference, he declared, and all the Hindus appreciate this declaration, that all the religions are true, including Islam.</w:t>
      </w:r>
      <w:r>
        <w:br/>
      </w:r>
      <w:r>
        <w:rPr>
          <w:sz w:val="20"/>
        </w:rPr>
        <w:t>41:07  So where is the difference</w:t>
      </w:r>
      <w:r>
        <w:br/>
      </w:r>
      <w:r>
        <w:rPr>
          <w:sz w:val="20"/>
        </w:rPr>
        <w:t>41:09  ? In India, Sufi people</w:t>
      </w:r>
      <w:r>
        <w:br/>
      </w:r>
      <w:r>
        <w:rPr>
          <w:sz w:val="20"/>
        </w:rPr>
        <w:t>41:16  came from Iran and other foreign countries, and Hindus welcomed the Sufis.</w:t>
      </w:r>
      <w:r>
        <w:br/>
      </w:r>
      <w:r>
        <w:rPr>
          <w:sz w:val="20"/>
        </w:rPr>
        <w:t>41:28  So in India, there is no religious probl</w:t>
      </w:r>
      <w:r>
        <w:br/>
      </w:r>
      <w:r>
        <w:rPr>
          <w:sz w:val="20"/>
        </w:rPr>
        <w:t>41:35  em. All those problems are political problems. And we try to—people to know this difference.</w:t>
      </w:r>
      <w:r>
        <w:br/>
      </w:r>
      <w:r>
        <w:rPr>
          <w:sz w:val="20"/>
        </w:rPr>
        <w:t>41:48  And I can say that we are also successful in this mission</w:t>
      </w:r>
      <w:r>
        <w:br/>
      </w:r>
      <w:r>
        <w:rPr>
          <w:sz w:val="20"/>
        </w:rPr>
        <w:t>41:54  . There are so many people in India who have</w:t>
      </w:r>
      <w:r>
        <w:br/>
      </w:r>
      <w:r>
        <w:rPr>
          <w:sz w:val="20"/>
        </w:rPr>
        <w:t>42:01  discovered this fact, and now they are living as a very good neighbor.</w:t>
      </w:r>
      <w:r>
        <w:br/>
      </w:r>
      <w:r>
        <w:rPr>
          <w:sz w:val="20"/>
        </w:rPr>
        <w:t>42:10  So I think that we want to establish this atmosphere also in Palestine.</w:t>
      </w:r>
      <w:r>
        <w:br/>
      </w:r>
      <w:r>
        <w:rPr>
          <w:sz w:val="20"/>
        </w:rPr>
        <w:t>42:20  Arab and Jew both can live as good neighbors if they discover that all those differences are political in nature, not religious.</w:t>
      </w:r>
      <w:r>
        <w:br/>
      </w:r>
      <w:r>
        <w:rPr>
          <w:sz w:val="20"/>
        </w:rPr>
        <w:t>42:32  So is the case of both. In India, if there is any problem, there is not religious.</w:t>
      </w:r>
      <w:r>
        <w:br/>
      </w:r>
      <w:r>
        <w:rPr>
          <w:sz w:val="20"/>
        </w:rPr>
        <w:t>42:42  It is political in nature. So is the case of Palestine.</w:t>
      </w:r>
      <w:r>
        <w:br/>
      </w:r>
      <w:r>
        <w:rPr>
          <w:sz w:val="20"/>
        </w:rPr>
        <w:t>42:46  If there is any problem in Palestine, they are political and not religious. Actually, David, one of the most important things is that he emphasizes on engagement and a lot of engagement and dialogue because most of the misunderstanding arises when there is no dialogue.</w:t>
      </w:r>
    </w:p>
    <w:p>
      <w:pPr>
        <w:pStyle w:val="Heading2"/>
      </w:pPr>
      <w:r>
        <w:t>Prophet Muhammad's peaceful method and war</w:t>
      </w:r>
    </w:p>
    <w:p>
      <w:r>
        <w:rPr>
          <w:color w:val="666666"/>
          <w:sz w:val="18"/>
        </w:rPr>
        <w:t>An Introduction to the Quran July 24, 2007 · 4m 40s · at 50:03 · https://youtu.be/e7mc7FO5LwI?t=3003</w:t>
      </w:r>
    </w:p>
    <w:p>
      <w:r>
        <w:rPr>
          <w:i/>
        </w:rPr>
        <w:t>“Then there is the example of the Prophet of Islam”</w:t>
      </w:r>
    </w:p>
    <w:p>
      <w:r>
        <w:rPr>
          <w:sz w:val="20"/>
        </w:rPr>
        <w:t>50:03  Then there is the example of the Prophet of Islam, Muhammad (SAW).</w:t>
      </w:r>
      <w:r>
        <w:br/>
      </w:r>
      <w:r>
        <w:rPr>
          <w:sz w:val="20"/>
        </w:rPr>
        <w:t>50:11  He was sent in Arabia, in Makkah, in the first quarter of the 7th century. At that time, there was no kingship; there was a tribal system.</w:t>
      </w:r>
      <w:r>
        <w:br/>
      </w:r>
      <w:r>
        <w:rPr>
          <w:sz w:val="20"/>
        </w:rPr>
        <w:t>50:28  In Arabia, there was no kingship; there was a tribal system.</w:t>
      </w:r>
      <w:r>
        <w:br/>
      </w:r>
      <w:r>
        <w:rPr>
          <w:sz w:val="20"/>
        </w:rPr>
        <w:t>50:36  So what hap</w:t>
      </w:r>
      <w:r>
        <w:br/>
      </w:r>
      <w:r>
        <w:rPr>
          <w:sz w:val="20"/>
        </w:rPr>
        <w:t>50:39  pened? Although these people are idol worshippers, they became hostile.</w:t>
      </w:r>
      <w:r>
        <w:br/>
      </w:r>
      <w:r>
        <w:rPr>
          <w:sz w:val="20"/>
        </w:rPr>
        <w:t>50:49  They turned hostile to the Prophet of Islam</w:t>
      </w:r>
      <w:r>
        <w:br/>
      </w:r>
      <w:r>
        <w:rPr>
          <w:sz w:val="20"/>
        </w:rPr>
        <w:t>50:53  . So there were some atrocities, some obstacles, some problems, but</w:t>
      </w:r>
      <w:r>
        <w:br/>
      </w:r>
      <w:r>
        <w:rPr>
          <w:sz w:val="20"/>
        </w:rPr>
        <w:t>51:03  the Prophet was able to</w:t>
      </w:r>
      <w:r>
        <w:br/>
      </w:r>
      <w:r>
        <w:rPr>
          <w:sz w:val="20"/>
        </w:rPr>
        <w:t>51:11  have support from the people.</w:t>
      </w:r>
      <w:r>
        <w:br/>
      </w:r>
      <w:r>
        <w:rPr>
          <w:sz w:val="20"/>
        </w:rPr>
        <w:t>51:17  He was able to find - able to form a team of more than one lakh people.</w:t>
      </w:r>
      <w:r>
        <w:br/>
      </w:r>
      <w:r>
        <w:rPr>
          <w:sz w:val="20"/>
        </w:rPr>
        <w:t>51:29  No Prophet of the history was able to form such a team.</w:t>
      </w:r>
      <w:r>
        <w:br/>
      </w:r>
      <w:r>
        <w:rPr>
          <w:sz w:val="20"/>
        </w:rPr>
        <w:t>51:38  No Prophet.</w:t>
      </w:r>
      <w:r>
        <w:br/>
      </w:r>
      <w:r>
        <w:rPr>
          <w:sz w:val="20"/>
        </w:rPr>
        <w:t>51:42  The Prophet of Islam was able to form a team of believers.</w:t>
      </w:r>
      <w:r>
        <w:br/>
      </w:r>
      <w:r>
        <w:rPr>
          <w:sz w:val="20"/>
        </w:rPr>
        <w:t>51:52  These believers were more than one lakh people.</w:t>
      </w:r>
      <w:r>
        <w:br/>
      </w:r>
      <w:r>
        <w:rPr>
          <w:sz w:val="20"/>
        </w:rPr>
        <w:t>51:58  So the situation was quite different with the Prophet of Islam. So when the opponents - when his opponents waged war, they wanted to kill the Prophet of Islam.</w:t>
      </w:r>
      <w:r>
        <w:br/>
      </w:r>
      <w:r>
        <w:rPr>
          <w:sz w:val="20"/>
        </w:rPr>
        <w:t>52:20  They wanted to destroy the mission.</w:t>
      </w:r>
      <w:r>
        <w:br/>
      </w:r>
      <w:r>
        <w:rPr>
          <w:sz w:val="20"/>
        </w:rPr>
        <w:t>52:24  So the Prophet of Islam</w:t>
      </w:r>
      <w:r>
        <w:br/>
      </w:r>
      <w:r>
        <w:rPr>
          <w:sz w:val="20"/>
        </w:rPr>
        <w:t>52:28  organized defensive war, organized defense because he was</w:t>
      </w:r>
      <w:r>
        <w:br/>
      </w:r>
      <w:r>
        <w:rPr>
          <w:sz w:val="20"/>
        </w:rPr>
        <w:t>52:42  not alone, but there was a strong team with him.</w:t>
      </w:r>
      <w:r>
        <w:br/>
      </w:r>
      <w:r>
        <w:rPr>
          <w:sz w:val="20"/>
        </w:rPr>
        <w:t>52:51  His companions were a strong team. So the Prophet of Islam, although he was completely a peaceful person, he always tried to avoid the fighting.</w:t>
      </w:r>
      <w:r>
        <w:br/>
      </w:r>
      <w:r>
        <w:rPr>
          <w:sz w:val="20"/>
        </w:rPr>
        <w:t>53:12  His formula was "As-Sulhu Khair" - peace is the best option.</w:t>
      </w:r>
      <w:r>
        <w:br/>
      </w:r>
      <w:r>
        <w:rPr>
          <w:sz w:val="20"/>
        </w:rPr>
        <w:t>53:20  So he always tried to -</w:t>
      </w:r>
      <w:r>
        <w:br/>
      </w:r>
      <w:r>
        <w:rPr>
          <w:sz w:val="20"/>
        </w:rPr>
        <w:t>53:29  he always tried to - he always avoided the confrontation. Confrontation or fighting was not his method</w:t>
      </w:r>
      <w:r>
        <w:br/>
      </w:r>
      <w:r>
        <w:rPr>
          <w:sz w:val="20"/>
        </w:rPr>
        <w:t>53:43  . His method was completely a peaceful method. The Prophet of Islam said, "Innallaha yoti al-rifiq mala yoti al-'awn." God grants to non-violence what He does not grant to violence.</w:t>
      </w:r>
      <w:r>
        <w:br/>
      </w:r>
      <w:r>
        <w:rPr>
          <w:sz w:val="20"/>
        </w:rPr>
        <w:t>54:02  Then he said, "La tatamannu lakal aduwe vasalullaha al-'afiya."</w:t>
      </w:r>
      <w:r>
        <w:br/>
      </w:r>
      <w:r>
        <w:rPr>
          <w:sz w:val="20"/>
        </w:rPr>
        <w:t>54:13  Do not wish confrontation with your enemy.</w:t>
      </w:r>
      <w:r>
        <w:br/>
      </w:r>
      <w:r>
        <w:rPr>
          <w:sz w:val="20"/>
        </w:rPr>
        <w:t>54:20  Do not wish confrontation with your enemy.</w:t>
      </w:r>
      <w:r>
        <w:br/>
      </w:r>
      <w:r>
        <w:rPr>
          <w:sz w:val="20"/>
        </w:rPr>
        <w:t>54:30  Ask always peace from God</w:t>
      </w:r>
      <w:r>
        <w:br/>
      </w:r>
      <w:r>
        <w:rPr>
          <w:sz w:val="20"/>
        </w:rPr>
        <w:t>54:34  . This was the method of the Prophet of Islam,</w:t>
      </w:r>
    </w:p>
    <w:p>
      <w:pPr>
        <w:pStyle w:val="Heading2"/>
      </w:pPr>
      <w:r>
        <w:t>Prophet migration as third option</w:t>
      </w:r>
    </w:p>
    <w:p>
      <w:r>
        <w:rPr>
          <w:color w:val="666666"/>
          <w:sz w:val="18"/>
        </w:rPr>
        <w:t>Dichotomous Thinking: A serious Intellectual Problem, August 12, 2007 · 5m 34s · at 50:47 · https://youtu.be/LvgspzJxu6w?t=3047</w:t>
      </w:r>
    </w:p>
    <w:p>
      <w:r>
        <w:rPr>
          <w:i/>
        </w:rPr>
        <w:t>“Prophet Muhammad chose migration instead of fighting.”</w:t>
      </w:r>
    </w:p>
    <w:p>
      <w:r>
        <w:rPr>
          <w:sz w:val="20"/>
        </w:rPr>
        <w:t>50:47  third option socho.</w:t>
      </w:r>
      <w:r>
        <w:br/>
      </w:r>
      <w:r>
        <w:rPr>
          <w:sz w:val="20"/>
        </w:rPr>
        <w:t>50:55  Rasool Allah ki zindagi mein dekhiye poori poori zindagi ko aap isi isi tarah se aap trace kar sakte hain.</w:t>
      </w:r>
      <w:r>
        <w:br/>
      </w:r>
      <w:r>
        <w:rPr>
          <w:sz w:val="20"/>
        </w:rPr>
        <w:t>51:02  jaise aap ki zindagi ka mashhoor waqea hai jisko hum hijrat kehte hain hijrat migration.</w:t>
      </w:r>
      <w:r>
        <w:br/>
      </w:r>
      <w:r>
        <w:rPr>
          <w:sz w:val="20"/>
        </w:rPr>
        <w:t>51:10  ab dekhiye ek ek aadmi is ka ke watan hai makkah rasool Allah ka watan</w:t>
      </w:r>
      <w:r>
        <w:br/>
      </w:r>
      <w:r>
        <w:rPr>
          <w:sz w:val="20"/>
        </w:rPr>
        <w:t>51:17  tha makkah.</w:t>
      </w:r>
      <w:r>
        <w:br/>
      </w:r>
      <w:r>
        <w:rPr>
          <w:sz w:val="20"/>
        </w:rPr>
        <w:t>51:21  jab aap ne hijrat ki hai yaani migrate kiya wahan se to aap yeh keh kar nikle thay</w:t>
      </w:r>
      <w:r>
        <w:br/>
      </w:r>
      <w:r>
        <w:rPr>
          <w:sz w:val="20"/>
        </w:rPr>
        <w:t>51:25  ke aye makkah tu mujh ko sari dunya mein har jagah se zyada pasand hai.</w:t>
      </w:r>
      <w:r>
        <w:br/>
      </w:r>
      <w:r>
        <w:rPr>
          <w:sz w:val="20"/>
        </w:rPr>
        <w:t>51:29  rasool Allah jab makkah se nikle raat ke waqt.</w:t>
      </w:r>
      <w:r>
        <w:br/>
      </w:r>
      <w:r>
        <w:rPr>
          <w:sz w:val="20"/>
        </w:rPr>
        <w:t>51:32  madinah janay ke liye.</w:t>
      </w:r>
      <w:r>
        <w:br/>
      </w:r>
      <w:r>
        <w:rPr>
          <w:sz w:val="20"/>
        </w:rPr>
        <w:t>51:36  to aap ne kaha tha ke aye makkah tu mujh ko sari dunya se zyada pasand hai.</w:t>
      </w:r>
      <w:r>
        <w:br/>
      </w:r>
      <w:r>
        <w:rPr>
          <w:sz w:val="20"/>
        </w:rPr>
        <w:t>51:40  lekin tere log mujhe yahan rehne nahi detay.</w:t>
      </w:r>
      <w:r>
        <w:br/>
      </w:r>
      <w:r>
        <w:rPr>
          <w:sz w:val="20"/>
        </w:rPr>
        <w:t>51:44  ab aap dekhiye ke jab rasool</w:t>
      </w:r>
      <w:r>
        <w:br/>
      </w:r>
      <w:r>
        <w:rPr>
          <w:sz w:val="20"/>
        </w:rPr>
        <w:t>51:47  Allah nikle hain taira saal ke baad. to kai so aadmi aap ke saathi ban chuke the. makka mein madina mein aur bhi idhar udhar idhar udhar. woh log aap ke paas aaye. aik jis ko kehte hain bait aqaba sani aur raat ke waqt hui thi. unhon ne kaha ke hum aap ke saath ladenge jihad karenge in logon se. aap ko makka ne chhodna nahi hai. lekin aap ne kya un ko jawab diya? un ko jawab diya ke is bar</w:t>
      </w:r>
      <w:r>
        <w:br/>
      </w:r>
      <w:r>
        <w:rPr>
          <w:sz w:val="20"/>
        </w:rPr>
        <w:t>52:17  rafani lam abra bil qital. tum sabr karo mujhe abhi ladna nahi hai. ladne ka mujhe ijazat nahi mili hai. to aap dekhiye yahan par aap ke liye kya tha? dichotomy kya thi? woh log aap ko keh rahe the ke hum aap ko maar dalenge. makka wale. ab aap ko reaction ke taur par kya sochna chahiye tha ke hum bhi apne saahiyon ko le kar ladenge tum se? tum agar hum ko marna chahte ho to hamare</w:t>
      </w:r>
      <w:r>
        <w:br/>
      </w:r>
      <w:r>
        <w:rPr>
          <w:sz w:val="20"/>
        </w:rPr>
        <w:t>52:47  bhi saathi hain.</w:t>
      </w:r>
      <w:r>
        <w:br/>
      </w:r>
      <w:r>
        <w:rPr>
          <w:sz w:val="20"/>
        </w:rPr>
        <w:t>52:50  in ko le kar hum larein ge tum se.</w:t>
      </w:r>
      <w:r>
        <w:br/>
      </w:r>
      <w:r>
        <w:rPr>
          <w:sz w:val="20"/>
        </w:rPr>
        <w:t>52:52  yeh tha reaction.</w:t>
      </w:r>
      <w:r>
        <w:br/>
      </w:r>
      <w:r>
        <w:rPr>
          <w:sz w:val="20"/>
        </w:rPr>
        <w:t>52:55  in ke action ka reaction.</w:t>
      </w:r>
      <w:r>
        <w:br/>
      </w:r>
      <w:r>
        <w:rPr>
          <w:sz w:val="20"/>
        </w:rPr>
        <w:t>52:57  ke tum hum ko marna chahte ho to hamare paas bhi aadmi hain.</w:t>
      </w:r>
      <w:r>
        <w:br/>
      </w:r>
      <w:r>
        <w:rPr>
          <w:sz w:val="20"/>
        </w:rPr>
        <w:t>52:59  hamare paas bhi janbaz log hain.</w:t>
      </w:r>
      <w:r>
        <w:br/>
      </w:r>
      <w:r>
        <w:rPr>
          <w:sz w:val="20"/>
        </w:rPr>
        <w:t>53:02  in ko le kar hum larein ge tum se.</w:t>
      </w:r>
      <w:r>
        <w:br/>
      </w:r>
      <w:r>
        <w:rPr>
          <w:sz w:val="20"/>
        </w:rPr>
        <w:t>53:04  to hum tum ko marein ge.</w:t>
      </w:r>
      <w:r>
        <w:br/>
      </w:r>
      <w:r>
        <w:rPr>
          <w:sz w:val="20"/>
        </w:rPr>
        <w:t>53:07  hum umm al-ma'arik chherein ge tumhare khilaf.</w:t>
      </w:r>
      <w:r>
        <w:br/>
      </w:r>
      <w:r>
        <w:rPr>
          <w:sz w:val="20"/>
        </w:rPr>
        <w:t>53:09  magar aap ne aisa nahi kiya.</w:t>
      </w:r>
      <w:r>
        <w:br/>
      </w:r>
      <w:r>
        <w:rPr>
          <w:sz w:val="20"/>
        </w:rPr>
        <w:t>53:12  aap ne third option liya.</w:t>
      </w:r>
      <w:r>
        <w:br/>
      </w:r>
      <w:r>
        <w:rPr>
          <w:sz w:val="20"/>
        </w:rPr>
        <w:t>53:14  migration was the third option for him.</w:t>
      </w:r>
      <w:r>
        <w:br/>
      </w:r>
      <w:r>
        <w:rPr>
          <w:sz w:val="20"/>
        </w:rPr>
        <w:t>53:16  kyun ke dekhiye aap ne socha.</w:t>
      </w:r>
      <w:r>
        <w:br/>
      </w:r>
      <w:r>
        <w:rPr>
          <w:sz w:val="20"/>
        </w:rPr>
        <w:t>53:19  dekhiye jab aap dichotomous thinking ka victim na banein.</w:t>
      </w:r>
      <w:r>
        <w:br/>
      </w:r>
      <w:r>
        <w:rPr>
          <w:sz w:val="20"/>
        </w:rPr>
        <w:t>53:23  to aap positive tor par soch paate hain.</w:t>
      </w:r>
      <w:r>
        <w:br/>
      </w:r>
      <w:r>
        <w:rPr>
          <w:sz w:val="20"/>
        </w:rPr>
        <w:t>53:28  aap yaani negative soch se bahar aa jatay hain.</w:t>
      </w:r>
      <w:r>
        <w:br/>
      </w:r>
      <w:r>
        <w:rPr>
          <w:sz w:val="20"/>
        </w:rPr>
        <w:t>53:32  diekotomy thinking kiya hai? negative thinking.</w:t>
      </w:r>
      <w:r>
        <w:br/>
      </w:r>
      <w:r>
        <w:rPr>
          <w:sz w:val="20"/>
        </w:rPr>
        <w:t>53:37  Dichotomic thinking is nothing but negative thinking.</w:t>
      </w:r>
      <w:r>
        <w:br/>
      </w:r>
      <w:r>
        <w:rPr>
          <w:sz w:val="20"/>
        </w:rPr>
        <w:t>53:41  to aap jab negative thinking mein hon to aap koi bari baat nahi soch paate.</w:t>
      </w:r>
      <w:r>
        <w:br/>
      </w:r>
      <w:r>
        <w:rPr>
          <w:sz w:val="20"/>
        </w:rPr>
        <w:t>53:45  negative thinking se bahar aana parta hai to aap soch paate hain koi bari baat.</w:t>
      </w:r>
      <w:r>
        <w:br/>
      </w:r>
      <w:r>
        <w:rPr>
          <w:sz w:val="20"/>
        </w:rPr>
        <w:t>53:50  یاد رکھیے dichotomous thinking is nothing but negative thinking.</w:t>
      </w:r>
      <w:r>
        <w:br/>
      </w:r>
      <w:r>
        <w:rPr>
          <w:sz w:val="20"/>
        </w:rPr>
        <w:t>53:54  to aap is mein nahi hue to aap ne socha ke makkah mein halaat hain to madine mein</w:t>
      </w:r>
      <w:r>
        <w:br/>
      </w:r>
      <w:r>
        <w:rPr>
          <w:sz w:val="20"/>
        </w:rPr>
        <w:t>53:57  zyada achhe halaat hain.</w:t>
      </w:r>
      <w:r>
        <w:br/>
      </w:r>
      <w:r>
        <w:rPr>
          <w:sz w:val="20"/>
        </w:rPr>
        <w:t>54:01  to aap ne migration ka faisla kiya.</w:t>
      </w:r>
      <w:r>
        <w:br/>
      </w:r>
      <w:r>
        <w:rPr>
          <w:sz w:val="20"/>
        </w:rPr>
        <w:t>54:05  kyun hum yahan larr kar ke maren? hum madine mein ja kar ke kaam karenge jahan zyada</w:t>
      </w:r>
      <w:r>
        <w:br/>
      </w:r>
      <w:r>
        <w:rPr>
          <w:sz w:val="20"/>
        </w:rPr>
        <w:t>54:09  achhe muwafiq halaat hamare liye hain.</w:t>
      </w:r>
      <w:r>
        <w:br/>
      </w:r>
      <w:r>
        <w:rPr>
          <w:sz w:val="20"/>
        </w:rPr>
        <w:t>54:12  is ki detail hai mein is waqt detail mein nahi jaunga.</w:t>
      </w:r>
      <w:r>
        <w:br/>
      </w:r>
      <w:r>
        <w:rPr>
          <w:sz w:val="20"/>
        </w:rPr>
        <w:t>54:16  aap ne migrate kiya madine mein settle hue</w:t>
      </w:r>
      <w:r>
        <w:br/>
      </w:r>
      <w:r>
        <w:rPr>
          <w:sz w:val="20"/>
        </w:rPr>
        <w:t>54:20  aur wahan aap itna kamyab hue ke aap ne first city state of islam qaim kiya unhon ne aap ne. madine mein.</w:t>
      </w:r>
      <w:r>
        <w:br/>
      </w:r>
      <w:r>
        <w:rPr>
          <w:sz w:val="20"/>
        </w:rPr>
        <w:t>54:25  aur phir wahan se islam phaila sari duniya mein.</w:t>
      </w:r>
      <w:r>
        <w:br/>
      </w:r>
      <w:r>
        <w:rPr>
          <w:sz w:val="20"/>
        </w:rPr>
        <w:t>54:30  kyun aap ne third line li sochne ki? bajaye larrne ke makkah mein aap aa gaye madine mein.</w:t>
      </w:r>
      <w:r>
        <w:br/>
      </w:r>
      <w:r>
        <w:rPr>
          <w:sz w:val="20"/>
        </w:rPr>
        <w:t>54:35  that was the third option for him.</w:t>
      </w:r>
      <w:r>
        <w:br/>
      </w:r>
      <w:r>
        <w:rPr>
          <w:sz w:val="20"/>
        </w:rPr>
        <w:t>54:40  rasool Allah ki poori zindagi ko aap isi tarah se trace kar sakte hain.</w:t>
      </w:r>
      <w:r>
        <w:br/>
      </w:r>
      <w:r>
        <w:rPr>
          <w:sz w:val="20"/>
        </w:rPr>
        <w:t>54:45  to yaad rakh</w:t>
      </w:r>
      <w:r>
        <w:br/>
      </w:r>
      <w:r>
        <w:rPr>
          <w:sz w:val="20"/>
        </w:rPr>
        <w:t>54:50  یے سارے انسان کو یہ پیش آتا ہے کہ ایک dichotomy میں پھنستا ہے وہ۔</w:t>
      </w:r>
      <w:r>
        <w:br/>
      </w:r>
      <w:r>
        <w:rPr>
          <w:sz w:val="20"/>
        </w:rPr>
        <w:t>54:53  is waqt is ka imtehan hota hai.</w:t>
      </w:r>
      <w:r>
        <w:br/>
      </w:r>
      <w:r>
        <w:rPr>
          <w:sz w:val="20"/>
        </w:rPr>
        <w:t>54:57  ke woh soch sake.</w:t>
      </w:r>
      <w:r>
        <w:br/>
      </w:r>
      <w:r>
        <w:rPr>
          <w:sz w:val="20"/>
        </w:rPr>
        <w:t>55:00  woh ek third line nikal sake apne liye.</w:t>
      </w:r>
      <w:r>
        <w:br/>
      </w:r>
      <w:r>
        <w:rPr>
          <w:sz w:val="20"/>
        </w:rPr>
        <w:t>55:04  sochne ki third line.</w:t>
      </w:r>
      <w:r>
        <w:br/>
      </w:r>
      <w:r>
        <w:rPr>
          <w:sz w:val="20"/>
        </w:rPr>
        <w:t>55:07  aur jab bhi aap aisa kar sakenge to aap zaroor kamyab honge.</w:t>
      </w:r>
      <w:r>
        <w:br/>
      </w:r>
      <w:r>
        <w:rPr>
          <w:sz w:val="20"/>
        </w:rPr>
        <w:t>55:11  chahe family life ho social life ho international life ho koi bhi life ho.</w:t>
      </w:r>
      <w:r>
        <w:br/>
      </w:r>
      <w:r>
        <w:rPr>
          <w:sz w:val="20"/>
        </w:rPr>
        <w:t>55:14  agar aap yeh kar saken ke dichotomy se apne ko bahar la saken.</w:t>
      </w:r>
      <w:r>
        <w:br/>
      </w:r>
      <w:r>
        <w:rPr>
          <w:sz w:val="20"/>
        </w:rPr>
        <w:t>55:18  to aap zaroor kamyab honge.</w:t>
      </w:r>
      <w:r>
        <w:br/>
      </w:r>
      <w:r>
        <w:rPr>
          <w:sz w:val="20"/>
        </w:rPr>
        <w:t>55:21  aap ko koi bhi kamyabi se rok nahi sakta.</w:t>
      </w:r>
      <w:r>
        <w:br/>
      </w:r>
      <w:r>
        <w:rPr>
          <w:sz w:val="20"/>
        </w:rPr>
        <w:t>55:26  lekin badqismati yeh hai ke saare log saare log more than ninety-nine percent woh victim ban gaye</w:t>
      </w:r>
      <w:r>
        <w:br/>
      </w:r>
      <w:r>
        <w:rPr>
          <w:sz w:val="20"/>
        </w:rPr>
        <w:t>55:30  daykatamik thinking ka.</w:t>
      </w:r>
      <w:r>
        <w:br/>
      </w:r>
      <w:r>
        <w:rPr>
          <w:sz w:val="20"/>
        </w:rPr>
        <w:t>55:34  yeh history batati hai hum ko.</w:t>
      </w:r>
      <w:r>
        <w:br/>
      </w:r>
      <w:r>
        <w:rPr>
          <w:sz w:val="20"/>
        </w:rPr>
        <w:t>55:38  der is a sad aspect of history.</w:t>
      </w:r>
      <w:r>
        <w:br/>
      </w:r>
      <w:r>
        <w:rPr>
          <w:sz w:val="20"/>
        </w:rPr>
        <w:t>55:43  to aaj mein yahi chahta tha aap se arz karna ke apne aap ko daykatamik thinking se bachaiye.</w:t>
      </w:r>
      <w:r>
        <w:br/>
      </w:r>
      <w:r>
        <w:rPr>
          <w:sz w:val="20"/>
        </w:rPr>
        <w:t>55:47  jo ke negative thinking hai. apne aap</w:t>
      </w:r>
      <w:r>
        <w:br/>
      </w:r>
      <w:r>
        <w:rPr>
          <w:sz w:val="20"/>
        </w:rPr>
        <w:t>55:51  ko aap ke andar positive thinking laiye. taake aap azadana zehn ke sath soch sakein. aur phir Allah taala ne jo kamyabi aap ke liye rakhi hai us kamyabi ko aap pa sakein. aqool qawli haza wastaghfirullah ali.</w:t>
      </w:r>
    </w:p>
    <w:p>
      <w:pPr>
        <w:pStyle w:val="Heading2"/>
      </w:pPr>
      <w:r>
        <w:t>Overcoming discouragement with inner faith</w:t>
      </w:r>
    </w:p>
    <w:p>
      <w:r>
        <w:rPr>
          <w:color w:val="666666"/>
          <w:sz w:val="18"/>
        </w:rPr>
        <w:t>The Art of Life Management December 24, 2006 · 4m 10s · at 34:33 · https://youtu.be/0oYFP8xwEW0?t=2073</w:t>
      </w:r>
    </w:p>
    <w:p>
      <w:r>
        <w:rPr>
          <w:i/>
        </w:rPr>
        <w:t>“Meri poori zindagi mein sirf do aadmi the jinse mujhe hosla afzai mili”</w:t>
      </w:r>
    </w:p>
    <w:p>
      <w:r>
        <w:rPr>
          <w:sz w:val="20"/>
        </w:rPr>
        <w:t>34:33  Mein yeh kaam aaj se nahi saath baras se kar raha hoon. Pata nahi kab se kar raha hoon. Jab chota tha tab se kar raha hoon isi tarah ka. Mera mizaj tha.</w:t>
      </w:r>
      <w:r>
        <w:br/>
      </w:r>
      <w:r>
        <w:rPr>
          <w:sz w:val="20"/>
        </w:rPr>
        <w:t>34:40  To mein. Kal mein soch raha tha ke poori meri poori zindagi mein sirf do aadmi the jin se mujhe hausla afzai mili. Kabhi kisi ne mujhe hausla afzai nahi kiya.</w:t>
      </w:r>
      <w:r>
        <w:br/>
      </w:r>
      <w:r>
        <w:rPr>
          <w:sz w:val="20"/>
        </w:rPr>
        <w:t>34:50  Mere ghar walon ne bhi nahi kiya hausla afzai. Aap sochiye ke jab mein ziyada umar ho chuki thi. Maine arabi madrasay mein parha tha. Angrezi parhna shuru ki angrezi.</w:t>
      </w:r>
      <w:r>
        <w:br/>
      </w:r>
      <w:r>
        <w:rPr>
          <w:sz w:val="20"/>
        </w:rPr>
        <w:t>35:02  To khud mere bhai ne kaha ke boodha tota kya parhega. Boodha tota kya parhega. Yani matlab hausla afzai ki unho ne mujhe. Ek aur mere bare bhai the woh mujh ko Mirza Fuya kaha karte the.</w:t>
      </w:r>
      <w:r>
        <w:br/>
      </w:r>
      <w:r>
        <w:rPr>
          <w:sz w:val="20"/>
        </w:rPr>
        <w:t>35:14  Matlab unhe to kuch nahi aata. Mirza Fuya means Mr. Stupid. To poori yahan se wahan tak meri zindagi jo hai us ki kisi ne mujhe hausla</w:t>
      </w:r>
      <w:r>
        <w:br/>
      </w:r>
      <w:r>
        <w:rPr>
          <w:sz w:val="20"/>
        </w:rPr>
        <w:t>35:23  afzai nahi kiya. Khud se apne faisle ke tehat mein kaam karta raha. Sirf do aadmi is mein istasna hain. Mere apne tajrube mein.</w:t>
      </w:r>
      <w:r>
        <w:br/>
      </w:r>
      <w:r>
        <w:rPr>
          <w:sz w:val="20"/>
        </w:rPr>
        <w:t>35:32  Ek sahab the Adampur mein. Un ka naam tha Abdul Hakim Ansari. Woh MA MA M.Ed the woh. MA M.Ed.</w:t>
      </w:r>
      <w:r>
        <w:br/>
      </w:r>
      <w:r>
        <w:rPr>
          <w:sz w:val="20"/>
        </w:rPr>
        <w:t>35:43  Woh Shibli College mein parhate the woh.</w:t>
      </w:r>
      <w:r>
        <w:br/>
      </w:r>
      <w:r>
        <w:rPr>
          <w:sz w:val="20"/>
        </w:rPr>
        <w:t>35:46  To unho ne mere bare mein kaha tha. Kisi se. Kisi aur aadmi se. Ke yeh woh shakhs hain. Mere bare mein kaha tha ke yeh woh shakhs hain ke agar woh ek baar faisla kar lein.</w:t>
      </w:r>
      <w:r>
        <w:br/>
      </w:r>
      <w:r>
        <w:rPr>
          <w:sz w:val="20"/>
        </w:rPr>
        <w:t>35:59  To hamare ab pahad ko bhi apni jagah se khiska denge. Bohat pehle ki baat hai. Jabke mein Delhi nahi aaya tha.</w:t>
      </w:r>
      <w:r>
        <w:br/>
      </w:r>
      <w:r>
        <w:rPr>
          <w:sz w:val="20"/>
        </w:rPr>
        <w:t>36:09  adam garh mein rehta tha. bohat kam log mujh ko jantay thay.</w:t>
      </w:r>
      <w:r>
        <w:br/>
      </w:r>
      <w:r>
        <w:rPr>
          <w:sz w:val="20"/>
        </w:rPr>
        <w:t>36:13  is waqt unhon ne kaha tha ke yeh woh shakhs hain. ke agar yeh aik baar tay kar lain. to hamaray ab pahar ko apni jagah se khiska dain. is se mujhe aik hosla afzai mili.</w:t>
      </w:r>
      <w:r>
        <w:br/>
      </w:r>
      <w:r>
        <w:rPr>
          <w:sz w:val="20"/>
        </w:rPr>
        <w:t>36:22  ke mein bhi kuch hoon. aur doosra aadmi jis ko mujhe yaad aata hai jinhon ne mujhe hosla afzai kiya tha. woh thay Maulana Abdul Baahir Nadvi. Maulana Abdul Baahir Nadvi.</w:t>
      </w:r>
      <w:r>
        <w:br/>
      </w:r>
      <w:r>
        <w:rPr>
          <w:sz w:val="20"/>
        </w:rPr>
        <w:t>36:35  woh Lucknow mein rehtay thay. aur ab to un ka intiqal ho chuka hai. dono ka intiqal ho chuka hai dono bhi.</w:t>
      </w:r>
      <w:r>
        <w:br/>
      </w:r>
      <w:r>
        <w:rPr>
          <w:sz w:val="20"/>
        </w:rPr>
        <w:t>36:42  woh adam garh mein thay woh. yeh rehtay thay Lucknow mein. unhon ne mujhe aik khat likha tha. is mein unhon ne un ke.</w:t>
      </w:r>
      <w:r>
        <w:br/>
      </w:r>
      <w:r>
        <w:rPr>
          <w:sz w:val="20"/>
        </w:rPr>
        <w:t>36:51  woh har aik qalam se likha karte thay. aik khaas zaban un ki thi. to ab tak mujhe yaad hai un ki alfaaz jo thay. ke unhon ne likha tha ke baqi aap to mujhe yaqeen hai ke jadeed nasal ki taraf mab_oos hain.</w:t>
      </w:r>
      <w:r>
        <w:br/>
      </w:r>
      <w:r>
        <w:rPr>
          <w:sz w:val="20"/>
        </w:rPr>
        <w:t>37:06  baqi aap to mujhe yaqeen hai ke jadeed nasal ki taraf m</w:t>
      </w:r>
      <w:r>
        <w:br/>
      </w:r>
      <w:r>
        <w:rPr>
          <w:sz w:val="20"/>
        </w:rPr>
        <w:t>37:10  ab_oos hain. ya yani aaj ke logon ko jadeed zaban mein Khuda ka paigham pohnchanay ke liye Khuda ne aap ko muqarrar kiya hai.</w:t>
      </w:r>
      <w:r>
        <w:br/>
      </w:r>
      <w:r>
        <w:rPr>
          <w:sz w:val="20"/>
        </w:rPr>
        <w:t>37:19  yeh matlab tha is ka. to do zindagi mein do aisay huay mere waqay. ke mujhe hosla afzai karnay wala koi mila. aik to us ne kaha tha ke hamaray ab pahar ko bhi khiska saktay hain yeh apni jagah se.</w:t>
      </w:r>
      <w:r>
        <w:br/>
      </w:r>
      <w:r>
        <w:rPr>
          <w:sz w:val="20"/>
        </w:rPr>
        <w:t>37:31  doosray aadmi ne kaha ke aap ko Khuda ne muqarrar kiya hai. ke aap aaj ke zehn ko jadeed zaban mein mukhatib kar sakain.</w:t>
      </w:r>
      <w:r>
        <w:br/>
      </w:r>
      <w:r>
        <w:rPr>
          <w:sz w:val="20"/>
        </w:rPr>
        <w:t>37:40  Maulana Abdul Baahir Nadvi ne aisa likha tha khat mein. to bahar hal.</w:t>
      </w:r>
      <w:r>
        <w:br/>
      </w:r>
      <w:r>
        <w:rPr>
          <w:sz w:val="20"/>
        </w:rPr>
        <w:t>37:48  mein aap se aakhir mein yahi kehna chahoon ga. ke jis rastay ki taraf mein aap ko bulata hoon. is mein na to koi credit mile ga aap ko.</w:t>
      </w:r>
      <w:r>
        <w:br/>
      </w:r>
      <w:r>
        <w:rPr>
          <w:sz w:val="20"/>
        </w:rPr>
        <w:t>37:58  na koi shabashi de ga aap ko. na koi hosla afzai kare ga aap ko. lekin aap khud apnay andar mehsoos karein ge ke mein sach par hoon.</w:t>
      </w:r>
      <w:r>
        <w:br/>
      </w:r>
      <w:r>
        <w:rPr>
          <w:sz w:val="20"/>
        </w:rPr>
        <w:t>38:08  sachai par hoon. sachai par hoon. Khuda ki barkat mujhe mile gi agar usay mein</w:t>
      </w:r>
      <w:r>
        <w:br/>
      </w:r>
      <w:r>
        <w:rPr>
          <w:sz w:val="20"/>
        </w:rPr>
        <w:t>38:13  chalta rahoon to. to aap ka andar ka jo yaqeen hai wohi aap ke yani aap ki woh hai. aap ka inaam hai. dunya se agar aap umeed rakhein ge inaam ki.</w:t>
      </w:r>
      <w:r>
        <w:br/>
      </w:r>
      <w:r>
        <w:rPr>
          <w:sz w:val="20"/>
        </w:rPr>
        <w:t>38:23  to dunya aap ko inaam dainay wali nahi hai. lekin aap ka andar ka jo yaqeen hai. usi ko aap inaam samjhiye. usi ko samjhiye ke yeh Khuda ka.</w:t>
      </w:r>
      <w:r>
        <w:br/>
      </w:r>
      <w:r>
        <w:rPr>
          <w:sz w:val="20"/>
        </w:rPr>
        <w:t>38:33  yani Khuda ki barkat hai ke mein andar yaqeen aaya. aur mujhe yaqeen hai ke yeh yaqeen jo hai Khuda ke haan. mujhe inaam ki shakal mein badal jaye ga.</w:t>
      </w:r>
    </w:p>
    <w:p>
      <w:pPr>
        <w:pStyle w:val="Heading2"/>
      </w:pPr>
      <w:r>
        <w:t>why justice-driven revolts against government are a futile goal</w:t>
      </w:r>
    </w:p>
    <w:p>
      <w:r>
        <w:rPr>
          <w:color w:val="666666"/>
          <w:sz w:val="18"/>
        </w:rPr>
        <w:t>The Companions and the Hadith Scholars June 24, 2012 · 3m 25s · at 36:51 · https://youtu.be/Dj4QiYnxgBs?t=2211</w:t>
      </w:r>
    </w:p>
    <w:p>
      <w:r>
        <w:rPr>
          <w:i/>
        </w:rPr>
        <w:t>“Hukumat kabhi bhi ideal nahi ho sakti, yaad rakhiye, yeh namumkin baat hai”</w:t>
      </w:r>
    </w:p>
    <w:p>
      <w:r>
        <w:rPr>
          <w:sz w:val="20"/>
        </w:rPr>
        <w:t>36:51  dekhen, yahan main yeh arz kar doon ke hukoomat kabhi bhi ideal nahi ho sakti. yaad rakhiye, yeh namumkin baat hai.</w:t>
      </w:r>
      <w:r>
        <w:br/>
      </w:r>
      <w:r>
        <w:rPr>
          <w:sz w:val="20"/>
        </w:rPr>
        <w:t>37:02  namumkin baat hai ke kabhi bhi hukoomat ideal ho. hukoomat hamesha qaim hoti hai yani amli halaat ki buniyad par.</w:t>
      </w:r>
      <w:r>
        <w:br/>
      </w:r>
      <w:r>
        <w:rPr>
          <w:sz w:val="20"/>
        </w:rPr>
        <w:t>37:15  misalan dekhiye, aaj kal jo saare muslim mulkon mein hangama kiye hue hain, adl ko le kar ke, adl yani adlana nizaam darkaar hai.</w:t>
      </w:r>
      <w:r>
        <w:br/>
      </w:r>
      <w:r>
        <w:rPr>
          <w:sz w:val="20"/>
        </w:rPr>
        <w:t>37:24  un ki kitaab hai Syed Qutb ki "Al-Adala Al-Ijtima'iya fi Al-Islam" yani muslim mulkon mein social justice qaim karne ke liye, adl qaim karne ke liye.</w:t>
      </w:r>
      <w:r>
        <w:br/>
      </w:r>
      <w:r>
        <w:rPr>
          <w:sz w:val="20"/>
        </w:rPr>
        <w:t>37:37  to main aap se misaal deta hoon ke Rasool Allah ke zamane mein ek Madine ke ek muslim musalman ne, jo sahabi the, Rasool Allah ke bare mein kaha: "Wallahi ma 'adalt" Khuda ki qasam, aap ne adl nahi kiya.</w:t>
      </w:r>
      <w:r>
        <w:br/>
      </w:r>
      <w:r>
        <w:rPr>
          <w:sz w:val="20"/>
        </w:rPr>
        <w:t>37:53  yeh daur irshad ki baat hai. Abul Faruj, jis ne jis ne qatl kiya tha Hazrat Umar ko, us ne bhi yahi kaha tha ke aap ne adl nahi kiya.</w:t>
      </w:r>
      <w:r>
        <w:br/>
      </w:r>
      <w:r>
        <w:rPr>
          <w:sz w:val="20"/>
        </w:rPr>
        <w:t>38:03  to adl, jis ko aap kehte hain, sirf practical adl mumkin hai, ideal adl mumkin nahi hai.</w:t>
      </w:r>
      <w:r>
        <w:br/>
      </w:r>
      <w:r>
        <w:rPr>
          <w:sz w:val="20"/>
        </w:rPr>
        <w:t>38:11  practical adl mumkin hai yani pragmatic sense mein adl mumkin hai, ideal sense mein adl mumkin hi nahi hai.</w:t>
      </w:r>
      <w:r>
        <w:br/>
      </w:r>
      <w:r>
        <w:rPr>
          <w:sz w:val="20"/>
        </w:rPr>
        <w:t>38:20  isi isi wajah se maine arz kiya tha pichli baar ke dekhiye, Misr mein adl ke kaam, adl ka nizaam qaim karne ke liye 1952 se wahan par hangame jaari hain.</w:t>
      </w:r>
      <w:r>
        <w:br/>
      </w:r>
      <w:r>
        <w:rPr>
          <w:sz w:val="20"/>
        </w:rPr>
        <w:t>38:32  1952 se aap ghaur kijiye, 60 baras beet gaye, kitni kitni naslen paida huin aur mar gayin, aaj tak hangame jaari hain.</w:t>
      </w:r>
      <w:r>
        <w:br/>
      </w:r>
      <w:r>
        <w:rPr>
          <w:sz w:val="20"/>
        </w:rPr>
        <w:t>38:41  aaj bhi jo akhbar mein hai, padh lijiye aap ke wahan par takrao jaari hai.</w:t>
      </w:r>
      <w:r>
        <w:br/>
      </w:r>
      <w:r>
        <w:rPr>
          <w:sz w:val="20"/>
        </w:rPr>
        <w:t>38:48  election hua, tab bhi takrao khatm nahi hua. to agar woh election ke baad wahi hukoomat ban jaye jo yeh chahte hain, so called Islam, tab bhi adl nahi hoga.</w:t>
      </w:r>
      <w:r>
        <w:br/>
      </w:r>
      <w:r>
        <w:rPr>
          <w:sz w:val="20"/>
        </w:rPr>
        <w:t>39:01  tab bhi koi khada hoga jhanda le kar ke ke adl to aaya nahi, adl to aaya nahi.</w:t>
      </w:r>
      <w:r>
        <w:br/>
      </w:r>
      <w:r>
        <w:rPr>
          <w:sz w:val="20"/>
        </w:rPr>
        <w:t>39:09  to dekhiye, jo log yani adl ko le kar ke, insaaf ko le kar ke, hukoomat ke khilaaf takrao karte hain, woh ek unachievable goal ke liye takrao kar rahe hain.</w:t>
      </w:r>
      <w:r>
        <w:br/>
      </w:r>
      <w:r>
        <w:rPr>
          <w:sz w:val="20"/>
        </w:rPr>
        <w:t>39:23  kabhi hone hi wala nahi hai. Is liye Rasool Allah sallallahu alaihi wasallam ne kaha ke hukoomat se takrao mat karna. Is ka matlab kya hua</w:t>
      </w:r>
      <w:r>
        <w:br/>
      </w:r>
      <w:r>
        <w:rPr>
          <w:sz w:val="20"/>
        </w:rPr>
        <w:t>39:34  ? ke Rasool Allah ka jo jo diya hua tareeqa hai, woh hai, woh base karta hai political status quo par.</w:t>
      </w:r>
      <w:r>
        <w:br/>
      </w:r>
      <w:r>
        <w:rPr>
          <w:sz w:val="20"/>
        </w:rPr>
        <w:t>39:45  jo hukoomat hai, us us hukoomat ko yani isi liye Islam mein hai ke jo jab ek established hukoomat qaim ho jaye, established hukoomat to us ke khilaaf khurooj haraam hai.</w:t>
      </w:r>
      <w:r>
        <w:br/>
      </w:r>
      <w:r>
        <w:rPr>
          <w:sz w:val="20"/>
        </w:rPr>
        <w:t>39:58  us ke khilaaf apni vote nahi kar sakte. Us ka ma'ana kya hai?</w:t>
      </w:r>
      <w:r>
        <w:br/>
      </w:r>
      <w:r>
        <w:rPr>
          <w:sz w:val="20"/>
        </w:rPr>
        <w:t>40:02  us ka ma'ana yeh nahi ke inactive ban jayein, aap kuch na karein. Is ka ma'ana yeh hai ke non-political field mein jo mawaqe hain, us ko daryaft kijiye, us ko us ko avail kijiye.</w:t>
      </w:r>
    </w:p>
    <w:p>
      <w:pPr>
        <w:pStyle w:val="Heading2"/>
      </w:pPr>
      <w:r>
        <w:t>Mecca's plot to kill the Prophet and the migration</w:t>
      </w:r>
    </w:p>
    <w:p>
      <w:r>
        <w:rPr>
          <w:color w:val="666666"/>
          <w:sz w:val="18"/>
        </w:rPr>
        <w:t>Importance of Adjustment June 27, 2009 · 3m 35s · at 26:07 · https://youtu.be/Gp1zc2HPMRU?t=1567</w:t>
      </w:r>
    </w:p>
    <w:p>
      <w:r>
        <w:rPr>
          <w:i/>
        </w:rPr>
        <w:t>“Meccan people became hostile, wanted to kill the Prophet.”</w:t>
      </w:r>
    </w:p>
    <w:p>
      <w:r>
        <w:rPr>
          <w:sz w:val="20"/>
        </w:rPr>
        <w:t>26:07  then when he was in makkah, and makkah people became hostile, they wanted to kill the prophet of islam.</w:t>
      </w:r>
      <w:r>
        <w:br/>
      </w:r>
      <w:r>
        <w:rPr>
          <w:sz w:val="20"/>
        </w:rPr>
        <w:t>26:22  they adopted a resolution in dar-al-nadwah, and under dar-al-nadwah, they decided that they will kill the prophet of islam.</w:t>
      </w:r>
      <w:r>
        <w:br/>
      </w:r>
      <w:r>
        <w:rPr>
          <w:sz w:val="20"/>
        </w:rPr>
        <w:t>26:34  it was a unanimous resolution. then what happened? although at the time, there were several hundred people with the prophet of islam.</w:t>
      </w:r>
      <w:r>
        <w:br/>
      </w:r>
      <w:r>
        <w:rPr>
          <w:sz w:val="20"/>
        </w:rPr>
        <w:t>26:46  he was not alone in makkah, and in suburban areas, and madinah. in total, there were several hundred muslims at the time.</w:t>
      </w:r>
      <w:r>
        <w:br/>
      </w:r>
      <w:r>
        <w:rPr>
          <w:sz w:val="20"/>
        </w:rPr>
        <w:t>27:01  but prophet never organized any battle, any war. he simply migrated from makkah to madinah.</w:t>
      </w:r>
      <w:r>
        <w:br/>
      </w:r>
      <w:r>
        <w:rPr>
          <w:sz w:val="20"/>
        </w:rPr>
        <w:t>27:14  as was also adjustment. this was, this was due and act of adjustment.</w:t>
      </w:r>
      <w:r>
        <w:br/>
      </w:r>
      <w:r>
        <w:rPr>
          <w:sz w:val="20"/>
        </w:rPr>
        <w:t>27:22  at the time, there were two options before, before the prophet of islam: either go to conflict, or leave makkah.</w:t>
      </w:r>
      <w:r>
        <w:br/>
      </w:r>
      <w:r>
        <w:rPr>
          <w:sz w:val="20"/>
        </w:rPr>
        <w:t>27:37  when makkah people passed the resolution in dar-al-nadwah, that was tribal parliament,</w:t>
      </w:r>
      <w:r>
        <w:br/>
      </w:r>
      <w:r>
        <w:rPr>
          <w:sz w:val="20"/>
        </w:rPr>
        <w:t>27:48  to kill</w:t>
      </w:r>
      <w:r>
        <w:br/>
      </w:r>
      <w:r>
        <w:rPr>
          <w:sz w:val="20"/>
        </w:rPr>
        <w:t>27:52  prophet of islam,</w:t>
      </w:r>
      <w:r>
        <w:br/>
      </w:r>
      <w:r>
        <w:rPr>
          <w:sz w:val="20"/>
        </w:rPr>
        <w:t>27:57  or to compel him to to migrate from makkah.</w:t>
      </w:r>
      <w:r>
        <w:br/>
      </w:r>
      <w:r>
        <w:rPr>
          <w:sz w:val="20"/>
        </w:rPr>
        <w:t>28:06  so he never tried to to protest against this resolution, that is was against the human rights.</w:t>
      </w:r>
      <w:r>
        <w:br/>
      </w:r>
      <w:r>
        <w:rPr>
          <w:sz w:val="20"/>
        </w:rPr>
        <w:t>28:15  it was against, it was a violation, it was a clear violation of human rights, because he was a citizen.</w:t>
      </w:r>
      <w:r>
        <w:br/>
      </w:r>
      <w:r>
        <w:rPr>
          <w:sz w:val="20"/>
        </w:rPr>
        <w:t>28:24  he is a born citizen of Mecca. he had every right to live in Mecca. he and his his father and his grandfather, all were born in Mecca.</w:t>
      </w:r>
      <w:r>
        <w:br/>
      </w:r>
      <w:r>
        <w:rPr>
          <w:sz w:val="20"/>
        </w:rPr>
        <w:t>28:41  it was his birth right to live in Mecca.</w:t>
      </w:r>
      <w:r>
        <w:br/>
      </w:r>
      <w:r>
        <w:rPr>
          <w:sz w:val="20"/>
        </w:rPr>
        <w:t>28:45  so their resolution adopted in Darul Nadwah was a violation of human rights. but he never protested.</w:t>
      </w:r>
      <w:r>
        <w:br/>
      </w:r>
      <w:r>
        <w:rPr>
          <w:sz w:val="20"/>
        </w:rPr>
        <w:t>28:57  he never demanded anything. he lived Mecca. he migrated from Mecca. but what was, what was this migration?</w:t>
      </w:r>
      <w:r>
        <w:br/>
      </w:r>
      <w:r>
        <w:rPr>
          <w:sz w:val="20"/>
        </w:rPr>
        <w:t>29:08  there were houses of all those companions</w:t>
      </w:r>
      <w:r>
        <w:br/>
      </w:r>
      <w:r>
        <w:rPr>
          <w:sz w:val="20"/>
        </w:rPr>
        <w:t>29:14  . there was house of Muhammad sallallahu alaihi wasallam, house of other companions. so they left their property, they left their houses, they left their everything without any protest.</w:t>
      </w:r>
      <w:r>
        <w:br/>
      </w:r>
      <w:r>
        <w:rPr>
          <w:sz w:val="20"/>
        </w:rPr>
        <w:t>29:34  as was high kind of adjustment or tolerance</w:t>
      </w:r>
      <w:r>
        <w:br/>
      </w:r>
      <w:r>
        <w:rPr>
          <w:sz w:val="20"/>
        </w:rPr>
        <w:t>29:42  . so according to Islam, adjustment means</w:t>
      </w:r>
    </w:p>
    <w:p>
      <w:pPr>
        <w:pStyle w:val="Heading2"/>
      </w:pPr>
      <w:r>
        <w:t>From romantic poetry to real-world suicide bombings</w:t>
      </w:r>
    </w:p>
    <w:p>
      <w:r>
        <w:rPr>
          <w:color w:val="666666"/>
          <w:sz w:val="18"/>
        </w:rPr>
        <w:t>Prophetic Model August 5, 2017 Maulana Wahiduddin Khan · 3m 09s · at 3:03 · https://youtu.be/DldZ8TXkOGA?t=183</w:t>
      </w:r>
    </w:p>
    <w:p>
      <w:r>
        <w:rPr>
          <w:i/>
        </w:rPr>
        <w:t>“So reflect — what mindset forms when such poets become popular?”</w:t>
      </w:r>
    </w:p>
    <w:p>
      <w:r>
        <w:rPr>
          <w:sz w:val="20"/>
        </w:rPr>
        <w:t>3:03  bas. to aap ghor kijiye keh is tarah ke shair jab musalmanon mein popular ho jayein to kya zehan banega musalmanon ka?</w:t>
      </w:r>
      <w:r>
        <w:br/>
      </w:r>
      <w:r>
        <w:rPr>
          <w:sz w:val="20"/>
        </w:rPr>
        <w:t>3:13  kood pado. chunancha yahi hua. yeh log kood pad rahe hain. is zamane mein jo musalmanon mein jo society bombing paida hui,</w:t>
      </w:r>
      <w:r>
        <w:br/>
      </w:r>
      <w:r>
        <w:rPr>
          <w:sz w:val="20"/>
        </w:rPr>
        <w:t>3:27  to aap internet par check kijiye, 40 se zyada musalmanon mein paanch hazar se zyada attack hue.</w:t>
      </w:r>
      <w:r>
        <w:br/>
      </w:r>
      <w:r>
        <w:rPr>
          <w:sz w:val="20"/>
        </w:rPr>
        <w:t>3:39  ab ghor kijiye keh kitne saare bomber bane aur kitne saare logon ko maar dala unhon ne. yeh kyun hua? hazrat ibrahim ka galat model pesh kiya.</w:t>
      </w:r>
      <w:r>
        <w:br/>
      </w:r>
      <w:r>
        <w:rPr>
          <w:sz w:val="20"/>
        </w:rPr>
        <w:t>3:49  khoob phailaya is ko. woh musalmanon mein khoob maqbool hua. be khatar kood pada aatish-e-namrood be ishq. to log be khatar koodne lage.</w:t>
      </w:r>
      <w:r>
        <w:br/>
      </w:r>
      <w:r>
        <w:rPr>
          <w:sz w:val="20"/>
        </w:rPr>
        <w:t>3:59  yani namrood ki aag mein be khatar koodne lage. namrood ki aag to thi hi nahi. sach poochhein, is zamane mein koi aag nahi hai. khud hi aag lagate hain apne ko.</w:t>
      </w:r>
      <w:r>
        <w:br/>
      </w:r>
      <w:r>
        <w:rPr>
          <w:sz w:val="20"/>
        </w:rPr>
        <w:t>4:11  yani apne body se baandh lete hain bomb aur us ko ignite karte hain. to is zamane mein koi namrood ki aag nahi hai.</w:t>
      </w:r>
      <w:r>
        <w:br/>
      </w:r>
      <w:r>
        <w:rPr>
          <w:sz w:val="20"/>
        </w:rPr>
        <w:t>4:23  khud hi aag laga ke apni lagai hui aag mein koodte hain. yeh ghor kijiye. yeh hamare shair is qism ke jo hain aur khateeb aur sheikh ul islam, yeh musalmanon ke mufakkir aur rehnuma bane hue hain.</w:t>
      </w:r>
      <w:r>
        <w:br/>
      </w:r>
      <w:r>
        <w:rPr>
          <w:sz w:val="20"/>
        </w:rPr>
        <w:t>4:41  kaisi ajeeb baat hai.</w:t>
      </w:r>
      <w:r>
        <w:br/>
      </w:r>
      <w:r>
        <w:rPr>
          <w:sz w:val="20"/>
        </w:rPr>
        <w:t>4:45  to bas samajhta hoon keh is is zamane mein muslim islam ka pehla kaam yeh hai keh saare khateeb aur saare shair aur saare sheikh ul islam log jo hain, un ko daal diya jaye side mein.</w:t>
      </w:r>
      <w:r>
        <w:br/>
      </w:r>
      <w:r>
        <w:rPr>
          <w:sz w:val="20"/>
        </w:rPr>
        <w:t>4:58  ab musalman phir se apna rasta muntakhib karein. woh bhatke hue hain in logon ki baaton mein jo ulema-e-baradari aur khitabat aur shairi kar ke musalmanon ko bhatka rakha hai.</w:t>
      </w:r>
      <w:r>
        <w:br/>
      </w:r>
      <w:r>
        <w:rPr>
          <w:sz w:val="20"/>
        </w:rPr>
        <w:t>5:19  kaisi ajeeb baat hai yeh.</w:t>
      </w:r>
      <w:r>
        <w:br/>
      </w:r>
      <w:r>
        <w:rPr>
          <w:sz w:val="20"/>
        </w:rPr>
        <w:t>5:22  sach poochhein to isi qism ki shairi ka culmination hai society bombing. be khatar kood pada aatish-e-namrood be ishq.</w:t>
      </w:r>
      <w:r>
        <w:br/>
      </w:r>
      <w:r>
        <w:rPr>
          <w:sz w:val="20"/>
        </w:rPr>
        <w:t>5:32  yeh jo shairi ki gayi aur khitabat isi qism ki baatein logon ne nasal mein kahein.</w:t>
      </w:r>
      <w:r>
        <w:br/>
      </w:r>
      <w:r>
        <w:rPr>
          <w:sz w:val="20"/>
        </w:rPr>
        <w:t>5:43  nasal mein bhi isi qism ki baatein ki gayeen. to isi ka culmination hai society bombing.</w:t>
      </w:r>
    </w:p>
    <w:p>
      <w:pPr>
        <w:pStyle w:val="Heading2"/>
      </w:pPr>
      <w:r>
        <w:t>Democracy as peaceful power-sharing system</w:t>
      </w:r>
    </w:p>
    <w:p>
      <w:r>
        <w:rPr>
          <w:color w:val="666666"/>
          <w:sz w:val="18"/>
        </w:rPr>
        <w:t>Redefining Islam July 05, 2009 Maulana Wahiduddin Khan · 4m 23s · at 32:47 · https://youtu.be/JXY-MlXBy3Q?t=1967</w:t>
      </w:r>
    </w:p>
    <w:p>
      <w:r>
        <w:rPr>
          <w:i/>
        </w:rPr>
        <w:t>“Is daur mein ek bohat badi cheez hui hai”</w:t>
      </w:r>
    </w:p>
    <w:p>
      <w:r>
        <w:rPr>
          <w:sz w:val="20"/>
        </w:rPr>
        <w:t>32:47  Is daur mein ek bohat bari cheez hui hai jis ko kehte hain Democracy. Democracy. Ek Musalman jo jin ki taleem jo hai Angrezi is mein hui hai,</w:t>
      </w:r>
      <w:r>
        <w:br/>
      </w:r>
      <w:r>
        <w:rPr>
          <w:sz w:val="20"/>
        </w:rPr>
        <w:t>33:03  Yaani University waghera mein hui hai un ki taleem. To woh Islam se door ho gaye, Islam ke khilaaf ho gaye.</w:t>
      </w:r>
      <w:r>
        <w:br/>
      </w:r>
      <w:r>
        <w:rPr>
          <w:sz w:val="20"/>
        </w:rPr>
        <w:t>33:12  Halankeh Muslim khandan mein paida hue thay. Kyun? Democracy ke sawal par. Unhon ne kaha Democracy itni bari cheez hai aur Islam is ke khilaaf hai.</w:t>
      </w:r>
      <w:r>
        <w:br/>
      </w:r>
      <w:r>
        <w:rPr>
          <w:sz w:val="20"/>
        </w:rPr>
        <w:t>33:22  Kyunke hamare Ulama ne na janne ki wajah se kaha jaye ke Democracy haram hai. Be khabari ki wajah se. Kuch logon ne is liye tehreekein chala dein bari bari ke Democracy ko khatm karo.</w:t>
      </w:r>
      <w:r>
        <w:br/>
      </w:r>
      <w:r>
        <w:rPr>
          <w:sz w:val="20"/>
        </w:rPr>
        <w:t>33:38  To unhon ne kaha ke main to itna zyada manta hoon Democracy ko ke mera jab bachcha paida hoga, meri mulaqat jab hui thi woh shadi ho chuki thi un ki, abhi bachcha nahin hua tha.</w:t>
      </w:r>
      <w:r>
        <w:br/>
      </w:r>
      <w:r>
        <w:rPr>
          <w:sz w:val="20"/>
        </w:rPr>
        <w:t>33:49  To is ke kaan mein main Azan nahin dilwaunga. Balkeh yahi kahunga Democracy, Democracy, Democracy. Is kaan mein phir is kaan mein. Itna zyada woh Democracy ko bari cheez samajhte thay.</w:t>
      </w:r>
      <w:r>
        <w:br/>
      </w:r>
      <w:r>
        <w:rPr>
          <w:sz w:val="20"/>
        </w:rPr>
        <w:t>34:01  Democracy ka matlab hai Jamhooriyat. Aur waqe'atan hai Democracy bohat bari nemat hai. Kyunke Democracy dekhen sari tareekh mein kya hua hai?</w:t>
      </w:r>
      <w:r>
        <w:br/>
      </w:r>
      <w:r>
        <w:rPr>
          <w:sz w:val="20"/>
        </w:rPr>
        <w:t>34:16  Political ladai. Hukoomat ke liye ladai. Power ke liye ladai. Sari tareekh mein. Poori History mein.</w:t>
      </w:r>
      <w:r>
        <w:br/>
      </w:r>
      <w:r>
        <w:rPr>
          <w:sz w:val="20"/>
        </w:rPr>
        <w:t>34:25  Democracy ne pehli baar yeh kiya ke Political Fighting ko khatm kar diya. Pehli baar yeh hua aisa hua hai.</w:t>
      </w:r>
      <w:r>
        <w:br/>
      </w:r>
      <w:r>
        <w:rPr>
          <w:sz w:val="20"/>
        </w:rPr>
        <w:t>34:35  Woh kya hai? Democracy kya hai? Government of the People by the People for the People.</w:t>
      </w:r>
      <w:r>
        <w:br/>
      </w:r>
      <w:r>
        <w:rPr>
          <w:sz w:val="20"/>
        </w:rPr>
        <w:t>34:44  Yaani jis ki Majority hai is ka Rule. Jis ki Majority hai is ka Rule. Pehle zamane mein Dynasty hoti thi. Yaani ek badshah hai, is ka beta badshah, is ka pota badshah.</w:t>
      </w:r>
      <w:r>
        <w:br/>
      </w:r>
      <w:r>
        <w:rPr>
          <w:sz w:val="20"/>
        </w:rPr>
        <w:t>34:58  To badshahi jo chalti thi woh woh chalti thi nasal se chalti thi. Jis ke sar par taaj woh badshah. Ab kya hai aap ko?</w:t>
      </w:r>
      <w:r>
        <w:br/>
      </w:r>
      <w:r>
        <w:rPr>
          <w:sz w:val="20"/>
        </w:rPr>
        <w:t>35:07  Daawat kijiye. Daawti kaam kijiye. Tableegh kijiye. Islam phailaiye. Agar aap ki Majority ho jayegi to aap hi ka Rule hai phir.</w:t>
      </w:r>
      <w:r>
        <w:br/>
      </w:r>
      <w:r>
        <w:rPr>
          <w:sz w:val="20"/>
        </w:rPr>
        <w:t>35:17  Ladne ki zaroorat hi nahin hai. Ladne ki zaroorat hi nahin hai. Ek taraf dawat ka rasta khul gaya. Doosri taraf Political jo jo is zamane mein jo Political Theory hai woh yeh hai ke jo Majority hai wohi Rule karegi.</w:t>
      </w:r>
      <w:r>
        <w:br/>
      </w:r>
      <w:r>
        <w:rPr>
          <w:sz w:val="20"/>
        </w:rPr>
        <w:t>35:32  To aap apni Majority banaiye. Kaun rokta hai aap ko?</w:t>
      </w:r>
      <w:r>
        <w:br/>
      </w:r>
      <w:r>
        <w:rPr>
          <w:sz w:val="20"/>
        </w:rPr>
        <w:t>35:39  kon rokta hai aap ko bataiye.</w:t>
      </w:r>
      <w:r>
        <w:br/>
      </w:r>
      <w:r>
        <w:rPr>
          <w:sz w:val="20"/>
        </w:rPr>
        <w:t>35:43  aur doosri baat agar Majority aap ki nahi hai tab bhi aap ke liye is waqt bohat bari Good Tiding hai, khushkhabri. kyun? Democracy ka matlab kya hai?</w:t>
      </w:r>
      <w:r>
        <w:br/>
      </w:r>
      <w:r>
        <w:rPr>
          <w:sz w:val="20"/>
        </w:rPr>
        <w:t>35:55  Power Sharing System. Power Sharing System. jaise ke mein is is Country ka Prime Minister nahi hoon lekin mein bhi is mein mera bhi Share hai is mein.</w:t>
      </w:r>
      <w:r>
        <w:br/>
      </w:r>
      <w:r>
        <w:rPr>
          <w:sz w:val="20"/>
        </w:rPr>
        <w:t>36:09  kyun ke mein aik Voter hoon. mein aik Voter hoon. pehle zamanay mein yeh to hota nahi tha. Vote ka System tha nahi pehle zamanay mein.</w:t>
      </w:r>
      <w:r>
        <w:br/>
      </w:r>
      <w:r>
        <w:rPr>
          <w:sz w:val="20"/>
        </w:rPr>
        <w:t>36:20  to jab mein aik Voter hoon to is ke mani yeh hai ke mein Power mein mera bhi aik hissa hai. to Democracy jo hai naam hai Power Sharing System ka.</w:t>
      </w:r>
      <w:r>
        <w:br/>
      </w:r>
      <w:r>
        <w:rPr>
          <w:sz w:val="20"/>
        </w:rPr>
        <w:t>36:33  yani saare log jo hain wo Sharer hain. sab ka hissa hai is ke andar. yahan koi badshah nahi, koi King nahi, koi Emperor nahi. to agar aap Majority mein hain to aap Rule karengay.</w:t>
      </w:r>
      <w:r>
        <w:br/>
      </w:r>
      <w:r>
        <w:rPr>
          <w:sz w:val="20"/>
        </w:rPr>
        <w:t>36:48  Majority mein nahi hain tab bhi aap Sharer banay rahengay, Sharer. to phir ladnay ki zaroorat kya hai?</w:t>
      </w:r>
      <w:r>
        <w:br/>
      </w:r>
      <w:r>
        <w:rPr>
          <w:sz w:val="20"/>
        </w:rPr>
        <w:t>36:58  yeh sab tha masla Redefine karne ka. Redefine karne ka. aise hi dekhiye hamare fuqaha ne hamari fiqah bani hai kab?</w:t>
      </w:r>
    </w:p>
    <w:p>
      <w:pPr>
        <w:pStyle w:val="Heading2"/>
      </w:pPr>
      <w:r>
        <w:t>Team's unity after Maulana, echoing Jesus's disciples</w:t>
      </w:r>
    </w:p>
    <w:p>
      <w:r>
        <w:rPr>
          <w:color w:val="666666"/>
          <w:sz w:val="18"/>
        </w:rPr>
        <w:t>Chairperson, Prof. Farida Khanam's Addressal Peace Conference April 29-30, 2023 · 4m 19s · at 1:12 · https://youtu.be/ZuVp1fGsZOw?t=72</w:t>
      </w:r>
    </w:p>
    <w:p>
      <w:r>
        <w:rPr>
          <w:i/>
        </w:rPr>
        <w:t>“Maulana ke baad yeh pehla mauka hai itni tadaad mein”</w:t>
      </w:r>
    </w:p>
    <w:p>
      <w:r>
        <w:rPr>
          <w:sz w:val="20"/>
        </w:rPr>
        <w:t>1:12  suno yahin par molana ke sath program hua to sab yadein aa gayi, taza ho gayi yadein. to molana ki wafat ke baad yeh pehla mauka hai ke hum sab itni badi taadad mein yahan ikhatta hue hain. molana ke baad mujhe lagta tha ke ab is mission ki raftaar sust pad jayegi.</w:t>
      </w:r>
      <w:r>
        <w:br/>
      </w:r>
      <w:r>
        <w:rPr>
          <w:sz w:val="20"/>
        </w:rPr>
        <w:t>1:40  ab kya hoga? Sunday program kaise hoga? log kaise ikhatthe honge? lekin waqaiyan yeh hai ke yeh mission, yeh sabit karta hai ke yeh mission khudai mission hai ke pehle se bhi zyada ek strong team ban gayi, pehle se bhi zyada log kaam kar rahe hain. isse pata chalta hai ke allah hamare sath hai, farishte hamare sath hai.</w:t>
      </w:r>
      <w:r>
        <w:br/>
      </w:r>
      <w:r>
        <w:rPr>
          <w:sz w:val="20"/>
        </w:rPr>
        <w:t>2:10  warna aisa ho nahi sakta tha. aam taur par team bikhar jati hai. aisa nahi hota jahan ke koi worldly attraction na ho, to aisa nahi hota ke log phir bhi jude rahe hain. yahan kisi ka koi worldly interest nahi hai. sab log jo hain bilkul selflessly kaam kar rahe hain.</w:t>
      </w:r>
      <w:r>
        <w:br/>
      </w:r>
      <w:r>
        <w:rPr>
          <w:sz w:val="20"/>
        </w:rPr>
        <w:t>2:32  sab log volunteers hain, sirf huda ki raza hasil karne ke liye woh is mission mein lage hue hain aur unka wahi hai jo molana kehte the ke I will do spirit ke sath aap log kaam kariye to wahi tamam log isi tarah kaam kar rahe hain. kuch log yahan aaye hue hain aur bahut sare log kaam kar rahe hain jo yahan aa nahi sake hain. allah taalaah un sabki madad farmayein.</w:t>
      </w:r>
      <w:r>
        <w:br/>
      </w:r>
      <w:r>
        <w:rPr>
          <w:sz w:val="20"/>
        </w:rPr>
        <w:t>3:01  to yeh mujhe yaad aata hai ke isi tarike se jab rajat isar e salam ko jo logon ne samjha haqeeqat nahi thi lekin logon ne yahi samjha ke unko phansi de di gayi, saleeb par chadha diya gaya to unke jo hawari the, bahut zyada gamgeen baithe hue the.</w:t>
      </w:r>
      <w:r>
        <w:br/>
      </w:r>
      <w:r>
        <w:rPr>
          <w:sz w:val="20"/>
        </w:rPr>
        <w:t>3:21  to hazrati sal is salam kyunke molana ne bataya tha ke raat ho gayi thi, log unko pehchante nahi the to ek dusra jo gaddar unka saathi tha woh pakad ke usko le gaye. hazar teesra rupoosh ho gaye. to teen din ke baad woh apne hawariyon ke paas aaye to unko bahut zyada unko encourage kiya. unhone kaha ke tumko yeh khudai mission, khuda ka pyagam logon tak pahunchana hai.</w:t>
      </w:r>
      <w:r>
        <w:br/>
      </w:r>
      <w:r>
        <w:rPr>
          <w:sz w:val="20"/>
        </w:rPr>
        <w:t>3:50  to bahut zyada woh log khush ho gaye.</w:t>
      </w:r>
      <w:r>
        <w:br/>
      </w:r>
      <w:r>
        <w:rPr>
          <w:sz w:val="20"/>
        </w:rPr>
        <w:t>3:55  Rajat Isa ne kaha tumhare paas Khuda ka inspiration aayega, uske baad tum log nikal jana aur woh</w:t>
      </w:r>
      <w:r>
        <w:br/>
      </w:r>
      <w:r>
        <w:rPr>
          <w:sz w:val="20"/>
        </w:rPr>
        <w:t>4:00  zamana hai religious persecution ka zamana, jabki log bilkul phansi de di jaati thi sirf yeh kehne ke</w:t>
      </w:r>
      <w:r>
        <w:br/>
      </w:r>
      <w:r>
        <w:rPr>
          <w:sz w:val="20"/>
        </w:rPr>
        <w:t>4:06  liye, ki Khuda ek hai, aaj to Allah taala ne zamana hi badal diya hai, hamare liye woh</w:t>
      </w:r>
      <w:r>
        <w:br/>
      </w:r>
      <w:r>
        <w:rPr>
          <w:sz w:val="20"/>
        </w:rPr>
        <w:t>4:11  saari sulaten Allah taala ne khud paida kar di hai kyunki yeh Allah ka mission hai aur yeh</w:t>
      </w:r>
      <w:r>
        <w:br/>
      </w:r>
      <w:r>
        <w:rPr>
          <w:sz w:val="20"/>
        </w:rPr>
        <w:t>4:16  har halat mein hamein qayamat se pehle mukammal karna hai.</w:t>
      </w:r>
      <w:r>
        <w:br/>
      </w:r>
      <w:r>
        <w:rPr>
          <w:sz w:val="20"/>
        </w:rPr>
        <w:t>4:22  to phir jab hazad maseel e salam unko chalis din tak unke paas aate rahe, to woh log charged ho gaye aur woh phir nikle kaam karne ke liye ab aap jante hain ke aaj sari duniya mein unhone isaiyat ko phaila diya hai. to isi tarike se kuch aisa lagta hai ke allah taalaah ne hamari team ko bhi inspire kar diya hai. aaj molana nahi hai uske bawajood sab log is mission mein lage hue hain.</w:t>
      </w:r>
      <w:r>
        <w:br/>
      </w:r>
      <w:r>
        <w:rPr>
          <w:sz w:val="20"/>
        </w:rPr>
        <w:t>4:52  yeh ho nahi sakta jab tak ke allah ki madad na aaye. allah ne balki apni madad ko bilkul bahut bahut zyada jhel diya hai madad ko.</w:t>
      </w:r>
      <w:r>
        <w:br/>
      </w:r>
      <w:r>
        <w:rPr>
          <w:sz w:val="20"/>
        </w:rPr>
        <w:t>5:04  ab bas hamein khada hona hai jaise abhi mulahan bataye ki hum log to bas human face hain, kaam to sab allah taala kar raha hai kyunke dekhiye yeh creation plan ke mutabik allah taalaah ko yeh, yeh har bande ko jo allah create kiya hai bandon ko unko yeh pragam pahunchana hai ke is duniya mein usko kaise rehna hai? kya do's and don'ts hain? usko marne ke baad usko jawabdi hai.</w:t>
      </w:r>
      <w:r>
        <w:br/>
      </w:r>
      <w:r>
        <w:rPr>
          <w:sz w:val="20"/>
        </w:rPr>
        <w:t>5:31  to yeh allah ki zimmedari hai. lekin qanoon e iltebaas ki wajah se allah ne yeh zimmedari insaan ko ata kiya hai. to pehle to aate the pagambar, jab pagambaron ke ki teachings ko log bhula dete the, to dusra pagambar aa jata tha. ab, ab nai baat yeh hai ke rasullah sallah vivasallam aakhri pagambar hai.</w:t>
      </w:r>
    </w:p>
    <w:p>
      <w:pPr>
        <w:pStyle w:val="Heading2"/>
      </w:pPr>
      <w:r>
        <w:t>Jesus model and its application today</w:t>
      </w:r>
    </w:p>
    <w:p>
      <w:r>
        <w:rPr>
          <w:color w:val="666666"/>
          <w:sz w:val="18"/>
        </w:rPr>
        <w:t>Prophetic Models in Quran (English) - Part II March 05, 2007 Maulana Wahiduddin Khan · 11m 47s · at 28:06 · https://youtu.be/uk0vwl6YNcA?t=1686</w:t>
      </w:r>
    </w:p>
    <w:p>
      <w:r>
        <w:rPr>
          <w:i/>
        </w:rPr>
        <w:t>“We have to do dawah work among non-Muslim and we have to do Israeli work among Muslims.”</w:t>
      </w:r>
    </w:p>
    <w:p>
      <w:r>
        <w:rPr>
          <w:sz w:val="20"/>
        </w:rPr>
        <w:t>28:06  We have to do Dawa work among non-Muslims and we have to do Islami work among Muslims at the same time. So it is very important. Then let us take the model of Jesus Christ.</w:t>
      </w:r>
      <w:r>
        <w:br/>
      </w:r>
      <w:r>
        <w:rPr>
          <w:sz w:val="20"/>
        </w:rPr>
        <w:t>28:32  Jesus Christ was sent to Palestine.</w:t>
      </w:r>
      <w:r>
        <w:br/>
      </w:r>
      <w:r>
        <w:rPr>
          <w:sz w:val="20"/>
        </w:rPr>
        <w:t>28:41  At that time, Romans were, at that time, the Roman King was the ruler of Palestine.</w:t>
      </w:r>
      <w:r>
        <w:br/>
      </w:r>
      <w:r>
        <w:rPr>
          <w:sz w:val="20"/>
        </w:rPr>
        <w:t>28:50  It was under the Roman Empire at that time.</w:t>
      </w:r>
      <w:r>
        <w:br/>
      </w:r>
      <w:r>
        <w:rPr>
          <w:sz w:val="20"/>
        </w:rPr>
        <w:t>28:59  So Prophet Jesus, Prophet Jesus Christ, gave a very important direction to his disciples.</w:t>
      </w:r>
      <w:r>
        <w:br/>
      </w:r>
      <w:r>
        <w:rPr>
          <w:sz w:val="20"/>
        </w:rPr>
        <w:t>29:08  He said, "Give to Caesar." Caesar means Roman ruler.</w:t>
      </w:r>
      <w:r>
        <w:br/>
      </w:r>
      <w:r>
        <w:rPr>
          <w:sz w:val="20"/>
        </w:rPr>
        <w:t>29:17  "Give to Caesar what is due to Caesar.</w:t>
      </w:r>
      <w:r>
        <w:br/>
      </w:r>
      <w:r>
        <w:rPr>
          <w:sz w:val="20"/>
        </w:rPr>
        <w:t>29:26  And give to God what is due to God." This is this you can find in the Bible,</w:t>
      </w:r>
      <w:r>
        <w:br/>
      </w:r>
      <w:r>
        <w:rPr>
          <w:sz w:val="20"/>
        </w:rPr>
        <w:t>29:35  in the present Bible also.</w:t>
      </w:r>
      <w:r>
        <w:br/>
      </w:r>
      <w:r>
        <w:rPr>
          <w:sz w:val="20"/>
        </w:rPr>
        <w:t>29:44  "Give to Caesar what is due to Caesar.</w:t>
      </w:r>
      <w:r>
        <w:br/>
      </w:r>
      <w:r>
        <w:rPr>
          <w:sz w:val="20"/>
        </w:rPr>
        <w:t>29:53  And give to God what is due to God." It means that he avoided confrontation with those Roman rulers.</w:t>
      </w:r>
      <w:r>
        <w:br/>
      </w:r>
      <w:r>
        <w:rPr>
          <w:sz w:val="20"/>
        </w:rPr>
        <w:t>30:02  And at the same time, he planned to do Dawa work.</w:t>
      </w:r>
      <w:r>
        <w:br/>
      </w:r>
      <w:r>
        <w:rPr>
          <w:sz w:val="20"/>
        </w:rPr>
        <w:t>30:11  So this is very important.</w:t>
      </w:r>
      <w:r>
        <w:br/>
      </w:r>
      <w:r>
        <w:rPr>
          <w:sz w:val="20"/>
        </w:rPr>
        <w:t>30:18  It means that the formula of Jesus Christ was, "Avoid political confrontation and engage yourself in Dawa work."</w:t>
      </w:r>
      <w:r>
        <w:br/>
      </w:r>
      <w:r>
        <w:rPr>
          <w:sz w:val="20"/>
        </w:rPr>
        <w:t>30:26  So the formula of Jesus Christ was a two-point formula.</w:t>
      </w:r>
      <w:r>
        <w:br/>
      </w:r>
      <w:r>
        <w:rPr>
          <w:sz w:val="20"/>
        </w:rPr>
        <w:t>30:34  It was a two-point formula.</w:t>
      </w:r>
      <w:r>
        <w:br/>
      </w:r>
      <w:r>
        <w:rPr>
          <w:sz w:val="20"/>
        </w:rPr>
        <w:t>30:42  And this two-point formula was like this: "Avoid political confrontation and do Dawa work." It is very important.</w:t>
      </w:r>
      <w:r>
        <w:br/>
      </w:r>
      <w:r>
        <w:rPr>
          <w:sz w:val="20"/>
        </w:rPr>
        <w:t>30:50  This model gives us an example, a very important example.</w:t>
      </w:r>
      <w:r>
        <w:br/>
      </w:r>
      <w:r>
        <w:rPr>
          <w:sz w:val="20"/>
        </w:rPr>
        <w:t>30:57  When we find ourselves in a non-Muslim regime, under a non-Muslim regime, under a non-Muslim rule, so don't</w:t>
      </w:r>
      <w:r>
        <w:br/>
      </w:r>
      <w:r>
        <w:rPr>
          <w:sz w:val="20"/>
        </w:rPr>
        <w:t>31:05  try to change that rule.</w:t>
      </w:r>
      <w:r>
        <w:br/>
      </w:r>
      <w:r>
        <w:rPr>
          <w:sz w:val="20"/>
        </w:rPr>
        <w:t>31:13  Don't go to confrontation.</w:t>
      </w:r>
      <w:r>
        <w:br/>
      </w:r>
      <w:r>
        <w:rPr>
          <w:sz w:val="20"/>
        </w:rPr>
        <w:t>31:21  Never, never, never, never.</w:t>
      </w:r>
      <w:r>
        <w:br/>
      </w:r>
      <w:r>
        <w:rPr>
          <w:sz w:val="20"/>
        </w:rPr>
        <w:t>31:29  It is not the prophetic method.</w:t>
      </w:r>
      <w:r>
        <w:br/>
      </w:r>
      <w:r>
        <w:rPr>
          <w:sz w:val="20"/>
        </w:rPr>
        <w:t>31:37  It is not the prophetic way of doing the job. The prophetic method adopted by Jesus Christ was strictly non-political.</w:t>
      </w:r>
      <w:r>
        <w:br/>
      </w:r>
      <w:r>
        <w:rPr>
          <w:sz w:val="20"/>
        </w:rPr>
        <w:t>32:03  So Dawa work is strictly a non-political work. Dawa work, or Dawa mission, is strictly a non-political mission.</w:t>
      </w:r>
      <w:r>
        <w:br/>
      </w:r>
      <w:r>
        <w:rPr>
          <w:sz w:val="20"/>
        </w:rPr>
        <w:t>32:21  You have to plan your work under this, following this formula.</w:t>
      </w:r>
      <w:r>
        <w:br/>
      </w:r>
      <w:r>
        <w:rPr>
          <w:sz w:val="20"/>
        </w:rPr>
        <w:t>32:31  You have to plan your work following this formula.</w:t>
      </w:r>
      <w:r>
        <w:br/>
      </w:r>
      <w:r>
        <w:rPr>
          <w:sz w:val="20"/>
        </w:rPr>
        <w:t>32:41  That is a two-point formula.</w:t>
      </w:r>
      <w:r>
        <w:br/>
      </w:r>
      <w:r>
        <w:rPr>
          <w:sz w:val="20"/>
        </w:rPr>
        <w:t>32:51  Avoid political confrontation and avail the opportunities present in that situation.</w:t>
      </w:r>
      <w:r>
        <w:br/>
      </w:r>
      <w:r>
        <w:rPr>
          <w:sz w:val="20"/>
        </w:rPr>
        <w:t>33:01  Then there is a chapter in the Quran that is As-Saff, Chapter As-Saff.</w:t>
      </w:r>
      <w:r>
        <w:br/>
      </w:r>
      <w:r>
        <w:rPr>
          <w:sz w:val="20"/>
        </w:rPr>
        <w:t>33:11  In this chapter, God has revealed a very important verse.</w:t>
      </w:r>
      <w:r>
        <w:br/>
      </w:r>
      <w:r>
        <w:rPr>
          <w:sz w:val="20"/>
        </w:rPr>
        <w:t>33:25  ya ayyuha allatheena amanu koonu ansara allahi kama qala yusubnu maryama lilhawariyeena man ansariyya lillahi qala alhawariyoona:</w:t>
      </w:r>
      <w:r>
        <w:br/>
      </w:r>
      <w:r>
        <w:rPr>
          <w:sz w:val="20"/>
        </w:rPr>
        <w:t>33:40  na na ansaru allahi faaamalatu taifatun min bani israil wa kafarat taifatun faayyadna allatheena amanu ala aduwwihim faasbahou thahireena</w:t>
      </w:r>
      <w:r>
        <w:br/>
      </w:r>
      <w:r>
        <w:rPr>
          <w:sz w:val="20"/>
        </w:rPr>
        <w:t>33:54  This verse you can see in the chapter As-Saff of the Quran.</w:t>
      </w:r>
      <w:r>
        <w:br/>
      </w:r>
      <w:r>
        <w:rPr>
          <w:sz w:val="20"/>
        </w:rPr>
        <w:t>34:09  This verse tells us that, "O people of faith," or "O Muslims," "O people of faith," you have</w:t>
      </w:r>
      <w:r>
        <w:br/>
      </w:r>
      <w:r>
        <w:rPr>
          <w:sz w:val="20"/>
        </w:rPr>
        <w:t>34:23  to adopt the pattern that was adopted by the disciples of Jesus Christ.</w:t>
      </w:r>
      <w:r>
        <w:br/>
      </w:r>
      <w:r>
        <w:rPr>
          <w:sz w:val="20"/>
        </w:rPr>
        <w:t>34:38  It is very, very, very strange. And here the Quran itself directs you to follow the pattern of Jesus Christ.</w:t>
      </w:r>
      <w:r>
        <w:br/>
      </w:r>
      <w:r>
        <w:rPr>
          <w:sz w:val="20"/>
        </w:rPr>
        <w:t>34:55  ya ayuhal ladhina amanu kunu ansarallahi kama qala yasubnu maryama lilhawariyyina man ansariyallillahi qala alhawariyyuna:</w:t>
      </w:r>
      <w:r>
        <w:br/>
      </w:r>
      <w:r>
        <w:rPr>
          <w:sz w:val="20"/>
        </w:rPr>
        <w:t>35:06  na na ansarullahi faa'malat taifatum min bani israil wa kafarata taifatun So this verse of the Quran tells</w:t>
      </w:r>
      <w:r>
        <w:br/>
      </w:r>
      <w:r>
        <w:rPr>
          <w:sz w:val="20"/>
        </w:rPr>
        <w:t>35:18  us or directs us to follow the examples set by Jesus Christ and directed to his disciples.</w:t>
      </w:r>
      <w:r>
        <w:br/>
      </w:r>
      <w:r>
        <w:rPr>
          <w:sz w:val="20"/>
        </w:rPr>
        <w:t>35:29  And what was the result?</w:t>
      </w:r>
      <w:r>
        <w:br/>
      </w:r>
      <w:r>
        <w:rPr>
          <w:sz w:val="20"/>
        </w:rPr>
        <w:t>35:41  You see that the followers of Jesus Christ comprise the largest religious community in our present world. And this was predicted in Hadith. There is a Hadith in Sahih Muslim.</w:t>
      </w:r>
      <w:r>
        <w:br/>
      </w:r>
      <w:r>
        <w:rPr>
          <w:sz w:val="20"/>
        </w:rPr>
        <w:t>36:06  Sahih Muslim is a very important book in Hadith literature.</w:t>
      </w:r>
      <w:r>
        <w:br/>
      </w:r>
      <w:r>
        <w:rPr>
          <w:sz w:val="20"/>
        </w:rPr>
        <w:t>36:17  So in Sahih Muslim, there is a Hadith that predicts this prediction was given by Prophet himself.</w:t>
      </w:r>
      <w:r>
        <w:br/>
      </w:r>
      <w:r>
        <w:rPr>
          <w:sz w:val="20"/>
        </w:rPr>
        <w:t>36:28  According to this Hadith or tradition, Prophet of Islam predicted that after some time, the followers of Christ</w:t>
      </w:r>
      <w:r>
        <w:br/>
      </w:r>
      <w:r>
        <w:rPr>
          <w:sz w:val="20"/>
        </w:rPr>
        <w:t>36:39  will compromise the largest faith in the world.</w:t>
      </w:r>
      <w:r>
        <w:br/>
      </w:r>
      <w:r>
        <w:rPr>
          <w:sz w:val="20"/>
        </w:rPr>
        <w:t>36:51  And now it has been happened. Now you can see that this prediction is now proved to be a fact. So what was the pattern adopted by, what was that successful pattern? What was that successful pattern adopted by the disciples of Jesus Christ?</w:t>
      </w:r>
      <w:r>
        <w:br/>
      </w:r>
      <w:r>
        <w:rPr>
          <w:sz w:val="20"/>
        </w:rPr>
        <w:t>37:21  It was this pattern: "Give to Caesar what is due to Caesar.</w:t>
      </w:r>
      <w:r>
        <w:br/>
      </w:r>
      <w:r>
        <w:rPr>
          <w:sz w:val="20"/>
        </w:rPr>
        <w:t>37:32  And give to God what is due to God." So the pattern of Christ was based on this</w:t>
      </w:r>
      <w:r>
        <w:br/>
      </w:r>
      <w:r>
        <w:rPr>
          <w:sz w:val="20"/>
        </w:rPr>
        <w:t>37:43  formula, this two-point formula.</w:t>
      </w:r>
      <w:r>
        <w:br/>
      </w:r>
      <w:r>
        <w:rPr>
          <w:sz w:val="20"/>
        </w:rPr>
        <w:t>37:55  That avoid political confrontation and avail Dawa opportunities present in the system, in the society.</w:t>
      </w:r>
      <w:r>
        <w:br/>
      </w:r>
      <w:r>
        <w:rPr>
          <w:sz w:val="20"/>
        </w:rPr>
        <w:t>38:06  So it is very, very important that this model is also valid.</w:t>
      </w:r>
      <w:r>
        <w:br/>
      </w:r>
      <w:r>
        <w:rPr>
          <w:sz w:val="20"/>
        </w:rPr>
        <w:t>38:17  It is not abolished.</w:t>
      </w:r>
      <w:r>
        <w:br/>
      </w:r>
      <w:r>
        <w:rPr>
          <w:sz w:val="20"/>
        </w:rPr>
        <w:t>38:29  This model is not abolished.</w:t>
      </w:r>
      <w:r>
        <w:br/>
      </w:r>
      <w:r>
        <w:rPr>
          <w:sz w:val="20"/>
        </w:rPr>
        <w:t>38:36  This model is also valid according to the situation.</w:t>
      </w:r>
      <w:r>
        <w:br/>
      </w:r>
      <w:r>
        <w:rPr>
          <w:sz w:val="20"/>
        </w:rPr>
        <w:t>38:44  So when we find ourselves in a situation where there is a political rule of some non-Muslims, some</w:t>
      </w:r>
      <w:r>
        <w:br/>
      </w:r>
      <w:r>
        <w:rPr>
          <w:sz w:val="20"/>
        </w:rPr>
        <w:t>38:52  secular forces, we have to avoid confrontation.</w:t>
      </w:r>
      <w:r>
        <w:br/>
      </w:r>
      <w:r>
        <w:rPr>
          <w:sz w:val="20"/>
        </w:rPr>
        <w:t>38:59  And we have to avail those opportunities we find in that system.</w:t>
      </w:r>
      <w:r>
        <w:br/>
      </w:r>
      <w:r>
        <w:rPr>
          <w:sz w:val="20"/>
        </w:rPr>
        <w:t>39:07  So the formula is like this: "Ignore the political problem and avail Dawa opportunities." This is the formula</w:t>
      </w:r>
      <w:r>
        <w:br/>
      </w:r>
      <w:r>
        <w:rPr>
          <w:sz w:val="20"/>
        </w:rPr>
        <w:t>39:15  given by Jesus Christ.</w:t>
      </w:r>
      <w:r>
        <w:br/>
      </w:r>
      <w:r>
        <w:rPr>
          <w:sz w:val="20"/>
        </w:rPr>
        <w:t>39:23  And also it is endorsed by the Quran itself in Surah As-Saff. And we have to adopt this formula in our times. It is valid up to this date. AQAULA QAWLI HADHA WAS TAGHFIRULLAH LI.</w:t>
      </w:r>
    </w:p>
    <w:p>
      <w:pPr>
        <w:pStyle w:val="Heading2"/>
      </w:pPr>
      <w:r>
        <w:t>How Muslim negativity blocks planning, and how high thinking made supermen</w:t>
      </w:r>
    </w:p>
    <w:p>
      <w:r>
        <w:rPr>
          <w:color w:val="666666"/>
          <w:sz w:val="18"/>
        </w:rPr>
        <w:t>Ijtihad in Islam December 28, 2008 · 5m 55s · at 47:25 · https://youtu.be/tQL9OXuyYFk?t=2845</w:t>
      </w:r>
    </w:p>
    <w:p>
      <w:r>
        <w:rPr>
          <w:i/>
        </w:rPr>
        <w:t>“Masjidon mein nafrat ki boliyan hoti hain har jagah”</w:t>
      </w:r>
    </w:p>
    <w:p>
      <w:r>
        <w:rPr>
          <w:sz w:val="20"/>
        </w:rPr>
        <w:t>47:25  to nafri taqreerein hoti hain har masjid mein. maine khud apni kaanon mein sunaaye</w:t>
      </w:r>
      <w:r>
        <w:br/>
      </w:r>
      <w:r>
        <w:rPr>
          <w:sz w:val="20"/>
        </w:rPr>
        <w:t>47:30  , nafrat ki taqreeren amreeka mein, europe mein, har jagah. yaani musalmanon ko negative food de rahe hain.</w:t>
      </w:r>
      <w:r>
        <w:br/>
      </w:r>
      <w:r>
        <w:rPr>
          <w:sz w:val="20"/>
        </w:rPr>
        <w:t>47:40  woh nateeja kya hai? ke musalman kuch planning nahi kar paate. negative thinking wala aadmi koi planning nahi kar sakta.</w:t>
      </w:r>
      <w:r>
        <w:br/>
      </w:r>
      <w:r>
        <w:rPr>
          <w:sz w:val="20"/>
        </w:rPr>
        <w:t>47:50  planning requires positive thinking. yaad rakhiye, planning requires positive thinking.</w:t>
      </w:r>
      <w:r>
        <w:br/>
      </w:r>
      <w:r>
        <w:rPr>
          <w:sz w:val="20"/>
        </w:rPr>
        <w:t>47:59  toh saare musalman, chahe europe ke hon ya amreeka ke hon ya arab ke hon ya india ke hon, jeete hain negativity mein. they are unable to plan their strategy.</w:t>
      </w:r>
      <w:r>
        <w:br/>
      </w:r>
      <w:r>
        <w:rPr>
          <w:sz w:val="20"/>
        </w:rPr>
        <w:t>48:15  rasool Allah jab gaye wahan par madine mein toh aap ne kya kiya?</w:t>
      </w:r>
      <w:r>
        <w:br/>
      </w:r>
      <w:r>
        <w:rPr>
          <w:sz w:val="20"/>
        </w:rPr>
        <w:t>48:21  jo pehla address aap ka tha, pehla address, ek bhi aap dekh lijiye, is mein ek shabd nahi hai jo makkah walon ke protest mein bola gaya ho.</w:t>
      </w:r>
      <w:r>
        <w:br/>
      </w:r>
      <w:r>
        <w:rPr>
          <w:sz w:val="20"/>
        </w:rPr>
        <w:t>48:35  ab ghaur kijiye ke watan se nikaal diya gaya, watan se nikaal diya gaya. lekin makkah se madina pahunchte hain toh aap kuch bhi nahi kehte ke hum ko nikaal diya gaya hai, hum par zulm kiya gaya hai, kuch bhi nahi.</w:t>
      </w:r>
      <w:r>
        <w:br/>
      </w:r>
      <w:r>
        <w:rPr>
          <w:sz w:val="20"/>
        </w:rPr>
        <w:t>48:49  jabke saari duniya mein musalman yeh boli bol rahe hain. ek martaba mein amreeka gaya toh wahan par maloom hua ke wahan par ek hai media watch.</w:t>
      </w:r>
      <w:r>
        <w:br/>
      </w:r>
      <w:r>
        <w:rPr>
          <w:sz w:val="20"/>
        </w:rPr>
        <w:t>49:00  ab aap saare interactions bade hue hain is amreeka ke. media watch, media watch kya hai? woh yeh hai ke musalmanon ke khilaaf kahan koi cheez chhupp raha hai, us ko pata karte hain, woh us ko highlight karte hain</w:t>
      </w:r>
      <w:r>
        <w:br/>
      </w:r>
      <w:r>
        <w:rPr>
          <w:sz w:val="20"/>
        </w:rPr>
        <w:t>49:16  , dikhate hain ke musalmanon ne dekho bhai, hamare khilaaf yeh baatein aa rahi hain, hamare khilaaf yeh baatein aa rahi hain. toh media watch naam hai is musalmanon ke khilaaf jo khabrein hain, us ko pata karna.</w:t>
      </w:r>
      <w:r>
        <w:br/>
      </w:r>
      <w:r>
        <w:rPr>
          <w:sz w:val="20"/>
        </w:rPr>
        <w:t>49:28  haalanke jo wahan opportunities hain, us ka koi nahi pata charcha karta, us ke koi watch nahi karta. woh opportunities ko discover karo, yeh koi nahi karta.</w:t>
      </w:r>
      <w:r>
        <w:br/>
      </w:r>
      <w:r>
        <w:rPr>
          <w:sz w:val="20"/>
        </w:rPr>
        <w:t>49:39  bas hamare khilaaf kya chhuppa hai, us ko pata karte hain. yeh ek negativity phaila rahe hain. negativi</w:t>
      </w:r>
      <w:r>
        <w:br/>
      </w:r>
      <w:r>
        <w:rPr>
          <w:sz w:val="20"/>
        </w:rPr>
        <w:t>49:46  ty toh positive planning kahan se hogi? if you are living in negativity, you cannot plan in a positive way.</w:t>
      </w:r>
      <w:r>
        <w:br/>
      </w:r>
      <w:r>
        <w:rPr>
          <w:sz w:val="20"/>
        </w:rPr>
        <w:t>49:55  bilkul simple formula hai. toh rasool Allah ne wahan kaha ja kar ke: "Ayyuha an-nas!" aap ne farmaya ke: "Ittqaw an-nar walaw bi shaqqi tamrah".</w:t>
      </w:r>
      <w:r>
        <w:br/>
      </w:r>
      <w:r>
        <w:rPr>
          <w:sz w:val="20"/>
        </w:rPr>
        <w:t>50:13  apne aap ko bachao, chahe khajoor ke ek tukde ke zariye kyun na ho. is ka matlab kya tha? bahut gehra matlab tha is ka, gehra matlab ke worldly complain se oopar uth jao.</w:t>
      </w:r>
      <w:r>
        <w:br/>
      </w:r>
      <w:r>
        <w:rPr>
          <w:sz w:val="20"/>
        </w:rPr>
        <w:t>50:29  duniya ke jo complain hote hain, koi zulm kar raha hai, koi conspiracy kar raha hai, kisi ne patthar maar diya, kisi ne hamare khilaaf yeh baat likh di ke woh baat likh di, us se oopar uth jao.</w:t>
      </w:r>
      <w:r>
        <w:br/>
      </w:r>
      <w:r>
        <w:rPr>
          <w:sz w:val="20"/>
        </w:rPr>
        <w:t>50:39  bilkul aakhirat ko apna concern banao. concern hamare haan kya hai? jahan dekhiye, jahan musalmanon ka akhbaar padhiye, un ki un ki baaton ko suniye, har jagah bas yeh bataya jaata hai ke hamare khilaaf yeh conspiracy hai, hamare khilaaf woh zulm ho raha hai, hamare khilaaf woh ho raha hai.</w:t>
      </w:r>
      <w:r>
        <w:br/>
      </w:r>
      <w:r>
        <w:rPr>
          <w:sz w:val="20"/>
        </w:rPr>
        <w:t>50:55  yahan se le kar</w:t>
      </w:r>
      <w:r>
        <w:br/>
      </w:r>
      <w:r>
        <w:rPr>
          <w:sz w:val="20"/>
        </w:rPr>
        <w:t>50:56  western world tak, har jagah, har jagah, har jagah. toh rasool Allah ne jab yeh sikhaya, jab yeh aap bole yeh ke bhai asal masla toh aakhirat ka hai, asal masla toh hell fire se apne aap ko bachane ka hai,</w:t>
      </w:r>
      <w:r>
        <w:br/>
      </w:r>
      <w:r>
        <w:rPr>
          <w:sz w:val="20"/>
        </w:rPr>
        <w:t>51:11  toh aap ne logon ke andar high thinking paida ki. high thinking, us se oopar uth kar socho. kitni badi baat hai yeh!</w:t>
      </w:r>
      <w:r>
        <w:br/>
      </w:r>
      <w:r>
        <w:rPr>
          <w:sz w:val="20"/>
        </w:rPr>
        <w:t>51:21  kitni badi baat hai yeh!</w:t>
      </w:r>
      <w:r>
        <w:br/>
      </w:r>
      <w:r>
        <w:rPr>
          <w:sz w:val="20"/>
        </w:rPr>
        <w:t>51:25  sab log, sab log, sab log jo hain, saare muslim world mein, kisi ke andar high thinking nahi hai. isi satah par sochte hain: "Arre bhai! Yahudiyon ne aisa kar diya!</w:t>
      </w:r>
      <w:r>
        <w:br/>
      </w:r>
      <w:r>
        <w:rPr>
          <w:sz w:val="20"/>
        </w:rPr>
        <w:t>51:34  Arre bhai! Hinduo ne aisa kar diya! Arre bhai! Amreeka ne aisa kar diya!" yaani musalmanon ke khilaaf jo cheez hai, us ko select kar ke wohi musalmanon ko phailate hain musalmanon ke darmiyan.</w:t>
      </w:r>
      <w:r>
        <w:br/>
      </w:r>
      <w:r>
        <w:rPr>
          <w:sz w:val="20"/>
        </w:rPr>
        <w:t>51:48  rasool Allah ne in saari cheezon ko aisa bana diya hai ke jis ko kehte hain ke yaani woh charcha karne qabil hi nahi.</w:t>
      </w:r>
      <w:r>
        <w:br/>
      </w:r>
      <w:r>
        <w:rPr>
          <w:sz w:val="20"/>
        </w:rPr>
        <w:t>52:00  into be recorded one, jis ko kehte hain angrezi mein, to be recorded one ke qabil hi nahi. is ka charcha kya hai? is ka zikr karna kya hai? woh toh kuch bhi nahi hai. yaani agar apni, agar makkah mein hum ko sataya gaya toh is ka charcha kya karna hai?</w:t>
      </w:r>
      <w:r>
        <w:br/>
      </w:r>
      <w:r>
        <w:rPr>
          <w:sz w:val="20"/>
        </w:rPr>
        <w:t>52:15  charcha to karo akhirat ka.</w:t>
      </w:r>
      <w:r>
        <w:br/>
      </w:r>
      <w:r>
        <w:rPr>
          <w:sz w:val="20"/>
        </w:rPr>
        <w:t>52:18  is tarah aap ne logon ke andar positive thinking paida ki, aap ke andar high thinking paida ki, logon ke andar creative thinking paida ki, logon ko nikala obsession se, conspiracy ka obsession, zulm ka obsession.</w:t>
      </w:r>
      <w:r>
        <w:br/>
      </w:r>
      <w:r>
        <w:rPr>
          <w:sz w:val="20"/>
        </w:rPr>
        <w:t>52:33  yeh complaint, woh complaint, is obsession se oopar nikal diya. to woh logon ko rasool Allah sal Allah alaihi wasallam ne un ko superman bana diya.</w:t>
      </w:r>
      <w:r>
        <w:br/>
      </w:r>
      <w:r>
        <w:rPr>
          <w:sz w:val="20"/>
        </w:rPr>
        <w:t>52:44  ek ek aadmi superman ban gaya.</w:t>
      </w:r>
      <w:r>
        <w:br/>
      </w:r>
      <w:r>
        <w:rPr>
          <w:sz w:val="20"/>
        </w:rPr>
        <w:t>52:49  dekhiye, man ko superman banane ka formula kya hai? man ko superman banane ka formula kya hai? high thinking! high thinking!</w:t>
      </w:r>
      <w:r>
        <w:br/>
      </w:r>
      <w:r>
        <w:rPr>
          <w:sz w:val="20"/>
        </w:rPr>
        <w:t>53:00  jab tak aadmi dekhiye, negativity mein jeeta hai, complaint mein jeeta hai, protest mein jeeta hai, tab tak woh ek saada aadmi hai, bas animal level par jee raha hai woh.</w:t>
      </w:r>
      <w:r>
        <w:br/>
      </w:r>
      <w:r>
        <w:rPr>
          <w:sz w:val="20"/>
        </w:rPr>
        <w:t>53:13  aur jab is se oopar uth gaya woh to woh superman ban gaya woh.</w:t>
      </w:r>
    </w:p>
    <w:p>
      <w:pPr>
        <w:pStyle w:val="Heading2"/>
      </w:pPr>
      <w:r>
        <w:t>Two-point formula and waiting for God's plan</w:t>
      </w:r>
    </w:p>
    <w:p>
      <w:r>
        <w:rPr>
          <w:color w:val="666666"/>
          <w:sz w:val="18"/>
        </w:rPr>
        <w:t>Story of the Prophet Yusuf May 11, 2014 Maulana Wahiduddin Khan · 5m 36s · at 15:59 · https://youtu.be/2alsBthUWhw?t=959</w:t>
      </w:r>
    </w:p>
    <w:p>
      <w:r>
        <w:rPr>
          <w:i/>
        </w:rPr>
        <w:t>“It is a two point formula”</w:t>
      </w:r>
    </w:p>
    <w:p>
      <w:r>
        <w:rPr>
          <w:sz w:val="20"/>
        </w:rPr>
        <w:t>15:59  It is a two point formula yani yeh jo hai best story jo hai best story ban jati hai to yeh sirf two point formula hai.</w:t>
      </w:r>
      <w:r>
        <w:br/>
      </w:r>
      <w:r>
        <w:rPr>
          <w:sz w:val="20"/>
        </w:rPr>
        <w:t>16:10  Woh hai taqwa aur sabr.</w:t>
      </w:r>
      <w:r>
        <w:br/>
      </w:r>
      <w:r>
        <w:rPr>
          <w:sz w:val="20"/>
        </w:rPr>
        <w:t>16:14  To taqwa aur sabr kya hai.</w:t>
      </w:r>
      <w:r>
        <w:br/>
      </w:r>
      <w:r>
        <w:rPr>
          <w:sz w:val="20"/>
        </w:rPr>
        <w:t>16:20  Taqwa aur sabr yeh hai ke jo kuch aap ki zindagi mein paish aaye jaisa ke Hazrat Yusuf ki zindagi mein paish aaya.</w:t>
      </w:r>
      <w:r>
        <w:br/>
      </w:r>
      <w:r>
        <w:rPr>
          <w:sz w:val="20"/>
        </w:rPr>
        <w:t>16:29  Sakht halaat mushkil halaat tarah tarah ke setback yeh sab paish aaye.</w:t>
      </w:r>
      <w:r>
        <w:br/>
      </w:r>
      <w:r>
        <w:rPr>
          <w:sz w:val="20"/>
        </w:rPr>
        <w:t>16:39  Lekin aap dekhiye na to aap ke andar revenge aaya na ghussa aaya kuch bhi nahi. Aap ne kya kiya</w:t>
      </w:r>
      <w:r>
        <w:br/>
      </w:r>
      <w:r>
        <w:rPr>
          <w:sz w:val="20"/>
        </w:rPr>
        <w:t>16:50  ke is par sabr karte hue sabr ka matlab patience is par sabr karte hue is ke mamle ko Allah ke khane mein daal diya.</w:t>
      </w:r>
      <w:r>
        <w:br/>
      </w:r>
      <w:r>
        <w:rPr>
          <w:sz w:val="20"/>
        </w:rPr>
        <w:t>17:06  Aur yeh jo yeh jo method hai yeh Quran ki ek aayat mein yeh in alfaaz mein aaya hai ke</w:t>
      </w:r>
      <w:r>
        <w:br/>
      </w:r>
      <w:r>
        <w:rPr>
          <w:sz w:val="20"/>
        </w:rPr>
        <w:t>17:20  in alfaaz mein aaya hai ke</w:t>
      </w:r>
      <w:r>
        <w:br/>
      </w:r>
      <w:r>
        <w:rPr>
          <w:sz w:val="20"/>
        </w:rPr>
        <w:t>17:29  إنما أشكو بسي وحدني إلى الله</w:t>
      </w:r>
      <w:r>
        <w:br/>
      </w:r>
      <w:r>
        <w:rPr>
          <w:sz w:val="20"/>
        </w:rPr>
        <w:t>17:35  Yeh un ke walid ke alfaaz hain إنما أشكو بسي وحدني إلى الله mein apne gham ko apni takleef ko sab Allah par dalta hoon.</w:t>
      </w:r>
      <w:r>
        <w:br/>
      </w:r>
      <w:r>
        <w:rPr>
          <w:sz w:val="20"/>
        </w:rPr>
        <w:t>17:47  To sara khulasa yeh hai ke aap aap ke andar yeh courage ho yeh himmat ho yeh yeh yeh aap ke andar soch ho yeh high thinking ho ke aap mamle ko Allah ke aage daal sakain.</w:t>
      </w:r>
      <w:r>
        <w:br/>
      </w:r>
      <w:r>
        <w:rPr>
          <w:sz w:val="20"/>
        </w:rPr>
        <w:t>18:06  Lekin kab kar payenge aap bas jab jab aap sabr kar sakain. Sabr nahi to Allah ke upar dalna bhi nahi. Sabr nahi to taqwa bhi nahi.</w:t>
      </w:r>
      <w:r>
        <w:br/>
      </w:r>
      <w:r>
        <w:rPr>
          <w:sz w:val="20"/>
        </w:rPr>
        <w:t>18:18  Kyunke jo halaat paish aate hain woh aap ke best ke liye hote hain. Aap ki burai ke liye nahi hote.</w:t>
      </w:r>
      <w:r>
        <w:br/>
      </w:r>
      <w:r>
        <w:rPr>
          <w:sz w:val="20"/>
        </w:rPr>
        <w:t>18:28  Khuda dekhta hai. Khuda ne har ek ke liye koi bohat hi bara future likh rakha hai.</w:t>
      </w:r>
      <w:r>
        <w:br/>
      </w:r>
      <w:r>
        <w:rPr>
          <w:sz w:val="20"/>
        </w:rPr>
        <w:t>18:37  Har ek ke liye har insan jo paida hota hai.</w:t>
      </w:r>
      <w:r>
        <w:br/>
      </w:r>
      <w:r>
        <w:rPr>
          <w:sz w:val="20"/>
        </w:rPr>
        <w:t>18:41  Chahe woh ghareeb ho ya ameer ho. Parha likha ho ya be parha likha ho. Koi bhi koi bhi koi bhi. Har ek ke liye Khuda ne koi bohat hi best future likh rakha hai.</w:t>
      </w:r>
      <w:r>
        <w:br/>
      </w:r>
      <w:r>
        <w:rPr>
          <w:sz w:val="20"/>
        </w:rPr>
        <w:t>18:56  Lekin woh best future kab milega kisi ko</w:t>
      </w:r>
      <w:r>
        <w:br/>
      </w:r>
      <w:r>
        <w:rPr>
          <w:sz w:val="20"/>
        </w:rPr>
        <w:t>18:59  . Is ki ek price hai. Woh price hai ke woh test par poora utre.</w:t>
      </w:r>
      <w:r>
        <w:br/>
      </w:r>
      <w:r>
        <w:rPr>
          <w:sz w:val="20"/>
        </w:rPr>
        <w:t>19:08  Test par poora utre aur test kya yahi hai ke jo kuch paish aaye is par sabr karte hue is ko Allah ke khane mein daal dena.</w:t>
      </w:r>
      <w:r>
        <w:br/>
      </w:r>
      <w:r>
        <w:rPr>
          <w:sz w:val="20"/>
        </w:rPr>
        <w:t>19:20  Yeh yahi test hai.</w:t>
      </w:r>
      <w:r>
        <w:br/>
      </w:r>
      <w:r>
        <w:rPr>
          <w:sz w:val="20"/>
        </w:rPr>
        <w:t>19:25  إنه من يتقى ويصبر فإن الله لا يضيع</w:t>
      </w:r>
      <w:r>
        <w:br/>
      </w:r>
      <w:r>
        <w:rPr>
          <w:sz w:val="20"/>
        </w:rPr>
        <w:t>19:32  أجر المحسنين Yeh bohat hi sochne ki baat hai ke waqiat ek insan ka tha lekin is ko generalize kar diya. Isi ko maine kaha ke repeatable bana diya.</w:t>
      </w:r>
      <w:r>
        <w:br/>
      </w:r>
      <w:r>
        <w:rPr>
          <w:sz w:val="20"/>
        </w:rPr>
        <w:t>19:45  Yeh mat samjho ke ek insan ka waqia hai. Yeh waqia repeatable hai.</w:t>
      </w:r>
      <w:r>
        <w:br/>
      </w:r>
      <w:r>
        <w:rPr>
          <w:sz w:val="20"/>
        </w:rPr>
        <w:t>19:50  Har aadmi har aadmi har aadmi har aurat har mard har aurat har mard is ko apni zindagi mein repeat kar sakta hai.</w:t>
      </w:r>
      <w:r>
        <w:br/>
      </w:r>
      <w:r>
        <w:rPr>
          <w:sz w:val="20"/>
        </w:rPr>
        <w:t>20:02  har ek ke liye repeatable hai lekin kab jab ke woh is ki shart ko pura karay. aur shart yeh shart yeh do hai taqwa aur sabr.</w:t>
      </w:r>
      <w:r>
        <w:br/>
      </w:r>
      <w:r>
        <w:rPr>
          <w:sz w:val="20"/>
        </w:rPr>
        <w:t>20:12  yani insanon ki taraf jo kuch pesh aaya hai is par bohat ziyada sabr karna. yani kuch bhi react na karna.</w:t>
      </w:r>
      <w:r>
        <w:br/>
      </w:r>
      <w:r>
        <w:rPr>
          <w:sz w:val="20"/>
        </w:rPr>
        <w:t>20:21  kuch bhi negative na hona. kuch bhi revenge aadmi ke andar na aaye. kuch bhi provoke na hona. zara bhi nahi. yeh hai sabr</w:t>
      </w:r>
      <w:r>
        <w:br/>
      </w:r>
      <w:r>
        <w:rPr>
          <w:sz w:val="20"/>
        </w:rPr>
        <w:t>20:33  . jab sabr kar payenge aap is is tareeqay se tabhi aap ke andar yeh quality paida hogi ke sach much dil se Allah ke hawale kar saken.</w:t>
      </w:r>
      <w:r>
        <w:br/>
      </w:r>
      <w:r>
        <w:rPr>
          <w:sz w:val="20"/>
        </w:rPr>
        <w:t>20:45  nahi to lip service hoga. yani agar aap Allah ke hawale karen jab ke aap ke dil mein negativity ho to woh to lip service hai.</w:t>
      </w:r>
      <w:r>
        <w:br/>
      </w:r>
      <w:r>
        <w:rPr>
          <w:sz w:val="20"/>
        </w:rPr>
        <w:t>20:56  lip service Allah ka accept nahi hogi.</w:t>
      </w:r>
      <w:r>
        <w:br/>
      </w:r>
      <w:r>
        <w:rPr>
          <w:sz w:val="20"/>
        </w:rPr>
        <w:t>21:00  isi liye haan mohsin ka lafz aaya. mohsin ka mani hote hain bohat achay tareeqay se perform karne wala.</w:t>
      </w:r>
      <w:r>
        <w:br/>
      </w:r>
      <w:r>
        <w:rPr>
          <w:sz w:val="20"/>
        </w:rPr>
        <w:t>21:10  to kaisi ajeeb good target is ke andar hai. lekin is mein kya hai aap ko wait karna hai ek lambi muddat tak.</w:t>
      </w:r>
      <w:r>
        <w:br/>
      </w:r>
      <w:r>
        <w:rPr>
          <w:sz w:val="20"/>
        </w:rPr>
        <w:t>21:24  agar aap wait nahi karenge to woh jo test ka jo process chalaya gaya hai Allah ki taraf se woh pura nahi hoga.</w:t>
      </w:r>
    </w:p>
    <w:p>
      <w:pPr>
        <w:pStyle w:val="Heading2"/>
      </w:pPr>
      <w:r>
        <w:t>Prophet Yusuf's de-linking example</w:t>
      </w:r>
    </w:p>
    <w:p>
      <w:r>
        <w:rPr>
          <w:color w:val="666666"/>
          <w:sz w:val="18"/>
        </w:rPr>
        <w:t>Art of De-Linking | May 6, 2007 - Maulana Wahiduddin Khan · 5m 02s · at 18:05 · https://youtu.be/e-Y0yXpZr34?t=1085</w:t>
      </w:r>
    </w:p>
    <w:p>
      <w:r>
        <w:rPr>
          <w:i/>
        </w:rPr>
        <w:t>“Nabi Yusuf ka ek pura bab hai Quran mein.”</w:t>
      </w:r>
    </w:p>
    <w:p>
      <w:r>
        <w:rPr>
          <w:sz w:val="20"/>
        </w:rPr>
        <w:t>18:05  a hoon nabi yusuf ka jin ko quran mein yusuf kaha gaya hai nabi yusuf par ek pura</w:t>
      </w:r>
      <w:r>
        <w:br/>
      </w:r>
      <w:r>
        <w:rPr>
          <w:sz w:val="20"/>
        </w:rPr>
        <w:t>18:16  baab hai quran majeed mein hazrat yusuf alaihissalam nabi yusuf aaye un ko paida to hue the</w:t>
      </w:r>
      <w:r>
        <w:br/>
      </w:r>
      <w:r>
        <w:rPr>
          <w:sz w:val="20"/>
        </w:rPr>
        <w:t>18:26  woh kanaan mein jo syria aur falasteen ke beech mein ek jagah thi phir woh pahunche misr mein</w:t>
      </w:r>
      <w:r>
        <w:br/>
      </w:r>
      <w:r>
        <w:rPr>
          <w:sz w:val="20"/>
        </w:rPr>
        <w:t>18:36  aur un ko jo nabiyon ki rooh mili woh misr mein mili wahan par unhon ne kaam kiya</w:t>
      </w:r>
      <w:r>
        <w:br/>
      </w:r>
      <w:r>
        <w:rPr>
          <w:sz w:val="20"/>
        </w:rPr>
        <w:t>18:43  us zamane mein jab ke wahan gaye the yeh us waqt wahan par ek ek ek dynasty thi</w:t>
      </w:r>
      <w:r>
        <w:br/>
      </w:r>
      <w:r>
        <w:rPr>
          <w:sz w:val="20"/>
        </w:rPr>
        <w:t>18:51  jo hukmarani kar rahi thi us ko kaha jata hai tareekh mein hyksos kings h y k s</w:t>
      </w:r>
      <w:r>
        <w:br/>
      </w:r>
      <w:r>
        <w:rPr>
          <w:sz w:val="20"/>
        </w:rPr>
        <w:t>18:59  o s hyksos kings</w:t>
      </w:r>
      <w:r>
        <w:br/>
      </w:r>
      <w:r>
        <w:rPr>
          <w:sz w:val="20"/>
        </w:rPr>
        <w:t>19:06  yeh ek dynasty hukmaran tha wahan par to un ke zamane mein jo hukmaran tha woh tha mushrik</w:t>
      </w:r>
      <w:r>
        <w:br/>
      </w:r>
      <w:r>
        <w:rPr>
          <w:sz w:val="20"/>
        </w:rPr>
        <w:t>19:14  mushrik yani idol parast nabi yusuf jo the woh to aap jante hain ke muwahid the wahdat khuda</w:t>
      </w:r>
      <w:r>
        <w:br/>
      </w:r>
      <w:r>
        <w:rPr>
          <w:sz w:val="20"/>
        </w:rPr>
        <w:t>19:21  ko manane wale yeh un ka paigham tha to kuch aise halaat paida hue jo aap parh sakte</w:t>
      </w:r>
      <w:r>
        <w:br/>
      </w:r>
      <w:r>
        <w:rPr>
          <w:sz w:val="20"/>
        </w:rPr>
        <w:t>19:29  hain bible mein aur quran mein dono</w:t>
      </w:r>
      <w:r>
        <w:br/>
      </w:r>
      <w:r>
        <w:rPr>
          <w:sz w:val="20"/>
        </w:rPr>
        <w:t>19:36  mein is ka charcha hai ke badshah jo tha us zamane mein aisa hua ke bohat bara sookha pada to is zamana aap jante hain ke ziraat ka zamana tha ziraat ke daur mein yeh waqea hua to sab kuch munhasir karta tha zameen ki pedawar par is zamane mein sanat nahi hua karti thi to nabi Yusuf</w:t>
      </w:r>
      <w:r>
        <w:br/>
      </w:r>
      <w:r>
        <w:rPr>
          <w:sz w:val="20"/>
        </w:rPr>
        <w:t>20:06  jo thay un ko badshah ne offer diya ke aap hamare haan khurak ka jo mehkma hai mehkma</w:t>
      </w:r>
      <w:r>
        <w:br/>
      </w:r>
      <w:r>
        <w:rPr>
          <w:sz w:val="20"/>
        </w:rPr>
        <w:t>20:14  khurak ko le lain aap is ne dekha ke yeh aadmi ke andar management ka yeh art of</w:t>
      </w:r>
      <w:r>
        <w:br/>
      </w:r>
      <w:r>
        <w:rPr>
          <w:sz w:val="20"/>
        </w:rPr>
        <w:t>20:22  management janta hai intizamiya janta hai management janta hai kuch tafseel aap ko janna ho to aap quran</w:t>
      </w:r>
      <w:r>
        <w:br/>
      </w:r>
      <w:r>
        <w:rPr>
          <w:sz w:val="20"/>
        </w:rPr>
        <w:t>20:29  mein dekh sakte hain aur bible mein dekh sakte hain mein sirf yeh baat kehna chahta hoon yahan par</w:t>
      </w:r>
      <w:r>
        <w:br/>
      </w:r>
      <w:r>
        <w:rPr>
          <w:sz w:val="20"/>
        </w:rPr>
        <w:t>20:37  ke agarchay badshah jo tha woh mushrik tha idol parast tha aur Hazrat Yusuf jo the woh muwahid the wahdat Khuda ko manne wale phir bhi unhone is offer ko le liya is offer ko phir bhi le liya yeh kaise mumkin hua unhone jab de-linking policy apnai yani badshah mushrik hai mein muwahid hoon badshah ai</w:t>
      </w:r>
      <w:r>
        <w:br/>
      </w:r>
      <w:r>
        <w:rPr>
          <w:sz w:val="20"/>
        </w:rPr>
        <w:t>21:07  dil parast hai mein khuda ko ibadat karne wala hoon yeh to bohat hi bara issue tha lekin</w:t>
      </w:r>
      <w:r>
        <w:br/>
      </w:r>
      <w:r>
        <w:rPr>
          <w:sz w:val="20"/>
        </w:rPr>
        <w:t>21:14  unhon ne delink kiya is ko delinking policy apnai tabhi to woh offer ko unhon ne</w:t>
      </w:r>
      <w:r>
        <w:br/>
      </w:r>
      <w:r>
        <w:rPr>
          <w:sz w:val="20"/>
        </w:rPr>
        <w:t>21:22  qubool kar liya aur is badshah ke tehat jo badshah ke mushrik tha aik muwahid peghambar barabar apna</w:t>
      </w:r>
      <w:r>
        <w:br/>
      </w:r>
      <w:r>
        <w:rPr>
          <w:sz w:val="20"/>
        </w:rPr>
        <w:t>21:29  kirdar karta raha yani ziraat ki jo</w:t>
      </w:r>
      <w:r>
        <w:br/>
      </w:r>
      <w:r>
        <w:rPr>
          <w:sz w:val="20"/>
        </w:rPr>
        <w:t>21:37  masnooat theen un ko ikatha kiya un ko sambhala aur kai saal tak is ko unhon ne is</w:t>
      </w:r>
      <w:r>
        <w:br/>
      </w:r>
      <w:r>
        <w:rPr>
          <w:sz w:val="20"/>
        </w:rPr>
        <w:t>21:44  is is mehkme mein yani khurak ke mehkme ko chalaya yeh aik bohat hi wazeh misaal hai de</w:t>
      </w:r>
      <w:r>
        <w:br/>
      </w:r>
      <w:r>
        <w:rPr>
          <w:sz w:val="20"/>
        </w:rPr>
        <w:t>21:52  linking policy ki jo aap dekh sakte hain bible mein bhi aur quran mein bhi to nabi ka</w:t>
      </w:r>
      <w:r>
        <w:br/>
      </w:r>
      <w:r>
        <w:rPr>
          <w:sz w:val="20"/>
        </w:rPr>
        <w:t>22:00  hamara manna yeh hota hai ke agar koi nabi aik kaam kare to is ka karna jo hai hamare liye</w:t>
      </w:r>
      <w:r>
        <w:br/>
      </w:r>
      <w:r>
        <w:rPr>
          <w:sz w:val="20"/>
        </w:rPr>
        <w:t>22:07  model ban jata hai model ke woh jo kiya us ne khuda ke naqshe ke mutabiq tha woh</w:t>
      </w:r>
      <w:r>
        <w:br/>
      </w:r>
      <w:r>
        <w:rPr>
          <w:sz w:val="20"/>
        </w:rPr>
        <w:t>22:15  sahih tha to sahi model tha woh to jab nabi yusuf ne aisa kiya ke unhon ne de</w:t>
      </w:r>
      <w:r>
        <w:br/>
      </w:r>
      <w:r>
        <w:rPr>
          <w:sz w:val="20"/>
        </w:rPr>
        <w:t>22:22  linking policy apnai shirk aur tauheed jaise itne bare issue mein bhi to kya tha wahi tha woh</w:t>
      </w:r>
      <w:r>
        <w:br/>
      </w:r>
      <w:r>
        <w:rPr>
          <w:sz w:val="20"/>
        </w:rPr>
        <w:t>22:30  ke ideal ke muqable paractical ko unhon ne apnaya ideal to yeh tha ke woh na lein</w:t>
      </w:r>
      <w:r>
        <w:br/>
      </w:r>
      <w:r>
        <w:rPr>
          <w:sz w:val="20"/>
        </w:rPr>
        <w:t>22:37  lekin unhon ne ideal ko chhod kar practical ko apnaya yeh aik misaal hai tareekh mein ke kis</w:t>
      </w:r>
      <w:r>
        <w:br/>
      </w:r>
      <w:r>
        <w:rPr>
          <w:sz w:val="20"/>
        </w:rPr>
        <w:t>22:45  tarah se delinking policy aik nabi ne apnai ab aage badhiye aap mein doosri misaal aap ko</w:t>
      </w:r>
      <w:r>
        <w:br/>
      </w:r>
      <w:r>
        <w:rPr>
          <w:sz w:val="20"/>
        </w:rPr>
        <w:t>22:53  deta hoon hazrat masih alaihissalam ki yasooh masih ki woh falasteen mein aaye jis zamane mein hazrat</w:t>
      </w:r>
      <w:r>
        <w:br/>
      </w:r>
      <w:r>
        <w:rPr>
          <w:sz w:val="20"/>
        </w:rPr>
        <w:t>23:01  masih aaye falasteen mein yani</w:t>
      </w:r>
    </w:p>
    <w:p>
      <w:pPr>
        <w:pStyle w:val="Heading2"/>
      </w:pPr>
      <w:r>
        <w:t>A blind beggar's prayer became his own lifelong dua</w:t>
      </w:r>
    </w:p>
    <w:p>
      <w:r>
        <w:rPr>
          <w:color w:val="666666"/>
          <w:sz w:val="18"/>
        </w:rPr>
        <w:t>Taqwa and Patience November 29, 2013 Maulana Wahiduddin Khan · 3m 38s · at 16:34 · https://youtu.be/HhJ22onYSzk?t=994</w:t>
      </w:r>
    </w:p>
    <w:p>
      <w:r>
        <w:rPr>
          <w:i/>
        </w:rPr>
        <w:t>“Main Delhi mein Jamid building ke ek chhote kamre mein rehta tha”</w:t>
      </w:r>
    </w:p>
    <w:p>
      <w:r>
        <w:rPr>
          <w:sz w:val="20"/>
        </w:rPr>
        <w:t>16:34  to us waqt main wapas yani Delhi mein ek chote se kamre mein rehta tha main. to dekhiye suniye, main rehta tha Jameed building mein, jo ke Gali Qasim Jan kehlaati thi.</w:t>
      </w:r>
      <w:r>
        <w:br/>
      </w:r>
      <w:r>
        <w:rPr>
          <w:sz w:val="20"/>
        </w:rPr>
        <w:t>16:47  wahan par ek masjid thi.</w:t>
      </w:r>
      <w:r>
        <w:br/>
      </w:r>
      <w:r>
        <w:rPr>
          <w:sz w:val="20"/>
        </w:rPr>
        <w:t>16:51  to us waqt to masjid choti si thi. aap suna hai? main ne dekha to nahi sunaya ke badi masjid ban gayi hai.</w:t>
      </w:r>
      <w:r>
        <w:br/>
      </w:r>
      <w:r>
        <w:rPr>
          <w:sz w:val="20"/>
        </w:rPr>
        <w:t>16:58  wahan main namaz parhne jaata tha. to wahan par har maghrib ko shaam ko ek manzar hota tha, unbelievably ke shaam ke maghrib ki namaz padhi.</w:t>
      </w:r>
      <w:r>
        <w:br/>
      </w:r>
      <w:r>
        <w:rPr>
          <w:sz w:val="20"/>
        </w:rPr>
        <w:t>17:11  main ne maghrib ki namaz padh ke jab utha to ek manzar wahan tha. woh manzar kya? ek boodha aadmi jo sar ta pa, ghareeb, boodha, andha khada ho jaata tha namaz ke baad.</w:t>
      </w:r>
      <w:r>
        <w:br/>
      </w:r>
      <w:r>
        <w:rPr>
          <w:sz w:val="20"/>
        </w:rPr>
        <w:t>17:27  aur choti si bachi us ki, dono mamooli kapde mein, yani ghurbat aur yani ajz ki tasweer hote thay.</w:t>
      </w:r>
      <w:r>
        <w:br/>
      </w:r>
      <w:r>
        <w:rPr>
          <w:sz w:val="20"/>
        </w:rPr>
        <w:t>17:38  woh to woh boodha aadmi kehta tha ek hi jab hamesha ek hi lafz bolta tha, woh sirf ek hi.</w:t>
      </w:r>
      <w:r>
        <w:br/>
      </w:r>
      <w:r>
        <w:rPr>
          <w:sz w:val="20"/>
        </w:rPr>
        <w:t>17:48  woh bachi to khadi thi chup chap, choti bachi thi. har surat se, har pehlu se madad ka mohtaaj hoon.</w:t>
      </w:r>
      <w:r>
        <w:br/>
      </w:r>
      <w:r>
        <w:rPr>
          <w:sz w:val="20"/>
        </w:rPr>
        <w:t>17:59  andha tha, ghareeb tha, aur yeh bolta tha: "har surat se, har pehlu se madad ka mohtaaj hoon." to main samjha ke yeh yeh meri tasweer hai.</w:t>
      </w:r>
      <w:r>
        <w:br/>
      </w:r>
      <w:r>
        <w:rPr>
          <w:sz w:val="20"/>
        </w:rPr>
        <w:t>18:12  wo sab se zyada mehboob yahi dua meri ban gai. musalsal, mustaqil tor par yeh dua karta tha ke: "ae allah!</w:t>
      </w:r>
      <w:r>
        <w:br/>
      </w:r>
      <w:r>
        <w:rPr>
          <w:sz w:val="20"/>
        </w:rPr>
        <w:t>18:23  har surat se, har pehlu se madad ka muhtaj hoon." yahi taqwa tha,</w:t>
      </w:r>
      <w:r>
        <w:br/>
      </w:r>
      <w:r>
        <w:rPr>
          <w:sz w:val="20"/>
        </w:rPr>
        <w:t>18:27  insan ki taraf sabr, allah ki taraf rujoo. mujhe nahi maloom kitni muddat tak yeh dua karta raha mein. aur namaz parh ke doosre log jo thay, woh to be etinai ki nazar dalte hue chale jatay thay.</w:t>
      </w:r>
      <w:r>
        <w:br/>
      </w:r>
      <w:r>
        <w:rPr>
          <w:sz w:val="20"/>
        </w:rPr>
        <w:t>18:45  kuch bhi kisi ne na is ko ahmiyat di, na kuch seekha kisi ne. ab mujhe to woh aadmi farishta dikhai deta tha.</w:t>
      </w:r>
      <w:r>
        <w:br/>
      </w:r>
      <w:r>
        <w:rPr>
          <w:sz w:val="20"/>
        </w:rPr>
        <w:t>18:56  lambay qad ka aadmi tha, lekin ghareeb, andha, bohat hi mamooli kapray mein. har surat se, har pehlu se madad ka muhtaj hoon.</w:t>
      </w:r>
      <w:r>
        <w:br/>
      </w:r>
      <w:r>
        <w:rPr>
          <w:sz w:val="20"/>
        </w:rPr>
        <w:t>19:08  baat kabhi aap ne parha hoga risalay mein ke meri zuban se aksar yeh niklta tha: "khudaya! kab tu aye ga?</w:t>
      </w:r>
      <w:r>
        <w:br/>
      </w:r>
      <w:r>
        <w:rPr>
          <w:sz w:val="20"/>
        </w:rPr>
        <w:t>19:17  mein kab tak tere intezar aanay ka intezar karoon?"</w:t>
      </w:r>
      <w:r>
        <w:br/>
      </w:r>
      <w:r>
        <w:rPr>
          <w:sz w:val="20"/>
        </w:rPr>
        <w:t>19:23  yani insanon ne sataya tha mujhe, insanon ne, lekin mera rujoo ho gaya allah ki taraf. yani isi hyderabad mein hamari aik base ban gai thi.</w:t>
      </w:r>
      <w:r>
        <w:br/>
      </w:r>
      <w:r>
        <w:rPr>
          <w:sz w:val="20"/>
        </w:rPr>
        <w:t>19:35  hum bar bar atay thay, yahan jalsay hotay thay. aik seat thi hamari, lekin kuch mukhalifeen ne sab bilkul jaise ghonsa ujaar diya jaye, waisa kar diya.</w:t>
      </w:r>
      <w:r>
        <w:br/>
      </w:r>
      <w:r>
        <w:rPr>
          <w:sz w:val="20"/>
        </w:rPr>
        <w:t>19:48  lekin mein koi, mein ne react nahi kiya, koi mein ghusa nahi hua, na mere dil mein koi nafrat aai, kuch nahi. bas yahi allah ki taraf rujoo: "khudaya!</w:t>
      </w:r>
      <w:r>
        <w:br/>
      </w:r>
      <w:r>
        <w:rPr>
          <w:sz w:val="20"/>
        </w:rPr>
        <w:t>19:59  tu kab aye ga? mein kab tak tere aanay ka intezar karoon?" yahi taqwa yani paish aya waqea insan ki taraf se. aap rujoo ho gaye allah ki taraf.</w:t>
      </w:r>
    </w:p>
    <w:p>
      <w:pPr>
        <w:pStyle w:val="Heading2"/>
      </w:pPr>
      <w:r>
        <w:t>Talif qalb in practice: salam history and Umar debate</w:t>
      </w:r>
    </w:p>
    <w:p>
      <w:r>
        <w:rPr>
          <w:color w:val="666666"/>
          <w:sz w:val="18"/>
        </w:rPr>
        <w:t>Return to Religion June 13, 2009 · 4m 57s · at 22:26 · https://youtu.be/qx7LpCmXMQk?t=1346</w:t>
      </w:r>
    </w:p>
    <w:p>
      <w:r>
        <w:rPr>
          <w:i/>
        </w:rPr>
        <w:t>“In today's time, we can't give them goats and money”</w:t>
      </w:r>
    </w:p>
    <w:p>
      <w:r>
        <w:rPr>
          <w:sz w:val="20"/>
        </w:rPr>
        <w:t>22:26  you, you, if you have something, you can explain more. Maulana, you mentioned that in today time, like you said that we cannot give them goats or sheep or anything of that sort, because people already have today money and all the important things that they required for what is important is or how you can do talif is by doing something which is part of their culture.</w:t>
      </w:r>
      <w:r>
        <w:br/>
      </w:r>
      <w:r>
        <w:rPr>
          <w:sz w:val="20"/>
        </w:rPr>
        <w:t>22:51  for example, in the case of Gujarat, when we visited the group, Maulana said that it will not be wrong if you do a proper namaskar to them, because that is a part of their culture.</w:t>
      </w:r>
      <w:r>
        <w:br/>
      </w:r>
      <w:r>
        <w:rPr>
          <w:sz w:val="20"/>
        </w:rPr>
        <w:t>23:09  so even if you know, you can touch the feet as way of respect, that is also talif, talif qalb.</w:t>
      </w:r>
      <w:r>
        <w:br/>
      </w:r>
      <w:r>
        <w:rPr>
          <w:sz w:val="20"/>
        </w:rPr>
        <w:t>23:22  really, SI, I, I, I can said that all these things are part of talif qalb.</w:t>
      </w:r>
      <w:r>
        <w:br/>
      </w:r>
      <w:r>
        <w:rPr>
          <w:sz w:val="20"/>
        </w:rPr>
        <w:t>23:35  when we do these things as a respect, not as a shirk. if someone does this as a shirk, he believe that this guru is God and we are trying to seek his blessing as a God, then it is shirk.</w:t>
      </w:r>
      <w:r>
        <w:br/>
      </w:r>
      <w:r>
        <w:rPr>
          <w:sz w:val="20"/>
        </w:rPr>
        <w:t>23:55  but we are, we do as a, as a token of respect, then it is right.</w:t>
      </w:r>
      <w:r>
        <w:br/>
      </w:r>
      <w:r>
        <w:rPr>
          <w:sz w:val="20"/>
        </w:rPr>
        <w:t>24:06  I will give you an example: let us take salam. Assalamualaikum. so previously in Arab, there was not Assalamualaikum, there was an anim sabah, anim masaa.</w:t>
      </w:r>
      <w:r>
        <w:br/>
      </w:r>
      <w:r>
        <w:rPr>
          <w:sz w:val="20"/>
        </w:rPr>
        <w:t>24:22  there is like saying: "good morning, good evening."</w:t>
      </w:r>
      <w:r>
        <w:br/>
      </w:r>
      <w:r>
        <w:rPr>
          <w:sz w:val="20"/>
        </w:rPr>
        <w:t>24:27  then Islam introduced: "Assalamualaikum." but at that time, there was, yani, yani raising hand, this kind of no, only by, by the word of mouth.</w:t>
      </w:r>
      <w:r>
        <w:br/>
      </w:r>
      <w:r>
        <w:rPr>
          <w:sz w:val="20"/>
        </w:rPr>
        <w:t>24:41  then these Muslims, when, yani, when they entered into Iran, so their, they, they, they use to raise their hand when they say adab: "Assalamualaikum." so they adopted this practice, although this was not in Arabia.</w:t>
      </w:r>
      <w:r>
        <w:br/>
      </w:r>
      <w:r>
        <w:rPr>
          <w:sz w:val="20"/>
        </w:rPr>
        <w:t>25:05  so I would like to say, to say that if in India, people raise to, both the, both the hand. so it is right, it is okay.</w:t>
      </w:r>
      <w:r>
        <w:br/>
      </w:r>
      <w:r>
        <w:rPr>
          <w:sz w:val="20"/>
        </w:rPr>
        <w:t>25:17  if raising one hand was not against Islamic teaching, then it is absurd to say that raising two hand will be against Islam.</w:t>
      </w:r>
      <w:r>
        <w:br/>
      </w:r>
      <w:r>
        <w:rPr>
          <w:sz w:val="20"/>
        </w:rPr>
        <w:t>25:28  so I, I, I, I can say that this is also a item of talif q</w:t>
      </w:r>
      <w:r>
        <w:br/>
      </w:r>
      <w:r>
        <w:rPr>
          <w:sz w:val="20"/>
        </w:rPr>
        <w:t>25:34  alb. clear? ya Maulana, here I would also like you to clarify one more point, like in the time of companions, some of the Muslims said the incident of Umar,</w:t>
      </w:r>
      <w:r>
        <w:br/>
      </w:r>
      <w:r>
        <w:rPr>
          <w:sz w:val="20"/>
        </w:rPr>
        <w:t>25:49  saying that talif is not required any more. so how would you add</w:t>
      </w:r>
      <w:r>
        <w:br/>
      </w:r>
      <w:r>
        <w:rPr>
          <w:sz w:val="20"/>
        </w:rPr>
        <w:t>25:54  address that? when haan, it is very difficult question, because all the ulama, except myself, have abrogated this teaching.</w:t>
      </w:r>
      <w:r>
        <w:br/>
      </w:r>
      <w:r>
        <w:rPr>
          <w:sz w:val="20"/>
        </w:rPr>
        <w:t>26:06  it is very, yani, sad to know, all the ulama, perhaps there is no exception. you can see the commentary of the Quran,</w:t>
      </w:r>
      <w:r>
        <w:br/>
      </w:r>
      <w:r>
        <w:rPr>
          <w:sz w:val="20"/>
        </w:rPr>
        <w:t>26:19  they say, they said one instance that happened at the khilafat of Umar. but it is wrong.</w:t>
      </w:r>
      <w:r>
        <w:br/>
      </w:r>
      <w:r>
        <w:rPr>
          <w:sz w:val="20"/>
        </w:rPr>
        <w:t>26:32  if you, if you want, I can give you the detail, but only citing a practice of Umar, Khalifa Umar, is not correct.</w:t>
      </w:r>
      <w:r>
        <w:br/>
      </w:r>
      <w:r>
        <w:rPr>
          <w:sz w:val="20"/>
        </w:rPr>
        <w:t>26:42  talif qalb is a eternal teaching.</w:t>
      </w:r>
      <w:r>
        <w:br/>
      </w:r>
      <w:r>
        <w:rPr>
          <w:sz w:val="20"/>
        </w:rPr>
        <w:t>26:45  no one has right to abrogate this teaching, because when dawah is eternal, then talif qalb is also eternal. it is talif qalb, is part of, part of talif qalb, part of dawah.</w:t>
      </w:r>
      <w:r>
        <w:br/>
      </w:r>
      <w:r>
        <w:rPr>
          <w:sz w:val="20"/>
        </w:rPr>
        <w:t>27:00  unless you abrogate dawah, how you can abrogate talif qalb?</w:t>
      </w:r>
      <w:r>
        <w:br/>
      </w:r>
      <w:r>
        <w:rPr>
          <w:sz w:val="20"/>
        </w:rPr>
        <w:t>27:09  so I, I, I, I can say that all the scholars are wrong when they say that talif qalb is abrogated ayat.</w:t>
      </w:r>
      <w:r>
        <w:br/>
      </w:r>
      <w:r>
        <w:rPr>
          <w:sz w:val="20"/>
        </w:rPr>
        <w:t>27:18  no, not at all.</w:t>
      </w:r>
    </w:p>
    <w:p>
      <w:pPr>
        <w:pStyle w:val="Heading2"/>
      </w:pPr>
      <w:r>
        <w:t>women's responsibilities and historic role in Islamic dawah</w:t>
      </w:r>
    </w:p>
    <w:p>
      <w:r>
        <w:rPr>
          <w:color w:val="666666"/>
          <w:sz w:val="18"/>
        </w:rPr>
        <w:t>CPS Women Monthly Interaction 8 August 28, 2022 · 5m 10s · at 37:41 · https://youtu.be/TL5rMVeuDh8?t=2261</w:t>
      </w:r>
    </w:p>
    <w:p>
      <w:r>
        <w:rPr>
          <w:i/>
        </w:rPr>
        <w:t>“CPS se judne ke baad pata chala hai ke hamko dawa dawat karna hai.”</w:t>
      </w:r>
    </w:p>
    <w:p>
      <w:r>
        <w:rPr>
          <w:sz w:val="20"/>
        </w:rPr>
        <w:t>37:41  to ab ek cheez to mujhe CPS se judne ke baad pata chali hai ke humko dawa daawat badkar karna hai, theek hai? to woh to theek hai. uske alawa hum umeed hone ke lihaaz se hum par kaun si zimmedariyan aaye hoti hain?</w:t>
      </w:r>
      <w:r>
        <w:br/>
      </w:r>
      <w:r>
        <w:rPr>
          <w:sz w:val="20"/>
        </w:rPr>
        <w:t>38:02  sabse bada kaam to dawa work hi karna hai aur bachchon ko islami lihaaz se unki training karein apne ghar walon ko apne family members ko train karein. islamilihaaz se bohat sari ladies hain jo kuch na kuch bachchon ko batati rehti hain, batati rehti hain. yahan tak ke bachchon ko poora mission samajh mein aa jata hai.</w:t>
      </w:r>
      <w:r>
        <w:br/>
      </w:r>
      <w:r>
        <w:rPr>
          <w:sz w:val="20"/>
        </w:rPr>
        <w:t>38:24  to ghar ka woh mahaul banayein taake bachchon ko poori tarah se unki training ho aur jitna bahar mauka mile utna bahar kaam karein aur auraton ne aisa nahi ke aaj hi kaam kar rahi hain. rasoolullah sallam ne auraton ko poora mauka diya.</w:t>
      </w:r>
      <w:r>
        <w:br/>
      </w:r>
      <w:r>
        <w:rPr>
          <w:sz w:val="20"/>
        </w:rPr>
        <w:t>38:41  masjid mein jaati thi, sermon attend karti thi aur har tarah se unko mauka tha aur yahan tak us zamane ki jo sari jo primary education thi bachchon ki woh sab auratein hi uska intezaam karti thi unke gharon mein taleem deti thi aur yeh to hazaar varsh tak chalta raha.</w:t>
      </w:r>
      <w:r>
        <w:br/>
      </w:r>
      <w:r>
        <w:rPr>
          <w:sz w:val="20"/>
        </w:rPr>
        <w:t>39:00  ab jo naya zamana aaya hai nai technology aayi hai literature aaya hai to ab hum dawa work bahar nikal kar bhi kar sakte hain nahi gharon mein to auratein sab kaam kar hi rahi thi. auraton ne kabhi koi kami nahi ki lekin bas masla hi hai ke auraton ki baaton ko record bohat kam kiya gaya hai. auratein ghar mein rehti thi to utna record mein aayi nahi tareekh mein unka record kam milta hai lekin kaam to unhone bohat zyada kiya hai.</w:t>
      </w:r>
      <w:r>
        <w:br/>
      </w:r>
      <w:r>
        <w:rPr>
          <w:sz w:val="20"/>
        </w:rPr>
        <w:t>39:29  kaam mein auraton ne koi kami nahin ki hai.</w:t>
      </w:r>
      <w:r>
        <w:br/>
      </w:r>
      <w:r>
        <w:rPr>
          <w:sz w:val="20"/>
        </w:rPr>
        <w:t>39:35  hadrat asha itna zyada unko yeh room tha ki bahut sare sahwa jab koi baat unko samajh mein</w:t>
      </w:r>
      <w:r>
        <w:br/>
      </w:r>
      <w:r>
        <w:rPr>
          <w:sz w:val="20"/>
        </w:rPr>
        <w:t>39:41  nahin aati thi to wo unse samajhne ke liye aate the aur khali hadrat asha hi nahin bahut</w:t>
      </w:r>
      <w:r>
        <w:br/>
      </w:r>
      <w:r>
        <w:rPr>
          <w:sz w:val="20"/>
        </w:rPr>
        <w:t>39:48  zyada kaam auraton ne kiya hai ab jab ek bahut hi badi woh hai ki tadariyon ko zamane</w:t>
      </w:r>
      <w:r>
        <w:br/>
      </w:r>
      <w:r>
        <w:rPr>
          <w:sz w:val="20"/>
        </w:rPr>
        <w:t>39:54  mein jabki itna zabardast mangolon ne hamla kiya tha ki ek ek shahar mein lakhon lakhon logon ko</w:t>
      </w:r>
      <w:r>
        <w:br/>
      </w:r>
      <w:r>
        <w:rPr>
          <w:sz w:val="20"/>
        </w:rPr>
        <w:t>40:01  maar dala tha, masjidें sari dha di thi sare hadare jo hai maza madarse wagera sab dha diye</w:t>
      </w:r>
      <w:r>
        <w:br/>
      </w:r>
      <w:r>
        <w:rPr>
          <w:sz w:val="20"/>
        </w:rPr>
        <w:t>40:07  the aur unhon ne mardon ko to maar dala tha auraton ko jo hai woh unko bejra samajhte the</w:t>
      </w:r>
      <w:r>
        <w:br/>
      </w:r>
      <w:r>
        <w:rPr>
          <w:sz w:val="20"/>
        </w:rPr>
        <w:t>40:14  unko utha le gaye gharon mein kuch kisi se shadi kari kisi zyada tar mistress bana kar apne khadim bana kar</w:t>
      </w:r>
      <w:r>
        <w:br/>
      </w:r>
      <w:r>
        <w:rPr>
          <w:sz w:val="20"/>
        </w:rPr>
        <w:t>40:20  woh sab apne gharon mein rakh liya.</w:t>
      </w:r>
      <w:r>
        <w:br/>
      </w:r>
      <w:r>
        <w:rPr>
          <w:sz w:val="20"/>
        </w:rPr>
        <w:t>40:27  ab yeh auraten us zamane mein dekhiye auraten itni zyada samajhdar thi, padhi likhi thi ki unhon ne woh</w:t>
      </w:r>
      <w:r>
        <w:br/>
      </w:r>
      <w:r>
        <w:rPr>
          <w:sz w:val="20"/>
        </w:rPr>
        <w:t>40:34  jo mangol se tar tarthe woh log toh woh the barbarians the aur yeh auraten sari culture</w:t>
      </w:r>
      <w:r>
        <w:br/>
      </w:r>
      <w:r>
        <w:rPr>
          <w:sz w:val="20"/>
        </w:rPr>
        <w:t>40:41  thi civilized thi padhi likhi thi toh un logon ne negative nahi hui balki unhon ne kya kiya ki</w:t>
      </w:r>
      <w:r>
        <w:br/>
      </w:r>
      <w:r>
        <w:rPr>
          <w:sz w:val="20"/>
        </w:rPr>
        <w:t>40:49  ghar ke mahaul ko dheere dheere dheere dheere badalna shuru kiya aur bachchon ko samjhana shuru kiya tarah</w:t>
      </w:r>
      <w:r>
        <w:br/>
      </w:r>
      <w:r>
        <w:rPr>
          <w:sz w:val="20"/>
        </w:rPr>
        <w:t>40:56  tarah se islam ki baaten bahut hi indirectly aur bahut hi peaceful bhi unhon ne samjhati nahi samjhati nahi.</w:t>
      </w:r>
      <w:r>
        <w:br/>
      </w:r>
      <w:r>
        <w:rPr>
          <w:sz w:val="20"/>
        </w:rPr>
        <w:t>41:04  yahan tak ek waqt aaya lambi kahani hai ek waqt aaya inhi tamam tathariyon ne islam ko ulta kar liya aur yeh jo mughal rulers hain yeh sab wahi hain to tamam logon ne islam ko hold kar liya to auraton ne bohat kaam kiya hai auratein unko record nahi kiya gaya hai masla yeh hai.</w:t>
      </w:r>
      <w:r>
        <w:br/>
      </w:r>
      <w:r>
        <w:rPr>
          <w:sz w:val="20"/>
        </w:rPr>
        <w:t>41:30  jahan tak main apne experience se main batana cha rahi hoon raziya ke auraton ke paas bohat zyada opportunity hai mardon ke hisab se. jaise ke auraton ko allah taala ne multitasking banaya hai aur yahi ek wajah hai ke hamare paas kai sare platforms hain. jaise ke main ek chhoti si example de pichhle hafte mere my eldest son unke jo college compete ya job mein hai unke do friend aaye hue the mere ghar par.</w:t>
      </w:r>
      <w:r>
        <w:br/>
      </w:r>
      <w:r>
        <w:rPr>
          <w:sz w:val="20"/>
        </w:rPr>
        <w:t>41:58  to jab woh jaane lage to maine unko quran ko introduce kiya aur unko gift kiya. jaate waqt dono non muslim the. to aap is tarah ke dekhiyega informal settings mein auraton ko bohat zyada ladies jo hum maein hain, mothers hain, sisters hain. hum sirf ek apne liye ek awareness create karein ke hamara ek bohat hi important role hai dawa karne ka, dawat ka kaam karne ka.</w:t>
      </w:r>
      <w:r>
        <w:br/>
      </w:r>
      <w:r>
        <w:rPr>
          <w:sz w:val="20"/>
        </w:rPr>
        <w:t>42:22  to aap apne aap hi dekhiye jab aap khud conscious ho jayenge na to aap har opportunity ko, kisi bhi opportunity ko aap lose nahi karenge. aap dekhiye ek ghar mein, ek ghar ki setting mein maine ek dawa work kar liya. to is tarah se opportunities har din har bohat zyada mauke milte hain hum ladies ko. to it is just upon us to avail those opportunities. kar lo, zyada kar lo. ek aur lady hain jinka naam mujhe samajh mein nahi aa raha hai.</w:t>
      </w:r>
      <w:r>
        <w:br/>
      </w:r>
      <w:r>
        <w:rPr>
          <w:sz w:val="20"/>
        </w:rPr>
        <w:t>42:51  kafi der se unhone raise kiya hai. please apna naam batayein aur say your question. ji, mera naam Princess Khan hai. main America se baat kar rahi hoon. mujhe faridabad se ek to yeh cheez poochni thi. kya Maulana sahib ki audio books hain, jo unki books hain, woh audio hain kyunki hum log travelling bohat karte hain. to travelling ke andar yeh hota hai hamari liye bohat aasani ho jati hai.</w:t>
      </w:r>
    </w:p>
    <w:p>
      <w:pPr>
        <w:pStyle w:val="Heading2"/>
      </w:pPr>
      <w:r>
        <w:t>Hudaybiyyah: choosing peace over war multiplied the believers</w:t>
      </w:r>
    </w:p>
    <w:p>
      <w:r>
        <w:rPr>
          <w:color w:val="666666"/>
          <w:sz w:val="18"/>
        </w:rPr>
        <w:t>Choice Between Right and Wrong Battlefield January 26, 2007 Maulana Wahiddduin Khan · 4m 45s · at 35:55 · https://youtu.be/F-onKK3Ibcc?t=2155</w:t>
      </w:r>
    </w:p>
    <w:p>
      <w:r>
        <w:rPr>
          <w:i/>
        </w:rPr>
        <w:t>“People ask why I always bring up Hudaybiyyah”</w:t>
      </w:r>
    </w:p>
    <w:p>
      <w:r>
        <w:rPr>
          <w:sz w:val="20"/>
        </w:rPr>
        <w:t>35:55  prophet, aksar log mujh se bohat woh karte hain ke aap hudaybiyah ka bohat naam lete hain.</w:t>
      </w:r>
      <w:r>
        <w:br/>
      </w:r>
      <w:r>
        <w:rPr>
          <w:sz w:val="20"/>
        </w:rPr>
        <w:t>36:02  mein kehta hoon hudaybiyah ke bare mein ek sahabi kehte hain ke ma kaana fath a'zam min sul al hudaybiyah fil islam ke sab se bari fatah jo islam mein thi, woh hudaybiyah thi.</w:t>
      </w:r>
      <w:r>
        <w:br/>
      </w:r>
      <w:r>
        <w:rPr>
          <w:sz w:val="20"/>
        </w:rPr>
        <w:t>36:13  to mein kyun na naam loon is ka? aap ghor kijiye. quran mein hai ke inna fatahna laka fatham mubeen quran kehta hai ke hudaybiyah fath mubeen thi.</w:t>
      </w:r>
      <w:r>
        <w:br/>
      </w:r>
      <w:r>
        <w:rPr>
          <w:sz w:val="20"/>
        </w:rPr>
        <w:t>36:27  sahabi kehte hain ke hudaybiyah fath a'zam thi. to mein kyun na is ka naam loon?</w:t>
      </w:r>
      <w:r>
        <w:br/>
      </w:r>
      <w:r>
        <w:rPr>
          <w:sz w:val="20"/>
        </w:rPr>
        <w:t>36:32  log kehte hain ke sahabi ke paas hudaybiyah hai. phir kyun na hudaybiyah hoga? jab use fath mubeen ka raaz chupa hua hai to hudaybiyah mein dekhiye, rasool allah ke ke samne kya tha?</w:t>
      </w:r>
      <w:r>
        <w:br/>
      </w:r>
      <w:r>
        <w:rPr>
          <w:sz w:val="20"/>
        </w:rPr>
        <w:t>36:47  woh log provoke kar rahe the, woh log bhadka rahe the. is ki lambi tafseel aap, lambi detail aap kitabon mein parh sakte hain.</w:t>
      </w:r>
      <w:r>
        <w:br/>
      </w:r>
      <w:r>
        <w:rPr>
          <w:sz w:val="20"/>
        </w:rPr>
        <w:t>36:56  to ek taraf yeh tha ke aap un se, un ke provocation se bhadak kar ke koi rai banayein. ek tha is se alag ho kar rai banayein.</w:t>
      </w:r>
      <w:r>
        <w:br/>
      </w:r>
      <w:r>
        <w:rPr>
          <w:sz w:val="20"/>
        </w:rPr>
        <w:t>37:08  to woh log to har, yaani unhon ne pathar hi mar. ek aadmi ko unhon ne jaan se mar dala, ek sahabi ko. aur bohat se qisse unhon ne kiye bharkane wale.</w:t>
      </w:r>
      <w:r>
        <w:br/>
      </w:r>
      <w:r>
        <w:rPr>
          <w:sz w:val="20"/>
        </w:rPr>
        <w:t>37:19  kyun? woh chahte the ke larai ho jaye.</w:t>
      </w:r>
      <w:r>
        <w:br/>
      </w:r>
      <w:r>
        <w:rPr>
          <w:sz w:val="20"/>
        </w:rPr>
        <w:t>37:24  larai ho jaye. kyunke unke paas aadmi zyada the, idhar aadmi kam the.</w:t>
      </w:r>
      <w:r>
        <w:br/>
      </w:r>
      <w:r>
        <w:rPr>
          <w:sz w:val="20"/>
        </w:rPr>
        <w:t>37:31  to Rasool Allah ke samne kya tha? ya to bhadak kar ke us ke mutabiq apna battle ground banayein.</w:t>
      </w:r>
      <w:r>
        <w:br/>
      </w:r>
      <w:r>
        <w:rPr>
          <w:sz w:val="20"/>
        </w:rPr>
        <w:t>37:40  zahir hai ke woh jang hoga. ya na bhadak kar ke apna battle ground banayein. woh peace hoga. to aap ne kya kiya?</w:t>
      </w:r>
      <w:r>
        <w:br/>
      </w:r>
      <w:r>
        <w:rPr>
          <w:sz w:val="20"/>
        </w:rPr>
        <w:t>37:51  bhadak kar apna battle ground banane ka jo tareeqa chhod diya, us ko. matlab jang ki taraf nahi gaye. na bhadak kar ke jo aap ne kiya, woh kya tha?</w:t>
      </w:r>
      <w:r>
        <w:br/>
      </w:r>
      <w:r>
        <w:rPr>
          <w:sz w:val="20"/>
        </w:rPr>
        <w:t>38:01  ke aap ne un se peace treaty kar li.</w:t>
      </w:r>
      <w:r>
        <w:br/>
      </w:r>
      <w:r>
        <w:rPr>
          <w:sz w:val="20"/>
        </w:rPr>
        <w:t>38:06  no war pact kar liya. to no war pact jo tha, woh kya tha? woh yeh tha ke aap ne right battle ground liya.</w:t>
      </w:r>
      <w:r>
        <w:br/>
      </w:r>
      <w:r>
        <w:rPr>
          <w:sz w:val="20"/>
        </w:rPr>
        <w:t>38:17  battle ground jang ke ma'ne mein nahi bol raha hoon, peace, peace ke ma'ne mein bol raha hoon. to wrong battle ground lete aap to woh larai ki taraf chale jate aap.</w:t>
      </w:r>
      <w:r>
        <w:br/>
      </w:r>
      <w:r>
        <w:rPr>
          <w:sz w:val="20"/>
        </w:rPr>
        <w:t>38:28  aur right battle ground aap ne liya to aap peace ki taraf chale gaye. yaani peaceful struggle. militant struggle ko chhod kar ke, yeh violent struggle ko chhod kar ke, peaceful struggle.</w:t>
      </w:r>
      <w:r>
        <w:br/>
      </w:r>
      <w:r>
        <w:rPr>
          <w:sz w:val="20"/>
        </w:rPr>
        <w:t>38:40  chunanche aap un se peace treaty kar ke loot aaye aur us ke baad da'wa barq shuru kar diya.</w:t>
      </w:r>
      <w:r>
        <w:br/>
      </w:r>
      <w:r>
        <w:rPr>
          <w:sz w:val="20"/>
        </w:rPr>
        <w:t>38:48  yaani aap ne un se yeh ahad kar liya ke hum mein tum mein larai nahi hogi. hum tum nahi ladenge das saal tak. ladna band. to kaha ke cease fire keh lijiye aap us ko das saal ke liye.</w:t>
      </w:r>
      <w:r>
        <w:br/>
      </w:r>
      <w:r>
        <w:rPr>
          <w:sz w:val="20"/>
        </w:rPr>
        <w:t>39:03  to aap ne jang ko band karwa kar ke aur da'wa work shuru kar diya. aap, aap ke sahaba sab log da'wa work mein lag gaye.</w:t>
      </w:r>
      <w:r>
        <w:br/>
      </w:r>
      <w:r>
        <w:rPr>
          <w:sz w:val="20"/>
        </w:rPr>
        <w:t>39:12  aur phir kya hua? ke do saal ke andar andar ek miracle ho gaya. us waqt aap ke sath jo log the, woh kul chaudah so the.</w:t>
      </w:r>
      <w:r>
        <w:br/>
      </w:r>
      <w:r>
        <w:rPr>
          <w:sz w:val="20"/>
        </w:rPr>
        <w:t>39:24  One thousand four hundred do saal ke andar andar kya hua? ke aap ke saathi'on ki tadad ten thousand ho gayi.</w:t>
      </w:r>
      <w:r>
        <w:br/>
      </w:r>
      <w:r>
        <w:rPr>
          <w:sz w:val="20"/>
        </w:rPr>
        <w:t>39:33  yaani chaudah so se barh kar ten thousand.</w:t>
      </w:r>
      <w:r>
        <w:br/>
      </w:r>
      <w:r>
        <w:rPr>
          <w:sz w:val="20"/>
        </w:rPr>
        <w:t>39:37  to yeh, yeh ginti itni zyada thi ke sirf number hi kafi ho gaya is baat ke liye ke woh log surrender kar dein. yaani aap ki tadad itni barh gayi, itni barh gayi, itni barh gayi.</w:t>
      </w:r>
      <w:r>
        <w:br/>
      </w:r>
      <w:r>
        <w:rPr>
          <w:sz w:val="20"/>
        </w:rPr>
        <w:t>39:48  aap ke saathi'on ki. ke makka ke log jo dushmani kar rahe the pehle, aap ki tadad hi ko dekh kar surrender kar gaye.</w:t>
      </w:r>
      <w:r>
        <w:br/>
      </w:r>
      <w:r>
        <w:rPr>
          <w:sz w:val="20"/>
        </w:rPr>
        <w:t>39:58  aelan kar diya ke ab humare andar Muhammad se ladne ki taqat nahi hai.</w:t>
      </w:r>
      <w:r>
        <w:br/>
      </w:r>
      <w:r>
        <w:rPr>
          <w:sz w:val="20"/>
        </w:rPr>
        <w:t>40:03  yeh hai zindagi ka ma'mla. aap ko main kahunga ke aap hamesha yeh sochiye ke aap zindagi ek struggle hai.</w:t>
      </w:r>
      <w:r>
        <w:br/>
      </w:r>
      <w:r>
        <w:rPr>
          <w:sz w:val="20"/>
        </w:rPr>
        <w:t>40:17  lekin is struggle ko aap right field mein karna hai, na ke wrong field mein. yahi zindagi ka imtehan hai.</w:t>
      </w:r>
      <w:r>
        <w:br/>
      </w:r>
      <w:r>
        <w:rPr>
          <w:sz w:val="20"/>
        </w:rPr>
        <w:t>40:26  jo is raat mein jeet gaya, woh jeet gaya.</w:t>
      </w:r>
      <w:r>
        <w:br/>
      </w:r>
      <w:r>
        <w:rPr>
          <w:sz w:val="20"/>
        </w:rPr>
        <w:t>40:31  aur jis mein hara, woh haar gaya. bas yahi do lafzon mein poori zindagi ka khulasa hai.</w:t>
      </w:r>
    </w:p>
    <w:p>
      <w:pPr>
        <w:pStyle w:val="Heading2"/>
      </w:pPr>
      <w:r>
        <w:t>Badr as exception, not model for modern fights</w:t>
      </w:r>
    </w:p>
    <w:p>
      <w:r>
        <w:rPr>
          <w:color w:val="666666"/>
          <w:sz w:val="18"/>
        </w:rPr>
        <w:t>Patience in Islam (Prophetic Wisdom Nov 26, 2006 · 4m 02s · at 6:39 · https://youtu.be/1avkRQrJL5Y?t=399</w:t>
      </w:r>
    </w:p>
    <w:p>
      <w:r>
        <w:rPr>
          <w:i/>
        </w:rPr>
        <w:t>“Humein to Badr ke namune par chalna hai”</w:t>
      </w:r>
    </w:p>
    <w:p>
      <w:r>
        <w:rPr>
          <w:sz w:val="20"/>
        </w:rPr>
        <w:t>6:39  to aadhe din ki ladai hi mein fatah ho gayi thi wahan. to aaj jo log lad rahe hain ke hum sabr kaise karein? hamein to badr ke namune par chalna hai.</w:t>
      </w:r>
      <w:r>
        <w:br/>
      </w:r>
      <w:r>
        <w:rPr>
          <w:sz w:val="20"/>
        </w:rPr>
        <w:t>6:50  to sawal yeh hai ke badr ke namune par jo log chal rahe hain to unhein jeet kyun nahi hoti? fatah kyun nahi hoti unko? dekhiye, badr ka hawala dena bohat hi zyada gunah ki baat hai.</w:t>
      </w:r>
      <w:r>
        <w:br/>
      </w:r>
      <w:r>
        <w:rPr>
          <w:sz w:val="20"/>
        </w:rPr>
        <w:t>7:06  aaj kal ki ladaiyon ke is mein. kyun ke badr naam is ladai ka jahan farishtay aaye thay ladne ke liye, musalman to sari wafa khare ho gaye thay.</w:t>
      </w:r>
      <w:r>
        <w:br/>
      </w:r>
      <w:r>
        <w:rPr>
          <w:sz w:val="20"/>
        </w:rPr>
        <w:t>7:19  to jab tak aap yeh na keh sakein ke hamare paas Khuda ki taraf se wahi aai hai, Khuda ki taraf se farishta aaya hai, hamein Khuda ki taraf se kaha gaya hai ke aage barho, hum tumhari madad karenge, jab tak aap ke paas is qism ka hawala na ho,</w:t>
      </w:r>
      <w:r>
        <w:br/>
      </w:r>
      <w:r>
        <w:rPr>
          <w:sz w:val="20"/>
        </w:rPr>
        <w:t>7:36  aap ke liye jaiz nahi hai ke aap badr ka hawala dein. badr ka hawala dein.</w:t>
      </w:r>
      <w:r>
        <w:br/>
      </w:r>
      <w:r>
        <w:rPr>
          <w:sz w:val="20"/>
        </w:rPr>
        <w:t>7:44  to badr ka waqia ek istithna tha. woh qaida nahi tha. us waqt hum jo soorat-e-haal jo hamare samne hai, is mein badr ka hawala sahi nahi hai.</w:t>
      </w:r>
      <w:r>
        <w:br/>
      </w:r>
      <w:r>
        <w:rPr>
          <w:sz w:val="20"/>
        </w:rPr>
        <w:t>8:02  badr ka hawala jo hai sahi is liye nahi hai ke woh sirf nabi ka moamla tha aur nabi ke sath ek hi baar paish aaya, ek baar. nabi ke sath bhi sirf ek baar paish aaya.</w:t>
      </w:r>
      <w:r>
        <w:br/>
      </w:r>
      <w:r>
        <w:rPr>
          <w:sz w:val="20"/>
        </w:rPr>
        <w:t>8:14  is ke baad kabhi nahi paish aaya. yeh maujood hai kitabon mein agar padhein aap ke badr ke siwa kisi aur mauqe par farishtay ladne ke liye nahi aaye.</w:t>
      </w:r>
      <w:r>
        <w:br/>
      </w:r>
      <w:r>
        <w:rPr>
          <w:sz w:val="20"/>
        </w:rPr>
        <w:t>8:28  to hum na to peghambar hain, na hamare paas Khuda ki taraf se koi farishtay ne aakar bataya hai hum ko.</w:t>
      </w:r>
      <w:r>
        <w:br/>
      </w:r>
      <w:r>
        <w:rPr>
          <w:sz w:val="20"/>
        </w:rPr>
        <w:t>8:37  aisi halat mein badr ka hawala dena yeh bohat bara, yani bohat bohat galat baat hai. badr was clearly an exception rather than a rule.</w:t>
      </w:r>
      <w:r>
        <w:br/>
      </w:r>
      <w:r>
        <w:rPr>
          <w:sz w:val="20"/>
        </w:rPr>
        <w:t>8:53  to aam halat mein balkay nabi ke baad hamesha hi aap ko sabr karna parhega. sabr.</w:t>
      </w:r>
      <w:r>
        <w:br/>
      </w:r>
      <w:r>
        <w:rPr>
          <w:sz w:val="20"/>
        </w:rPr>
        <w:t>9:02  aap dekhiye ke rasool Allah sallallahu alaihi wasallam terah saal tak makka mein thay. wahan aap ne sabr hi sabr kiya. yasser ka khandan tha jis ko ke marte peette thay woh log, woh log jo unke malik thay.</w:t>
      </w:r>
      <w:r>
        <w:br/>
      </w:r>
      <w:r>
        <w:rPr>
          <w:sz w:val="20"/>
        </w:rPr>
        <w:t>9:20  to rasool Allah sallallahu alaihi wasallam ne dekha ke woh maar rahe hain to unhon ne kaha ke dekhiye aap ko maar rahe hain yeh. to aap ne farmaya ke sabran ya aal yasser fa inna malakumul jannah aey yasser ke khandan walo sabr karo.</w:t>
      </w:r>
      <w:r>
        <w:br/>
      </w:r>
      <w:r>
        <w:rPr>
          <w:sz w:val="20"/>
        </w:rPr>
        <w:t>9:36  tum ko Khuda ki taraf se jannat ki khushkhabri hai. to terah saal tak sabr karte karte phir aap chhod kar madina chale gaye.</w:t>
      </w:r>
      <w:r>
        <w:br/>
      </w:r>
      <w:r>
        <w:rPr>
          <w:sz w:val="20"/>
        </w:rPr>
        <w:t>9:48  to bohat bari ghalati hai ke aam ladai par aap sabr ke, aam ladai par aap badr ka hawala dein.</w:t>
      </w:r>
      <w:r>
        <w:br/>
      </w:r>
      <w:r>
        <w:rPr>
          <w:sz w:val="20"/>
        </w:rPr>
        <w:t>9:58  badr to poori tareekh mein ek istithna tha. poori tareekh mein kabhi bhi aisa nahi hua ke farishtay aaye hon ladne ke liye insaan ki taraf se.</w:t>
      </w:r>
      <w:r>
        <w:br/>
      </w:r>
      <w:r>
        <w:rPr>
          <w:sz w:val="20"/>
        </w:rPr>
        <w:t>10:09  na rasool Allah ke zamane mein woh cheez dohrai hui, na poori tareekh mein kabhi aisa hua tha. kabhi aisa nahi hua tha. to woh to ek wahid istithna hai poori tareekh mein.</w:t>
      </w:r>
      <w:r>
        <w:br/>
      </w:r>
      <w:r>
        <w:rPr>
          <w:sz w:val="20"/>
        </w:rPr>
        <w:t>10:22  is ko aur is ko kaise hawala de sakte hain aap?</w:t>
      </w:r>
      <w:r>
        <w:br/>
      </w:r>
      <w:r>
        <w:rPr>
          <w:sz w:val="20"/>
        </w:rPr>
        <w:t>10:28  to so badr was a rare exception rather than a general rule. is baat ko achi tarah samajhna chahiye.</w:t>
      </w:r>
    </w:p>
    <w:p>
      <w:pPr>
        <w:pStyle w:val="Heading2"/>
      </w:pPr>
      <w:r>
        <w:t>Law of nature and human free choice</w:t>
      </w:r>
    </w:p>
    <w:p>
      <w:r>
        <w:rPr>
          <w:color w:val="666666"/>
          <w:sz w:val="18"/>
        </w:rPr>
        <w:t>Man and The Laws of Nature I 1 April 2012 - Maulana Wahiduddin Khan · 3m 12s · at 0:49 · https://youtu.be/pXgCS3J0VkU?t=49</w:t>
      </w:r>
    </w:p>
    <w:p>
      <w:r>
        <w:rPr>
          <w:i/>
        </w:rPr>
        <w:t>“Yeh main samajhta hoon ke shayad zindagi ka starting point hai”</w:t>
      </w:r>
    </w:p>
    <w:p>
      <w:r>
        <w:rPr>
          <w:sz w:val="20"/>
        </w:rPr>
        <w:t>0:49  yeh main samajhta hoon ke shayad zindagi ka starting point hai, hum yeh jaanein ke hum jis duniya mein hain, is duniya ke laws kya hain.</w:t>
      </w:r>
      <w:r>
        <w:br/>
      </w:r>
      <w:r>
        <w:rPr>
          <w:sz w:val="20"/>
        </w:rPr>
        <w:t>1:06  here is the starting point. agar ek aadmi</w:t>
      </w:r>
      <w:r>
        <w:br/>
      </w:r>
      <w:r>
        <w:rPr>
          <w:sz w:val="20"/>
        </w:rPr>
        <w:t>1:11  is baat ko na jaane to bilashuba woh atlandam karrawaiyan karega, aakhir mein fail ho jayega. is silsile mein jo ek basic ayat quran majeed mein hai, woh yeh hai:</w:t>
      </w:r>
      <w:r>
        <w:br/>
      </w:r>
      <w:r>
        <w:rPr>
          <w:sz w:val="20"/>
        </w:rPr>
        <w:t>1:25  surah al imran,</w:t>
      </w:r>
      <w:r>
        <w:br/>
      </w:r>
      <w:r>
        <w:rPr>
          <w:sz w:val="20"/>
        </w:rPr>
        <w:t>1:27  ayat number 83. "afa ghaira dinal lahi yabghuna, wa lahu aslama man fis samawati wal ardi taw'an wa karhan, wa ilaihi yurja'un."</w:t>
      </w:r>
      <w:r>
        <w:br/>
      </w:r>
      <w:r>
        <w:rPr>
          <w:sz w:val="20"/>
        </w:rPr>
        <w:t>1:42  dekhiye, is ka translation yeh hai</w:t>
      </w:r>
      <w:r>
        <w:br/>
      </w:r>
      <w:r>
        <w:rPr>
          <w:sz w:val="20"/>
        </w:rPr>
        <w:t>1:46  keh kya woh Allah ke deen ke siwa koi aur deen chahte hain, haalankeh zameen o aasman sab ke sab isi deen par qaim hain.</w:t>
      </w:r>
      <w:r>
        <w:br/>
      </w:r>
      <w:r>
        <w:rPr>
          <w:sz w:val="20"/>
        </w:rPr>
        <w:t>1:59  dekhiye, yahan deen ka lafz jo hai, religion ke maane mein nahin hai,</w:t>
      </w:r>
      <w:r>
        <w:br/>
      </w:r>
      <w:r>
        <w:rPr>
          <w:sz w:val="20"/>
        </w:rPr>
        <w:t>2:04  yeh law of nature ke maane mein hai.</w:t>
      </w:r>
      <w:r>
        <w:br/>
      </w:r>
      <w:r>
        <w:rPr>
          <w:sz w:val="20"/>
        </w:rPr>
        <w:t>2:10  yaani is poori kainat mein jis ko banaya, jis khalique ne, jis creator ne, usi ka law chal raha hai, usi ka hukum chal raha hai, usi ne jo jo us ki jo uski schema of things hai, us ke mutabiq chal raha hai.</w:t>
      </w:r>
      <w:r>
        <w:br/>
      </w:r>
      <w:r>
        <w:rPr>
          <w:sz w:val="20"/>
        </w:rPr>
        <w:t>2:30  lekin ek farq hai, woh yeh hai keh rest of the universe jo hai, us mein to under compulsion Khuda ke laws jo hain, woh chal rahe hain, jis ko kaha jata hai natural laws.</w:t>
      </w:r>
      <w:r>
        <w:br/>
      </w:r>
      <w:r>
        <w:rPr>
          <w:sz w:val="20"/>
        </w:rPr>
        <w:t>2:49  yaani law of nature poori poori universe ko govern kar rahe hain aur universe ke liye, yaani material world ke liye, koi choice nahin hai.</w:t>
      </w:r>
      <w:r>
        <w:br/>
      </w:r>
      <w:r>
        <w:rPr>
          <w:sz w:val="20"/>
        </w:rPr>
        <w:t>3:01  is vast universe mein sirf insaan ka exception hai.</w:t>
      </w:r>
      <w:r>
        <w:br/>
      </w:r>
      <w:r>
        <w:rPr>
          <w:sz w:val="20"/>
        </w:rPr>
        <w:t>3:07  insaan ko freedom of choice mila hua hai. insaan ko yeh ikhtiyar hai keh khud apni soch, apni khwahish ke tehat koi decision le aur us ko follow kare.</w:t>
      </w:r>
      <w:r>
        <w:br/>
      </w:r>
      <w:r>
        <w:rPr>
          <w:sz w:val="20"/>
        </w:rPr>
        <w:t>3:24  lekin</w:t>
      </w:r>
      <w:r>
        <w:br/>
      </w:r>
      <w:r>
        <w:rPr>
          <w:sz w:val="20"/>
        </w:rPr>
        <w:t>3:26  jo sahi baat hai, woh kya? sahi baat yeh hai keh jis laws ko baqi jo universe hai, under compulsion follow kar rahi hai,</w:t>
      </w:r>
      <w:r>
        <w:br/>
      </w:r>
      <w:r>
        <w:rPr>
          <w:sz w:val="20"/>
        </w:rPr>
        <w:t>3:42  isi ko</w:t>
      </w:r>
      <w:r>
        <w:br/>
      </w:r>
      <w:r>
        <w:rPr>
          <w:sz w:val="20"/>
        </w:rPr>
        <w:t>3:44  chahiye insaan ko keh isi ko woh, yaani azadana choice ke sath, us ko ikhtiyar kare.</w:t>
      </w:r>
      <w:r>
        <w:br/>
      </w:r>
      <w:r>
        <w:rPr>
          <w:sz w:val="20"/>
        </w:rPr>
        <w:t>3:56  isi par insaan ki kamyabi ka raaz hai.</w:t>
      </w:r>
    </w:p>
    <w:p>
      <w:pPr>
        <w:pStyle w:val="Heading2"/>
      </w:pPr>
      <w:r>
        <w:t>Islamic account: Jesus was not crucified, was raised alive</w:t>
      </w:r>
    </w:p>
    <w:p>
      <w:r>
        <w:rPr>
          <w:color w:val="666666"/>
          <w:sz w:val="18"/>
        </w:rPr>
        <w:t>Jesus A Shared Figure in Islam and Christianity September 1, 2024 · 4m 34s · at 33:38 · https://youtu.be/UH7pvUeeOc4?t=2018</w:t>
      </w:r>
    </w:p>
    <w:p>
      <w:r>
        <w:rPr>
          <w:i/>
        </w:rPr>
        <w:t>“Islam does not support the narrative of Jesus's crucifixion”</w:t>
      </w:r>
    </w:p>
    <w:p>
      <w:r>
        <w:rPr>
          <w:sz w:val="20"/>
        </w:rPr>
        <w:t>33:38  ja de jaye, kuras par lataka ke. to yeh saza jo hai, bahut hi sakht thi. yahan tak ki governor jo tha, Romi governor, woh bhi iske liye tayyar nahi tha. lekin itna saare uske peeche pad gaye, to usne usko aisa laga ki ab yeh log bagawat kar denge. to majburan usne order diya aur kehte hain ki order dene se pehle usne apna haath dhoya ki yeh main is is khoon se apne haath ko bari karta hoon.</w:t>
      </w:r>
      <w:r>
        <w:br/>
      </w:r>
      <w:r>
        <w:rPr>
          <w:sz w:val="20"/>
        </w:rPr>
        <w:t>34:06  to is tareeqe se yeh mazhabi tabqa jo hai, itna sakht dil ho jaata hai ki woh kuch bhi kar sakta hai. ji, aap lekin Islamic perspective doesn't support the narrative of crucifixion of Isa alaihissalam as how it is believed in Christianity. to jo resurrection wala jo perspective hai,</w:t>
      </w:r>
      <w:r>
        <w:br/>
      </w:r>
      <w:r>
        <w:rPr>
          <w:sz w:val="20"/>
        </w:rPr>
        <w:t>34:31  uske bare mein aap roshni daalen.</w:t>
      </w:r>
      <w:r>
        <w:br/>
      </w:r>
      <w:r>
        <w:rPr>
          <w:sz w:val="20"/>
        </w:rPr>
        <w:t>34:34  what does Islam believe in the resurrection of Isa alaihissalam? resurrection jo hai, yeh yehud isaiyon ke yahan yeh bahut aham aqeeda hai. isi par unhone poori Christianity ki base hai, samajh lijiye. ji,</w:t>
      </w:r>
      <w:r>
        <w:br/>
      </w:r>
      <w:r>
        <w:rPr>
          <w:sz w:val="20"/>
        </w:rPr>
        <w:t>34:51  ki Christ rose from the dead.</w:t>
      </w:r>
      <w:r>
        <w:br/>
      </w:r>
      <w:r>
        <w:rPr>
          <w:sz w:val="20"/>
        </w:rPr>
        <w:t>34:55  to asal mein yeh bahut hi aisa hai baat ke logon ko jaldi samajh mein nahi aayi. kyunki jab usne order diya, Roman governor ne, to der ho gayi thi, shaam ho gayi thi, andhera ho gaya tha. to andhere mein koi Hazrat Isa ko itna pehchanta nahi tha. kyunki bahut bade religiously leader to the nahi, to koi pehchanta nahi tha.</w:t>
      </w:r>
      <w:r>
        <w:br/>
      </w:r>
      <w:r>
        <w:rPr>
          <w:sz w:val="20"/>
        </w:rPr>
        <w:t>35:22  is wajah se aisa hua ki unhone jo hai, unhone karna to yahi chaha, Hazrat Isa ko hi crucify karna chaaha. lekin Allah taala ne unko bacha liya is dardnak anjaam se. to Allah taala ne is tarah bachaya ki Hazrat Isa ki shabi, woh jo gaddar hawari tha, na uske upar aa gayi aur log usko pakad ke le ja kar usko kuras par chadh</w:t>
      </w:r>
      <w:r>
        <w:br/>
      </w:r>
      <w:r>
        <w:rPr>
          <w:sz w:val="20"/>
        </w:rPr>
        <w:t>35:49  a diya. to yeh Islam ka Islam ka hai. lekin Isa log mante hain ki nahi, Hazrat Isa ko kuras par chadhaya gaya. to uske baad woh kya hua ki woh khamoshi se wahan rooposh ho gaye. woh jab hungama teen din ke baad, jab hungama kam hua, to woh phir khamoshi se apne hawariyon ke paas aaye</w:t>
      </w:r>
      <w:r>
        <w:br/>
      </w:r>
      <w:r>
        <w:rPr>
          <w:sz w:val="20"/>
        </w:rPr>
        <w:t>36:14  。 takreeban 11 hawari the unke aur 11 hawari ek jagah, kisi building mein the, koi jagah par the aur bahut hi ghamgeen, afsurda the ki humara leader is tarah chala gaya aur hum usko bacha nahi sake. asal mein itni bheed ki bheed thi ki woh 11 log kar kya sakte the. to isliye woh bilkul ineffective the.</w:t>
      </w:r>
      <w:r>
        <w:br/>
      </w:r>
      <w:r>
        <w:rPr>
          <w:sz w:val="20"/>
        </w:rPr>
        <w:t>36:36  to phir woh aaye khamoshi se 40 din tak, waqt thodi-thodi dinon ke baad woh aaye aur unse milte rahe aur unko saari taaleemat jo hain, batate rahe. aur unhone yeh bhi kaha ki mere baad us waqt tak Jerusalem mein ruke rehna, jab tak ki aasman se tum par Rooh ul Qudus nazil na ho</w:t>
      </w:r>
      <w:r>
        <w:br/>
      </w:r>
      <w:r>
        <w:rPr>
          <w:sz w:val="20"/>
        </w:rPr>
        <w:t>37:00  jaye. Rooh ul Qudus, jisko yeh log Holy Ghost kehte hain, to kehte hain ki unhi ke zariye se tamam inspiration milta hai. Hazrat Islam mein Hazrat Jibreel alaihissalam kehte hain ki wahi Khuda ka paigham lekar aate hain, wahi ab paigambaron ke paas aate hain, unko inspire karte hain, unki har tarah se support karte hain.</w:t>
      </w:r>
      <w:r>
        <w:br/>
      </w:r>
      <w:r>
        <w:rPr>
          <w:sz w:val="20"/>
        </w:rPr>
        <w:t>37:26  to jab Hazrat Isa alaihissalam 40 din tak aate rahe, uske baad woh 10 din, jab jab woh chale gaye, 40 din ke baad phir nahi aaye, phir Allah taala ne unko ba-izzat tareeqe se upar utha liya. Quran mein hai ki Allah taala ne unko wafa di.</w:t>
      </w:r>
      <w:r>
        <w:br/>
      </w:r>
      <w:r>
        <w:rPr>
          <w:sz w:val="20"/>
        </w:rPr>
        <w:t>37:44  to matlab woh cross par itni zyada zyada kya kehte hain, dardnak anjaam se bacha liya Allah taala ne aur unko wafa di. ji, aur unko 40 din tak woh rahe. phir uske baad unke kehne ke mutabiq 10 din ke baad jo hai,</w:t>
      </w:r>
      <w:r>
        <w:br/>
      </w:r>
      <w:r>
        <w:rPr>
          <w:sz w:val="20"/>
        </w:rPr>
        <w:t>38:06  woh Rooh ul Qudus nazil hua aur tamam hawari jo hain, woh josh se bhar gaye.</w:t>
      </w:r>
    </w:p>
    <w:p>
      <w:pPr>
        <w:pStyle w:val="Heading2"/>
      </w:pPr>
      <w:r>
        <w:t>What blasphemy means and its violent religious history</w:t>
      </w:r>
    </w:p>
    <w:p>
      <w:r>
        <w:rPr>
          <w:color w:val="666666"/>
          <w:sz w:val="18"/>
        </w:rPr>
        <w:t>The Issue of Shatm-e-Rasool (Abuse of the Prophet) December 19, 2021 Prof. Farida Khanam · 4m 13s · at 0:11 · https://youtu.be/ExQS_PHirUc?t=11</w:t>
      </w:r>
    </w:p>
    <w:p>
      <w:r>
        <w:rPr>
          <w:i/>
        </w:rPr>
        <w:t>“Today's topic: insulting the Prophet, called blasphemy”</w:t>
      </w:r>
    </w:p>
    <w:p>
      <w:r>
        <w:rPr>
          <w:sz w:val="20"/>
        </w:rPr>
        <w:t>0:11  bismillah hir rahman nir rahim. assalam o alaikum warahamtullah. aaj ka hamara topic hai "shidd mein rasool" ka masla, jis ko blasphemy kaha jata hai, yani abusing the prophet.</w:t>
      </w:r>
      <w:r>
        <w:br/>
      </w:r>
      <w:r>
        <w:rPr>
          <w:sz w:val="20"/>
        </w:rPr>
        <w:t>0:27  blasphemy ke maani hain literal "to show contempt or disrespect for god or sacred things". aur blasphemy do tarah</w:t>
      </w:r>
      <w:r>
        <w:br/>
      </w:r>
      <w:r>
        <w:rPr>
          <w:sz w:val="20"/>
        </w:rPr>
        <w:t>0:39  ki hai: ek to verbal blasphemy, jis ko hum toheen e rasool bolte hain, ya kisi bhi sacred cheez ki toheen, jo nazeba alfaaz kisi bhi muqaddas hasti ke liye bole jayein.</w:t>
      </w:r>
      <w:r>
        <w:br/>
      </w:r>
      <w:r>
        <w:rPr>
          <w:sz w:val="20"/>
        </w:rPr>
        <w:t>0:52  aur ek hoti hai physical blasphemy, jis ko sacrilege kehte hain.</w:t>
      </w:r>
      <w:r>
        <w:br/>
      </w:r>
      <w:r>
        <w:rPr>
          <w:sz w:val="20"/>
        </w:rPr>
        <w:t>0:58  jaisa ke aap ne aaj hi ke akhbar mein aaya hai ke golden temple mein ek naujawan aaya aur us ne jo wahan ki muqaddas sword thi, us ko lene ki koshish ki to us ko logon ne bohat mara, yahan tak ke woh mar gaya.</w:t>
      </w:r>
      <w:r>
        <w:br/>
      </w:r>
      <w:r>
        <w:rPr>
          <w:sz w:val="20"/>
        </w:rPr>
        <w:t>1:16  to yeh cheezein jo hain, bohat hi ancient time se chali aa rahi hain ke kuch cheezon ko muqaddas samjha jata hai aur us ko agar koi bhi galat tareeqe se, koi alfaaz bola jaye ya us ko galat tareeqe se istemal kiya jaye to us ko jo hai blasphemy ka masla ban jata hai.</w:t>
      </w:r>
      <w:r>
        <w:br/>
      </w:r>
      <w:r>
        <w:rPr>
          <w:sz w:val="20"/>
        </w:rPr>
        <w:t>1:41  to yeh is ka islam mein aisa kuch nahi hai.</w:t>
      </w:r>
      <w:r>
        <w:br/>
      </w:r>
      <w:r>
        <w:rPr>
          <w:sz w:val="20"/>
        </w:rPr>
        <w:t>1:45  is ka jo woh log kehte hain ke religious sentiments hamare hurt ho rahe hain, to religious sentiments ka sharia mein is ki koi had nahi hai.</w:t>
      </w:r>
      <w:r>
        <w:br/>
      </w:r>
      <w:r>
        <w:rPr>
          <w:sz w:val="20"/>
        </w:rPr>
        <w:t>1:55  is ke liye koi saza muqarrar nahi ki gayi hai. to yeh sab bilkul galat baatein hain aur islam se is ka koi talluq nahi hai.</w:t>
      </w:r>
      <w:r>
        <w:br/>
      </w:r>
      <w:r>
        <w:rPr>
          <w:sz w:val="20"/>
        </w:rPr>
        <w:t>2:05  yeh sab qadeem zamanay mein hi hota tha kyunke qadeem zamanay mein state religion ka concept tha.</w:t>
      </w:r>
      <w:r>
        <w:br/>
      </w:r>
      <w:r>
        <w:rPr>
          <w:sz w:val="20"/>
        </w:rPr>
        <w:t>2:14  state religion jo har har fard ko, har citizen jo hota tha kisi state ka, us ko wahi religion accept karna parta tha jo us mulk ka, us ke badshah ka qanoon hota tha.</w:t>
      </w:r>
      <w:r>
        <w:br/>
      </w:r>
      <w:r>
        <w:rPr>
          <w:sz w:val="20"/>
        </w:rPr>
        <w:t>2:32  agar woh is religion ko chore to us ko murtad kehte thay, us ko heretic kehte thay, aur us ko bohat sakht sakht sazaein di jati theen.</w:t>
      </w:r>
      <w:r>
        <w:br/>
      </w:r>
      <w:r>
        <w:rPr>
          <w:sz w:val="20"/>
        </w:rPr>
        <w:t>2:42  woh us ko aisa treatment diya jata tha jaise ke woh baghi ho, us ne rebellion kar diya ho. state se rebellion ka woh ek case ban jata tha.</w:t>
      </w:r>
      <w:r>
        <w:br/>
      </w:r>
      <w:r>
        <w:rPr>
          <w:sz w:val="20"/>
        </w:rPr>
        <w:t>2:55  to isi liye us ko sakht sazaein di jati theen, yahan tak ke burning ki jati thi us ko by fire. to yeh heresy jo hai, yeh is mein church mein is ki bohat sakht sazaein dein gaein.</w:t>
      </w:r>
      <w:r>
        <w:br/>
      </w:r>
      <w:r>
        <w:rPr>
          <w:sz w:val="20"/>
        </w:rPr>
        <w:t>3:12  asal mein church mein kuch aqaaid aise thay ke is ke khilaf woh bilkul sun nahi sakte thay koi baat. to isi tareeqay se kai cheezein aisi theen jaise hum trinity ke khilaf koi bol nahi sakta.</w:t>
      </w:r>
      <w:r>
        <w:br/>
      </w:r>
      <w:r>
        <w:rPr>
          <w:sz w:val="20"/>
        </w:rPr>
        <w:t>3:27  agar koi bole to us ko heretic mante hain. to wahan par itni sazaein dein gaein ke kehte hain ke pachas million logon ko slaughter kar diya gaya.</w:t>
      </w:r>
      <w:r>
        <w:br/>
      </w:r>
      <w:r>
        <w:rPr>
          <w:sz w:val="20"/>
        </w:rPr>
        <w:t>3:39  to ek bohat hi mashhoor ek thi Joan of Arc, pandrahveen sadi mein, to us ko sirf is liye fire se burn kiya gaya us ko ke woh mardon ka kapra pehanti thi.</w:t>
      </w:r>
      <w:r>
        <w:br/>
      </w:r>
      <w:r>
        <w:rPr>
          <w:sz w:val="20"/>
        </w:rPr>
        <w:t>3:53  halanke woh us ne yeh kaha ke woh apne aap ko protection ke liye aisa karti thi. us ko jail mein daal diya tha to wahan protection ke liye woh mardon ka kapra pehanne lagi thi.</w:t>
      </w:r>
      <w:r>
        <w:br/>
      </w:r>
      <w:r>
        <w:rPr>
          <w:sz w:val="20"/>
        </w:rPr>
        <w:t>4:06  to</w:t>
      </w:r>
      <w:r>
        <w:br/>
      </w:r>
      <w:r>
        <w:rPr>
          <w:sz w:val="20"/>
        </w:rPr>
        <w:t>4:07  beh-haal yeh qadeem zamanay ki baatein hain aur us ko aaj ki duniya ne yeh sab cheezein bari had tak khatam kar di hain kyunke aaj ki duniya mein religious freedom aa gaya hai.</w:t>
      </w:r>
    </w:p>
    <w:p>
      <w:pPr>
        <w:pStyle w:val="Heading2"/>
      </w:pPr>
      <w:r>
        <w:t>Control negative thoughts, follow Prophet's example</w:t>
      </w:r>
    </w:p>
    <w:p>
      <w:r>
        <w:rPr>
          <w:color w:val="666666"/>
          <w:sz w:val="18"/>
        </w:rPr>
        <w:t>Lesson from Prophet's Life April 23, 2006 Maulana Wahiduddin Khan · 3m 54s · at 12:03 · https://youtu.be/PIe6pirYtyY?t=723</w:t>
      </w:r>
    </w:p>
    <w:p>
      <w:r>
        <w:rPr>
          <w:i/>
        </w:rPr>
        <w:t>“Yani dekhiye, dil mein hamesha jis duniya mein hum jeete hain”</w:t>
      </w:r>
    </w:p>
    <w:p>
      <w:r>
        <w:rPr>
          <w:sz w:val="20"/>
        </w:rPr>
        <w:t>12:03  yaani dekhiye, dil mein hamesha jis duniya mein hum jeete hain to aisi yeh duniya hai ke haan baar baar aisa hota hai ke tarah tarah ke negative thought aap ke andar aate hain, maslan milth hai,</w:t>
      </w:r>
      <w:r>
        <w:br/>
      </w:r>
      <w:r>
        <w:rPr>
          <w:sz w:val="20"/>
        </w:rPr>
        <w:t>12:19  self-sufficiency hai, organs hai, aur animosity hai. bohat se negative thought jis ko main keh raha hoon, woh aate hain.</w:t>
      </w:r>
      <w:r>
        <w:br/>
      </w:r>
      <w:r>
        <w:rPr>
          <w:sz w:val="20"/>
        </w:rPr>
        <w:t>12:33  in negative thought ko aap ko manage karna hai, diffuse karna hai usi waqt yeh soch kar ke yeh cheezein meri personality jo hai negative banayengi, aur negative personality wale aadmi ko paradise mein kabhi bhi entry nahi milne wali hai.</w:t>
      </w:r>
      <w:r>
        <w:br/>
      </w:r>
      <w:r>
        <w:rPr>
          <w:sz w:val="20"/>
        </w:rPr>
        <w:t>12:52  to jab aap ka target paradise hoga to aap ko lagega ke agar main negative thought mein jiyunga to to phir mujhe paradise ka ticket hi nahi milega, phir to mujhe hell mein jana hai,</w:t>
      </w:r>
      <w:r>
        <w:br/>
      </w:r>
      <w:r>
        <w:rPr>
          <w:sz w:val="20"/>
        </w:rPr>
        <w:t>13:06  kyun ke purified soul jo hai wohi jayegi paradise mein. aur jin logon ne apne apne soul ko, apni personality ko, apni shakhsiyat ko purify nahi kiya, woh un ka thikana jo hai woh hell hai.</w:t>
      </w:r>
      <w:r>
        <w:br/>
      </w:r>
      <w:r>
        <w:rPr>
          <w:sz w:val="20"/>
        </w:rPr>
        <w:t>13:20  yeh baat agar mind mein baith jaye to zindagi badal jaye. ek baat mein aap ko yeh kehna chahunga ke majlis mein Rasool Allah salallahu alaihi wasallam jab baithte the, aap ek company jab baithte the to kya tareeqa tha?</w:t>
      </w:r>
      <w:r>
        <w:br/>
      </w:r>
      <w:r>
        <w:rPr>
          <w:sz w:val="20"/>
        </w:rPr>
        <w:t>13:39  is se compare kijiye apne aap ko, is se apnao, compare kijiye. yeh bohat hi important hai ke jo model Khuda ne rakha duniya mein, prophet ka model,</w:t>
      </w:r>
      <w:r>
        <w:br/>
      </w:r>
      <w:r>
        <w:rPr>
          <w:sz w:val="20"/>
        </w:rPr>
        <w:t>13:53  is model se hamein kya message milta hai? to kitabon mein aata hai ke Rasool Allah jab baithte the apne yani apne companion ke sath to kai baar aisa hota tha ke aap kehte the ke "ashiro alal naas".</w:t>
      </w:r>
      <w:r>
        <w:br/>
      </w:r>
      <w:r>
        <w:rPr>
          <w:sz w:val="20"/>
        </w:rPr>
        <w:t>14:09  aey log</w:t>
      </w:r>
      <w:r>
        <w:br/>
      </w:r>
      <w:r>
        <w:rPr>
          <w:sz w:val="20"/>
        </w:rPr>
        <w:t>14:10  on! mujh ko advice do. koi baat hoti thi, koi problem hota tha to aap logon ko ikattha kar ke kehte the ke "ashiro alal naas".</w:t>
      </w:r>
      <w:r>
        <w:br/>
      </w:r>
      <w:r>
        <w:rPr>
          <w:sz w:val="20"/>
        </w:rPr>
        <w:t>14:21  aey logon! mujh ko advice do. to kya hota tha? aaj kal to yeh hai ke jitne log hoti hain, zuban har aadmi bolna shuru kar deta hai, yahan tak ke ek hi ek hi sath kai log bolne lagte hain.</w:t>
      </w:r>
      <w:r>
        <w:br/>
      </w:r>
      <w:r>
        <w:rPr>
          <w:sz w:val="20"/>
        </w:rPr>
        <w:t>14:33  yakeen karein, yeh bhi haram hai. yani agar namaz na parhna haram hai to yeh bhi haram hai ke aap galat dhang se bolein. ke ek sawal kiya jaye, aap sab ke sab log bol rahe hain,</w:t>
      </w:r>
      <w:r>
        <w:br/>
      </w:r>
      <w:r>
        <w:rPr>
          <w:sz w:val="20"/>
        </w:rPr>
        <w:t>14:47  yeh bhi haram hai. log samajhte hain ke haram sirf yeh hai ke namaz chhod dein hum. yeh bhi haram hai ke aap apni zuban ko galat istemal karein, yeh bhi haram hai.</w:t>
      </w:r>
      <w:r>
        <w:br/>
      </w:r>
      <w:r>
        <w:rPr>
          <w:sz w:val="20"/>
        </w:rPr>
        <w:t>14:57  to wahan kya hota tha ke Rasool Allah kehte the ke "ashiro alal naas". aey logon</w:t>
      </w:r>
      <w:r>
        <w:br/>
      </w:r>
      <w:r>
        <w:rPr>
          <w:sz w:val="20"/>
        </w:rPr>
        <w:t>15:03  ! mujhe advice do. sab chup, sab ke sab chup. chup kyun hote the? wait karte the ke koi doosra boley.</w:t>
      </w:r>
      <w:r>
        <w:br/>
      </w:r>
      <w:r>
        <w:rPr>
          <w:sz w:val="20"/>
        </w:rPr>
        <w:t>15:14  is is psychology ko sochiye aap ke aap ne jin logon ko train kiya tha ya jin logon ke dil mein aap ne Allah ka darr dala tha, jo samajhte the ke hum accountable hain Khuda ke aage,</w:t>
      </w:r>
      <w:r>
        <w:br/>
      </w:r>
      <w:r>
        <w:rPr>
          <w:sz w:val="20"/>
        </w:rPr>
        <w:t>15:28  to har ek chup rehta tha ke koi doosra boley,</w:t>
      </w:r>
    </w:p>
    <w:p>
      <w:pPr>
        <w:pStyle w:val="Heading2"/>
      </w:pPr>
      <w:r>
        <w:t>Prophets Moses and Jesus: non-political dawah models</w:t>
      </w:r>
    </w:p>
    <w:p>
      <w:r>
        <w:rPr>
          <w:color w:val="666666"/>
          <w:sz w:val="18"/>
        </w:rPr>
        <w:t>Prophetic Models in Quran (English) - Part II March 05, 2007 Maulana Wahiduddin Khan · 19m 50s · at 20:03 · https://youtu.be/uk0vwl6YNcA?t=1203</w:t>
      </w:r>
    </w:p>
    <w:p>
      <w:r>
        <w:rPr>
          <w:i/>
        </w:rPr>
        <w:t>“Everyone knows that Prophet Moses left Egypt.”</w:t>
      </w:r>
    </w:p>
    <w:p>
      <w:r>
        <w:rPr>
          <w:sz w:val="20"/>
        </w:rPr>
        <w:t>20:03  Everyone knows that Prophet Moses left Egypt.</w:t>
      </w:r>
      <w:r>
        <w:br/>
      </w:r>
      <w:r>
        <w:rPr>
          <w:sz w:val="20"/>
        </w:rPr>
        <w:t>20:12  Prophet Moses planned to leave Egypt with his people, Banu Israel.</w:t>
      </w:r>
      <w:r>
        <w:br/>
      </w:r>
      <w:r>
        <w:rPr>
          <w:sz w:val="20"/>
        </w:rPr>
        <w:t>20:21  Their number was at that time in lakes.</w:t>
      </w:r>
      <w:r>
        <w:br/>
      </w:r>
      <w:r>
        <w:rPr>
          <w:sz w:val="20"/>
        </w:rPr>
        <w:t>20:30  But what happened?</w:t>
      </w:r>
      <w:r>
        <w:br/>
      </w:r>
      <w:r>
        <w:rPr>
          <w:sz w:val="20"/>
        </w:rPr>
        <w:t>20:40  Prophet Moses wanted to cross one horn of the Red Sea.</w:t>
      </w:r>
      <w:r>
        <w:br/>
      </w:r>
      <w:r>
        <w:rPr>
          <w:sz w:val="20"/>
        </w:rPr>
        <w:t>20:51  And during that crossing, Pharaoh, the King of Egypt, with his army, reached over there.</w:t>
      </w:r>
      <w:r>
        <w:br/>
      </w:r>
      <w:r>
        <w:rPr>
          <w:sz w:val="20"/>
        </w:rPr>
        <w:t>21:02  And he also wanted to cross that horn of the Red Sea.</w:t>
      </w:r>
      <w:r>
        <w:br/>
      </w:r>
      <w:r>
        <w:rPr>
          <w:sz w:val="20"/>
        </w:rPr>
        <w:t>21:14  But God decided for him to destroy Pharaoh with all his army.</w:t>
      </w:r>
      <w:r>
        <w:br/>
      </w:r>
      <w:r>
        <w:rPr>
          <w:sz w:val="20"/>
        </w:rPr>
        <w:t>21:25  So Prophet Moses and Banu Israel were rescued.</w:t>
      </w:r>
      <w:r>
        <w:br/>
      </w:r>
      <w:r>
        <w:rPr>
          <w:sz w:val="20"/>
        </w:rPr>
        <w:t>21:36  But King Pharaoh and his army were destroyed completely.</w:t>
      </w:r>
      <w:r>
        <w:br/>
      </w:r>
      <w:r>
        <w:rPr>
          <w:sz w:val="20"/>
        </w:rPr>
        <w:t>21:48  So now the field was open in Egypt for Moses.</w:t>
      </w:r>
      <w:r>
        <w:br/>
      </w:r>
      <w:r>
        <w:rPr>
          <w:sz w:val="20"/>
        </w:rPr>
        <w:t>21:59  There were no restrictions, no resistance.</w:t>
      </w:r>
      <w:r>
        <w:br/>
      </w:r>
      <w:r>
        <w:rPr>
          <w:sz w:val="20"/>
        </w:rPr>
        <w:t>22:11  For him, there was no resistance in Egypt. So if he wanted, it was possible for him to return to Egypt and establish his own government.</w:t>
      </w:r>
      <w:r>
        <w:br/>
      </w:r>
      <w:r>
        <w:rPr>
          <w:sz w:val="20"/>
        </w:rPr>
        <w:t>22:34  It was quite possible for Moses to return to Egypt and establish his rule in Egypt. But he decided to go to the desert, Sinai. Why?</w:t>
      </w:r>
      <w:r>
        <w:br/>
      </w:r>
      <w:r>
        <w:rPr>
          <w:sz w:val="20"/>
        </w:rPr>
        <w:t>23:01  This model gives us a very important lesson.</w:t>
      </w:r>
      <w:r>
        <w:br/>
      </w:r>
      <w:r>
        <w:rPr>
          <w:sz w:val="20"/>
        </w:rPr>
        <w:t>23:09  Because at that time, Banu Israel, or children of Israel, were not able to rule.</w:t>
      </w:r>
      <w:r>
        <w:br/>
      </w:r>
      <w:r>
        <w:rPr>
          <w:sz w:val="20"/>
        </w:rPr>
        <w:t>23:18  They were degenerated people at that time.</w:t>
      </w:r>
      <w:r>
        <w:br/>
      </w:r>
      <w:r>
        <w:rPr>
          <w:sz w:val="20"/>
        </w:rPr>
        <w:t>23:27  Banu Israel of that time were degenerated people.</w:t>
      </w:r>
      <w:r>
        <w:br/>
      </w:r>
      <w:r>
        <w:rPr>
          <w:sz w:val="20"/>
        </w:rPr>
        <w:t>23:36  So they were not able to rule a country.</w:t>
      </w:r>
      <w:r>
        <w:br/>
      </w:r>
      <w:r>
        <w:rPr>
          <w:sz w:val="20"/>
        </w:rPr>
        <w:t>23:47  Among them, there were all kinds of corruptions, even idol worshiping.</w:t>
      </w:r>
      <w:r>
        <w:br/>
      </w:r>
      <w:r>
        <w:rPr>
          <w:sz w:val="20"/>
        </w:rPr>
        <w:t>23:58  So Prophet Moses decided to settle them in the desert of Sinai, just like Abraham.</w:t>
      </w:r>
      <w:r>
        <w:br/>
      </w:r>
      <w:r>
        <w:rPr>
          <w:sz w:val="20"/>
        </w:rPr>
        <w:t>24:09  To educate them in this place.</w:t>
      </w:r>
      <w:r>
        <w:br/>
      </w:r>
      <w:r>
        <w:rPr>
          <w:sz w:val="20"/>
        </w:rPr>
        <w:t>24:17  To educate them, to train them, to reform them.</w:t>
      </w:r>
      <w:r>
        <w:br/>
      </w:r>
      <w:r>
        <w:rPr>
          <w:sz w:val="20"/>
        </w:rPr>
        <w:t>24:25  So this model gives us an example.</w:t>
      </w:r>
      <w:r>
        <w:br/>
      </w:r>
      <w:r>
        <w:rPr>
          <w:sz w:val="20"/>
        </w:rPr>
        <w:t>24:33  That if your people are not prepared, don't try to capture any country.</w:t>
      </w:r>
      <w:r>
        <w:br/>
      </w:r>
      <w:r>
        <w:rPr>
          <w:sz w:val="20"/>
        </w:rPr>
        <w:t>24:41  Don't try to capture a political system.</w:t>
      </w:r>
      <w:r>
        <w:br/>
      </w:r>
      <w:r>
        <w:rPr>
          <w:sz w:val="20"/>
        </w:rPr>
        <w:t>24:49  Because it requires a prepared group to rule in a better way.</w:t>
      </w:r>
      <w:r>
        <w:br/>
      </w:r>
      <w:r>
        <w:rPr>
          <w:sz w:val="20"/>
        </w:rPr>
        <w:t>24:57  If you have no group, no prepared group who are competent to rule, don't try to capture a land.</w:t>
      </w:r>
      <w:r>
        <w:br/>
      </w:r>
      <w:r>
        <w:rPr>
          <w:sz w:val="20"/>
        </w:rPr>
        <w:t>25:05  Don't try to capture a political leadership. Because it will yield no result. It is not going to yield any result.</w:t>
      </w:r>
      <w:r>
        <w:br/>
      </w:r>
      <w:r>
        <w:rPr>
          <w:sz w:val="20"/>
        </w:rPr>
        <w:t>25:23  So Prophet Moses, it was quite possible for him to return to Egypt and establish his rule.</w:t>
      </w:r>
      <w:r>
        <w:br/>
      </w:r>
      <w:r>
        <w:rPr>
          <w:sz w:val="20"/>
        </w:rPr>
        <w:t>25:30  But he went to Sinai.</w:t>
      </w:r>
      <w:r>
        <w:br/>
      </w:r>
      <w:r>
        <w:rPr>
          <w:sz w:val="20"/>
        </w:rPr>
        <w:t>25:38  That was the desert.</w:t>
      </w:r>
      <w:r>
        <w:br/>
      </w:r>
      <w:r>
        <w:rPr>
          <w:sz w:val="20"/>
        </w:rPr>
        <w:t>25:45  That was at that time, that was desert.</w:t>
      </w:r>
      <w:r>
        <w:br/>
      </w:r>
      <w:r>
        <w:rPr>
          <w:sz w:val="20"/>
        </w:rPr>
        <w:t>25:53  He adopted this desert to train his people, to reform his people, to revive his people, to educate his people.</w:t>
      </w:r>
      <w:r>
        <w:br/>
      </w:r>
      <w:r>
        <w:rPr>
          <w:sz w:val="20"/>
        </w:rPr>
        <w:t>26:01  This was the first for him.</w:t>
      </w:r>
      <w:r>
        <w:br/>
      </w:r>
      <w:r>
        <w:rPr>
          <w:sz w:val="20"/>
        </w:rPr>
        <w:t>26:10  So this is the model of Prophet Moses.</w:t>
      </w:r>
      <w:r>
        <w:br/>
      </w:r>
      <w:r>
        <w:rPr>
          <w:sz w:val="20"/>
        </w:rPr>
        <w:t>26:19  Then there is another aspect of Prophet Moses.</w:t>
      </w:r>
      <w:r>
        <w:br/>
      </w:r>
      <w:r>
        <w:rPr>
          <w:sz w:val="20"/>
        </w:rPr>
        <w:t>26:28  At that time, when he began his work in Egypt, there were two different groups: Coptic and Banu Israel.</w:t>
      </w:r>
      <w:r>
        <w:br/>
      </w:r>
      <w:r>
        <w:rPr>
          <w:sz w:val="20"/>
        </w:rPr>
        <w:t>26:37  So Coptic were non-Muslim and Banu Israel were Muslim.</w:t>
      </w:r>
      <w:r>
        <w:br/>
      </w:r>
      <w:r>
        <w:rPr>
          <w:sz w:val="20"/>
        </w:rPr>
        <w:t>26:47  So he started his Dawa mission between the two groups at the same time.</w:t>
      </w:r>
      <w:r>
        <w:br/>
      </w:r>
      <w:r>
        <w:rPr>
          <w:sz w:val="20"/>
        </w:rPr>
        <w:t>26:56  He never said that, "First of all, we have to bring about reform among Banu Israel.</w:t>
      </w:r>
      <w:r>
        <w:br/>
      </w:r>
      <w:r>
        <w:rPr>
          <w:sz w:val="20"/>
        </w:rPr>
        <w:t>27:06  Then after some time, we will go to Coptic people and call them the religion of God." At</w:t>
      </w:r>
      <w:r>
        <w:br/>
      </w:r>
      <w:r>
        <w:rPr>
          <w:sz w:val="20"/>
        </w:rPr>
        <w:t>27:16  the same time, he started both the tasks at the same time.</w:t>
      </w:r>
      <w:r>
        <w:br/>
      </w:r>
      <w:r>
        <w:rPr>
          <w:sz w:val="20"/>
        </w:rPr>
        <w:t>27:26  He started training and educating Banu Israel.</w:t>
      </w:r>
      <w:r>
        <w:br/>
      </w:r>
      <w:r>
        <w:rPr>
          <w:sz w:val="20"/>
        </w:rPr>
        <w:t>27:36  And at the same time, he addressed Coptic people and Pharaoh, who was the leader of the Coptic people.</w:t>
      </w:r>
      <w:r>
        <w:br/>
      </w:r>
      <w:r>
        <w:rPr>
          <w:sz w:val="20"/>
        </w:rPr>
        <w:t>27:46  So here is a very, very important model. That if we find ourselves in a situation where Muslim and non-Muslim both are living, so we have to do our work on both people.</w:t>
      </w:r>
      <w:r>
        <w:br/>
      </w:r>
      <w:r>
        <w:rPr>
          <w:sz w:val="20"/>
        </w:rPr>
        <w:t>28:06  We have to do Dawa work among non-Muslims and we have to do Islami work among Muslims at the same time. So it is very important. Then let us take the model of Jesus Christ.</w:t>
      </w:r>
      <w:r>
        <w:br/>
      </w:r>
      <w:r>
        <w:rPr>
          <w:sz w:val="20"/>
        </w:rPr>
        <w:t>28:32  Jesus Christ was sent to Palestine.</w:t>
      </w:r>
      <w:r>
        <w:br/>
      </w:r>
      <w:r>
        <w:rPr>
          <w:sz w:val="20"/>
        </w:rPr>
        <w:t>28:41  At that time, Romans were, at that time, the Roman King was the ruler of Palestine.</w:t>
      </w:r>
      <w:r>
        <w:br/>
      </w:r>
      <w:r>
        <w:rPr>
          <w:sz w:val="20"/>
        </w:rPr>
        <w:t>28:50  It was under the Roman Empire at that time.</w:t>
      </w:r>
      <w:r>
        <w:br/>
      </w:r>
      <w:r>
        <w:rPr>
          <w:sz w:val="20"/>
        </w:rPr>
        <w:t>28:59  So Prophet Jesus, Prophet Jesus Christ, gave a very important direction to his disciples.</w:t>
      </w:r>
      <w:r>
        <w:br/>
      </w:r>
      <w:r>
        <w:rPr>
          <w:sz w:val="20"/>
        </w:rPr>
        <w:t>29:08  He said, "Give to Caesar." Caesar means Roman ruler.</w:t>
      </w:r>
      <w:r>
        <w:br/>
      </w:r>
      <w:r>
        <w:rPr>
          <w:sz w:val="20"/>
        </w:rPr>
        <w:t>29:17  "Give to Caesar what is due to Caesar.</w:t>
      </w:r>
      <w:r>
        <w:br/>
      </w:r>
      <w:r>
        <w:rPr>
          <w:sz w:val="20"/>
        </w:rPr>
        <w:t>29:26  And give to God what is due to God." This is this you can find in the Bible,</w:t>
      </w:r>
      <w:r>
        <w:br/>
      </w:r>
      <w:r>
        <w:rPr>
          <w:sz w:val="20"/>
        </w:rPr>
        <w:t>29:35  in the present Bible also.</w:t>
      </w:r>
      <w:r>
        <w:br/>
      </w:r>
      <w:r>
        <w:rPr>
          <w:sz w:val="20"/>
        </w:rPr>
        <w:t>29:44  "Give to Caesar what is due to Caesar.</w:t>
      </w:r>
      <w:r>
        <w:br/>
      </w:r>
      <w:r>
        <w:rPr>
          <w:sz w:val="20"/>
        </w:rPr>
        <w:t>29:53  And give to God what is due to God." It means that he avoided confrontation with those Roman rulers.</w:t>
      </w:r>
      <w:r>
        <w:br/>
      </w:r>
      <w:r>
        <w:rPr>
          <w:sz w:val="20"/>
        </w:rPr>
        <w:t>30:02  And at the same time, he planned to do Dawa work.</w:t>
      </w:r>
      <w:r>
        <w:br/>
      </w:r>
      <w:r>
        <w:rPr>
          <w:sz w:val="20"/>
        </w:rPr>
        <w:t>30:11  So this is very important.</w:t>
      </w:r>
      <w:r>
        <w:br/>
      </w:r>
      <w:r>
        <w:rPr>
          <w:sz w:val="20"/>
        </w:rPr>
        <w:t>30:18  It means that the formula of Jesus Christ was, "Avoid political confrontation and engage yourself in Dawa work."</w:t>
      </w:r>
      <w:r>
        <w:br/>
      </w:r>
      <w:r>
        <w:rPr>
          <w:sz w:val="20"/>
        </w:rPr>
        <w:t>30:26  So the formula of Jesus Christ was a two-point formula.</w:t>
      </w:r>
      <w:r>
        <w:br/>
      </w:r>
      <w:r>
        <w:rPr>
          <w:sz w:val="20"/>
        </w:rPr>
        <w:t>30:34  It was a two-point formula.</w:t>
      </w:r>
      <w:r>
        <w:br/>
      </w:r>
      <w:r>
        <w:rPr>
          <w:sz w:val="20"/>
        </w:rPr>
        <w:t>30:42  And this two-point formula was like this: "Avoid political confrontation and do Dawa work." It is very important.</w:t>
      </w:r>
      <w:r>
        <w:br/>
      </w:r>
      <w:r>
        <w:rPr>
          <w:sz w:val="20"/>
        </w:rPr>
        <w:t>30:50  This model gives us an example, a very important example.</w:t>
      </w:r>
      <w:r>
        <w:br/>
      </w:r>
      <w:r>
        <w:rPr>
          <w:sz w:val="20"/>
        </w:rPr>
        <w:t>30:57  When we find ourselves in a non-Muslim regime, under a non-Muslim regime, under a non-Muslim rule, so don't</w:t>
      </w:r>
      <w:r>
        <w:br/>
      </w:r>
      <w:r>
        <w:rPr>
          <w:sz w:val="20"/>
        </w:rPr>
        <w:t>31:05  try to change that rule.</w:t>
      </w:r>
      <w:r>
        <w:br/>
      </w:r>
      <w:r>
        <w:rPr>
          <w:sz w:val="20"/>
        </w:rPr>
        <w:t>31:13  Don't go to confrontation.</w:t>
      </w:r>
      <w:r>
        <w:br/>
      </w:r>
      <w:r>
        <w:rPr>
          <w:sz w:val="20"/>
        </w:rPr>
        <w:t>31:21  Never, never, never, never.</w:t>
      </w:r>
      <w:r>
        <w:br/>
      </w:r>
      <w:r>
        <w:rPr>
          <w:sz w:val="20"/>
        </w:rPr>
        <w:t>31:29  It is not the prophetic method.</w:t>
      </w:r>
      <w:r>
        <w:br/>
      </w:r>
      <w:r>
        <w:rPr>
          <w:sz w:val="20"/>
        </w:rPr>
        <w:t>31:37  It is not the prophetic way of doing the job. The prophetic method adopted by Jesus Christ was strictly non-political.</w:t>
      </w:r>
      <w:r>
        <w:br/>
      </w:r>
      <w:r>
        <w:rPr>
          <w:sz w:val="20"/>
        </w:rPr>
        <w:t>32:03  So Dawa work is strictly a non-political work. Dawa work, or Dawa mission, is strictly a non-political mission.</w:t>
      </w:r>
      <w:r>
        <w:br/>
      </w:r>
      <w:r>
        <w:rPr>
          <w:sz w:val="20"/>
        </w:rPr>
        <w:t>32:21  You have to plan your work under this, following this formula.</w:t>
      </w:r>
      <w:r>
        <w:br/>
      </w:r>
      <w:r>
        <w:rPr>
          <w:sz w:val="20"/>
        </w:rPr>
        <w:t>32:31  You have to plan your work following this formula.</w:t>
      </w:r>
      <w:r>
        <w:br/>
      </w:r>
      <w:r>
        <w:rPr>
          <w:sz w:val="20"/>
        </w:rPr>
        <w:t>32:41  That is a two-point formula.</w:t>
      </w:r>
      <w:r>
        <w:br/>
      </w:r>
      <w:r>
        <w:rPr>
          <w:sz w:val="20"/>
        </w:rPr>
        <w:t>32:51  Avoid political confrontation and avail the opportunities present in that situation.</w:t>
      </w:r>
      <w:r>
        <w:br/>
      </w:r>
      <w:r>
        <w:rPr>
          <w:sz w:val="20"/>
        </w:rPr>
        <w:t>33:01  Then there is a chapter in the Quran that is As-Saff, Chapter As-Saff.</w:t>
      </w:r>
      <w:r>
        <w:br/>
      </w:r>
      <w:r>
        <w:rPr>
          <w:sz w:val="20"/>
        </w:rPr>
        <w:t>33:11  In this chapter, God has revealed a very important verse.</w:t>
      </w:r>
      <w:r>
        <w:br/>
      </w:r>
      <w:r>
        <w:rPr>
          <w:sz w:val="20"/>
        </w:rPr>
        <w:t>33:25  ya ayyuha allatheena amanu koonu ansara allahi kama qala yusubnu maryama lilhawariyeena man ansariyya lillahi qala alhawariyoona:</w:t>
      </w:r>
      <w:r>
        <w:br/>
      </w:r>
      <w:r>
        <w:rPr>
          <w:sz w:val="20"/>
        </w:rPr>
        <w:t>33:40  na na ansaru allahi faaamalatu taifatun min bani israil wa kafarat taifatun faayyadna allatheena amanu ala aduwwihim faasbahou thahireena</w:t>
      </w:r>
      <w:r>
        <w:br/>
      </w:r>
      <w:r>
        <w:rPr>
          <w:sz w:val="20"/>
        </w:rPr>
        <w:t>33:54  This verse you can see in the chapter As-Saff of the Quran.</w:t>
      </w:r>
      <w:r>
        <w:br/>
      </w:r>
      <w:r>
        <w:rPr>
          <w:sz w:val="20"/>
        </w:rPr>
        <w:t>34:09  This verse tells us that, "O people of faith," or "O Muslims," "O people of faith," you have</w:t>
      </w:r>
      <w:r>
        <w:br/>
      </w:r>
      <w:r>
        <w:rPr>
          <w:sz w:val="20"/>
        </w:rPr>
        <w:t>34:23  to adopt the pattern that was adopted by the disciples of Jesus Christ.</w:t>
      </w:r>
      <w:r>
        <w:br/>
      </w:r>
      <w:r>
        <w:rPr>
          <w:sz w:val="20"/>
        </w:rPr>
        <w:t>34:38  It is very, very, very strange. And here the Quran itself directs you to follow the pattern of Jesus Christ.</w:t>
      </w:r>
      <w:r>
        <w:br/>
      </w:r>
      <w:r>
        <w:rPr>
          <w:sz w:val="20"/>
        </w:rPr>
        <w:t>34:55  ya ayuhal ladhina amanu kunu ansarallahi kama qala yasubnu maryama lilhawariyyina man ansariyallillahi qala alhawariyyuna:</w:t>
      </w:r>
      <w:r>
        <w:br/>
      </w:r>
      <w:r>
        <w:rPr>
          <w:sz w:val="20"/>
        </w:rPr>
        <w:t>35:06  na na ansarullahi faa'malat taifatum min bani israil wa kafarata taifatun So this verse of the Quran tells</w:t>
      </w:r>
      <w:r>
        <w:br/>
      </w:r>
      <w:r>
        <w:rPr>
          <w:sz w:val="20"/>
        </w:rPr>
        <w:t>35:18  us or directs us to follow the examples set by Jesus Christ and directed to his disciples.</w:t>
      </w:r>
      <w:r>
        <w:br/>
      </w:r>
      <w:r>
        <w:rPr>
          <w:sz w:val="20"/>
        </w:rPr>
        <w:t>35:29  And what was the result?</w:t>
      </w:r>
      <w:r>
        <w:br/>
      </w:r>
      <w:r>
        <w:rPr>
          <w:sz w:val="20"/>
        </w:rPr>
        <w:t>35:41  You see that the followers of Jesus Christ comprise the largest religious community in our present world. And this was predicted in Hadith. There is a Hadith in Sahih Muslim.</w:t>
      </w:r>
      <w:r>
        <w:br/>
      </w:r>
      <w:r>
        <w:rPr>
          <w:sz w:val="20"/>
        </w:rPr>
        <w:t>36:06  Sahih Muslim is a very important book in Hadith literature.</w:t>
      </w:r>
      <w:r>
        <w:br/>
      </w:r>
      <w:r>
        <w:rPr>
          <w:sz w:val="20"/>
        </w:rPr>
        <w:t>36:17  So in Sahih Muslim, there is a Hadith that predicts this prediction was given by Prophet himself.</w:t>
      </w:r>
      <w:r>
        <w:br/>
      </w:r>
      <w:r>
        <w:rPr>
          <w:sz w:val="20"/>
        </w:rPr>
        <w:t>36:28  According to this Hadith or tradition, Prophet of Islam predicted that after some time, the followers of Christ</w:t>
      </w:r>
      <w:r>
        <w:br/>
      </w:r>
      <w:r>
        <w:rPr>
          <w:sz w:val="20"/>
        </w:rPr>
        <w:t>36:39  will compromise the largest faith in the world.</w:t>
      </w:r>
      <w:r>
        <w:br/>
      </w:r>
      <w:r>
        <w:rPr>
          <w:sz w:val="20"/>
        </w:rPr>
        <w:t>36:51  And now it has been happened. Now you can see that this prediction is now proved to be a fact. So what was the pattern adopted by, what was that successful pattern? What was that successful pattern adopted by the disciples of Jesus Christ?</w:t>
      </w:r>
      <w:r>
        <w:br/>
      </w:r>
      <w:r>
        <w:rPr>
          <w:sz w:val="20"/>
        </w:rPr>
        <w:t>37:21  It was this pattern: "Give to Caesar what is due to Caesar.</w:t>
      </w:r>
      <w:r>
        <w:br/>
      </w:r>
      <w:r>
        <w:rPr>
          <w:sz w:val="20"/>
        </w:rPr>
        <w:t>37:32  And give to God what is due to God." So the pattern of Christ was based on this</w:t>
      </w:r>
      <w:r>
        <w:br/>
      </w:r>
      <w:r>
        <w:rPr>
          <w:sz w:val="20"/>
        </w:rPr>
        <w:t>37:43  formula, this two-point formula.</w:t>
      </w:r>
      <w:r>
        <w:br/>
      </w:r>
      <w:r>
        <w:rPr>
          <w:sz w:val="20"/>
        </w:rPr>
        <w:t>37:55  That avoid political confrontation and avail Dawa opportunities present in the system, in the society.</w:t>
      </w:r>
      <w:r>
        <w:br/>
      </w:r>
      <w:r>
        <w:rPr>
          <w:sz w:val="20"/>
        </w:rPr>
        <w:t>38:06  So it is very, very important that this model is also valid.</w:t>
      </w:r>
      <w:r>
        <w:br/>
      </w:r>
      <w:r>
        <w:rPr>
          <w:sz w:val="20"/>
        </w:rPr>
        <w:t>38:17  It is not abolished.</w:t>
      </w:r>
      <w:r>
        <w:br/>
      </w:r>
      <w:r>
        <w:rPr>
          <w:sz w:val="20"/>
        </w:rPr>
        <w:t>38:29  This model is not abolished.</w:t>
      </w:r>
      <w:r>
        <w:br/>
      </w:r>
      <w:r>
        <w:rPr>
          <w:sz w:val="20"/>
        </w:rPr>
        <w:t>38:36  This model is also valid according to the situation.</w:t>
      </w:r>
      <w:r>
        <w:br/>
      </w:r>
      <w:r>
        <w:rPr>
          <w:sz w:val="20"/>
        </w:rPr>
        <w:t>38:44  So when we find ourselves in a situation where there is a political rule of some non-Muslims, some</w:t>
      </w:r>
      <w:r>
        <w:br/>
      </w:r>
      <w:r>
        <w:rPr>
          <w:sz w:val="20"/>
        </w:rPr>
        <w:t>38:52  secular forces, we have to avoid confrontation.</w:t>
      </w:r>
      <w:r>
        <w:br/>
      </w:r>
      <w:r>
        <w:rPr>
          <w:sz w:val="20"/>
        </w:rPr>
        <w:t>38:59  And we have to avail those opportunities we find in that system.</w:t>
      </w:r>
      <w:r>
        <w:br/>
      </w:r>
      <w:r>
        <w:rPr>
          <w:sz w:val="20"/>
        </w:rPr>
        <w:t>39:07  So the formula is like this: "Ignore the political problem and avail Dawa opportunities." This is the formula</w:t>
      </w:r>
      <w:r>
        <w:br/>
      </w:r>
      <w:r>
        <w:rPr>
          <w:sz w:val="20"/>
        </w:rPr>
        <w:t>39:15  given by Jesus Christ.</w:t>
      </w:r>
      <w:r>
        <w:br/>
      </w:r>
      <w:r>
        <w:rPr>
          <w:sz w:val="20"/>
        </w:rPr>
        <w:t>39:23  And also it is endorsed by the Quran itself in Surah As-Saff. And we have to adopt this formula in our times. It is valid up to this date. AQAULA QAWLI HADHA WAS TAGHFIRULLAH LI.</w:t>
      </w:r>
    </w:p>
    <w:p>
      <w:pPr>
        <w:pStyle w:val="Heading2"/>
      </w:pPr>
      <w:r>
        <w:t>Full Hijrah story of hiding, hunger, and the goat miracle</w:t>
      </w:r>
    </w:p>
    <w:p>
      <w:r>
        <w:rPr>
          <w:color w:val="666666"/>
          <w:sz w:val="18"/>
        </w:rPr>
        <w:t>The Noble Qualities of The Prophet Muhammad 7 September 2025 · 5m 36s · at 7:25 · https://youtu.be/o85acwpOiDw?t=445</w:t>
      </w:r>
    </w:p>
    <w:p>
      <w:r>
        <w:rPr>
          <w:i/>
        </w:rPr>
        <w:t>“This is a beautiful incident during the Hijrah of the Prophet”</w:t>
      </w:r>
    </w:p>
    <w:p>
      <w:r>
        <w:rPr>
          <w:sz w:val="20"/>
        </w:rPr>
        <w:t>7:25  and one day abu jahl came to know the location of the prophet where he was hiding. so he came to the house, asma's house, and knocked, and he was very tall, strong, like a wrestler.</w:t>
      </w:r>
      <w:r>
        <w:br/>
      </w:r>
      <w:r>
        <w:rPr>
          <w:sz w:val="20"/>
        </w:rPr>
        <w:t>7:45  so she said when asma opened, he asked: "where is your father?" so she said: "i don't</w:t>
      </w:r>
      <w:r>
        <w:br/>
      </w:r>
      <w:r>
        <w:rPr>
          <w:sz w:val="20"/>
        </w:rPr>
        <w:t>7:54  know, allah, i don't know where is my father." so he asked second time: "where is your father? tell me." she said: "no, i don't know where is asma." third time, and again asma replied the same: "i don't know." so he slapped her hard,</w:t>
      </w:r>
      <w:r>
        <w:br/>
      </w:r>
      <w:r>
        <w:rPr>
          <w:sz w:val="20"/>
        </w:rPr>
        <w:t>8:15  and she lost her hearing for some time. so she was the person who prepared food for the journey,</w:t>
      </w:r>
      <w:r>
        <w:br/>
      </w:r>
      <w:r>
        <w:rPr>
          <w:sz w:val="20"/>
        </w:rPr>
        <w:t>8:23  and she made two packets, and when food was ready, she wanted to tie the packets.</w:t>
      </w:r>
      <w:r>
        <w:br/>
      </w:r>
      <w:r>
        <w:rPr>
          <w:sz w:val="20"/>
        </w:rPr>
        <w:t>8:33  so she was not able to get a rope or anything, so she took out her belt, waist belt, cut into two, and tied both the packets.</w:t>
      </w:r>
      <w:r>
        <w:br/>
      </w:r>
      <w:r>
        <w:rPr>
          <w:sz w:val="20"/>
        </w:rPr>
        <w:t>8:43  so when the prophet came to know about this, he called her dhat an-nitaqayn, the lady.</w:t>
      </w:r>
      <w:r>
        <w:br/>
      </w:r>
      <w:r>
        <w:rPr>
          <w:sz w:val="20"/>
        </w:rPr>
        <w:t>8:52  two belts, and said that asma will go to paradise.</w:t>
      </w:r>
      <w:r>
        <w:br/>
      </w:r>
      <w:r>
        <w:rPr>
          <w:sz w:val="20"/>
        </w:rPr>
        <w:t>8:57  so the food that asma gave to the prophet and abu bakr (Razi Allahu Anhu) was almost finished, and they were hungry, and they were thirsty, and they so attentive and a way, and they approached towards that tent,</w:t>
      </w:r>
      <w:r>
        <w:br/>
      </w:r>
      <w:r>
        <w:rPr>
          <w:sz w:val="20"/>
        </w:rPr>
        <w:t>9:19  hoping to find some food, some water, some shelter, and at the entrance they so an old lady sitting who was in her fifties, very strong, tall lady.</w:t>
      </w:r>
      <w:r>
        <w:br/>
      </w:r>
      <w:r>
        <w:rPr>
          <w:sz w:val="20"/>
        </w:rPr>
        <w:t>9:33  they used to live in harsh climate of the desert. so she also saw that some people are approaching her, and when they reached her, they greeted each other, they introduced themselves, and prophet (Salallahu Alaihi Wasallam) said: "ya umm ma'bad, her name was umm ma'bad.</w:t>
      </w:r>
      <w:r>
        <w:br/>
      </w:r>
      <w:r>
        <w:rPr>
          <w:sz w:val="20"/>
        </w:rPr>
        <w:t>9:57  ya umm ma'bad, do you have anything for us to eat, like milk or date or water that we can take from you?" and she said: "wallah, if i had anything, i would surely have given you." you know, the arabs are very hospitable people, very generous.</w:t>
      </w:r>
      <w:r>
        <w:br/>
      </w:r>
      <w:r>
        <w:rPr>
          <w:sz w:val="20"/>
        </w:rPr>
        <w:t>10:15  they will never like to send their guests without offering something to eat, but it was time of drought.</w:t>
      </w:r>
      <w:r>
        <w:br/>
      </w:r>
      <w:r>
        <w:rPr>
          <w:sz w:val="20"/>
        </w:rPr>
        <w:t>10:24  her family was also passing through difficult time, great hardship. she had nothing to offer. so the prophet noticed there was a small goat at the corner of the tent,</w:t>
      </w:r>
      <w:r>
        <w:br/>
      </w:r>
      <w:r>
        <w:rPr>
          <w:sz w:val="20"/>
        </w:rPr>
        <w:t>10:38  and the prophet pointed to that goat and said: "what about that goat? can i milk it</w:t>
      </w:r>
      <w:r>
        <w:br/>
      </w:r>
      <w:r>
        <w:rPr>
          <w:sz w:val="20"/>
        </w:rPr>
        <w:t>10:45  ?" and she said: "this poor goat is so weak that rest of the flock has gone to graze and leaving her behind." and she couldn't even go to graze outside. she is so weak,</w:t>
      </w:r>
      <w:r>
        <w:br/>
      </w:r>
      <w:r>
        <w:rPr>
          <w:sz w:val="20"/>
        </w:rPr>
        <w:t>11:01  it has no milk, but the prophet said: "would you allow me to try milking her?" so she said: "okay, if you wish, go ahead</w:t>
      </w:r>
      <w:r>
        <w:br/>
      </w:r>
      <w:r>
        <w:rPr>
          <w:sz w:val="20"/>
        </w:rPr>
        <w:t>11:13  , do i don't expect that you will get a drop of milk." so the prophet approached the goat and rubbed her back, patted that and prayed for the family.</w:t>
      </w:r>
      <w:r>
        <w:br/>
      </w:r>
      <w:r>
        <w:rPr>
          <w:sz w:val="20"/>
        </w:rPr>
        <w:t>11:29  he used to pray for the family whenever he was to stay in a house. this was his habit. so prophet said: "o allah, bless this goat for the family."</w:t>
      </w:r>
      <w:r>
        <w:br/>
      </w:r>
      <w:r>
        <w:rPr>
          <w:sz w:val="20"/>
        </w:rPr>
        <w:t>11:41  and the prophet said: "bismillah." and he placed his hand on the goat's udder and started milking.</w:t>
      </w:r>
      <w:r>
        <w:br/>
      </w:r>
      <w:r>
        <w:rPr>
          <w:sz w:val="20"/>
        </w:rPr>
        <w:t>11:51  suddenly milk big into overflow. mashallah. and the prophet milk the goat and the big container was overflowed. and umm habiba was surprised. she was amazed.</w:t>
      </w:r>
      <w:r>
        <w:br/>
      </w:r>
      <w:r>
        <w:rPr>
          <w:sz w:val="20"/>
        </w:rPr>
        <w:t>12:04  so first the prophet gave the milk to umm habiba to drink.</w:t>
      </w:r>
      <w:r>
        <w:br/>
      </w:r>
      <w:r>
        <w:rPr>
          <w:sz w:val="20"/>
        </w:rPr>
        <w:t>12:11  she drank to her full, and then the prophet offered the milk to his companions. they all drank and they were satisfied.</w:t>
      </w:r>
      <w:r>
        <w:br/>
      </w:r>
      <w:r>
        <w:rPr>
          <w:sz w:val="20"/>
        </w:rPr>
        <w:t>12:21  still there was milk in the vessel. right. and the prophet said: "the one who serves others should drink last." this is a principle.</w:t>
      </w:r>
      <w:r>
        <w:br/>
      </w:r>
      <w:r>
        <w:rPr>
          <w:sz w:val="20"/>
        </w:rPr>
        <w:t>12:33  so finally the prophet drank last,</w:t>
      </w:r>
      <w:r>
        <w:br/>
      </w:r>
      <w:r>
        <w:rPr>
          <w:sz w:val="20"/>
        </w:rPr>
        <w:t>12:37  and when they finished, the prophet milked the goat again, and the pot was filled more. so he gave the full pot of milk to umm habiba to keep for her family,</w:t>
      </w:r>
      <w:r>
        <w:br/>
      </w:r>
      <w:r>
        <w:rPr>
          <w:sz w:val="20"/>
        </w:rPr>
        <w:t>12:52  and then after resting for a while, the prophet and his companions continued their journey to madinah.</w:t>
      </w:r>
    </w:p>
    <w:p>
      <w:pPr>
        <w:pStyle w:val="Heading2"/>
      </w:pPr>
      <w:r>
        <w:t>Prophet Yusuf's full story of situation management in Egypt</w:t>
      </w:r>
    </w:p>
    <w:p>
      <w:r>
        <w:rPr>
          <w:color w:val="666666"/>
          <w:sz w:val="18"/>
        </w:rPr>
        <w:t>The Importance of Wisdom February 22, 2009 · 3m 59s · at 8:39 · https://youtu.be/2E7WtpqtFgw?t=519</w:t>
      </w:r>
    </w:p>
    <w:p>
      <w:r>
        <w:rPr>
          <w:i/>
        </w:rPr>
        <w:t>“Ab main kuch historical example doonga aapko is baat ka, Surah Yusuf padhiye”</w:t>
      </w:r>
    </w:p>
    <w:p>
      <w:r>
        <w:rPr>
          <w:sz w:val="20"/>
        </w:rPr>
        <w:t>8:39  ab mein kuch historical example doon ga aap ko is baat ka. quran mein dekhiye, aap surah yusuf ko parhiye.</w:t>
      </w:r>
      <w:r>
        <w:br/>
      </w:r>
      <w:r>
        <w:rPr>
          <w:sz w:val="20"/>
        </w:rPr>
        <w:t>8:52  quran mein aik hi aisi surah hai jis mein poori poori surah aik hi subject par chalti hai. yani hazrat yusuf alaihissalam ka, jis ko kaha gaya hai aslul qasas.</w:t>
      </w:r>
      <w:r>
        <w:br/>
      </w:r>
      <w:r>
        <w:rPr>
          <w:sz w:val="20"/>
        </w:rPr>
        <w:t>9:05  is mein bataya gaya hai ke yeh qissa aap bible mein bhi dekh sakte hain. hazrat yusuf ka qissa jo hai, jin ko joseph kaha jata hai, bible mein bhi hai, quran mein bhi hai.</w:t>
      </w:r>
      <w:r>
        <w:br/>
      </w:r>
      <w:r>
        <w:rPr>
          <w:sz w:val="20"/>
        </w:rPr>
        <w:t>9:18  to egypt mein thay hazrat yusuf alaihissalam. paida hue thay woh qanan mein. phir woh pohanche egypt mein, misr mein.</w:t>
      </w:r>
      <w:r>
        <w:br/>
      </w:r>
      <w:r>
        <w:rPr>
          <w:sz w:val="20"/>
        </w:rPr>
        <w:t>9:32  us waqt wahan aik dynasty thi, jis ko kaha tha hックスas kings. to us ka jo badshah tha, woh mushrik tha.</w:t>
      </w:r>
      <w:r>
        <w:br/>
      </w:r>
      <w:r>
        <w:rPr>
          <w:sz w:val="20"/>
        </w:rPr>
        <w:t>9:43  koi muslim badshah nahi tha.</w:t>
      </w:r>
      <w:r>
        <w:br/>
      </w:r>
      <w:r>
        <w:rPr>
          <w:sz w:val="20"/>
        </w:rPr>
        <w:t>9:47  to kya hua, wahan par qahat ki soorat paida hui.</w:t>
      </w:r>
      <w:r>
        <w:br/>
      </w:r>
      <w:r>
        <w:rPr>
          <w:sz w:val="20"/>
        </w:rPr>
        <w:t>9:54  to</w:t>
      </w:r>
      <w:r>
        <w:br/>
      </w:r>
      <w:r>
        <w:rPr>
          <w:sz w:val="20"/>
        </w:rPr>
        <w:t>9:59  saat saal tak wahan qahat lagataar jari raha. pani nahi barsa aur qahat pada. to badshah ne,</w:t>
      </w:r>
      <w:r>
        <w:br/>
      </w:r>
      <w:r>
        <w:rPr>
          <w:sz w:val="20"/>
        </w:rPr>
        <w:t>10:12  yeh kahani aap dekh sakte hain bible mein ya quran mein, is ki mein detail mein nahi ja raha hoon.</w:t>
      </w:r>
      <w:r>
        <w:br/>
      </w:r>
      <w:r>
        <w:rPr>
          <w:sz w:val="20"/>
        </w:rPr>
        <w:t>10:17  badshah ne yeh mehsoos kiya ke yusuf jo hain, woh is ko manage kar sakte hain. yani qahat ke problem ko.</w:t>
      </w:r>
      <w:r>
        <w:br/>
      </w:r>
      <w:r>
        <w:rPr>
          <w:sz w:val="20"/>
        </w:rPr>
        <w:t>10:28  yani drought ke problem ko. to unhon ne badshah ne un ko offer diya ke aap, yani food management ka kaam aap le lijie.</w:t>
      </w:r>
      <w:r>
        <w:br/>
      </w:r>
      <w:r>
        <w:rPr>
          <w:sz w:val="20"/>
        </w:rPr>
        <w:t>10:40  aur logon ko rahat pohanchaiye.</w:t>
      </w:r>
      <w:r>
        <w:br/>
      </w:r>
      <w:r>
        <w:rPr>
          <w:sz w:val="20"/>
        </w:rPr>
        <w:t>10:45  to hazrat yusuf alaihi assalam ne foran is ko le liya. yani, yani unhon ne sawal poocha ke pehle tum mushrik ko khatam karo, apna naam badlo, apna mazhab badlo.</w:t>
      </w:r>
      <w:r>
        <w:br/>
      </w:r>
      <w:r>
        <w:rPr>
          <w:sz w:val="20"/>
        </w:rPr>
        <w:t>10:56  tab mein tumhare tehat. kyunke yeh is ke under mein kaam karna tha, mushrik badshah ke andar mein.</w:t>
      </w:r>
      <w:r>
        <w:br/>
      </w:r>
      <w:r>
        <w:rPr>
          <w:sz w:val="20"/>
        </w:rPr>
        <w:t>11:06  yeh sab sawal nahi uthaya unhon ne. ke tum mushrik ho, badlo apna toheed ka ikhtiyar karo, apna naam badlo. ailan karo ke ab tak mein ghalat fehmi par tha.</w:t>
      </w:r>
      <w:r>
        <w:br/>
      </w:r>
      <w:r>
        <w:rPr>
          <w:sz w:val="20"/>
        </w:rPr>
        <w:t>11:18  kuch nahi. unhon ne food management ke department ko le liya aur wahan par unhon ne bohat acha intezam kiya, logon ko faida pohanchaya, misr mein bhi, misr ke bahir bhi.</w:t>
      </w:r>
      <w:r>
        <w:br/>
      </w:r>
      <w:r>
        <w:rPr>
          <w:sz w:val="20"/>
        </w:rPr>
        <w:t>11:33  yeh kaise hua</w:t>
      </w:r>
      <w:r>
        <w:br/>
      </w:r>
      <w:r>
        <w:rPr>
          <w:sz w:val="20"/>
        </w:rPr>
        <w:t>11:34  ? ek situation create hui is mushrik badshah ke zariye.</w:t>
      </w:r>
      <w:r>
        <w:br/>
      </w:r>
      <w:r>
        <w:rPr>
          <w:sz w:val="20"/>
        </w:rPr>
        <w:t>11:40  woh is ke apne interest mein thi. woh chahta tha ke mere jo, mere jo subject hain, meri jo riaya hai, woh mujh se badnaam na ho.</w:t>
      </w:r>
      <w:r>
        <w:br/>
      </w:r>
      <w:r>
        <w:rPr>
          <w:sz w:val="20"/>
        </w:rPr>
        <w:t>11:50  yani bashar-e-badshah ke, logon ki nazar mein jo meri achi image hai, woh bani rahe. woh bigre nahi.</w:t>
      </w:r>
      <w:r>
        <w:br/>
      </w:r>
      <w:r>
        <w:rPr>
          <w:sz w:val="20"/>
        </w:rPr>
        <w:t>11:59  to us ne hazrat yusuf ko yeh offer diya tha apne faide ke liye. lekin is se ek situation create hui.</w:t>
      </w:r>
      <w:r>
        <w:br/>
      </w:r>
      <w:r>
        <w:rPr>
          <w:sz w:val="20"/>
        </w:rPr>
        <w:t>12:10  hazrat yusuf alaihi assalam ne foran is situation ko avail kiya. avail kiya aur is ko ohde ko qabool kiya aur is ke baad bohat kuch kaam kiye unhon ne Egypt mein.</w:t>
      </w:r>
      <w:r>
        <w:br/>
      </w:r>
      <w:r>
        <w:rPr>
          <w:sz w:val="20"/>
        </w:rPr>
        <w:t>12:23  yani hazrat yusuf alaihi assalam ne goya, jis ko mein keh raha hoon ke master of situation management, master of situation management ki ek bohat bari misaal qaim ki unhon ne.</w:t>
      </w:r>
    </w:p>
    <w:p>
      <w:pPr>
        <w:pStyle w:val="Heading2"/>
      </w:pPr>
      <w:r>
        <w:t>Qutb and Mawdudi's political reinterpretation of the Quran</w:t>
      </w:r>
    </w:p>
    <w:p>
      <w:r>
        <w:rPr>
          <w:color w:val="666666"/>
          <w:sz w:val="18"/>
        </w:rPr>
        <w:t>The Age of Deceiving Philosophies I June 21, 2009 Maulana Wahiduddin Khan · 5m 17s · at 32:49 · https://youtu.be/Ytnj8NSIAgQ?t=1969</w:t>
      </w:r>
    </w:p>
    <w:p>
      <w:r>
        <w:rPr>
          <w:i/>
        </w:rPr>
        <w:t>“They twisted the Quran's meaning through political interpretation”</w:t>
      </w:r>
    </w:p>
    <w:p>
      <w:r>
        <w:rPr>
          <w:sz w:val="20"/>
        </w:rPr>
        <w:t>32:49  Abu Mahdi aur Syed Qutb ne kya kya ke Quran ki ghalat tafsir kar ke Syed Qutb ki tafsir aap parh sakte hain "Fi Zilal al-Quran"</w:t>
      </w:r>
      <w:r>
        <w:br/>
      </w:r>
      <w:r>
        <w:rPr>
          <w:sz w:val="20"/>
        </w:rPr>
        <w:t>32:59  aur Abu Mahdi ki tafsir parh sakte hain "Tafheem al-Quran". Poori tafsir ko unhon ne political tafsir bana diya hai. Political tafsir jaise mein ek misaal deta hoon aap ko ke Syed Qutb ki jo tafsir hai, Arabic tafsir "Fi Zilal al-Quran" to Quran mein Surah Shu'ara mein aur Surah al-A'raf mein do jagah</w:t>
      </w:r>
      <w:r>
        <w:br/>
      </w:r>
      <w:r>
        <w:rPr>
          <w:sz w:val="20"/>
        </w:rPr>
        <w:t>33:22  Firaun ka ek naqal hua hai ke Firaun ne kaha apne darbariyon se ke "Yuri yukhrijakum min ardikum" ke Mosa chaahte hain ke tum ko tumhaare bal se nikaal de.</w:t>
      </w:r>
      <w:r>
        <w:br/>
      </w:r>
      <w:r>
        <w:rPr>
          <w:sz w:val="20"/>
        </w:rPr>
        <w:t>33:33  To is ko likha hai Syed Qutb sahib ne ke us ne kaha us se darbariyon se "Innaha zahab al-sultan". "Innaha zahab al-sultan" yeh to humari hukoomat ko khatam karne ka nara hai, humari hukoomat hi khatam kar de ga yeh aadmi be dakhil kar de ga hum ko humari saltanat se.</w:t>
      </w:r>
      <w:r>
        <w:br/>
      </w:r>
      <w:r>
        <w:rPr>
          <w:sz w:val="20"/>
        </w:rPr>
        <w:t>33:52  Use ladna hai. Halaanke Hazrat Hazrat Hazrat Hazrat Mosa jo the, un ki dawat sirf tawheed ki thi, is ka party se koi matlab hi nahi tha.</w:t>
      </w:r>
      <w:r>
        <w:br/>
      </w:r>
      <w:r>
        <w:rPr>
          <w:sz w:val="20"/>
        </w:rPr>
        <w:t>34:03  Aur dilchasp baat yeh hai ke aap dekhiye ke Syed Qutb ke samajh mein nahi aaya ke jab Allah Ta'ala ne madad ki Hazrat Mosa ki aur Firaun gharq ho gaya aur saara Misr khaali ho gaya.</w:t>
      </w:r>
      <w:r>
        <w:br/>
      </w:r>
      <w:r>
        <w:rPr>
          <w:sz w:val="20"/>
        </w:rPr>
        <w:t>34:17  Aap jaante hain ke Quran mein bataya gaya hai, Bible mein bataya gaya hai ke Firaun bhi doob gaya aur us ka lashkar bhi doob gaya, saari taqat us mein khatam ho gayi.</w:t>
      </w:r>
      <w:r>
        <w:br/>
      </w:r>
      <w:r>
        <w:rPr>
          <w:sz w:val="20"/>
        </w:rPr>
        <w:t>34:28  Mosa Bani Israel laakho ki tadaad mein the, woh kayi laakh ki tadaad mein the wahan par Misr mein. To Hazrat Mosa qabza kar lete Misr ke oopar, chale gaye Saraye Sina mein, koi chale gaye.</w:t>
      </w:r>
      <w:r>
        <w:br/>
      </w:r>
      <w:r>
        <w:rPr>
          <w:sz w:val="20"/>
        </w:rPr>
        <w:t>34:39  Yani agar Hazrat Mosa ka maqsad yeh tha ke Misr mein Firaun ko hata kar ke apni hukoomat qayam karein to jab hukoomat jab Firaun hata chuka tha, lashkar barbaad ho chuka tha to qabza kyun nahi kiya unho ne?</w:t>
      </w:r>
      <w:r>
        <w:br/>
      </w:r>
      <w:r>
        <w:rPr>
          <w:sz w:val="20"/>
        </w:rPr>
        <w:t>34:51  Phir Saraye Sina mein kyun chale gaye?</w:t>
      </w:r>
      <w:r>
        <w:br/>
      </w:r>
      <w:r>
        <w:rPr>
          <w:sz w:val="20"/>
        </w:rPr>
        <w:t>34:54  Lekin yeh farmaate hain to Firaun ne kaha tha ek ek woh koi bhi shakhs ek behkane wala jumla kehta hai provoke karne ke liye ek ek ek sentence bolta hai,</w:t>
      </w:r>
      <w:r>
        <w:br/>
      </w:r>
      <w:r>
        <w:rPr>
          <w:sz w:val="20"/>
        </w:rPr>
        <w:t>35:08  woh us ki sachai se koi taalluq nahi hota. To Firaun ne kaha tha apne darbariyon ko bhadkane bhadkane ke liye,</w:t>
      </w:r>
      <w:r>
        <w:br/>
      </w:r>
      <w:r>
        <w:rPr>
          <w:sz w:val="20"/>
        </w:rPr>
        <w:t>35:16  woh jaanta tha ke yeh Firaun jaanta tha ke Hazrat Mosa ki dawat mein koi politics nahi hai, woh to ek tawheed ki dawat hai.</w:t>
      </w:r>
      <w:r>
        <w:br/>
      </w:r>
      <w:r>
        <w:rPr>
          <w:sz w:val="20"/>
        </w:rPr>
        <w:t>35:25  Bhadkane ke liye us ne kaha ke "Yuri yukhrijakum min ardikum"</w:t>
      </w:r>
      <w:r>
        <w:br/>
      </w:r>
      <w:r>
        <w:rPr>
          <w:sz w:val="20"/>
        </w:rPr>
        <w:t>35:30  to bhadkane ke baad jo kahi thi usne us se nikaal liya syed qutb ne "inha zahab al-sultan". ab ghaur kijiye ke kya moosa ka jo message hai woh firaun ke paas se nikle ga ya khud firaun ke ya khud moosa ke kalaam se nikle ga?</w:t>
      </w:r>
      <w:r>
        <w:br/>
      </w:r>
      <w:r>
        <w:rPr>
          <w:sz w:val="20"/>
        </w:rPr>
        <w:t>35:46  kehti hai alogical baat hai ke hazrat moosa ke baad message kya tha, is ko nikaal rahe hain firaun ke kalaam se. woh to nikla hai ke khud hazrat moosa ke kalaam se.</w:t>
      </w:r>
      <w:r>
        <w:br/>
      </w:r>
      <w:r>
        <w:rPr>
          <w:sz w:val="20"/>
        </w:rPr>
        <w:t>35:57  kehti hai alogical baat hai aur phir hazrat moosa chhod ke chale gaye misr se, wahan tab bhi nahi samajh mein aaya un ko. to yeh likha unhon ne syed qutb sahib ne.</w:t>
      </w:r>
      <w:r>
        <w:br/>
      </w:r>
      <w:r>
        <w:rPr>
          <w:sz w:val="20"/>
        </w:rPr>
        <w:t>36:07  yeh poori tafseer un ki parhi hai. aap isi qism ki baatein hain ke is ko politicize kiya unhon ne tafseer ko. aise abu mehdi ne kiya hai, un ki tafseer parhi hai "tafheem al-quran".</w:t>
      </w:r>
      <w:r>
        <w:br/>
      </w:r>
      <w:r>
        <w:rPr>
          <w:sz w:val="20"/>
        </w:rPr>
        <w:t>36:20  jaise misaal ke taur par quran mein hai ke "koono qawabi bilqist". aye logo!</w:t>
      </w:r>
      <w:r>
        <w:br/>
      </w:r>
      <w:r>
        <w:rPr>
          <w:sz w:val="20"/>
        </w:rPr>
        <w:t>36:28  tum qist par qaaim hone wale ban jao, yani qist ki pairwi karne wale ban jao.</w:t>
      </w:r>
      <w:r>
        <w:br/>
      </w:r>
      <w:r>
        <w:rPr>
          <w:sz w:val="20"/>
        </w:rPr>
        <w:t>36:34  to yeh jo qawam ka lafz hai, yeh muqeem ka mubaligha nahi hai, qaaim ka mubaligha hai. yani apne aap ko qaaim kar do qist ke upar, justice ke upar.</w:t>
      </w:r>
      <w:r>
        <w:br/>
      </w:r>
      <w:r>
        <w:rPr>
          <w:sz w:val="20"/>
        </w:rPr>
        <w:t>36:46  justice ko follow karne wale ban jao, justice ki pairwi karne wale ban jao. us waqt kya nikaal liya unhon ne? justice ek jhanda buland karo, justice ko duniya mein ghalib karo, justice ek hukumat qaaim karo saari duniya mein.</w:t>
      </w:r>
      <w:r>
        <w:br/>
      </w:r>
      <w:r>
        <w:rPr>
          <w:sz w:val="20"/>
        </w:rPr>
        <w:t>36:59  aap parh lijiye "tafheem al-quran" mein.</w:t>
      </w:r>
      <w:r>
        <w:br/>
      </w:r>
      <w:r>
        <w:rPr>
          <w:sz w:val="20"/>
        </w:rPr>
        <w:t>37:01  ab kehte hain stepped interpretation hai yeh, lekin is ka nateeja kya hua? ke islam ban gaya.</w:t>
      </w:r>
      <w:r>
        <w:br/>
      </w:r>
      <w:r>
        <w:rPr>
          <w:sz w:val="20"/>
        </w:rPr>
        <w:t>37:11  islam jo hai, woh ban gaya subject of force full implementation. islam jo tha, jo rasool allah jo islam laaye the, woh tha subject of following.</w:t>
      </w:r>
      <w:r>
        <w:br/>
      </w:r>
      <w:r>
        <w:rPr>
          <w:sz w:val="20"/>
        </w:rPr>
        <w:t>37:25  pairwi karne ka mazhab ke hum khud pairwi karein.</w:t>
      </w:r>
      <w:r>
        <w:br/>
      </w:r>
      <w:r>
        <w:rPr>
          <w:sz w:val="20"/>
        </w:rPr>
        <w:t>37:29  jo paighambar islam ne hamein diya tha, islam woh tha. woh islam jo tha, subject of following tha, yani pairwi karne ka mazhab tha.</w:t>
      </w:r>
      <w:r>
        <w:br/>
      </w:r>
      <w:r>
        <w:rPr>
          <w:sz w:val="20"/>
        </w:rPr>
        <w:t>37:38  woh unhon ne kya kiya? syed qutb ne aur bade modin ne is ko subject of enforcement bana diya, subject of force full implementation bana diya.</w:t>
      </w:r>
      <w:r>
        <w:br/>
      </w:r>
      <w:r>
        <w:rPr>
          <w:sz w:val="20"/>
        </w:rPr>
        <w:t>37:48  yani main yeh kahun ga ke yeh yani religion of flagging bana diya is ko,</w:t>
      </w:r>
      <w:r>
        <w:br/>
      </w:r>
      <w:r>
        <w:rPr>
          <w:sz w:val="20"/>
        </w:rPr>
        <w:t>37:56  yani mohabbat aur blessing ke deen ko religion of flagging bana diya. aap dekhein, flagging ho rahi hai har jagah, jahan jahan yeh nazariya phailta hai.</w:t>
      </w:r>
    </w:p>
    <w:p>
      <w:pPr>
        <w:pStyle w:val="Heading2"/>
      </w:pPr>
      <w:r>
        <w:t>Islam's dominance and Muslim ignorance over ages</w:t>
      </w:r>
    </w:p>
    <w:p>
      <w:r>
        <w:rPr>
          <w:color w:val="666666"/>
          <w:sz w:val="18"/>
        </w:rPr>
        <w:t>Islam in A New Age August 30, 2020 Maulana Wahiduddin Khan · 4m 16s · at 0:33 · https://youtu.be/R2EEb2xSIcA?t=33</w:t>
      </w:r>
    </w:p>
    <w:p>
      <w:r>
        <w:rPr>
          <w:i/>
        </w:rPr>
        <w:t>“Islam jab se aaya us waqt se ab tak dekha jaye”</w:t>
      </w:r>
    </w:p>
    <w:p>
      <w:r>
        <w:rPr>
          <w:sz w:val="20"/>
        </w:rPr>
        <w:t>0:33  30 agast 2020. islam jab se aaya, us waqt se ab tak dekha jaye</w:t>
      </w:r>
      <w:r>
        <w:br/>
      </w:r>
      <w:r>
        <w:rPr>
          <w:sz w:val="20"/>
        </w:rPr>
        <w:t>0:46  toh 1000 saal se zyada muddat guzar chuki hai.</w:t>
      </w:r>
      <w:r>
        <w:br/>
      </w:r>
      <w:r>
        <w:rPr>
          <w:sz w:val="20"/>
        </w:rPr>
        <w:t>0:55  yeh muddat</w:t>
      </w:r>
      <w:r>
        <w:br/>
      </w:r>
      <w:r>
        <w:rPr>
          <w:sz w:val="20"/>
        </w:rPr>
        <w:t>1:00  do historical ages ke darmiyan phaili hui hai,</w:t>
      </w:r>
      <w:r>
        <w:br/>
      </w:r>
      <w:r>
        <w:rPr>
          <w:sz w:val="20"/>
        </w:rPr>
        <w:t>1:10  yani pre scientific age aur post scientific age.</w:t>
      </w:r>
      <w:r>
        <w:br/>
      </w:r>
      <w:r>
        <w:rPr>
          <w:sz w:val="20"/>
        </w:rPr>
        <w:t>1:24  islam</w:t>
      </w:r>
      <w:r>
        <w:br/>
      </w:r>
      <w:r>
        <w:rPr>
          <w:sz w:val="20"/>
        </w:rPr>
        <w:t>1:32  ke bare mein allah rab ul alameen ka yeh faisla tha</w:t>
      </w:r>
      <w:r>
        <w:br/>
      </w:r>
      <w:r>
        <w:rPr>
          <w:sz w:val="20"/>
        </w:rPr>
        <w:t>1:40  ke "al islam yalo wala yala alaih",</w:t>
      </w:r>
      <w:r>
        <w:br/>
      </w:r>
      <w:r>
        <w:rPr>
          <w:sz w:val="20"/>
        </w:rPr>
        <w:t>1:46  yani islam sarbuland rahega, is ko zair nahi kiya jayega.</w:t>
      </w:r>
      <w:r>
        <w:br/>
      </w:r>
      <w:r>
        <w:rPr>
          <w:sz w:val="20"/>
        </w:rPr>
        <w:t>1:55  lekin bohat se hawale mein bazahir islam maghloob nazar aata hai.</w:t>
      </w:r>
      <w:r>
        <w:br/>
      </w:r>
      <w:r>
        <w:rPr>
          <w:sz w:val="20"/>
        </w:rPr>
        <w:t>2:07  is ka sabab kya hai?</w:t>
      </w:r>
      <w:r>
        <w:br/>
      </w:r>
      <w:r>
        <w:rPr>
          <w:sz w:val="20"/>
        </w:rPr>
        <w:t>2:12  is ka sabab bilashuba al islam ki bekhabri hai.</w:t>
      </w:r>
      <w:r>
        <w:br/>
      </w:r>
      <w:r>
        <w:rPr>
          <w:sz w:val="20"/>
        </w:rPr>
        <w:t>2:25  yani yeh do daur jo hain,</w:t>
      </w:r>
      <w:r>
        <w:br/>
      </w:r>
      <w:r>
        <w:rPr>
          <w:sz w:val="20"/>
        </w:rPr>
        <w:t>2:30  post certificate aur</w:t>
      </w:r>
      <w:r>
        <w:br/>
      </w:r>
      <w:r>
        <w:rPr>
          <w:sz w:val="20"/>
        </w:rPr>
        <w:t>2:40  yani certificate tak aur certificate ke baad,</w:t>
      </w:r>
      <w:r>
        <w:br/>
      </w:r>
      <w:r>
        <w:rPr>
          <w:sz w:val="20"/>
        </w:rPr>
        <w:t>2:50  to qadeem zamana</w:t>
      </w:r>
      <w:r>
        <w:br/>
      </w:r>
      <w:r>
        <w:rPr>
          <w:sz w:val="20"/>
        </w:rPr>
        <w:t>2:56  teresia zamana tha. is zamane mein</w:t>
      </w:r>
      <w:r>
        <w:br/>
      </w:r>
      <w:r>
        <w:rPr>
          <w:sz w:val="20"/>
        </w:rPr>
        <w:t>3:03  teresia cheezein taqat ka mayar hoti theen.</w:t>
      </w:r>
      <w:r>
        <w:br/>
      </w:r>
      <w:r>
        <w:rPr>
          <w:sz w:val="20"/>
        </w:rPr>
        <w:t>3:12  magar ab jo zamana aaya hai, science ke baad,</w:t>
      </w:r>
      <w:r>
        <w:br/>
      </w:r>
      <w:r>
        <w:rPr>
          <w:sz w:val="20"/>
        </w:rPr>
        <w:t>3:21  is daur mein</w:t>
      </w:r>
      <w:r>
        <w:br/>
      </w:r>
      <w:r>
        <w:rPr>
          <w:sz w:val="20"/>
        </w:rPr>
        <w:t>3:26  mayar taqat badal gaya.</w:t>
      </w:r>
      <w:r>
        <w:br/>
      </w:r>
      <w:r>
        <w:rPr>
          <w:sz w:val="20"/>
        </w:rPr>
        <w:t>3:33  chunki yeh yeh mayar jo maujooda zamane mein ghalib hua, is mein musalman kuch kar nahi paye,</w:t>
      </w:r>
      <w:r>
        <w:br/>
      </w:r>
      <w:r>
        <w:rPr>
          <w:sz w:val="20"/>
        </w:rPr>
        <w:t>3:48  is liye islam maghloob ho gaya.</w:t>
      </w:r>
      <w:r>
        <w:br/>
      </w:r>
      <w:r>
        <w:rPr>
          <w:sz w:val="20"/>
        </w:rPr>
        <w:t>3:53  musalmanon ne samjha ke yeh sab doosri qaumon ki sazish ki wajah se hai.</w:t>
      </w:r>
      <w:r>
        <w:br/>
      </w:r>
      <w:r>
        <w:rPr>
          <w:sz w:val="20"/>
        </w:rPr>
        <w:t>4:04  sazish. to sazish ki theory tamam musalmanon par chha jayegi.</w:t>
      </w:r>
      <w:r>
        <w:br/>
      </w:r>
      <w:r>
        <w:rPr>
          <w:sz w:val="20"/>
        </w:rPr>
        <w:t>4:14  is ke nateeje mein kya hai? dunya bhar se jhadap, jhadap raad, dunya bhar se ladai, bajaye ko bomb marna, yeh culture bazor mein phaila ho gaya, phail gaya.</w:t>
      </w:r>
      <w:r>
        <w:br/>
      </w:r>
      <w:r>
        <w:rPr>
          <w:sz w:val="20"/>
        </w:rPr>
        <w:t>4:29  aaj kal jo musalmanon mein aai hai, doosri qaumon ke liye nafrat aur ladai ka culture ka daur, woh bilashuba musalmanon ki bekhabri ki wajah se hai.</w:t>
      </w:r>
    </w:p>
    <w:p>
      <w:pPr>
        <w:pStyle w:val="Heading2"/>
      </w:pPr>
      <w:r>
        <w:t>Seminar anecdote exposing 'intellectual poverty' and losing focus</w:t>
      </w:r>
    </w:p>
    <w:p>
      <w:r>
        <w:rPr>
          <w:color w:val="666666"/>
          <w:sz w:val="18"/>
        </w:rPr>
        <w:t>Why was Muhammad The Last Prophet March 25, 2007 · 4m 38s · at 12:11 · https://youtu.be/iPBd0i_xtnA?t=731</w:t>
      </w:r>
    </w:p>
    <w:p>
      <w:r>
        <w:rPr>
          <w:i/>
        </w:rPr>
        <w:t>“کل انڈیا ہیبیٹیٹ سینٹر میں ایک سیمینار تھا”</w:t>
      </w:r>
    </w:p>
    <w:p>
      <w:r>
        <w:rPr>
          <w:sz w:val="20"/>
        </w:rPr>
        <w:t>12:11  ab yeh kal ki baat hai, main yahan par India Habitat Centre jo kaha jata hai, Lodhi Road par, wahan par ek seminar tha.</w:t>
      </w:r>
      <w:r>
        <w:br/>
      </w:r>
      <w:r>
        <w:rPr>
          <w:sz w:val="20"/>
        </w:rPr>
        <w:t>12:21  to is seminar mein mujhe bhi bulaya gaya tha. to seminar ka topic to tha Islam and Hinduism. Islam and Hinduism.</w:t>
      </w:r>
      <w:r>
        <w:br/>
      </w:r>
      <w:r>
        <w:rPr>
          <w:sz w:val="20"/>
        </w:rPr>
        <w:t>12:33  ab wahan ek sahab aa gaye, koi leader type ke the woh. aur bohat hi woh... PhD aati hai un ko.</w:t>
      </w:r>
      <w:r>
        <w:br/>
      </w:r>
      <w:r>
        <w:rPr>
          <w:sz w:val="20"/>
        </w:rPr>
        <w:t>12:41  ab woh khade hue. aur Islam aur... aur... ab Hinduism mein to kam bole woh. pata nahi kaise unhon ne nikaal liya America ki hegemony.</w:t>
      </w:r>
      <w:r>
        <w:br/>
      </w:r>
      <w:r>
        <w:rPr>
          <w:sz w:val="20"/>
        </w:rPr>
        <w:t>12:53  ke America chahta hai ke mere paas atom bomb ho, kisi ke paas na ho. sab ke paas rahega atom bomb. kaise nahi rahega? pehle tum khatam karo to hum bhi khatam karenge. ab khoob taliyan baj rahi hain.</w:t>
      </w:r>
      <w:r>
        <w:br/>
      </w:r>
      <w:r>
        <w:rPr>
          <w:sz w:val="20"/>
        </w:rPr>
        <w:t>13:02  khoob taliyan baj rahi hain. ab dekhiye, na to speaker ne yeh socha ke yeh ghair mutalliq baat hai yahan par.</w:t>
      </w:r>
      <w:r>
        <w:br/>
      </w:r>
      <w:r>
        <w:rPr>
          <w:sz w:val="20"/>
        </w:rPr>
        <w:t>13:10  jab is ka topic jo hai Islam and Hinduism hai, to is ko is se kya matlab? aur jo wahan sam'een, jo baithe hue the, audience, unhon ne bhi nahi socha ke yeh ghair mutalliq baat kar rahe hain.</w:t>
      </w:r>
      <w:r>
        <w:br/>
      </w:r>
      <w:r>
        <w:rPr>
          <w:sz w:val="20"/>
        </w:rPr>
        <w:t>13:26  halanke woh sab top ke log the. yaani saara program English mein ho raha tha. sab taleem yafta log the.</w:t>
      </w:r>
      <w:r>
        <w:br/>
      </w:r>
      <w:r>
        <w:rPr>
          <w:sz w:val="20"/>
        </w:rPr>
        <w:t>13:36  to hamare Professor Sekhon sahib ne ek ek article likha tha is mein, Times of India mein. to is ka caption tha Intellectual Poverty.</w:t>
      </w:r>
      <w:r>
        <w:br/>
      </w:r>
      <w:r>
        <w:rPr>
          <w:sz w:val="20"/>
        </w:rPr>
        <w:t>13:47  woh main ne is ka scene dekha kal. Intellectual Poverty. yaani kisi aadmi ko yeh mehsoos nahi hua ke is ka kya mutalliq hai is is is subject se.</w:t>
      </w:r>
      <w:r>
        <w:br/>
      </w:r>
      <w:r>
        <w:rPr>
          <w:sz w:val="20"/>
        </w:rPr>
        <w:t>14:03  yaani wahan par America ki hegemony subject mein nahi thi. atom bomb kaun banaye, na banaye, nahi thi. ab taliyan baj rahi hain.</w:t>
      </w:r>
      <w:r>
        <w:br/>
      </w:r>
      <w:r>
        <w:rPr>
          <w:sz w:val="20"/>
        </w:rPr>
        <w:t>14:13  wahan Iran ke log bhi kuch the, unhon ne khoob tali bajai, unhon ne bhi. kyunke unhein mil raha tha ke hum bhi bana sakte hain atom bomb.</w:t>
      </w:r>
      <w:r>
        <w:br/>
      </w:r>
      <w:r>
        <w:rPr>
          <w:sz w:val="20"/>
        </w:rPr>
        <w:t>14:24  to atom bomb par woh... yaani door door door tak is ka matlab nahi tha is seminar ke atom bomb se. aur yahi wahan jo doosri baat thi, woh logon ko kam pakad mein aayi.</w:t>
      </w:r>
      <w:r>
        <w:br/>
      </w:r>
      <w:r>
        <w:rPr>
          <w:sz w:val="20"/>
        </w:rPr>
        <w:t>14:40  aur yeh khoob pakad mein aaya. main hairaan tha ke yeh in Delhi ke top ke log the woh. yaani taleem yafta log the, saara English bol rahe the sab ke sab.</w:t>
      </w:r>
      <w:r>
        <w:br/>
      </w:r>
      <w:r>
        <w:rPr>
          <w:sz w:val="20"/>
        </w:rPr>
        <w:t>14:51  sunne wale bhi taleem yafta. kyunke aap jante hain ke hamare haan jab koi taleem yafta logon ka hota hai to English mein hota hai woh.</w:t>
      </w:r>
      <w:r>
        <w:br/>
      </w:r>
      <w:r>
        <w:rPr>
          <w:sz w:val="20"/>
        </w:rPr>
        <w:t>14:59  woh Hindi mein nahi tha wahan. koi ek bhi guftagu Hindi mein nahi hui. sab kuch English mein hai. to taleem yafta logon ka haal yeh hai ke ek sahab khade ho kar ke woh atom bomb par bol rahe hain.</w:t>
      </w:r>
      <w:r>
        <w:br/>
      </w:r>
      <w:r>
        <w:rPr>
          <w:sz w:val="20"/>
        </w:rPr>
        <w:t>15:11  halanke wahan subject hai Islam aur Hinduism. aur khoob log taliyan baja rahe hain.</w:t>
      </w:r>
      <w:r>
        <w:br/>
      </w:r>
      <w:r>
        <w:rPr>
          <w:sz w:val="20"/>
        </w:rPr>
        <w:t>15:19  yeh hai Intellectual Poverty jis ko hum saamna kar rahe hain. to yahi Musalmanon ka haal hai. ke agar woh yeh lein ke Rasool Allah ne jab shuru kiya to ek aadmi ne sath diya un ka.</w:t>
      </w:r>
      <w:r>
        <w:br/>
      </w:r>
      <w:r>
        <w:rPr>
          <w:sz w:val="20"/>
        </w:rPr>
        <w:t>15:33  phir dheere dheere dheere dheere badha. to un ko ek is mein ek example milega, ek model milega. ek hausla milega.</w:t>
      </w:r>
      <w:r>
        <w:br/>
      </w:r>
      <w:r>
        <w:rPr>
          <w:sz w:val="20"/>
        </w:rPr>
        <w:t>15:42  jab woh koi mission shuru karenge aur log kam radd-e-amal denge to woh mayoos nahi honge woh. kyunke samjhenge ke yeh prophet ke sath hua, yeh hamare sath bhi hoga.</w:t>
      </w:r>
      <w:r>
        <w:br/>
      </w:r>
      <w:r>
        <w:rPr>
          <w:sz w:val="20"/>
        </w:rPr>
        <w:t>15:57  to woh yeh nahi karenge ke aise issue par lage bolne jo jo maqbool mizaj ke hain aur khoob taliyan bajayein. to idhar nahi jayenge woh.</w:t>
      </w:r>
      <w:r>
        <w:br/>
      </w:r>
      <w:r>
        <w:rPr>
          <w:sz w:val="20"/>
        </w:rPr>
        <w:t>16:08  samjhenge ke model jo hai prophet ka woh yeh hai ke taliyan bajwana koi kaam nahi hai. dheere dheere study progress hoti hai mission mein.</w:t>
      </w:r>
      <w:r>
        <w:br/>
      </w:r>
      <w:r>
        <w:rPr>
          <w:sz w:val="20"/>
        </w:rPr>
        <w:t>16:17  dheere dheere hoti hai. lekin jab unhon ne bataya ke sab chaalees aadmi ikatthe, ab woh kya... ek woh ho gaya woh. jo kehte hain woh chamatkar.</w:t>
      </w:r>
      <w:r>
        <w:br/>
      </w:r>
      <w:r>
        <w:rPr>
          <w:sz w:val="20"/>
        </w:rPr>
        <w:t>16:27  to chamatkari paighambar un ko achha laga. to jab unhon ne bolay to chamatkar hua aur chaalees aadmi ikatthe kaha ke hum aap ke saath hain, hum aap ke saath hain, hum aap ke saath hain.</w:t>
      </w:r>
      <w:r>
        <w:br/>
      </w:r>
      <w:r>
        <w:rPr>
          <w:sz w:val="20"/>
        </w:rPr>
        <w:t>16:40  to prophet ka model hum ne kho diya. ab kya reh gaya? is ka nateeja kya hai is zamanay mein?</w:t>
      </w:r>
    </w:p>
    <w:p>
      <w:pPr>
        <w:pStyle w:val="Heading2"/>
      </w:pPr>
      <w:r>
        <w:t>Why the jihad and hijrah model now fails Muslims</w:t>
      </w:r>
    </w:p>
    <w:p>
      <w:r>
        <w:rPr>
          <w:color w:val="666666"/>
          <w:sz w:val="18"/>
        </w:rPr>
        <w:t>Prophetic Mission in History March 06, 2007 · 4m 47s · at 11:49 · https://youtu.be/w7HfRxRVIps?t=709</w:t>
      </w:r>
    </w:p>
    <w:p>
      <w:r>
        <w:rPr>
          <w:i/>
        </w:rPr>
        <w:t>“Muslims are followers of Muhammad, but there's a question”</w:t>
      </w:r>
    </w:p>
    <w:p>
      <w:r>
        <w:rPr>
          <w:sz w:val="20"/>
        </w:rPr>
        <w:t>11:49  here you will find that, here is a very important question. Muslims are followers of Muhammad (PBUH).</w:t>
      </w:r>
      <w:r>
        <w:br/>
      </w:r>
      <w:r>
        <w:rPr>
          <w:sz w:val="20"/>
        </w:rPr>
        <w:t>12:02  at present, there are more than one billion Muslims throughout the world.</w:t>
      </w:r>
      <w:r>
        <w:br/>
      </w:r>
      <w:r>
        <w:rPr>
          <w:sz w:val="20"/>
        </w:rPr>
        <w:t>12:09  They claim to be followers of Muhammad (PBUH). But there is a question. Everyone faced that Muslims find themselves in a blind alley, really.</w:t>
      </w:r>
      <w:r>
        <w:br/>
      </w:r>
      <w:r>
        <w:rPr>
          <w:sz w:val="20"/>
        </w:rPr>
        <w:t>12:27  they are struggling, they are doing jihad. they are launching different movements, but in vain,</w:t>
      </w:r>
      <w:r>
        <w:br/>
      </w:r>
      <w:r>
        <w:rPr>
          <w:sz w:val="20"/>
        </w:rPr>
        <w:t>12:39  no positive result.</w:t>
      </w:r>
      <w:r>
        <w:br/>
      </w:r>
      <w:r>
        <w:rPr>
          <w:sz w:val="20"/>
        </w:rPr>
        <w:t>12:46  Muslim scholars of this age issued fatwa that except Muslim land, all the world is Darul Harb.</w:t>
      </w:r>
      <w:r>
        <w:br/>
      </w:r>
      <w:r>
        <w:rPr>
          <w:sz w:val="20"/>
        </w:rPr>
        <w:t>13:00  but</w:t>
      </w:r>
      <w:r>
        <w:br/>
      </w:r>
      <w:r>
        <w:rPr>
          <w:sz w:val="20"/>
        </w:rPr>
        <w:t>13:03  there was no result.</w:t>
      </w:r>
      <w:r>
        <w:br/>
      </w:r>
      <w:r>
        <w:rPr>
          <w:sz w:val="20"/>
        </w:rPr>
        <w:t>13:08  deen yeh deen</w:t>
      </w:r>
      <w:r>
        <w:br/>
      </w:r>
      <w:r>
        <w:rPr>
          <w:sz w:val="20"/>
        </w:rPr>
        <w:t>13:15  they said that</w:t>
      </w:r>
      <w:r>
        <w:br/>
      </w:r>
      <w:r>
        <w:rPr>
          <w:sz w:val="20"/>
        </w:rPr>
        <w:t>13:22  you have to do jihad against our enemies.</w:t>
      </w:r>
      <w:r>
        <w:br/>
      </w:r>
      <w:r>
        <w:rPr>
          <w:sz w:val="20"/>
        </w:rPr>
        <w:t>13:31  and they</w:t>
      </w:r>
      <w:r>
        <w:br/>
      </w:r>
      <w:r>
        <w:rPr>
          <w:sz w:val="20"/>
        </w:rPr>
        <w:t>13:37  will jihad. but after great sacrifices in term of life, in term of money, there is no result.</w:t>
      </w:r>
      <w:r>
        <w:br/>
      </w:r>
      <w:r>
        <w:rPr>
          <w:sz w:val="20"/>
        </w:rPr>
        <w:t>13:49  no result at all.</w:t>
      </w:r>
      <w:r>
        <w:br/>
      </w:r>
      <w:r>
        <w:rPr>
          <w:sz w:val="20"/>
        </w:rPr>
        <w:t>13:53  even they went to the extent that they issued fatwa that now we have to migrate. the time is Hijrah.</w:t>
      </w:r>
      <w:r>
        <w:br/>
      </w:r>
      <w:r>
        <w:rPr>
          <w:sz w:val="20"/>
        </w:rPr>
        <w:t>14:03  and many many Muslims migrated from this country and that country, but no result.</w:t>
      </w:r>
      <w:r>
        <w:br/>
      </w:r>
      <w:r>
        <w:rPr>
          <w:sz w:val="20"/>
        </w:rPr>
        <w:t>14:14  so, they are according to their own, according to their own conviction, they are following the model of Muhammad</w:t>
      </w:r>
      <w:r>
        <w:br/>
      </w:r>
      <w:r>
        <w:rPr>
          <w:sz w:val="20"/>
        </w:rPr>
        <w:t>14:27  . you know, Muhammad migrated from Mecca. Muhammad launched jihad.</w:t>
      </w:r>
      <w:r>
        <w:br/>
      </w:r>
      <w:r>
        <w:rPr>
          <w:sz w:val="20"/>
        </w:rPr>
        <w:t>14:37  so, they are doing, so they are following that model. model Muhammad model.</w:t>
      </w:r>
      <w:r>
        <w:br/>
      </w:r>
      <w:r>
        <w:rPr>
          <w:sz w:val="20"/>
        </w:rPr>
        <w:t>14:47  but why it is that at that time, Muhammad sallallahu alaihi wasallam and his followers achieved great victory.</w:t>
      </w:r>
      <w:r>
        <w:br/>
      </w:r>
      <w:r>
        <w:rPr>
          <w:sz w:val="20"/>
        </w:rPr>
        <w:t>14:59  but in our present age, there is no such achievement, no victory.</w:t>
      </w:r>
      <w:r>
        <w:br/>
      </w:r>
      <w:r>
        <w:rPr>
          <w:sz w:val="20"/>
        </w:rPr>
        <w:t>15:14  and now Muslims are living as a defeatist mentality. every Muslim lives in a defeatist mentality.</w:t>
      </w:r>
      <w:r>
        <w:br/>
      </w:r>
      <w:r>
        <w:rPr>
          <w:sz w:val="20"/>
        </w:rPr>
        <w:t>15:26  so, in our present age, Muslims feel that we are living in a blind alley.</w:t>
      </w:r>
      <w:r>
        <w:br/>
      </w:r>
      <w:r>
        <w:rPr>
          <w:sz w:val="20"/>
        </w:rPr>
        <w:t>15:37  there is no way out. the door is closed</w:t>
      </w:r>
      <w:r>
        <w:br/>
      </w:r>
      <w:r>
        <w:rPr>
          <w:sz w:val="20"/>
        </w:rPr>
        <w:t>15:44  . why? this is the question. so, I would like to say that here we have to restudy that verse.</w:t>
      </w:r>
      <w:r>
        <w:br/>
      </w:r>
      <w:r>
        <w:rPr>
          <w:sz w:val="20"/>
        </w:rPr>
        <w:t>16:00  then we will discover what is the wrong with us</w:t>
      </w:r>
      <w:r>
        <w:br/>
      </w:r>
      <w:r>
        <w:rPr>
          <w:sz w:val="20"/>
        </w:rPr>
        <w:t>16:07  . I think that in the present situation, that model became irrelevant.</w:t>
      </w:r>
      <w:r>
        <w:br/>
      </w:r>
      <w:r>
        <w:rPr>
          <w:sz w:val="20"/>
        </w:rPr>
        <w:t>16:21  model of Darul Haram, model of Hijrah, model of Jihad. the model based on these conceptions is now irrelevant.</w:t>
      </w:r>
    </w:p>
    <w:p>
      <w:pPr>
        <w:pStyle w:val="Heading2"/>
      </w:pPr>
      <w:r>
        <w:t>Companions endured persecution and torture without ever recanting</w:t>
      </w:r>
    </w:p>
    <w:p>
      <w:r>
        <w:rPr>
          <w:color w:val="666666"/>
          <w:sz w:val="18"/>
        </w:rPr>
        <w:t>The Companions of The Prophet January 15, 2023 · 3m 07s · at 6:24 · https://youtu.be/clnN0tUU9og?t=384</w:t>
      </w:r>
    </w:p>
    <w:p>
      <w:r>
        <w:rPr>
          <w:i/>
        </w:rPr>
        <w:t>“Abdullah ibn Masud went to the Kaaba and read Surah Rahman.”</w:t>
      </w:r>
    </w:p>
    <w:p>
      <w:r>
        <w:rPr>
          <w:sz w:val="20"/>
        </w:rPr>
        <w:t>6:24  Aik baar Abdullah ibn Masood Kaba gaye</w:t>
      </w:r>
      <w:r>
        <w:br/>
      </w:r>
      <w:r>
        <w:rPr>
          <w:sz w:val="20"/>
        </w:rPr>
        <w:t>6:27  Aur wahan Surah Rehman parhna shuru kiya to logon ne un ke munh par marna shuru kiya. Bohat itna mara ke un ke munh pe nishan par gaya. Bohat hi senior companion of the Prophet thay woh.</w:t>
      </w:r>
      <w:r>
        <w:br/>
      </w:r>
      <w:r>
        <w:rPr>
          <w:sz w:val="20"/>
        </w:rPr>
        <w:t>6:39  To phir unhon ne phir bhi woh itnay bahadur log thay ke unhon ne kaha ke agar tum kaho to mein phir kal ja ke wahan Quran parhoon ga.</w:t>
      </w:r>
      <w:r>
        <w:br/>
      </w:r>
      <w:r>
        <w:rPr>
          <w:sz w:val="20"/>
        </w:rPr>
        <w:t>6:48  To is tareeqay se woh log kisi cheez se darne walay</w:t>
      </w:r>
      <w:r>
        <w:br/>
      </w:r>
      <w:r>
        <w:rPr>
          <w:sz w:val="20"/>
        </w:rPr>
        <w:t>6:52  Nahi thay. Jab unhon ne kisi sachai ko maan liya to woh us par bilkul jam gaye. Is yahi wajah hai ke itna bara inqilab pehli baar tareekh mein aaya.</w:t>
      </w:r>
      <w:r>
        <w:br/>
      </w:r>
      <w:r>
        <w:rPr>
          <w:sz w:val="20"/>
        </w:rPr>
        <w:t>7:04  Aik baar Hazrat Abu Bakar jo ke itnay senior aadmi thay, itnay maldar, bohat baray tajir, woh Kaba mein namaz parh rahay thay.</w:t>
      </w:r>
      <w:r>
        <w:br/>
      </w:r>
      <w:r>
        <w:rPr>
          <w:sz w:val="20"/>
        </w:rPr>
        <w:t>7:12  Un ko logon ne bohat mara aur bohat woh kuch kis jawab nahi yeh log dete thay. Retaliate nahi karte thay.</w:t>
      </w:r>
      <w:r>
        <w:br/>
      </w:r>
      <w:r>
        <w:rPr>
          <w:sz w:val="20"/>
        </w:rPr>
        <w:t>7:20  Unhon ne Khuda ke deen ko aisa pakra tha ke us se itna un ko gehra attachment tha ke woh us ke liye har qurbani dene ke liye tayyar thay.</w:t>
      </w:r>
      <w:r>
        <w:br/>
      </w:r>
      <w:r>
        <w:rPr>
          <w:sz w:val="20"/>
        </w:rPr>
        <w:t>7:31  Isi liye Rasool Allah Sal Allahu Alaihi Wasallam ne kaha ke mere ashaab jo hain sitaron ki manind hain, un mein se tum jis kisi bhi ki bhi pairwi karo, tum hidayat par ho ge.</w:t>
      </w:r>
      <w:r>
        <w:br/>
      </w:r>
      <w:r>
        <w:rPr>
          <w:sz w:val="20"/>
        </w:rPr>
        <w:t>7:42  To</w:t>
      </w:r>
      <w:r>
        <w:br/>
      </w:r>
      <w:r>
        <w:rPr>
          <w:sz w:val="20"/>
        </w:rPr>
        <w:t>7:43  Yeh tha jo Maulana ne likha hai ke fath conquest ke daur se pehlay qurbaniyan pesh karna, yeh Surah Al-Hadid mein aaya hai.</w:t>
      </w:r>
      <w:r>
        <w:br/>
      </w:r>
      <w:r>
        <w:rPr>
          <w:sz w:val="20"/>
        </w:rPr>
        <w:t>7:54  To qurbaniyan pesh karna aur baad mein deen ke liye kuch karna, woh kabhi bhi barabar nahi ho sakta. Kyun ke us waqt qurbaniyan pesh ki jab unhein kuch milnay wala nahi tha.</w:t>
      </w:r>
      <w:r>
        <w:br/>
      </w:r>
      <w:r>
        <w:rPr>
          <w:sz w:val="20"/>
        </w:rPr>
        <w:t>8:06  Un ko sirf apni jaan o maal lutani thi. Kuch milnay wal</w:t>
      </w:r>
      <w:r>
        <w:br/>
      </w:r>
      <w:r>
        <w:rPr>
          <w:sz w:val="20"/>
        </w:rPr>
        <w:t>8:10  a nahi tha. Sirf badnami milnay wali thi ke dekho yeh kahan yeh log apna apna waqt, apna paisa, apna jaan, ah, woh woh kar rahay hain, sacrifice kar rahay hain.</w:t>
      </w:r>
      <w:r>
        <w:br/>
      </w:r>
      <w:r>
        <w:rPr>
          <w:sz w:val="20"/>
        </w:rPr>
        <w:t>8:22  Kyun ke aap ki Rasool Allah Sal Allahu Alaihi Wasallam ki shakhsiyat abhi establish nahi hui thi. Abhi woh lafzi waday thay, jannat ke waday, dunya mein kamyabi ke waday.</w:t>
      </w:r>
      <w:r>
        <w:br/>
      </w:r>
      <w:r>
        <w:rPr>
          <w:sz w:val="20"/>
        </w:rPr>
        <w:t>8:33  Woh lafzi wadoon par unhon ne bilkul paka yaqeen kiya. Kyun ke un ko Allah Ta'ala se itni ziyada gehri</w:t>
      </w:r>
      <w:r>
        <w:br/>
      </w:r>
      <w:r>
        <w:rPr>
          <w:sz w:val="20"/>
        </w:rPr>
        <w:t>8:40  Mohabbat thi, Rasool se mohabbat thi. To is wajah se unhon ne bohat hi gehrai se deen ko pakra aur hamesha bas woh aik un ko dhun thi ke deen ke kaam karne ke liye chahay kuch bhi ho.</w:t>
      </w:r>
      <w:r>
        <w:br/>
      </w:r>
      <w:r>
        <w:rPr>
          <w:sz w:val="20"/>
        </w:rPr>
        <w:t>8:55  Kitnay log to jo khaas tor par labor class walay thay, to un ko log garam reit mein lita kar marte thay.</w:t>
      </w:r>
      <w:r>
        <w:br/>
      </w:r>
      <w:r>
        <w:rPr>
          <w:sz w:val="20"/>
        </w:rPr>
        <w:t>9:04  Phir bhi woh koi bhi aisa nahi tha ke jo dobara dobara Rasool Allah Sal Allahu Alaihi Wasallam ke deen se wapas aa gaya ho.</w:t>
      </w:r>
      <w:r>
        <w:br/>
      </w:r>
      <w:r>
        <w:rPr>
          <w:sz w:val="20"/>
        </w:rPr>
        <w:t>9:14  woh har tarah ki musibat sehne ke liye woh tayyar thay. to isi wajah se sahaba jo hain hamare liye role model hain. ji yaqeenan apa aur kyunke aap aap ne sahi kaha ke woh role model hain, to mein chahunga ke kuch sahabi ki zindagi ko le kar aapse sawal</w:t>
      </w:r>
    </w:p>
    <w:p>
      <w:pPr>
        <w:pStyle w:val="Heading2"/>
      </w:pPr>
      <w:r>
        <w:t>How political framing turns believers hostile instead of friendly</w:t>
      </w:r>
    </w:p>
    <w:p>
      <w:r>
        <w:rPr>
          <w:color w:val="666666"/>
          <w:sz w:val="18"/>
        </w:rPr>
        <w:t>Political Interpretation of Islam January 3, 2011 · 5m 51s · at 13:08 · https://youtu.be/TUkU35oO640?t=788</w:t>
      </w:r>
    </w:p>
    <w:p>
      <w:r>
        <w:rPr>
          <w:i/>
        </w:rPr>
        <w:t>“The equation between believers and non-believers is da'i and madu.”</w:t>
      </w:r>
    </w:p>
    <w:p>
      <w:r>
        <w:rPr>
          <w:sz w:val="20"/>
        </w:rPr>
        <w:t>13:08  for example, according to the real concept of Islam, the equation between man and women is die and mado.</w:t>
      </w:r>
      <w:r>
        <w:br/>
      </w:r>
      <w:r>
        <w:rPr>
          <w:sz w:val="20"/>
        </w:rPr>
        <w:t>13:18  Believers are they and non-believers are madu. This is the Islamic equation. But according to political interpretation, the equation is changed.</w:t>
      </w:r>
      <w:r>
        <w:br/>
      </w:r>
      <w:r>
        <w:rPr>
          <w:sz w:val="20"/>
        </w:rPr>
        <w:t>13:36  then the equation becomes ruler and ruled, ruler and ruled. This is not an Islamic scheme.</w:t>
      </w:r>
      <w:r>
        <w:br/>
      </w:r>
      <w:r>
        <w:rPr>
          <w:sz w:val="20"/>
        </w:rPr>
        <w:t>13:46  according to Islamic scheme, the equation between man and women is dai and mado. to, dai mado equation inculcates spirit of well wishing.</w:t>
      </w:r>
      <w:r>
        <w:br/>
      </w:r>
      <w:r>
        <w:rPr>
          <w:sz w:val="20"/>
        </w:rPr>
        <w:t>14:01  you become human friendly, human friendly. Believers become human friendly. Because without friendship, you cannot, you cannot address people.</w:t>
      </w:r>
      <w:r>
        <w:br/>
      </w:r>
      <w:r>
        <w:rPr>
          <w:sz w:val="20"/>
        </w:rPr>
        <w:t>14:20  you have to normalize the situation. you have to adopt friendly behavior. then you are able to address people.</w:t>
      </w:r>
      <w:r>
        <w:br/>
      </w:r>
      <w:r>
        <w:rPr>
          <w:sz w:val="20"/>
        </w:rPr>
        <w:t>14:33  but when you adopt political interpretation, when you adopt political power as your goal, the equation becomes ruler and ruled.</w:t>
      </w:r>
      <w:r>
        <w:br/>
      </w:r>
      <w:r>
        <w:rPr>
          <w:sz w:val="20"/>
        </w:rPr>
        <w:t>14:48  then you become, you are not friendly, your behavior is not friendly behavior.</w:t>
      </w:r>
      <w:r>
        <w:br/>
      </w:r>
      <w:r>
        <w:rPr>
          <w:sz w:val="20"/>
        </w:rPr>
        <w:t>15:00  then the, then you see people as your, as a rival, rivalry breeds hate, revenge, violence.</w:t>
      </w:r>
      <w:r>
        <w:br/>
      </w:r>
      <w:r>
        <w:rPr>
          <w:sz w:val="20"/>
        </w:rPr>
        <w:t>15:20  so, these people who wanted to, to establish Islamic rule.</w:t>
      </w:r>
      <w:r>
        <w:br/>
      </w:r>
      <w:r>
        <w:rPr>
          <w:sz w:val="20"/>
        </w:rPr>
        <w:t>15:29  first, they wanted to persuade people for this ideology.</w:t>
      </w:r>
      <w:r>
        <w:br/>
      </w:r>
      <w:r>
        <w:rPr>
          <w:sz w:val="20"/>
        </w:rPr>
        <w:t>15:39  Initially, they were peaceful. But when they saw that peaceful method is not working, they started demonstration.</w:t>
      </w:r>
      <w:r>
        <w:br/>
      </w:r>
      <w:r>
        <w:rPr>
          <w:sz w:val="20"/>
        </w:rPr>
        <w:t>15:56  heavens are the heaven cry. Then again, they saw that arts of demonstration is not working.</w:t>
      </w:r>
      <w:r>
        <w:br/>
      </w:r>
      <w:r>
        <w:rPr>
          <w:sz w:val="20"/>
        </w:rPr>
        <w:t>16:06  they participated in election</w:t>
      </w:r>
      <w:r>
        <w:br/>
      </w:r>
      <w:r>
        <w:rPr>
          <w:sz w:val="20"/>
        </w:rPr>
        <w:t>16:09  . but again, they fail, they were not able to establish their rule through electric process.</w:t>
      </w:r>
      <w:r>
        <w:br/>
      </w:r>
      <w:r>
        <w:rPr>
          <w:sz w:val="20"/>
        </w:rPr>
        <w:t>16:23  deen de violent. Even violent fail to work. To now, they are,</w:t>
      </w:r>
      <w:r>
        <w:br/>
      </w:r>
      <w:r>
        <w:rPr>
          <w:sz w:val="20"/>
        </w:rPr>
        <w:t>16:34  they have adopted suicide bombing.</w:t>
      </w:r>
      <w:r>
        <w:br/>
      </w:r>
      <w:r>
        <w:rPr>
          <w:sz w:val="20"/>
        </w:rPr>
        <w:t>16:37  If you want, why you are, why you are adopt for suicide bombing? They will say, we want to destabilize the system.</w:t>
      </w:r>
      <w:r>
        <w:br/>
      </w:r>
      <w:r>
        <w:rPr>
          <w:sz w:val="20"/>
        </w:rPr>
        <w:t>16:50  this is the first step towards capturing the political power. so, you see, all this logic is completely false.</w:t>
      </w:r>
      <w:r>
        <w:br/>
      </w:r>
      <w:r>
        <w:rPr>
          <w:sz w:val="20"/>
        </w:rPr>
        <w:t>17:02  This is not logic, it is word play.</w:t>
      </w:r>
      <w:r>
        <w:br/>
      </w:r>
      <w:r>
        <w:rPr>
          <w:sz w:val="20"/>
        </w:rPr>
        <w:t>17:08  so, political interpretation started as a new theory. but in the end, it became suicide bombing, suicidal.</w:t>
      </w:r>
      <w:r>
        <w:br/>
      </w:r>
      <w:r>
        <w:rPr>
          <w:sz w:val="20"/>
        </w:rPr>
        <w:t>17:22  but when you adopt dawah work, dawah lillah, then it is good from a to z.</w:t>
      </w:r>
      <w:r>
        <w:br/>
      </w:r>
      <w:r>
        <w:rPr>
          <w:sz w:val="20"/>
        </w:rPr>
        <w:t>17:36  you start with peaceful means. you try to convince people for the,</w:t>
      </w:r>
      <w:r>
        <w:br/>
      </w:r>
      <w:r>
        <w:rPr>
          <w:sz w:val="20"/>
        </w:rPr>
        <w:t>17:47  for the religion of Islam, religion of God. then you make dua, then you show friendly behavior.</w:t>
      </w:r>
      <w:r>
        <w:br/>
      </w:r>
      <w:r>
        <w:rPr>
          <w:sz w:val="20"/>
        </w:rPr>
        <w:t>18:03  because you are, you want to, you want to persuade them, you want to change their mind. and this kind of mission require friendly behavior,</w:t>
      </w:r>
      <w:r>
        <w:br/>
      </w:r>
      <w:r>
        <w:rPr>
          <w:sz w:val="20"/>
        </w:rPr>
        <w:t>18:19  friendly behavior, well wishing. so, dawah work is a peaceful mission, mission that is based on compassion, well wishing,</w:t>
      </w:r>
      <w:r>
        <w:br/>
      </w:r>
      <w:r>
        <w:rPr>
          <w:sz w:val="20"/>
        </w:rPr>
        <w:t>18:34  rahmat. Then if you see that your maddah is not convinced with your persuasion, with your, with your dawah work,</w:t>
      </w:r>
      <w:r>
        <w:br/>
      </w:r>
      <w:r>
        <w:rPr>
          <w:sz w:val="20"/>
        </w:rPr>
        <w:t>18:50  then you go to dua.</w:t>
      </w:r>
      <w:r>
        <w:br/>
      </w:r>
      <w:r>
        <w:rPr>
          <w:sz w:val="20"/>
        </w:rPr>
        <w:t>18:54  Dawah work is two point formula.</w:t>
      </w:r>
    </w:p>
    <w:p>
      <w:pPr>
        <w:pStyle w:val="Heading2"/>
      </w:pPr>
      <w:r>
        <w:t>Full argument: the Prophet's era proves today's Muslims changed</w:t>
      </w:r>
    </w:p>
    <w:p>
      <w:r>
        <w:rPr>
          <w:color w:val="666666"/>
          <w:sz w:val="18"/>
        </w:rPr>
        <w:t>The Case of Present Day Muslims February 14, 2010 · 5m 50s · at 2:40 · https://youtu.be/OspAyZSFN6I?t=160</w:t>
      </w:r>
    </w:p>
    <w:p>
      <w:r>
        <w:rPr>
          <w:i/>
        </w:rPr>
        <w:t>“Why have Muslims become so highly inflammable?”</w:t>
      </w:r>
    </w:p>
    <w:p>
      <w:r>
        <w:rPr>
          <w:sz w:val="20"/>
        </w:rPr>
        <w:t>2:40  kyun musalman highly inflammable ho gaye hain?</w:t>
      </w:r>
      <w:r>
        <w:br/>
      </w:r>
      <w:r>
        <w:rPr>
          <w:sz w:val="20"/>
        </w:rPr>
        <w:t>2:47  yeh kya baat hai? yeh musalmanon ka jo image ban gayi hai ke woh highly inflammable community hain, jaldi se bhark janay walay.</w:t>
      </w:r>
      <w:r>
        <w:br/>
      </w:r>
      <w:r>
        <w:rPr>
          <w:sz w:val="20"/>
        </w:rPr>
        <w:t>2:59  jaise petrol jo hota hai, to us ko kehtay hain highly inflammable item, jaldi se bhark janay wala.</w:t>
      </w:r>
      <w:r>
        <w:br/>
      </w:r>
      <w:r>
        <w:rPr>
          <w:sz w:val="20"/>
        </w:rPr>
        <w:t>3:07  to musalman aise kyun ho gaye hain ke ek aadmi jis ko switch dekh kar hans de aur aage barh jaye, us par bhark uthte hain aur phir demonstration karte hain, yahan tak ke jalate phoonkte hain?</w:t>
      </w:r>
      <w:r>
        <w:br/>
      </w:r>
      <w:r>
        <w:rPr>
          <w:sz w:val="20"/>
        </w:rPr>
        <w:t>3:24  to why they are so inflammable? itna bharkili qaum kyun ban gaye hain woh?</w:t>
      </w:r>
      <w:r>
        <w:br/>
      </w:r>
      <w:r>
        <w:rPr>
          <w:sz w:val="20"/>
        </w:rPr>
        <w:t>3:34  yeh sawal sari dunya ke musalmanon ko sata raha hai.</w:t>
      </w:r>
      <w:r>
        <w:br/>
      </w:r>
      <w:r>
        <w:rPr>
          <w:sz w:val="20"/>
        </w:rPr>
        <w:t>3:42  log samajhte hain ke musalman aise hi hote hain.</w:t>
      </w:r>
      <w:r>
        <w:br/>
      </w:r>
      <w:r>
        <w:rPr>
          <w:sz w:val="20"/>
        </w:rPr>
        <w:t>3:50  sab se bari misunderstanding yeh hai ke samajhte hain ke musalman aise hi hote hain. dekhen, musalman kaise hote hain? to model kya hai? model yeh hai early period.</w:t>
      </w:r>
      <w:r>
        <w:br/>
      </w:r>
      <w:r>
        <w:rPr>
          <w:sz w:val="20"/>
        </w:rPr>
        <w:t>4:02  rasool Allah ka aur sahaba ka jo zamana tha, that is model. hamesha ke liye model jo hai rasool Allah ka zamana hai.</w:t>
      </w:r>
      <w:r>
        <w:br/>
      </w:r>
      <w:r>
        <w:rPr>
          <w:sz w:val="20"/>
        </w:rPr>
        <w:t>4:12  to aap wahan se napiye. agar woh log bhi aise hi the, tab samjhiye ke aise hi musalman hote hain. nahin to aap yeh kahein ke aaj ke musalman aise ho gaye hain.</w:t>
      </w:r>
      <w:r>
        <w:br/>
      </w:r>
      <w:r>
        <w:rPr>
          <w:sz w:val="20"/>
        </w:rPr>
        <w:t>4:26  yeh mat kahein ke aise musalman aise hote hain.</w:t>
      </w:r>
      <w:r>
        <w:br/>
      </w:r>
      <w:r>
        <w:rPr>
          <w:sz w:val="20"/>
        </w:rPr>
        <w:t>4:29  in mein difference hai. in mein difference hai. abhi kya log samajhte hain ke musalman to aise hote hain ke bhark jayein?</w:t>
      </w:r>
      <w:r>
        <w:br/>
      </w:r>
      <w:r>
        <w:rPr>
          <w:sz w:val="20"/>
        </w:rPr>
        <w:t>4:40  nahin, yeh na kahiye. kahiye ke musalman aise ho gaye hain. kyun? rasool Allah ke zamane mein is se bhi bade bade waqiat hue.</w:t>
      </w:r>
      <w:r>
        <w:br/>
      </w:r>
      <w:r>
        <w:rPr>
          <w:sz w:val="20"/>
        </w:rPr>
        <w:t>4:49  koi bharka nahin? koi nahin bharka? jaise main batata hoon aap ko, yeh aaj surah kauthar mein hai.</w:t>
      </w:r>
      <w:r>
        <w:br/>
      </w:r>
      <w:r>
        <w:rPr>
          <w:sz w:val="20"/>
        </w:rPr>
        <w:t>4:57  inna atanaka al kauthar fasalli rabbika wanhar inna shaniaka huwal abtar yeh hai surah kauthar. to yeh is ko aap padhiye ke is ka shan e nuzool, is ayat ka.</w:t>
      </w:r>
      <w:r>
        <w:br/>
      </w:r>
      <w:r>
        <w:rPr>
          <w:sz w:val="20"/>
        </w:rPr>
        <w:t>5:13  to qissa yeh tha ke rasool Allah ke yahan ek achha, koi nayi nayi aulad nahin thi, rasool Allah ke bete nahin the.</w:t>
      </w:r>
      <w:r>
        <w:br/>
      </w:r>
      <w:r>
        <w:rPr>
          <w:sz w:val="20"/>
        </w:rPr>
        <w:t>5:22  ek beta paida hua to mar gaye woh.</w:t>
      </w:r>
      <w:r>
        <w:br/>
      </w:r>
      <w:r>
        <w:rPr>
          <w:sz w:val="20"/>
        </w:rPr>
        <w:t>5:25  kaha jata hai ke aur bhi koi paida hua tha beta, lekin ek to pata hai ke Ibrahim the, mar gaye woh dhai saal ki umar mein. to woh kehte the ke Muhammad to abtar hain,</w:t>
      </w:r>
      <w:r>
        <w:br/>
      </w:r>
      <w:r>
        <w:rPr>
          <w:sz w:val="20"/>
        </w:rPr>
        <w:t>5:40  but Muhammad. abtar ke maani hote hain ke las. lekin istilaha mein is ka mafhoom hota hai ke be aulad.</w:t>
      </w:r>
      <w:r>
        <w:br/>
      </w:r>
      <w:r>
        <w:rPr>
          <w:sz w:val="20"/>
        </w:rPr>
        <w:t>5:51  kyun ke pehle zamane mein yeh samjha jata tha ke aulad hai to aadmi ka charcha hoga, aulad hai to aadmi ki success banegi.</w:t>
      </w:r>
      <w:r>
        <w:br/>
      </w:r>
      <w:r>
        <w:rPr>
          <w:sz w:val="20"/>
        </w:rPr>
        <w:t>6:03  to aulad nahin to goya aadmi khatam ho gaya, dum is ki dum kat gayi. to woh kehte the chunke rasool Allah ki aulad nahin hai, yani koi beta nahin hai,</w:t>
      </w:r>
      <w:r>
        <w:br/>
      </w:r>
      <w:r>
        <w:rPr>
          <w:sz w:val="20"/>
        </w:rPr>
        <w:t>6:17  yeh to abtar hain, in ka kya hai?</w:t>
      </w:r>
      <w:r>
        <w:br/>
      </w:r>
      <w:r>
        <w:rPr>
          <w:sz w:val="20"/>
        </w:rPr>
        <w:t>6:22  to itni bari baat kehte the ke Muhammad abtar hain. koi bharka nahin? wahan to koi nahin bharka.</w:t>
      </w:r>
      <w:r>
        <w:br/>
      </w:r>
      <w:r>
        <w:rPr>
          <w:sz w:val="20"/>
        </w:rPr>
        <w:t>6:32  aisi kaise? kalinnaka al majnoon aye Muhammad, tum to deewane ho. koi bharka nahin? koi bhi nahin bharka.</w:t>
      </w:r>
      <w:r>
        <w:br/>
      </w:r>
      <w:r>
        <w:rPr>
          <w:sz w:val="20"/>
        </w:rPr>
        <w:t>6:43  aise hi woh kehte the ke mudh'am. yeh mudh'am hai, Muhammad jo hain mudh</w:t>
      </w:r>
      <w:r>
        <w:br/>
      </w:r>
      <w:r>
        <w:rPr>
          <w:sz w:val="20"/>
        </w:rPr>
        <w:t>6:50  mam hain. mudh'am matlab condemned. is qabil hain ke condemn kiya jaye in ko. condemnable. to be name ko bharka?</w:t>
      </w:r>
      <w:r>
        <w:br/>
      </w:r>
      <w:r>
        <w:rPr>
          <w:sz w:val="20"/>
        </w:rPr>
        <w:t>7:00  woh kehte the ke yeh jo aap kehte hain, wahi waghera, yeh wahi waghera kuch nahin hai, kuch kuch hain, in ko sikha dete hain, is ko ja ke dohrate hain yeh.</w:t>
      </w:r>
      <w:r>
        <w:br/>
      </w:r>
      <w:r>
        <w:rPr>
          <w:sz w:val="20"/>
        </w:rPr>
        <w:t>7:10  aisi aisi badi badi baatein kehte the. koi bharka nahin? na rasool Allah bharke, na sahaba bharke.</w:t>
      </w:r>
      <w:r>
        <w:br/>
      </w:r>
      <w:r>
        <w:rPr>
          <w:sz w:val="20"/>
        </w:rPr>
        <w:t>7:19  balkay unhon nay kiya kiya? is ko, is ka unhon nay rational way mein jawab diya.</w:t>
      </w:r>
      <w:r>
        <w:br/>
      </w:r>
      <w:r>
        <w:rPr>
          <w:sz w:val="20"/>
        </w:rPr>
        <w:t>7:29  rational way mein jawab diya. misaal kay tor par abtar kay baray mein bataya gaya aik aur surah mein kay Muhammad ka aik mission hai.</w:t>
      </w:r>
      <w:r>
        <w:br/>
      </w:r>
      <w:r>
        <w:rPr>
          <w:sz w:val="20"/>
        </w:rPr>
        <w:t>7:36  un ko tum, un ko bohat kam samajh rahay ho, underestimate kar rahay ho. kay beta nahi to khatam. in ka mission hai, hazaron lakhon karoron log in ka saath denay aaye hain.</w:t>
      </w:r>
      <w:r>
        <w:br/>
      </w:r>
      <w:r>
        <w:rPr>
          <w:sz w:val="20"/>
        </w:rPr>
        <w:t>7:47  woh saray in ki jannatain hain.</w:t>
      </w:r>
      <w:r>
        <w:br/>
      </w:r>
      <w:r>
        <w:rPr>
          <w:sz w:val="20"/>
        </w:rPr>
        <w:t>7:52  yani bajaye is kay kay ghussa ho kar is ko maray pakar kar, jis nay abtar kaha tha, yeh kaha gaya kay tum underestimate kar rahay ho maslay ko.</w:t>
      </w:r>
      <w:r>
        <w:br/>
      </w:r>
      <w:r>
        <w:rPr>
          <w:sz w:val="20"/>
        </w:rPr>
        <w:t>8:04  kay woh insan hai jo aik mission lay kay utha hai. mission phailay ga. log is ka saath den gay.</w:t>
      </w:r>
      <w:r>
        <w:br/>
      </w:r>
      <w:r>
        <w:rPr>
          <w:sz w:val="20"/>
        </w:rPr>
        <w:t>8:13  aik history banay gi. aur kiya hoga, kiya hoga? to tum underestimate kar rahay ho Muhammad ko.</w:t>
      </w:r>
      <w:r>
        <w:br/>
      </w:r>
      <w:r>
        <w:rPr>
          <w:sz w:val="20"/>
        </w:rPr>
        <w:t>8:22  to aap dekhiye kay aaj jin baton par musalman bharkatay hain, is say bari bari batain huin. indirect tor par khud rasool Allah kay samnay</w:t>
      </w:r>
    </w:p>
    <w:p>
      <w:pPr>
        <w:pStyle w:val="Heading2"/>
      </w:pPr>
      <w:r>
        <w:t>Peace is the rule, war the rare exception</w:t>
      </w:r>
    </w:p>
    <w:p>
      <w:r>
        <w:rPr>
          <w:color w:val="666666"/>
          <w:sz w:val="18"/>
        </w:rPr>
        <w:t>Role of Islam in History April 5, 2009 · 5m 20s · at 42:42 · https://youtu.be/_chXIaKrOH8?t=2562</w:t>
      </w:r>
    </w:p>
    <w:p>
      <w:r>
        <w:rPr>
          <w:i/>
        </w:rPr>
        <w:t>“Har nation ko kabhi defensive war karni padti hai”</w:t>
      </w:r>
    </w:p>
    <w:p>
      <w:r>
        <w:rPr>
          <w:sz w:val="20"/>
        </w:rPr>
        <w:t>42:42  kisi bhi nation ko, kisi bhi group ko aisi situation pe aati hai kabhi ke woh us ko defensive war karni padti hai. As a defense, woh general rule nahi hota hai.</w:t>
      </w:r>
      <w:r>
        <w:br/>
      </w:r>
      <w:r>
        <w:rPr>
          <w:sz w:val="20"/>
        </w:rPr>
        <w:t>42:56  Is liye main kaha karta hoon ke Islam mein jo hai "peace is the rule and war is an exception" kyunke hum dunya mein rehte hain, doosre doosre log hain.</w:t>
      </w:r>
      <w:r>
        <w:br/>
      </w:r>
      <w:r>
        <w:rPr>
          <w:sz w:val="20"/>
        </w:rPr>
        <w:t>43:07  Agar woh hum par attack karein to wahan par humein defense war karni padti hai.</w:t>
      </w:r>
      <w:r>
        <w:br/>
      </w:r>
      <w:r>
        <w:rPr>
          <w:sz w:val="20"/>
        </w:rPr>
        <w:t>43:15  Lekin yeh to ek ek ek ek ek exceptional cheez hoti hai, woh jo basic teaching hai, jo basic jo uska uska jo basic talimat hain, woh kya hai, us ko dekhna padta hai.</w:t>
      </w:r>
      <w:r>
        <w:br/>
      </w:r>
      <w:r>
        <w:rPr>
          <w:sz w:val="20"/>
        </w:rPr>
        <w:t>43:32  To main keh sakta hoon ke Quran ko parhein, aap Hadees ko parhein, Rasool Allah ke life ko parhein, bilkul objectively parhein.</w:t>
      </w:r>
      <w:r>
        <w:br/>
      </w:r>
      <w:r>
        <w:rPr>
          <w:sz w:val="20"/>
        </w:rPr>
        <w:t>43:41  Agar aap to aap manenge ke Islam jo hai, woh ek ek non political movement hai,</w:t>
      </w:r>
      <w:r>
        <w:br/>
      </w:r>
      <w:r>
        <w:rPr>
          <w:sz w:val="20"/>
        </w:rPr>
        <w:t>43:50  yani political takrao ke baghair, political ladai ke baghair, insan ke andar change lana, insan ke mind ko badalna, insan ki soch ko badalna, insan ke character ko badalna, insan ke andar negativity khatam kar ke us ko positive thinker banana,</w:t>
      </w:r>
      <w:r>
        <w:br/>
      </w:r>
      <w:r>
        <w:rPr>
          <w:sz w:val="20"/>
        </w:rPr>
        <w:t>44:10  yeh hai Islam ka asal target, asal nishana. Baqi jo kuch ladaiyan huin, bohat hi temporary period ke liye,</w:t>
      </w:r>
      <w:r>
        <w:br/>
      </w:r>
      <w:r>
        <w:rPr>
          <w:sz w:val="20"/>
        </w:rPr>
        <w:t>44:22  jaise teen ladai hui Islam mein: Badr, Uhud, Hunain. Teeno ladai sirf adhe din ke liye hui, sirf adhe din. Aap dekhein, dunya mein kaha jata hai ke 10 ta barri ladaiyan hui hain, major war hui hain.</w:t>
      </w:r>
      <w:r>
        <w:br/>
      </w:r>
      <w:r>
        <w:rPr>
          <w:sz w:val="20"/>
        </w:rPr>
        <w:t>44:34  10 ta har war jo hai, bohat din tak chalti rahi. Koi war nahi hai jo adhe din khatam ho gayi ho ke dopahar ko shuru ho, sham ko khatam ho jaye.</w:t>
      </w:r>
      <w:r>
        <w:br/>
      </w:r>
      <w:r>
        <w:rPr>
          <w:sz w:val="20"/>
        </w:rPr>
        <w:t>44:48  To yeh war kya hai? Yeh to jhadap hai, us ke skirmishes hain.</w:t>
      </w:r>
      <w:r>
        <w:br/>
      </w:r>
      <w:r>
        <w:rPr>
          <w:sz w:val="20"/>
        </w:rPr>
        <w:t>44:51  Main samajhta hoon ke Islam mein jo Ghazwat hain, yani Rasool Allah ki tareekh mein, woh war nahi hain, woh us us ke skirmishes hain, yani jhadap hain.</w:t>
      </w:r>
      <w:r>
        <w:br/>
      </w:r>
      <w:r>
        <w:rPr>
          <w:sz w:val="20"/>
        </w:rPr>
        <w:t>45:01  Woh koi war nahi hai, sahi maano mein koi bhi war nahi hai.</w:t>
      </w:r>
      <w:r>
        <w:br/>
      </w:r>
      <w:r>
        <w:rPr>
          <w:sz w:val="20"/>
        </w:rPr>
        <w:t>45:08  Log jo kehte hain ke itne Ghazwat, itne Ghazwat, yeh sab bilkul yani baseless baatein hain.</w:t>
      </w:r>
      <w:r>
        <w:br/>
      </w:r>
      <w:r>
        <w:rPr>
          <w:sz w:val="20"/>
        </w:rPr>
        <w:t>45:17  Aap dekhiye na ke adhe din kaun si dunya mein ladai kisi ne ki hai? Har aadmi, har ek, har ladai bohat lambi muddat tak hui hai. Is liye main kehta hoon ke us ko war kehna hi sahi nahi hai, us ko aap us ke us ke skirmishes kehna chahiye.</w:t>
      </w:r>
      <w:r>
        <w:br/>
      </w:r>
      <w:r>
        <w:rPr>
          <w:sz w:val="20"/>
        </w:rPr>
        <w:t>45:31  Aap ko jhadap, war ka matlab hai qital. To qital kahan tha? Woh woh to jhadap thi, woh</w:t>
      </w:r>
      <w:r>
        <w:br/>
      </w:r>
      <w:r>
        <w:rPr>
          <w:sz w:val="20"/>
        </w:rPr>
        <w:t>45:42  wohi doosron ke, yani doosron ke attack ki wajah se.</w:t>
      </w:r>
      <w:r>
        <w:br/>
      </w:r>
      <w:r>
        <w:rPr>
          <w:sz w:val="20"/>
        </w:rPr>
        <w:t>45:51  To is baat ko jab tak aap dhyan mein na layein, tab tak Islam ki sahi picture nahi banegi. Islam ka kya method hai, woh samajh mein nahi aayega.</w:t>
      </w:r>
      <w:r>
        <w:br/>
      </w:r>
      <w:r>
        <w:rPr>
          <w:sz w:val="20"/>
        </w:rPr>
        <w:t>46:02  Islamic movement kya cheez hai, woh clear nahi hogi.</w:t>
      </w:r>
      <w:r>
        <w:br/>
      </w:r>
      <w:r>
        <w:rPr>
          <w:sz w:val="20"/>
        </w:rPr>
        <w:t>46:08  is maamle mein sab log, main dekhta hoon ke sab one to all, sab bhool mein pade hue hain, sab bhool mein pade hue hain.</w:t>
      </w:r>
      <w:r>
        <w:br/>
      </w:r>
      <w:r>
        <w:rPr>
          <w:sz w:val="20"/>
        </w:rPr>
        <w:t>46:20  main falasteen gaya to wahan par main ne dekha ke bachche jo hain, un ko gaana sikhaya gaya hai. bachchon ko bade gaana sikhate hain, zahir hai aap jaante hain, bachche jo gaate hain to khud thodi bachche woh us ko banate hain, woh gaana,</w:t>
      </w:r>
      <w:r>
        <w:br/>
      </w:r>
      <w:r>
        <w:rPr>
          <w:sz w:val="20"/>
        </w:rPr>
        <w:t>46:34  woh to bade banate hain aur un ko kehte hain ke is ko, is ko yaad kar ke is ko padho. to bachche gaana ga rahe the, to main ne samajh liya ke bachchon ka gaana nahin hai, yeh badon ne sikhaya hai un ko yeh gaana.</w:t>
      </w:r>
      <w:r>
        <w:br/>
      </w:r>
      <w:r>
        <w:rPr>
          <w:sz w:val="20"/>
        </w:rPr>
        <w:t>46:49  to woh gaana kya tha? "halma nuqatil, halma nuqatil, fand al qital sabeel ar rashadi".</w:t>
      </w:r>
      <w:r>
        <w:br/>
      </w:r>
      <w:r>
        <w:rPr>
          <w:sz w:val="20"/>
        </w:rPr>
        <w:t>47:02  is ka matlab yeh hai ke aao hum ladein, aao hum ladein, kyunke ladne hi mein kamyabi hai.</w:t>
      </w:r>
      <w:r>
        <w:br/>
      </w:r>
      <w:r>
        <w:rPr>
          <w:sz w:val="20"/>
        </w:rPr>
        <w:t>47:14  yeh falasteeni bachchon ka gaana "let us make war, let us make war, for what is the way to success". to main ne kaha ke bhai, yeh aap musalman hain, aap islam ke naam par yeh sab kar rahe hain, to islam ne to yeh nahin sikhaya hai,</w:t>
      </w:r>
      <w:r>
        <w:br/>
      </w:r>
      <w:r>
        <w:rPr>
          <w:sz w:val="20"/>
        </w:rPr>
        <w:t>47:32  yeh to islam ne sikhaya hi nahin hai.</w:t>
      </w:r>
      <w:r>
        <w:br/>
      </w:r>
      <w:r>
        <w:rPr>
          <w:sz w:val="20"/>
        </w:rPr>
        <w:t>47:37  islam ne jo sikhaya hai, woh is ka ulta hai, woh hai "halma salim, halma salim, fan as salam sabeel ar rashadi, let us make peace, let us make peace, for peace is the way to success".</w:t>
      </w:r>
      <w:r>
        <w:br/>
      </w:r>
      <w:r>
        <w:rPr>
          <w:sz w:val="20"/>
        </w:rPr>
        <w:t>47:57  to saare log ajeeb ghareeb qism ki distandi mein pade hue hain,</w:t>
      </w:r>
    </w:p>
    <w:p>
      <w:pPr>
        <w:pStyle w:val="Heading2"/>
      </w:pPr>
      <w:r>
        <w:t>Retreat principle from Prophet to crusaders</w:t>
      </w:r>
    </w:p>
    <w:p>
      <w:r>
        <w:rPr>
          <w:color w:val="666666"/>
          <w:sz w:val="18"/>
        </w:rPr>
        <w:t>The Secular Contribution of Islam | April 16, 2017 · 5m 33s · at 5:51 · https://youtu.be/QV_HIq7KeaY?t=351</w:t>
      </w:r>
    </w:p>
    <w:p>
      <w:r>
        <w:rPr>
          <w:i/>
        </w:rPr>
        <w:t>“Islam taught that the greatest thing is retreat.”</w:t>
      </w:r>
    </w:p>
    <w:p>
      <w:r>
        <w:rPr>
          <w:sz w:val="20"/>
        </w:rPr>
        <w:t>5:51  glory jaanti thi duniya.</w:t>
      </w:r>
      <w:r>
        <w:br/>
      </w:r>
      <w:r>
        <w:rPr>
          <w:sz w:val="20"/>
        </w:rPr>
        <w:t>5:57  is liye duniya ki tareekh ladai ki tareekh ban gayi.</w:t>
      </w:r>
      <w:r>
        <w:br/>
      </w:r>
      <w:r>
        <w:rPr>
          <w:sz w:val="20"/>
        </w:rPr>
        <w:t>6:03  duniya ki history ladai ki history ban gayi.</w:t>
      </w:r>
      <w:r>
        <w:br/>
      </w:r>
      <w:r>
        <w:rPr>
          <w:sz w:val="20"/>
        </w:rPr>
        <w:t>6:09  Islam ne bataya ke sab se bari cheez retreat hai, advancement nahi hai.</w:t>
      </w:r>
      <w:r>
        <w:br/>
      </w:r>
      <w:r>
        <w:rPr>
          <w:sz w:val="20"/>
        </w:rPr>
        <w:t>6:15  jaise dekhein, Khalid bin Waleed jo the woh maut ke mauqe par un ka</w:t>
      </w:r>
      <w:r>
        <w:br/>
      </w:r>
      <w:r>
        <w:rPr>
          <w:sz w:val="20"/>
        </w:rPr>
        <w:t>6:21  muqabla hua Roomi faujon se.</w:t>
      </w:r>
      <w:r>
        <w:br/>
      </w:r>
      <w:r>
        <w:rPr>
          <w:sz w:val="20"/>
        </w:rPr>
        <w:t>6:26  to unhon ne takraao karne ki bajaye wapsi ka faisla kiya.</w:t>
      </w:r>
      <w:r>
        <w:br/>
      </w:r>
      <w:r>
        <w:rPr>
          <w:sz w:val="20"/>
        </w:rPr>
        <w:t>6:31  yani madine chalaye.</w:t>
      </w:r>
      <w:r>
        <w:br/>
      </w:r>
      <w:r>
        <w:rPr>
          <w:sz w:val="20"/>
        </w:rPr>
        <w:t>6:36  to madine ke logon ne in ko kaha, ya farar.</w:t>
      </w:r>
      <w:r>
        <w:br/>
      </w:r>
      <w:r>
        <w:rPr>
          <w:sz w:val="20"/>
        </w:rPr>
        <w:t>6:41  ae bhagne walon!</w:t>
      </w:r>
      <w:r>
        <w:br/>
      </w:r>
      <w:r>
        <w:rPr>
          <w:sz w:val="20"/>
        </w:rPr>
        <w:t>6:46  madine mein in ka jo in ko jo istiqbal kiya gaya wo ya farar keh kar, ae bhagne wal</w:t>
      </w:r>
      <w:r>
        <w:br/>
      </w:r>
      <w:r>
        <w:rPr>
          <w:sz w:val="20"/>
        </w:rPr>
        <w:t>6:51  on!</w:t>
      </w:r>
      <w:r>
        <w:br/>
      </w:r>
      <w:r>
        <w:rPr>
          <w:sz w:val="20"/>
        </w:rPr>
        <w:t>6:55  to rasool Allah ne farmaya ke nahi.</w:t>
      </w:r>
      <w:r>
        <w:br/>
      </w:r>
      <w:r>
        <w:rPr>
          <w:sz w:val="20"/>
        </w:rPr>
        <w:t>7:00  rasool Allah ne kaha ke nahi, farar nahi hai wo.</w:t>
      </w:r>
      <w:r>
        <w:br/>
      </w:r>
      <w:r>
        <w:rPr>
          <w:sz w:val="20"/>
        </w:rPr>
        <w:t>7:04  hum al malik qarar insha Allah taala, wo qarar hain.</w:t>
      </w:r>
      <w:r>
        <w:br/>
      </w:r>
      <w:r>
        <w:rPr>
          <w:sz w:val="20"/>
        </w:rPr>
        <w:t>7:08  qarar ke mani hain aage barhne walay.</w:t>
      </w:r>
      <w:r>
        <w:br/>
      </w:r>
      <w:r>
        <w:rPr>
          <w:sz w:val="20"/>
        </w:rPr>
        <w:t>7:13  is mein dekhen jo raaz hai wo yeh hai ke aap agar aap bas advance karna janen to</w:t>
      </w:r>
      <w:r>
        <w:br/>
      </w:r>
      <w:r>
        <w:rPr>
          <w:sz w:val="20"/>
        </w:rPr>
        <w:t>7:17  aap planning nahi kar payenge. planning</w:t>
      </w:r>
      <w:r>
        <w:br/>
      </w:r>
      <w:r>
        <w:rPr>
          <w:sz w:val="20"/>
        </w:rPr>
        <w:t>7:21  jo hai time chahti hai.</w:t>
      </w:r>
      <w:r>
        <w:br/>
      </w:r>
      <w:r>
        <w:rPr>
          <w:sz w:val="20"/>
        </w:rPr>
        <w:t>7:26  planning chahti hai ke aap ka sochne ka time ho, assessment ka time ho, opportunity talash karne ka time ho.</w:t>
      </w:r>
      <w:r>
        <w:br/>
      </w:r>
      <w:r>
        <w:rPr>
          <w:sz w:val="20"/>
        </w:rPr>
        <w:t>7:31  to retreat ka matlab hota hai planning.</w:t>
      </w:r>
      <w:r>
        <w:br/>
      </w:r>
      <w:r>
        <w:rPr>
          <w:sz w:val="20"/>
        </w:rPr>
        <w:t>7:36  planning ka time lene.</w:t>
      </w:r>
      <w:r>
        <w:br/>
      </w:r>
      <w:r>
        <w:rPr>
          <w:sz w:val="20"/>
        </w:rPr>
        <w:t>7:41  dunya is ko janti nahi thi.</w:t>
      </w:r>
      <w:r>
        <w:br/>
      </w:r>
      <w:r>
        <w:rPr>
          <w:sz w:val="20"/>
        </w:rPr>
        <w:t>7:46  wo yahi janti thi ke bas lar</w:t>
      </w:r>
      <w:r>
        <w:br/>
      </w:r>
      <w:r>
        <w:rPr>
          <w:sz w:val="20"/>
        </w:rPr>
        <w:t>7:51  jao, advance karo.</w:t>
      </w:r>
      <w:r>
        <w:br/>
      </w:r>
      <w:r>
        <w:rPr>
          <w:sz w:val="20"/>
        </w:rPr>
        <w:t>7:57  to rasool Allah ne Hudaybiyah mein retreat hi to kiya tha.</w:t>
      </w:r>
      <w:r>
        <w:br/>
      </w:r>
      <w:r>
        <w:rPr>
          <w:sz w:val="20"/>
        </w:rPr>
        <w:t>8:03  aap ja rahe the Makkah, Madinah se Makkah.</w:t>
      </w:r>
      <w:r>
        <w:br/>
      </w:r>
      <w:r>
        <w:rPr>
          <w:sz w:val="20"/>
        </w:rPr>
        <w:t>8:09  Hudaybiyah ke mauqe par aap ka rasta roka gaya, aap ka aur aap ke ashaab ka.</w:t>
      </w:r>
      <w:r>
        <w:br/>
      </w:r>
      <w:r>
        <w:rPr>
          <w:sz w:val="20"/>
        </w:rPr>
        <w:t>8:16  to wahan par option do mein tha, ya to aap laren ya peeche hat jayen.</w:t>
      </w:r>
      <w:r>
        <w:br/>
      </w:r>
      <w:r>
        <w:rPr>
          <w:sz w:val="20"/>
        </w:rPr>
        <w:t>8:22  ya to aap Quraish se laren, jo us waqt Makkah ke sardar bani hui thin.</w:t>
      </w:r>
      <w:r>
        <w:br/>
      </w:r>
      <w:r>
        <w:rPr>
          <w:sz w:val="20"/>
        </w:rPr>
        <w:t>8:27  to option do mein tha, yani ya to aap Quraish se laren ya Madinah wapas chale jayen.</w:t>
      </w:r>
      <w:r>
        <w:br/>
      </w:r>
      <w:r>
        <w:rPr>
          <w:sz w:val="20"/>
        </w:rPr>
        <w:t>8:32  to aap ne wapas jaane ka faisla kiya.</w:t>
      </w:r>
      <w:r>
        <w:br/>
      </w:r>
      <w:r>
        <w:rPr>
          <w:sz w:val="20"/>
        </w:rPr>
        <w:t>8:37  retreat kiya aap ne.</w:t>
      </w:r>
      <w:r>
        <w:br/>
      </w:r>
      <w:r>
        <w:rPr>
          <w:sz w:val="20"/>
        </w:rPr>
        <w:t>8:42  hudaybiya ka waqia retreat ka waqia hai. paspayi.</w:t>
      </w:r>
      <w:r>
        <w:br/>
      </w:r>
      <w:r>
        <w:rPr>
          <w:sz w:val="20"/>
        </w:rPr>
        <w:t>8:47  retreat ko kehte hain paspayi</w:t>
      </w:r>
      <w:r>
        <w:br/>
      </w:r>
      <w:r>
        <w:rPr>
          <w:sz w:val="20"/>
        </w:rPr>
        <w:t xml:space="preserve">8:52  </w:t>
      </w:r>
      <w:r>
        <w:br/>
      </w:r>
      <w:r>
        <w:rPr>
          <w:sz w:val="20"/>
        </w:rPr>
        <w:t>8:56  isi se fath o bun nikli.</w:t>
      </w:r>
      <w:r>
        <w:br/>
      </w:r>
      <w:r>
        <w:rPr>
          <w:sz w:val="20"/>
        </w:rPr>
        <w:t>8:59  in fath ka fath mubeen.</w:t>
      </w:r>
      <w:r>
        <w:br/>
      </w:r>
      <w:r>
        <w:rPr>
          <w:sz w:val="20"/>
        </w:rPr>
        <w:t>9:03  is retreat ko Allah taala ne fath o bun kaha.</w:t>
      </w:r>
      <w:r>
        <w:br/>
      </w:r>
      <w:r>
        <w:rPr>
          <w:sz w:val="20"/>
        </w:rPr>
        <w:t>9:07  kyun? jab aap wapas aa rahe the hudaybiya se madina ja rahe the to rastay mein utri thi yeh surah.</w:t>
      </w:r>
      <w:r>
        <w:br/>
      </w:r>
      <w:r>
        <w:rPr>
          <w:sz w:val="20"/>
        </w:rPr>
        <w:t>9:11  yaani abhi kuch hua nahi tha, rastay mein utri thi yeh surah.</w:t>
      </w:r>
      <w:r>
        <w:br/>
      </w:r>
      <w:r>
        <w:rPr>
          <w:sz w:val="20"/>
        </w:rPr>
        <w:t>9:14  in fath ka fath mubeen.</w:t>
      </w:r>
      <w:r>
        <w:br/>
      </w:r>
      <w:r>
        <w:rPr>
          <w:sz w:val="20"/>
        </w:rPr>
        <w:t>9:18  is ka matlab kya tha is ka</w:t>
      </w:r>
      <w:r>
        <w:br/>
      </w:r>
      <w:r>
        <w:rPr>
          <w:sz w:val="20"/>
        </w:rPr>
        <w:t>9:22  ? is ka matlab yeh tha ke tum ne na ladai na kar ke, advance na kar ke</w:t>
      </w:r>
      <w:r>
        <w:br/>
      </w:r>
      <w:r>
        <w:rPr>
          <w:sz w:val="20"/>
        </w:rPr>
        <w:t>9:29  retreat ka jo faisla kiya woh kya tha? is ka matlab tha wapas loot kar planning karna, behtar planning karna.</w:t>
      </w:r>
      <w:r>
        <w:br/>
      </w:r>
      <w:r>
        <w:rPr>
          <w:sz w:val="20"/>
        </w:rPr>
        <w:t>9:37  retreat ka matlab hota hai planning.</w:t>
      </w:r>
      <w:r>
        <w:br/>
      </w:r>
      <w:r>
        <w:rPr>
          <w:sz w:val="20"/>
        </w:rPr>
        <w:t>9:44  yeh dunya janti hi nahi thi. rasool</w:t>
      </w:r>
      <w:r>
        <w:br/>
      </w:r>
      <w:r>
        <w:rPr>
          <w:sz w:val="20"/>
        </w:rPr>
        <w:t>9:52  Allah ne history mein is concept ko introduce kiya.</w:t>
      </w:r>
      <w:r>
        <w:br/>
      </w:r>
      <w:r>
        <w:rPr>
          <w:sz w:val="20"/>
        </w:rPr>
        <w:t>9:57  is concept ka sab se bara waqia shayad woh hai jo crusades ke baad pesh aaya.</w:t>
      </w:r>
      <w:r>
        <w:br/>
      </w:r>
      <w:r>
        <w:rPr>
          <w:sz w:val="20"/>
        </w:rPr>
        <w:t>10:02  aap jante hain crusades ki war jo hai 200 saal tak jaari rahi.</w:t>
      </w:r>
      <w:r>
        <w:br/>
      </w:r>
      <w:r>
        <w:rPr>
          <w:sz w:val="20"/>
        </w:rPr>
        <w:t>10:07  aur saare Europe is mein shamil tha.</w:t>
      </w:r>
      <w:r>
        <w:br/>
      </w:r>
      <w:r>
        <w:rPr>
          <w:sz w:val="20"/>
        </w:rPr>
        <w:t>10:12  lekin woh log haar gaye.</w:t>
      </w:r>
      <w:r>
        <w:br/>
      </w:r>
      <w:r>
        <w:rPr>
          <w:sz w:val="20"/>
        </w:rPr>
        <w:t>10:17  lekin aap jante hain ke dunya ki tareekh batati</w:t>
      </w:r>
      <w:r>
        <w:br/>
      </w:r>
      <w:r>
        <w:rPr>
          <w:sz w:val="20"/>
        </w:rPr>
        <w:t>10:22  hai ke haarne wala kya karta hai? revenge leta hai.</w:t>
      </w:r>
      <w:r>
        <w:br/>
      </w:r>
      <w:r>
        <w:rPr>
          <w:sz w:val="20"/>
        </w:rPr>
        <w:t>10:28  koi bhi haarne wala aisa nahi jise revenge ka mauqa khula na ho.</w:t>
      </w:r>
      <w:r>
        <w:br/>
      </w:r>
      <w:r>
        <w:rPr>
          <w:sz w:val="20"/>
        </w:rPr>
        <w:t>10:34  jaise aap dekhen abhi musalman jo suicide bombing karte hain woh kya hai? woh revenge hai.</w:t>
      </w:r>
      <w:r>
        <w:br/>
      </w:r>
      <w:r>
        <w:rPr>
          <w:sz w:val="20"/>
        </w:rPr>
        <w:t>10:40  musalman jo suicide bombing karte hain jagah jagah woh revenge hai.</w:t>
      </w:r>
      <w:r>
        <w:br/>
      </w:r>
      <w:r>
        <w:rPr>
          <w:sz w:val="20"/>
        </w:rPr>
        <w:t>10:46  to koi bhi haarne wala, koi bhi ho, is ke liye</w:t>
      </w:r>
      <w:r>
        <w:br/>
      </w:r>
      <w:r>
        <w:rPr>
          <w:sz w:val="20"/>
        </w:rPr>
        <w:t>10:52  yeh mauqa khula hua hai ke revenge ka darwaza khol de. Revenge.</w:t>
      </w:r>
      <w:r>
        <w:br/>
      </w:r>
      <w:r>
        <w:rPr>
          <w:sz w:val="20"/>
        </w:rPr>
        <w:t>10:58  lekin Rasool Allah salallaho alaihe wasallam ne jo jo formula bataya tha to crusaders ne revenge nahi</w:t>
      </w:r>
      <w:r>
        <w:br/>
      </w:r>
      <w:r>
        <w:rPr>
          <w:sz w:val="20"/>
        </w:rPr>
        <w:t>11:03  ka rasta nahi pakra.</w:t>
      </w:r>
      <w:r>
        <w:br/>
      </w:r>
      <w:r>
        <w:rPr>
          <w:sz w:val="20"/>
        </w:rPr>
        <w:t>11:08  revenge ka option nahi liya.</w:t>
      </w:r>
      <w:r>
        <w:br/>
      </w:r>
      <w:r>
        <w:rPr>
          <w:sz w:val="20"/>
        </w:rPr>
        <w:t>11:14  crusaders mein haarne ke baad unhone revenge ka option nahi liya.</w:t>
      </w:r>
      <w:r>
        <w:br/>
      </w:r>
      <w:r>
        <w:rPr>
          <w:sz w:val="20"/>
        </w:rPr>
        <w:t>11:19  balkay is ke baad unhone</w:t>
      </w:r>
    </w:p>
    <w:p>
      <w:pPr>
        <w:pStyle w:val="Heading2"/>
      </w:pPr>
      <w:r>
        <w:t>Two empires destroy each other, clearing the way for Islam</w:t>
      </w:r>
    </w:p>
    <w:p>
      <w:r>
        <w:rPr>
          <w:color w:val="666666"/>
          <w:sz w:val="18"/>
        </w:rPr>
        <w:t>Spiritual Light of The Believers (Itmam-E-Noor ) May 12, 2013 · 3m 16s · at 26:55 · https://youtu.be/SmjmddWA1Jo?t=1615</w:t>
      </w:r>
    </w:p>
    <w:p>
      <w:r>
        <w:rPr>
          <w:i/>
        </w:rPr>
        <w:t>“Sasani aur Roman empire aapas mein takra kar tabah huay”</w:t>
      </w:r>
    </w:p>
    <w:p>
      <w:r>
        <w:rPr>
          <w:sz w:val="20"/>
        </w:rPr>
        <w:t>26:55  ab masla tha ke Arab ke bahir do baray empire the, jo jis ko hum kehte hain Sasani Empire aur Badantain Empire.</w:t>
      </w:r>
      <w:r>
        <w:br/>
      </w:r>
      <w:r>
        <w:rPr>
          <w:sz w:val="20"/>
        </w:rPr>
        <w:t>27:06  do us waqt ke do baray empire the bilkul Arab ke sarhadon ke pas. to Allah taala ne kya kiya? ek bohat ajeeb waqea hua jo Surah Ar-Rum mein is ka zikr hai Alif Lam Meem Ghalabat Ar-Rum fi adn al-ard wa hum ba'da ghalabihim sayaghlaboon fi biz sineen</w:t>
      </w:r>
      <w:r>
        <w:br/>
      </w:r>
      <w:r>
        <w:rPr>
          <w:sz w:val="20"/>
        </w:rPr>
        <w:t>27:28  yani dono empire ko aapas mein takra diya. pehle Sasani Empire ne in ko tabah kiya, Roman Empire ko.</w:t>
      </w:r>
      <w:r>
        <w:br/>
      </w:r>
      <w:r>
        <w:rPr>
          <w:sz w:val="20"/>
        </w:rPr>
        <w:t>27:39  phir in ka jo badshah tha Heracles, us ne taqat ikatha ki Qustuntuniya mein. us ne hamla kiya in ko aur Sasani Empire ko tabah kar diya.</w:t>
      </w:r>
      <w:r>
        <w:br/>
      </w:r>
      <w:r>
        <w:rPr>
          <w:sz w:val="20"/>
        </w:rPr>
        <w:t>27:49  to goya ke hathiun ke do giroh aapas mein larr kar khatm ho gaye.</w:t>
      </w:r>
      <w:r>
        <w:br/>
      </w:r>
      <w:r>
        <w:rPr>
          <w:sz w:val="20"/>
        </w:rPr>
        <w:t>27:55  itna zyada kamzor ho gaya Roman Empire aur Sasani Empire ke ek ek Europe ka ek ek historian hai, Lucky, us ne likha hai ke Musalman jab dakhil hue in mulkon mein, in saltanaton mein,</w:t>
      </w:r>
      <w:r>
        <w:br/>
      </w:r>
      <w:r>
        <w:rPr>
          <w:sz w:val="20"/>
        </w:rPr>
        <w:t>28:11  to is tarah tezi se dakhil ho gaye jaise ke deemak lagi hui lakri pe koi keel thoka hai, ghassti ghassti chali jaye.</w:t>
      </w:r>
      <w:r>
        <w:br/>
      </w:r>
      <w:r>
        <w:rPr>
          <w:sz w:val="20"/>
        </w:rPr>
        <w:t>28:24  to ye sara ye drama ek divine drama tha jo 30 saal mein ho gaya.</w:t>
      </w:r>
      <w:r>
        <w:br/>
      </w:r>
      <w:r>
        <w:rPr>
          <w:sz w:val="20"/>
        </w:rPr>
        <w:t>28:32  ab is mein dekhiye, ek bohat aham baat ye hai ke political empire aap sau saal nahi bana sakte hain, ideological empire sau saal mein nahi banti.</w:t>
      </w:r>
      <w:r>
        <w:br/>
      </w:r>
      <w:r>
        <w:rPr>
          <w:sz w:val="20"/>
        </w:rPr>
        <w:t>28:44  first generation mein banegi to banegi, nahi to nahi banegi.</w:t>
      </w:r>
      <w:r>
        <w:br/>
      </w:r>
      <w:r>
        <w:rPr>
          <w:sz w:val="20"/>
        </w:rPr>
        <w:t>28:48  first generation, kyun ke jab founder jo hai, jab mission shuru karta hai to jo log is mein dakhil hote hain, wahi asal hote hain.</w:t>
      </w:r>
      <w:r>
        <w:br/>
      </w:r>
      <w:r>
        <w:rPr>
          <w:sz w:val="20"/>
        </w:rPr>
        <w:t>28:57  jis ko main keh raha hoon first generation, to wahi asal, unhi ke andar spirit hoti hai, unhi ke andar sari quality hoti hai. to unhi ke, unhi ke zamane mein hoga to ho gaya, nahi to baad ko jo naslein aati hain,</w:t>
      </w:r>
      <w:r>
        <w:br/>
      </w:r>
      <w:r>
        <w:rPr>
          <w:sz w:val="20"/>
        </w:rPr>
        <w:t>29:12  second generation, third generation, to zawal shuru ho jata hai. zawal</w:t>
      </w:r>
      <w:r>
        <w:br/>
      </w:r>
      <w:r>
        <w:rPr>
          <w:sz w:val="20"/>
        </w:rPr>
        <w:t>29:17  to bohat ajeeb baat hai ke Rasool Allah ka jo inqalab hai, wo first generation mein mukammal ho gaya, yani within thirty years. makke mein, madine mein ya Arab mein jinhone kaam kiya, wo sab aap ke ashaab the, Rasool Allah ke ashaab.</w:t>
      </w:r>
      <w:r>
        <w:br/>
      </w:r>
      <w:r>
        <w:rPr>
          <w:sz w:val="20"/>
        </w:rPr>
        <w:t>29:32  aur is ke baad Sasani Empire aur Roman Empire mein jo log dakhil hue, wo bhi aap ke ashaab the. Hazrat Umar ke zamane mein ek kaisi ajeeb anokhi baat hai ke first generation mein ek poora inqalab ho gaya.</w:t>
      </w:r>
      <w:r>
        <w:br/>
      </w:r>
      <w:r>
        <w:rPr>
          <w:sz w:val="20"/>
        </w:rPr>
        <w:t>29:48  tabhi to ye ideological empire bana, warna political empire to aap do sau saal mein banaiye, hazar saal mein banaiye, is ke liye koi zaroorat nahi hai generation ki.</w:t>
      </w:r>
      <w:r>
        <w:br/>
      </w:r>
      <w:r>
        <w:rPr>
          <w:sz w:val="20"/>
        </w:rPr>
        <w:t>30:01  lekin ideological empire isi waqt ban paye ga jab ke woh first generation mein bane. to first generation mein yeh sab kuch ho gaya.</w:t>
      </w:r>
    </w:p>
    <w:p>
      <w:pPr>
        <w:pStyle w:val="Heading2"/>
      </w:pPr>
      <w:r>
        <w:t>Maulana's chandan/tilak controversy and its resolution</w:t>
      </w:r>
    </w:p>
    <w:p>
      <w:r>
        <w:rPr>
          <w:color w:val="666666"/>
          <w:sz w:val="18"/>
        </w:rPr>
        <w:t>Human Equality in Islam July 1, 2007 Maulana Wahiduddin Khan · 3m 30s · at 1:21 · https://youtu.be/5aJvpiCYbzQ?t=81</w:t>
      </w:r>
    </w:p>
    <w:p>
      <w:r>
        <w:rPr>
          <w:i/>
        </w:rPr>
        <w:t>“Murari Bapu is a Sanatani — I was invited to his gathering”</w:t>
      </w:r>
    </w:p>
    <w:p>
      <w:r>
        <w:rPr>
          <w:sz w:val="20"/>
        </w:rPr>
        <w:t>1:21  aap jante hain ke marari bapu sunadharmi hain, to un ko wahan bulaya gaya tha. bohat bari gathering thi.</w:t>
      </w:r>
      <w:r>
        <w:br/>
      </w:r>
      <w:r>
        <w:rPr>
          <w:sz w:val="20"/>
        </w:rPr>
        <w:t>1:31  london mein jo indians rehte hain, woh sab aktha thay wahan par. to kai din unhon ne wahan par katha ki.</w:t>
      </w:r>
      <w:r>
        <w:br/>
      </w:r>
      <w:r>
        <w:rPr>
          <w:sz w:val="20"/>
        </w:rPr>
        <w:t>1:41  wahan par hamare jo us waqt jo commissioner thay, wahan par lm singhi bhi. to doctor lm singhi bhi wahan thay stage par</w:t>
      </w:r>
      <w:r>
        <w:br/>
      </w:r>
      <w:r>
        <w:rPr>
          <w:sz w:val="20"/>
        </w:rPr>
        <w:t>1:51  . to mujh ko bhi bulaya gaya tha wahan par address karne ke liye. to aap jante hain ke marari bapu sunadharmi hain.</w:t>
      </w:r>
      <w:r>
        <w:br/>
      </w:r>
      <w:r>
        <w:rPr>
          <w:sz w:val="20"/>
        </w:rPr>
        <w:t>2:01  to jab mein stage par pohncha to unhon ne mere paathay par, mere paathay par chandan laga diya. to yeh un ka swagat ka tareeqa hai.</w:t>
      </w:r>
      <w:r>
        <w:br/>
      </w:r>
      <w:r>
        <w:rPr>
          <w:sz w:val="20"/>
        </w:rPr>
        <w:t>2:14  is ka taluq mazhab se nahi hai.</w:t>
      </w:r>
      <w:r>
        <w:br/>
      </w:r>
      <w:r>
        <w:rPr>
          <w:sz w:val="20"/>
        </w:rPr>
        <w:t>2:18  yeh swagat ka aik tareeqa hai. to chandan laga diya. to aisa tha ke wahan par jo program ho raha tha, woh live telecast ho raha tha.</w:t>
      </w:r>
      <w:r>
        <w:br/>
      </w:r>
      <w:r>
        <w:rPr>
          <w:sz w:val="20"/>
        </w:rPr>
        <w:t>2:31  to sare button mein dikhaya ja raha tha woh. to mujhe wahan ke musalman kafi jante hain. to in logon ne tv par dekha ke mere mathay par chandan laga hua hai, jis ko in logon ne, woh log tilak kehte hain.</w:t>
      </w:r>
      <w:r>
        <w:br/>
      </w:r>
      <w:r>
        <w:rPr>
          <w:sz w:val="20"/>
        </w:rPr>
        <w:t>2:48  to ab wahan par yeh kaha janay laga ke yeh tumhare musalman, tumhare jo maulana hain, yeh to hindu ho gaye. to mere kai saathi wahan par hain.</w:t>
      </w:r>
      <w:r>
        <w:br/>
      </w:r>
      <w:r>
        <w:rPr>
          <w:sz w:val="20"/>
        </w:rPr>
        <w:t>3:01  to mere paas telephone aaya ke aap ne yeh kiya kiya ke chandan lagwa liya, log samajhte hain ke tilak laga kar aap hindu ban gaye hain.</w:t>
      </w:r>
      <w:r>
        <w:br/>
      </w:r>
      <w:r>
        <w:rPr>
          <w:sz w:val="20"/>
        </w:rPr>
        <w:t>3:10  to aisa kaha ja raha hai. to maine kaha acha aap aik meeting kijiye musalmanon ki.</w:t>
      </w:r>
      <w:r>
        <w:br/>
      </w:r>
      <w:r>
        <w:rPr>
          <w:sz w:val="20"/>
        </w:rPr>
        <w:t>3:18  to unhon ne britain ke musalmanon ki aik meeting ki. to mein wahan par gaya. woh log wahan par thay jo jin ko mujh se is qism ki shikayat hui thi.</w:t>
      </w:r>
      <w:r>
        <w:br/>
      </w:r>
      <w:r>
        <w:rPr>
          <w:sz w:val="20"/>
        </w:rPr>
        <w:t>3:38  to maine kaha ke dekhiye yeh aap jo keh rahe hain is ka naam hai katharta, yeh islam nahi hai.</w:t>
      </w:r>
      <w:r>
        <w:br/>
      </w:r>
      <w:r>
        <w:rPr>
          <w:sz w:val="20"/>
        </w:rPr>
        <w:t>3:46  unhon ne mere mathay par hindu tilak nahi lagaya tha, woh chandan tha. chandan hota hai swagat ke liye, prem ke liye, pyar ke liye hota hai.</w:t>
      </w:r>
      <w:r>
        <w:br/>
      </w:r>
      <w:r>
        <w:rPr>
          <w:sz w:val="20"/>
        </w:rPr>
        <w:t>4:00  aane walon ko woh is tareeqay se apne pyar ka izhaar karte hain. to yeh kehte hue maine kaha ke ke unhon ne to pyar se chandan lagaya tha.</w:t>
      </w:r>
      <w:r>
        <w:br/>
      </w:r>
      <w:r>
        <w:rPr>
          <w:sz w:val="20"/>
        </w:rPr>
        <w:t>4:16  agar koi aadmi mujhe pyar se kechar lagaye to mein us ka bhi swikar karunga.</w:t>
      </w:r>
      <w:r>
        <w:br/>
      </w:r>
      <w:r>
        <w:rPr>
          <w:sz w:val="20"/>
        </w:rPr>
        <w:t>4:27  value pyar ki hoti hai, na kechar ki, na chandan ki. to maine kaha ke agar koi mere mathay par pyar se kechar lagaye to mein us ka bhi swikar karunga.</w:t>
      </w:r>
      <w:r>
        <w:br/>
      </w:r>
      <w:r>
        <w:rPr>
          <w:sz w:val="20"/>
        </w:rPr>
        <w:t>4:41  to wahan par mein bhi ronay laga aur woh log bhi ronay lagay. aur bohat jaldi baat khatam ho gayi. sab log khush ho gaye ke aap ne jo kiya woh theek tha.</w:t>
      </w:r>
    </w:p>
    <w:p>
      <w:pPr>
        <w:pStyle w:val="Heading2"/>
      </w:pPr>
      <w:r>
        <w:t>Uthman and Hussain: political revolt as Islam's first derailment</w:t>
      </w:r>
    </w:p>
    <w:p>
      <w:r>
        <w:rPr>
          <w:color w:val="666666"/>
          <w:sz w:val="18"/>
        </w:rPr>
        <w:t>Role Of Ikhwan-e-Rasool 2 April 2011 · 3m 44s · at 14:44 · https://youtu.be/I9Tc1YwhAkA?t=884</w:t>
      </w:r>
    </w:p>
    <w:p>
      <w:r>
        <w:rPr>
          <w:i/>
        </w:rPr>
        <w:t>“Pehla derailment jo hua Islam mein wo kya tha?”</w:t>
      </w:r>
    </w:p>
    <w:p>
      <w:r>
        <w:rPr>
          <w:sz w:val="20"/>
        </w:rPr>
        <w:t>14:44  jo pehla derailment hua Islam mein woh kya tha? pehla derailment woh</w:t>
      </w:r>
      <w:r>
        <w:br/>
      </w:r>
      <w:r>
        <w:rPr>
          <w:sz w:val="20"/>
        </w:rPr>
        <w:t>14:54  hazrat usman ke zamane mein hua. yaani hukoomat ki</w:t>
      </w:r>
      <w:r>
        <w:br/>
      </w:r>
      <w:r>
        <w:rPr>
          <w:sz w:val="20"/>
        </w:rPr>
        <w:t>15:03  se shikayat ko le kar ke hukoomat se takraao shuru kar dena.</w:t>
      </w:r>
      <w:r>
        <w:br/>
      </w:r>
      <w:r>
        <w:rPr>
          <w:sz w:val="20"/>
        </w:rPr>
        <w:t>15:08  kuch logon ko Hazrat Usman jo teesre khalifa thay, un ki hukoomat se shikayat hui. toh shikayat ko le kar jhanda khara kar liya unhon ne.</w:t>
      </w:r>
      <w:r>
        <w:br/>
      </w:r>
      <w:r>
        <w:rPr>
          <w:sz w:val="20"/>
        </w:rPr>
        <w:t>15:20  aur baghavat karne par tul gaye. yahan tak ke hote hote unhon ne khalifa ko qatal kar diya.</w:t>
      </w:r>
      <w:r>
        <w:br/>
      </w:r>
      <w:r>
        <w:rPr>
          <w:sz w:val="20"/>
        </w:rPr>
        <w:t>15:27  yeh tha Islam mein pehla derailment. yaani political shikayaton ko le kar hukmaran ke khilaaf hangama khara karna.</w:t>
      </w:r>
      <w:r>
        <w:br/>
      </w:r>
      <w:r>
        <w:rPr>
          <w:sz w:val="20"/>
        </w:rPr>
        <w:t>15:42  kyun ke Islam mein bohat wazeh taleemat hain hadees mein ke hukmaran se agar tum ko shikayat hai toh kya hai? fa feemabainak wa baynahu</w:t>
      </w:r>
      <w:r>
        <w:br/>
      </w:r>
      <w:r>
        <w:rPr>
          <w:sz w:val="20"/>
        </w:rPr>
        <w:t>15:53  . yaani person to person. is se aap appointment lijiye, is se mulaqaat kijiye. aur akeley mein us ko naseehat kijiye.</w:t>
      </w:r>
      <w:r>
        <w:br/>
      </w:r>
      <w:r>
        <w:rPr>
          <w:sz w:val="20"/>
        </w:rPr>
        <w:t>16:05  fa feemabainak wa baynahu. bas yahi had hai. hukmaran ke khilaaf shikayat ki aakhri had yeh hai ke aap us ko tanhai mein naseehat karen, Allah se darayen.</w:t>
      </w:r>
      <w:r>
        <w:br/>
      </w:r>
      <w:r>
        <w:rPr>
          <w:sz w:val="20"/>
        </w:rPr>
        <w:t>16:16  bas. agar woh maan jata hai toh bohat acha, nahi manta toh phir aap ki zimmedari khatam ho gayi. aap ki zimmedari khatam ho gayi.</w:t>
      </w:r>
      <w:r>
        <w:br/>
      </w:r>
      <w:r>
        <w:rPr>
          <w:sz w:val="20"/>
        </w:rPr>
        <w:t>16:27  ab is ke baad kya karna hai aap ko? dua karna hai. dua karna hai. opposition ki politics chalana nahi hai.</w:t>
      </w:r>
      <w:r>
        <w:br/>
      </w:r>
      <w:r>
        <w:rPr>
          <w:sz w:val="20"/>
        </w:rPr>
        <w:t>16:38  agar hukmaran, ruler aap ki baat nahi sunta hai toh aap ke liye jaiz nahi hai ke aap politics of opposition chalana shuru kar den.</w:t>
      </w:r>
      <w:r>
        <w:br/>
      </w:r>
      <w:r>
        <w:rPr>
          <w:sz w:val="20"/>
        </w:rPr>
        <w:t>16:49  woh jaiz nahi hai. jaiz kya hai? aap ja kar Allah se dua karen. ya aap bar bar us se milen. yeh mumkin hai, yeh jaiz ke daire mein hai yeh.</w:t>
      </w:r>
      <w:r>
        <w:br/>
      </w:r>
      <w:r>
        <w:rPr>
          <w:sz w:val="20"/>
        </w:rPr>
        <w:t>17:03  toh pehla derailment hua</w:t>
      </w:r>
      <w:r>
        <w:br/>
      </w:r>
      <w:r>
        <w:rPr>
          <w:sz w:val="20"/>
        </w:rPr>
        <w:t>17:06  kab? Hazrat Usman ke zamane mein. woh tha derailment political shikayat ko le kar ke hangama khara karna.</w:t>
      </w:r>
      <w:r>
        <w:br/>
      </w:r>
      <w:r>
        <w:rPr>
          <w:sz w:val="20"/>
        </w:rPr>
        <w:t>17:18  isi ka extension tha Hazrat Hussain ka maamla. woh bhi yahi kiya unhon ne. ke hukoomat ke khilaaf unhon ne bhi yaani khurooj kaha jaye, jo bhi kaha jaye woh kiya.</w:t>
      </w:r>
      <w:r>
        <w:br/>
      </w:r>
      <w:r>
        <w:rPr>
          <w:sz w:val="20"/>
        </w:rPr>
        <w:t>17:35  yaani jo waqea ho chuka tha Hazrat Usman ke zamane mein, isi ka extension tha Hazrat Usman ka waqea. toh yahan bhi mein kahunga ke aap ke do option hain.</w:t>
      </w:r>
      <w:r>
        <w:br/>
      </w:r>
      <w:r>
        <w:rPr>
          <w:sz w:val="20"/>
        </w:rPr>
        <w:t>17:47  ya aap toh yeh kahein ke Hazrat Hussain ne jo kiya woh ek derailment tha. ya yeh kahein ke un ki ijtihadi khata thi.</w:t>
      </w:r>
      <w:r>
        <w:br/>
      </w:r>
      <w:r>
        <w:rPr>
          <w:sz w:val="20"/>
        </w:rPr>
        <w:t>17:57  bas. yeh aap nahi keh sakte ke woh sahi kaam tha. kyun ke yeh toh Islam mein jaiz hi nahi hai</w:t>
      </w:r>
      <w:r>
        <w:br/>
      </w:r>
      <w:r>
        <w:rPr>
          <w:sz w:val="20"/>
        </w:rPr>
        <w:t>18:03  ke aap siyasi shikayat le kar ke aap waqt ke hukmaran se khilaaf khurooj karen, baghavat karen.</w:t>
      </w:r>
      <w:r>
        <w:br/>
      </w:r>
      <w:r>
        <w:rPr>
          <w:sz w:val="20"/>
        </w:rPr>
        <w:t>18:15  yeh jaiz hi nahi hai. sarrre se jaiz nahi hai. toh that was also a case of derailment</w:t>
      </w:r>
    </w:p>
    <w:p>
      <w:pPr>
        <w:pStyle w:val="Heading2"/>
      </w:pPr>
      <w:r>
        <w:t>TALEEF as mutual respect and peaceful coexistence</w:t>
      </w:r>
    </w:p>
    <w:p>
      <w:r>
        <w:rPr>
          <w:color w:val="666666"/>
          <w:sz w:val="18"/>
        </w:rPr>
        <w:t>The Concept of Taleef in Islam August 3, 2007 · 4m 33s · at 24:38 · https://youtu.be/IHAeOuCThHg?t=1478</w:t>
      </w:r>
    </w:p>
    <w:p>
      <w:r>
        <w:rPr>
          <w:i/>
        </w:rPr>
        <w:t>“God revealed: For you your religion, for me mine”</w:t>
      </w:r>
    </w:p>
    <w:p>
      <w:r>
        <w:rPr>
          <w:sz w:val="20"/>
        </w:rPr>
        <w:t>24:38  God revealed a verse in the Quran, "Lakum dinukum wali adheen." "Lakum dinukum wali adheen." "For you, your religion.</w:t>
      </w:r>
      <w:r>
        <w:br/>
      </w:r>
      <w:r>
        <w:rPr>
          <w:sz w:val="20"/>
        </w:rPr>
        <w:t>24:53  For me, mine." This is also a matter of TALEEF. Although the Prophet was a great believer that idol worship is wrong.</w:t>
      </w:r>
      <w:r>
        <w:br/>
      </w:r>
      <w:r>
        <w:rPr>
          <w:sz w:val="20"/>
        </w:rPr>
        <w:t>25:14  Idol worship is completely wrong. But he said, "Lakum dinukum wali adheen." "For you, your religion.</w:t>
      </w:r>
      <w:r>
        <w:br/>
      </w:r>
      <w:r>
        <w:rPr>
          <w:sz w:val="20"/>
        </w:rPr>
        <w:t>25:25  For me, mine." It means that follow one and respect all</w:t>
      </w:r>
      <w:r>
        <w:br/>
      </w:r>
      <w:r>
        <w:rPr>
          <w:sz w:val="20"/>
        </w:rPr>
        <w:t>25:33  . Follow one and respect all. It means that I will follow my religion and at the same time I will pay respect for you.</w:t>
      </w:r>
      <w:r>
        <w:br/>
      </w:r>
      <w:r>
        <w:rPr>
          <w:sz w:val="20"/>
        </w:rPr>
        <w:t>25:46  So it was a respect culture, a mutual respect culture.</w:t>
      </w:r>
      <w:r>
        <w:br/>
      </w:r>
      <w:r>
        <w:rPr>
          <w:sz w:val="20"/>
        </w:rPr>
        <w:t>25:51  So the Prophet promulgated a mutual respect culture in Makkah.</w:t>
      </w:r>
      <w:r>
        <w:br/>
      </w:r>
      <w:r>
        <w:rPr>
          <w:sz w:val="20"/>
        </w:rPr>
        <w:t>26:01  "Lakum dinukum wali adheen." "For you, your religion. For me, mine." That is follow one and respect all.</w:t>
      </w:r>
      <w:r>
        <w:br/>
      </w:r>
      <w:r>
        <w:rPr>
          <w:sz w:val="20"/>
        </w:rPr>
        <w:t>26:13  So when the Prophet was in Makkah, although there were some Muslims, a majority were idol worshippers, but he promoted a respect</w:t>
      </w:r>
      <w:r>
        <w:br/>
      </w:r>
      <w:r>
        <w:rPr>
          <w:sz w:val="20"/>
        </w:rPr>
        <w:t>26:32  culture based on respect, based on mutual respect. So it was a mutual respect culture.</w:t>
      </w:r>
      <w:r>
        <w:br/>
      </w:r>
      <w:r>
        <w:rPr>
          <w:sz w:val="20"/>
        </w:rPr>
        <w:t>26:40  I can say that it was a mutual respect behaviour. It is also a TALEEF. It is also a TALEEF, a way of TALEEF.</w:t>
      </w:r>
      <w:r>
        <w:br/>
      </w:r>
      <w:r>
        <w:rPr>
          <w:sz w:val="20"/>
        </w:rPr>
        <w:t>26:55  TALEEF literally means softening the heart.</w:t>
      </w:r>
      <w:r>
        <w:br/>
      </w:r>
      <w:r>
        <w:rPr>
          <w:sz w:val="20"/>
        </w:rPr>
        <w:t>27:01  The word TALEEF is found in Chapter 8 and Verse 60.</w:t>
      </w:r>
      <w:r>
        <w:br/>
      </w:r>
      <w:r>
        <w:rPr>
          <w:sz w:val="20"/>
        </w:rPr>
        <w:t>27:10  TALEEF literally means softening the heart.</w:t>
      </w:r>
      <w:r>
        <w:br/>
      </w:r>
      <w:r>
        <w:rPr>
          <w:sz w:val="20"/>
        </w:rPr>
        <w:t>27:16  So when the Prophet of Islam adopted this principle, follow one and respect all, he adopted a principle of mutual respect.</w:t>
      </w:r>
      <w:r>
        <w:br/>
      </w:r>
      <w:r>
        <w:rPr>
          <w:sz w:val="20"/>
        </w:rPr>
        <w:t>27:29  So mutual respect was also a principle of TALEEF.</w:t>
      </w:r>
      <w:r>
        <w:br/>
      </w:r>
      <w:r>
        <w:rPr>
          <w:sz w:val="20"/>
        </w:rPr>
        <w:t>27:39  Mutual respect culture was also</w:t>
      </w:r>
      <w:r>
        <w:br/>
      </w:r>
      <w:r>
        <w:rPr>
          <w:sz w:val="20"/>
        </w:rPr>
        <w:t>27:46  a part of TALEEF. So here you can say that the Prophet of Islam adopted the principle of TALEEF in every aspect of his mission.</w:t>
      </w:r>
      <w:r>
        <w:br/>
      </w:r>
      <w:r>
        <w:rPr>
          <w:sz w:val="20"/>
        </w:rPr>
        <w:t>28:04  So how you can say that it is now abolished?</w:t>
      </w:r>
      <w:r>
        <w:br/>
      </w:r>
      <w:r>
        <w:rPr>
          <w:sz w:val="20"/>
        </w:rPr>
        <w:t>28:10  If you say that TALEEF-u-Qalb is abolished, then you have to say that Dawah work is abolished. No Dawah duty, no Dawah work.</w:t>
      </w:r>
      <w:r>
        <w:br/>
      </w:r>
      <w:r>
        <w:rPr>
          <w:sz w:val="20"/>
        </w:rPr>
        <w:t>28:22  If Dawah work is our duty, if Dawah work is to be continued up to the end of the history, so TALEEF is also</w:t>
      </w:r>
      <w:r>
        <w:br/>
      </w:r>
      <w:r>
        <w:rPr>
          <w:sz w:val="20"/>
        </w:rPr>
        <w:t>28:38  to be continued. Without TALEEF, there is no Dawah. Without normal condition, without friendship culture,</w:t>
      </w:r>
      <w:r>
        <w:br/>
      </w:r>
      <w:r>
        <w:rPr>
          <w:sz w:val="20"/>
        </w:rPr>
        <w:t>28:56  there is no Dawah. So TALEEF is the culture of Dawah. TALEEF is an integral part of Dawah culture.</w:t>
      </w:r>
    </w:p>
    <w:p>
      <w:pPr>
        <w:pStyle w:val="Heading2"/>
      </w:pPr>
      <w:r>
        <w:t>From Hudaybiya to modern blasphemy response</w:t>
      </w:r>
    </w:p>
    <w:p>
      <w:r>
        <w:rPr>
          <w:color w:val="666666"/>
          <w:sz w:val="18"/>
        </w:rPr>
        <w:t>AL RISALA FEBRUARY 2017 AUDIO · 4m 50s · at 2:43 · https://youtu.be/W4_KA3UtIHA?t=163</w:t>
      </w:r>
    </w:p>
    <w:p>
      <w:r>
        <w:rPr>
          <w:i/>
        </w:rPr>
        <w:t>“Ek sunnat Rasul san 6 hijri mein”</w:t>
      </w:r>
    </w:p>
    <w:p>
      <w:r>
        <w:rPr>
          <w:sz w:val="20"/>
        </w:rPr>
        <w:t>2:43  ek sunnat-e-rasool san 6 hijri mein paighambar-e-islam sallallahu alaihi wasallam fareeq-e-mukhalif se aman ka mu'ahida karna chahte the.</w:t>
      </w:r>
      <w:r>
        <w:br/>
      </w:r>
      <w:r>
        <w:rPr>
          <w:sz w:val="20"/>
        </w:rPr>
        <w:t>2:54  taweel guft-o-shuneed ke baad jab mu'ahiday ki dafaat tay ho gayeen aur us ko kaaghaz par likha jaane laga to paighambar-e-islam sallallahu alaihi wasallam ne mu'ahiday ko likhwate hue kaha: "uktub ya Ali, hadha ma saalah alaihi Muhammad Rasul Allah".</w:t>
      </w:r>
      <w:r>
        <w:br/>
      </w:r>
      <w:r>
        <w:rPr>
          <w:sz w:val="20"/>
        </w:rPr>
        <w:t>3:16  fareeq-e-sani ke leader ne foran etiraz karte hue kaha ke hum aap ko Rasul Allah nahi maante, aap Muhammad Rasul Allah ke bajaye Muhammad bin Abdullah likhiye, jo ke hamare aur aap ke darmiyan mushtarak hai.</w:t>
      </w:r>
      <w:r>
        <w:br/>
      </w:r>
      <w:r>
        <w:rPr>
          <w:sz w:val="20"/>
        </w:rPr>
        <w:t>3:34  aap ne bila bahs kaha: "amma ya ali, allahumma innaka ta'lam annani rasooluk, amma ya ali, wa'ktub hadha ma salaha alayhi muhammad ibn abdullah".</w:t>
      </w:r>
      <w:r>
        <w:br/>
      </w:r>
      <w:r>
        <w:rPr>
          <w:sz w:val="20"/>
        </w:rPr>
        <w:t>3:51  musnad ahmad. yani aye ali, is ko mita do. aye allah, tu janta hai ke main tera rasool hoon. aye ali, mita do aur likho yeh woh dafaat hain jin par muhammad bin abdullah ne sulah kiya.</w:t>
      </w:r>
      <w:r>
        <w:br/>
      </w:r>
      <w:r>
        <w:rPr>
          <w:sz w:val="20"/>
        </w:rPr>
        <w:t>4:08  is ke baad sulah ka muahida tay pa gaya aur aap apne ashaab ke hamrah madina wapas aa gaye. rasool allah salallaho alaihi wasallam ka yeh mamla bilashuba allah ki rehnumai ke mutabiq tha.</w:t>
      </w:r>
      <w:r>
        <w:br/>
      </w:r>
      <w:r>
        <w:rPr>
          <w:sz w:val="20"/>
        </w:rPr>
        <w:t>4:25  allah ki rehnumai ke baghair aap aisa nahi kar sakte thay. surah al-fateh mein is ki babat yeh alfaaz aaye hain: "wayuhdika sirat mustaqeem".</w:t>
      </w:r>
      <w:r>
        <w:br/>
      </w:r>
      <w:r>
        <w:rPr>
          <w:sz w:val="20"/>
        </w:rPr>
        <w:t>4:38  aap ka yeh amal bilashuba sirat mustaqeem ka aik juz tha. is lihaz se yeh tamam dunya ke musalmanon ke liye aik abadi usool hai.</w:t>
      </w:r>
      <w:r>
        <w:br/>
      </w:r>
      <w:r>
        <w:rPr>
          <w:sz w:val="20"/>
        </w:rPr>
        <w:t>4:51  jis tarah daur-e-awwal mein is usool ko ikhtiyar karne ke nateejay mein fateh-e-mubeen hasil hui, usi tarah baad ke zamanay mein bhi fateh-e-mubeen ko hasil karne ka tareeqa yahi hai.</w:t>
      </w:r>
      <w:r>
        <w:br/>
      </w:r>
      <w:r>
        <w:rPr>
          <w:sz w:val="20"/>
        </w:rPr>
        <w:t>5:06  is ke siwa koi doosra tareeqa musalmanon ko fateh-e-mubeen tak pohnchanay wala nahi. mansooba bandi ka yeh tareeqa hamesha dunya mein baqi rehta hai.</w:t>
      </w:r>
      <w:r>
        <w:br/>
      </w:r>
      <w:r>
        <w:rPr>
          <w:sz w:val="20"/>
        </w:rPr>
        <w:t>5:18  mislan maujooda zamanay mein ahl-e-imaan yeh chahte hain ke un ko yeh azadi ho ke woh quran ka paigham sari dunya mein khulay tor par pohnchain, lekin bar bar aik rukawat pesh aati hai.</w:t>
      </w:r>
      <w:r>
        <w:br/>
      </w:r>
      <w:r>
        <w:rPr>
          <w:sz w:val="20"/>
        </w:rPr>
        <w:t>5:35  woh yeh ke aaj ka insaan izhar-e-ray ki azadi, yani freedom of expression, ko insaan ka aik mutlaq haq, yani absolute right, samajhta hai aur us ko woh istemal karna chahta hai.</w:t>
      </w:r>
      <w:r>
        <w:br/>
      </w:r>
      <w:r>
        <w:rPr>
          <w:sz w:val="20"/>
        </w:rPr>
        <w:t>5:50  haq ke is istemal ka dairah kabhi peghambar-e-islam salallaho alaihi wasallam tak pohnch jata hai. woh peghambar-e-islam ke baray mein azadana izhar-e-khayal karta hai aur us ko apna na-qabil-e-tansikh haq samajhta hai.</w:t>
      </w:r>
      <w:r>
        <w:br/>
      </w:r>
      <w:r>
        <w:rPr>
          <w:sz w:val="20"/>
        </w:rPr>
        <w:t>6:08  musalman is tarah ke waqiaat par mushtael ho jatay hain. woh us ko shat-e-rasool, yani blasphemy qarar de kar chahte hain ke shaatim ko qatal kar dain.</w:t>
      </w:r>
      <w:r>
        <w:br/>
      </w:r>
      <w:r>
        <w:rPr>
          <w:sz w:val="20"/>
        </w:rPr>
        <w:t>6:19  aaj ke logon ke liye musalmanon ki yeh ravish qabil-e-qubool nahi. chunancha is par sakht naza' shuru ho jati hai aur dawat-e-islam ka kaam jeopardize ho jata hai.</w:t>
      </w:r>
      <w:r>
        <w:br/>
      </w:r>
      <w:r>
        <w:rPr>
          <w:sz w:val="20"/>
        </w:rPr>
        <w:t>6:32  shat-e-rasool ya blasphemy par hungama karna ya shaatim ko qatal karne ki koshish karna usoolan islam ke khilaf hai.</w:t>
      </w:r>
      <w:r>
        <w:br/>
      </w:r>
      <w:r>
        <w:rPr>
          <w:sz w:val="20"/>
        </w:rPr>
        <w:t>6:42  quran ki kisi ayat ya rasool allah ke kisi qoul mein yeh hukum maujood nahi. taham bil farz agar kisi ka israr ho ke yeh islam ka aik hukum hai, tab bhi zaroori hai ke musalman is tarah ke waqia par mushtael hona mukammal taur par chhod dain taake dawat-e-islami ka kaam kisi rukawat ke baghair jari rahay.</w:t>
      </w:r>
      <w:r>
        <w:br/>
      </w:r>
      <w:r>
        <w:rPr>
          <w:sz w:val="20"/>
        </w:rPr>
        <w:t>7:08  rasool ka rasool hona bilashuba islam ka aik musallamah aqeedah hai. phir bhi rasool aur ashaab-e-rasool ne rasool allah ke lafz ko kaghaz se mita diya.</w:t>
      </w:r>
      <w:r>
        <w:br/>
      </w:r>
      <w:r>
        <w:rPr>
          <w:sz w:val="20"/>
        </w:rPr>
        <w:t>7:20  isi sunnat par musalmanon ko bhi amal karna hai. un ko chahiye ke woh apni ravish ko badal dain taake islam ka pur aman mission kisi rukawat ke baghair musalsal taur par jari rahay.</w:t>
      </w:r>
    </w:p>
    <w:p>
      <w:pPr>
        <w:pStyle w:val="Heading2"/>
      </w:pPr>
      <w:r>
        <w:t>Public preaching on Safa and opposition</w:t>
      </w:r>
    </w:p>
    <w:p>
      <w:r>
        <w:rPr>
          <w:color w:val="666666"/>
          <w:sz w:val="18"/>
        </w:rPr>
        <w:t>Prophet Muhammad A Mercy to Mankind February 6, 2022 Prof. Farida Khanam · 5m 33s · at 9:57 · https://youtu.be/lFmxnb6St0Q?t=597</w:t>
      </w:r>
    </w:p>
    <w:p>
      <w:r>
        <w:rPr>
          <w:i/>
        </w:rPr>
        <w:t>“He climbed Safa and called everyone”</w:t>
      </w:r>
    </w:p>
    <w:p>
      <w:r>
        <w:rPr>
          <w:sz w:val="20"/>
        </w:rPr>
        <w:t>9:57  to aap koi safa par chadhe aur wahan par aapne sabko naam le lekar bulaya to jab saare log jama ho gaye phir aapne wahi baat kahi ki tum sab log waise hi maroge jaise sote ho, waise hi dobara uthae jaoge jaise tum log jaagte ho. tumhare kiye ka hisab liya jayega aur aakhirat mein jannat hai ya jahanum hai.</w:t>
      </w:r>
      <w:r>
        <w:br/>
      </w:r>
      <w:r>
        <w:rPr>
          <w:sz w:val="20"/>
        </w:rPr>
        <w:t>10:20  to yeh baatein aapne kahi bilkul saada andaal mein lekin woh log sunna hi nahi cha rahe the aur khaskar par abu laab aur abu jal. abu laab zyada active tha. to usne kaha tumhara bura ho tumne isiliye hamein bulaya tha. to is tareeqe se woh mazaak udaaya usne aur, aur us tarah se logon ko seriously baaton ko samajhne ki mauka hi nahi mila. ab iske baad thoda mukhal fat aur badh gayi.</w:t>
      </w:r>
      <w:r>
        <w:br/>
      </w:r>
      <w:r>
        <w:rPr>
          <w:sz w:val="20"/>
        </w:rPr>
        <w:t>10:50  aapke raaste mein kaante bichhaya jaata hai. aapke upar pooda phenka jaata. aap uttaratra se pareshan gaya tha. aapke ghar ke saamne aakar shor machate hain. to yeh sab kar rahe the lekin rasoolullah sarsalam ki taraf se koi bhi in sharangez baaton ka koi jawab nahi diya jaata tha. aaj dekhiye hum log zara sabhi koi baat kuch keh deta hai. to saare media mein log likhna shuru kar dete hain. aaj hamare saamne rasoolullah sarsalam ki seerat nahi hai.</w:t>
      </w:r>
      <w:r>
        <w:br/>
      </w:r>
      <w:r>
        <w:rPr>
          <w:sz w:val="20"/>
        </w:rPr>
        <w:t>11:19  hum log usko sanjeedgi se aapki zindagi ko padhte nahi hai ki kya kuch nahi hua? jab aap jaate the bazaar mein aur logon se yeh paigham pahunchane ke liye to log patthar maarte the aapke phone behta tha. uske bawajood bhi aap kuch nahi kehte the ki yeh log kitne bure hain. main inka koi burai nahi karna hoon. main to ek baat bata raha hoon aur yeh hamein maar rahe hain.</w:t>
      </w:r>
      <w:r>
        <w:br/>
      </w:r>
      <w:r>
        <w:rPr>
          <w:sz w:val="20"/>
        </w:rPr>
        <w:t>11:46  kuch bhi nahi aap kehte the khamoshi se aur jab mauka milta tha to apni baat keh dete the. to ab jo hai dheere dheere baat pahunch rahi thi to muftalif qabeeron se log aaya karte the. to ek jamaat the unka qabeela tha is drishnva to unhone suna woh zara waise the jo aaseb ka ilaaj karte hain.</w:t>
      </w:r>
      <w:r>
        <w:br/>
      </w:r>
      <w:r>
        <w:rPr>
          <w:sz w:val="20"/>
        </w:rPr>
        <w:t>12:12  to un sab log yahi keh rahe the koi kain paida hua hai, koi jadoogar paida hua hai. to unhone socha well wishing mein ki hum chale unka ilaaj karein kyunke woh ilaaj karte hi the. to woh aaye rasoolullah salah salah salah salah ke paas aur kaha ki agar aap ijazat dein to main aapka ilaaj karoon. to aapne wahi chand baatein kahi tamam tareef sirf allah ki hai aur hum usi se madad chahte hain.</w:t>
      </w:r>
      <w:r>
        <w:br/>
      </w:r>
      <w:r>
        <w:rPr>
          <w:sz w:val="20"/>
        </w:rPr>
        <w:t>12:39  to kuch aur baatein kahi to unko bahut zyada mutasir hai aur unhone kaha dobara aap yeh baatein bataiye to aapne usko bataya aur woh mutasir ho gaye aur unhone aapke haath par bayad kar li. to isi tareeqe se ek abhuzar ghafari the. unhone yeh baat baatein suni kyunke yeh bas ek rumor ki tarah ho gaya tha har aadmi kehta tha ki arab mein ek aadmi aaya hai aur woh apne aap ko rasool kehta hai.</w:t>
      </w:r>
      <w:r>
        <w:br/>
      </w:r>
      <w:r>
        <w:rPr>
          <w:sz w:val="20"/>
        </w:rPr>
        <w:t>13:08  to is tarike ki baaten hain.</w:t>
      </w:r>
      <w:r>
        <w:br/>
      </w:r>
      <w:r>
        <w:rPr>
          <w:sz w:val="20"/>
        </w:rPr>
        <w:t>13:11  to unhone ab udhar gafari ne bheja unhone isko unke bade bhai the.</w:t>
      </w:r>
      <w:r>
        <w:br/>
      </w:r>
      <w:r>
        <w:rPr>
          <w:sz w:val="20"/>
        </w:rPr>
        <w:t>13:15  to ki jakar zara maloomat le aao report le aao wahan se.</w:t>
      </w:r>
      <w:r>
        <w:br/>
      </w:r>
      <w:r>
        <w:rPr>
          <w:sz w:val="20"/>
        </w:rPr>
        <w:t>13:19  kya kya baat hai?</w:t>
      </w:r>
      <w:r>
        <w:br/>
      </w:r>
      <w:r>
        <w:rPr>
          <w:sz w:val="20"/>
        </w:rPr>
        <w:t>13:23  kaun aaya hai?</w:t>
      </w:r>
      <w:r>
        <w:br/>
      </w:r>
      <w:r>
        <w:rPr>
          <w:sz w:val="20"/>
        </w:rPr>
        <w:t>13:27  to woh aaye to unhone kaha ke ek aadmi aaya hai.</w:t>
      </w:r>
      <w:r>
        <w:br/>
      </w:r>
      <w:r>
        <w:rPr>
          <w:sz w:val="20"/>
        </w:rPr>
        <w:t>13:31  koi usko kaagib kah raha hai jhootha, koi kah raha hai jadoogar, koi kah raha hai kahin shayad.</w:t>
      </w:r>
      <w:r>
        <w:br/>
      </w:r>
      <w:r>
        <w:rPr>
          <w:sz w:val="20"/>
        </w:rPr>
        <w:t>13:35  to ye sari baaten log unko kah rahe hain.</w:t>
      </w:r>
      <w:r>
        <w:br/>
      </w:r>
      <w:r>
        <w:rPr>
          <w:sz w:val="20"/>
        </w:rPr>
        <w:t>13:39  lekin mujhe jo maine suna hai uski baatein to mujhe woh ek saccha aadmi maloom hota hai. to yeh baatein sunne ke baad woh bahut zyada mutazzir ho gaye aur unhone kaha ki ab main khud jaunga phir woh gaye. to woh gaye to kaba mein gaye. kaba mein woh samajh rahe the ki agar hum woh seedhe jayenge to kahin agar hum kisi se poochhein ki mohammed kaun hai? waise itni mukhalafat ho rahi hai.</w:t>
      </w:r>
      <w:r>
        <w:br/>
      </w:r>
      <w:r>
        <w:rPr>
          <w:sz w:val="20"/>
        </w:rPr>
        <w:t>14:05  to woh log batayenge nahi batayenge to baharhal woh kaba mein jaakar thehre rahe. do din teen din wahan hazrat ali unko mile. to hazrat ali ne kaha ki kya baat hai tum? kya chahte ho kya tumhari makka aane ka maksad kya hai? to unhone bataya ki mujhe ek aise inse milna hai. aap mujhe mila sakte hain. to woh unhone kaha theek hai mere saath aao.</w:t>
      </w:r>
      <w:r>
        <w:br/>
      </w:r>
      <w:r>
        <w:rPr>
          <w:sz w:val="20"/>
        </w:rPr>
        <w:t>14:32  to le jaake milaya to aapki jab sab baaten suni to bahut zyada mutassir ho gaye aur itna</w:t>
      </w:r>
      <w:r>
        <w:br/>
      </w:r>
      <w:r>
        <w:rPr>
          <w:sz w:val="20"/>
        </w:rPr>
        <w:t>14:41  zyada mutassir ho gaye unhone kaha ke main jakar na lasullah salah salah kisi ko kuch kehte hain,</w:t>
      </w:r>
      <w:r>
        <w:br/>
      </w:r>
      <w:r>
        <w:rPr>
          <w:sz w:val="20"/>
        </w:rPr>
        <w:t>14:50  na un aapke jo saathi hain jo aapke haath par bayout laaye aur jinko unki wajah se maara</w:t>
      </w:r>
      <w:r>
        <w:br/>
      </w:r>
      <w:r>
        <w:rPr>
          <w:sz w:val="20"/>
        </w:rPr>
        <w:t>14:59  ja raha tha.</w:t>
      </w:r>
      <w:r>
        <w:br/>
      </w:r>
      <w:r>
        <w:rPr>
          <w:sz w:val="20"/>
        </w:rPr>
        <w:t>15:09  wo bhi kuch nahi aapko kehte ki yeh woh bhi kuch nahi kehte ki log itna zyada mukhalafat kar rahe hain bura bhala kahe hain unko retaliate karein kuch nahi sirf chup chap woh unki ezaon ko bardasht karte.</w:t>
      </w:r>
      <w:r>
        <w:br/>
      </w:r>
      <w:r>
        <w:rPr>
          <w:sz w:val="20"/>
        </w:rPr>
        <w:t>15:30  to phir uske baad abu talib ka to ho gaya tha ki woh poori tarah se madad karenge lekin woh islam qubool nahi karenge lekin poori tarah se woh madad karenge. ab jo hai hajj ka zamana tha to rasoolullah sallallahu alaihi wasallam ne pehle to individual hi logon se mulaqatein ki aur unko bataya.</w:t>
      </w:r>
    </w:p>
    <w:p>
      <w:pPr>
        <w:pStyle w:val="Heading2"/>
      </w:pPr>
      <w:r>
        <w:t>Ibn Taymiyyah's blasphemy ruling failed to stop blasphemy</w:t>
      </w:r>
    </w:p>
    <w:p>
      <w:r>
        <w:rPr>
          <w:color w:val="666666"/>
          <w:sz w:val="18"/>
        </w:rPr>
        <w:t>Creative Solution or Ijtihadi Hal September 16, 2012 · 6m 01s · at 49:46 · https://youtu.be/yBKbiu0d_1A?t=2986</w:t>
      </w:r>
    </w:p>
    <w:p>
      <w:r>
        <w:rPr>
          <w:i/>
        </w:rPr>
        <w:t>“A 13th-century blasphemy case still echoes in Muslim law”</w:t>
      </w:r>
    </w:p>
    <w:p>
      <w:r>
        <w:rPr>
          <w:sz w:val="20"/>
        </w:rPr>
        <w:t>49:46  ek tha</w:t>
      </w:r>
      <w:r>
        <w:br/>
      </w:r>
      <w:r>
        <w:rPr>
          <w:sz w:val="20"/>
        </w:rPr>
        <w:t>49:50  Christian, is ka naam tha Al-Saf. to is ne kaha jata hai ke Rasool Allah ke khilaf is ne gustakhi ki baatein keen,</w:t>
      </w:r>
      <w:r>
        <w:br/>
      </w:r>
      <w:r>
        <w:rPr>
          <w:sz w:val="20"/>
        </w:rPr>
        <w:t>50:05  jis ko kehte hain shatm. ab isi language istemal ki, is par shor ghul, shor ghul hua. wahan musalmanon ne shor ghul kiya ke is ko maro, is ko maro.</w:t>
      </w:r>
      <w:r>
        <w:br/>
      </w:r>
      <w:r>
        <w:rPr>
          <w:sz w:val="20"/>
        </w:rPr>
        <w:t>50:17  is zamane mein Imam Taimiya zinda the, unhon ne ek kitab likhi. is kitab ka naam hai "Al-Sayf Al-Maslool Ala Shatim Al-Rasool".</w:t>
      </w:r>
      <w:r>
        <w:br/>
      </w:r>
      <w:r>
        <w:rPr>
          <w:sz w:val="20"/>
        </w:rPr>
        <w:t>50:33  is mein yeh likha tha unhon ne ke jo shatm kare, is ko maar dalo. is ke baad bhi phir kai kitabein likhi gayeen, maslan sab ki kitab "Al-Bayan Wa Al-Tabyin" Ibn Abdin Shami ki kitab waghera.</w:t>
      </w:r>
      <w:r>
        <w:br/>
      </w:r>
      <w:r>
        <w:rPr>
          <w:sz w:val="20"/>
        </w:rPr>
        <w:t>50:49  aur in sab mein yahi kaha gaya ke jo shatm kare, is ko mara jaye, qatl kar diya jaye. to kya shatm khatm ho gaya? shatm badhta hi badhta raha, badhta raha, badhta raha.</w:t>
      </w:r>
      <w:r>
        <w:br/>
      </w:r>
      <w:r>
        <w:rPr>
          <w:sz w:val="20"/>
        </w:rPr>
        <w:t>51:03  ab to woh TV par hai, akhbaron mein hai, kitabon mein hai, libraryon mein hai, movies mein hai. yani jab kitab likhi thi Ibn Taimiya ne, us se ab hazaron guna zyada badh chuka hai.</w:t>
      </w:r>
      <w:r>
        <w:br/>
      </w:r>
      <w:r>
        <w:rPr>
          <w:sz w:val="20"/>
        </w:rPr>
        <w:t>51:17  to aisi kitab likhne se faida kya?</w:t>
      </w:r>
      <w:r>
        <w:br/>
      </w:r>
      <w:r>
        <w:rPr>
          <w:sz w:val="20"/>
        </w:rPr>
        <w:t>51:23  nahi, Ibn Taimiya ko ya Allama Subki ko ya Allama Abidin ko aur doosre logon ko kitab yeh likhna chahiye tha ke jab bhi kahin koi shatm kare, jab bhi koi Rasool gustakhi kare, to is ko tum ek ek dawat ke case ke taur par lo.</w:t>
      </w:r>
      <w:r>
        <w:br/>
      </w:r>
      <w:r>
        <w:rPr>
          <w:sz w:val="20"/>
        </w:rPr>
        <w:t>51:46  ek aadmi hai jis se ja kar aap Rasool Allah ke bare mein baat kar sakte hain,</w:t>
      </w:r>
      <w:r>
        <w:br/>
      </w:r>
      <w:r>
        <w:rPr>
          <w:sz w:val="20"/>
        </w:rPr>
        <w:t>51:55  yani is se discussion kar sakte hain, is ko kitabein de sakte hain, is se ja ke baat kijiye. jo shakhs aisa kare, is ko dawat ka case samjhiye, na ke shatm, na ke qatl ka case.</w:t>
      </w:r>
      <w:r>
        <w:br/>
      </w:r>
      <w:r>
        <w:rPr>
          <w:sz w:val="20"/>
        </w:rPr>
        <w:t>52:12  dekhiye, yeh jo aaya hai, yeh Islam Quran mein kahin bhi nahi hai. Quran mein kahin bhi nahi hai ke jo shatm kare, is ko maar dalo.</w:t>
      </w:r>
      <w:r>
        <w:br/>
      </w:r>
      <w:r>
        <w:rPr>
          <w:sz w:val="20"/>
        </w:rPr>
        <w:t>52:25  yeh to blasphemy ka concept christian mein tha. jab Roman Empire fateh hui aur Misr waghera ke saare Christian log Islam mein dakhil ho gaye, to woh le aaye, yaani jo Christian convert thay, woh laaye aik concept blasphemy ka concept.</w:t>
      </w:r>
      <w:r>
        <w:br/>
      </w:r>
      <w:r>
        <w:rPr>
          <w:sz w:val="20"/>
        </w:rPr>
        <w:t>52:44  Islam mein nahi tha, ab woh Musalmanon ne is ko Islamize kar liya. Quran mein dekhiye, is ke bar aks baat</w:t>
      </w:r>
      <w:r>
        <w:br/>
      </w:r>
      <w:r>
        <w:rPr>
          <w:sz w:val="20"/>
        </w:rPr>
        <w:t>52:53  hai. Quran mein hai ke "wa la tasubbudhina yaduna min dunillahi fa yasubbudhahu adum bighairi ilmin".</w:t>
      </w:r>
      <w:r>
        <w:br/>
      </w:r>
      <w:r>
        <w:rPr>
          <w:sz w:val="20"/>
        </w:rPr>
        <w:t>53:04  Yaani Musalmanon ko kaha gaya hai ke tum doosron ke khilaaf shatm na karo, warna woh woh ghussa ho kar tumhare khilaaf karein ge.</w:t>
      </w:r>
      <w:r>
        <w:br/>
      </w:r>
      <w:r>
        <w:rPr>
          <w:sz w:val="20"/>
        </w:rPr>
        <w:t>53:14  Yaani Musalmanon ko yeh hukum nahi diya gaya hai ke jo shatm kare, us ko maar dalo. Yeh saare Quran mein aisa kahin bhi nahi hai. Khud Musalmanon ko kaha gaya hai ke tum shatm na karo,</w:t>
      </w:r>
      <w:r>
        <w:br/>
      </w:r>
      <w:r>
        <w:rPr>
          <w:sz w:val="20"/>
        </w:rPr>
        <w:t>53:25  warna woh provoke ho jayenge. Yaani aye Musalmano, tum shatm kar ke doosron ko provoke na karo. Yeh Quran mein bataya gaya hai.</w:t>
      </w:r>
      <w:r>
        <w:br/>
      </w:r>
      <w:r>
        <w:rPr>
          <w:sz w:val="20"/>
        </w:rPr>
        <w:t>53:37  Yeh to kahin bhi nahi hai ke jo shatm kare, us ko maar dalo.</w:t>
      </w:r>
      <w:r>
        <w:br/>
      </w:r>
      <w:r>
        <w:rPr>
          <w:sz w:val="20"/>
        </w:rPr>
        <w:t>53:42  Yeh to Christian concept tha, blasphemy ka concept, jo jo Christianity se jo log Islam mein dakhil hue, woh wahan se le kar aaye aur yahan par logon ne is ko Islamize kar liya.</w:t>
      </w:r>
      <w:r>
        <w:br/>
      </w:r>
      <w:r>
        <w:rPr>
          <w:sz w:val="20"/>
        </w:rPr>
        <w:t>53:56  Is ka naam rakh diya "shatm-e-Rasool" ka, "shatm sab o shatm ka masla". Saare Quran mein aap parh daliye, parh daliye.</w:t>
      </w:r>
      <w:r>
        <w:br/>
      </w:r>
      <w:r>
        <w:rPr>
          <w:sz w:val="20"/>
        </w:rPr>
        <w:t>54:06  Quran mein 134 soortein hain, saadey chaar hazar aayatein hain.</w:t>
      </w:r>
      <w:r>
        <w:br/>
      </w:r>
      <w:r>
        <w:rPr>
          <w:sz w:val="20"/>
        </w:rPr>
        <w:t>54:13  Ab poora Quran parh daliye, saare Quran mein kahin bhi nahi hai ke jo shatm kare, woh mara jaye. Balkeh bar aks hai ke Musalmanon ko roka gaya hai ke woh sab o shatm karein aur khwamkhwah log bhadak bhadak kar ke Islam ke khilaaf ho jayen.</w:t>
      </w:r>
      <w:r>
        <w:br/>
      </w:r>
      <w:r>
        <w:rPr>
          <w:sz w:val="20"/>
        </w:rPr>
        <w:t>54:31  Kaisi ajeeb baat hai!</w:t>
      </w:r>
      <w:r>
        <w:br/>
      </w:r>
      <w:r>
        <w:rPr>
          <w:sz w:val="20"/>
        </w:rPr>
        <w:t>54:36  To ab jo log Islam ke naam par hangame kar rahe hain, yeh Islam nahi hai. Yeh</w:t>
      </w:r>
      <w:r>
        <w:br/>
      </w:r>
      <w:r>
        <w:rPr>
          <w:sz w:val="20"/>
        </w:rPr>
        <w:t>54:41  yeh Quran ki khilaaf warzi hai, yeh Quran ke khilaaf chalna hai. Is ka ta'alluq na Quran se hai, na Rasool Allah se hai.</w:t>
      </w:r>
      <w:r>
        <w:br/>
      </w:r>
      <w:r>
        <w:rPr>
          <w:sz w:val="20"/>
        </w:rPr>
        <w:t>54:52  Yeh yeh bilkul khud sakhta deen par hain, yeh log, aur hargiz hargiz is ka koi in ko na dunya mein faida hone wala hai, na akhirat mein faida hone wala hai.</w:t>
      </w:r>
      <w:r>
        <w:br/>
      </w:r>
      <w:r>
        <w:rPr>
          <w:sz w:val="20"/>
        </w:rPr>
        <w:t>55:09  Yaani is mein koi shakk nahi. Jis ko shakk ho, woh Quran ko parhe aur parh kar mujhe bataye, woh kaun si surah hai ya kaun si ayat hai jis mein yeh kaha gaya hai ke jo Rasool Allah par shatm kare, us ke khilaaf hangama karo, us ko maar dalo.</w:t>
      </w:r>
      <w:r>
        <w:br/>
      </w:r>
      <w:r>
        <w:rPr>
          <w:sz w:val="20"/>
        </w:rPr>
        <w:t>55:28  Yeh to bilkul baseless hai, akhirat tak baseless hai.</w:t>
      </w:r>
      <w:r>
        <w:br/>
      </w:r>
      <w:r>
        <w:rPr>
          <w:sz w:val="20"/>
        </w:rPr>
        <w:t>55:35  Quran mein is ki kuch bhi asal nahi hai.</w:t>
      </w:r>
      <w:r>
        <w:br/>
      </w:r>
      <w:r>
        <w:rPr>
          <w:sz w:val="20"/>
        </w:rPr>
        <w:t>55:39  Kehti hai, bari hikmat ki baat Quran mein hai ke tum logon ko provoke na karo.</w:t>
      </w:r>
      <w:r>
        <w:br/>
      </w:r>
      <w:r>
        <w:rPr>
          <w:sz w:val="20"/>
        </w:rPr>
        <w:t>55:48  "La tasubbudhina yaduna min dunillahi fa yasubbudhahu adum bighairi ilmin". Yaani aye Musalmano, tum logon ko provoke na karo.</w:t>
      </w:r>
    </w:p>
    <w:p>
      <w:pPr>
        <w:pStyle w:val="Heading2"/>
      </w:pPr>
      <w:r>
        <w:t>International dawah via modern communication, avoid violence</w:t>
      </w:r>
    </w:p>
    <w:p>
      <w:r>
        <w:rPr>
          <w:color w:val="666666"/>
          <w:sz w:val="18"/>
        </w:rPr>
        <w:t>The Art of Application | January 07, 2017 | Maulana Wahiduddin Khan · 4m 01s · at 20:59 · https://youtu.be/wb1bDtubwMU?t=1259</w:t>
      </w:r>
    </w:p>
    <w:p>
      <w:r>
        <w:rPr>
          <w:i/>
        </w:rPr>
        <w:t>“Jo local dawat thi, wo ab international dawat hai”</w:t>
      </w:r>
    </w:p>
    <w:p>
      <w:r>
        <w:rPr>
          <w:sz w:val="20"/>
        </w:rPr>
        <w:t>20:59  jo local dawat thi, woh ab international dawat, ke printed press, media, aur electronic media, communication ke zariye se aap international level par kaam karein. lekin yeh concept hi nahi. to aap ko, hum ko, aap ko is ka, is yaani islam</w:t>
      </w:r>
      <w:r>
        <w:br/>
      </w:r>
      <w:r>
        <w:rPr>
          <w:sz w:val="20"/>
        </w:rPr>
        <w:t>21:29  ke is concept ko revive karna hai, islam ke is tasawwur ko revive karna hai. logon ko batana hai ke islam ek mein stagnation nahi hai, islam mein islam ek intikhabi tasawwur deta hai. intikhabi tasawwur. jaise</w:t>
      </w:r>
      <w:r>
        <w:br/>
      </w:r>
      <w:r>
        <w:rPr>
          <w:sz w:val="20"/>
        </w:rPr>
        <w:t>21:59  misaal ke taur par dekhiye, sab isharat ki zaban mein sab cheezein maujood hain Quran o Hadees mein. misaal ke taur par Quran mein hai ke rasool Allah ke baray mein ke taake tum arab ki jo rajdhani, umm-ul-qura kehte hain rajdhani, capital city, arab ke capital city ko, us ke aas paas ko ba-khabar kar do</w:t>
      </w:r>
      <w:r>
        <w:br/>
      </w:r>
      <w:r>
        <w:rPr>
          <w:sz w:val="20"/>
        </w:rPr>
        <w:t>22:29  ۔ is ayat mein kya hai? makkah ko, atraf-e-makkah ko bata do. umm-ul-qura se murad hai makkah. yaani aur holha se murad hai makkah ka atraf. to yeh us zamane mein aaya tha jabke sirf yahi mumkin tha. yaani local dawat hi mumkin thi is zamane mein.</w:t>
      </w:r>
      <w:r>
        <w:br/>
      </w:r>
      <w:r>
        <w:rPr>
          <w:sz w:val="20"/>
        </w:rPr>
        <w:t>23:00  achha, aaj kya hai? aaj modern communication ke zariye se aap international level par kaam kar sakte hain. to aap international phailaiye. modern communication ko le kar ke aap dawat ka kaam international level par pahunchaiye. to iska ishara maujood hai. yaani jo hadith hai ke hadith hai ke zameen ka koi ghar chhota ya bada</w:t>
      </w:r>
      <w:r>
        <w:br/>
      </w:r>
      <w:r>
        <w:rPr>
          <w:sz w:val="20"/>
        </w:rPr>
        <w:t>23:30  nahi bachega jahan ke word of god na pahunche. is zamane mein namumkin tha yeh. is zamane mein mumkin nahi tha ke word of god har ghar pahunche. ab kya hai? ab modern communication ne isko mumkin bana diya. aur doosri taraf yeh ke printed press aa gaya. to aap quran ke tarjume tamam zabanon mein taiyar kijiye, isko modern comm</w:t>
      </w:r>
      <w:r>
        <w:br/>
      </w:r>
      <w:r>
        <w:rPr>
          <w:sz w:val="20"/>
        </w:rPr>
        <w:t>24:00  unication ke zariye har ghar mein daakhil kar dijiye. yaani is hadith mein is baat ka ishara diya gaya hai ke ek zamana aayega jabke yeh mumkin ho jayega ke Allah ke kalam ko, yaani quran ko, har ghar mein pahunchaya ja sake. jabke us waqt mumkin nahi tha. us waqt to yeh bhi pata nahi tha ke duniya kitni badi hai. yeh pata nahi tha. to itna bada imkan khula hua hai ke aap</w:t>
      </w:r>
      <w:r>
        <w:br/>
      </w:r>
      <w:r>
        <w:rPr>
          <w:sz w:val="20"/>
        </w:rPr>
        <w:t>24:30  Allah ke kalam ko international bana saken, har ghar mein pahuncha saken, har insan tak pahuncha saken. lekin kya kar rahe hain log? lad rahe hain khwamkhwah. kyunke inka jo model hai, inka khilafat ka model hai. ISIS jo hai, woh kya cheez hai? ISIS jo hai, isi model ko le hui hai. jo model madine mein tha, khilafat ka model. is model ko aaj ke mahol mein aap chahte hain ke isko reapply karien</w:t>
      </w:r>
    </w:p>
    <w:p>
      <w:pPr>
        <w:pStyle w:val="Heading2"/>
      </w:pPr>
      <w:r>
        <w:t>Sent to confront Pharaoh: the message and the gentle approach</w:t>
      </w:r>
    </w:p>
    <w:p>
      <w:r>
        <w:rPr>
          <w:color w:val="666666"/>
          <w:sz w:val="18"/>
        </w:rPr>
        <w:t>Lessons from The Story of Prophet Moses Part 2, August 28, 2022 · 4m 34s · at 36:03 · https://youtu.be/2grjIPh0AFc?t=2163</w:t>
      </w:r>
    </w:p>
    <w:p>
      <w:r>
        <w:rPr>
          <w:i/>
        </w:rPr>
        <w:t>“Go to Pharaoh, he has transgressed all bounds”</w:t>
      </w:r>
    </w:p>
    <w:p>
      <w:r>
        <w:rPr>
          <w:sz w:val="20"/>
        </w:rPr>
        <w:t>36:03  ah doctor sahib ab Firon jo tha woh he was very ah powerful in terms of his</w:t>
      </w:r>
      <w:r>
        <w:br/>
      </w:r>
      <w:r>
        <w:rPr>
          <w:sz w:val="20"/>
        </w:rPr>
        <w:t>36:11  power aur he was very proud arrogant you know his wealth of the big palatial buildings to phir Moosa علیہالسلام ko Allah ki taraf se ishara aata hai ke tum jao Firon ke paas aur message convey karo.</w:t>
      </w:r>
      <w:r>
        <w:br/>
      </w:r>
      <w:r>
        <w:rPr>
          <w:sz w:val="20"/>
        </w:rPr>
        <w:t>36:26  to iske baad kya hota hai iske bare mein hum sab ko bataein. To Allah ta'ala ne farmaya ke azhab ila Firon innahu tagha</w:t>
      </w:r>
      <w:r>
        <w:br/>
      </w:r>
      <w:r>
        <w:rPr>
          <w:sz w:val="20"/>
        </w:rPr>
        <w:t>36:38  keh fironke paas jao woh boht teiz sarakh ho gaya hai aur paigham do mera to hazrat moosa alehislam dawat ke shadeed ehsas mein doob gaye inko pehle se bhi zimmedari thi woh</w:t>
      </w:r>
      <w:r>
        <w:br/>
      </w:r>
      <w:r>
        <w:rPr>
          <w:sz w:val="20"/>
        </w:rPr>
        <w:t>36:54  chahte the ke Misr jayen Firaun ko aur Firaun ke logon ko yaani Qibti jo ka pat kalog hain wahan par unko ah Khuda ki baatein bata ayen dawat dein unko Khuda ka paigham dein</w:t>
      </w:r>
      <w:r>
        <w:br/>
      </w:r>
      <w:r>
        <w:rPr>
          <w:sz w:val="20"/>
        </w:rPr>
        <w:t>37:07  aur ah woh</w:t>
      </w:r>
      <w:r>
        <w:br/>
      </w:r>
      <w:r>
        <w:rPr>
          <w:sz w:val="20"/>
        </w:rPr>
        <w:t>37:10  ek unko darr bhi tha ke ghalti se unhone qatl kar diya tha qatl ho gaya tha</w:t>
      </w:r>
      <w:r>
        <w:br/>
      </w:r>
      <w:r>
        <w:rPr>
          <w:sz w:val="20"/>
        </w:rPr>
        <w:t>37:17  kisi ka patka ka patka to unko yeh ehsaas tha ke kahin</w:t>
      </w:r>
      <w:r>
        <w:br/>
      </w:r>
      <w:r>
        <w:rPr>
          <w:sz w:val="20"/>
        </w:rPr>
        <w:t>37:22  ah Firaun unko arrest na kar le koi saza na de to</w:t>
      </w:r>
      <w:r>
        <w:br/>
      </w:r>
      <w:r>
        <w:rPr>
          <w:sz w:val="20"/>
        </w:rPr>
        <w:t>37:27  yeh darr bhi tha aur inko yeh bhi ehsas tha keh woh akele kaise yeh kaam karein to ah ah lekin inko boht shauq tha keh woh jayen to allah ta'ala ne yeh hukum diya to inke upar ek zimmedari aa gayi aur unhon ne socha keh ab main misr jaunga aur wahan par ah khuda ka paigham dunga aur allah ta'ala ne farmaya keh fa qoola lahu qolan layyina keh tum narm se baat karna</w:t>
      </w:r>
      <w:r>
        <w:br/>
      </w:r>
      <w:r>
        <w:rPr>
          <w:sz w:val="20"/>
        </w:rPr>
        <w:t>37:56  yani firon jaise ek shaatir o jabir badshah ke liye bhi allah ta'ala ne kaha keh narm se baat karna la'allahu yatazakkaru aw yakhsha keh ho sakta hai keh woh dar jaye ya woh isko yaad dehani ho jaye yani ek jo da'ee hai jisko khuda ka paigham pahunchana hai logon tak woh kabhi bhi mayoos nahi hota kabhi negative nahi hota</w:t>
      </w:r>
      <w:r>
        <w:br/>
      </w:r>
      <w:r>
        <w:rPr>
          <w:sz w:val="20"/>
        </w:rPr>
        <w:t>38:24  isko aakhri had tak yani dunya ka jo sab se ah shaatir aur jabir insan paida hua hoga woh shayad firon hi hua hoga yani isne bachon tak ko nahi chhoda to ah iske liye bhi allah ta'ala ne kaha hai keh tum narm se baat karna aur ah ho sakta hai keh woh hidayat qabool kar le woh isko ah baat tumhari samajh mein aa jaye</w:t>
      </w:r>
      <w:r>
        <w:br/>
      </w:r>
      <w:r>
        <w:rPr>
          <w:sz w:val="20"/>
        </w:rPr>
        <w:t>38:48  to yeh ek boht bara lesson hai ah khaas taur se un logon ke liye jo dawat ka kaam kar rahe hain ah to yani humein kisi bhi haal mein negative nahi hona aaj aap dekh rahe hain keh koi zara si baat ho jati hai to har taraf se negative comments aane lagte hain to isse hamara islam ka jo chehra hai woh maskh hota hai yani badanama islam ko jata hai aur ghalat tasawwur paida hota hai</w:t>
      </w:r>
      <w:r>
        <w:br/>
      </w:r>
      <w:r>
        <w:rPr>
          <w:sz w:val="20"/>
        </w:rPr>
        <w:t>39:17  to yeh sab humein humein chahiye keh har haal mein hum positive rahein aur apni koshish karte rahein aur ah yani firon jaise admi agar phir koi hai to us se bhi negative na hon balkeh umeed karein keh woh bhi shayad ek waqt aisa aaye ga keh baat uski samajh mein aa jayegi</w:t>
      </w:r>
      <w:r>
        <w:br/>
      </w:r>
      <w:r>
        <w:rPr>
          <w:sz w:val="20"/>
        </w:rPr>
        <w:t>39:37  doctor sahib boht hi yeh important aur zabardast baat apne bata</w:t>
      </w:r>
      <w:r>
        <w:br/>
      </w:r>
      <w:r>
        <w:rPr>
          <w:sz w:val="20"/>
        </w:rPr>
        <w:t>39:41  in fact ah ek da'ee ka dil jo hai woh aisa hi hona chahiye jaise ek maa ka apne bachhe ki taraf hota hai keh woh bachhe ki har ghalti ko nazar andaz kar deti hai</w:t>
      </w:r>
      <w:r>
        <w:br/>
      </w:r>
      <w:r>
        <w:rPr>
          <w:sz w:val="20"/>
        </w:rPr>
        <w:t>39:52  Toh aksar log confrontation mein aa jaate hain jaise aapne bataya ke negative ho jaate hain.</w:t>
      </w:r>
      <w:r>
        <w:br/>
      </w:r>
      <w:r>
        <w:rPr>
          <w:sz w:val="20"/>
        </w:rPr>
        <w:t>39:57  Ah, agar samne wala theek se baat ko nahin samajh raha hai aur woh react karta hai to ek da'i ko aisa nahin hai ki uske saath ulajh jaana chahiye.</w:t>
      </w:r>
      <w:r>
        <w:br/>
      </w:r>
      <w:r>
        <w:rPr>
          <w:sz w:val="20"/>
        </w:rPr>
        <w:t>40:06  balkeh Maulana to yeh kehte the ke agar woh aap ko gaali bhi de to aap uske liye dua karein</w:t>
      </w:r>
      <w:r>
        <w:br/>
      </w:r>
      <w:r>
        <w:rPr>
          <w:sz w:val="20"/>
        </w:rPr>
        <w:t>40:10  aur Maulana ne apne ek aakhri video mein yeh kaha tha ke meri sabse badi</w:t>
      </w:r>
      <w:r>
        <w:br/>
      </w:r>
      <w:r>
        <w:rPr>
          <w:sz w:val="20"/>
        </w:rPr>
        <w:t>40:15  Daryaft yeh hai ke insaan ko is duniya mein aise rehna hai ke uske dil mein kisi ke liye koi negativity, koi nafrat na ho.</w:t>
      </w:r>
      <w:r>
        <w:br/>
      </w:r>
      <w:r>
        <w:rPr>
          <w:sz w:val="20"/>
        </w:rPr>
        <w:t>40:22  aur woh is duniya se aise hi chala jaye ek positive insaan ki tarah</w:t>
      </w:r>
      <w:r>
        <w:br/>
      </w:r>
      <w:r>
        <w:rPr>
          <w:sz w:val="20"/>
        </w:rPr>
        <w:t>40:27  to yeh ek boht boht important baat apne batayi keh kaise humein is dinya mein rehna hai aur kis tarike se humein logon ke sath ek message convey karna hai</w:t>
      </w:r>
    </w:p>
    <w:p>
      <w:pPr>
        <w:pStyle w:val="Heading2"/>
      </w:pPr>
      <w:r>
        <w:t>Prophet wisdom in war and peace</w:t>
      </w:r>
    </w:p>
    <w:p>
      <w:r>
        <w:rPr>
          <w:color w:val="666666"/>
          <w:sz w:val="18"/>
        </w:rPr>
        <w:t>The Creation Plan December 09, 2018 · 6m 00s · at 14:29 · https://youtu.be/y8tS4vW9lFI?t=869</w:t>
      </w:r>
    </w:p>
    <w:p>
      <w:r>
        <w:rPr>
          <w:i/>
        </w:rPr>
        <w:t>“Rasool Allah ne socha ke Quraish akhir ladaai kyun chhedna chahte hain”</w:t>
      </w:r>
    </w:p>
    <w:p>
      <w:r>
        <w:rPr>
          <w:sz w:val="20"/>
        </w:rPr>
        <w:t>14:29  to rasool Allah ne socha ke quraish aakhir ladaai kyon chhedna chahte hain?</w:t>
      </w:r>
      <w:r>
        <w:br/>
      </w:r>
      <w:r>
        <w:rPr>
          <w:sz w:val="20"/>
        </w:rPr>
        <w:t>14:38  quraish jo hain, aap ki jo opposite party thi, woh ladaai kyon chhedna chahte hain? to aap ne analysis kiya,</w:t>
      </w:r>
      <w:r>
        <w:br/>
      </w:r>
      <w:r>
        <w:rPr>
          <w:sz w:val="20"/>
        </w:rPr>
        <w:t>14:52  analysis kar ke aap ne nikala ke chunaanche quraish better position mein hain ladaai ke maamle mein, un ke paas man power zyada hai,</w:t>
      </w:r>
      <w:r>
        <w:br/>
      </w:r>
      <w:r>
        <w:rPr>
          <w:sz w:val="20"/>
        </w:rPr>
        <w:t>15:06  talwar zyada hai, ghore zyada hain, to ladaai jin cheezon pe hoti hai, un mein se har cheez un ke zyada hai, un ke paas zyada hai.</w:t>
      </w:r>
      <w:r>
        <w:br/>
      </w:r>
      <w:r>
        <w:rPr>
          <w:sz w:val="20"/>
        </w:rPr>
        <w:t>15:17  to woh birth position mein hain.</w:t>
      </w:r>
      <w:r>
        <w:br/>
      </w:r>
      <w:r>
        <w:rPr>
          <w:sz w:val="20"/>
        </w:rPr>
        <w:t>15:22  to ladaai is liye chhedna chahte hain ke is waqt woh muqable ka maidan poora quraish hoga.</w:t>
      </w:r>
      <w:r>
        <w:br/>
      </w:r>
      <w:r>
        <w:rPr>
          <w:sz w:val="20"/>
        </w:rPr>
        <w:t>15:34  agar ladaai chhed gayi to muqable ka jo maidan banega,</w:t>
      </w:r>
      <w:r>
        <w:br/>
      </w:r>
      <w:r>
        <w:rPr>
          <w:sz w:val="20"/>
        </w:rPr>
        <w:t>15:43  to woh maidan pro quraish hoga.</w:t>
      </w:r>
      <w:r>
        <w:br/>
      </w:r>
      <w:r>
        <w:rPr>
          <w:sz w:val="20"/>
        </w:rPr>
        <w:t>15:51  to aap ne socha, aap ne socha, to aap ne yeh socha ke quraish ke ek strategy ko nakaam karne ke liye yeh nahi ke hum shor karein ke yeh zalim hai, zalim hai, zalim hai, is se kuch nahi hoga.</w:t>
      </w:r>
      <w:r>
        <w:br/>
      </w:r>
      <w:r>
        <w:rPr>
          <w:sz w:val="20"/>
        </w:rPr>
        <w:t>16:08  aap ne kaha ke muqable ka maidan badal do. kaisi ajeeb strategy thi yeh.</w:t>
      </w:r>
      <w:r>
        <w:br/>
      </w:r>
      <w:r>
        <w:rPr>
          <w:sz w:val="20"/>
        </w:rPr>
        <w:t>16:15  aap yeh keh sakte hain ke quraish size kar rahe hain, quraish jangju hain, quraish maar kaat rahe hain, quraish zulm kar rahe hain, yeh sab karte hain, aap to kuch hota nahi.</w:t>
      </w:r>
      <w:r>
        <w:br/>
      </w:r>
      <w:r>
        <w:rPr>
          <w:sz w:val="20"/>
        </w:rPr>
        <w:t>16:28  aap ne bohat zyada soch samajh kar ke yeh kiya, yeh ke muqable ka maidan badal do.</w:t>
      </w:r>
      <w:r>
        <w:br/>
      </w:r>
      <w:r>
        <w:rPr>
          <w:sz w:val="20"/>
        </w:rPr>
        <w:t>16:40  yaani war ke bajaye ideology. rasool Allah ke paas, quraish ke paas war ke material zyada the,</w:t>
      </w:r>
      <w:r>
        <w:br/>
      </w:r>
      <w:r>
        <w:rPr>
          <w:sz w:val="20"/>
        </w:rPr>
        <w:t>16:54  yaani talwar zyada, ghoda zyada, man power zyada. to war ke lehaz se quraish superior position mein the, lekin ideology ke maidan mein</w:t>
      </w:r>
      <w:r>
        <w:br/>
      </w:r>
      <w:r>
        <w:rPr>
          <w:sz w:val="20"/>
        </w:rPr>
        <w:t>17:12  un ke paas but parasti thi aur kuch nahi tha.</w:t>
      </w:r>
      <w:r>
        <w:br/>
      </w:r>
      <w:r>
        <w:rPr>
          <w:sz w:val="20"/>
        </w:rPr>
        <w:t>17:18  jaisa ke aap jante hain ke Uhud ke mauqe par Uhud mein jo quraish ka sardar tha, us ne kaha tha ke lana uzza wala uzza lakum.</w:t>
      </w:r>
      <w:r>
        <w:br/>
      </w:r>
      <w:r>
        <w:rPr>
          <w:sz w:val="20"/>
        </w:rPr>
        <w:t>17:27  uzza un ke but ka naam tha, bohat bara but tha</w:t>
      </w:r>
      <w:r>
        <w:br/>
      </w:r>
      <w:r>
        <w:rPr>
          <w:sz w:val="20"/>
        </w:rPr>
        <w:t>17:34  ke hamare paas uzza hai, tumhare paas uzza nahi. yaani uzza but hai, tumhare paas uzza but nahi. to rasool Allah ne sahaba ne kaha ke tum bolo, khud kaho Allah Maulana wala Maula lakum.</w:t>
      </w:r>
      <w:r>
        <w:br/>
      </w:r>
      <w:r>
        <w:rPr>
          <w:sz w:val="20"/>
        </w:rPr>
        <w:t>17:52  hum wahan, hamare paas Allah hai, tumhare paas Allah nahi. yaani hamare paas ideology hai, tumhare paas ideology nahi.</w:t>
      </w:r>
      <w:r>
        <w:br/>
      </w:r>
      <w:r>
        <w:rPr>
          <w:sz w:val="20"/>
        </w:rPr>
        <w:t>18:03  to woh but to hain, pathar ke but, un ke paas kuch nahi hai, un ke paas koi ideology nahi hai. to tumhare paas pathar ke but hain, hamare paas ideology hai.</w:t>
      </w:r>
      <w:r>
        <w:br/>
      </w:r>
      <w:r>
        <w:rPr>
          <w:sz w:val="20"/>
        </w:rPr>
        <w:t>18:20  yeh thi aap ki strategy. to aap ne yeh socha bohat hi zyada</w:t>
      </w:r>
      <w:r>
        <w:br/>
      </w:r>
      <w:r>
        <w:rPr>
          <w:sz w:val="20"/>
        </w:rPr>
        <w:t>18:30  wisdom ke sath ke muqable ke maidan badlo. to Hudaybiyah mein jo daulat khuri ikhatta hui hai,</w:t>
      </w:r>
      <w:r>
        <w:br/>
      </w:r>
      <w:r>
        <w:rPr>
          <w:sz w:val="20"/>
        </w:rPr>
        <w:t>18:44  to wahan par quraish har cheez mein zid karte the. rasool Allah kehte the ke muahida kar lo sulah ka.</w:t>
      </w:r>
      <w:r>
        <w:br/>
      </w:r>
      <w:r>
        <w:rPr>
          <w:sz w:val="20"/>
        </w:rPr>
        <w:t>18:53  woh zid karte the, zid karte the. woh chahte the ke bhadak uthein log, bhadak kar ke ladaai chhed jaye. aap ne un ki har baat ko maan liya, jo kaho manzoor, jo kaho manzoor.</w:t>
      </w:r>
      <w:r>
        <w:br/>
      </w:r>
      <w:r>
        <w:rPr>
          <w:sz w:val="20"/>
        </w:rPr>
        <w:t>19:10  yahan tak ke jab paper par agreement likha jaane laga to us mein likha gaya tha ke hadha ma hadha alayhi Muhammad Rasool Allah.</w:t>
      </w:r>
      <w:r>
        <w:br/>
      </w:r>
      <w:r>
        <w:rPr>
          <w:sz w:val="20"/>
        </w:rPr>
        <w:t>19:23  to unhon ne ek nikal liya, yeh rasool Allah ka hai, hum to mante nahi aap ko rasool Allah. hum rasool Allah ko mante hi nahi.</w:t>
      </w:r>
      <w:r>
        <w:br/>
      </w:r>
      <w:r>
        <w:rPr>
          <w:sz w:val="20"/>
        </w:rPr>
        <w:t>19:35  to history mein aisa milega nahi, koi misaal itne bare dil ki, itne bare mind ki, itni bari planning ki.</w:t>
      </w:r>
      <w:r>
        <w:br/>
      </w:r>
      <w:r>
        <w:rPr>
          <w:sz w:val="20"/>
        </w:rPr>
        <w:t>19:48  aap ne kaha ke chalo hum is ko mita dete hain.</w:t>
      </w:r>
      <w:r>
        <w:br/>
      </w:r>
      <w:r>
        <w:rPr>
          <w:sz w:val="20"/>
        </w:rPr>
        <w:t>19:54  hazrat Ali likh rahe the muahida hadha ma hadha alayh Muhammad rasool Allah. to hum ne kaha Ali mitao.</w:t>
      </w:r>
      <w:r>
        <w:br/>
      </w:r>
      <w:r>
        <w:rPr>
          <w:sz w:val="20"/>
        </w:rPr>
        <w:t>20:05  to Ali jo the, main to apne hath se nahi mitaunga ke rasool Allah ke liye mita doon. main to nahi mitaunga.</w:t>
      </w:r>
      <w:r>
        <w:br/>
      </w:r>
      <w:r>
        <w:rPr>
          <w:sz w:val="20"/>
        </w:rPr>
        <w:t>20:19  to aap ne kaha acha batao mujhe kahan hai woh? to pooch kar woh jagah aap ne jani. phir apne hath se aap ne rasool Allah mita diya.</w:t>
      </w:r>
    </w:p>
    <w:p>
      <w:pPr>
        <w:pStyle w:val="Heading2"/>
      </w:pPr>
      <w:r>
        <w:t>two companions argued fiercely then reconciled like children</w:t>
      </w:r>
    </w:p>
    <w:p>
      <w:r>
        <w:rPr>
          <w:color w:val="666666"/>
          <w:sz w:val="18"/>
        </w:rPr>
        <w:t>The Concept of Sunnah and Bidah in Islam February 14, 2008 Maulana Wahiduddin Khan · 3m 26s · at 38:47 · https://youtu.be/_uIO23hmBjg?t=2327</w:t>
      </w:r>
    </w:p>
    <w:p>
      <w:r>
        <w:rPr>
          <w:i/>
        </w:rPr>
        <w:t>“دو صحابی جو ٹاپ کے صحابی تھے، ایک دن آپس میں ڈسکس کر رہے تھے”</w:t>
      </w:r>
    </w:p>
    <w:p>
      <w:r>
        <w:rPr>
          <w:sz w:val="20"/>
        </w:rPr>
        <w:t>38:47  aik Sahabi kehtay hain do Sahabi ke baray mein jo top ke Sahabi thay ke aik din dono baith kar apas mein kisi baat par discuss kar rahay thay.</w:t>
      </w:r>
      <w:r>
        <w:br/>
      </w:r>
      <w:r>
        <w:rPr>
          <w:sz w:val="20"/>
        </w:rPr>
        <w:t>39:02  hotay hotay bohat un mein garma garmi ho gayi. heating exchange honay laga. woh un ko bohat ziyada sakht kar rahay hain un ko bohat sakht kar rahay hain.</w:t>
      </w:r>
      <w:r>
        <w:br/>
      </w:r>
      <w:r>
        <w:rPr>
          <w:sz w:val="20"/>
        </w:rPr>
        <w:t>39:13  to unhon ne kaha ke woh kehtay hain ke itna ziyada kade tareeqay se bol rahay thay dono aik doosray ke khilaf ke woh samajhtay thay ke bas ab bol chaal band.</w:t>
      </w:r>
      <w:r>
        <w:br/>
      </w:r>
      <w:r>
        <w:rPr>
          <w:sz w:val="20"/>
        </w:rPr>
        <w:t>39:26  ab dono bol chaal nahi hogi. to woh bhi ghussa hai woh bhi ghussa hai. woh un ke khilaf bol rahay hain woh un ke khilaf bol rahay hain. jis ko hum kehtay hain heating exchange.</w:t>
      </w:r>
      <w:r>
        <w:br/>
      </w:r>
      <w:r>
        <w:rPr>
          <w:sz w:val="20"/>
        </w:rPr>
        <w:t>39:40  magar woh kehte hain ke jab khatm hui baat uthe dono phir waise hi ke waise hi. jaise aap ne dekha hoga ke do chhote bachche aapas mein khilone ke liye jhagadte hain.</w:t>
      </w:r>
      <w:r>
        <w:br/>
      </w:r>
      <w:r>
        <w:rPr>
          <w:sz w:val="20"/>
        </w:rPr>
        <w:t>39:55  aur phir kuch der ke baad phir waise hi ke waise ho jaate hain. yeh bachche jo hain chhote woh temporary tor par ek doosre se jhagadenge.</w:t>
      </w:r>
      <w:r>
        <w:br/>
      </w:r>
      <w:r>
        <w:rPr>
          <w:sz w:val="20"/>
        </w:rPr>
        <w:t>40:06  is ke baad waise hi ke waise hi ho jayenge.</w:t>
      </w:r>
      <w:r>
        <w:br/>
      </w:r>
      <w:r>
        <w:rPr>
          <w:sz w:val="20"/>
        </w:rPr>
        <w:t>40:09  toh woh kehte hain ke sahaba aise hi the ke temporary tor par aapas mein kuch ho gaya. cut put in ban.</w:t>
      </w:r>
      <w:r>
        <w:br/>
      </w:r>
      <w:r>
        <w:rPr>
          <w:sz w:val="20"/>
        </w:rPr>
        <w:t>40:18  thodi der ke baad phir waise hi ke waise hi. ab aaj aap dhoondhiye is model ko toh aap ko kahin koi aadmi nahi milega aisa.</w:t>
      </w:r>
      <w:r>
        <w:br/>
      </w:r>
      <w:r>
        <w:rPr>
          <w:sz w:val="20"/>
        </w:rPr>
        <w:t>40:28  ab toh yeh hai ke agar kisi se aap ki khatpatt ho gayi toh bas us ke dil mein ek ek ek aap ke khilaaf ek pad gaya hai woh nikalne wala nahi kabhi.</w:t>
      </w:r>
      <w:r>
        <w:br/>
      </w:r>
      <w:r>
        <w:rPr>
          <w:sz w:val="20"/>
        </w:rPr>
        <w:t>40:41  yaani ek baar jo gussa ho gaya toh us ka gussa khatm nahi hota. ek baar jis par aap ne koi criticize kar diya toh us ka woh jo negative feeling aa gayi hai us ke andar woh negative feeling khatm nahi hoti.</w:t>
      </w:r>
      <w:r>
        <w:br/>
      </w:r>
      <w:r>
        <w:rPr>
          <w:sz w:val="20"/>
        </w:rPr>
        <w:t>40:58  ek baar jo kisi ko aap ne koi kada bol bol diya us se us ko jo andar bura laga toh woh bura lagna us ka jo feeling hai woh kabhi khatm nahi hoti.</w:t>
      </w:r>
      <w:r>
        <w:br/>
      </w:r>
      <w:r>
        <w:rPr>
          <w:sz w:val="20"/>
        </w:rPr>
        <w:t>41:15  toh yeh bhi model ke khilaaf hai.</w:t>
      </w:r>
      <w:r>
        <w:br/>
      </w:r>
      <w:r>
        <w:rPr>
          <w:sz w:val="20"/>
        </w:rPr>
        <w:t>41:19  sahaba ka model yeh hai ke agar kabhi do aadmi ke beech mein takraar ho jaye aapas mein heating exchange ho jaye kuch kade bol bolte hain ek doosre ko toh thodi der ke baad phir waise hi ke waise hi.</w:t>
      </w:r>
      <w:r>
        <w:br/>
      </w:r>
      <w:r>
        <w:rPr>
          <w:sz w:val="20"/>
        </w:rPr>
        <w:t>41:45  jaise bachche ho jaate hain. toh yeh bhi ek model hai.</w:t>
      </w:r>
      <w:r>
        <w:br/>
      </w:r>
      <w:r>
        <w:rPr>
          <w:sz w:val="20"/>
        </w:rPr>
        <w:t>41:53  toh yeh bahut zyada sochne ki baat hai ke masjid mein agar aap lein un ka model yaani zahiri form ke aitbaar se toh woh hargiz kaafi nahi hai.</w:t>
      </w:r>
      <w:r>
        <w:br/>
      </w:r>
      <w:r>
        <w:rPr>
          <w:sz w:val="20"/>
        </w:rPr>
        <w:t>42:07  zindagi ke har maamle mein aap ko model lena padega.</w:t>
      </w:r>
    </w:p>
    <w:p>
      <w:pPr>
        <w:pStyle w:val="Heading2"/>
      </w:pPr>
      <w:r>
        <w:t>Priority principle in Prophet's mission</w:t>
      </w:r>
    </w:p>
    <w:p>
      <w:r>
        <w:rPr>
          <w:color w:val="666666"/>
          <w:sz w:val="18"/>
        </w:rPr>
        <w:t>The Life of The Prophet | July 31, 2007 · 5m 34s · at 15:36 · https://youtu.be/IY9aEQThos0?t=936</w:t>
      </w:r>
    </w:p>
    <w:p>
      <w:r>
        <w:rPr>
          <w:i/>
        </w:rPr>
        <w:t>“Then in Makkah, there were some other problems”</w:t>
      </w:r>
    </w:p>
    <w:p>
      <w:r>
        <w:rPr>
          <w:sz w:val="20"/>
        </w:rPr>
        <w:t>15:36  in Makkah, there were some other problems, some common problems.</w:t>
      </w:r>
      <w:r>
        <w:br/>
      </w:r>
      <w:r>
        <w:rPr>
          <w:sz w:val="20"/>
        </w:rPr>
        <w:t>15:44  For example, there was no irrigation, so there was no agriculture.</w:t>
      </w:r>
      <w:r>
        <w:br/>
      </w:r>
      <w:r>
        <w:rPr>
          <w:sz w:val="20"/>
        </w:rPr>
        <w:t>15:52  There was no irrigation, so there was no agriculture.</w:t>
      </w:r>
      <w:r>
        <w:br/>
      </w:r>
      <w:r>
        <w:rPr>
          <w:sz w:val="20"/>
        </w:rPr>
        <w:t>16:00  Then there were some social problems, some social problems.</w:t>
      </w:r>
      <w:r>
        <w:br/>
      </w:r>
      <w:r>
        <w:rPr>
          <w:sz w:val="20"/>
        </w:rPr>
        <w:t>16:07  So the Makkan people asked the Prophet of Islam to involve them in these problems.</w:t>
      </w:r>
      <w:r>
        <w:br/>
      </w:r>
      <w:r>
        <w:rPr>
          <w:sz w:val="20"/>
        </w:rPr>
        <w:t>16:18  They said that we are facing here very, very some other common problems.</w:t>
      </w:r>
      <w:r>
        <w:br/>
      </w:r>
      <w:r>
        <w:rPr>
          <w:sz w:val="20"/>
        </w:rPr>
        <w:t>16:28  We have to do, we have to solve these problems by irrigation problem</w:t>
      </w:r>
      <w:r>
        <w:br/>
      </w:r>
      <w:r>
        <w:rPr>
          <w:sz w:val="20"/>
        </w:rPr>
        <w:t>16:38  s and other problems.</w:t>
      </w:r>
      <w:r>
        <w:br/>
      </w:r>
      <w:r>
        <w:rPr>
          <w:sz w:val="20"/>
        </w:rPr>
        <w:t>16:48  They were ready to appoint him as the King of Makkah, as the leader of Makkah, but he refused.</w:t>
      </w:r>
      <w:r>
        <w:br/>
      </w:r>
      <w:r>
        <w:rPr>
          <w:sz w:val="20"/>
        </w:rPr>
        <w:t>16:58  He said, "Ma Mla Lahaza Boistu Alaikum, I was not sent to you for this purpose." Thus, he</w:t>
      </w:r>
      <w:r>
        <w:br/>
      </w:r>
      <w:r>
        <w:rPr>
          <w:sz w:val="20"/>
        </w:rPr>
        <w:t>17:08  set a very important example that we call priority, the principle of priority.</w:t>
      </w:r>
      <w:r>
        <w:br/>
      </w:r>
      <w:r>
        <w:rPr>
          <w:sz w:val="20"/>
        </w:rPr>
        <w:t>17:16  Although all these problems were important, to find some ways of irrigation to remove the social evils, these</w:t>
      </w:r>
      <w:r>
        <w:br/>
      </w:r>
      <w:r>
        <w:rPr>
          <w:sz w:val="20"/>
        </w:rPr>
        <w:t>17:24  were very important.</w:t>
      </w:r>
      <w:r>
        <w:br/>
      </w:r>
      <w:r>
        <w:rPr>
          <w:sz w:val="20"/>
        </w:rPr>
        <w:t>17:32  It was not haram,</w:t>
      </w:r>
      <w:r>
        <w:br/>
      </w:r>
      <w:r>
        <w:rPr>
          <w:sz w:val="20"/>
        </w:rPr>
        <w:t>17:40  but it was lawful.</w:t>
      </w:r>
      <w:r>
        <w:br/>
      </w:r>
      <w:r>
        <w:rPr>
          <w:sz w:val="20"/>
        </w:rPr>
        <w:t>17:46  But the Prophet refused to indulge in these things.</w:t>
      </w:r>
      <w:r>
        <w:br/>
      </w:r>
      <w:r>
        <w:rPr>
          <w:sz w:val="20"/>
        </w:rPr>
        <w:t>17:52  He said, "Ma Lahaza Boistu Alaikum, I was not sent to you for this purpose." It means that</w:t>
      </w:r>
      <w:r>
        <w:br/>
      </w:r>
      <w:r>
        <w:rPr>
          <w:sz w:val="20"/>
        </w:rPr>
        <w:t>17:58  this is not my priority when he said that I was not sent for this purpose.</w:t>
      </w:r>
      <w:r>
        <w:br/>
      </w:r>
      <w:r>
        <w:rPr>
          <w:sz w:val="20"/>
        </w:rPr>
        <w:t>18:04  In other words, he said, "This is not my priority." In other words, he said</w:t>
      </w:r>
      <w:r>
        <w:br/>
      </w:r>
      <w:r>
        <w:rPr>
          <w:sz w:val="20"/>
        </w:rPr>
        <w:t>18:10  that this is not my priority.</w:t>
      </w:r>
      <w:r>
        <w:br/>
      </w:r>
      <w:r>
        <w:rPr>
          <w:sz w:val="20"/>
        </w:rPr>
        <w:t>18:13  My priority is Dao work.</w:t>
      </w:r>
      <w:r>
        <w:br/>
      </w:r>
      <w:r>
        <w:rPr>
          <w:sz w:val="20"/>
        </w:rPr>
        <w:t>18:17  You can do social work.</w:t>
      </w:r>
      <w:r>
        <w:br/>
      </w:r>
      <w:r>
        <w:rPr>
          <w:sz w:val="20"/>
        </w:rPr>
        <w:t>18:20  You can do for irrigation.</w:t>
      </w:r>
      <w:r>
        <w:br/>
      </w:r>
      <w:r>
        <w:rPr>
          <w:sz w:val="20"/>
        </w:rPr>
        <w:t>18:23  You can do something to evolve our agricultural system.</w:t>
      </w:r>
      <w:r>
        <w:br/>
      </w:r>
      <w:r>
        <w:rPr>
          <w:sz w:val="20"/>
        </w:rPr>
        <w:t>18:27  You can do.</w:t>
      </w:r>
      <w:r>
        <w:br/>
      </w:r>
      <w:r>
        <w:rPr>
          <w:sz w:val="20"/>
        </w:rPr>
        <w:t>18:30  You are free.</w:t>
      </w:r>
      <w:r>
        <w:br/>
      </w:r>
      <w:r>
        <w:rPr>
          <w:sz w:val="20"/>
        </w:rPr>
        <w:t>18:33  But it is not my priority.</w:t>
      </w:r>
      <w:r>
        <w:br/>
      </w:r>
      <w:r>
        <w:rPr>
          <w:sz w:val="20"/>
        </w:rPr>
        <w:t>18:37  My priority is</w:t>
      </w:r>
      <w:r>
        <w:br/>
      </w:r>
      <w:r>
        <w:rPr>
          <w:sz w:val="20"/>
        </w:rPr>
        <w:t>18:40  Dao work. My priority is in Zarah Tafsir. My priority is to convey the message of God to all mankind. This is my priority. So priority is a very important principle. If you want to do something in an effective manner, if you want to do something and want</w:t>
      </w:r>
      <w:r>
        <w:br/>
      </w:r>
      <w:r>
        <w:rPr>
          <w:sz w:val="20"/>
        </w:rPr>
        <w:t>19:10  to bring about a result, then you have to adopt this principle that is priority.</w:t>
      </w:r>
      <w:r>
        <w:br/>
      </w:r>
      <w:r>
        <w:rPr>
          <w:sz w:val="20"/>
        </w:rPr>
        <w:t>19:20  So the Prophet of Islam never indulged himself in social work, in community work, in agricultural work.</w:t>
      </w:r>
      <w:r>
        <w:br/>
      </w:r>
      <w:r>
        <w:rPr>
          <w:sz w:val="20"/>
        </w:rPr>
        <w:t>19:30  Although all these things were good, but</w:t>
      </w:r>
      <w:r>
        <w:br/>
      </w:r>
      <w:r>
        <w:rPr>
          <w:sz w:val="20"/>
        </w:rPr>
        <w:t>19:40  it was a matter of priority.</w:t>
      </w:r>
      <w:r>
        <w:br/>
      </w:r>
      <w:r>
        <w:rPr>
          <w:sz w:val="20"/>
        </w:rPr>
        <w:t>19:48  It was a matter of priority.</w:t>
      </w:r>
      <w:r>
        <w:br/>
      </w:r>
      <w:r>
        <w:rPr>
          <w:sz w:val="20"/>
        </w:rPr>
        <w:t>19:55  So he adopted Dao work.</w:t>
      </w:r>
      <w:r>
        <w:br/>
      </w:r>
      <w:r>
        <w:rPr>
          <w:sz w:val="20"/>
        </w:rPr>
        <w:t>20:03  Then you know, in every society, there are different issues, different problems. If you</w:t>
      </w:r>
      <w:r>
        <w:br/>
      </w:r>
      <w:r>
        <w:rPr>
          <w:sz w:val="20"/>
        </w:rPr>
        <w:t>20:10  indulge yourself in all these problems, in all these issues, then you will be like a—then you will</w:t>
      </w:r>
      <w:r>
        <w:br/>
      </w:r>
      <w:r>
        <w:rPr>
          <w:sz w:val="20"/>
        </w:rPr>
        <w:t>20:18  waste your time.</w:t>
      </w:r>
      <w:r>
        <w:br/>
      </w:r>
      <w:r>
        <w:rPr>
          <w:sz w:val="20"/>
        </w:rPr>
        <w:t>20:25  You cannot perform your duty effectively.</w:t>
      </w:r>
      <w:r>
        <w:br/>
      </w:r>
      <w:r>
        <w:rPr>
          <w:sz w:val="20"/>
        </w:rPr>
        <w:t>20:33  Then you will become a jack of all</w:t>
      </w:r>
      <w:r>
        <w:br/>
      </w:r>
      <w:r>
        <w:rPr>
          <w:sz w:val="20"/>
        </w:rPr>
        <w:t>20:40  and master of none.</w:t>
      </w:r>
      <w:r>
        <w:br/>
      </w:r>
      <w:r>
        <w:rPr>
          <w:sz w:val="20"/>
        </w:rPr>
        <w:t>20:51  If you involve yourself in different issues, then you will become a jack of all and master of none.</w:t>
      </w:r>
      <w:r>
        <w:br/>
      </w:r>
      <w:r>
        <w:rPr>
          <w:sz w:val="20"/>
        </w:rPr>
        <w:t>21:01  So the Prophet adopted the formula of priority, priority, and his priority was Dao work.</w:t>
      </w:r>
    </w:p>
    <w:p>
      <w:pPr>
        <w:pStyle w:val="Heading2"/>
      </w:pPr>
      <w:r>
        <w:t>Prophet's humble start and its global impact</w:t>
      </w:r>
    </w:p>
    <w:p>
      <w:r>
        <w:rPr>
          <w:color w:val="666666"/>
          <w:sz w:val="18"/>
        </w:rPr>
        <w:t>God Gives in Abundance 13 Oct 2019 - Maulana Wahiduddin Khan · 5m 06s · at 9:55 · https://youtu.be/eC4RaczXBzM?t=595</w:t>
      </w:r>
    </w:p>
    <w:p>
      <w:r>
        <w:rPr>
          <w:i/>
        </w:rPr>
        <w:t>“Aur iski misaal dekhiye, Islam ki poori history hai”</w:t>
      </w:r>
    </w:p>
    <w:p>
      <w:r>
        <w:rPr>
          <w:sz w:val="20"/>
        </w:rPr>
        <w:t>9:55  rasool Allah sal Allah alayh wasalam ne jab makkah mein apni dawat ka ailaan kiya to us waqt aap akele thay.</w:t>
      </w:r>
      <w:r>
        <w:br/>
      </w:r>
      <w:r>
        <w:rPr>
          <w:sz w:val="20"/>
        </w:rPr>
        <w:t>10:15  to ek aadmi bahar ka aaya tha makkah, aisay jo atay rehtay thay. to wo jab wapas gaye apne qabiley mein to logon ne poocha ke "bhai, makkah mein kya dekha?</w:t>
      </w:r>
      <w:r>
        <w:br/>
      </w:r>
      <w:r>
        <w:rPr>
          <w:sz w:val="20"/>
        </w:rPr>
        <w:t>10:31  kuch batao." to us ne kaha ke "us ne kaha ke Muhammad tanba,</w:t>
      </w:r>
      <w:r>
        <w:br/>
      </w:r>
      <w:r>
        <w:rPr>
          <w:sz w:val="20"/>
        </w:rPr>
        <w:t>10:47  muhammad muhammad tanba, tanba, wa tabah abi abi qafah." yaani is ka matlab yeh hoga urdu mein ke ek aadmi hai, is ka naam hai muhammad, is ne daawa daawa kiya hai ke woh nabee hai, woh.</w:t>
      </w:r>
      <w:r>
        <w:br/>
      </w:r>
      <w:r>
        <w:rPr>
          <w:sz w:val="20"/>
        </w:rPr>
        <w:t>11:05  aur ek ek aadmi is ka saath de raha hai, ek aadmi jo hazrat abubakar ke baap ka naam tha, ibn abu abu qafah, mamooli aadmi tha abubakar.</w:t>
      </w:r>
      <w:r>
        <w:br/>
      </w:r>
      <w:r>
        <w:rPr>
          <w:sz w:val="20"/>
        </w:rPr>
        <w:t>11:18  to rasool allah ko bhi mamooli bataya is ne, aur abubakar ko mamooli bataya.</w:t>
      </w:r>
      <w:r>
        <w:br/>
      </w:r>
      <w:r>
        <w:rPr>
          <w:sz w:val="20"/>
        </w:rPr>
        <w:t>11:28  lekin rasool allah ne is zamane mein ek martaba aap ke ghar par log akhatta hue aur aur poocha, "aap ka kya mission hai?</w:t>
      </w:r>
      <w:r>
        <w:br/>
      </w:r>
      <w:r>
        <w:rPr>
          <w:sz w:val="20"/>
        </w:rPr>
        <w:t>11:39  kya chahte hain aap?" to aap ne is waqt kaha tha ke "kalmata wahidatu tuti tamlikun</w:t>
      </w:r>
      <w:r>
        <w:br/>
      </w:r>
      <w:r>
        <w:rPr>
          <w:sz w:val="20"/>
        </w:rPr>
        <w:t>11:55  bikbu aijam", yaani ek kalma mein tum se chahta hoon, agar tum is kalma ko maan lo to</w:t>
      </w:r>
      <w:r>
        <w:br/>
      </w:r>
      <w:r>
        <w:rPr>
          <w:sz w:val="20"/>
        </w:rPr>
        <w:t>12:08  arab o aijam tumhare</w:t>
      </w:r>
      <w:r>
        <w:br/>
      </w:r>
      <w:r>
        <w:rPr>
          <w:sz w:val="20"/>
        </w:rPr>
        <w:t>12:14  saathi ban jayenge. to aap ghaur kiye ke is waqt jo kaha tha rasool allah ne, kitna sahi utra, kitna sahi utra ke woh muhammad jo is waqt bohat hi poor image thi makkah mein,</w:t>
      </w:r>
      <w:r>
        <w:br/>
      </w:r>
      <w:r>
        <w:rPr>
          <w:sz w:val="20"/>
        </w:rPr>
        <w:t>12:34  is par amreeka ka ek shakhs kitaab likhta hai, "da hundred", is ka aadmi ka naam kya? michael achaat, haan, director daaykal michael hart ke tareekh, poori tareekh ka number one aadmi,</w:t>
      </w:r>
      <w:r>
        <w:br/>
      </w:r>
      <w:r>
        <w:rPr>
          <w:sz w:val="20"/>
        </w:rPr>
        <w:t>12:52  "da hundred". ghaur kijiye, woh waqt dekhiye jo makkah mein tha aap ka, lekin history mein kya likha gaya ke muhammad poori tareekh ke number one aadmi hain.</w:t>
      </w:r>
      <w:r>
        <w:br/>
      </w:r>
      <w:r>
        <w:rPr>
          <w:sz w:val="20"/>
        </w:rPr>
        <w:t>13:15  to aaj mujhe yeh baat yaad aayi, is mein is waqeye mein allah ki dein hai, yaani kisi insaan ka kamaal nahi tha,</w:t>
      </w:r>
      <w:r>
        <w:br/>
      </w:r>
      <w:r>
        <w:rPr>
          <w:sz w:val="20"/>
        </w:rPr>
        <w:t>13:31  yeh allah ki dein thi, allah ka faisla tha ke itna bara martaba islam ke peghambar ko mil gaya.</w:t>
      </w:r>
      <w:r>
        <w:br/>
      </w:r>
      <w:r>
        <w:rPr>
          <w:sz w:val="20"/>
        </w:rPr>
        <w:t>13:44  to ab aap jo hai,</w:t>
      </w:r>
      <w:r>
        <w:br/>
      </w:r>
      <w:r>
        <w:rPr>
          <w:sz w:val="20"/>
        </w:rPr>
        <w:t>13:48  hum aap isi insaan ke, isi insaan ke follower hain, isi insaan ke mission ko le ke uthe hain,</w:t>
      </w:r>
      <w:r>
        <w:br/>
      </w:r>
      <w:r>
        <w:rPr>
          <w:sz w:val="20"/>
        </w:rPr>
        <w:t>14:07  isi insaan ke mission ki, ke jo aakhri daur mein jo is ki jo takmeel hone wali thi, us ke umeedwar ho ke khade hue hain.</w:t>
      </w:r>
      <w:r>
        <w:br/>
      </w:r>
      <w:r>
        <w:rPr>
          <w:sz w:val="20"/>
        </w:rPr>
        <w:t>14:23  to mujhe yaqeen hai ke hum jis se, jis ke bharose par, jis khuda rab ul alameen ke bharose par khade hue hain, woh yahi karega ke hum mangein, mangein ke ek seat aur khuda ka faisla hoga un ko 25 seat de do,</w:t>
      </w:r>
      <w:r>
        <w:br/>
      </w:r>
      <w:r>
        <w:rPr>
          <w:sz w:val="20"/>
        </w:rPr>
        <w:t>14:48  hum thoda mangein, wahan se faisla hoga, kyunke zyada zyada de do. to allah taala ka ajeeb ghareeb yeh ehsaan hai ke aise ho raha hai,</w:t>
      </w:r>
    </w:p>
    <w:p>
      <w:pPr>
        <w:pStyle w:val="Heading2"/>
      </w:pPr>
      <w:r>
        <w:t>How the printing press finally preserved scripture intact</w:t>
      </w:r>
    </w:p>
    <w:p>
      <w:r>
        <w:rPr>
          <w:color w:val="666666"/>
          <w:sz w:val="18"/>
        </w:rPr>
        <w:t>The Role of Islam in History January 9, 2011 · 4m 21s · at 42:08 · https://youtu.be/Hnm_lr7e-iM?t=2528</w:t>
      </w:r>
    </w:p>
    <w:p>
      <w:r>
        <w:rPr>
          <w:i/>
        </w:rPr>
        <w:t>“Pehle zamane mein Printing Press nahi tha”</w:t>
      </w:r>
    </w:p>
    <w:p>
      <w:r>
        <w:rPr>
          <w:sz w:val="20"/>
        </w:rPr>
        <w:t>42:08  pehle zamane mein yeh nahi hua hua tha. Yani Printing Press nahi tha pehle. To Printing Press na hone ki wajah se pichhle nabiyon ki baatein jo thi, woh mehfooz nahi reh saki.</w:t>
      </w:r>
      <w:r>
        <w:br/>
      </w:r>
      <w:r>
        <w:rPr>
          <w:sz w:val="20"/>
        </w:rPr>
        <w:t>42:22  zubani taur par chalta tha, badal diya to badal gaya. Ab yeh hai ke Quran chhupa hua mehfooz hai. Hadees chhupi hui mehfooz hai.</w:t>
      </w:r>
      <w:r>
        <w:br/>
      </w:r>
      <w:r>
        <w:rPr>
          <w:sz w:val="20"/>
        </w:rPr>
        <w:t>42:30  Seerat chhupi hui mehfooz hai.</w:t>
      </w:r>
      <w:r>
        <w:br/>
      </w:r>
      <w:r>
        <w:rPr>
          <w:sz w:val="20"/>
        </w:rPr>
        <w:t>42:34  to Printing Press ne bohat bada Role kiya hai. Bohat bada Role. Yeh Printing ka jo daur aaya hai, is ka Role bohat bada Role hai.</w:t>
      </w:r>
      <w:r>
        <w:br/>
      </w:r>
      <w:r>
        <w:rPr>
          <w:sz w:val="20"/>
        </w:rPr>
        <w:t>42:45  to Rasool Allah sal Allah alaih wasallam ne aur Ashab Rasool ne jo ek Process jari kiya tha, Process isi ki Culmination hai yeh Printing Age. Isi ki Culmination hai.</w:t>
      </w:r>
      <w:r>
        <w:br/>
      </w:r>
      <w:r>
        <w:rPr>
          <w:sz w:val="20"/>
        </w:rPr>
        <w:t>42:57  ke mehfooz deen ko mehfooz kar ke insaan ko pahunchana, yeh kaam tha aap ka. To jab Printing Press ka zamana aa gaya to mehfooziyat apni aakhri had tak pahunch gayi.</w:t>
      </w:r>
      <w:r>
        <w:br/>
      </w:r>
      <w:r>
        <w:rPr>
          <w:sz w:val="20"/>
        </w:rPr>
        <w:t>43:18  ab misaal ke taur par dekhiye, pehle zamane mein jo Quran likha jata tha, haath se likha jata tha. Haath yani Handmade Paper hota tha. To ek ek Quran alag alag likhna padta tha.</w:t>
      </w:r>
      <w:r>
        <w:br/>
      </w:r>
      <w:r>
        <w:rPr>
          <w:sz w:val="20"/>
        </w:rPr>
        <w:t>43:30  ek ek Quran alag alag. Kuch bhi galati bhi ho sakti thi. Phir koi us ki Correction karta tha. Ab jab Printing Press ka zamana aaya to kya hua?</w:t>
      </w:r>
      <w:r>
        <w:br/>
      </w:r>
      <w:r>
        <w:rPr>
          <w:sz w:val="20"/>
        </w:rPr>
        <w:t>43:42  ek Quran likh kar tayyar kiya gaya. Phir bohat sare Hafiz aur bohat se Ulama ne us ko check kiya.</w:t>
      </w:r>
      <w:r>
        <w:br/>
      </w:r>
      <w:r>
        <w:rPr>
          <w:sz w:val="20"/>
        </w:rPr>
        <w:t>43:54  ek ek shoshah gosha, ek ek nuqta, ek ek kaam aafareed sahib, sab check kiya gaya is ka. Bohat se logon ne check kiya.</w:t>
      </w:r>
      <w:r>
        <w:br/>
      </w:r>
      <w:r>
        <w:rPr>
          <w:sz w:val="20"/>
        </w:rPr>
        <w:t>44:04  check karne ke baad us ko chhaap diya gaya. Ab woh jo nuskha hai, ab woh million million copy us ki ban gayi.</w:t>
      </w:r>
      <w:r>
        <w:br/>
      </w:r>
      <w:r>
        <w:rPr>
          <w:sz w:val="20"/>
        </w:rPr>
        <w:t>44:12  pehle agar check kar ke banate aap to ek hi copy to banti. Yani check karne ke baad bhi ek copy banti. Ab kya hua?</w:t>
      </w:r>
      <w:r>
        <w:br/>
      </w:r>
      <w:r>
        <w:rPr>
          <w:sz w:val="20"/>
        </w:rPr>
        <w:t>44:20  woh check kar ke jo aap ne nuskha tayyar kiya sahih, to us ki million million copy chhaap di gayi.</w:t>
      </w:r>
      <w:r>
        <w:br/>
      </w:r>
      <w:r>
        <w:rPr>
          <w:sz w:val="20"/>
        </w:rPr>
        <w:t>44:30  yahi baat hui Quran ke sath, Hadees ke sath, Seerat ke sath. Ab jo hai dekhiye, jab Internet ka zamana aaya hai to sari kitabein Internet par maujood hain.</w:t>
      </w:r>
      <w:r>
        <w:br/>
      </w:r>
      <w:r>
        <w:rPr>
          <w:sz w:val="20"/>
        </w:rPr>
        <w:t>44:40  Arabic text, Arabic text.</w:t>
      </w:r>
      <w:r>
        <w:br/>
      </w:r>
      <w:r>
        <w:rPr>
          <w:sz w:val="20"/>
        </w:rPr>
        <w:t>44:42  Quran maujood hai, Hadees ki kitabein maujood hain, Seerat ki kitabein maujood hain, Islami Tareekh ki kitabein maujood hain. Jab chahein aap button dabaiye aur screen par aa jayega.</w:t>
      </w:r>
      <w:r>
        <w:br/>
      </w:r>
      <w:r>
        <w:rPr>
          <w:sz w:val="20"/>
        </w:rPr>
        <w:t>44:55  yeh hai mehfooz Preservation.</w:t>
      </w:r>
      <w:r>
        <w:br/>
      </w:r>
      <w:r>
        <w:rPr>
          <w:sz w:val="20"/>
        </w:rPr>
        <w:t>45:01  to to yeh agarche musalmanon mein Practically har qism ka bigaad aa chuka hai, main manta hoon. Lekin jo jo Original TEXT hai, jo Original Scripture hai,</w:t>
      </w:r>
      <w:r>
        <w:br/>
      </w:r>
      <w:r>
        <w:rPr>
          <w:sz w:val="20"/>
        </w:rPr>
        <w:t>45:14  woh bilkul Intact hai. Woh kitabon mein bhi hai, internet par bhi hai, libraryon mein bhi hai.</w:t>
      </w:r>
      <w:r>
        <w:br/>
      </w:r>
      <w:r>
        <w:rPr>
          <w:sz w:val="20"/>
        </w:rPr>
        <w:t>45:23  to</w:t>
      </w:r>
      <w:r>
        <w:br/>
      </w:r>
      <w:r>
        <w:rPr>
          <w:sz w:val="20"/>
        </w:rPr>
        <w:t>45:24  musalmanon ke Practical jo Culture hai, us mein to dobara ajnabi ho gaya Islam. Lekin jo kitabon mein hai, woh woh waise ki waise Intact hai.</w:t>
      </w:r>
      <w:r>
        <w:br/>
      </w:r>
      <w:r>
        <w:rPr>
          <w:sz w:val="20"/>
        </w:rPr>
        <w:t>45:35  isi ko hamein zinda karna hai.</w:t>
      </w:r>
      <w:r>
        <w:br/>
      </w:r>
      <w:r>
        <w:rPr>
          <w:sz w:val="20"/>
        </w:rPr>
        <w:t>45:40  yani wahi Role nayi shakal mein hai.</w:t>
      </w:r>
      <w:r>
        <w:br/>
      </w:r>
      <w:r>
        <w:rPr>
          <w:sz w:val="20"/>
        </w:rPr>
        <w:t>45:43  Ashab-e-Rasool ne kiya kiya tha ke jo mazhab, mazhab ki jo shakal badal chuki thi aur ajnabi ho gaya tha, us ko phir se Revive kiya.</w:t>
      </w:r>
      <w:r>
        <w:br/>
      </w:r>
      <w:r>
        <w:rPr>
          <w:sz w:val="20"/>
        </w:rPr>
        <w:t>45:58  aur ab jo hai, hote hote hote woh kitabon mein mehfooz ho gaya.</w:t>
      </w:r>
      <w:r>
        <w:br/>
      </w:r>
      <w:r>
        <w:rPr>
          <w:sz w:val="20"/>
        </w:rPr>
        <w:t>46:03  ab musalmanon ne bigaad paida kar ke har cheezon ki shaklein kuch ki kuch kar di hain. Lekin yeh Allah Ta'ala ka bohat bara karishma hai, bohat bari nusrat hai ke Original Islam poori ki poori tarah mehfooz hai.</w:t>
      </w:r>
      <w:r>
        <w:br/>
      </w:r>
      <w:r>
        <w:rPr>
          <w:sz w:val="20"/>
        </w:rPr>
        <w:t>46:21  Kitabon mein maujood hai, internet mein maujood hai, library mein mehfooz hai. Is ko hamein zinda karna hai.</w:t>
      </w:r>
    </w:p>
    <w:p>
      <w:pPr>
        <w:pStyle w:val="Heading2"/>
      </w:pPr>
      <w:r>
        <w:t>Hazrat Ali story shows a righteous society must precede good rule</w:t>
      </w:r>
    </w:p>
    <w:p>
      <w:r>
        <w:rPr>
          <w:color w:val="666666"/>
          <w:sz w:val="18"/>
        </w:rPr>
        <w:t>Politics and Nation Building May 19, 2013 · 4m 20s · at 25:04 · https://youtu.be/kmiMGq0Ki2Q?t=1504</w:t>
      </w:r>
    </w:p>
    <w:p>
      <w:r>
        <w:rPr>
          <w:i/>
        </w:rPr>
        <w:t>“Let me remind you of a very instructive account”</w:t>
      </w:r>
    </w:p>
    <w:p>
      <w:r>
        <w:rPr>
          <w:sz w:val="20"/>
        </w:rPr>
        <w:t>25:04  mein aap ko ek bohat hi ibret angez ek hawala yaad dilata hoon. dekhein rasool Allah sal-lal-lahu alaihi wasallam ke baad Hazrat Abu Bakr Ameer-ul-momineen thay.</w:t>
      </w:r>
      <w:r>
        <w:br/>
      </w:r>
      <w:r>
        <w:rPr>
          <w:sz w:val="20"/>
        </w:rPr>
        <w:t>25:17  Hazrat Umar Farooq Ameer-ul-momineen thay. is zamane mein dekhein khilafat-e-rashida ki istilaah nahi istemal hoti thi. yaani Hazrat Abu Bakr ko Khalifa nahi kaha jata tha.</w:t>
      </w:r>
      <w:r>
        <w:br/>
      </w:r>
      <w:r>
        <w:rPr>
          <w:sz w:val="20"/>
        </w:rPr>
        <w:t>25:29  Hazrat Umar ko Khalifa nahi kaha jata tha. yeh to baat ko istilahein bani hain. yeh</w:t>
      </w:r>
      <w:r>
        <w:br/>
      </w:r>
      <w:r>
        <w:rPr>
          <w:sz w:val="20"/>
        </w:rPr>
        <w:t>25:35  baat ko bani hain. to Hazrat Abu Bakr Hazrat Umar ke zamane tak mamlaat bilkul theek rahe. lekin aap jante hain ke Hazrat Usman ke zamane mein aapas ki ladai shuru ho gayi.</w:t>
      </w:r>
      <w:r>
        <w:br/>
      </w:r>
      <w:r>
        <w:rPr>
          <w:sz w:val="20"/>
        </w:rPr>
        <w:t>25:50  is ke baad Hazrat Ali ke zamane mein bhi ladai jaari rahi.</w:t>
      </w:r>
      <w:r>
        <w:br/>
      </w:r>
      <w:r>
        <w:rPr>
          <w:sz w:val="20"/>
        </w:rPr>
        <w:t>25:55  to is zamane mein kuch log mile Hazrat Ali se aur unhone kaha ke Abu Bakr aur Umar ke zamane mein bohat aman tha sab mamlaat durust thay aur aap ke zamane mein aapas ki ladai ho rahi hai aapas mein jhagda fasad ho raha hai sab mamlaat bigdey hue hain aisa kyun hai</w:t>
      </w:r>
      <w:r>
        <w:br/>
      </w:r>
      <w:r>
        <w:rPr>
          <w:sz w:val="20"/>
        </w:rPr>
        <w:t>26:23  to unhone bohat hi maani khez jawab diya yeh waqia naqal kiya hai Ibn Khaldun ne apney muqaddame mein Hazrat Ali ne kaha ke ana Abu Bakr wa Umar kanu waliyain ala misli wa ana waliyain ala mislakum</w:t>
      </w:r>
      <w:r>
        <w:br/>
      </w:r>
      <w:r>
        <w:rPr>
          <w:sz w:val="20"/>
        </w:rPr>
        <w:t>26:49  yaani Abu Bakr aur Umar ki hukumat mere jaisay logon ke upar thi</w:t>
      </w:r>
      <w:r>
        <w:br/>
      </w:r>
      <w:r>
        <w:rPr>
          <w:sz w:val="20"/>
        </w:rPr>
        <w:t>26:54  aur meri hukumat tumhare jaisay logon ke upar hai</w:t>
      </w:r>
      <w:r>
        <w:br/>
      </w:r>
      <w:r>
        <w:rPr>
          <w:sz w:val="20"/>
        </w:rPr>
        <w:t>26:58  ab is par ghor kijiye ke mere jaisay ka matlab kya hai mere jaisay ke maani hain misl</w:t>
      </w:r>
      <w:r>
        <w:br/>
      </w:r>
      <w:r>
        <w:rPr>
          <w:sz w:val="20"/>
        </w:rPr>
        <w:t>27:02  sahaba log misl sahaba</w:t>
      </w:r>
      <w:r>
        <w:br/>
      </w:r>
      <w:r>
        <w:rPr>
          <w:sz w:val="20"/>
        </w:rPr>
        <w:t>27:07  ab woh daur aaya tha ke bohat zyada mass conversion hua tha bohat se log dakhil hue the</w:t>
      </w:r>
      <w:r>
        <w:br/>
      </w:r>
      <w:r>
        <w:rPr>
          <w:sz w:val="20"/>
        </w:rPr>
        <w:t>27:14  Islam mein ghair sahabi log samaaj mein bohat zyada ho chuke the</w:t>
      </w:r>
      <w:r>
        <w:br/>
      </w:r>
      <w:r>
        <w:rPr>
          <w:sz w:val="20"/>
        </w:rPr>
        <w:t>27:20  to is Hazrat Hazrat Ali ke is qaul ko aap</w:t>
      </w:r>
      <w:r>
        <w:br/>
      </w:r>
      <w:r>
        <w:rPr>
          <w:sz w:val="20"/>
        </w:rPr>
        <w:t>27:26  tashreeh kijiye</w:t>
      </w:r>
      <w:r>
        <w:br/>
      </w:r>
      <w:r>
        <w:rPr>
          <w:sz w:val="20"/>
        </w:rPr>
        <w:t>27:28  ke woh yeh hoga ke abubakar aur umar jaise hakim hon tab bhi sahaba jaisa society chahiye misl sahaba society ho tab abubakar aur umar jaise log achhi hukumat chala sakte hain kaisi ajib baat hai</w:t>
      </w:r>
      <w:r>
        <w:br/>
      </w:r>
      <w:r>
        <w:rPr>
          <w:sz w:val="20"/>
        </w:rPr>
        <w:t>27:50  yani misl sahaba muashra hona chahiye tab koi shakhs wahan par achhi hukumat chala sakta hai</w:t>
      </w:r>
      <w:r>
        <w:br/>
      </w:r>
      <w:r>
        <w:rPr>
          <w:sz w:val="20"/>
        </w:rPr>
        <w:t>28:00  to yeh log dekhen jo aap sare muslim dunya mein ho jo log siyasat ke naam par jhanda uthaye hue hain aur islam hukumat ko nara laga rahe hain woh haqeeqat mein islam ke naam par fasad kar rahe hain nateeja fasad ki shakal mein nikal raha hai</w:t>
      </w:r>
      <w:r>
        <w:br/>
      </w:r>
      <w:r>
        <w:rPr>
          <w:sz w:val="20"/>
        </w:rPr>
        <w:t>28:21  aap dekh lijiye jitne bhi woh mulk hain jahan ke islami hukumat islami hukumat ke nare buland ho rahe hain so baras se wahan kya hai aapas ki bar kaat hai gun kajra bam kajra chal raha hai be shumar log jalwe band kar diye gaye hain</w:t>
      </w:r>
      <w:r>
        <w:br/>
      </w:r>
      <w:r>
        <w:rPr>
          <w:sz w:val="20"/>
        </w:rPr>
        <w:t>28:44  aise hi hamare ek qeemti sathi jo sheikh muhammad sulaiman alqaid bahut hi qeemti sathi the hamare mission mein unko goli maar di gayi halanke woh bilkul hi dawat dai mizaj ke aadmi the yeh muslim mulkon ka haal hai</w:t>
      </w:r>
      <w:r>
        <w:br/>
      </w:r>
      <w:r>
        <w:rPr>
          <w:sz w:val="20"/>
        </w:rPr>
        <w:t>29:06  to jab samaj taiyar nahi hai muashra taiyar nahi hai society taiyar nahi hai to hukumat ka nara lagana yeh bilkul hi koi iski base nahi hai bilkul dangerous baat hai dangerous baat hai</w:t>
      </w:r>
    </w:p>
    <w:p>
      <w:pPr>
        <w:pStyle w:val="Heading2"/>
      </w:pPr>
      <w:r>
        <w:t>Hypocrite Abdullah ibn Ubayy and forgiveness at Mecca's conquest</w:t>
      </w:r>
    </w:p>
    <w:p>
      <w:r>
        <w:rPr>
          <w:color w:val="666666"/>
          <w:sz w:val="18"/>
        </w:rPr>
        <w:t>The Issue of Shatm-e-Rasool (Abuse of the Prophet) December 19, 2021 Prof. Farida Khanam · 4m 16s · at 19:39 · https://youtu.be/ExQS_PHirUc?t=1179</w:t>
      </w:r>
    </w:p>
    <w:p>
      <w:r>
        <w:rPr>
          <w:i/>
        </w:rPr>
        <w:t>“In Medina, Abdullah ibn Ubayy was a hypocrite leader”</w:t>
      </w:r>
    </w:p>
    <w:p>
      <w:r>
        <w:rPr>
          <w:sz w:val="20"/>
        </w:rPr>
        <w:t>19:39  to ab Madinah mein dekhiye, Abdullah ibn Ubay kitna bara khatam-e-Rasool tha, gustakh-e-Rasool tha. us ne itna galat kaam kiya tha ke Hazrat Aisha par buhtan lagaya tha.</w:t>
      </w:r>
      <w:r>
        <w:br/>
      </w:r>
      <w:r>
        <w:rPr>
          <w:sz w:val="20"/>
        </w:rPr>
        <w:t>19:53  us ke bawajood jabke Quran mein aaya ke is ne azab-e-azeem ka is ne kaam kiya hai akhirat mein, lekin dunya mein is ko koi saza nahi di gayi, kyunke dunya mein hum ko mukammal taur par freedom hai aakhri waqt tak ke hum sahi rasta ikhtiyar karte hain ya ikhtiyar nahi karte.</w:t>
      </w:r>
      <w:r>
        <w:br/>
      </w:r>
      <w:r>
        <w:rPr>
          <w:sz w:val="20"/>
        </w:rPr>
        <w:t>20:14  to Abdullah ibn Ubay jo hai, woh asal mein Rasool Allah Sal Allah Alaihi Wasallam jab Madinah aaye to Abdullah ibn Ubay jo hai, usi ko us ke liye aik taaj banaya ja raha tha aur usi ko log leader bananay walay the.</w:t>
      </w:r>
      <w:r>
        <w:br/>
      </w:r>
      <w:r>
        <w:rPr>
          <w:sz w:val="20"/>
        </w:rPr>
        <w:t>20:31  to is waja se jab rasool allah salallaho alaihi wasallam ko leader bana liya gaya to wo bohat ziyada ghussa ho gaya andar hi andar aur bohat ziyada is ko jealousy ho gai.</w:t>
      </w:r>
      <w:r>
        <w:br/>
      </w:r>
      <w:r>
        <w:rPr>
          <w:sz w:val="20"/>
        </w:rPr>
        <w:t>20:42  lekin chounke tamam majority jo hai, wo islam par aa gayi thi aur aap ko apna qaid maan liya tha, to wo munafiq ban gaya.</w:t>
      </w:r>
      <w:r>
        <w:br/>
      </w:r>
      <w:r>
        <w:rPr>
          <w:sz w:val="20"/>
        </w:rPr>
        <w:t>20:52  samne acha bana rehta tha, musalman bana rehta tha, aur andar hi andar wo sari planning karta tha aap ke khilaf.</w:t>
      </w:r>
      <w:r>
        <w:br/>
      </w:r>
      <w:r>
        <w:rPr>
          <w:sz w:val="20"/>
        </w:rPr>
        <w:t>21:02  is ke bawajood rasool allah salallaho alaihi wasallam jante the ke ye log kaise hain. is ke bawajood ek baar aap ja rahe the saad ibn obada ki ayadat ke liye to rastay mein is ka ghar para.</w:t>
      </w:r>
      <w:r>
        <w:br/>
      </w:r>
      <w:r>
        <w:rPr>
          <w:sz w:val="20"/>
        </w:rPr>
        <w:t>21:14  is ka ghar bohat hi qila numa tha aur bohat sare log is ke sath bethe hue the. wahan ka madine ka leader tha wo. to aap wahan utar gaye aur wahan par apni sawari se aur us ko quran ki kuch ayaten parh kar sunain.</w:t>
      </w:r>
      <w:r>
        <w:br/>
      </w:r>
      <w:r>
        <w:rPr>
          <w:sz w:val="20"/>
        </w:rPr>
        <w:t>21:31  to wo bohat hi be etinai se is ko suna us ne aur us ne kaha ke kya aap ko kisi ne yahan bulaya tha? to jo aap ke pas aaye usi ko aap sunaiye, hum ko is se koi dilchaspi nahi hai.</w:t>
      </w:r>
      <w:r>
        <w:br/>
      </w:r>
      <w:r>
        <w:rPr>
          <w:sz w:val="20"/>
        </w:rPr>
        <w:t>21:43  aap ne is ka kuch jawab nahi diya, balkay khamoshi se aap ko jahan jana tha wahan chale gaye.</w:t>
      </w:r>
      <w:r>
        <w:br/>
      </w:r>
      <w:r>
        <w:rPr>
          <w:sz w:val="20"/>
        </w:rPr>
        <w:t>21:50  to peghambar ka jo tareeqa tha, is tareeqay ki hajm jo hai, aap ke sath barabar hoti thi, istehza karte the, log ridicule karte the.</w:t>
      </w:r>
      <w:r>
        <w:br/>
      </w:r>
      <w:r>
        <w:rPr>
          <w:sz w:val="20"/>
        </w:rPr>
        <w:t>21:59  to aap ya to sabr karte, eiraz karte ya daleel ki zaban mein un ka radd karte. to daleel ki zaban mein radd karne ka ek tareeqa jo tha, wo hassan ibn thabit ke ash'ar the, ki</w:t>
      </w:r>
      <w:r>
        <w:br/>
      </w:r>
      <w:r>
        <w:rPr>
          <w:sz w:val="20"/>
        </w:rPr>
        <w:t>22:14  chounke wo zamana tha jab ash'ar ke zariye se baat cheet hoti thi. to hazrat hassan ibn thabit achhe shair the, to aap un se kehte ke hassan, a a hassan, allah ke rasool ki taraf se jawab do.</w:t>
      </w:r>
      <w:r>
        <w:br/>
      </w:r>
      <w:r>
        <w:rPr>
          <w:sz w:val="20"/>
        </w:rPr>
        <w:t>22:28  to hassan shair ke zariye jawab dete the. to phir ye madine ke waqiat hain. is ke baad fathh makkah hua.</w:t>
      </w:r>
      <w:r>
        <w:br/>
      </w:r>
      <w:r>
        <w:rPr>
          <w:sz w:val="20"/>
        </w:rPr>
        <w:t>22:39  us waqt tamam dushman jin logon ne koi kami nahi chhodi thi,</w:t>
      </w:r>
      <w:r>
        <w:br/>
      </w:r>
      <w:r>
        <w:rPr>
          <w:sz w:val="20"/>
        </w:rPr>
        <w:t>22:46  aap ko makkah se nikala, aap ka boycott kiya, aap se jangain lari, itne sare log shaheed hue. aur is ke baad jab makkah fathh ho gaya to wo tamam log asal mein purane zamane mein jo bhi prisoners of war hote the, un ka sab ka sab sar qalam kar diya jata tha.</w:t>
      </w:r>
      <w:r>
        <w:br/>
      </w:r>
      <w:r>
        <w:rPr>
          <w:sz w:val="20"/>
        </w:rPr>
        <w:t>23:04  wahan koi jail wail mein rakhne ka koi tareeqa nahi tha.</w:t>
      </w:r>
      <w:r>
        <w:br/>
      </w:r>
      <w:r>
        <w:rPr>
          <w:sz w:val="20"/>
        </w:rPr>
        <w:t>23:08  to wo log sare kaba mein jama hue, sare leader, aur samjhe ke aaj faisla hoga hamari sar gardan zadni ka.</w:t>
      </w:r>
      <w:r>
        <w:br/>
      </w:r>
      <w:r>
        <w:rPr>
          <w:sz w:val="20"/>
        </w:rPr>
        <w:t>23:17  sar jhukaye hue the log. to rasool allah salallaho alaihi wasallam ne kaha ke jao tum log sab azaad ho.</w:t>
      </w:r>
      <w:r>
        <w:br/>
      </w:r>
      <w:r>
        <w:rPr>
          <w:sz w:val="20"/>
        </w:rPr>
        <w:t>23:25  to un tamam dushmanon ko jo badtareen dushman the, un ko aap ne bilkul maaf kar diya aur kehte hain ke wo sab aisa wahan se bahar nikle haram se jaisa ke wo qabron se nikle hon.</w:t>
      </w:r>
      <w:r>
        <w:br/>
      </w:r>
      <w:r>
        <w:rPr>
          <w:sz w:val="20"/>
        </w:rPr>
        <w:t>23:39  matlab wo to samajh rahe the ke ab hum qabr mein jane wale hain.</w:t>
      </w:r>
      <w:r>
        <w:br/>
      </w:r>
      <w:r>
        <w:rPr>
          <w:sz w:val="20"/>
        </w:rPr>
        <w:t>23:44  to ye jo hai, ye aap ka jo bohat hi bara aap ka ye kirdaar tha jis ke baray mein quran mein aya hai: "innaka la'ala khuluqin azeem".</w:t>
      </w:r>
    </w:p>
    <w:p>
      <w:pPr>
        <w:pStyle w:val="Heading2"/>
      </w:pPr>
      <w:r>
        <w:t>Hajj's real purpose: seeking marifat and staying firm like Ibrahim</w:t>
      </w:r>
    </w:p>
    <w:p>
      <w:r>
        <w:rPr>
          <w:color w:val="666666"/>
          <w:sz w:val="18"/>
        </w:rPr>
        <w:t>Message of Eid Al-Adha June 29, 2023 · 4m 40s · at 0:31 · https://youtu.be/Tom30c7WwTw?t=31</w:t>
      </w:r>
    </w:p>
    <w:p>
      <w:r>
        <w:rPr>
          <w:i/>
        </w:rPr>
        <w:t>“Sabse pehle ek aayat Quran ki main padhti hoon”</w:t>
      </w:r>
    </w:p>
    <w:p>
      <w:r>
        <w:rPr>
          <w:sz w:val="20"/>
        </w:rPr>
        <w:t>0:31  to is silsile mein sab se pehle ek ayat Quran ki main padhti hoon. jab tum yeh ayat hai Surah Baqarah aur ayat number 200. jab tum apne hajj ke aamal poore kar lo to Allah ko yaad karo. jis tarah tum pehle apne baap dada ko yaad karte the balki us se bhi zyada. to yeh hamare liye bohat hi important hai isko yaad rakhna.</w:t>
      </w:r>
      <w:r>
        <w:br/>
      </w:r>
      <w:r>
        <w:rPr>
          <w:sz w:val="20"/>
        </w:rPr>
        <w:t>0:58  kyunki hajj karne ke baad log samajhte hain ke ab hamara sab kaam poora ho gaya hai, hamare gunah maaf ho gaye hain. ab hum apne dunyavi mashaghir mein engage kar sakte hain apne aap ko. lekin aisa nahi hai. aaj to ek reenactment hai Adit Ibrahim alai salam ki zindagi ka. to hamein wahan se saare lesson jo lekar aane hain usko apni zindagi par implement karna hai. to yahi hajj ka paigham hai.</w:t>
      </w:r>
      <w:r>
        <w:br/>
      </w:r>
      <w:r>
        <w:rPr>
          <w:sz w:val="20"/>
        </w:rPr>
        <w:t>1:28  to hajj ka jo paigham hai woh Khuda ki yaad aur usi ko marifat kehte hain. kyunki jab tak hum marifat hasil nahi karenge tab tak hum Khuda ki yaad jis jitna uska haq hai hum, hum poora nahi kar sakte. to marifat dekhiye har paighambar ne ka sab se pehla jo woh tha, sab se pehla kaam jo tha woh marifat hasil karna tha.</w:t>
      </w:r>
      <w:r>
        <w:br/>
      </w:r>
      <w:r>
        <w:rPr>
          <w:sz w:val="20"/>
        </w:rPr>
        <w:t>1:56  hazrat ibrahim ale salam ne bhi yahi kiya ki vah janana chaha unhonne ki khuda kaun hai?</w:t>
      </w:r>
      <w:r>
        <w:br/>
      </w:r>
      <w:r>
        <w:rPr>
          <w:sz w:val="20"/>
        </w:rPr>
        <w:t>2:02  to unko jo bhi namaya cheezen nazar aae, suraj, chaant, sitare, to unhonne usko samjha ki shayad yahi khuda hai.</w:t>
      </w:r>
      <w:r>
        <w:br/>
      </w:r>
      <w:r>
        <w:rPr>
          <w:sz w:val="20"/>
        </w:rPr>
        <w:t>2:08  lekin bahut jald uske fascination se vah unko khatm ho gaya aur unhonne kaha ki yah sab cheezen</w:t>
      </w:r>
      <w:r>
        <w:br/>
      </w:r>
      <w:r>
        <w:rPr>
          <w:sz w:val="20"/>
        </w:rPr>
        <w:t>2:14  gumrah karne wali hain.</w:t>
      </w:r>
      <w:r>
        <w:br/>
      </w:r>
      <w:r>
        <w:rPr>
          <w:sz w:val="20"/>
        </w:rPr>
        <w:t>2:20  mera khoda to vahi hai jo ek khoda hai aur jo creator hai in tamam cheezon ka.</w:t>
      </w:r>
      <w:r>
        <w:br/>
      </w:r>
      <w:r>
        <w:rPr>
          <w:sz w:val="20"/>
        </w:rPr>
        <w:t>2:27  to isi tarike se Rasool Allah sallallahu alaihi wasallam ne Khuda ke marifat se unka safar shuru hua aur is silsile mein woh ghare Hira mein jaate the aur yeh gaur o fikr karte the. wahin un, raat ko wahin par pehli wahin aayi. to yeh safar jo hai na pehla qadam jo hai marifat ka yahi hai ke hum Khuda ke bare mein gaur o fikr karna shuru karein. yeh Khuda ki discovery karein.</w:t>
      </w:r>
      <w:r>
        <w:br/>
      </w:r>
      <w:r>
        <w:rPr>
          <w:sz w:val="20"/>
        </w:rPr>
        <w:t>2:56  Maulana kehte the ke hamare liye Khuda ki discovery aur non muslims ke liye hamare liye Islam ki rediscovery hai aur non muslims ke liye Khuda ki discovery hai. to Khuda jo hai woh sabka creator hai hamein usko discover karna hai aur tabhi hum uske inamaat ke mustahiq thairenge. to yeh yahi mission jo Maulana ne diya marifat aur dawat yahi 2 point formula hai.</w:t>
      </w:r>
      <w:r>
        <w:br/>
      </w:r>
      <w:r>
        <w:rPr>
          <w:sz w:val="20"/>
        </w:rPr>
        <w:t>3:24  yahi hamara mission hai aur isi par hamein chalna hai. to jab hum ek aisa mission ek tayyar karte hain jismein log jisse manoos nahi hote hain to hamein tarah tarah ki rukawatein bhi samne aati hain. logon ko samajhne mein dikkat pesh aati hai kyunki woh ek raay sudha hota hai matlab aur kuch beliefs usi par woh chal rahe hote hain. to us waqt hamein kya karna hai?</w:t>
      </w:r>
      <w:r>
        <w:br/>
      </w:r>
      <w:r>
        <w:rPr>
          <w:sz w:val="20"/>
        </w:rPr>
        <w:t>3:51  humein rajat ibrahim ali salam ki zindagi se pata chalta hai ke us waqt humein saabit qadam rehna hai. hota ki madad hasil karni hai aur hota ki madad se humein yeh hamari hamari jo hai raaste aasan ho jayenge rajat ibrahim alesh salam ke saath toh itna zyada khalifat hui ke aap ko aag mein daal diya gaya lekin khuda ki madad aai aur aag thandi ho gayi.</w:t>
      </w:r>
      <w:r>
        <w:br/>
      </w:r>
      <w:r>
        <w:rPr>
          <w:sz w:val="20"/>
        </w:rPr>
        <w:t>4:20  toh isi tarah se sahaba ko zabardast tarah se un ki aazmaish hui. tarah tarah se un ke upar wo sibatein daali gayi lekin unhone saabit qadmi se is raaste par chalte rahe yahan tak ke allah taala ne apni madad udel di aur wo un ka praram sari duniya tak pahunch gaya.</w:t>
      </w:r>
      <w:r>
        <w:br/>
      </w:r>
      <w:r>
        <w:rPr>
          <w:sz w:val="20"/>
        </w:rPr>
        <w:t>4:42  toh yahi humein sabak lena hai hazrat imraahim ki zindagi se aur doosre pyagambaron ki zindagi se, sahaba ki zindagi se aur humein isi raaste par har haal mein chalte rehna hai. chahe kitni bhi rukawatein aayen, kitni bhi museebatein aayen. humein is raaste par sabut qadmi se chalte rehna hai tabhi khuda ki madad aayegi. pehle hi din nai khuda ki madad aa jayegi balki hum jab is par chalenge toh khuda ki madad aayegi.</w:t>
      </w:r>
      <w:r>
        <w:br/>
      </w:r>
      <w:r>
        <w:rPr>
          <w:sz w:val="20"/>
        </w:rPr>
        <w:t>5:11  khuda jo hai sabut qadmi qadmi ko bahut zyada pasand karta hai. toh ek hadish hai woh main aap ko batati hoon ke ae ibne aadam meri taraf khade ho yeh hadise qutsi hai yaani allah ki zubaan mein hai. hadise qutsi woh hai jo baat quran mein nahi aai hai lekin allah ne farmaya allah ki apni zubaan mein hai.</w:t>
      </w:r>
    </w:p>
    <w:p>
      <w:pPr>
        <w:pStyle w:val="Heading2"/>
      </w:pPr>
      <w:r>
        <w:t>Mother's love parable: deep truths are discovered, not asked</w:t>
      </w:r>
    </w:p>
    <w:p>
      <w:r>
        <w:rPr>
          <w:color w:val="666666"/>
          <w:sz w:val="18"/>
        </w:rPr>
        <w:t>Taqwa and Patience November 29, 2013 Maulana Wahiduddin Khan · 3m 29s · at 48:58 · https://youtu.be/HhJ22onYSzk?t=2938</w:t>
      </w:r>
    </w:p>
    <w:p>
      <w:r>
        <w:rPr>
          <w:i/>
        </w:rPr>
        <w:t>“Ek sahab mujhse pooch rahe the: yeh baatein aapko kahan se aati hain?”</w:t>
      </w:r>
    </w:p>
    <w:p>
      <w:r>
        <w:rPr>
          <w:sz w:val="20"/>
        </w:rPr>
        <w:t>48:58  aik sahab mujh se kal pooch rahe thay ke aap jo baatein batate hain, creative baatein hain, to yeh kahan se aap ko yeh baatein aati hain?</w:t>
      </w:r>
      <w:r>
        <w:br/>
      </w:r>
      <w:r>
        <w:rPr>
          <w:sz w:val="20"/>
        </w:rPr>
        <w:t>49:10  to mujhe bohat hi ta'ajjub hua ke log baaton ko kyun nahi jante. dekhiye, Allah taala ne har baat ko demonstration de rakha hai.</w:t>
      </w:r>
      <w:r>
        <w:br/>
      </w:r>
      <w:r>
        <w:rPr>
          <w:sz w:val="20"/>
        </w:rPr>
        <w:t>49:20  ab ghar hi mein aap ke,</w:t>
      </w:r>
      <w:r>
        <w:br/>
      </w:r>
      <w:r>
        <w:rPr>
          <w:sz w:val="20"/>
        </w:rPr>
        <w:t>49:24  jaise aap ki maan aap se mohabbat karti hai, to aap maan se poochein ge: "Amaan, tu mujhe mujh se mohabbat kyun karti ho? kahan se tu mohabbat tumhare dil mein aa gayi?" yeh poochein ge aap.</w:t>
      </w:r>
      <w:r>
        <w:br/>
      </w:r>
      <w:r>
        <w:rPr>
          <w:sz w:val="20"/>
        </w:rPr>
        <w:t>49:36  har bete ko pata hai ke us ki maan us se mohabbat karti hai. kya kisi bete ne kabhi poocha: "Ae maan, kahan se tum ko yeh mohabbat aa gayi jo tum mujh se mohabbat karti ho?" to meri samajh mein aaye, kuch baatein baghair poochhe jaani jati hain.</w:t>
      </w:r>
      <w:r>
        <w:br/>
      </w:r>
      <w:r>
        <w:rPr>
          <w:sz w:val="20"/>
        </w:rPr>
        <w:t>49:53  jo poocha hai, woh andha behra hai. woh maa se agar koi beta poochay to mein nahin, mujhe nahin samajhta koi maa uss ko jawab de gi. aap ghore kijiye, aap khud tajurba kar li jiye.</w:t>
      </w:r>
      <w:r>
        <w:br/>
      </w:r>
      <w:r>
        <w:rPr>
          <w:sz w:val="20"/>
        </w:rPr>
        <w:t>50:05  aap ja ke apni maa se poochain, yahan se wapsi ke baad ke: "aye maa, tu to mujh se mohabbat karti ho? tumhare andar jazba kahan se aa gaya mohabbat ka?" tajurba kar li jiye.</w:t>
      </w:r>
      <w:r>
        <w:br/>
      </w:r>
      <w:r>
        <w:rPr>
          <w:sz w:val="20"/>
        </w:rPr>
        <w:t>50:16  mujhe yaqeen hai ke aap ki maa kabhi jawab nahin de gi.</w:t>
      </w:r>
      <w:r>
        <w:br/>
      </w:r>
      <w:r>
        <w:rPr>
          <w:sz w:val="20"/>
        </w:rPr>
        <w:t>50:24  keh gi: "tum pagal ho!" to kuch cheezain pooch kar nahin jaani jaati hain. yaad rakhiye, woh bator discovery ki, aksar discovery ki buniyad par jaani jaati hain.</w:t>
      </w:r>
      <w:r>
        <w:br/>
      </w:r>
      <w:r>
        <w:rPr>
          <w:sz w:val="20"/>
        </w:rPr>
        <w:t>50:40  to Allah taala ne ghar hi mein aap ke yeh namoona kaam kar rakha hai ke kisi bete ne aaj tak nahin poocha apni maa se ke: "tum ko itni mohabbat kahan se aa gayi</w:t>
      </w:r>
      <w:r>
        <w:br/>
      </w:r>
      <w:r>
        <w:rPr>
          <w:sz w:val="20"/>
        </w:rPr>
        <w:t>50:50  ? meri maa, yeh batao, kaise tum ko mohabbat aa gayi?" to jo ziyada gehri baatein hain, jo ziyada bari baatein hain, jitni hi super marifat hai, woh sab pooch kar nahin aap janen ge.</w:t>
      </w:r>
      <w:r>
        <w:br/>
      </w:r>
      <w:r>
        <w:rPr>
          <w:sz w:val="20"/>
        </w:rPr>
        <w:t>51:09  aik ayat se logon ko bohat darna chahiye: "man kan fi hadiy ammah, fa hu fi al-akhirat ammah." bohat darna chahiye:</w:t>
      </w:r>
      <w:r>
        <w:br/>
      </w:r>
      <w:r>
        <w:rPr>
          <w:sz w:val="20"/>
        </w:rPr>
        <w:t>51:20  "man kan fi hadiy ammah, fa hu fi al-akhirat ammah." jo iss dunya mein andha raha, akhirat mein andha rahe ga. iss ka matlab kya hai?</w:t>
      </w:r>
      <w:r>
        <w:br/>
      </w:r>
      <w:r>
        <w:rPr>
          <w:sz w:val="20"/>
        </w:rPr>
        <w:t>51:30  Allah ne jo haqiqatein kholi hain, Allah ne jo baseerat ke darwazay kholay hain, Allah ne jo jo wisdom khola hai iss dunya mein,</w:t>
      </w:r>
      <w:r>
        <w:br/>
      </w:r>
      <w:r>
        <w:rPr>
          <w:sz w:val="20"/>
        </w:rPr>
        <w:t>51:49  iss ko aap ko khud daryaft karna paray ga.</w:t>
      </w:r>
      <w:r>
        <w:br/>
      </w:r>
      <w:r>
        <w:rPr>
          <w:sz w:val="20"/>
        </w:rPr>
        <w:t>51:56  kisi se poochay jaen ke: "tum ko kahan se wisdom aa gayi?" wohi andhay hain, wohi log andhay hain. kisi se ja ke poochain aap ke: "tum ko wisdom kahan se mil gayi?" tum ko kehte hain: "creative think kahan se aa gayi?" tum ko baseerat kahan se aa gayi?</w:t>
      </w:r>
      <w:r>
        <w:br/>
      </w:r>
      <w:r>
        <w:rPr>
          <w:sz w:val="20"/>
        </w:rPr>
        <w:t>52:11  to poochne wala bilashuba unhi andhon ki fehrist mein shamil kiya jaye ga</w:t>
      </w:r>
      <w:r>
        <w:br/>
      </w:r>
      <w:r>
        <w:rPr>
          <w:sz w:val="20"/>
        </w:rPr>
        <w:t>52:16  ke: "tum ne daryaft kyun nahin kiya apni maa ke baray mein?" to tum ne yeh sawal nahin kiya, yahan to koi sawal kar rahe ho.</w:t>
      </w:r>
    </w:p>
    <w:p>
      <w:pPr>
        <w:pStyle w:val="Heading2"/>
      </w:pPr>
      <w:r>
        <w:t>Companions redefine Prophet's prayer instruction</w:t>
      </w:r>
    </w:p>
    <w:p>
      <w:r>
        <w:rPr>
          <w:color w:val="666666"/>
          <w:sz w:val="18"/>
        </w:rPr>
        <w:t>Redefining Islam July 05, 2009 Maulana Wahiduddin Khan · 4m 03s · at 22:04 · https://youtu.be/JXY-MlXBy3Q?t=1324</w:t>
      </w:r>
    </w:p>
    <w:p>
      <w:r>
        <w:rPr>
          <w:i/>
        </w:rPr>
        <w:t>“Rasool Allah ne ek baar aisa hua”</w:t>
      </w:r>
    </w:p>
    <w:p>
      <w:r>
        <w:rPr>
          <w:sz w:val="20"/>
        </w:rPr>
        <w:t>22:04  rasool Allah ne ek baar aisa hua ke sahaba ke ek group ko bheja bano quraiza mein. bano quraiza is zamane mein ek basti, woh ek qabeela tha yahudiyon ka.</w:t>
      </w:r>
      <w:r>
        <w:br/>
      </w:r>
      <w:r>
        <w:rPr>
          <w:sz w:val="20"/>
        </w:rPr>
        <w:t>22:17  to madine se kuch door rehte the woh. to aap ne ek group bheja sahaba ka bano quraiza ki bastiyon ki taraf.</w:t>
      </w:r>
      <w:r>
        <w:br/>
      </w:r>
      <w:r>
        <w:rPr>
          <w:sz w:val="20"/>
        </w:rPr>
        <w:t>22:28  to jaate hue aap ne un ko yeh hidayat kar di ke la yusalliyan ahadukum al-asr illa fi bani quraiza. ke tum mein se koi shakhs asr ki namaz, dekhen unhon ne aap ne bheja tha zuhr ke baad.</w:t>
      </w:r>
      <w:r>
        <w:br/>
      </w:r>
      <w:r>
        <w:rPr>
          <w:sz w:val="20"/>
        </w:rPr>
        <w:t>22:46  aam taur par wahan is tarah ke waqiat zuhr ke baad hua karte the. to namaz zuhr ada kar ke unhein rawana kiya. aur farmaya ke dekho asr ki namaz tum log parhna us waqt jab tum pahunch jao un ki basti mein.</w:t>
      </w:r>
      <w:r>
        <w:br/>
      </w:r>
      <w:r>
        <w:rPr>
          <w:sz w:val="20"/>
        </w:rPr>
        <w:t>23:03  aur is mein is ka Translation yeh hoga ke tum hargiz namaz na parhna rastay mein. tum namaz parhna bano quraiza pahunch kar ke. yani koi taakeed thi is mein.</w:t>
      </w:r>
      <w:r>
        <w:br/>
      </w:r>
      <w:r>
        <w:rPr>
          <w:sz w:val="20"/>
        </w:rPr>
        <w:t>23:14  la yusalliyan taakeed ka hota hai arabi zaban mein. to kya hua?</w:t>
      </w:r>
      <w:r>
        <w:br/>
      </w:r>
      <w:r>
        <w:rPr>
          <w:sz w:val="20"/>
        </w:rPr>
        <w:t>23:22  yeh log is zamane mein hawai jahaz to hota nahi tha. oonton par safar hota tha. to bano quraiza pahunchne se kuch pehle hi unhon ne dekha ke idhar suraj doobne ja raha hai.</w:t>
      </w:r>
      <w:r>
        <w:br/>
      </w:r>
      <w:r>
        <w:rPr>
          <w:sz w:val="20"/>
        </w:rPr>
        <w:t>23:36  aur hum wahan pahunchenge to asr ki namaz ka waqt khatm ho chuka hoga. to ab ikhtilaf ho gaya ke kya kiya jaye. to kuch logon ne kaha ke rasool Allah ne farmaya hai ke wahin pahunch kar namaz parhna to hum to wahin jayenge.</w:t>
      </w:r>
      <w:r>
        <w:br/>
      </w:r>
      <w:r>
        <w:rPr>
          <w:sz w:val="20"/>
        </w:rPr>
        <w:t>23:52  beech mein namaz asr ki nahi padhenge hum. achha kuch logon ne darmiyan mein namaz parh liya.</w:t>
      </w:r>
      <w:r>
        <w:br/>
      </w:r>
      <w:r>
        <w:rPr>
          <w:sz w:val="20"/>
        </w:rPr>
        <w:t>24:04  kyun ke un ko khatra hua ke namaz ka waqt hi nikal jayega pahunchte pahunchte.</w:t>
      </w:r>
      <w:r>
        <w:br/>
      </w:r>
      <w:r>
        <w:rPr>
          <w:sz w:val="20"/>
        </w:rPr>
        <w:t>24:15  to ulama ne likha hai, aap is ko parh sakte hain ke jin logon ne beech mein namaz parhai wahi sahih the. halanke dekhen unhon ne bilkul rasool Allah ne jo kaha tha us ke khilaf kiya tha unhon ne.</w:t>
      </w:r>
      <w:r>
        <w:br/>
      </w:r>
      <w:r>
        <w:rPr>
          <w:sz w:val="20"/>
        </w:rPr>
        <w:t>24:30  rasool Allah ne farmaya tha ke la yusalliyan ahadukum al-asr illa fi bani quraiza. tum hargiz namaz na parhna beech mein.</w:t>
      </w:r>
      <w:r>
        <w:br/>
      </w:r>
      <w:r>
        <w:rPr>
          <w:sz w:val="20"/>
        </w:rPr>
        <w:t>24:40  jab pahunch jana tab namaz parhna. is ke khilaf kiya unhon ne. lekin ulama ne yeh ko sahih bataya. kyun?</w:t>
      </w:r>
      <w:r>
        <w:br/>
      </w:r>
      <w:r>
        <w:rPr>
          <w:sz w:val="20"/>
        </w:rPr>
        <w:t>24:49  jo sahaba darmiyan mein namaz parha jin logon ne to unhon ne kaha ke tum log samajh literal taur par liye hue ho.</w:t>
      </w:r>
      <w:r>
        <w:br/>
      </w:r>
      <w:r>
        <w:rPr>
          <w:sz w:val="20"/>
        </w:rPr>
        <w:t>25:00  lekin to is ko is ke is ko is ki spirit ko nahi le rahe ho. spirit kya thi? to unhon ne kaha inma aradah tajir al-sair.</w:t>
      </w:r>
      <w:r>
        <w:br/>
      </w:r>
      <w:r>
        <w:rPr>
          <w:sz w:val="20"/>
        </w:rPr>
        <w:t>25:11  inma huwa aradah tajir al-sair. la ta'khir al-salat. rasool Allah ne jab yeh kaha tha to aap ka matlab tha ke tezi se jao, tezi se jao.</w:t>
      </w:r>
      <w:r>
        <w:br/>
      </w:r>
      <w:r>
        <w:rPr>
          <w:sz w:val="20"/>
        </w:rPr>
        <w:t>25:23  yeh matlab nahi ke bas namaz parho mutasir ki. woh ek andaaz tha, ek style tha ek kehne ka ke is se murad thi tezi se jao.</w:t>
      </w:r>
      <w:r>
        <w:br/>
      </w:r>
      <w:r>
        <w:rPr>
          <w:sz w:val="20"/>
        </w:rPr>
        <w:t>25:36  inma huwa aradah tajir al-sair.</w:t>
      </w:r>
      <w:r>
        <w:br/>
      </w:r>
      <w:r>
        <w:rPr>
          <w:sz w:val="20"/>
        </w:rPr>
        <w:t>25:41  yeh hai Redefinition. yani khuli khuli lafz thi, khuli khuli shart thi rasool Allah ke, is ko unhon ne Redefine kiya. aur darmiyan mein namaz parh liya.</w:t>
      </w:r>
      <w:r>
        <w:br/>
      </w:r>
      <w:r>
        <w:rPr>
          <w:sz w:val="20"/>
        </w:rPr>
        <w:t>25:54  is se aap andaza kar sakte hain ke islam mein Redefinition bohat hi Important aik aik usool hai, aik Principle hai. lekin maujooda zamane mein yeh nahi kiya logon ne.</w:t>
      </w:r>
    </w:p>
    <w:p>
      <w:pPr>
        <w:pStyle w:val="Heading2"/>
      </w:pPr>
      <w:r>
        <w:t>Deconditioning to become creative da'i</w:t>
      </w:r>
    </w:p>
    <w:p>
      <w:r>
        <w:rPr>
          <w:color w:val="666666"/>
          <w:sz w:val="18"/>
        </w:rPr>
        <w:t>Dayee A Creative Thinker April 23, 2020 Maulana Wahiduddin Khan · 3m 49s · at 17:24 · https://youtu.be/RPxh-QbC0vc?t=1044</w:t>
      </w:r>
    </w:p>
    <w:p>
      <w:r>
        <w:rPr>
          <w:i/>
        </w:rPr>
        <w:t>“Dekhiye, creative thinker banne ke liye zaroori hai”</w:t>
      </w:r>
    </w:p>
    <w:p>
      <w:r>
        <w:rPr>
          <w:sz w:val="20"/>
        </w:rPr>
        <w:t>17:24  dekhiye, creative thinker banne ke liye zaroori hai ke aap ko bhi yeh boota ho ke aap apni conditioning ko tod saken.</w:t>
      </w:r>
      <w:r>
        <w:br/>
      </w:r>
      <w:r>
        <w:rPr>
          <w:sz w:val="20"/>
        </w:rPr>
        <w:t>17:37  dekhiye, insaan jab paida hota hai</w:t>
      </w:r>
      <w:r>
        <w:br/>
      </w:r>
      <w:r>
        <w:rPr>
          <w:sz w:val="20"/>
        </w:rPr>
        <w:t>17:42  to hadith mein khud aata hai ke: "kal</w:t>
      </w:r>
      <w:r>
        <w:br/>
      </w:r>
      <w:r>
        <w:rPr>
          <w:sz w:val="20"/>
        </w:rPr>
        <w:t>17:53  har aadmi yaad rakhiye, conditioning ka case hota hai. har aadmi kal har aadmi conditioning ka case hota hai.</w:t>
      </w:r>
      <w:r>
        <w:br/>
      </w:r>
      <w:r>
        <w:rPr>
          <w:sz w:val="20"/>
        </w:rPr>
        <w:t>18:05  jis aadmi ke andar yeh himmat ho ke woh apni conditioning ko todega,</w:t>
      </w:r>
      <w:r>
        <w:br/>
      </w:r>
      <w:r>
        <w:rPr>
          <w:sz w:val="20"/>
        </w:rPr>
        <w:t>18:10  khud apne hathoron se, apne hathoron se, wohi aadmi creative thinker ban sakta hai.</w:t>
      </w:r>
      <w:r>
        <w:br/>
      </w:r>
      <w:r>
        <w:rPr>
          <w:sz w:val="20"/>
        </w:rPr>
        <w:t>18:21  warna nahin.</w:t>
      </w:r>
      <w:r>
        <w:br/>
      </w:r>
      <w:r>
        <w:rPr>
          <w:sz w:val="20"/>
        </w:rPr>
        <w:t>18:27  yeh himmat paida kijiye ke aap khud apni conditioning ko apne haath se todenge, tab aap creative thinker ban sakte hain.</w:t>
      </w:r>
      <w:r>
        <w:br/>
      </w:r>
      <w:r>
        <w:rPr>
          <w:sz w:val="20"/>
        </w:rPr>
        <w:t>18:39  warna naam ke nahin. ikhalisto. mahalisto, mahalisto, mahalisto.</w:t>
      </w:r>
      <w:r>
        <w:br/>
      </w:r>
      <w:r>
        <w:rPr>
          <w:sz w:val="20"/>
        </w:rPr>
        <w:t>18:49  kya hai woh? mahalisto</w:t>
      </w:r>
      <w:r>
        <w:br/>
      </w:r>
      <w:r>
        <w:rPr>
          <w:sz w:val="20"/>
        </w:rPr>
        <w:t>18:53  jinnu.</w:t>
      </w:r>
      <w:r>
        <w:br/>
      </w:r>
      <w:r>
        <w:rPr>
          <w:sz w:val="20"/>
        </w:rPr>
        <w:t>18:57  to yaad rakhiye, hota yeh hai ke har aadmi kisi mahaul mein paida hota hai. kisi mahaul mein, kisi institution mein.</w:t>
      </w:r>
      <w:r>
        <w:br/>
      </w:r>
      <w:r>
        <w:rPr>
          <w:sz w:val="20"/>
        </w:rPr>
        <w:t>19:12  to nazariya yeh hota hai ke bilkul shuru se uski conditioning shuru ho jati hai.</w:t>
      </w:r>
      <w:r>
        <w:br/>
      </w:r>
      <w:r>
        <w:rPr>
          <w:sz w:val="20"/>
        </w:rPr>
        <w:t>19:24  shuru se maa baap, ghar wale, mahaul, jo bhi uske atraf ki duniya hai, woh subah shaam usko</w:t>
      </w:r>
      <w:r>
        <w:br/>
      </w:r>
      <w:r>
        <w:rPr>
          <w:sz w:val="20"/>
        </w:rPr>
        <w:t>19:44  ek khaas model par dhalati hai. Yahan tak ke woh ek dhara dhara insaan ban jata hai.</w:t>
      </w:r>
      <w:r>
        <w:br/>
      </w:r>
      <w:r>
        <w:rPr>
          <w:sz w:val="20"/>
        </w:rPr>
        <w:t>20:00  baat ko yaad rakhiye, kisi insaan ka, koi bhi insaan, is mein koi exception nahi hai. Kisi insaan ka pehla kaam yeh hai ke woh jaane ke meri conditioning kis tarah hui hai.</w:t>
      </w:r>
      <w:r>
        <w:br/>
      </w:r>
      <w:r>
        <w:rPr>
          <w:sz w:val="20"/>
        </w:rPr>
        <w:t>20:21  yeh jaanna aur usko todna, yani apni apni deconditioning karna, apni conditioning ko decondition karna.</w:t>
      </w:r>
      <w:r>
        <w:br/>
      </w:r>
      <w:r>
        <w:rPr>
          <w:sz w:val="20"/>
        </w:rPr>
        <w:t>20:35  main kehta hoon ke insaan ka pehla kaam yeh hai, koi bhi ho, bade se woh aalim ho, koi bhi ho,</w:t>
      </w:r>
      <w:r>
        <w:br/>
      </w:r>
      <w:r>
        <w:rPr>
          <w:sz w:val="20"/>
        </w:rPr>
        <w:t>20:43  pehla kaam yeh hai ke woh apni conditioning ko tode aur apne aap ko decondition insaan banaye.</w:t>
      </w:r>
      <w:r>
        <w:br/>
      </w:r>
      <w:r>
        <w:rPr>
          <w:sz w:val="20"/>
        </w:rPr>
        <w:t>20:56  tab woh banega creative thinker, creative daai. Allah ka matloob insaan, Allah ka matloob insaan, Allah ka matloob insaan.</w:t>
      </w:r>
    </w:p>
    <w:p>
      <w:pPr>
        <w:pStyle w:val="Heading2"/>
      </w:pPr>
      <w:r>
        <w:t>reflecting on Ibrahim's Quranic duas and crafting your own</w:t>
      </w:r>
    </w:p>
    <w:p>
      <w:r>
        <w:rPr>
          <w:color w:val="666666"/>
          <w:sz w:val="18"/>
        </w:rPr>
        <w:t>Message of Eid Al-Adha July 10, 2022 · 4m 47s · at 21:59 · https://youtu.be/3UrMEgt8GYA?t=1319</w:t>
      </w:r>
    </w:p>
    <w:p>
      <w:r>
        <w:rPr>
          <w:i/>
        </w:rPr>
        <w:t>“Jab baat dua ki aayi to maine kuch ghaur kiya”</w:t>
      </w:r>
    </w:p>
    <w:p>
      <w:r>
        <w:rPr>
          <w:sz w:val="20"/>
        </w:rPr>
        <w:t>21:59  Jab baat dua ki aai to maine kuch ghaur kiya aur Maulana Farhan sahib se bhi discuss kiya to yeh baat samajh mein aai keh</w:t>
      </w:r>
      <w:r>
        <w:br/>
      </w:r>
      <w:r>
        <w:rPr>
          <w:sz w:val="20"/>
        </w:rPr>
        <w:t>22:20  Yeh Hajj ka Islam ke arkaan mein se ek ahem rukun Hajj hai aur iska ek ahem hissa qurbani hai jo hum aaj Eid al-Adha ke naam par mana rahe hain.</w:t>
      </w:r>
      <w:r>
        <w:br/>
      </w:r>
      <w:r>
        <w:rPr>
          <w:sz w:val="20"/>
        </w:rPr>
        <w:t>22:35  Yeh sara ka sara Hazrat Ibrahim Alaihis Salam ki zindagi se taalluq rakhne wale, rakhne wala mamla hai.</w:t>
      </w:r>
      <w:r>
        <w:br/>
      </w:r>
      <w:r>
        <w:rPr>
          <w:sz w:val="20"/>
        </w:rPr>
        <w:t>22:46  To yeh sochte hue keh aakhir yeh kya baat hai keh Hazrat Ibrahim Alaihis Salat Was Salam ki zindagi ki itni badi importance kyun hai? To isi se mutaalliq abhi aap ne, um, Doctor Fareeda Khanum sahiba se aur Doctor Sani Hasnain sahib se bhi suna.</w:t>
      </w:r>
      <w:r>
        <w:br/>
      </w:r>
      <w:r>
        <w:rPr>
          <w:sz w:val="20"/>
        </w:rPr>
        <w:t>23:05  To isi ke madde nazar mujhe ghaur karte hue yeh baat samajh mein aai keh waqai Hazrat Ibrahim Alaihis Salam ki duaen bhi bohat hi, um, unique hain.</w:t>
      </w:r>
      <w:r>
        <w:br/>
      </w:r>
      <w:r>
        <w:rPr>
          <w:sz w:val="20"/>
        </w:rPr>
        <w:t>23:14  Jo un ki duaen Quran mein naql ki gai hain, bohat zyada hain. Aur un ki duaon ke andar yeh chhalakta hai keh un ki spirit kya thi, un ki planning kya thi, aur un ke,</w:t>
      </w:r>
      <w:r>
        <w:br/>
      </w:r>
      <w:r>
        <w:rPr>
          <w:sz w:val="20"/>
        </w:rPr>
        <w:t>23:30  Um, un, un ke spirit ka level kya tha. Yeh sari cheezein is ke andar dikhai deti hain.</w:t>
      </w:r>
      <w:r>
        <w:br/>
      </w:r>
      <w:r>
        <w:rPr>
          <w:sz w:val="20"/>
        </w:rPr>
        <w:t>23:35  To maine Quran ki, um, ek ayat Surah Baqarah ki 128ween ayat jis mein Hazrat Ibrahim Alaihis Salam ki dua hai, jab is ko nikala to mujhe laga keh, um, yeh duaen Hazrat Ibrahim Alaihis Salam ki aaj ke din sabhi logon ko Quran se nikaal kar parhna chahiye.</w:t>
      </w:r>
      <w:r>
        <w:br/>
      </w:r>
      <w:r>
        <w:rPr>
          <w:sz w:val="20"/>
        </w:rPr>
        <w:t>23:54  Aur phir isi ki roshni mein humein apni duaen creative way mein karna chahiye Khuda se.</w:t>
      </w:r>
      <w:r>
        <w:br/>
      </w:r>
      <w:r>
        <w:rPr>
          <w:sz w:val="20"/>
        </w:rPr>
        <w:t>24:00  toh jaise hazrat ibrahim alaihissalam ki dua yahan par naqal ki gayi hai rabbana waj alna muslimeen lak</w:t>
      </w:r>
      <w:r>
        <w:br/>
      </w:r>
      <w:r>
        <w:rPr>
          <w:sz w:val="20"/>
        </w:rPr>
        <w:t>24:05  wa min dhurriyyatina ummatan muslimatan lak warina manasikana wa tub alayna innaka ant at tawwab ur rahim rabbana wab aath fihim rasulan minhum yattlu</w:t>
      </w:r>
      <w:r>
        <w:br/>
      </w:r>
      <w:r>
        <w:rPr>
          <w:sz w:val="20"/>
        </w:rPr>
        <w:t>24:16  alayhim ayatik wa yu allimuhum al kitaba wal hikmata wa yuzakkihim innaka ant al aziz ul hakim</w:t>
      </w:r>
      <w:r>
        <w:br/>
      </w:r>
      <w:r>
        <w:rPr>
          <w:sz w:val="20"/>
        </w:rPr>
        <w:t>24:24  iska tarjuma is tarah hai ke</w:t>
      </w:r>
      <w:r>
        <w:br/>
      </w:r>
      <w:r>
        <w:rPr>
          <w:sz w:val="20"/>
        </w:rPr>
        <w:t>24:30  ae hamare rab,</w:t>
      </w:r>
      <w:r>
        <w:br/>
      </w:r>
      <w:r>
        <w:rPr>
          <w:sz w:val="20"/>
        </w:rPr>
        <w:t>24:32  To humein tera farmanbardar banda bana</w:t>
      </w:r>
      <w:r>
        <w:br/>
      </w:r>
      <w:r>
        <w:rPr>
          <w:sz w:val="20"/>
        </w:rPr>
        <w:t>24:38  Aur hamari aulad mein se ek mutee aur farmanbardar ummat paida farma aur hum ko hamare manasik bata de aur tu hamari maghfirat farma.</w:t>
      </w:r>
      <w:r>
        <w:br/>
      </w:r>
      <w:r>
        <w:rPr>
          <w:sz w:val="20"/>
        </w:rPr>
        <w:t>24:53  Be shak tu maaf karne wala hai, reham karne wala hai.</w:t>
      </w:r>
      <w:r>
        <w:br/>
      </w:r>
      <w:r>
        <w:rPr>
          <w:sz w:val="20"/>
        </w:rPr>
        <w:t>24:58  Aye hamare Rabb, un ke andar ek rasool bhej jo un ke darmiyaan teri aayaton ki tilawat karta rahe aur un ko kitab o hikmat sikhata rahe aur un ka tazkiya karta rahe.</w:t>
      </w:r>
      <w:r>
        <w:br/>
      </w:r>
      <w:r>
        <w:rPr>
          <w:sz w:val="20"/>
        </w:rPr>
        <w:t>25:19  Be shak tu aziz aur hakeem hai, zabardast aur hikmat wala hai.</w:t>
      </w:r>
      <w:r>
        <w:br/>
      </w:r>
      <w:r>
        <w:rPr>
          <w:sz w:val="20"/>
        </w:rPr>
        <w:t>25:25  To un aayaton mein agar hum dekhte hain to isi ki roshni mein mere zehen se, mere zehen mein bhi yahi duaen nikalne lagin keh hum yeh dua karein keh Khudaya, humein zindagi bhar tere mission par qaim aur daim rakh jo Hazrat Ibrahim Alaihis Salat Was Salam ne apni zindagi mein,</w:t>
      </w:r>
      <w:r>
        <w:br/>
      </w:r>
      <w:r>
        <w:rPr>
          <w:sz w:val="20"/>
        </w:rPr>
        <w:t>25:45  Um, jis ka namuna pesh kiya hai. Aur tere raste par qaim rakh aur teri marifat hum par khol de.</w:t>
      </w:r>
      <w:r>
        <w:br/>
      </w:r>
      <w:r>
        <w:rPr>
          <w:sz w:val="20"/>
        </w:rPr>
        <w:t>25:59  Aur jo Hazrat Ibrahim Alaihis Salam ne jis rasool ki baat kahi, us rasool ki, jis rasool ki dua ki hai, us rasool ke hum waris</w:t>
      </w:r>
      <w:r>
        <w:br/>
      </w:r>
      <w:r>
        <w:rPr>
          <w:sz w:val="20"/>
        </w:rPr>
        <w:t>26:09  Hain. To khudaya, tu mujhe un ki dua ke nateeje mein, um, mujhe ek sacha da'ee bana jo main apni zindagi ko is mission ke liye, is dawaati mission aur cause ke liye</w:t>
      </w:r>
      <w:r>
        <w:br/>
      </w:r>
      <w:r>
        <w:rPr>
          <w:sz w:val="20"/>
        </w:rPr>
        <w:t>26:24  Nichawar kar sakoon, qurban kar sakoon, sacrifice kar sakoon. Aur teri marifat mujhe ata farma. Is tarah duaen mere zehen se nikalne lagin</w:t>
      </w:r>
      <w:r>
        <w:br/>
      </w:r>
      <w:r>
        <w:rPr>
          <w:sz w:val="20"/>
        </w:rPr>
        <w:t>26:37  To main chahta hoon keh hum sab bhi isi tareeqe se Hazrat Ibrahim Alaihis Salam ki duaon ko parhen aur phir is ke baad apni creative duaen bhi hum karte rahen.</w:t>
      </w:r>
    </w:p>
    <w:p>
      <w:pPr>
        <w:pStyle w:val="Heading2"/>
      </w:pPr>
      <w:r>
        <w:t>purifying the soul as the whole point of life</w:t>
      </w:r>
    </w:p>
    <w:p>
      <w:r>
        <w:rPr>
          <w:color w:val="666666"/>
          <w:sz w:val="18"/>
        </w:rPr>
        <w:t>What is Islam March 17, 2007 · 4m 01s · at 1:09:48 · https://youtu.be/xEDxZmsi3Mg?t=4188</w:t>
      </w:r>
    </w:p>
    <w:p>
      <w:r>
        <w:rPr>
          <w:i/>
        </w:rPr>
        <w:t>“You have to build a personality that deserves paradise”</w:t>
      </w:r>
    </w:p>
    <w:p>
      <w:r>
        <w:rPr>
          <w:sz w:val="20"/>
        </w:rPr>
        <w:t>1:09:48  I think that the crux of the issue or chest of the issue is that you have to build your mind.</w:t>
      </w:r>
      <w:r>
        <w:br/>
      </w:r>
      <w:r>
        <w:rPr>
          <w:sz w:val="20"/>
        </w:rPr>
        <w:t>1:10:01  You have to build a personality that deserve to find entry into paradise.</w:t>
      </w:r>
      <w:r>
        <w:br/>
      </w:r>
      <w:r>
        <w:rPr>
          <w:sz w:val="20"/>
        </w:rPr>
        <w:t>1:10:10  God sent you in this earth with complete freedom. Complete freedom.</w:t>
      </w:r>
      <w:r>
        <w:br/>
      </w:r>
      <w:r>
        <w:rPr>
          <w:sz w:val="20"/>
        </w:rPr>
        <w:t>1:10:20  But at the same time, there are so many negative items in this world. You have to live in a society.</w:t>
      </w:r>
      <w:r>
        <w:br/>
      </w:r>
      <w:r>
        <w:rPr>
          <w:sz w:val="20"/>
        </w:rPr>
        <w:t>1:10:29  Everyone of the society has the same enjoy the same freedom which you enjoy. So, everyone is free.</w:t>
      </w:r>
      <w:r>
        <w:br/>
      </w:r>
      <w:r>
        <w:rPr>
          <w:sz w:val="20"/>
        </w:rPr>
        <w:t>1:10:39  So, every time, there are some un present situation for you. Every time, there are bad things for you.</w:t>
      </w:r>
      <w:r>
        <w:br/>
      </w:r>
      <w:r>
        <w:rPr>
          <w:sz w:val="20"/>
        </w:rPr>
        <w:t>1:10:49  So, you become angry.</w:t>
      </w:r>
      <w:r>
        <w:br/>
      </w:r>
      <w:r>
        <w:rPr>
          <w:sz w:val="20"/>
        </w:rPr>
        <w:t>1:10:54  Here is the, here is the real test</w:t>
      </w:r>
      <w:r>
        <w:br/>
      </w:r>
      <w:r>
        <w:rPr>
          <w:sz w:val="20"/>
        </w:rPr>
        <w:t>1:10:59  . There is a verse in the Quran: "zalqah jaza mantzqa" . Paradise is for those who</w:t>
      </w:r>
      <w:r>
        <w:br/>
      </w:r>
      <w:r>
        <w:rPr>
          <w:sz w:val="20"/>
        </w:rPr>
        <w:t>1:11:13  purify der soul.</w:t>
      </w:r>
      <w:r>
        <w:br/>
      </w:r>
      <w:r>
        <w:rPr>
          <w:sz w:val="20"/>
        </w:rPr>
        <w:t>1:11:18  paradise for those who purify their soul. So, only purified person can find entry into the paradise.</w:t>
      </w:r>
      <w:r>
        <w:br/>
      </w:r>
      <w:r>
        <w:rPr>
          <w:sz w:val="20"/>
        </w:rPr>
        <w:t>1:11:29  to, heer in this world, we ar far this purpose to purify our soul.</w:t>
      </w:r>
      <w:r>
        <w:br/>
      </w:r>
      <w:r>
        <w:rPr>
          <w:sz w:val="20"/>
        </w:rPr>
        <w:t>1:11:38  now, what iz to purify our soul? what iz this purification</w:t>
      </w:r>
      <w:r>
        <w:br/>
      </w:r>
      <w:r>
        <w:rPr>
          <w:sz w:val="20"/>
        </w:rPr>
        <w:t>1:11:46  ? it iz to save yourself from negativity, to save yourself from anger, to save yourself from intolerance, to save yourself from dishonesty, to save yourself from injustice.</w:t>
      </w:r>
      <w:r>
        <w:br/>
      </w:r>
      <w:r>
        <w:rPr>
          <w:sz w:val="20"/>
        </w:rPr>
        <w:t>1:12:04  in this world, every time, you ar living in a challenge</w:t>
      </w:r>
      <w:r>
        <w:br/>
      </w:r>
      <w:r>
        <w:rPr>
          <w:sz w:val="20"/>
        </w:rPr>
        <w:t>1:12:11  . every time, der ar,</w:t>
      </w:r>
      <w:r>
        <w:br/>
      </w:r>
      <w:r>
        <w:rPr>
          <w:sz w:val="20"/>
        </w:rPr>
        <w:t>1:12:16  There are bad things for you. Every time, your Satan guides you towards these bad things.</w:t>
      </w:r>
      <w:r>
        <w:br/>
      </w:r>
      <w:r>
        <w:rPr>
          <w:sz w:val="20"/>
        </w:rPr>
        <w:t>1:12:31  Satan is with you every time to misguide you, to save yourself from misguidance of Satan.</w:t>
      </w:r>
      <w:r>
        <w:br/>
      </w:r>
      <w:r>
        <w:rPr>
          <w:sz w:val="20"/>
        </w:rPr>
        <w:t>1:12:41  Satan wants to misguide you, and you have to save yourself from misguidance, to save yourself from dishonesty, to save yourself from intolerance, to yourself, to save yourself from injustice,</w:t>
      </w:r>
      <w:r>
        <w:br/>
      </w:r>
      <w:r>
        <w:rPr>
          <w:sz w:val="20"/>
        </w:rPr>
        <w:t>1:13:04  to yourself, to save yourself from</w:t>
      </w:r>
      <w:r>
        <w:br/>
      </w:r>
      <w:r>
        <w:rPr>
          <w:sz w:val="20"/>
        </w:rPr>
        <w:t>1:13:09  all those bad characters.</w:t>
      </w:r>
      <w:r>
        <w:br/>
      </w:r>
      <w:r>
        <w:rPr>
          <w:sz w:val="20"/>
        </w:rPr>
        <w:t>1:13:15  so, one who succeeds successfully saves him self from this bad thing, he will be rewarded paradise.</w:t>
      </w:r>
      <w:r>
        <w:br/>
      </w:r>
      <w:r>
        <w:rPr>
          <w:sz w:val="20"/>
        </w:rPr>
        <w:t>1:13:25  paradise is for those people who die and they have purified their soul.</w:t>
      </w:r>
      <w:r>
        <w:br/>
      </w:r>
      <w:r>
        <w:rPr>
          <w:sz w:val="20"/>
        </w:rPr>
        <w:t>1:13:37  this is the only criteria for finding seat in paradise.</w:t>
      </w:r>
    </w:p>
    <w:p>
      <w:pPr>
        <w:pStyle w:val="Heading2"/>
      </w:pPr>
      <w:r>
        <w:t>Unity through mission not sermons</w:t>
      </w:r>
    </w:p>
    <w:p>
      <w:r>
        <w:rPr>
          <w:color w:val="666666"/>
          <w:sz w:val="18"/>
        </w:rPr>
        <w:t>Revival of Abrahamic Mission October 28, 2012 Maulana Wahiduddin Khan · 4m 58s · at 29:03 · https://youtu.be/_lPI1oLa-00?t=1743</w:t>
      </w:r>
    </w:p>
    <w:p>
      <w:r>
        <w:rPr>
          <w:i/>
        </w:rPr>
        <w:t>“I have been hearing about unity since childhood but it never happens.”</w:t>
      </w:r>
    </w:p>
    <w:p>
      <w:r>
        <w:rPr>
          <w:sz w:val="20"/>
        </w:rPr>
        <w:t>29:03  mein akhbar mein parh raha tha ke wahan par jo imam-e-haram hain, jo wahan mufti-e-azam hain, un ki taqreeren hain. to is mein unhon ne zor diya ittehad par ke sare dunya ke musalman muttahid ho jayen.</w:t>
      </w:r>
      <w:r>
        <w:br/>
      </w:r>
      <w:r>
        <w:rPr>
          <w:sz w:val="20"/>
        </w:rPr>
        <w:t>29:19  dekhiye ittehad ki baat mein apne bachpan se sunta aya hoon. har jalse mein, har hajj mein, har mauqe par ittehad, ittehad, ittehad.</w:t>
      </w:r>
      <w:r>
        <w:br/>
      </w:r>
      <w:r>
        <w:rPr>
          <w:sz w:val="20"/>
        </w:rPr>
        <w:t>29:30  lekin aaj tak musalmanon mein ittehad nahi aya. yeh baat har hajj mein wahan jo imam taqreer karta hai, jo khutba deta hai, us mein yeh baat kahi jati hai ke sab log muttahid ho jao.</w:t>
      </w:r>
      <w:r>
        <w:br/>
      </w:r>
      <w:r>
        <w:rPr>
          <w:sz w:val="20"/>
        </w:rPr>
        <w:t>29:47  to ittehad kyun nahi? kyun musalman muttahid nahi? is ki wajah kya hai?</w:t>
      </w:r>
      <w:r>
        <w:br/>
      </w:r>
      <w:r>
        <w:rPr>
          <w:sz w:val="20"/>
        </w:rPr>
        <w:t>29:57  dekhiye ittehad wahan sermon se nahi ata. aap sermon dete hain to ittehad paida ho jaye. It is quite impossible.</w:t>
      </w:r>
      <w:r>
        <w:br/>
      </w:r>
      <w:r>
        <w:rPr>
          <w:sz w:val="20"/>
        </w:rPr>
        <w:t>30:08  aap ko musalmanon ko ek mission dena hoga. mission!</w:t>
      </w:r>
      <w:r>
        <w:br/>
      </w:r>
      <w:r>
        <w:rPr>
          <w:sz w:val="20"/>
        </w:rPr>
        <w:t>30:15  yeh mission hai jo logon ko muttahid karta hai. sermon nahi. woh sermon jo aap haram-e-Makkah mein dein, haram-e-Madinah mein dein ya kahin bhi dein, aap hamare paak par khare ho kar dein, Jibreel rehmat par khare ho kar dein.</w:t>
      </w:r>
      <w:r>
        <w:br/>
      </w:r>
      <w:r>
        <w:rPr>
          <w:sz w:val="20"/>
        </w:rPr>
        <w:t>30:34  agar aap ittehad, ittehad, ittehad kahenge to ittehad nahi ata is se.</w:t>
      </w:r>
      <w:r>
        <w:br/>
      </w:r>
      <w:r>
        <w:rPr>
          <w:sz w:val="20"/>
        </w:rPr>
        <w:t>30:41  aap ko ek mission dena hoga. mission! tab log muttahid ho kar woh mission mein lagen ge.</w:t>
      </w:r>
      <w:r>
        <w:br/>
      </w:r>
      <w:r>
        <w:rPr>
          <w:sz w:val="20"/>
        </w:rPr>
        <w:t>30:49  woh mission kya hai? woh mission hai dawat. dawat-e-Allah. yani sare insanon ko Allah ke creation plan se agah karna, jaisa ke paighambar-e-Islam ne agah kiya.</w:t>
      </w:r>
      <w:r>
        <w:br/>
      </w:r>
      <w:r>
        <w:rPr>
          <w:sz w:val="20"/>
        </w:rPr>
        <w:t>31:06  yeh mission! aur yeh batana padega ke isi mission par tum ko jannat milne wali hai. sirf janwar zabah kar diya to us par jannat nahi milegi.</w:t>
      </w:r>
      <w:r>
        <w:br/>
      </w:r>
      <w:r>
        <w:rPr>
          <w:sz w:val="20"/>
        </w:rPr>
        <w:t>31:16  yeh kehna padega ke aap ne wahan ja kar janwar zabah kar diya to aap ko jannat mil gayi. yeh impossible hai.</w:t>
      </w:r>
      <w:r>
        <w:br/>
      </w:r>
      <w:r>
        <w:rPr>
          <w:sz w:val="20"/>
        </w:rPr>
        <w:t>31:24  yeh namumkin hai.</w:t>
      </w:r>
      <w:r>
        <w:br/>
      </w:r>
      <w:r>
        <w:rPr>
          <w:sz w:val="20"/>
        </w:rPr>
        <w:t>31:28  jannat milegi Rasool Allah ke mission ko poora karne par. yani dawat-e-Allah ke liye jahad karne par.</w:t>
      </w:r>
      <w:r>
        <w:br/>
      </w:r>
      <w:r>
        <w:rPr>
          <w:sz w:val="20"/>
        </w:rPr>
        <w:t>31:39  woh nijat milne wale nahi hain. to jab tak aap mission ka tasawwur na dein, us mission ko logon ke mind mein inculcate na kar dein, tab tak yaad rakhiye kabhi ittehad paida nahi ho sakta hai.</w:t>
      </w:r>
      <w:r>
        <w:br/>
      </w:r>
      <w:r>
        <w:rPr>
          <w:sz w:val="20"/>
        </w:rPr>
        <w:t>32:00  tab tak ittehad paida nahi ho sakta hai. wahan par aap ko yeh kehna hai ke dekho yahan par 198 countries ko jo ikattha hai, jo nahi hai, woh bhi modern communication jo hai, us ke zariye se hamari awaz sun rahe hain.</w:t>
      </w:r>
      <w:r>
        <w:br/>
      </w:r>
      <w:r>
        <w:rPr>
          <w:sz w:val="20"/>
        </w:rPr>
        <w:t>32:19  yani sari dunya ke log sun rahe hain is awaz ko jo ek jagah se buland ho rahi hai. to Allah taala ne yeh communication ka zamana kyun paida kiya?</w:t>
      </w:r>
      <w:r>
        <w:br/>
      </w:r>
      <w:r>
        <w:rPr>
          <w:sz w:val="20"/>
        </w:rPr>
        <w:t>32:33  What is the purpose of this age of communication? woh hai ke paighambar-e-Islam ke mission ko international level par pahunchaya jaye.</w:t>
      </w:r>
      <w:r>
        <w:br/>
      </w:r>
      <w:r>
        <w:rPr>
          <w:sz w:val="20"/>
        </w:rPr>
        <w:t>32:47  Rasool Allah ke mission ko internationalize karne ke liye hai yeh. yeh sab diya jaye.</w:t>
      </w:r>
      <w:r>
        <w:br/>
      </w:r>
      <w:r>
        <w:rPr>
          <w:sz w:val="20"/>
        </w:rPr>
        <w:t>32:57  to jab is tarah se prepared mind ho kar ke jayenge log hajj karne,</w:t>
      </w:r>
      <w:r>
        <w:br/>
      </w:r>
      <w:r>
        <w:rPr>
          <w:sz w:val="20"/>
        </w:rPr>
        <w:t>33:04  yani haji prepared mind ho, wahan par jo aadmi bol raha hai, jo khutba de raha hai, woh khud bohat zyada bashaoor ho, us ko pata ho ke kya mujhe kehna hai, kya baat, kaun si baat logon ke mind ko address karegi,</w:t>
      </w:r>
      <w:r>
        <w:br/>
      </w:r>
      <w:r>
        <w:rPr>
          <w:sz w:val="20"/>
        </w:rPr>
        <w:t>33:24  kaun si baat logon ko mission ka tasawwur degi.</w:t>
      </w:r>
      <w:r>
        <w:br/>
      </w:r>
      <w:r>
        <w:rPr>
          <w:sz w:val="20"/>
        </w:rPr>
        <w:t>33:31  tab ja kar ke mumkin hai ke ittehad paida ho, mission ka tasawwur paida ho, aur log is mission ke liye jis ke liye labbaik labbaik keh kar ke laut te hain, us par woh</w:t>
      </w:r>
      <w:r>
        <w:br/>
      </w:r>
      <w:r>
        <w:rPr>
          <w:sz w:val="20"/>
        </w:rPr>
        <w:t>33:48  amal karna shuru kar dein. Sarman se nahi ho sakta hai. Kabhi bhi na hua hai na ho sakta hai.</w:t>
      </w:r>
    </w:p>
    <w:p>
      <w:pPr>
        <w:pStyle w:val="Heading2"/>
      </w:pPr>
      <w:r>
        <w:t>Full story: hired for character, married after ten years</w:t>
      </w:r>
    </w:p>
    <w:p>
      <w:r>
        <w:rPr>
          <w:color w:val="666666"/>
          <w:sz w:val="18"/>
        </w:rPr>
        <w:t>Lessons from The Story of Prophet Moses Part 2, August 28, 2022 · 5m 50s · at 5:51 · https://youtu.be/2grjIPh0AFc?t=351</w:t>
      </w:r>
    </w:p>
    <w:p>
      <w:r>
        <w:rPr>
          <w:i/>
        </w:rPr>
        <w:t>“The best person to hire is strong and trustworthy”</w:t>
      </w:r>
    </w:p>
    <w:p>
      <w:r>
        <w:rPr>
          <w:sz w:val="20"/>
        </w:rPr>
        <w:t>5:51  chunke jo tajruba hua hoga un logon ka moosa alehالسلام ke ta'alluq se, dekha hoga ke bohat mehanti aur honest hain aur bohat hi well mannered hain.</w:t>
      </w:r>
      <w:r>
        <w:br/>
      </w:r>
      <w:r>
        <w:rPr>
          <w:sz w:val="20"/>
        </w:rPr>
        <w:t>6:03  zahira hai woh palas mein unki upbringing hui thi, to bohat hi cultured aur mannered rahe honge. to ek beti ne kaha apne father se ya ab tist ajro o mai fader hire him</w:t>
      </w:r>
      <w:r>
        <w:br/>
      </w:r>
      <w:r>
        <w:rPr>
          <w:sz w:val="20"/>
        </w:rPr>
        <w:t>6:19  aur ek aur baat bohat achhi kahi in khair man ist ajr al qawi al amin ke jo best person hire karein aap, woh hai jo honest ho aur trust worthy ho aur aur strong ho, strong ho aur trust worthy ho.</w:t>
      </w:r>
      <w:r>
        <w:br/>
      </w:r>
      <w:r>
        <w:rPr>
          <w:sz w:val="20"/>
        </w:rPr>
        <w:t>6:37  to is zaman e mein to physically strong hona bohat zaroori hota tha. ji</w:t>
      </w:r>
      <w:r>
        <w:br/>
      </w:r>
      <w:r>
        <w:rPr>
          <w:sz w:val="20"/>
        </w:rPr>
        <w:t>6:42  ji ab kitabon mein aata hai ke hazrat moosa alehالسلام ne jab pani pilaya, to woh woh us waqt ka kaam kai logon ka hota raha hoga.</w:t>
      </w:r>
      <w:r>
        <w:br/>
      </w:r>
      <w:r>
        <w:rPr>
          <w:sz w:val="20"/>
        </w:rPr>
        <w:t>6:52  jeeto unho ne akele hi kar diya, kar diya. haan to kitabon mein to aata hai ke das ghani taqat thi unki aam insaanon ke lihaaz se. thoda exaggeration lagta hai, lekin yaqeenan bohat hi stronger rahe honge. ji ji to isko dekh ke un ladies ne socha hoga ke yeh bohat hi strong hain aur bohat hi mannered aur cultured insaan rahe honge.</w:t>
      </w:r>
      <w:r>
        <w:br/>
      </w:r>
      <w:r>
        <w:rPr>
          <w:sz w:val="20"/>
        </w:rPr>
        <w:t>7:11  to jo yani jo do baatein bataein unho ne, qawi aur amin yani strong aur trust worthy. ji to is zaman e ke lihaaz se to theek hai, physically strong hona zaroori tha, ab to mentally strong ji hona zaroori hai.</w:t>
      </w:r>
      <w:r>
        <w:br/>
      </w:r>
      <w:r>
        <w:rPr>
          <w:sz w:val="20"/>
        </w:rPr>
        <w:t>7:28  maulana isko excellence kehte the. haan ke aap excellence ki buniyad pe aage badh sakte hain. aur jo honesty hai, iska ta'alluq eman se hai.</w:t>
      </w:r>
      <w:r>
        <w:br/>
      </w:r>
      <w:r>
        <w:rPr>
          <w:sz w:val="20"/>
        </w:rPr>
        <w:t>7:41  chunke hadith mein aata hai ke la iman liman la amanat lah yani uska eman eman nahi hai jo honest nahi hai. aur zahira hai eman ka ta'alluq akhirat se hai.</w:t>
      </w:r>
      <w:r>
        <w:br/>
      </w:r>
      <w:r>
        <w:rPr>
          <w:sz w:val="20"/>
        </w:rPr>
        <w:t>7:53  to yeh bohat aham cheez hai. ji</w:t>
      </w:r>
      <w:r>
        <w:br/>
      </w:r>
      <w:r>
        <w:rPr>
          <w:sz w:val="20"/>
        </w:rPr>
        <w:t>7:56  jeeto is tarah se hazrat shuaib bohat hi mutasir huwe unki shakhsiyat se, personality se. to unho ne hire kar liya. ji aur ek qaul hai hazrat abu ibn masood radiallahu anh ka, ke teen logon mein jo far sightedness aur wisdom, woh kisi aur mein nahi paayi gayi.</w:t>
      </w:r>
      <w:r>
        <w:br/>
      </w:r>
      <w:r>
        <w:rPr>
          <w:sz w:val="20"/>
        </w:rPr>
        <w:t>8:20  to</w:t>
      </w:r>
      <w:r>
        <w:br/>
      </w:r>
      <w:r>
        <w:rPr>
          <w:sz w:val="20"/>
        </w:rPr>
        <w:t>8:21  unho ne bataya ke pehla to bataya hazrat abu bakr ka naam, ke jab unho ne umar radiallahu anh ko khalifa banaya, aur jab khalifa banaya tha to unho ne yeh hi kaha tha,</w:t>
      </w:r>
      <w:r>
        <w:br/>
      </w:r>
      <w:r>
        <w:rPr>
          <w:sz w:val="20"/>
        </w:rPr>
        <w:t>8:36  yeh hi yeh hi iska purpose bataya tha hu al qawi al amin yani woh strong bhi hain aur trust worthy bhi hain.</w:t>
      </w:r>
      <w:r>
        <w:br/>
      </w:r>
      <w:r>
        <w:rPr>
          <w:sz w:val="20"/>
        </w:rPr>
        <w:t>8:44  hazrat abu umar ke bare mein hazrat abu bakr ne kaha. aur doosri jo ah doosra jo bataya unhone, ah hazrat ibn masood ne, woh aziz misr jo yusuf alaihissalam ko jisne slave ke taur par khareeda tha, aur la ke apni wife se ghar mein kaha tha ke don't treat him like a slave treat him as a guest yeh hamara hamara ghar ka kaam sambhal lega aur hamara beta shayad ban jaye.</w:t>
      </w:r>
      <w:r>
        <w:br/>
      </w:r>
      <w:r>
        <w:rPr>
          <w:sz w:val="20"/>
        </w:rPr>
        <w:t>9:11  to</w:t>
      </w:r>
      <w:r>
        <w:br/>
      </w:r>
      <w:r>
        <w:rPr>
          <w:sz w:val="20"/>
        </w:rPr>
        <w:t>9:12  iski bhi jo baat thi woh bohat hi wisdom wali thi. aur chauthi baat yeh hai jo abhi maine zikr kiya ke leader ne kaha, leader ne kaha ke aap hire kar lain.</w:t>
      </w:r>
      <w:r>
        <w:br/>
      </w:r>
      <w:r>
        <w:rPr>
          <w:sz w:val="20"/>
        </w:rPr>
        <w:t>9:24  to yeh hazrat ah abu masood ka qaul bara meaningful hai. ji bohat hi zabardast baat hai yeh doctor sahib</w:t>
      </w:r>
      <w:r>
        <w:br/>
      </w:r>
      <w:r>
        <w:rPr>
          <w:sz w:val="20"/>
        </w:rPr>
        <w:t>9:34  ji in fact doctor sahib umar bin khattab ke hawale se bhi aata hai ke unhone bhi ek martaba kaha tha ke jo pathar unhone hataya woh 10 log mil kar hata sakte the.</w:t>
      </w:r>
      <w:r>
        <w:br/>
      </w:r>
      <w:r>
        <w:rPr>
          <w:sz w:val="20"/>
        </w:rPr>
        <w:t>9:46  to itni zyada unke andar strength thi. to woh jo leader ne kaha tha ke the best one to hire is one who is strong and the faithful to woh bilkul bohat bohat zabardast baat baat</w:t>
      </w:r>
      <w:r>
        <w:br/>
      </w:r>
      <w:r>
        <w:rPr>
          <w:sz w:val="20"/>
        </w:rPr>
        <w:t>9:57  aayi aap ne. doctor sahib phir aisa hota hai ke iske baad phir prophet musa madain mein rehne lag jaate hain. to iske aage kya hota hai iske bare mein bataein.</w:t>
      </w:r>
      <w:r>
        <w:br/>
      </w:r>
      <w:r>
        <w:rPr>
          <w:sz w:val="20"/>
        </w:rPr>
        <w:t>10:08  to hazrat shuaib bohat hi mutasir the unki personality se</w:t>
      </w:r>
      <w:r>
        <w:br/>
      </w:r>
      <w:r>
        <w:rPr>
          <w:sz w:val="20"/>
        </w:rPr>
        <w:t>10:13  to unhone kaha tha ke meri khwahish hai ke aap meri do betiyon mein se ek se shadi kar lein aur madain mein rahein is shart par ke 8 10 saal tak aap mere ghar ka kaam sambhalein.</w:t>
      </w:r>
      <w:r>
        <w:br/>
      </w:r>
      <w:r>
        <w:rPr>
          <w:sz w:val="20"/>
        </w:rPr>
        <w:t>10:28  aur kaha tha ke sat joodo naya illah minas salihin yani aap mujhe ek fair insan paayenge. aisa nahi ke jo main ab baat kar raha hoon aage kuch aur badal doon ise, ji</w:t>
      </w:r>
      <w:r>
        <w:br/>
      </w:r>
      <w:r>
        <w:rPr>
          <w:sz w:val="20"/>
        </w:rPr>
        <w:t>10:40  you will find me a fair person aur ek bohat achhi baat kahi wallah ala ma nqoolo qeel ke jo hum baatein kar rahe hain jo qaul qarar hai hamara woh Allah gawah hai.</w:t>
      </w:r>
      <w:r>
        <w:br/>
      </w:r>
      <w:r>
        <w:rPr>
          <w:sz w:val="20"/>
        </w:rPr>
        <w:t>10:52  ah God is witness to what we say yani quran mein bhi yeh aata hai ke agar do log baat kar rahe hote hain to teesra Allah hai. hum m j</w:t>
      </w:r>
      <w:r>
        <w:br/>
      </w:r>
      <w:r>
        <w:rPr>
          <w:sz w:val="20"/>
        </w:rPr>
        <w:t>11:01  to kabhi bhi insan koi agar koi agreement kare, koi ahad kare to yeh hamesha jaane ke Allah bhi witness hai aur woh bhi ji dekhne wala hai.</w:t>
      </w:r>
      <w:r>
        <w:br/>
      </w:r>
      <w:r>
        <w:rPr>
          <w:sz w:val="20"/>
        </w:rPr>
        <w:t>11:12  to is tarah se hazrat musa alaihissalam ki shadi ho jati hai, ah hazrat shuaib ki ek beti se jinka naam safura aata hai kitabon mein aur bible mein zohra aata hai.</w:t>
      </w:r>
      <w:r>
        <w:br/>
      </w:r>
      <w:r>
        <w:rPr>
          <w:sz w:val="20"/>
        </w:rPr>
        <w:t>11:24  aur phir woh wahan reh</w:t>
      </w:r>
      <w:r>
        <w:br/>
      </w:r>
      <w:r>
        <w:rPr>
          <w:sz w:val="20"/>
        </w:rPr>
        <w:t>11:26  ne lage. hum to quran mein to aaya hai 8 10 saal, lekin confirm nahi hai. to hazrat ah Muhammad ah ne ek baar poocha, hmm jibril se ke kitne saal rahe wahan? ji to jibril ne kaha poore 10 saal unhone guzare.</w:t>
      </w:r>
    </w:p>
    <w:p>
      <w:pPr>
        <w:pStyle w:val="Heading2"/>
      </w:pPr>
      <w:r>
        <w:t>Conquest of Mecca: forgiving enemies with 'you are all free'</w:t>
      </w:r>
    </w:p>
    <w:p>
      <w:r>
        <w:rPr>
          <w:color w:val="666666"/>
          <w:sz w:val="18"/>
        </w:rPr>
        <w:t>Prophet of Islam A Role Model 16 January, 2011 · 5m 21s · at 34:02 · https://youtu.be/77WIVVVMP04?t=2042</w:t>
      </w:r>
    </w:p>
    <w:p>
      <w:r>
        <w:rPr>
          <w:i/>
        </w:rPr>
        <w:t>“Wahan aap Haram mein the, aur woh log jo sardar log the Makkah ke”</w:t>
      </w:r>
    </w:p>
    <w:p>
      <w:r>
        <w:rPr>
          <w:sz w:val="20"/>
        </w:rPr>
        <w:t>34:02  to to is ke baad kya hua? wahan aap haram mein thay, aur woh log jo sardar log thay makka ke, jinhon ne mukhalifat ki thi, woh sab wahan par laaye gaye.</w:t>
      </w:r>
      <w:r>
        <w:br/>
      </w:r>
      <w:r>
        <w:rPr>
          <w:sz w:val="20"/>
        </w:rPr>
        <w:t>34:18  yaani abhi woh mushrik thay, abhi woh islam mein dakhil nahi hue thay. to rasool Allah sal Allah alaihi wasallam us waqt fateh makka ke taur par wahan maujood thay, makka ke head ke taur par maujood thay.</w:t>
      </w:r>
      <w:r>
        <w:br/>
      </w:r>
      <w:r>
        <w:rPr>
          <w:sz w:val="20"/>
        </w:rPr>
        <w:t>34:32  ab makka aap ke haath mein tha. woh jab aaye, woh log to sar jhukaye hue thay. woh samajhte thay ke ab humare qatal ka hukum hoga ke hum ne mukhalifat ki thi,</w:t>
      </w:r>
      <w:r>
        <w:br/>
      </w:r>
      <w:r>
        <w:rPr>
          <w:sz w:val="20"/>
        </w:rPr>
        <w:t>34:45  hum lare thay waghera.</w:t>
      </w:r>
      <w:r>
        <w:br/>
      </w:r>
      <w:r>
        <w:rPr>
          <w:sz w:val="20"/>
        </w:rPr>
        <w:t>34:49  lekin rasool Allah sal Allah aleh wasalam ne kuch bhi nahi kiya. aap ne farmaya: "azhabu fa antum talqaa". isi liye un ko talqa kaha jata hai. jao tum sab azaad ho.</w:t>
      </w:r>
      <w:r>
        <w:br/>
      </w:r>
      <w:r>
        <w:rPr>
          <w:sz w:val="20"/>
        </w:rPr>
        <w:t>34:58  talqa ka mani azaad. yani kuch bhi aap ne malamat bhi nahi ki ke tum hi to woh log ho jinho ne mujhe makka mein rehne nahi diya tha.</w:t>
      </w:r>
      <w:r>
        <w:br/>
      </w:r>
      <w:r>
        <w:rPr>
          <w:sz w:val="20"/>
        </w:rPr>
        <w:t>35:07  tum hi to woh log ho jinho ne mere khilaf larai cheri thi. tum hi to woh log ho jinho ne yeh kiya tha, woh kiya tha. kuch bhi nahi.</w:t>
      </w:r>
      <w:r>
        <w:br/>
      </w:r>
      <w:r>
        <w:rPr>
          <w:sz w:val="20"/>
        </w:rPr>
        <w:t>35:18  kaha ke "azhabu fa antum talqaa". jao tum sab log azaad ho. yeh talqa jab unho ne farmaya tha to isi se un ko kaha jata hai ke yeh talqa.</w:t>
      </w:r>
      <w:r>
        <w:br/>
      </w:r>
      <w:r>
        <w:rPr>
          <w:sz w:val="20"/>
        </w:rPr>
        <w:t>35:27  to yeh baghair kisi, baghair kisi larai ke, yeh sab ko sirf Islam mein dakhil ho gaye. chunancha kitab mein aata hai tareekh mein ke fa kharaju kama nashra min al quboor wa dakhlu fi al Islam yani wahan haram se woh nikle, woh</w:t>
      </w:r>
      <w:r>
        <w:br/>
      </w:r>
      <w:r>
        <w:rPr>
          <w:sz w:val="20"/>
        </w:rPr>
        <w:t>35:45  haram ke premises mein rasool Allah sal Allah aleh wasalam ne un ko bulaya tha. to fa kharaju, woh nikle wahan se, goya ke woh quboor se nikle hon, aur woh Islam mein dakhil ho gaye.</w:t>
      </w:r>
      <w:r>
        <w:br/>
      </w:r>
      <w:r>
        <w:rPr>
          <w:sz w:val="20"/>
        </w:rPr>
        <w:t>35:58  yeh jo yeh jo rawi kehta hai ke quboor se nikle hon, bohat hi important baat hai,</w:t>
      </w:r>
      <w:r>
        <w:br/>
      </w:r>
      <w:r>
        <w:rPr>
          <w:sz w:val="20"/>
        </w:rPr>
        <w:t>36:05  kyun ke woh to gaye thay yeh samajh kar ke hum hum woh hain jangii mujrim hain, war criminals hain, hum to hamare qatl ka hukum hoga.</w:t>
      </w:r>
      <w:r>
        <w:br/>
      </w:r>
      <w:r>
        <w:rPr>
          <w:sz w:val="20"/>
        </w:rPr>
        <w:t>36:18  to woh samajhte thay ke ab hamein qabr mein jana hai, yeh samajh kar aaye thay wahan. lekin jab keh diya gaya ke "azhabu fa antum talqaa" to un ko laga is liye ke hum ko phir se zindagi mil gayi,</w:t>
      </w:r>
      <w:r>
        <w:br/>
      </w:r>
      <w:r>
        <w:rPr>
          <w:sz w:val="20"/>
        </w:rPr>
        <w:t>36:32  phir se zindagi mil gayi humein.</w:t>
      </w:r>
      <w:r>
        <w:br/>
      </w:r>
      <w:r>
        <w:rPr>
          <w:sz w:val="20"/>
        </w:rPr>
        <w:t>36:35  is ke baad rawi kehta hai ke fateh Islam mein dakhil ho gaye. is par maine ghor kiya to mujhe samajh mein aaya ke rasool Allah sal Allah aleh wasalam ka yeh sulook,</w:t>
      </w:r>
      <w:r>
        <w:br/>
      </w:r>
      <w:r>
        <w:rPr>
          <w:sz w:val="20"/>
        </w:rPr>
        <w:t>36:50  yeh behavior itna bara tha ke is ke baad woh afford nahi kar sakte thay sirkashi ko.</w:t>
      </w:r>
      <w:r>
        <w:br/>
      </w:r>
      <w:r>
        <w:rPr>
          <w:sz w:val="20"/>
        </w:rPr>
        <w:t>37:02  They can't afford to go against Muhammad.</w:t>
      </w:r>
      <w:r>
        <w:br/>
      </w:r>
      <w:r>
        <w:rPr>
          <w:sz w:val="20"/>
        </w:rPr>
        <w:t>37:06  is ke baad itna bara sulook tha ke jo jo log samajhte thay ke hamare hamare qatl ka hukum hoga, hum war criminals hain, aap ne simply keh diya ke jao tum sab azaad ho.</w:t>
      </w:r>
      <w:r>
        <w:br/>
      </w:r>
      <w:r>
        <w:rPr>
          <w:sz w:val="20"/>
        </w:rPr>
        <w:t>37:19  to un ka consciousness jaag pada, un ka zamir jaag pada, un ki fitrat jaag padi. to woh tahammul nahi kar sakte thay ke is bar woh sirkashi karein.</w:t>
      </w:r>
      <w:r>
        <w:br/>
      </w:r>
      <w:r>
        <w:rPr>
          <w:sz w:val="20"/>
        </w:rPr>
        <w:t>37:31  to fa dakhlu fi al Islam</w:t>
      </w:r>
      <w:r>
        <w:br/>
      </w:r>
      <w:r>
        <w:rPr>
          <w:sz w:val="20"/>
        </w:rPr>
        <w:t>37:34  yeh tha is is waqt rasool.</w:t>
      </w:r>
      <w:r>
        <w:br/>
      </w:r>
      <w:r>
        <w:rPr>
          <w:sz w:val="20"/>
        </w:rPr>
        <w:t>37:40  isi ko maine kaha ke high thinking, har cheez oopar uth jana. yani yeh jangii mujrim hain, yeh dost hain, yeh dushman hain, inho ne mujh ko mara hai, mera inho ne boycott kiya hai, mujhe makka se nikala hai waghera waghera.</w:t>
      </w:r>
      <w:r>
        <w:br/>
      </w:r>
      <w:r>
        <w:rPr>
          <w:sz w:val="20"/>
        </w:rPr>
        <w:t>37:53  is sab se oopar uth kar soch socha aap ne,</w:t>
      </w:r>
      <w:r>
        <w:br/>
      </w:r>
      <w:r>
        <w:rPr>
          <w:sz w:val="20"/>
        </w:rPr>
        <w:t>37:59  kyun ke aap Khudawand zooljalal mein jeene wale ban gaye thay.</w:t>
      </w:r>
      <w:r>
        <w:br/>
      </w:r>
      <w:r>
        <w:rPr>
          <w:sz w:val="20"/>
        </w:rPr>
        <w:t>38:06  aap ki soch Khuda par chalti thi, aap ka mind Khuda mein jeeta tha, aap ki poori tafkeer jo thi, woh aap ki woh Khuda ko le kar hoti thi.</w:t>
      </w:r>
      <w:r>
        <w:br/>
      </w:r>
      <w:r>
        <w:rPr>
          <w:sz w:val="20"/>
        </w:rPr>
        <w:t>38:19  to baqi sab cheezein aap ki nazar mein. yani secretary ban gayi.</w:t>
      </w:r>
      <w:r>
        <w:br/>
      </w:r>
      <w:r>
        <w:rPr>
          <w:sz w:val="20"/>
        </w:rPr>
        <w:t>38:28  Khuda mein jeene wala aadmi hi itna bara sulook kar sakta hai kisi ke sath. aur phir isi ka nateeja tha ke itna bara is ko inaam mila ke sare log jo hain, bohat thori muddat mein aap ke deen mein dakhil ho gaye.</w:t>
      </w:r>
      <w:r>
        <w:br/>
      </w:r>
      <w:r>
        <w:rPr>
          <w:sz w:val="20"/>
        </w:rPr>
        <w:t>38:44  ab ghor kijiye ke bohat hi mashhoor scholar ne yeh baat likhi hai ke rasool Allah ne per aman tareeqe se Islam phailana chaha, phir nahi phaila.</w:t>
      </w:r>
      <w:r>
        <w:br/>
      </w:r>
      <w:r>
        <w:rPr>
          <w:sz w:val="20"/>
        </w:rPr>
        <w:t>38:53  to talwar uthai to sab phail gaya. yeh kahan se, kis kon si history hai? yeh</w:t>
      </w:r>
      <w:r>
        <w:br/>
      </w:r>
      <w:r>
        <w:rPr>
          <w:sz w:val="20"/>
        </w:rPr>
        <w:t>38:59  kon si history hai? mein ne aap se arz kiya ke arab ke sare musalman jo thay, us zamane mein yeh chaar category mein hotay thay.</w:t>
      </w:r>
      <w:r>
        <w:br/>
      </w:r>
      <w:r>
        <w:rPr>
          <w:sz w:val="20"/>
        </w:rPr>
        <w:t>39:08  in chaaron mein se koi bhi nahi hai jo talwar se islam mein dakhil kiya gaya ho, koi bhi nahi hai. to us waqt rasool ko mehdood ma'ne mein aap nahi le sakte.</w:t>
      </w:r>
    </w:p>
    <w:p>
      <w:pPr>
        <w:pStyle w:val="Heading2"/>
      </w:pPr>
      <w:r>
        <w:t>Why the Prophet migrated from Mecca to Medina</w:t>
      </w:r>
    </w:p>
    <w:p>
      <w:r>
        <w:rPr>
          <w:color w:val="666666"/>
          <w:sz w:val="18"/>
        </w:rPr>
        <w:t>Lessons from The Islamic History (English) November 30, 2007 · 3m 16s · at 13:14 · https://youtu.be/PBu7tbmSSy8?t=794</w:t>
      </w:r>
    </w:p>
    <w:p>
      <w:r>
        <w:rPr>
          <w:i/>
        </w:rPr>
        <w:t>“At the time, there were two leaders in Mecca: Abu Jahl and Abu Lahab”</w:t>
      </w:r>
    </w:p>
    <w:p>
      <w:r>
        <w:rPr>
          <w:sz w:val="20"/>
        </w:rPr>
        <w:t>13:14  you know, at the time there were two leaders in mekkah: abu jahl and abu lahab. these two leaders</w:t>
      </w:r>
      <w:r>
        <w:br/>
      </w:r>
      <w:r>
        <w:rPr>
          <w:sz w:val="20"/>
        </w:rPr>
        <w:t>13:26  were, both the leaders were, were arrogant, were very stubborn. so it was very difficult to do the work in mekkah.</w:t>
      </w:r>
      <w:r>
        <w:br/>
      </w:r>
      <w:r>
        <w:rPr>
          <w:sz w:val="20"/>
        </w:rPr>
        <w:t>13:41  b</w:t>
      </w:r>
      <w:r>
        <w:br/>
      </w:r>
      <w:r>
        <w:rPr>
          <w:sz w:val="20"/>
        </w:rPr>
        <w:t>13:42  but in madinah, there were two, again, there were two leaders: sa'd ibn 'ubadah and sa'd ibn mu'adh.</w:t>
      </w:r>
      <w:r>
        <w:br/>
      </w:r>
      <w:r>
        <w:rPr>
          <w:sz w:val="20"/>
        </w:rPr>
        <w:t>13:50  but these two leaders were quite different from abu jahl and abu lahab. they were modest in nature: sa'd ibn 'ubadah and sa'd ibn mu'adh, both were modest in nature.</w:t>
      </w:r>
      <w:r>
        <w:br/>
      </w:r>
      <w:r>
        <w:rPr>
          <w:sz w:val="20"/>
        </w:rPr>
        <w:t>14:07  they were lenient, they were very simple.</w:t>
      </w:r>
      <w:r>
        <w:br/>
      </w:r>
      <w:r>
        <w:rPr>
          <w:sz w:val="20"/>
        </w:rPr>
        <w:t>14:11  so it was very easy to deal with these two leaders in madinah. mekkah was occupied by two arrogant leaders, that is abu jahl and abu lahab.</w:t>
      </w:r>
      <w:r>
        <w:br/>
      </w:r>
      <w:r>
        <w:rPr>
          <w:sz w:val="20"/>
        </w:rPr>
        <w:t>14:27  but in madinah, there was different kind of leadership. here, the leaders were sa'd ibn mu'adh and sa'd ibn 'ubadah, both were modest persons.</w:t>
      </w:r>
      <w:r>
        <w:br/>
      </w:r>
      <w:r>
        <w:rPr>
          <w:sz w:val="20"/>
        </w:rPr>
        <w:t>14:42  so prophet of islam changed the work place. he migrated from mekkah to madinah, and history shows that in madinah,</w:t>
      </w:r>
      <w:r>
        <w:br/>
      </w:r>
      <w:r>
        <w:rPr>
          <w:sz w:val="20"/>
        </w:rPr>
        <w:t>15:00  there was, in madinah, the situation was quite different.</w:t>
      </w:r>
      <w:r>
        <w:br/>
      </w:r>
      <w:r>
        <w:rPr>
          <w:sz w:val="20"/>
        </w:rPr>
        <w:t>15:06  in a very short period, the majority of madinah people accepted islam.</w:t>
      </w:r>
      <w:r>
        <w:br/>
      </w:r>
      <w:r>
        <w:rPr>
          <w:sz w:val="20"/>
        </w:rPr>
        <w:t>15:16  so we read in the book of history, of early history, that lam tabqa darun min dur al-ansar illa dakhala fi al-islam.</w:t>
      </w:r>
      <w:r>
        <w:br/>
      </w:r>
      <w:r>
        <w:rPr>
          <w:sz w:val="20"/>
        </w:rPr>
        <w:t>15:32  it means that in every house of madinah, people accepted islam.</w:t>
      </w:r>
      <w:r>
        <w:br/>
      </w:r>
      <w:r>
        <w:rPr>
          <w:sz w:val="20"/>
        </w:rPr>
        <w:t>15:43  so the situation was quite different due to this reason. prophet migrated from mekkah to madinah.</w:t>
      </w:r>
      <w:r>
        <w:br/>
      </w:r>
      <w:r>
        <w:rPr>
          <w:sz w:val="20"/>
        </w:rPr>
        <w:t>15:53  it was not simply a hijrah, not simply a migration.</w:t>
      </w:r>
      <w:r>
        <w:br/>
      </w:r>
      <w:r>
        <w:rPr>
          <w:sz w:val="20"/>
        </w:rPr>
        <w:t>15:58  it was opting for better place for the work. hijrah was literal meaning of hijrah is migration, but it was not simply a migration.</w:t>
      </w:r>
      <w:r>
        <w:br/>
      </w:r>
      <w:r>
        <w:rPr>
          <w:sz w:val="20"/>
        </w:rPr>
        <w:t>16:13  hijrah was</w:t>
      </w:r>
      <w:r>
        <w:br/>
      </w:r>
      <w:r>
        <w:rPr>
          <w:sz w:val="20"/>
        </w:rPr>
        <w:t>16:17  a method of da'wah. hijrah was a method of da'wah. hijrah means opting for a better place for the work.</w:t>
      </w:r>
    </w:p>
    <w:p>
      <w:pPr>
        <w:pStyle w:val="Heading2"/>
      </w:pPr>
      <w:r>
        <w:t>Prophet's wars and the danger of difference</w:t>
      </w:r>
    </w:p>
    <w:p>
      <w:r>
        <w:rPr>
          <w:color w:val="666666"/>
          <w:sz w:val="18"/>
        </w:rPr>
        <w:t>In Conversation with Maulana Wahiduddin Khan | June 16, 2007 · 3m 01s · at 15:25 · https://youtu.be/MG2XRUY4FBM?t=925</w:t>
      </w:r>
    </w:p>
    <w:p>
      <w:r>
        <w:rPr>
          <w:i/>
        </w:rPr>
        <w:t>“Prophet never started any war.”</w:t>
      </w:r>
    </w:p>
    <w:p>
      <w:r>
        <w:rPr>
          <w:sz w:val="20"/>
        </w:rPr>
        <w:t>15:25  so, prophet ali salam never started any war.</w:t>
      </w:r>
      <w:r>
        <w:br/>
      </w:r>
      <w:r>
        <w:rPr>
          <w:sz w:val="20"/>
        </w:rPr>
        <w:t>15:32  never, never, never.</w:t>
      </w:r>
      <w:r>
        <w:br/>
      </w:r>
      <w:r>
        <w:rPr>
          <w:sz w:val="20"/>
        </w:rPr>
        <w:t>15:38  his policy was was stated by his his his his his wife ayesha in these words.</w:t>
      </w:r>
      <w:r>
        <w:br/>
      </w:r>
      <w:r>
        <w:rPr>
          <w:sz w:val="20"/>
        </w:rPr>
        <w:t>15:44  these was the general policy of the prophet.</w:t>
      </w:r>
      <w:r>
        <w:br/>
      </w:r>
      <w:r>
        <w:rPr>
          <w:sz w:val="20"/>
        </w:rPr>
        <w:t>15:50  mayra rasulullah sallallahu alaihi wasallam ban amran illatara rahma.</w:t>
      </w:r>
      <w:r>
        <w:br/>
      </w:r>
      <w:r>
        <w:rPr>
          <w:sz w:val="20"/>
        </w:rPr>
        <w:t>15:56  whenever the prophet had to choose between the two, he always opted for easier option and not the harder option. so, what is easier option and what is harder option? war is harder option and peace is easier option. this was the general policy of the prophet. prophet always opted for peaceful acti</w:t>
      </w:r>
      <w:r>
        <w:br/>
      </w:r>
      <w:r>
        <w:rPr>
          <w:sz w:val="20"/>
        </w:rPr>
        <w:t>16:26  vizm, peaceful method, rather than wireless method. it is wrong to say that prophet fought so much war. not not it is it is incorrect. Maulana, in one he never fought any war except some wars that was defensive war. Maulana, in one of the battle which prophet himsel</w:t>
      </w:r>
      <w:r>
        <w:br/>
      </w:r>
      <w:r>
        <w:rPr>
          <w:sz w:val="20"/>
        </w:rPr>
        <w:t>16:56  fought, which was called the battle of uhud, muslims lost that battle.</w:t>
      </w:r>
      <w:r>
        <w:br/>
      </w:r>
      <w:r>
        <w:rPr>
          <w:sz w:val="20"/>
        </w:rPr>
        <w:t>17:01  what was the reason of losing that battle and what lessons can we take from it?</w:t>
      </w:r>
      <w:r>
        <w:br/>
      </w:r>
      <w:r>
        <w:rPr>
          <w:sz w:val="20"/>
        </w:rPr>
        <w:t>17:06  due to difference.</w:t>
      </w:r>
      <w:r>
        <w:br/>
      </w:r>
      <w:r>
        <w:rPr>
          <w:sz w:val="20"/>
        </w:rPr>
        <w:t>17:11  the reason is given in the quran.</w:t>
      </w:r>
      <w:r>
        <w:br/>
      </w:r>
      <w:r>
        <w:rPr>
          <w:sz w:val="20"/>
        </w:rPr>
        <w:t>17:16  hattada fasiltum watnajtum filam.</w:t>
      </w:r>
      <w:r>
        <w:br/>
      </w:r>
      <w:r>
        <w:rPr>
          <w:sz w:val="20"/>
        </w:rPr>
        <w:t>17:22  it means that it was your difference during the war that</w:t>
      </w:r>
      <w:r>
        <w:br/>
      </w:r>
      <w:r>
        <w:rPr>
          <w:sz w:val="20"/>
        </w:rPr>
        <w:t>17:27  resulted into into failure.</w:t>
      </w:r>
      <w:r>
        <w:br/>
      </w:r>
      <w:r>
        <w:rPr>
          <w:sz w:val="20"/>
        </w:rPr>
        <w:t>17:33  so, by this, the lesson is that difference difference is not any not is not an evil.</w:t>
      </w:r>
      <w:r>
        <w:br/>
      </w:r>
      <w:r>
        <w:rPr>
          <w:sz w:val="20"/>
        </w:rPr>
        <w:t>17:39  but in during war, difference is becomes evil.</w:t>
      </w:r>
      <w:r>
        <w:br/>
      </w:r>
      <w:r>
        <w:rPr>
          <w:sz w:val="20"/>
        </w:rPr>
        <w:t>17:45  So, these people, these Muslims, indulged in difference during war.</w:t>
      </w:r>
      <w:r>
        <w:br/>
      </w:r>
      <w:r>
        <w:rPr>
          <w:sz w:val="20"/>
        </w:rPr>
        <w:t>17:51  that was wrong.</w:t>
      </w:r>
      <w:r>
        <w:br/>
      </w:r>
      <w:r>
        <w:rPr>
          <w:sz w:val="20"/>
        </w:rPr>
        <w:t>17:57  so, other than war, you you may indulge in differences. they are not evil. but but during war, it is unlawful. so, these people, these muslims, engaged in difference during war. that was disastrous. and the result was defeat. Maulana, there is another widely accepted concept among muslims, which is darul ha</w:t>
      </w:r>
    </w:p>
    <w:p>
      <w:pPr>
        <w:pStyle w:val="Heading2"/>
      </w:pPr>
      <w:r>
        <w:t>Lost necklace, tayammum revealed, necklace found</w:t>
      </w:r>
    </w:p>
    <w:p>
      <w:r>
        <w:rPr>
          <w:color w:val="666666"/>
          <w:sz w:val="18"/>
        </w:rPr>
        <w:t>The Story of Aisha Bint Abu Bakr Part 2 March 05, 2023 · 3m 04s · at 17:32 · https://youtu.be/od3Is6a9B7o?t=1052</w:t>
      </w:r>
    </w:p>
    <w:p>
      <w:r>
        <w:rPr>
          <w:i/>
        </w:rPr>
        <w:t>“Aisha's necklace vanished in a place with no water”</w:t>
      </w:r>
    </w:p>
    <w:p>
      <w:r>
        <w:rPr>
          <w:sz w:val="20"/>
        </w:rPr>
        <w:t>17:32  qafila jaise rukta hai na parao. to wahan jab qafila ruka to wahan kya hua ke hazrat ayesha ka aik necklace tha black color ke stones ka, woh gum ho gaya kahin.</w:t>
      </w:r>
      <w:r>
        <w:br/>
      </w:r>
      <w:r>
        <w:rPr>
          <w:sz w:val="20"/>
        </w:rPr>
        <w:t>17:47  to hazrat ayesha ne kaha rasool ALLAH صلی اللہ علیہ وسلم se ke woh mera necklace gum ho gaya, mil nahi raha hai. to Prophet ne sab se kaha, yeh hukum de diya ke sab talash karein.</w:t>
      </w:r>
      <w:r>
        <w:br/>
      </w:r>
      <w:r>
        <w:rPr>
          <w:sz w:val="20"/>
        </w:rPr>
        <w:t>17:57  ji to Prophet khud talash kar rahe hain, hazrat abubakar talash kar rahe hain, saaray sahaba talash kar rahe hain, woh necklace mil hi nahi raha hai. ji ghanton ho gaye aur masla kya tha ke wahan par pani ki qillat thi.</w:t>
      </w:r>
      <w:r>
        <w:br/>
      </w:r>
      <w:r>
        <w:rPr>
          <w:sz w:val="20"/>
        </w:rPr>
        <w:t>18:09  hmm jis jagah woh parao tha wahan par koi aik well ya koi basti waghera nahi thi ke pani le lein. to</w:t>
      </w:r>
      <w:r>
        <w:br/>
      </w:r>
      <w:r>
        <w:rPr>
          <w:sz w:val="20"/>
        </w:rPr>
        <w:t>18:17  ya to pani woh piyein ya wuzu karein, yeh nabat aa gayi thi. hmm to sahaba sab pareshan ho gaye. sahaba hazrat abubakar ke paas aaye ke dekhiye aap ki beti ki wajah se kya museebat hai, hamare liye hamare paas pani nahi hai, piyein ge ya wuzu karein ge.</w:t>
      </w:r>
      <w:r>
        <w:br/>
      </w:r>
      <w:r>
        <w:rPr>
          <w:sz w:val="20"/>
        </w:rPr>
        <w:t>18:33  saaray sahaba ghussa hone lagay. to hazrat abubakar aaye tent mein jahan hazrat ayesha theen.</w:t>
      </w:r>
      <w:r>
        <w:br/>
      </w:r>
      <w:r>
        <w:rPr>
          <w:sz w:val="20"/>
        </w:rPr>
        <w:t>18:43  to unhon ne dekha ke rasool ALLAH so rahe</w:t>
      </w:r>
      <w:r>
        <w:br/>
      </w:r>
      <w:r>
        <w:rPr>
          <w:sz w:val="20"/>
        </w:rPr>
        <w:t>18:46  hain is waqt. ji to unhon ne ahista ahista daantna shuru kiya. acha ke dekho tumhari wajah se kya ho gaya yeh. hmm tumhari wajah se saara qafila ruk gaya aur yeh.</w:t>
      </w:r>
      <w:r>
        <w:br/>
      </w:r>
      <w:r>
        <w:rPr>
          <w:sz w:val="20"/>
        </w:rPr>
        <w:t>18:56  yaani unhon ne kafi daanta ahista ahista. to hazrat ayesha ne bataya ke Prophet so rahe thay is liye mein kuch boli nahi warna mein jawab deti theek thak. ji</w:t>
      </w:r>
      <w:r>
        <w:br/>
      </w:r>
      <w:r>
        <w:rPr>
          <w:sz w:val="20"/>
        </w:rPr>
        <w:t>19:05  to khair woh jab wuzu ka, namaz ka waqt aaya to phir wohi wuzu ka masla tha. to us waqt aik ayat utri quran ki.</w:t>
      </w:r>
      <w:r>
        <w:br/>
      </w:r>
      <w:r>
        <w:rPr>
          <w:sz w:val="20"/>
        </w:rPr>
        <w:t>19:17  fatayyamamu saeedan tayyiban ke pak mitti se tum tayammum kar lo. ji</w:t>
      </w:r>
      <w:r>
        <w:br/>
      </w:r>
      <w:r>
        <w:rPr>
          <w:sz w:val="20"/>
        </w:rPr>
        <w:t>19:24  to jab sahaba ko yeh pata chala ke yeh aik nai cheez ho gayi hai ke agar hamare paas pani nahi hai to hum mitti se tayammum kar ke.</w:t>
      </w:r>
      <w:r>
        <w:br/>
      </w:r>
      <w:r>
        <w:rPr>
          <w:sz w:val="20"/>
        </w:rPr>
        <w:t>19:35  to woh bohat khush ho gaye. ji bohat zyada khush ho gaye. bohat bari riayat mili. bohat bari nemat, riayat. ji to balkay aik sahabi ne aa ke abubakarؓ se galay lagaya.</w:t>
      </w:r>
      <w:r>
        <w:br/>
      </w:r>
      <w:r>
        <w:rPr>
          <w:sz w:val="20"/>
        </w:rPr>
        <w:t>19:46  haan ke dekhiye aap ki family ki wajah se pehle bhi bohat blessings humein mili hain aur yeh bhi bohat bari blessing mil gayi hai. saaray sahaba</w:t>
      </w:r>
      <w:r>
        <w:br/>
      </w:r>
      <w:r>
        <w:rPr>
          <w:sz w:val="20"/>
        </w:rPr>
        <w:t>19:53  khush ho gaye. bohat hi khushi ka woh marhala tha. yaani baaz auqat jis ko kehte hain na blessing in disguise.</w:t>
      </w:r>
      <w:r>
        <w:br/>
      </w:r>
      <w:r>
        <w:rPr>
          <w:sz w:val="20"/>
        </w:rPr>
        <w:t>20:02  ji ke Allah taala bظahir koi ek aisi cheez hai jo pareshani hai, negative cheez hai lekin is mein blessing rakh deta hai.</w:t>
      </w:r>
      <w:r>
        <w:br/>
      </w:r>
      <w:r>
        <w:rPr>
          <w:sz w:val="20"/>
        </w:rPr>
        <w:t>20:11  ji to yeh ek tareeqe se blessing in disguise ka waqea hai.</w:t>
      </w:r>
      <w:r>
        <w:br/>
      </w:r>
      <w:r>
        <w:rPr>
          <w:sz w:val="20"/>
        </w:rPr>
        <w:t>20:16  phir woh jab oont waghera khare kiye gaye, chalna tha jab. to woh jo necklace tha woh Hazrat Aisha ke oont ke neeche tha.</w:t>
      </w:r>
      <w:r>
        <w:br/>
      </w:r>
      <w:r>
        <w:rPr>
          <w:sz w:val="20"/>
        </w:rPr>
        <w:t>20:25  jab woh utha oont to woh wahan para hua tha aur saare mein log talash kar rahe the. to yeh ek thoda dilchasp waqea tha. bohat hi dilchasp waqea hai doctor sahib yeh.</w:t>
      </w:r>
      <w:r>
        <w:br/>
      </w:r>
      <w:r>
        <w:rPr>
          <w:sz w:val="20"/>
        </w:rPr>
        <w:t>20:35  masha Allah.</w:t>
      </w:r>
    </w:p>
    <w:p>
      <w:pPr>
        <w:pStyle w:val="Heading2"/>
      </w:pPr>
      <w:r>
        <w:t>Full explanation: ijtihad is simply creative solution-finding</w:t>
      </w:r>
    </w:p>
    <w:p>
      <w:r>
        <w:rPr>
          <w:color w:val="666666"/>
          <w:sz w:val="18"/>
        </w:rPr>
        <w:t>Creative Solution or Ijtihadi Hal September 16, 2012 · 3m 21s · at 1:02 · https://youtu.be/yBKbiu0d_1A?t=62</w:t>
      </w:r>
    </w:p>
    <w:p>
      <w:r>
        <w:rPr>
          <w:i/>
        </w:rPr>
        <w:t>“Ijtihad has been made into something mysterious — it isn't”</w:t>
      </w:r>
    </w:p>
    <w:p>
      <w:r>
        <w:rPr>
          <w:sz w:val="20"/>
        </w:rPr>
        <w:t>1:02  dekhein, Islam mein ijtihad ki bohat ahmiyat hai, lekin ijtihad ko logon ne ek ek ek purasrar cheez bana rakha hai.</w:t>
      </w:r>
      <w:r>
        <w:br/>
      </w:r>
      <w:r>
        <w:rPr>
          <w:sz w:val="20"/>
        </w:rPr>
        <w:t>1:19  harghiz harghiz is ijtihad koi mysterious cheez nahi hai. woh wahi cheez hai jis ko aaj kal kaha jata hai creative solution.</w:t>
      </w:r>
      <w:r>
        <w:br/>
      </w:r>
      <w:r>
        <w:rPr>
          <w:sz w:val="20"/>
        </w:rPr>
        <w:t>1:33  aaj kal dekhen, jab se computer aaya hai aur modern distri ej aaya hai to ek lafz bahut istemal hota hai, ek term, us ko kehte hain creative solution.</w:t>
      </w:r>
      <w:r>
        <w:br/>
      </w:r>
      <w:r>
        <w:rPr>
          <w:sz w:val="20"/>
        </w:rPr>
        <w:t>1:46  is par bahut kitaben likhi gayi hain, isi ke naam par bahut si companiyan hain, bahut si website hain. creative solution.</w:t>
      </w:r>
      <w:r>
        <w:br/>
      </w:r>
      <w:r>
        <w:rPr>
          <w:sz w:val="20"/>
        </w:rPr>
        <w:t>1:57  creative solution kya hai?</w:t>
      </w:r>
      <w:r>
        <w:br/>
      </w:r>
      <w:r>
        <w:rPr>
          <w:sz w:val="20"/>
        </w:rPr>
        <w:t>2:00  woh darasal secular naam hai ijtihadi hal ka. jis cheez ko hum rawaiyeti zaban mein kahenge ijtihadi hal, usi ka modern language mein naam hai</w:t>
      </w:r>
      <w:r>
        <w:br/>
      </w:r>
      <w:r>
        <w:rPr>
          <w:sz w:val="20"/>
        </w:rPr>
        <w:t>2:18  creative solution.</w:t>
      </w:r>
      <w:r>
        <w:br/>
      </w:r>
      <w:r>
        <w:rPr>
          <w:sz w:val="20"/>
        </w:rPr>
        <w:t>2:24  yeh kya cheez hai?</w:t>
      </w:r>
      <w:r>
        <w:br/>
      </w:r>
      <w:r>
        <w:rPr>
          <w:sz w:val="20"/>
        </w:rPr>
        <w:t>2:28  dekhen, ek lafz mein creative solution goes a fresh perspective to a challenging problem.</w:t>
      </w:r>
      <w:r>
        <w:br/>
      </w:r>
      <w:r>
        <w:rPr>
          <w:sz w:val="20"/>
        </w:rPr>
        <w:t>2:46  creative solution goes a fresh perspective to a challenging problem.</w:t>
      </w:r>
      <w:r>
        <w:br/>
      </w:r>
      <w:r>
        <w:rPr>
          <w:sz w:val="20"/>
        </w:rPr>
        <w:t>2:56  zindagi dekhen, naam hai masail ka, problem ka. problems are part of life.</w:t>
      </w:r>
      <w:r>
        <w:br/>
      </w:r>
      <w:r>
        <w:rPr>
          <w:sz w:val="20"/>
        </w:rPr>
        <w:t>3:07  koi conspirator koi enemy problem nahi create karta. problem part hai khud khaliq ke creation plan ka.</w:t>
      </w:r>
      <w:r>
        <w:br/>
      </w:r>
      <w:r>
        <w:rPr>
          <w:sz w:val="20"/>
        </w:rPr>
        <w:t>3:23  to jab problem aaye to kya karna hai? ijtihad karna hai. ijtihad ka literal matlab hai bahut zyada, bahut zyada koshish.</w:t>
      </w:r>
      <w:r>
        <w:br/>
      </w:r>
      <w:r>
        <w:rPr>
          <w:sz w:val="20"/>
        </w:rPr>
        <w:t>3:39  at most struggle.</w:t>
      </w:r>
      <w:r>
        <w:br/>
      </w:r>
      <w:r>
        <w:rPr>
          <w:sz w:val="20"/>
        </w:rPr>
        <w:t>3:45  to exact ones at most struggle, yehi ijtihad hai.</w:t>
      </w:r>
      <w:r>
        <w:br/>
      </w:r>
      <w:r>
        <w:rPr>
          <w:sz w:val="20"/>
        </w:rPr>
        <w:t>3:51  kis kaam ke liye? har bar jab nai situation create ho, jab naya problem aaye to us soorat-e-haal mein rediscover karna sachai ko,</w:t>
      </w:r>
      <w:r>
        <w:br/>
      </w:r>
      <w:r>
        <w:rPr>
          <w:sz w:val="20"/>
        </w:rPr>
        <w:t>4:08  redefine karna ideology ko, yeh ijtihad hai. to ijtihadi hal naam hai isi cheez ka jis ko kaha jata hai creative solution.</w:t>
      </w:r>
    </w:p>
    <w:p>
      <w:pPr>
        <w:pStyle w:val="Heading2"/>
      </w:pPr>
      <w:r>
        <w:t>Birth, truth-seeking in Hira, and how his teachings were preserved</w:t>
      </w:r>
    </w:p>
    <w:p>
      <w:r>
        <w:rPr>
          <w:color w:val="666666"/>
          <w:sz w:val="18"/>
        </w:rPr>
        <w:t>Prophet of Mercy October 24, 2021 Prof. Farida Khanam · 3m 48s · at 0:24 · https://youtu.be/qIOdAqzWhNI?t=24</w:t>
      </w:r>
    </w:p>
    <w:p>
      <w:r>
        <w:rPr>
          <w:i/>
        </w:rPr>
        <w:t>“یہ مہینہ رسول اللہ کی پیدائش کا مبارک مہینہ ہے۔”</w:t>
      </w:r>
    </w:p>
    <w:p>
      <w:r>
        <w:rPr>
          <w:sz w:val="20"/>
        </w:rPr>
        <w:t>0:24  yeh mahina jo hai woh rasool Allah sallallahu alaihi wasallam ki paidaish ka mubarak mahina hai. isi nisbat se hum rasool Allah sallallahu alaihi wasallam ki rehmat ka jo aspect hai us par hum kuch aap ke samne waqiat rakhenge, kyunke quran mein aap ko rehmatul lil alameen kaha gaya hai.</w:t>
      </w:r>
      <w:r>
        <w:br/>
      </w:r>
      <w:r>
        <w:rPr>
          <w:sz w:val="20"/>
        </w:rPr>
        <w:t>0:48  to sari duniya ke liye aap rehmat the. to aap ki paidaish jaise ke abhi doctor sahib ne sab bataya, detail aap ko makkah mein aap paida hue aur madinah mein aap ka 63 saal ki umar mein intiqal hua.</w:t>
      </w:r>
      <w:r>
        <w:br/>
      </w:r>
      <w:r>
        <w:rPr>
          <w:sz w:val="20"/>
        </w:rPr>
        <w:t>1:05  aap ko peghambar banaya gaya 610 isvi mein jab aap 40 saal ke the. aap jo hain woh bachpan se hi seeker of truth the.</w:t>
      </w:r>
      <w:r>
        <w:br/>
      </w:r>
      <w:r>
        <w:rPr>
          <w:sz w:val="20"/>
        </w:rPr>
        <w:t>1:18  isi wajah se aap bar bar ja kar ghare hira mein baith jate the aur wahan ah woh karte rehte the, ghore o fikr karte rehte the, aaj zameen, zameen o asman ka kaun khaliq hai?</w:t>
      </w:r>
      <w:r>
        <w:br/>
      </w:r>
      <w:r>
        <w:rPr>
          <w:sz w:val="20"/>
        </w:rPr>
        <w:t>1:33  hum hamein kis ne paida kiya hai? hamara khaliq kaun hai? yeh sari cheezon par aap sochte rehte. to jab aap wahan par sattu aur pani le kar jate the aur jab sab sab woh khatam ho jata phir kai kai din ke baad aap ghar wapas aate phir sattu aur pani le kar chale jate.</w:t>
      </w:r>
      <w:r>
        <w:br/>
      </w:r>
      <w:r>
        <w:rPr>
          <w:sz w:val="20"/>
        </w:rPr>
        <w:t>1:54  ab is mein yeh dekhne ki baat hai ke dekhiye hazrat khadijah se shadi ke baad aap bohat hi ah sari ah sari sahoolaten aap ko hasil ho gayi thi kyunke hazrat khadijah jo hain makkah ki aik maldar aurat thi.</w:t>
      </w:r>
      <w:r>
        <w:br/>
      </w:r>
      <w:r>
        <w:rPr>
          <w:sz w:val="20"/>
        </w:rPr>
        <w:t>2:12  to aap bohat aasani se aik comfortable life jee sakte the lekin aap ne is comfortable life se yeh behtar us ko tarjeeh di ke sachai ki talash ki jaye.</w:t>
      </w:r>
      <w:r>
        <w:br/>
      </w:r>
      <w:r>
        <w:rPr>
          <w:sz w:val="20"/>
        </w:rPr>
        <w:t>2:26  asal mein kya tha ke hazrat ibrahim ka jo deen tha woh woh log bhool chuke the. yahan tak ke logon ko namaz parhna bhi nahi aata tha, log namaz mein seeti aur tali bajaya karte the.</w:t>
      </w:r>
      <w:r>
        <w:br/>
      </w:r>
      <w:r>
        <w:rPr>
          <w:sz w:val="20"/>
        </w:rPr>
        <w:t>2:38  to bohat sare aise log the wahan par jin ko hanif kaha jata tha, isi mein hazrat abubakar bhi the. to woh sachai ki talash mein the.</w:t>
      </w:r>
      <w:r>
        <w:br/>
      </w:r>
      <w:r>
        <w:rPr>
          <w:sz w:val="20"/>
        </w:rPr>
        <w:t>2:48  kai log yeh kehte kehte mar gaye ke aye allah agar mujhe pata hota</w:t>
      </w:r>
      <w:r>
        <w:br/>
      </w:r>
      <w:r>
        <w:rPr>
          <w:sz w:val="20"/>
        </w:rPr>
        <w:t>2:58  ke aap ki ibadat kis tarah ki jaye to mein waise hi ibadat karta. to rasool allah salallaho alaihi wasallam ne zabardast qurbani de kar ke deen ko mehfooz kiya.</w:t>
      </w:r>
      <w:r>
        <w:br/>
      </w:r>
      <w:r>
        <w:rPr>
          <w:sz w:val="20"/>
        </w:rPr>
        <w:t>3:14  aap aik historical prophet thay aur is se pehle jitne bhi peghambar aye woh historical nahi thay kyunke un ki jo un ke followers bohat kam hotay thay, tareekh mein un ka koi record nahi hota tha aur jo chand followers hotay thay to woh deen ko mehfooz nahi kar paate thay.</w:t>
      </w:r>
      <w:r>
        <w:br/>
      </w:r>
      <w:r>
        <w:rPr>
          <w:sz w:val="20"/>
        </w:rPr>
        <w:t>3:36  to allah taala ne yeh sara intezam kiya hazrat ibrahim ki family ke zariye se ke aik poori nasal banai aur is nasal ne yeh deen ko mehfooz kiya.</w:t>
      </w:r>
      <w:r>
        <w:br/>
      </w:r>
      <w:r>
        <w:rPr>
          <w:sz w:val="20"/>
        </w:rPr>
        <w:t>3:49  woh itna zabardast following mili kyunke woh log apni fitrat par thay, unhon ne poori qurbani de kar ke rasool allah ka saath diya.</w:t>
      </w:r>
      <w:r>
        <w:br/>
      </w:r>
      <w:r>
        <w:rPr>
          <w:sz w:val="20"/>
        </w:rPr>
        <w:t>3:58  to is tarah se deen mehfooz hua aur allah taala ne is deen ki hifazat ke liye political power diya. to is tarah se sari dunya mein is deen ko aah allah taala ne pohancha diya.</w:t>
      </w:r>
    </w:p>
    <w:p>
      <w:pPr>
        <w:pStyle w:val="Heading2"/>
      </w:pPr>
      <w:r>
        <w:t>How Quran 6:91 exposed a thousand-year Muslim misreading</w:t>
      </w:r>
    </w:p>
    <w:p>
      <w:r>
        <w:rPr>
          <w:color w:val="666666"/>
          <w:sz w:val="18"/>
        </w:rPr>
        <w:t>The Prophetic Guidance February 18, 2007 · 4m 37s · at 19:13 · https://youtu.be/5K7MiAVqNNA?t=1153</w:t>
      </w:r>
    </w:p>
    <w:p>
      <w:r>
        <w:rPr>
          <w:i/>
        </w:rPr>
        <w:t>“Mujhe is sawaal ka jawab Quran ki ek aayat mein mila”</w:t>
      </w:r>
    </w:p>
    <w:p>
      <w:r>
        <w:rPr>
          <w:sz w:val="20"/>
        </w:rPr>
        <w:t>19:13  aaj. mujhe is is sawal ka jawab ek quran ke ek aayat mein mila.</w:t>
      </w:r>
      <w:r>
        <w:br/>
      </w:r>
      <w:r>
        <w:rPr>
          <w:sz w:val="20"/>
        </w:rPr>
        <w:t>19:25  quran ka ek bab hai al an'am. bab number chhe. is ki aayat number nauwe ek ko aap padhiye.</w:t>
      </w:r>
      <w:r>
        <w:br/>
      </w:r>
      <w:r>
        <w:rPr>
          <w:sz w:val="20"/>
        </w:rPr>
        <w:t>19:37  chhe nauwe ek is ko aap padhiye. jis mein Allah taala ne bahut se paighambaron ka zikr kiya hai.</w:t>
      </w:r>
      <w:r>
        <w:br/>
      </w:r>
      <w:r>
        <w:rPr>
          <w:sz w:val="20"/>
        </w:rPr>
        <w:t>19:49  aap jante hain ke hadith ke mutabiq. to ek lakh chobees hazar paighambar aaye. yaani ek lakh se zyada.</w:t>
      </w:r>
      <w:r>
        <w:br/>
      </w:r>
      <w:r>
        <w:rPr>
          <w:sz w:val="20"/>
        </w:rPr>
        <w:t>20:01  lekin quran mein pachees paighambaron ka zikr kiya gaya hai. pachees. kuch log is ki ginti zyada batate hain.</w:t>
      </w:r>
      <w:r>
        <w:br/>
      </w:r>
      <w:r>
        <w:rPr>
          <w:sz w:val="20"/>
        </w:rPr>
        <w:t>20:11  lekin zyada sahi baat yahi hai ke pachees.</w:t>
      </w:r>
      <w:r>
        <w:br/>
      </w:r>
      <w:r>
        <w:rPr>
          <w:sz w:val="20"/>
        </w:rPr>
        <w:t>20:16  to quran mein pichhle nabiyon jo hain un ka zikr kar ke yeh aayat aayi hai. laa'ika alladheena hadaa allahu fawabihi daahu muqtad. is ka matlab yeh hai those were the guided prophets.</w:t>
      </w:r>
      <w:r>
        <w:br/>
      </w:r>
      <w:r>
        <w:rPr>
          <w:sz w:val="20"/>
        </w:rPr>
        <w:t>20:32  aap ghor kijiye is aayat par. those were the guided prophets. so you should follow their example.</w:t>
      </w:r>
      <w:r>
        <w:br/>
      </w:r>
      <w:r>
        <w:rPr>
          <w:sz w:val="20"/>
        </w:rPr>
        <w:t>20:46  fawabihi daahu muqtad. so you should follow their example. yeh kis ko kaha gaya hai? o muhammad. o muhammad, you must follow.</w:t>
      </w:r>
      <w:r>
        <w:br/>
      </w:r>
      <w:r>
        <w:rPr>
          <w:sz w:val="20"/>
        </w:rPr>
        <w:t>21:01  is mein ek bahut badi baat mujhe aaj daryaft hui. is ko aap is tarah samjhiye ke tamam musalman hazar saal se kya kar rahe hain?</w:t>
      </w:r>
      <w:r>
        <w:br/>
      </w:r>
      <w:r>
        <w:rPr>
          <w:sz w:val="20"/>
        </w:rPr>
        <w:t>21:12  ek bahut bhari, bhayanak ghalati mein mubtala hain.</w:t>
      </w:r>
      <w:r>
        <w:br/>
      </w:r>
      <w:r>
        <w:rPr>
          <w:sz w:val="20"/>
        </w:rPr>
        <w:t>21:16  hazar saal se mubtala hain is mein. aap mein kisi ko shakk ho to mujhe hawala bataye. jo mein keh raha hoon. woh samajhte hain ke rasool Allah jo the, yaani nabi alaihi assalam jo the, woh the uswa kamil.</w:t>
      </w:r>
      <w:r>
        <w:br/>
      </w:r>
      <w:r>
        <w:rPr>
          <w:sz w:val="20"/>
        </w:rPr>
        <w:t>21:36  quran mein hai ke laqad kaana lakum fi rasool allahi uswatun hasanah. rasool Allah ki zindagi tumhare liye misaal hai.</w:t>
      </w:r>
      <w:r>
        <w:br/>
      </w:r>
      <w:r>
        <w:rPr>
          <w:sz w:val="20"/>
        </w:rPr>
        <w:t>21:45  good example.</w:t>
      </w:r>
      <w:r>
        <w:br/>
      </w:r>
      <w:r>
        <w:rPr>
          <w:sz w:val="20"/>
        </w:rPr>
        <w:t>21:47  to is ko unhon ne kya bana liya? complete example.</w:t>
      </w:r>
      <w:r>
        <w:br/>
      </w:r>
      <w:r>
        <w:rPr>
          <w:sz w:val="20"/>
        </w:rPr>
        <w:t>21:53  kamil uswa. ab kitni badi is mein ghalati ho gayi hai musalmanon se. saare scholars, one to all.</w:t>
      </w:r>
      <w:r>
        <w:br/>
      </w:r>
      <w:r>
        <w:rPr>
          <w:sz w:val="20"/>
        </w:rPr>
        <w:t>22:07  kisi ko shakk ho to mujhe is kitab ka hawala de. jis mein aisa nahi hai. ke unhon ne badal diya is ko, uswa hasanah ko uswa kamilah bana diya.</w:t>
      </w:r>
      <w:r>
        <w:br/>
      </w:r>
      <w:r>
        <w:rPr>
          <w:sz w:val="20"/>
        </w:rPr>
        <w:t>22:18  ke rasool Allah jo hain, quran mein bataya gaya hai ke woh achha namoona hain un ki zindagi mein tumhare liye. bana diya kya? kamil namoona hai. yaani sara namoona unhi ki zindagi mein maujood hai.</w:t>
      </w:r>
      <w:r>
        <w:br/>
      </w:r>
      <w:r>
        <w:rPr>
          <w:sz w:val="20"/>
        </w:rPr>
        <w:t>22:32  is ki wajah se kya hua? ke pichhle paighambar,</w:t>
      </w:r>
      <w:r>
        <w:br/>
      </w:r>
      <w:r>
        <w:rPr>
          <w:sz w:val="20"/>
        </w:rPr>
        <w:t>22:39  as an example un ke zehn se nikal gaye.</w:t>
      </w:r>
      <w:r>
        <w:br/>
      </w:r>
      <w:r>
        <w:rPr>
          <w:sz w:val="20"/>
        </w:rPr>
        <w:t>22:45  woh sirf tareekh ka hissa ban gaye. consciously ya unconsciously. ab koi bhi kitab hazar saal se likhi nahi gayi ke pichhle paighambaron mein hamare liye kya misaal hai.</w:t>
      </w:r>
      <w:r>
        <w:br/>
      </w:r>
      <w:r>
        <w:rPr>
          <w:sz w:val="20"/>
        </w:rPr>
        <w:t>22:59  ab aap mein se kisi ko shakk ho to woh kitaab ka naam mujhe bataaye. quran to keh raha hai ke pichhle paighambaron mein tumhare liye misaal hai.</w:t>
      </w:r>
      <w:r>
        <w:br/>
      </w:r>
      <w:r>
        <w:rPr>
          <w:sz w:val="20"/>
        </w:rPr>
        <w:t>23:08  tum is ko follow karo.</w:t>
      </w:r>
      <w:r>
        <w:br/>
      </w:r>
      <w:r>
        <w:rPr>
          <w:sz w:val="20"/>
        </w:rPr>
        <w:t>23:11  lekin koi ek bhi kitaab nahi likhi gayi. is mauzu par ke pichhle paighambaron mein kya kya misaal hai.</w:t>
      </w:r>
      <w:r>
        <w:br/>
      </w:r>
      <w:r>
        <w:rPr>
          <w:sz w:val="20"/>
        </w:rPr>
        <w:t>23:21  bas log rasoolullah par likhte hain. saari kitaabein jo hain rasoolullah par likhi gayi hain. aur yahan tak ke woh sarwar-e-kaainaat aur shehanshah-e-konain.</w:t>
      </w:r>
      <w:r>
        <w:br/>
      </w:r>
      <w:r>
        <w:rPr>
          <w:sz w:val="20"/>
        </w:rPr>
        <w:t>23:32  aur kya kya in ko samajhte hain. aur samajhte hain ke saara namoona isi mein maujood hai. hamein bahar jaane ki zaroorat nahi hai.</w:t>
      </w:r>
      <w:r>
        <w:br/>
      </w:r>
      <w:r>
        <w:rPr>
          <w:sz w:val="20"/>
        </w:rPr>
        <w:t>23:42  isi ka phenomenon hai yeh ke musalman aaj shikast pasand zehniyat mein pade hue hain.</w:t>
      </w:r>
      <w:r>
        <w:br/>
      </w:r>
      <w:r>
        <w:rPr>
          <w:sz w:val="20"/>
        </w:rPr>
        <w:t>23:51  dekhiye do cheezon ko fark nahi kar paaye hamare scholars. woh kya? ek hai rasoolullah ka aakhri nabi hona.</w:t>
      </w:r>
    </w:p>
    <w:p>
      <w:pPr>
        <w:pStyle w:val="Heading2"/>
      </w:pPr>
      <w:r>
        <w:t>Sahaba and Muhaddithin as Islam's two role-model groups</w:t>
      </w:r>
    </w:p>
    <w:p>
      <w:r>
        <w:rPr>
          <w:color w:val="666666"/>
          <w:sz w:val="18"/>
        </w:rPr>
        <w:t>The Companions and the Hadith Scholars June 24, 2012 · 5m 49s · at 0:53 · https://youtu.be/Dj4QiYnxgBs?t=53</w:t>
      </w:r>
    </w:p>
    <w:p>
      <w:r>
        <w:rPr>
          <w:i/>
        </w:rPr>
        <w:t>“Muhaddithin woh hain jinhon ne hadithon ko jama kiya”</w:t>
      </w:r>
    </w:p>
    <w:p>
      <w:r>
        <w:rPr>
          <w:sz w:val="20"/>
        </w:rPr>
        <w:t>0:53  aur muhaddiseen woh hain jinhon ne baat ko, hadithon ko jama kiya.</w:t>
      </w:r>
      <w:r>
        <w:br/>
      </w:r>
      <w:r>
        <w:rPr>
          <w:sz w:val="20"/>
        </w:rPr>
        <w:t>1:03  sahaba ka zamana seventh century ka hai aur muhaddiseen ka zamana aathveen century ka.</w:t>
      </w:r>
      <w:r>
        <w:br/>
      </w:r>
      <w:r>
        <w:rPr>
          <w:sz w:val="20"/>
        </w:rPr>
        <w:t>1:14  yeh dono giroh islam mein bohat zyada ahmiyat rakhte hain.</w:t>
      </w:r>
      <w:r>
        <w:br/>
      </w:r>
      <w:r>
        <w:rPr>
          <w:sz w:val="20"/>
        </w:rPr>
        <w:t>1:23  surah tubah mein ayat number 100 mein yeh kaha gaya hai ke</w:t>
      </w:r>
      <w:r>
        <w:br/>
      </w:r>
      <w:r>
        <w:rPr>
          <w:sz w:val="20"/>
        </w:rPr>
        <w:t>1:35  "min al muhajireen wal ansar wal lazina attaba hum bi ihsan" . mein samajhta hoon ke yeh jo ayat hai is mein inhi dono grohon ka zikr hai.</w:t>
      </w:r>
      <w:r>
        <w:br/>
      </w:r>
      <w:r>
        <w:rPr>
          <w:sz w:val="20"/>
        </w:rPr>
        <w:t>1:52  muhajireen aur ansar se murad hain sahaba, aur wal lazina attaba hum bi ihsan se murad hain muhaddiseen.</w:t>
      </w:r>
      <w:r>
        <w:br/>
      </w:r>
      <w:r>
        <w:rPr>
          <w:sz w:val="20"/>
        </w:rPr>
        <w:t>2:08  dekhiye, islam mein rasool Allah sal Allah alaih wasallam ka maqam authentic</w:t>
      </w:r>
      <w:r>
        <w:br/>
      </w:r>
      <w:r>
        <w:rPr>
          <w:sz w:val="20"/>
        </w:rPr>
        <w:t>2:20  reference ka hai.</w:t>
      </w:r>
      <w:r>
        <w:br/>
      </w:r>
      <w:r>
        <w:rPr>
          <w:sz w:val="20"/>
        </w:rPr>
        <w:t>2:25  kisi baat ko jab rasool Allah ki nisbat se kaha jaye to nisbat sabit hone ke baad apne aap mein woh mustanad yaani authentic ho jati hai.</w:t>
      </w:r>
      <w:r>
        <w:br/>
      </w:r>
      <w:r>
        <w:rPr>
          <w:sz w:val="20"/>
        </w:rPr>
        <w:t>2:39  phir kisi aur daleel ki zaroorat nahi. to rasool Allah ki hesiyat deen mein authentic reference ki hai.</w:t>
      </w:r>
      <w:r>
        <w:br/>
      </w:r>
      <w:r>
        <w:rPr>
          <w:sz w:val="20"/>
        </w:rPr>
        <w:t>2:51  is ke baad deen mein do group hain mere mutalliq bata do, jo role model ki hesiyat rakhte hain group ke aitbar se.</w:t>
      </w:r>
      <w:r>
        <w:br/>
      </w:r>
      <w:r>
        <w:rPr>
          <w:sz w:val="20"/>
        </w:rPr>
        <w:t>3:04  fard ke aitbar se nahi. fard ke aitbar se to hamesha rahenge, poore qayamat tak fard paida hote rahenge.</w:t>
      </w:r>
      <w:r>
        <w:br/>
      </w:r>
      <w:r>
        <w:rPr>
          <w:sz w:val="20"/>
        </w:rPr>
        <w:t>3:17  lekin group ke aitbar se, majmooe ke aitbar se mein samajhta hoon ke yeh do group ki hesiyat role model ki hai.</w:t>
      </w:r>
      <w:r>
        <w:br/>
      </w:r>
      <w:r>
        <w:rPr>
          <w:sz w:val="20"/>
        </w:rPr>
        <w:t>3:29  sahaba aur tabieen.</w:t>
      </w:r>
      <w:r>
        <w:br/>
      </w:r>
      <w:r>
        <w:rPr>
          <w:sz w:val="20"/>
        </w:rPr>
        <w:t>3:35  jahan tak mein samajhta hoon ke sahaba ki hesiyat muqri group ki hai aur muhaddiseen ki hesiyat</w:t>
      </w:r>
      <w:r>
        <w:br/>
      </w:r>
      <w:r>
        <w:rPr>
          <w:sz w:val="20"/>
        </w:rPr>
        <w:t>3:49  muhaddis group ki hai. yaani sahaba ne seventh century mein quran ko phailaya.</w:t>
      </w:r>
      <w:r>
        <w:br/>
      </w:r>
      <w:r>
        <w:rPr>
          <w:sz w:val="20"/>
        </w:rPr>
        <w:t>4:01  woh zamana tha jab ke printing press abhi nahi aya tha.</w:t>
      </w:r>
      <w:r>
        <w:br/>
      </w:r>
      <w:r>
        <w:rPr>
          <w:sz w:val="20"/>
        </w:rPr>
        <w:t>4:09  to us zamane mein kya hota tha? quran ko yaad karna aur parh kar sunana. isi liye woh bukhari kahe gaye, parh kar sunane wale.</w:t>
      </w:r>
      <w:r>
        <w:br/>
      </w:r>
      <w:r>
        <w:rPr>
          <w:sz w:val="20"/>
        </w:rPr>
        <w:t>4:23  to press, printing press se pehle ke zamane mein jo role ada kiya quran ke silsile mein sahaba ne, is liye mein un ko kehta hoon ke woh muqri group thay.</w:t>
      </w:r>
      <w:r>
        <w:br/>
      </w:r>
      <w:r>
        <w:rPr>
          <w:sz w:val="20"/>
        </w:rPr>
        <w:t>4:36  yaani woh group jis ne quran ko parh kar sunaya. is ke baad reh jata tha hadith ka mamla. aap jante hain ke hadith, quran to rasool Allah ki zuban hi mein madawwan ho gaya tha.</w:t>
      </w:r>
      <w:r>
        <w:br/>
      </w:r>
      <w:r>
        <w:rPr>
          <w:sz w:val="20"/>
        </w:rPr>
        <w:t>4:53  sahaba ko kaha, yeh sirf yeh karna tha ke jo quran madawwan ho chuka hai rasool Allah ki zuban hi mein, us ko logon ko parh kar sunayein aur batayein.</w:t>
      </w:r>
      <w:r>
        <w:br/>
      </w:r>
      <w:r>
        <w:rPr>
          <w:sz w:val="20"/>
        </w:rPr>
        <w:t>5:05  lekin hadiseen madawwan nahi hui theen rasool Allah ki zuban mein.</w:t>
      </w:r>
      <w:r>
        <w:br/>
      </w:r>
      <w:r>
        <w:rPr>
          <w:sz w:val="20"/>
        </w:rPr>
        <w:t>5:11  hadiseen baad ko madawwan huin aur jin logon ne us ko madawwan kiya. madawwan ka matlab hota hai un ko jama karna, compile karna, book form mein ikatha karna.</w:t>
      </w:r>
      <w:r>
        <w:br/>
      </w:r>
      <w:r>
        <w:rPr>
          <w:sz w:val="20"/>
        </w:rPr>
        <w:t>5:30  yeh kaam kiya hai jis groh ne, un ko hum muhaddis kehte hain. muhaddis. to woh muqri group tha ya muhaddis group thay.</w:t>
      </w:r>
      <w:r>
        <w:br/>
      </w:r>
      <w:r>
        <w:rPr>
          <w:sz w:val="20"/>
        </w:rPr>
        <w:t>5:45  yeh baat mein sirf aik tareekhi tor par nahi arz kar raha hoon. balkeh is se zyada bari baat is mein hai.</w:t>
      </w:r>
      <w:r>
        <w:br/>
      </w:r>
      <w:r>
        <w:rPr>
          <w:sz w:val="20"/>
        </w:rPr>
        <w:t>5:55  woh yeh hai ke sahaba ko mila jo zamana woh doosra zamana tha aur muhaddiseen ko jo zamana mila woh doosra zamana tha.</w:t>
      </w:r>
      <w:r>
        <w:br/>
      </w:r>
      <w:r>
        <w:rPr>
          <w:sz w:val="20"/>
        </w:rPr>
        <w:t>6:06  yaani mein yun kahunga ke sahaba ka zamana tha daur ibadat, daur dawat.</w:t>
      </w:r>
      <w:r>
        <w:br/>
      </w:r>
      <w:r>
        <w:rPr>
          <w:sz w:val="20"/>
        </w:rPr>
        <w:t>6:16  aur muhaddiseen ka zamana tha daur hukoomat. to daur dawat mein kis tarah kaam kiya jata hai, us ka namoona milta hai sahaba ke haan.</w:t>
      </w:r>
      <w:r>
        <w:br/>
      </w:r>
      <w:r>
        <w:rPr>
          <w:sz w:val="20"/>
        </w:rPr>
        <w:t>6:28  aur door muhaddiseen ne, mein zamane ne jis tarah kaam kiya, is ka namuna milta hai hamein ke door hukoomat mein kis tarah kaam kiya jaye.</w:t>
      </w:r>
    </w:p>
    <w:p>
      <w:pPr>
        <w:pStyle w:val="Heading2"/>
      </w:pPr>
      <w:r>
        <w:t>full story of the American-born boy's conditional patriotism</w:t>
      </w:r>
    </w:p>
    <w:p>
      <w:r>
        <w:rPr>
          <w:color w:val="666666"/>
          <w:sz w:val="18"/>
        </w:rPr>
        <w:t>Spirituality vs Materialism July 10, 2011 Maulana Wahiduddin Khan · 5m 01s · at 16:37 · https://youtu.be/oLx-EARR2fI?t=997</w:t>
      </w:r>
    </w:p>
    <w:p>
      <w:r>
        <w:rPr>
          <w:i/>
        </w:rPr>
        <w:t>“I told American Muslims: you have no love for this country.”</w:t>
      </w:r>
    </w:p>
    <w:p>
      <w:r>
        <w:rPr>
          <w:sz w:val="20"/>
        </w:rPr>
        <w:t>16:37  to mein ne kaha achhi baat hai. to ek ladka mujhe milaya gaya. mujh se mulaqat karai gayi. jo wahin paida hua hai. american accent mein woh bolta hai.</w:t>
      </w:r>
      <w:r>
        <w:br/>
      </w:r>
      <w:r>
        <w:rPr>
          <w:sz w:val="20"/>
        </w:rPr>
        <w:t>16:50  urdu janta nahi woh. to ab dekhiye kya hua. mein ne us se poocha ke "do you love America?" by force unhon ne kaha ke "yes."</w:t>
      </w:r>
      <w:r>
        <w:br/>
      </w:r>
      <w:r>
        <w:rPr>
          <w:sz w:val="20"/>
        </w:rPr>
        <w:t>17:07  mein ne kaha ke aap jante hain love ka matlab kya hai? to us ne kaha ke feeling. is ladke ne kaha ke feeling. mein ne kaha nahi.</w:t>
      </w:r>
      <w:r>
        <w:br/>
      </w:r>
      <w:r>
        <w:rPr>
          <w:sz w:val="20"/>
        </w:rPr>
        <w:t>17:15  love ka matlab strong affection.</w:t>
      </w:r>
      <w:r>
        <w:br/>
      </w:r>
      <w:r>
        <w:rPr>
          <w:sz w:val="20"/>
        </w:rPr>
        <w:t>17:20  to mein ne poocha kya aap ko strong affection hai america se? to woh ghabra gaya. yaani feeling ki satah par to kuch tha us ko.</w:t>
      </w:r>
      <w:r>
        <w:br/>
      </w:r>
      <w:r>
        <w:rPr>
          <w:sz w:val="20"/>
        </w:rPr>
        <w:t>17:30  strong affection ki satah par nahi tha. to phir us ne, mein jab mein ne us ko interrogation kiya, scrutiny ki, to us ne kaha ke strong affection kaise hoga hum ko jabke woh mulzim countries par</w:t>
      </w:r>
      <w:r>
        <w:br/>
      </w:r>
      <w:r>
        <w:rPr>
          <w:sz w:val="20"/>
        </w:rPr>
        <w:t>17:43  bombardment karta hai america? to mein ne kaha ke aap kaisi hub ul watni aap ki hai? koi nation jo hai us ko haq hai ke woh apne apne aap ko, apne interest ko safeguard kare.</w:t>
      </w:r>
      <w:r>
        <w:br/>
      </w:r>
      <w:r>
        <w:rPr>
          <w:sz w:val="20"/>
        </w:rPr>
        <w:t>18:00  is liye america karta hai. to hub ul watni aap conditional hai. to us ne kya kaha? ke human rights ke khilaaf karta hai america?</w:t>
      </w:r>
      <w:r>
        <w:br/>
      </w:r>
      <w:r>
        <w:rPr>
          <w:sz w:val="20"/>
        </w:rPr>
        <w:t>18:13  to mein ne kaha ke dekhiye aap phir bhi aap ghalati kar rahe hain. agar aap ko human rights ka violation ka dard hai to sirf iraq aur afghanistan ke liye kyun hai?</w:t>
      </w:r>
      <w:r>
        <w:br/>
      </w:r>
      <w:r>
        <w:rPr>
          <w:sz w:val="20"/>
        </w:rPr>
        <w:t>18:23  america is se pehle bombardment kar chuka hai vietnam mein, japan mein. to woh bhi human rights ka violation tha.</w:t>
      </w:r>
      <w:r>
        <w:br/>
      </w:r>
      <w:r>
        <w:rPr>
          <w:sz w:val="20"/>
        </w:rPr>
        <w:t>18:32  to is ka dard kyun nahi aap ko? yeh human rights nahi hai, yeh muslim rights hai jis mein aap pade hue hain.</w:t>
      </w:r>
      <w:r>
        <w:br/>
      </w:r>
      <w:r>
        <w:rPr>
          <w:sz w:val="20"/>
        </w:rPr>
        <w:t>18:40  mein ne kaha yeh human rights nahi hai, yeh muslim rights hai. to woh ladka thoda sa ghabra gaya.</w:t>
      </w:r>
      <w:r>
        <w:br/>
      </w:r>
      <w:r>
        <w:rPr>
          <w:sz w:val="20"/>
        </w:rPr>
        <w:t>18:52  to us ke jo walid sahib the, father, jo senior the, woh aaye. kaha ke mein deta hoon, mein batata hoon aap ko ke yeh ladka jo hai american, woh us ke andar patriotism hai.</w:t>
      </w:r>
      <w:r>
        <w:br/>
      </w:r>
      <w:r>
        <w:rPr>
          <w:sz w:val="20"/>
        </w:rPr>
        <w:t>19:10  to unhon ne kya misaal di? unhon ne kaha ke mein pakistan se aaya hoon. yeh bachcha mera yahin paida hua america mein. to mein pichhle saal us ko le kar gaya pakistan.</w:t>
      </w:r>
      <w:r>
        <w:br/>
      </w:r>
      <w:r>
        <w:rPr>
          <w:sz w:val="20"/>
        </w:rPr>
        <w:t>19:23  apne saabiq watan. to wahan us ne kaha ke mein america ko miss kar raha hoon. yeh bachche ne un ke wahan kaha pakistan mein ke mein america ko miss kar raha hoon.</w:t>
      </w:r>
      <w:r>
        <w:br/>
      </w:r>
      <w:r>
        <w:rPr>
          <w:sz w:val="20"/>
        </w:rPr>
        <w:t>19:34  to yeh un ke liye proof tha ke woh america se mohabbat karta hai. mein ne kaha phir aap ghalati kar rahe hain.</w:t>
      </w:r>
      <w:r>
        <w:br/>
      </w:r>
      <w:r>
        <w:rPr>
          <w:sz w:val="20"/>
        </w:rPr>
        <w:t>19:41  woh america ko nahi miss kar raha tha. america ki comfortable life ko miss kar raha tha woh. kyun ke pakistan mein kya hai?</w:t>
      </w:r>
      <w:r>
        <w:br/>
      </w:r>
      <w:r>
        <w:rPr>
          <w:sz w:val="20"/>
        </w:rPr>
        <w:t>19:51  abhi mein parh raha tha, radio sun raha tha, karachi mein hangama hai ke so aadmi maar dale. wahan america mein us ko bohat achha pani milta hai peene ke liye.</w:t>
      </w:r>
      <w:r>
        <w:br/>
      </w:r>
      <w:r>
        <w:rPr>
          <w:sz w:val="20"/>
        </w:rPr>
        <w:t>20:03  achhi hawa milti hai saans lene ke liye.</w:t>
      </w:r>
      <w:r>
        <w:br/>
      </w:r>
      <w:r>
        <w:rPr>
          <w:sz w:val="20"/>
        </w:rPr>
        <w:t>20:05  wahan us ko behtareen sarkein hain, behtareen makanat hain. behtareen khurak, ghizayen behtareen qism ki hoti hain. alternation wahan par nahi hai.</w:t>
      </w:r>
      <w:r>
        <w:br/>
      </w:r>
      <w:r>
        <w:rPr>
          <w:sz w:val="20"/>
        </w:rPr>
        <w:t>20:15  har cheez aala standard ki hai. aur pakistan mein nahi hai. to aap ka bachcha jo hai wahan par miss kar raha tha america ki comfortable life ko, america ko nahi.</w:t>
      </w:r>
      <w:r>
        <w:br/>
      </w:r>
      <w:r>
        <w:rPr>
          <w:sz w:val="20"/>
        </w:rPr>
        <w:t>20:30  main ne kyun? yaani jab main ne iscotny ki to bachcha ne kaha baat ko. pehle to kaha tha ke main love karta hoon. to us ne kaha ke "i love america but with some reservations."</w:t>
      </w:r>
      <w:r>
        <w:br/>
      </w:r>
      <w:r>
        <w:rPr>
          <w:sz w:val="20"/>
        </w:rPr>
        <w:t>20:44  to yeh yeh cheez, is ko main ne socha. to main ne socha ke shaitan yeh kar raha hai ke har mauqe par aik aik laga aata hai, aik shart.</w:t>
      </w:r>
      <w:r>
        <w:br/>
      </w:r>
      <w:r>
        <w:rPr>
          <w:sz w:val="20"/>
        </w:rPr>
        <w:t>20:55  jo poori hone wali nahi hai.</w:t>
      </w:r>
      <w:r>
        <w:br/>
      </w:r>
      <w:r>
        <w:rPr>
          <w:sz w:val="20"/>
        </w:rPr>
        <w:t>20:59  jaise shaitan ne khud shart lagai thi ke allah taala ka insaan ke baray mein apni planning ko abalash kar de. to allah taala kyun karega aisa?</w:t>
      </w:r>
      <w:r>
        <w:br/>
      </w:r>
      <w:r>
        <w:rPr>
          <w:sz w:val="20"/>
        </w:rPr>
        <w:t>21:11  to shaitan ko kya karna tha? ke allah ke mansoobay ko, alag plan ko insaan ke baray mein mante hue sajda karna tha.</w:t>
      </w:r>
      <w:r>
        <w:br/>
      </w:r>
      <w:r>
        <w:rPr>
          <w:sz w:val="20"/>
        </w:rPr>
        <w:t>21:21  shaitan ko yeh karna tha ke insaan ko khuda ne paida kiya aik plan ke tehat.</w:t>
      </w:r>
      <w:r>
        <w:br/>
      </w:r>
      <w:r>
        <w:rPr>
          <w:sz w:val="20"/>
        </w:rPr>
        <w:t>21:28  to allah ke plan ko mante hue usay sajda karna tha. lekin usay aik shart laga di ke khuda insaan ke baray mein apne plan ko abalash kar de.</w:t>
      </w:r>
    </w:p>
    <w:p>
      <w:pPr>
        <w:pStyle w:val="Heading2"/>
      </w:pPr>
      <w:r>
        <w:t>Age of religious persecution to religious freedom</w:t>
      </w:r>
    </w:p>
    <w:p>
      <w:r>
        <w:rPr>
          <w:color w:val="666666"/>
          <w:sz w:val="18"/>
        </w:rPr>
        <w:t>Sahaba and Muhaddithin 24th June 2012 - Maulana Wahiduddin Khan · 6m 00s · at 10:54 · https://youtu.be/tUPo7MI0Bdo?t=654</w:t>
      </w:r>
    </w:p>
    <w:p>
      <w:r>
        <w:rPr>
          <w:i/>
        </w:rPr>
        <w:t>“Age-related problem: pichle logon ka kaam tha religious persecution ka age”</w:t>
      </w:r>
    </w:p>
    <w:p>
      <w:r>
        <w:rPr>
          <w:sz w:val="20"/>
        </w:rPr>
        <w:t>10:54  age related problem yani pichhle logon par jo pichhle logon ko jis age mein kaam karna pada, pichhli ummaton ko jis age mein kaam karna pada dawat ka,</w:t>
      </w:r>
      <w:r>
        <w:br/>
      </w:r>
      <w:r>
        <w:rPr>
          <w:sz w:val="20"/>
        </w:rPr>
        <w:t>11:10  woh kya tha? woh tha</w:t>
      </w:r>
      <w:r>
        <w:br/>
      </w:r>
      <w:r>
        <w:rPr>
          <w:sz w:val="20"/>
        </w:rPr>
        <w:t>11:13  religious persecution ka age, mazhabi jabr ka age. is ki misaal quran mein hai, surah al-buruj mein: "wama naqamu minhum illa an yu'minu billahil azizil hamid".</w:t>
      </w:r>
      <w:r>
        <w:br/>
      </w:r>
      <w:r>
        <w:rPr>
          <w:sz w:val="20"/>
        </w:rPr>
        <w:t>11:31  yani sirf yeh kehna ke Allah ek hai, is par bhi un ko mara jata tha. kyun? us zamane mein yeh maan liya gaya tha ke</w:t>
      </w:r>
      <w:r>
        <w:br/>
      </w:r>
      <w:r>
        <w:rPr>
          <w:sz w:val="20"/>
        </w:rPr>
        <w:t>11:47  religion wohi hai jo state ka ho. yeh maan liya gaya tha. state jo thi, jaise us zamane mein state aur mazhab alag alag ho gaye hain,</w:t>
      </w:r>
      <w:r>
        <w:br/>
      </w:r>
      <w:r>
        <w:rPr>
          <w:sz w:val="20"/>
        </w:rPr>
        <w:t>12:02  us zamane mein state ka koi mazhab nahi hota.</w:t>
      </w:r>
      <w:r>
        <w:br/>
      </w:r>
      <w:r>
        <w:rPr>
          <w:sz w:val="20"/>
        </w:rPr>
        <w:t>12:05  us zamane mein state ka jo mazhab hota tha, wohi saare logon ko manna parta tha. jis ko kehte hain: "inna salihina ghuluuk".</w:t>
      </w:r>
      <w:r>
        <w:br/>
      </w:r>
      <w:r>
        <w:rPr>
          <w:sz w:val="20"/>
        </w:rPr>
        <w:t>12:18  to jo aadmi</w:t>
      </w:r>
      <w:r>
        <w:br/>
      </w:r>
      <w:r>
        <w:rPr>
          <w:sz w:val="20"/>
        </w:rPr>
        <w:t>12:23  state religion ke siwa koi aur religion apnaye, koi aur aqeedah apnaye, to us ko mara jata tha, us ko peeta jata tha, us ko us ko majboor kiya jata tha ke woh state religion ko apnaye.</w:t>
      </w:r>
      <w:r>
        <w:br/>
      </w:r>
      <w:r>
        <w:rPr>
          <w:sz w:val="20"/>
        </w:rPr>
        <w:t>12:37  us ko kaha jata hai religious persecution.</w:t>
      </w:r>
      <w:r>
        <w:br/>
      </w:r>
      <w:r>
        <w:rPr>
          <w:sz w:val="20"/>
        </w:rPr>
        <w:t>12:42  to is ki wajah se dawat ka kaam bohat mushkil tha, bohat hi mushkil ho gaya tha dawat ka kaam.</w:t>
      </w:r>
      <w:r>
        <w:br/>
      </w:r>
      <w:r>
        <w:rPr>
          <w:sz w:val="20"/>
        </w:rPr>
        <w:t>12:52  logon ko shadeed,</w:t>
      </w:r>
      <w:r>
        <w:br/>
      </w:r>
      <w:r>
        <w:rPr>
          <w:sz w:val="20"/>
        </w:rPr>
        <w:t>13:00  bohat zyada hukumat ki taraf se, bohat zyada sakht sazaon ka saamna kar ke dawat ka kaam karna parta tha.</w:t>
      </w:r>
      <w:r>
        <w:br/>
      </w:r>
      <w:r>
        <w:rPr>
          <w:sz w:val="20"/>
        </w:rPr>
        <w:t>13:14  to sahaba ki zuban se yeh yeh dua jo karwai gayi, is ka matlab tha</w:t>
      </w:r>
      <w:r>
        <w:br/>
      </w:r>
      <w:r>
        <w:rPr>
          <w:sz w:val="20"/>
        </w:rPr>
        <w:t>13:19  kya? ke woh, yani yun keh lijiye ke ke woh tha anti deen age.</w:t>
      </w:r>
      <w:r>
        <w:br/>
      </w:r>
      <w:r>
        <w:rPr>
          <w:sz w:val="20"/>
        </w:rPr>
        <w:t>13:32  ab ab dua ka matlab tha ke anti deen age khatm ho jaye aur pro deen age aa jaye.</w:t>
      </w:r>
      <w:r>
        <w:br/>
      </w:r>
      <w:r>
        <w:rPr>
          <w:sz w:val="20"/>
        </w:rPr>
        <w:t>13:40  yeh matlab tha is ka. to is ayat ka talluq kuch bhi is ayat se nahi hai jahan: "wayazaw waanhum isra'u wal aghlalallati kanat alayhim".</w:t>
      </w:r>
      <w:r>
        <w:br/>
      </w:r>
      <w:r>
        <w:rPr>
          <w:sz w:val="20"/>
        </w:rPr>
        <w:t>13:51  yeh age se related jo masle the, jis ki wajah se</w:t>
      </w:r>
      <w:r>
        <w:br/>
      </w:r>
      <w:r>
        <w:rPr>
          <w:sz w:val="20"/>
        </w:rPr>
        <w:t>13:58  namaz parhna bhi mushkil tha. ara'aitalladhi 'anha 'abdan idha salla, tauheed ka aqeedah rakhna bhi mushkil tha.</w:t>
      </w:r>
      <w:r>
        <w:br/>
      </w:r>
      <w:r>
        <w:rPr>
          <w:sz w:val="20"/>
        </w:rPr>
        <w:t>14:09  kyun ke mazhab ne state ko</w:t>
      </w:r>
      <w:r>
        <w:br/>
      </w:r>
      <w:r>
        <w:rPr>
          <w:sz w:val="20"/>
        </w:rPr>
        <w:t>14:15  apna rakha tha. is is zamane mein awam ke mandate se log hukumat karte hain. is zamane mein aisa nahi tha.</w:t>
      </w:r>
      <w:r>
        <w:br/>
      </w:r>
      <w:r>
        <w:rPr>
          <w:sz w:val="20"/>
        </w:rPr>
        <w:t>14:27  is zamane mein mazhab ka patent ban kar hukumat ki jati thi.</w:t>
      </w:r>
      <w:r>
        <w:br/>
      </w:r>
      <w:r>
        <w:rPr>
          <w:sz w:val="20"/>
        </w:rPr>
        <w:t>14:32  to mazhab agar koi doosra ikhtiyar kare to is ka matlab tha treason, hukumat se, state se ghaddari.</w:t>
      </w:r>
      <w:r>
        <w:br/>
      </w:r>
      <w:r>
        <w:rPr>
          <w:sz w:val="20"/>
        </w:rPr>
        <w:t>14:44  yeh surat-e-haal khatm ho. yani sahaba ki dua ka matlab yeh tha</w:t>
      </w:r>
      <w:r>
        <w:br/>
      </w:r>
      <w:r>
        <w:rPr>
          <w:sz w:val="20"/>
        </w:rPr>
        <w:t>14:50  keh anti deen jo daur hai, woh khatm ho aur pro deen daur aa jaye.</w:t>
      </w:r>
      <w:r>
        <w:br/>
      </w:r>
      <w:r>
        <w:rPr>
          <w:sz w:val="20"/>
        </w:rPr>
        <w:t>15:04  yeh bohat hi ahem baat hai.</w:t>
      </w:r>
      <w:r>
        <w:br/>
      </w:r>
      <w:r>
        <w:rPr>
          <w:sz w:val="20"/>
        </w:rPr>
        <w:t>15:06  to Allah taala ne yeh dua qabool ki aur phir ek history mein ek naya process jari hua. dekhiye, maine kai baar yeh baat kahi hai keh history mein koi tabdeeli, koi change achaanak kabhi aata nahi,</w:t>
      </w:r>
      <w:r>
        <w:br/>
      </w:r>
      <w:r>
        <w:rPr>
          <w:sz w:val="20"/>
        </w:rPr>
        <w:t>15:24  kabhi bhi aata nahi. ek lambi muddat ke baad aata hai. jaise is zamane mein dekhiye, democracy hai to kaha: "democracy achaanak aa gayi".</w:t>
      </w:r>
      <w:r>
        <w:br/>
      </w:r>
      <w:r>
        <w:rPr>
          <w:sz w:val="20"/>
        </w:rPr>
        <w:t>15:34  is ke peeche bohat lambi muddat hai, sankaron saal ke darmiyan ek process chala, tab ja kar ke democracy aayi hai.</w:t>
      </w:r>
      <w:r>
        <w:br/>
      </w:r>
      <w:r>
        <w:rPr>
          <w:sz w:val="20"/>
        </w:rPr>
        <w:t>15:44  to Allah taala ka mamla bhi yahi hai. asbab-o-ilal ke parde mein madad aati hai. madad jo hai, aisa nahi aati keh asbab-o-ilal ke parde ko phaad kar aaye.</w:t>
      </w:r>
      <w:r>
        <w:br/>
      </w:r>
      <w:r>
        <w:rPr>
          <w:sz w:val="20"/>
        </w:rPr>
        <w:t>15:57  to Allah taala ne yeh dua qabool farmayi aur jo</w:t>
      </w:r>
      <w:r>
        <w:br/>
      </w:r>
      <w:r>
        <w:rPr>
          <w:sz w:val="20"/>
        </w:rPr>
        <w:t>16:03  asbab the, un mein aise tabdiliyan paida ki gayi hain, un mein aisa process jari kiya gaya jo dheere dheere yahan pahuncha keh duniya mein mukammal</w:t>
      </w:r>
      <w:r>
        <w:br/>
      </w:r>
      <w:r>
        <w:rPr>
          <w:sz w:val="20"/>
        </w:rPr>
        <w:t>16:19  mazhabi aazadi ka daur aa gaya. yani age of religious persecution khatm ho gaya aur age of religious freedom aa gaya.</w:t>
      </w:r>
      <w:r>
        <w:br/>
      </w:r>
      <w:r>
        <w:rPr>
          <w:sz w:val="20"/>
        </w:rPr>
        <w:t>16:30  yeh hai matlab is ka. ab dekhiye, jab aisa ho jaye</w:t>
      </w:r>
      <w:r>
        <w:br/>
      </w:r>
      <w:r>
        <w:rPr>
          <w:sz w:val="20"/>
        </w:rPr>
        <w:t>16:38  to daaiyon ko kya karna hai? jab aisa ho jaye keh religious persecution, religious persecution ka daur khatm ho jaye aur just religious freedom ka daur aa jaye to daaiyon ko kya karna hai?</w:t>
      </w:r>
    </w:p>
    <w:p>
      <w:pPr>
        <w:pStyle w:val="Heading2"/>
      </w:pPr>
      <w:r>
        <w:t>Mass conversion led to reduced form of Islam</w:t>
      </w:r>
    </w:p>
    <w:p>
      <w:r>
        <w:rPr>
          <w:color w:val="666666"/>
          <w:sz w:val="18"/>
        </w:rPr>
        <w:t>Islah e Ummat August 10, 2014 · 5m 56s · at 0:59 · https://youtu.be/a7ohKq4Xf0Y?t=59</w:t>
      </w:r>
    </w:p>
    <w:p>
      <w:r>
        <w:rPr>
          <w:i/>
        </w:rPr>
        <w:t>“Main bohat din se ek hadees ko lekar sunta tha”</w:t>
      </w:r>
    </w:p>
    <w:p>
      <w:r>
        <w:rPr>
          <w:sz w:val="20"/>
        </w:rPr>
        <w:t>0:59  mein bohat din se ek hadith ko le kar sunta tha kyunke kitabon mein is ki kojat maujood nahi hain.</w:t>
      </w:r>
      <w:r>
        <w:br/>
      </w:r>
      <w:r>
        <w:rPr>
          <w:sz w:val="20"/>
        </w:rPr>
        <w:t>1:10  woh hadith hai: "latatbauna sunan man kan qablakum shibran bishibrin wa dhira'an bidhira'in hatta walaw dakhalu jaradib ladakhaltumuh." is hadith ka transition yeh hai ke</w:t>
      </w:r>
      <w:r>
        <w:br/>
      </w:r>
      <w:r>
        <w:rPr>
          <w:sz w:val="20"/>
        </w:rPr>
        <w:t>1:40  tum yani ummat muslima zaroor hi follow karoge pichli ummaton ki</w:t>
      </w:r>
      <w:r>
        <w:br/>
      </w:r>
      <w:r>
        <w:rPr>
          <w:sz w:val="20"/>
        </w:rPr>
        <w:t>1:55  qadam ba qadam. yahan tak ke agar woh kisi go ke bil mein ghase hain to tum wahan bhi ghus jaoge.</w:t>
      </w:r>
      <w:r>
        <w:br/>
      </w:r>
      <w:r>
        <w:rPr>
          <w:sz w:val="20"/>
        </w:rPr>
        <w:t>2:07  to yeh aisa kaise hota hai ke peghambar akhir-uz-zaman ki ummat pichli ummaton ki pairwi karne lagti hai?</w:t>
      </w:r>
      <w:r>
        <w:br/>
      </w:r>
      <w:r>
        <w:rPr>
          <w:sz w:val="20"/>
        </w:rPr>
        <w:t>2:18  kyunke aap jante hain ke peghambar akhir-uz-zaman ki ummat ka jo mind set hota hai woh yeh hota hai ke hum aakhri ummat hain, hum final ummat hain aur pichle log to mansookh ho chuke hain.</w:t>
      </w:r>
      <w:r>
        <w:br/>
      </w:r>
      <w:r>
        <w:rPr>
          <w:sz w:val="20"/>
        </w:rPr>
        <w:t>2:34  yani mansookh ki pairwi. yani sare musalman yeh mante hain ke pichli ummat ab mansookh ho chuki hai.</w:t>
      </w:r>
      <w:r>
        <w:br/>
      </w:r>
      <w:r>
        <w:rPr>
          <w:sz w:val="20"/>
        </w:rPr>
        <w:t>2:44  to kaise aisa hota hai?</w:t>
      </w:r>
      <w:r>
        <w:br/>
      </w:r>
      <w:r>
        <w:rPr>
          <w:sz w:val="20"/>
        </w:rPr>
        <w:t>2:49  yeh ek sawal tha mere zehn mein ke aisa kaise hota hai? to is ka jawab mere samne yeh aya ke aisa hota hai mass conversion ki wajah se.</w:t>
      </w:r>
      <w:r>
        <w:br/>
      </w:r>
      <w:r>
        <w:rPr>
          <w:sz w:val="20"/>
        </w:rPr>
        <w:t>3:08  lekin mass conversion ka waqia basically do ummaton mein hua yani christian mein aur musalman mein.</w:t>
      </w:r>
      <w:r>
        <w:br/>
      </w:r>
      <w:r>
        <w:rPr>
          <w:sz w:val="20"/>
        </w:rPr>
        <w:t>3:19  christian mein aap jante hain ke</w:t>
      </w:r>
      <w:r>
        <w:br/>
      </w:r>
      <w:r>
        <w:rPr>
          <w:sz w:val="20"/>
        </w:rPr>
        <w:t>3:28  chauthi sadi isvi mein</w:t>
      </w:r>
      <w:r>
        <w:br/>
      </w:r>
      <w:r>
        <w:rPr>
          <w:sz w:val="20"/>
        </w:rPr>
        <w:t>3:34  europe ka jo badshah tha constantine first</w:t>
      </w:r>
      <w:r>
        <w:br/>
      </w:r>
      <w:r>
        <w:rPr>
          <w:sz w:val="20"/>
        </w:rPr>
        <w:t>3:43  to wo is ne christianity qabool kar liya. to poore europe mein christianity phail gayi.</w:t>
      </w:r>
      <w:r>
        <w:br/>
      </w:r>
      <w:r>
        <w:rPr>
          <w:sz w:val="20"/>
        </w:rPr>
        <w:t>3:54  that was first case of mass conversion. is ke baad islam mein hua ke jab rome aur iran ki saltanatein fateh huin to musalmanon mein mass conversion hua.</w:t>
      </w:r>
      <w:r>
        <w:br/>
      </w:r>
      <w:r>
        <w:rPr>
          <w:sz w:val="20"/>
        </w:rPr>
        <w:t>4:13  to ye ye hai mass conversion ka phenomenon. wo is tarah se ke jo log فوج dar فوج apna mazhab badal kar naye mazhab mein aate hain to wo kya hota hai?</w:t>
      </w:r>
      <w:r>
        <w:br/>
      </w:r>
      <w:r>
        <w:rPr>
          <w:sz w:val="20"/>
        </w:rPr>
        <w:t>4:30  jaise musalmanon mein kya hua ke kalma padh kar islam mein dakhil ho gaye. lekin jo mindset chala raha tha sadiyon se wo to is se badalta nahin.</w:t>
      </w:r>
      <w:r>
        <w:br/>
      </w:r>
      <w:r>
        <w:rPr>
          <w:sz w:val="20"/>
        </w:rPr>
        <w:t>4:42  is ke liye to zaroorat hai training ki, tarbiyat ki, taleem ki. to pehle zamane mein is ka koi intezam nahin tha.</w:t>
      </w:r>
      <w:r>
        <w:br/>
      </w:r>
      <w:r>
        <w:rPr>
          <w:sz w:val="20"/>
        </w:rPr>
        <w:t>4:52  ab aap jante hain ke jab se printing press aaya hai tab se education phail gayi hai. printing press ka bahut bada dakhal hai education ko phailane mein.</w:t>
      </w:r>
      <w:r>
        <w:br/>
      </w:r>
      <w:r>
        <w:rPr>
          <w:sz w:val="20"/>
        </w:rPr>
        <w:t>5:05  is se pehle education bahut hi limited dayre mein hua karti thi.</w:t>
      </w:r>
      <w:r>
        <w:br/>
      </w:r>
      <w:r>
        <w:rPr>
          <w:sz w:val="20"/>
        </w:rPr>
        <w:t>5:12  to kahan kaise un ka zehn kaise badalta? to ye log jo hain jo pichhle mindset ko le kar ke islam mein dakhil hue wo isi mindset ke mutabiq unhon ne islam ko dhal diya.</w:t>
      </w:r>
      <w:r>
        <w:br/>
      </w:r>
      <w:r>
        <w:rPr>
          <w:sz w:val="20"/>
        </w:rPr>
        <w:t>5:29  hua ye ke ye hota hai ke wo jab mass conversion hua to phir bahut se logon ne arabi zaban padhi.</w:t>
      </w:r>
      <w:r>
        <w:br/>
      </w:r>
      <w:r>
        <w:rPr>
          <w:sz w:val="20"/>
        </w:rPr>
        <w:t>5:40  arabi padh padh kar ke wo aalim ban gaye. wo imam ban gaye, wo mujtahid ban gaye. ye saare log jo the aap ghor kijiye mujhe yahan se clue mila ke wo saare log jin ko hum kehte hain imam, mujtahid aur shakh al islam aur bade bade laqab de rakhe hain hum ne wo un mein wo kaun the?</w:t>
      </w:r>
      <w:r>
        <w:br/>
      </w:r>
      <w:r>
        <w:rPr>
          <w:sz w:val="20"/>
        </w:rPr>
        <w:t>6:06  wo wo arab nahin the wo. wo sab yahi the. ajami log the. jo romi saltanat aur bait al din saltanat ke fateh ke baad mass conversion jo hua isi mein se nikle ye log.</w:t>
      </w:r>
      <w:r>
        <w:br/>
      </w:r>
      <w:r>
        <w:rPr>
          <w:sz w:val="20"/>
        </w:rPr>
        <w:t>6:26  to arab log jo the wo rasool Allah se barah e rast unhon ne tarbiyat pai thi. un ka zehn doosra tha. lekin jo baad ko jo islam mein dakhil hue wo to sab ajami log the wo.</w:t>
      </w:r>
      <w:r>
        <w:br/>
      </w:r>
      <w:r>
        <w:rPr>
          <w:sz w:val="20"/>
        </w:rPr>
        <w:t>6:45  to apne is mindset ki bina par jo mindset banaya tha un ke andar isi mein islam ko dhal diya unhon ne.</w:t>
      </w:r>
    </w:p>
    <w:p>
      <w:pPr>
        <w:pStyle w:val="Heading2"/>
      </w:pPr>
      <w:r>
        <w:t>Prophet Muhammad's first message at Safa</w:t>
      </w:r>
    </w:p>
    <w:p>
      <w:r>
        <w:rPr>
          <w:color w:val="666666"/>
          <w:sz w:val="18"/>
        </w:rPr>
        <w:t>A Brief Survey of Islamic History (Part-2) (Eng) February 15, 2007 Maulana Wahiduddin Khan · 4m 47s · at 21:00 · https://youtu.be/SXRM6aE-cV0?t=1260</w:t>
      </w:r>
    </w:p>
    <w:p>
      <w:r>
        <w:rPr>
          <w:i/>
        </w:rPr>
        <w:t>“Here I would like to give examples from da life of Prophet”</w:t>
      </w:r>
    </w:p>
    <w:p>
      <w:r>
        <w:rPr>
          <w:sz w:val="20"/>
        </w:rPr>
        <w:t>21:00  here i would like to give some examples from the life of the prophet muhammad sallallahu alaihi wasallam.</w:t>
      </w:r>
      <w:r>
        <w:br/>
      </w:r>
      <w:r>
        <w:rPr>
          <w:sz w:val="20"/>
        </w:rPr>
        <w:t>21:10  you know when he was, when he started his mission in makkah, at the time makkah people were idol worshippers,</w:t>
      </w:r>
      <w:r>
        <w:br/>
      </w:r>
      <w:r>
        <w:rPr>
          <w:sz w:val="20"/>
        </w:rPr>
        <w:t>21:24  mushrik.</w:t>
      </w:r>
      <w:r>
        <w:br/>
      </w:r>
      <w:r>
        <w:rPr>
          <w:sz w:val="20"/>
        </w:rPr>
        <w:t>21:28  so it was a very difficult situation.</w:t>
      </w:r>
      <w:r>
        <w:br/>
      </w:r>
      <w:r>
        <w:rPr>
          <w:sz w:val="20"/>
        </w:rPr>
        <w:t>21:35  So the first, the first problem was: "Where to, from where to begin?" From where to begin.</w:t>
      </w:r>
      <w:r>
        <w:br/>
      </w:r>
      <w:r>
        <w:rPr>
          <w:sz w:val="20"/>
        </w:rPr>
        <w:t>21:52  so he here is a great example for us in, in his life. he asked maken people to gather at,</w:t>
      </w:r>
      <w:r>
        <w:br/>
      </w:r>
      <w:r>
        <w:rPr>
          <w:sz w:val="20"/>
        </w:rPr>
        <w:t>22:08  at a place that was called Safa. So Safa was a well known place where people used to gather when they wanted to discuss among themselves.</w:t>
      </w:r>
      <w:r>
        <w:br/>
      </w:r>
      <w:r>
        <w:rPr>
          <w:sz w:val="20"/>
        </w:rPr>
        <w:t>22:27  so he asked people to gather here when they, when maken people gather at the place.</w:t>
      </w:r>
      <w:r>
        <w:br/>
      </w:r>
      <w:r>
        <w:rPr>
          <w:sz w:val="20"/>
        </w:rPr>
        <w:t>22:37  he said,</w:t>
      </w:r>
      <w:r>
        <w:br/>
      </w:r>
      <w:r>
        <w:rPr>
          <w:sz w:val="20"/>
        </w:rPr>
        <w:t>22:44  addressing these maken people, he said that: "wallah</w:t>
      </w:r>
      <w:r>
        <w:br/>
      </w:r>
      <w:r>
        <w:rPr>
          <w:sz w:val="20"/>
        </w:rPr>
        <w:t>23:03  it means that this life is not a tunnel. you have to die.</w:t>
      </w:r>
      <w:r>
        <w:br/>
      </w:r>
      <w:r>
        <w:rPr>
          <w:sz w:val="20"/>
        </w:rPr>
        <w:t>23:11  you have to die. and after death, you will face the problem of accountability.</w:t>
      </w:r>
      <w:r>
        <w:br/>
      </w:r>
      <w:r>
        <w:rPr>
          <w:sz w:val="20"/>
        </w:rPr>
        <w:t>23:21  and after this, you will, you will face the hell or paradise.</w:t>
      </w:r>
      <w:r>
        <w:br/>
      </w:r>
      <w:r>
        <w:rPr>
          <w:sz w:val="20"/>
        </w:rPr>
        <w:t>23:32  if you are, if you are good in the, in the, in the eyes of god, then you will be given</w:t>
      </w:r>
      <w:r>
        <w:br/>
      </w:r>
      <w:r>
        <w:rPr>
          <w:sz w:val="20"/>
        </w:rPr>
        <w:t>23:45  paradise as reward. but if you are bad in the eyes of prophet, you will be punished and you will be given hell.</w:t>
      </w:r>
      <w:r>
        <w:br/>
      </w:r>
      <w:r>
        <w:rPr>
          <w:sz w:val="20"/>
        </w:rPr>
        <w:t>23:58  and both are a tunnel. so this was the first message. first message</w:t>
      </w:r>
      <w:r>
        <w:br/>
      </w:r>
      <w:r>
        <w:rPr>
          <w:sz w:val="20"/>
        </w:rPr>
        <w:t>24:07  in this message, there was no politics, there was no social problems, nothing. only, only a message.</w:t>
      </w:r>
      <w:r>
        <w:br/>
      </w:r>
      <w:r>
        <w:rPr>
          <w:sz w:val="20"/>
        </w:rPr>
        <w:t>24:24  to prophet wanted, in other words, i can say that prophet started his mission from telling people why the creation plan of god.</w:t>
      </w:r>
      <w:r>
        <w:br/>
      </w:r>
      <w:r>
        <w:rPr>
          <w:sz w:val="20"/>
        </w:rPr>
        <w:t>24:36  in these words, prophet,</w:t>
      </w:r>
      <w:r>
        <w:br/>
      </w:r>
      <w:r>
        <w:rPr>
          <w:sz w:val="20"/>
        </w:rPr>
        <w:t>24:42  in these words, prophet informed them. god wanted to convey this message that what is the creation plan of god?</w:t>
      </w:r>
      <w:r>
        <w:br/>
      </w:r>
      <w:r>
        <w:rPr>
          <w:sz w:val="20"/>
        </w:rPr>
        <w:t>24:57  who are, who are you, who, who has created you. and after what is the, what is the, what, what is about pre death period and what is about post death period?</w:t>
      </w:r>
      <w:r>
        <w:br/>
      </w:r>
      <w:r>
        <w:rPr>
          <w:sz w:val="20"/>
        </w:rPr>
        <w:t>25:18  so this i call creation plan of god. so prophet of islam started his mission by telling people about the creation plan of god.</w:t>
      </w:r>
      <w:r>
        <w:br/>
      </w:r>
      <w:r>
        <w:rPr>
          <w:sz w:val="20"/>
        </w:rPr>
        <w:t>25:32  this is the starting point. this is very important for every time, in every time and space.</w:t>
      </w:r>
    </w:p>
    <w:p>
      <w:pPr>
        <w:pStyle w:val="Heading2"/>
      </w:pPr>
      <w:r>
        <w:t>A doorstep dialogue about atonement sparks conversions to Islam</w:t>
      </w:r>
    </w:p>
    <w:p>
      <w:r>
        <w:rPr>
          <w:color w:val="666666"/>
          <w:sz w:val="18"/>
        </w:rPr>
        <w:t>Muslims in Diaspora 9 jan 2007 (English) · 3m 57s · at 35:15 · https://youtu.be/oAi49l7nuOI?t=2115</w:t>
      </w:r>
    </w:p>
    <w:p>
      <w:r>
        <w:rPr>
          <w:i/>
        </w:rPr>
        <w:t>“I will give you an example of how diaspora leads to da'wah.”</w:t>
      </w:r>
    </w:p>
    <w:p>
      <w:r>
        <w:rPr>
          <w:sz w:val="20"/>
        </w:rPr>
        <w:t>35:15  Here, I will give you an example</w:t>
      </w:r>
      <w:r>
        <w:br/>
      </w:r>
      <w:r>
        <w:rPr>
          <w:sz w:val="20"/>
        </w:rPr>
        <w:t>35:18  of how this migration how this diaspora resulted into da'wah work.</w:t>
      </w:r>
      <w:r>
        <w:br/>
      </w:r>
      <w:r>
        <w:rPr>
          <w:sz w:val="20"/>
        </w:rPr>
        <w:t>35:28  Once I was living as a guest in some European countries</w:t>
      </w:r>
      <w:r>
        <w:br/>
      </w:r>
      <w:r>
        <w:rPr>
          <w:sz w:val="20"/>
        </w:rPr>
        <w:t>35:36  perhaps in Britain, so my host was a Muslim</w:t>
      </w:r>
      <w:r>
        <w:br/>
      </w:r>
      <w:r>
        <w:rPr>
          <w:sz w:val="20"/>
        </w:rPr>
        <w:t>35:47  . He migrated from some Muslim country. And now, he is living in Britain. So, I saw one day, I saw that some Christian workers were doing some work in his house.</w:t>
      </w:r>
      <w:r>
        <w:br/>
      </w:r>
      <w:r>
        <w:rPr>
          <w:sz w:val="20"/>
        </w:rPr>
        <w:t>36:05  They belonged to the working class. Then, there was a dialogue between the owner and those workers.</w:t>
      </w:r>
      <w:r>
        <w:br/>
      </w:r>
      <w:r>
        <w:rPr>
          <w:sz w:val="20"/>
        </w:rPr>
        <w:t>36:17  The owner the Muslim owner said to those Christian workers, "You see, your clergy is befooling you." They said, "How?" He said,</w:t>
      </w:r>
      <w:r>
        <w:br/>
      </w:r>
      <w:r>
        <w:rPr>
          <w:sz w:val="20"/>
        </w:rPr>
        <w:t>36:34  "See the philosophy of atonement." What is atonement?</w:t>
      </w:r>
      <w:r>
        <w:br/>
      </w:r>
      <w:r>
        <w:rPr>
          <w:sz w:val="20"/>
        </w:rPr>
        <w:t>36:40  Atonement means that sin you</w:t>
      </w:r>
      <w:r>
        <w:br/>
      </w:r>
      <w:r>
        <w:rPr>
          <w:sz w:val="20"/>
        </w:rPr>
        <w:t>36:51  that you committed a sin. And Jesus Christ was punished for your due to your sin.</w:t>
      </w:r>
      <w:r>
        <w:br/>
      </w:r>
      <w:r>
        <w:rPr>
          <w:sz w:val="20"/>
        </w:rPr>
        <w:t>37:04  They said that Jesus Christ crucified Himself to overcome your sin.</w:t>
      </w:r>
      <w:r>
        <w:br/>
      </w:r>
      <w:r>
        <w:rPr>
          <w:sz w:val="20"/>
        </w:rPr>
        <w:t>37:13  It is irrational. It is irrational, he said.</w:t>
      </w:r>
      <w:r>
        <w:br/>
      </w:r>
      <w:r>
        <w:rPr>
          <w:sz w:val="20"/>
        </w:rPr>
        <w:t>37:20  You committed a sin, and some other person was punished for your sin.</w:t>
      </w:r>
      <w:r>
        <w:br/>
      </w:r>
      <w:r>
        <w:rPr>
          <w:sz w:val="20"/>
        </w:rPr>
        <w:t>37:31  So, they tried to believe you that Jesus Christ, by crucifixion, overcame your sin.</w:t>
      </w:r>
      <w:r>
        <w:br/>
      </w:r>
      <w:r>
        <w:rPr>
          <w:sz w:val="20"/>
        </w:rPr>
        <w:t>37:42  He took away your sin. So, they said, "Mr. Khan, you areright. You areright. This is dialogue." This dialogue was a natural dialogue during interaction.</w:t>
      </w:r>
      <w:r>
        <w:br/>
      </w:r>
      <w:r>
        <w:rPr>
          <w:sz w:val="20"/>
        </w:rPr>
        <w:t>38:00  But it became da'wah work. So, when these Muslims settled in different countries in Europe and America, so although their intention was not da'wah work initially,</w:t>
      </w:r>
      <w:r>
        <w:br/>
      </w:r>
      <w:r>
        <w:rPr>
          <w:sz w:val="20"/>
        </w:rPr>
        <w:t>38:16  but when they settled over there, there was interaction. And during interaction, began da'wah work.</w:t>
      </w:r>
      <w:r>
        <w:br/>
      </w:r>
      <w:r>
        <w:rPr>
          <w:sz w:val="20"/>
        </w:rPr>
        <w:t>38:25  So, according to the present survey, there are near about 1,000,000 people who are embracing Islam every year.</w:t>
      </w:r>
      <w:r>
        <w:br/>
      </w:r>
      <w:r>
        <w:rPr>
          <w:sz w:val="20"/>
        </w:rPr>
        <w:t>38:39  In Western countries, more than 1,000,000 people are embracing Islam every year. It is due to this interaction.</w:t>
      </w:r>
      <w:r>
        <w:br/>
      </w:r>
      <w:r>
        <w:rPr>
          <w:sz w:val="20"/>
        </w:rPr>
        <w:t>38:52  It is due to this interaction.</w:t>
      </w:r>
      <w:r>
        <w:br/>
      </w:r>
      <w:r>
        <w:rPr>
          <w:sz w:val="20"/>
        </w:rPr>
        <w:t>38:56  So, as I said earlier, at present, there are near about 10 million Muslims living in diaspora.</w:t>
      </w:r>
    </w:p>
    <w:p>
      <w:pPr>
        <w:pStyle w:val="Heading2"/>
      </w:pPr>
      <w:r>
        <w:t>Da'i as creative thinker, Prophet example</w:t>
      </w:r>
    </w:p>
    <w:p>
      <w:r>
        <w:rPr>
          <w:color w:val="666666"/>
          <w:sz w:val="18"/>
        </w:rPr>
        <w:t>Dayee A Creative Thinker April 23, 2020 Maulana Wahiduddin Khan · 5m 07s · at 0:20 · https://youtu.be/RPxh-QbC0vc?t=20</w:t>
      </w:r>
    </w:p>
    <w:p>
      <w:r>
        <w:rPr>
          <w:i/>
        </w:rPr>
        <w:t>“Aaj ka topic hai: Da'i iz a creative thinker.”</w:t>
      </w:r>
    </w:p>
    <w:p>
      <w:r>
        <w:rPr>
          <w:sz w:val="20"/>
        </w:rPr>
        <w:t>0:20  Aaj ka topic hai: Dai as a creative thinker.</w:t>
      </w:r>
      <w:r>
        <w:br/>
      </w:r>
      <w:r>
        <w:rPr>
          <w:sz w:val="20"/>
        </w:rPr>
        <w:t>0:32  Dekhiye, mein aksar yeh sochta raha hoon ke dawat ka kaam koi laga basa kaam nahi hai.</w:t>
      </w:r>
      <w:r>
        <w:br/>
      </w:r>
      <w:r>
        <w:rPr>
          <w:sz w:val="20"/>
        </w:rPr>
        <w:t>0:41  Anbiya aaye, har arabi dawat dai tha.</w:t>
      </w:r>
      <w:r>
        <w:br/>
      </w:r>
      <w:r>
        <w:rPr>
          <w:sz w:val="20"/>
        </w:rPr>
        <w:t>0:49  Lekin aap ghor kijiye to har arabi ko alag alag halaat mein kaam karna pada.</w:t>
      </w:r>
      <w:r>
        <w:br/>
      </w:r>
      <w:r>
        <w:rPr>
          <w:sz w:val="20"/>
        </w:rPr>
        <w:t>0:57  To mukhtalif sooraten mein</w:t>
      </w:r>
      <w:r>
        <w:br/>
      </w:r>
      <w:r>
        <w:rPr>
          <w:sz w:val="20"/>
        </w:rPr>
        <w:t>1:02  Dawat ka kaam karna, is ke liye creativity chahiye. Sirf creative aadmi hi aisa kar sakta hai ke har dai har sooraten mein.</w:t>
      </w:r>
      <w:r>
        <w:br/>
      </w:r>
      <w:r>
        <w:rPr>
          <w:sz w:val="20"/>
        </w:rPr>
        <w:t>1:21  Kyunke mera tajurba yeh hai ke</w:t>
      </w:r>
      <w:r>
        <w:br/>
      </w:r>
      <w:r>
        <w:rPr>
          <w:sz w:val="20"/>
        </w:rPr>
        <w:t>1:29  dawat koi laga basa kaam nahi hai. har mauqe par ek nai sooratenhaal aati hai, aur is nai sooratenhaal mein daai ko apna</w:t>
      </w:r>
      <w:r>
        <w:br/>
      </w:r>
      <w:r>
        <w:rPr>
          <w:sz w:val="20"/>
        </w:rPr>
        <w:t>1:46  kirdar ada karna parta hai.</w:t>
      </w:r>
      <w:r>
        <w:br/>
      </w:r>
      <w:r>
        <w:rPr>
          <w:sz w:val="20"/>
        </w:rPr>
        <w:t>1:51  is liye main ne yeh samjha hai ke daai woh hai</w:t>
      </w:r>
      <w:r>
        <w:br/>
      </w:r>
      <w:r>
        <w:rPr>
          <w:sz w:val="20"/>
        </w:rPr>
        <w:t>2:00  jo creative thinker ho.</w:t>
      </w:r>
      <w:r>
        <w:br/>
      </w:r>
      <w:r>
        <w:rPr>
          <w:sz w:val="20"/>
        </w:rPr>
        <w:t>2:07  misalan dekhiye,</w:t>
      </w:r>
      <w:r>
        <w:br/>
      </w:r>
      <w:r>
        <w:rPr>
          <w:sz w:val="20"/>
        </w:rPr>
        <w:t>2:11  rasool Allah salallaho alaihe wasallam makka mein paida hue.</w:t>
      </w:r>
      <w:r>
        <w:br/>
      </w:r>
      <w:r>
        <w:rPr>
          <w:sz w:val="20"/>
        </w:rPr>
        <w:t>2:21  to makka mein</w:t>
      </w:r>
      <w:r>
        <w:br/>
      </w:r>
      <w:r>
        <w:rPr>
          <w:sz w:val="20"/>
        </w:rPr>
        <w:t>2:28  hazrat ibrahim jo the, woh makka mein nahi paida hue, woh iraq mein paida hue. to wahan ke halaat ke lehaz se unhon ne dawat ka kaam kiya.</w:t>
      </w:r>
      <w:r>
        <w:br/>
      </w:r>
      <w:r>
        <w:rPr>
          <w:sz w:val="20"/>
        </w:rPr>
        <w:t>2:41  ab wahi dawat ka kaam is tarah karna tha, lekin</w:t>
      </w:r>
      <w:r>
        <w:br/>
      </w:r>
      <w:r>
        <w:rPr>
          <w:sz w:val="20"/>
        </w:rPr>
        <w:t>2:48  makka ke halaat mein, jo bohat mukhtalif ho chuka tha.</w:t>
      </w:r>
      <w:r>
        <w:br/>
      </w:r>
      <w:r>
        <w:rPr>
          <w:sz w:val="20"/>
        </w:rPr>
        <w:t>3:00  lekin yeh sirf farq ki baat nahi hai. yeh baat hai ke har sooratenhaal ko apne mawafeeq dhalna,</w:t>
      </w:r>
      <w:r>
        <w:br/>
      </w:r>
      <w:r>
        <w:rPr>
          <w:sz w:val="20"/>
        </w:rPr>
        <w:t>3:17  yeh bohat mushkil kaam hai. main aap ko misal deta hoon</w:t>
      </w:r>
      <w:r>
        <w:br/>
      </w:r>
      <w:r>
        <w:rPr>
          <w:sz w:val="20"/>
        </w:rPr>
        <w:t>3:26  ke makka mein jab rasool Allah salallaho alaihe wasallam ne dawat ka kaam kiya,</w:t>
      </w:r>
      <w:r>
        <w:br/>
      </w:r>
      <w:r>
        <w:rPr>
          <w:sz w:val="20"/>
        </w:rPr>
        <w:t>3:34  to wahi sooratenhaal wahan par mazeed izafe ke sath thi jo ojdahiya mein musalmanon ke liye paida hui.</w:t>
      </w:r>
      <w:r>
        <w:br/>
      </w:r>
      <w:r>
        <w:rPr>
          <w:sz w:val="20"/>
        </w:rPr>
        <w:t>3:53  yani masjid mein</w:t>
      </w:r>
      <w:r>
        <w:br/>
      </w:r>
      <w:r>
        <w:rPr>
          <w:sz w:val="20"/>
        </w:rPr>
        <w:t>4:04  but rakh diya gaya. to kya hua? sare musalman bhark uthe.</w:t>
      </w:r>
      <w:r>
        <w:br/>
      </w:r>
      <w:r>
        <w:rPr>
          <w:sz w:val="20"/>
        </w:rPr>
        <w:t>4:17  barsoun tak isi mein jeete rahe woh. aaj tak is ke asar se sare musalman manfi bane hue hain.</w:t>
      </w:r>
      <w:r>
        <w:br/>
      </w:r>
      <w:r>
        <w:rPr>
          <w:sz w:val="20"/>
        </w:rPr>
        <w:t>4:30  is ke bar aks aap parhiye rasool Allah ki tareekh ko. aap ek din bhi manfi nahi bane. ek din ke liye bhi aap manfi nahi bane.</w:t>
      </w:r>
      <w:r>
        <w:br/>
      </w:r>
      <w:r>
        <w:rPr>
          <w:sz w:val="20"/>
        </w:rPr>
        <w:t>4:43  balke aap sochte rahe, sochte rahe, sochte rahe ke</w:t>
      </w:r>
      <w:r>
        <w:br/>
      </w:r>
      <w:r>
        <w:rPr>
          <w:sz w:val="20"/>
        </w:rPr>
        <w:t>4:49  kya karna chahiye. log sochte hain ke ghar e hira mein jate the rasool Allah, wahan koi</w:t>
      </w:r>
      <w:r>
        <w:br/>
      </w:r>
      <w:r>
        <w:rPr>
          <w:sz w:val="20"/>
        </w:rPr>
        <w:t>5:00  soofiyon jaisa koi</w:t>
      </w:r>
      <w:r>
        <w:br/>
      </w:r>
      <w:r>
        <w:rPr>
          <w:sz w:val="20"/>
        </w:rPr>
        <w:t>5:07  awrad o ashkaal karne ke liye. yeh bilkul galat hai. rasool Allah jate the</w:t>
      </w:r>
      <w:r>
        <w:br/>
      </w:r>
      <w:r>
        <w:rPr>
          <w:sz w:val="20"/>
        </w:rPr>
        <w:t>5:20  tadabbur aur tafakkur ke liye.</w:t>
      </w:r>
    </w:p>
    <w:p>
      <w:pPr>
        <w:pStyle w:val="Heading2"/>
      </w:pPr>
      <w:r>
        <w:t>Prophet Muhammad as historically verified guide</w:t>
      </w:r>
    </w:p>
    <w:p>
      <w:r>
        <w:rPr>
          <w:color w:val="666666"/>
          <w:sz w:val="18"/>
        </w:rPr>
        <w:t>The Prophet A Blessing for All of Humanity January 5, 2014 · 5m 53s · at 1:40 · https://youtu.be/ZmMkgj54O28?t=100</w:t>
      </w:r>
    </w:p>
    <w:p>
      <w:r>
        <w:rPr>
          <w:i/>
        </w:rPr>
        <w:t>“I will narrate an incident from Lucknow in 1965”</w:t>
      </w:r>
    </w:p>
    <w:p>
      <w:r>
        <w:rPr>
          <w:sz w:val="20"/>
        </w:rPr>
        <w:t>1:40  dekhen, pehli baat mein yeh arz karunga ke yahan mein ek waqia arz karunga ke mein lucknow mein tha 1965 mein, wahan ek sahib se mulaqat hui jo apne ko hathi samajhte thay.</w:t>
      </w:r>
      <w:r>
        <w:br/>
      </w:r>
      <w:r>
        <w:rPr>
          <w:sz w:val="20"/>
        </w:rPr>
        <w:t>1:57  to unhon ne kaha ke rasool allah sallallahu alaihi wasallam ke bare mein unhon ne kaha ke muhammad ka credit kya hai history mein, kya role hai un ka history mein.</w:t>
      </w:r>
      <w:r>
        <w:br/>
      </w:r>
      <w:r>
        <w:rPr>
          <w:sz w:val="20"/>
        </w:rPr>
        <w:t>2:09  un ke nazdeek kuch role nahi tha.</w:t>
      </w:r>
      <w:r>
        <w:br/>
      </w:r>
      <w:r>
        <w:rPr>
          <w:sz w:val="20"/>
        </w:rPr>
        <w:t>2:12  to mein kuch baatein arz karna chahta hoon jo un se hui theen, aur doosri baatein. dekhen, hamare, hum sab ka aur sare insanon ka yeh masla hai ke hamein ek aisa prophet chahiye jis ki jo historically credit qabil e, jo historically mustard hasiyat rakhta ho.</w:t>
      </w:r>
      <w:r>
        <w:br/>
      </w:r>
      <w:r>
        <w:rPr>
          <w:sz w:val="20"/>
        </w:rPr>
        <w:t>2:40  to aap jante hain ke dunya mein ek lakh se zyada peghambar aaye, lekin un ki history nahi bani. kisi bhi peghambar ki history nahi bani.</w:t>
      </w:r>
      <w:r>
        <w:br/>
      </w:r>
      <w:r>
        <w:rPr>
          <w:sz w:val="20"/>
        </w:rPr>
        <w:t>2:52  yahan tak ke dekhen, rasool Allah sal Allah alaihi wasallam se pehle aakhri jo peghambar the woh Hazrat Masih alaihi assalam the, lekin un ke bare mein ek kitab maine parhi jis ka naam hai, is ka title hai "historical Jesus".</w:t>
      </w:r>
      <w:r>
        <w:br/>
      </w:r>
      <w:r>
        <w:rPr>
          <w:sz w:val="20"/>
        </w:rPr>
        <w:t>3:10  yeh moti si kitab hai. is kitab mein unhon ne bataya ke jis Christ ko dunya manti hai woh ek matter of belief hai, matter of history nahi hai.</w:t>
      </w:r>
      <w:r>
        <w:br/>
      </w:r>
      <w:r>
        <w:rPr>
          <w:sz w:val="20"/>
        </w:rPr>
        <w:t>3:23  chunaanche Barter ne kaha ke "historically it is got doubtful whether Christ ever existed at all", yaani yeh amr bhi mushtaba hai ke kya waqeatan Hazrat Masih ka koi wajood tha tareekhi aitbaar se.</w:t>
      </w:r>
      <w:r>
        <w:br/>
      </w:r>
      <w:r>
        <w:rPr>
          <w:sz w:val="20"/>
        </w:rPr>
        <w:t>3:40  to hum mante hain ke Allah taala ne saare peghambar bheje, hum sab pe yaqeen rakhte hain, aur sab ko hum Allah ke peghambar mante hain.</w:t>
      </w:r>
      <w:r>
        <w:br/>
      </w:r>
      <w:r>
        <w:rPr>
          <w:sz w:val="20"/>
        </w:rPr>
        <w:t>3:50  lekin jahan tak history ka sawal hai, history</w:t>
      </w:r>
      <w:r>
        <w:br/>
      </w:r>
      <w:r>
        <w:rPr>
          <w:sz w:val="20"/>
        </w:rPr>
        <w:t>3:53  jo insaan ke liye accepted cheez hoti hai, to is aitbaar se sirf ek hi peghambar ka naam liya ja sakta hai, woh Hazrat Muhammad sal Allah alaihi wasallam ka.</w:t>
      </w:r>
      <w:r>
        <w:br/>
      </w:r>
      <w:r>
        <w:rPr>
          <w:sz w:val="20"/>
        </w:rPr>
        <w:t>4:04  chunaanche ek orientalist ne likhi hai yeh baat ke "Muhammad was born within a full light history", yaani Muhammad sal Allah alaihi wasallam tareekh ki poori roshni mein paida hue.</w:t>
      </w:r>
      <w:r>
        <w:br/>
      </w:r>
      <w:r>
        <w:rPr>
          <w:sz w:val="20"/>
        </w:rPr>
        <w:t>4:19  to yeh Allah taala ne rasool Allah sal Allah alaihi wasallam ko historical peghambar bana diya taake dunya ko aap ke bare mein shakk na rahe, koi shubah na rahe.</w:t>
      </w:r>
      <w:r>
        <w:br/>
      </w:r>
      <w:r>
        <w:rPr>
          <w:sz w:val="20"/>
        </w:rPr>
        <w:t>4:30  hum ko hidayat chahiye, hum ko hidayat nama chahiye. aap jante hain ke saare philosophers, saare reformers yeh batane mein nakaam rahe ke insaan ke liye hidayat nama kya hai.</w:t>
      </w:r>
      <w:r>
        <w:br/>
      </w:r>
      <w:r>
        <w:rPr>
          <w:sz w:val="20"/>
        </w:rPr>
        <w:t>4:50  to Allah ne peghambar bheje. peghambar ka jo mamla tha woh wahi par mabni tha, revelation par mabni tha.</w:t>
      </w:r>
      <w:r>
        <w:br/>
      </w:r>
      <w:r>
        <w:rPr>
          <w:sz w:val="20"/>
        </w:rPr>
        <w:t>5:00  to peghambar yeh bata paaye ke insaan ke liye sahi guidance kya hai, jo creator ko matloob hai.</w:t>
      </w:r>
      <w:r>
        <w:br/>
      </w:r>
      <w:r>
        <w:rPr>
          <w:sz w:val="20"/>
        </w:rPr>
        <w:t>5:09  to har peghambar ne yeh bataya, aur aakhri zamanay mein rasool Allah sal Allah alaihi wasallam ne yeh bataya.</w:t>
      </w:r>
      <w:r>
        <w:br/>
      </w:r>
      <w:r>
        <w:rPr>
          <w:sz w:val="20"/>
        </w:rPr>
        <w:t>5:16  to is ka jo jo aap par wahi hoti thi, is ka ek mehfooz edition Quran ki shakal mein preserved ho gaya.</w:t>
      </w:r>
      <w:r>
        <w:br/>
      </w:r>
      <w:r>
        <w:rPr>
          <w:sz w:val="20"/>
        </w:rPr>
        <w:t>5:26  ek hi kitab hai mazhabi kitabon mein jo Quran hai, jo preserved book ki hesiyat rakhti hai. to maine ek ek ek ek sahib ka parha, ek kitab, un ka naam tha "Dr. Nishikan Chattopadhyay".</w:t>
      </w:r>
      <w:r>
        <w:br/>
      </w:r>
      <w:r>
        <w:rPr>
          <w:sz w:val="20"/>
        </w:rPr>
        <w:t>5:41  woh Bengali the, to bohat bare scholar the, woh bohat si zabanen jante the, lekin woh sachay seeker the, woh sachay seeker.</w:t>
      </w:r>
      <w:r>
        <w:br/>
      </w:r>
      <w:r>
        <w:rPr>
          <w:sz w:val="20"/>
        </w:rPr>
        <w:t>5:52  to unhon ne saare mazhabon ko parha, saare mazhabon ko parha. aakhir mein unhon ne Islam ko parha aur rasool Allah sal Allah alaihi wasallam ki zindagi ko parha.</w:t>
      </w:r>
      <w:r>
        <w:br/>
      </w:r>
      <w:r>
        <w:rPr>
          <w:sz w:val="20"/>
        </w:rPr>
        <w:t>6:01  to unhon ne kitab likhi ke main ne phir unhon ne Islam qabool kar liya.</w:t>
      </w:r>
      <w:r>
        <w:br/>
      </w:r>
      <w:r>
        <w:rPr>
          <w:sz w:val="20"/>
        </w:rPr>
        <w:t>6:05  is kitab mein ek bohat hi thrilling statement un ka hai, un alfaz mein hai ke jab rasool Allah ko pa liya unhon ne to likhte hain ke "Oh what a relief to find after all a truly historical prophet to believe in"</w:t>
      </w:r>
      <w:r>
        <w:br/>
      </w:r>
      <w:r>
        <w:rPr>
          <w:sz w:val="20"/>
        </w:rPr>
        <w:t>6:21  . yeh hai peghambar Islam sal Allah alaihi wasallam ka, yaani rehmat hona ke dunya ko zaroorat hai ek peghambar ki, lekin unhein aisa peghambar nahi mil raha tha jo historically credible ho,</w:t>
      </w:r>
      <w:r>
        <w:br/>
      </w:r>
      <w:r>
        <w:rPr>
          <w:sz w:val="20"/>
        </w:rPr>
        <w:t>6:36  tareekhi aitbaar se bohat mu'tabar ho, jis par shakk na kar sake insaan. to Allah taala ne rasool Allah sal Allah alaihi wasallam ko is ek aisay peghambar ki soorat mein bheja.</w:t>
      </w:r>
      <w:r>
        <w:br/>
      </w:r>
      <w:r>
        <w:rPr>
          <w:sz w:val="20"/>
        </w:rPr>
        <w:t>6:45  aap ki poori history maujood hai, kaise aap ki paidaish hui</w:t>
      </w:r>
      <w:r>
        <w:br/>
      </w:r>
      <w:r>
        <w:rPr>
          <w:sz w:val="20"/>
        </w:rPr>
        <w:t>6:50  , kya aap ka karnama tha, kaise kaise aap ke ashaab bane, woh saari history poori tarah mehfooz hai. misaal ke tor par ek hi kitab mein agar parhen "Al-Bidaya wa'l-Nihaya".</w:t>
      </w:r>
      <w:r>
        <w:br/>
      </w:r>
      <w:r>
        <w:rPr>
          <w:sz w:val="20"/>
        </w:rPr>
        <w:t>7:03  "Al-Bidaya wa'l-Nihaya" ka matlab hai shuru se aakhir tak, yaani poora jo rasool Allah sal Allah alaihi wasallam ka zamana hai aur sahaba ka jo zamana hai, us ke baad ka jo zamana hai, woh saari ki saari unhon ne is mein tafseel ke sath bata diya hai.</w:t>
      </w:r>
      <w:r>
        <w:br/>
      </w:r>
      <w:r>
        <w:rPr>
          <w:sz w:val="20"/>
        </w:rPr>
        <w:t>7:16  aisi bohat sari kitaben hain.</w:t>
      </w:r>
      <w:r>
        <w:br/>
      </w:r>
      <w:r>
        <w:rPr>
          <w:sz w:val="20"/>
        </w:rPr>
        <w:t>7:19  to aap ki poori tareekh mehfooz hai, aur hum yaqeen ke saath keh sakte hain ke yeh insaan Allah ka paighambar tha. is tarah hum Allah ki hidayat ko janne ke liye aap ko zariya samajh sakte hain, poore yaqeen ke saath.</w:t>
      </w:r>
    </w:p>
    <w:p>
      <w:pPr>
        <w:pStyle w:val="Heading2"/>
      </w:pPr>
      <w:r>
        <w:t>Conquest of Mecca as a bloodless revolution</w:t>
      </w:r>
    </w:p>
    <w:p>
      <w:r>
        <w:rPr>
          <w:color w:val="666666"/>
          <w:sz w:val="18"/>
        </w:rPr>
        <w:t>Life of The Prophet of Islam in Brief (English) March 19, 2007 Maulana Wahiduddin Khan · 3m 29s · at 24:43 · https://youtu.be/dGDEatt8oFg?t=1483</w:t>
      </w:r>
    </w:p>
    <w:p>
      <w:r>
        <w:rPr>
          <w:i/>
        </w:rPr>
        <w:t>“So now the Prophet was in a very advantageous position”</w:t>
      </w:r>
    </w:p>
    <w:p>
      <w:r>
        <w:rPr>
          <w:sz w:val="20"/>
        </w:rPr>
        <w:t>24:43  . So now Prophet was in a very advantageous position. So there was some more events, and after these events, Prophet marched from Madinah to Makkah.</w:t>
      </w:r>
      <w:r>
        <w:br/>
      </w:r>
      <w:r>
        <w:rPr>
          <w:sz w:val="20"/>
        </w:rPr>
        <w:t>25:00  During this march, there were 10,000 people with him. And when they reach to Makkah, the leader of Makkah</w:t>
      </w:r>
      <w:r>
        <w:br/>
      </w:r>
      <w:r>
        <w:rPr>
          <w:sz w:val="20"/>
        </w:rPr>
        <w:t>25:16  declared that today we have no, today we cannot go to war against Muhammad because he is so powerful this day that we cannot fight against him.</w:t>
      </w:r>
      <w:r>
        <w:br/>
      </w:r>
      <w:r>
        <w:rPr>
          <w:sz w:val="20"/>
        </w:rPr>
        <w:t>25:38  So without any war, without any bloodshed, Makkah was captured.</w:t>
      </w:r>
      <w:r>
        <w:br/>
      </w:r>
      <w:r>
        <w:rPr>
          <w:sz w:val="20"/>
        </w:rPr>
        <w:t>25:48  And when Makkah was captured, the whole Arabia was captured because Makkah was center of Arabia.</w:t>
      </w:r>
      <w:r>
        <w:br/>
      </w:r>
      <w:r>
        <w:rPr>
          <w:sz w:val="20"/>
        </w:rPr>
        <w:t>25:59  So when in Makkah Muslims were victorious, then there was no resistance in Arabia.</w:t>
      </w:r>
      <w:r>
        <w:br/>
      </w:r>
      <w:r>
        <w:rPr>
          <w:sz w:val="20"/>
        </w:rPr>
        <w:t>26:09  No resistance. So after achieving victory in Makkah, Prophet Muhammad was able to establish his state without any further resistance from Mushrik people.</w:t>
      </w:r>
      <w:r>
        <w:br/>
      </w:r>
      <w:r>
        <w:rPr>
          <w:sz w:val="20"/>
        </w:rPr>
        <w:t>26:29  Then when, after,</w:t>
      </w:r>
      <w:r>
        <w:br/>
      </w:r>
      <w:r>
        <w:rPr>
          <w:sz w:val="20"/>
        </w:rPr>
        <w:t>26:37  after, after victory of mecca, he began, he started other negotiations with tribes.</w:t>
      </w:r>
      <w:r>
        <w:br/>
      </w:r>
      <w:r>
        <w:rPr>
          <w:sz w:val="20"/>
        </w:rPr>
        <w:t>26:46  there were several dozens of tribes started in arabia</w:t>
      </w:r>
      <w:r>
        <w:br/>
      </w:r>
      <w:r>
        <w:rPr>
          <w:sz w:val="20"/>
        </w:rPr>
        <w:t>26:51  . so prophet managed negotiations to all these tribes. and he again,</w:t>
      </w:r>
      <w:r>
        <w:br/>
      </w:r>
      <w:r>
        <w:rPr>
          <w:sz w:val="20"/>
        </w:rPr>
        <w:t>27:06  he after negotiations, there was, there were agreements between muhammad sallallahu alaihi wasallam and other tribes.</w:t>
      </w:r>
      <w:r>
        <w:br/>
      </w:r>
      <w:r>
        <w:rPr>
          <w:sz w:val="20"/>
        </w:rPr>
        <w:t>27:15  so the whole arabia came under the agreements</w:t>
      </w:r>
      <w:r>
        <w:br/>
      </w:r>
      <w:r>
        <w:rPr>
          <w:sz w:val="20"/>
        </w:rPr>
        <w:t>27:21  . so after mecca, the whole arabia was islamized, and there was no battle, no war, no violence.</w:t>
      </w:r>
      <w:r>
        <w:br/>
      </w:r>
      <w:r>
        <w:rPr>
          <w:sz w:val="20"/>
        </w:rPr>
        <w:t>27:31  so it was, in fact, it was a bloodless revolution. bloodless revolution.</w:t>
      </w:r>
      <w:r>
        <w:br/>
      </w:r>
      <w:r>
        <w:rPr>
          <w:sz w:val="20"/>
        </w:rPr>
        <w:t>27:42  this, this bloodless revolution was achieved through peaceful da'wah work, through agreement, through unilateral adjustment, and through peaceful method.</w:t>
      </w:r>
      <w:r>
        <w:br/>
      </w:r>
      <w:r>
        <w:rPr>
          <w:sz w:val="20"/>
        </w:rPr>
        <w:t>28:01  no war, no violence was used except in few occasion like badr or uhud or hunayn.</w:t>
      </w:r>
    </w:p>
    <w:p>
      <w:pPr>
        <w:pStyle w:val="Heading2"/>
      </w:pPr>
      <w:r>
        <w:t>Distinguishing healthy criticism from mere allegation</w:t>
      </w:r>
    </w:p>
    <w:p>
      <w:r>
        <w:rPr>
          <w:color w:val="666666"/>
          <w:sz w:val="18"/>
        </w:rPr>
        <w:t>The Concept of Criticism in Islam | April 12, 2007 | Maulana Wahiduddin Khan · 4m 37s · at 32:01 · https://youtu.be/97-_T8Hzq_U?t=1921</w:t>
      </w:r>
    </w:p>
    <w:p>
      <w:r>
        <w:rPr>
          <w:i/>
        </w:rPr>
        <w:t>“Now I'm not saying about that kind of criticism, it is allegation”</w:t>
      </w:r>
    </w:p>
    <w:p>
      <w:r>
        <w:rPr>
          <w:sz w:val="20"/>
        </w:rPr>
        <w:t>32:01  criticism. Now I'm not saying about that kind of criticism, it is allegation, like allegation, abusement. In Arabic it is sabbu shatm. No. Criticism means serious discussion.</w:t>
      </w:r>
      <w:r>
        <w:br/>
      </w:r>
      <w:r>
        <w:rPr>
          <w:sz w:val="20"/>
        </w:rPr>
        <w:t>32:31  Criticism means serious discussion among two or more scholars. To me, criticism means serious dialogue among two scholars, serious discussion among, among two scholars, serious exchange among two scholars. This is criticism.</w:t>
      </w:r>
      <w:r>
        <w:br/>
      </w:r>
      <w:r>
        <w:rPr>
          <w:sz w:val="20"/>
        </w:rPr>
        <w:t>33:02  And allegation is not criticism. Allegation is haram in Islam, is unlawful in Islam. And all those kind of, you know, hue and cry that you have seen in, in case of, in case of, in case of cartoon by some, some. Denmark journal</w:t>
      </w:r>
      <w:r>
        <w:br/>
      </w:r>
      <w:r>
        <w:rPr>
          <w:sz w:val="20"/>
        </w:rPr>
        <w:t>33:32  ist. The whole Muslim world was, was abusing that cartoonist. Everywhere there was complaint, there was protest. This is not criticism. Not at all. This kind of complaint and protest is not criticism. It is a negativ</w:t>
      </w:r>
      <w:r>
        <w:br/>
      </w:r>
      <w:r>
        <w:rPr>
          <w:sz w:val="20"/>
        </w:rPr>
        <w:t>34:02  e, it is a negative practice. It is a negative practice. While criticism is a healthy practice, a positive practice. When you have some idea, the different idea from others, and you express it in a, in a rational way, in a logical way, with argument</w:t>
      </w:r>
      <w:r>
        <w:br/>
      </w:r>
      <w:r>
        <w:rPr>
          <w:sz w:val="20"/>
        </w:rPr>
        <w:t>34:35  in the light of Quran and hadith, that is criticism. Complaint and protest and hue or cry is not criticism. That is inhuman activities. All those complaint and cry and protest are inhuman activities. It is not criticism. Criticism is a health, is a healthy pract</w:t>
      </w:r>
      <w:r>
        <w:br/>
      </w:r>
      <w:r>
        <w:rPr>
          <w:sz w:val="20"/>
        </w:rPr>
        <w:t>35:05  ice. It is an intellectual exercise. Criticism is an intellectual exercise of, of a scholar, of a rational person, of a logical mind. So it is very good. It is very good. So I have according</w:t>
      </w:r>
      <w:r>
        <w:br/>
      </w:r>
      <w:r>
        <w:rPr>
          <w:sz w:val="20"/>
        </w:rPr>
        <w:t>35:35  to my study, according to my experience, where there is, this is my formula, where there is no criticism, there is intellectual stagnation. Where there is no criticism, there is intellectual stagnation.</w:t>
      </w:r>
      <w:r>
        <w:br/>
      </w:r>
      <w:r>
        <w:rPr>
          <w:sz w:val="20"/>
        </w:rPr>
        <w:t>36:05  Where there is no dissent, no disagreement, there is intellectual stagnation. So intellectual development needs intellectual exchange, intellectual dialogue, intellectual dissent and disagreement</w:t>
      </w:r>
    </w:p>
    <w:p>
      <w:pPr>
        <w:pStyle w:val="Heading2"/>
      </w:pPr>
      <w:r>
        <w:t>The Prophet's home life: humor, chores, and never arguing</w:t>
      </w:r>
    </w:p>
    <w:p>
      <w:r>
        <w:rPr>
          <w:color w:val="666666"/>
          <w:sz w:val="18"/>
        </w:rPr>
        <w:t>CPS Mission Conference 2023 April 30, 2023 · 5m 22s · at 52:18 · https://youtu.be/sfTBajRastM?t=3138</w:t>
      </w:r>
    </w:p>
    <w:p>
      <w:r>
        <w:rPr>
          <w:i/>
        </w:rPr>
        <w:t>“हज़रत आयशा बताती हैं कि तहज्जुद के वक्त रसूलल्लाह उठते थे”</w:t>
      </w:r>
    </w:p>
    <w:p>
      <w:r>
        <w:rPr>
          <w:sz w:val="20"/>
        </w:rPr>
        <w:t>52:18  Hazrat Aisha batati hain ke tahajjud ke waqt Rasool Allah salallahu alaihi wasallam uthte the to namaz parhne ke liye, to agar main jaag rahi hoti thi to mujh se baatein karte the.</w:t>
      </w:r>
      <w:r>
        <w:br/>
      </w:r>
      <w:r>
        <w:rPr>
          <w:sz w:val="20"/>
        </w:rPr>
        <w:t>52:32  fa kanat mustayqizatan haddathani yeh ab Rasool Allah salallahu alaihi wasallam us waqt spiritual discussion nahi karte honge, intellectual discussion karte</w:t>
      </w:r>
      <w:r>
        <w:br/>
      </w:r>
      <w:r>
        <w:rPr>
          <w:sz w:val="20"/>
        </w:rPr>
        <w:t>52:43  rahe honge. is ki wajah se Hazrat Aisha R.A. ne bohat sari aisi cheezein discover keen Rasool Allah ki zindagi se, jis ko istinbat Aisha kaha jata hai,</w:t>
      </w:r>
      <w:r>
        <w:br/>
      </w:r>
      <w:r>
        <w:rPr>
          <w:sz w:val="20"/>
        </w:rPr>
        <w:t>52:57  jis ki wajah se yani ummat ko bohat faida hua. aur kai waqiat hain.</w:t>
      </w:r>
      <w:r>
        <w:br/>
      </w:r>
      <w:r>
        <w:rPr>
          <w:sz w:val="20"/>
        </w:rPr>
        <w:t>53:09  ek</w:t>
      </w:r>
      <w:r>
        <w:br/>
      </w:r>
      <w:r>
        <w:rPr>
          <w:sz w:val="20"/>
        </w:rPr>
        <w:t>53:13  khaas cheez yeh hai ke Rasool Allah jo jo prophet ke ghar ki baat thi, yani household kaisa tha, Rasool Allah ke kaise baat cheet hoti thi, ke kya discussion hote the, kis tarah, woh sab cheezein hamein Hazrat Aisha ki hadithon se milte hain.</w:t>
      </w:r>
      <w:r>
        <w:br/>
      </w:r>
      <w:r>
        <w:rPr>
          <w:sz w:val="20"/>
        </w:rPr>
        <w:t>53:31  bohat sari baaten.</w:t>
      </w:r>
      <w:r>
        <w:br/>
      </w:r>
      <w:r>
        <w:rPr>
          <w:sz w:val="20"/>
        </w:rPr>
        <w:t>53:36  aik baat kehti hain ke rasool Allah kabhi arguments mein nahi parhte thay, behas waghera mein. agar kabhi bohat majboora behas ya arguments mein parhna parta tha to Prophet was the last person to start the argument and the first person to exit from it.</w:t>
      </w:r>
      <w:r>
        <w:br/>
      </w:r>
      <w:r>
        <w:rPr>
          <w:sz w:val="20"/>
        </w:rPr>
        <w:t>53:55  yani bohat mushkil se behas waghera karte thay kabhi,</w:t>
      </w:r>
      <w:r>
        <w:br/>
      </w:r>
      <w:r>
        <w:rPr>
          <w:sz w:val="20"/>
        </w:rPr>
        <w:t>53:59  agar majboora, aur agar ho bhi gayi, arguments ho gaye to foran nikal jatay thay. aik thora dilchasp waqia hai.</w:t>
      </w:r>
      <w:r>
        <w:br/>
      </w:r>
      <w:r>
        <w:rPr>
          <w:sz w:val="20"/>
        </w:rPr>
        <w:t>54:09  aik baar Hazrat Aisha R.A. ki aur rasool Allah ki bohat behas ho gayi, khatam hi nahi ho rahi thi baat. to rasool Allah ne kaha ke acha, tum kisi judge ko bula lo, woh ab faisla kar de.</w:t>
      </w:r>
      <w:r>
        <w:br/>
      </w:r>
      <w:r>
        <w:rPr>
          <w:sz w:val="20"/>
        </w:rPr>
        <w:t>54:27  to rasool Allah ne kaha ke Hazrat Abu Ubada Ibn Al-Jarah ko bulatay hain. baray Sahabi thay.</w:t>
      </w:r>
      <w:r>
        <w:br/>
      </w:r>
      <w:r>
        <w:rPr>
          <w:sz w:val="20"/>
        </w:rPr>
        <w:t>54:36  to unhon ne kaha No, he might favor you. to Hazrat Abu Ubada Ibn Al-Jarah, Ameen Al-Ummah kaha tha rasool Allah ne, the most trusted Sahabi of this community.</w:t>
      </w:r>
      <w:r>
        <w:br/>
      </w:r>
      <w:r>
        <w:rPr>
          <w:sz w:val="20"/>
        </w:rPr>
        <w:t>54:54  to unhon ne kaha ke nahi, how about my father Abu Bakr? to rasool Allah ne kaha theek hai, ab Hazrat Abu Bakr ko bulatay hain. to Hazrat Abu Bakr aaye, bethe.</w:t>
      </w:r>
      <w:r>
        <w:br/>
      </w:r>
      <w:r>
        <w:rPr>
          <w:sz w:val="20"/>
        </w:rPr>
        <w:t>55:06  to Prophet ne kaha Hazrat Aisha se ke acha, tum shuru karo. to Hazrat Aisha ne kaha No, you start aur bolein ke agar aap koi galat baat kahengay to main abhi beech mein I'll stop you and I'll correct you.</w:t>
      </w:r>
      <w:r>
        <w:br/>
      </w:r>
      <w:r>
        <w:rPr>
          <w:sz w:val="20"/>
        </w:rPr>
        <w:t>55:23  to is andaaz ki jab baat suni Hazrat Abu Bakr ne to woh khare ho gaye aur ghusay ho gaye ke How can you talk to he is the messenger of Allah? to he was about to slap her pakar liya Hazrat Aisha ko aur aik haath laganay walay thay, tab tak rasool Allah aa gaye, bachaya.</w:t>
      </w:r>
      <w:r>
        <w:br/>
      </w:r>
      <w:r>
        <w:rPr>
          <w:sz w:val="20"/>
        </w:rPr>
        <w:t>55:41  to khair, woh baat khatam ho gayi aur Hazrat Abu Bakr chalay gaye. to Prophet ne kaha ke Look, I have saved from you I have saved from this person I have saved you from this person.</w:t>
      </w:r>
      <w:r>
        <w:br/>
      </w:r>
      <w:r>
        <w:rPr>
          <w:sz w:val="20"/>
        </w:rPr>
        <w:t>55:52  to is tarah ki bhi baaten hoti theen, thoray dilchasp andaaz ki. to yeh matlab rasool Allah ویسے to paighambar thay lekin ghar mein saaray ghar ghar ke kaam karte thay.</w:t>
      </w:r>
      <w:r>
        <w:br/>
      </w:r>
      <w:r>
        <w:rPr>
          <w:sz w:val="20"/>
        </w:rPr>
        <w:t>56:04  Hazrat Aisha batati hain, khud apnay kapray silte thay jo phat jatay thay ya apnay sandal waghera khud theek karte thay. household ka kaam jo hota tha, woh bhi karte thay.</w:t>
      </w:r>
      <w:r>
        <w:br/>
      </w:r>
      <w:r>
        <w:rPr>
          <w:sz w:val="20"/>
        </w:rPr>
        <w:t>56:15  to yeh yeh yeh sab baaten hamein Hazrat Aisha ki hadithon se milta hai, milti hain. aik aik aik aik parosi tha, Iranian,</w:t>
      </w:r>
      <w:r>
        <w:br/>
      </w:r>
      <w:r>
        <w:rPr>
          <w:sz w:val="20"/>
        </w:rPr>
        <w:t>56:30  woh kabhi koi bohat acha soup banata tha to woh Prophet ko invite karta tha. to aik baar woh aaya, kaha Prophet se ke Please come and have some soup with us.</w:t>
      </w:r>
      <w:r>
        <w:br/>
      </w:r>
      <w:r>
        <w:rPr>
          <w:sz w:val="20"/>
        </w:rPr>
        <w:t>56:44  to Hazrat Aisha bhi theen wahan barabar mein. to rasool Allah ne kaha ke Wahazihi, what about her? Can she also come? Can she also join?</w:t>
      </w:r>
      <w:r>
        <w:br/>
      </w:r>
      <w:r>
        <w:rPr>
          <w:sz w:val="20"/>
        </w:rPr>
        <w:t>56:53  to us ne kaha No, only you. to rasool Allah ne kaha ke Then I will not come. I am not coming. to phir us ne insist kiya, Iranian ne, ke Please come, please come have some soup with us.</w:t>
      </w:r>
      <w:r>
        <w:br/>
      </w:r>
      <w:r>
        <w:rPr>
          <w:sz w:val="20"/>
        </w:rPr>
        <w:t>57:07  to phir rasool Allah ne kaha Wahazihi, what about her? And she, can she also come?</w:t>
      </w:r>
      <w:r>
        <w:br/>
      </w:r>
      <w:r>
        <w:rPr>
          <w:sz w:val="20"/>
        </w:rPr>
        <w:t>57:13  to us ne kaha No, only you. to rasool Allah ne kaha ke No, then I am not come. I am not coming. to teesri baar us Iranian ne phir insist kiya Please come, have some soup.</w:t>
      </w:r>
      <w:r>
        <w:br/>
      </w:r>
      <w:r>
        <w:rPr>
          <w:sz w:val="20"/>
        </w:rPr>
        <w:t>57:25  Please come inside. Please, please. phir Prophet ne kaha ke Wahazihi, what about her? And can she join?</w:t>
      </w:r>
      <w:r>
        <w:br/>
      </w:r>
      <w:r>
        <w:rPr>
          <w:sz w:val="20"/>
        </w:rPr>
        <w:t>57:33  to woh Iranian ne kaha Wahazihi, let her come. to us tareeqay se rasool Allah ka talluq tha.</w:t>
      </w:r>
    </w:p>
    <w:p>
      <w:pPr>
        <w:pStyle w:val="Heading2"/>
      </w:pPr>
      <w:r>
        <w:t>Debunking 'prophet of war': what nabi-e-malhama really means</w:t>
      </w:r>
    </w:p>
    <w:p>
      <w:r>
        <w:rPr>
          <w:color w:val="666666"/>
          <w:sz w:val="18"/>
        </w:rPr>
        <w:t>Prophet of Mercy October 24, 2021 Prof. Farida Khanam · 5m 10s · at 54:57 · https://youtu.be/qIOdAqzWhNI?t=3297</w:t>
      </w:r>
    </w:p>
    <w:p>
      <w:r>
        <w:rPr>
          <w:i/>
        </w:rPr>
        <w:t>“حدیث میں آیا کہ رسول اللہ نبی ملحمہ، جنگ کے نبی ہیں۔”</w:t>
      </w:r>
    </w:p>
    <w:p>
      <w:r>
        <w:rPr>
          <w:sz w:val="20"/>
        </w:rPr>
        <w:t>54:57  khwaja kaleemuddin sahib ka sawal hai: hadith mein aaya ke rasool allah sallallahu alaihi wasallam nabi mulhama, jang ke nabi hain.</w:t>
      </w:r>
      <w:r>
        <w:br/>
      </w:r>
      <w:r>
        <w:rPr>
          <w:sz w:val="20"/>
        </w:rPr>
        <w:t>55:07  is ka matlab kya hai? yeh bataein. yeh log bohat hi ziyada ghalat ta'assur de rahe hain ke rasool Allah jang ke nabi hain.</w:t>
      </w:r>
      <w:r>
        <w:br/>
      </w:r>
      <w:r>
        <w:rPr>
          <w:sz w:val="20"/>
        </w:rPr>
        <w:t>55:20  woh aik mehdood ma'ne mein tha kyunke aap aakhri paighambar the aur aap ko har haalat mein fitna ya'ni religious persecution ko khatam karna tha.</w:t>
      </w:r>
      <w:r>
        <w:br/>
      </w:r>
      <w:r>
        <w:rPr>
          <w:sz w:val="20"/>
        </w:rPr>
        <w:t>55:31  to is liye chand jangain hu'een. warna wohi jang hui sirf do din ki. to woh sirf do din ki jang as a final messenger in the capacity of a final messenger aap ne ki.</w:t>
      </w:r>
      <w:r>
        <w:br/>
      </w:r>
      <w:r>
        <w:rPr>
          <w:sz w:val="20"/>
        </w:rPr>
        <w:t>55:44  na yeh ke yahi aap ka mission tha. hamein dekhna hoga ke aap ka mission kya hai. woh jo hai ke aatishi shariyat le kar aaye ga aakhri paighambar.</w:t>
      </w:r>
      <w:r>
        <w:br/>
      </w:r>
      <w:r>
        <w:rPr>
          <w:sz w:val="20"/>
        </w:rPr>
        <w:t>55:54  to woh thi ke chand jangain hongi, log oppose karein ge aur un ko muqabla karna pare ga. aur bohat ziyada rasool Allah sal Allah alaih wasallam ne koshish ki avoid karne ki.</w:t>
      </w:r>
      <w:r>
        <w:br/>
      </w:r>
      <w:r>
        <w:rPr>
          <w:sz w:val="20"/>
        </w:rPr>
        <w:t>56:07  halanke jangon se kuch kuch ho nahi raha tha. phir rasool Allah sal Allah alaih wasallam ne finally sulah kiya aur sulah se Islam phaila.</w:t>
      </w:r>
      <w:r>
        <w:br/>
      </w:r>
      <w:r>
        <w:rPr>
          <w:sz w:val="20"/>
        </w:rPr>
        <w:t>56:17  aur khud sahabi sahaba ne kaha hai ke jo Islam phaila Arab mein, woh sirf sulah ki wajah se.</w:t>
      </w:r>
      <w:r>
        <w:br/>
      </w:r>
      <w:r>
        <w:rPr>
          <w:sz w:val="20"/>
        </w:rPr>
        <w:t>56:26  kyunke sulah se zabardast interaction ho gaya. log aanay janay lagay. woh jo jo conflict tha, aam musalmanon aur ghair muslim mein, woh sab conflict khatam hua.</w:t>
      </w:r>
      <w:r>
        <w:br/>
      </w:r>
      <w:r>
        <w:rPr>
          <w:sz w:val="20"/>
        </w:rPr>
        <w:t>56:38  log azadana mil jul karne lagay. is se Islam jo hai, woh phail gaya. to Islam phaila bhi sulah se. lekin jo log baaton ko nahi samajh rahe hain, woh aik lafz ko le lete hain.</w:t>
      </w:r>
      <w:r>
        <w:br/>
      </w:r>
      <w:r>
        <w:rPr>
          <w:sz w:val="20"/>
        </w:rPr>
        <w:t>56:50  aap aik lafz ko kaise? aap ka poori zindagi dekhna hoga na? poori zindagi mein aap ne kya kiya hai? aik lafz se thori aap ki poori personality samajh mein aaye gi ke woh jang ke nabi hain.</w:t>
      </w:r>
      <w:r>
        <w:br/>
      </w:r>
      <w:r>
        <w:rPr>
          <w:sz w:val="20"/>
        </w:rPr>
        <w:t>57:03  to jang ke nabi hain to phir poori zindagi jang karna chahiye na? aik baar mujhe aik letter aaya tha kisi ka ke: "Prophet was always up in arms".</w:t>
      </w:r>
      <w:r>
        <w:br/>
      </w:r>
      <w:r>
        <w:rPr>
          <w:sz w:val="20"/>
        </w:rPr>
        <w:t>57:13  to maine poocha ke aap ne kitni konsi kitaab seerat ki parhi hai? to unhon ne kaha: "koi kitaab nahi parhi hai". to yeh wohi log hain jinhon ne kitabein nahi parhi hain seerat par, Islam ko samjha nahi hai.</w:t>
      </w:r>
      <w:r>
        <w:br/>
      </w:r>
      <w:r>
        <w:rPr>
          <w:sz w:val="20"/>
        </w:rPr>
        <w:t>57:25  wohi is tarah ke sawalat kar rahe hain. kyunke aap ne poori zindagi kya amal kiya, is ko dekha jaye ga aur is se aap ki personality ko, aap ke mission ko samjha jaye ga.</w:t>
      </w:r>
      <w:r>
        <w:br/>
      </w:r>
      <w:r>
        <w:rPr>
          <w:sz w:val="20"/>
        </w:rPr>
        <w:t>57:37  na ke aik lafz le kar ke.</w:t>
      </w:r>
      <w:r>
        <w:br/>
      </w:r>
      <w:r>
        <w:rPr>
          <w:sz w:val="20"/>
        </w:rPr>
        <w:t>57:44  woh hadith mein aa sunata hoon aur us ke baad jo maine kal is par aa dekha</w:t>
      </w:r>
      <w:r>
        <w:br/>
      </w:r>
      <w:r>
        <w:rPr>
          <w:sz w:val="20"/>
        </w:rPr>
        <w:t>57:51  tha, woh main bataunga.</w:t>
      </w:r>
      <w:r>
        <w:br/>
      </w:r>
      <w:r>
        <w:rPr>
          <w:sz w:val="20"/>
        </w:rPr>
        <w:t>57:52  ana abhi musa qala kana rasool Allah sallallahu alaihi wasallam yusami lana nafsahu asmaa faqala ana muhammad</w:t>
      </w:r>
      <w:r>
        <w:br/>
      </w:r>
      <w:r>
        <w:rPr>
          <w:sz w:val="20"/>
        </w:rPr>
        <w:t>58:00  wahmad wamaqfa walhashir wanabiyur rahmah wanabiyul malhamah</w:t>
      </w:r>
      <w:r>
        <w:br/>
      </w:r>
      <w:r>
        <w:rPr>
          <w:sz w:val="20"/>
        </w:rPr>
        <w:t>58:07  ibn hibban mein bhi yeh hadith hai aur doosri jagah bhi hai ke rasool Allah sallallahu alaihi</w:t>
      </w:r>
      <w:r>
        <w:br/>
      </w:r>
      <w:r>
        <w:rPr>
          <w:sz w:val="20"/>
        </w:rPr>
        <w:t>58:11  wasallam ne apne kuch naam ginaye: kaha main Muhammad hoon, main Ahmad hoon, main Maqfa, Hashir hoon, Nabi</w:t>
      </w:r>
      <w:r>
        <w:br/>
      </w:r>
      <w:r>
        <w:rPr>
          <w:sz w:val="20"/>
        </w:rPr>
        <w:t>58:18  Rehmat hoon aur Nabi Malhamah hoon.</w:t>
      </w:r>
      <w:r>
        <w:br/>
      </w:r>
      <w:r>
        <w:rPr>
          <w:sz w:val="20"/>
        </w:rPr>
        <w:t>58:19  yeh nabi al malhamah wali baat jo hai, yeh jab maine hadith ki kitabon ko aur sharah ki kitabon ko dekha to aik ke is ko keh sakte hain hum yeh aik shaz hadith keh sakte hain, alfaaz jis mein bayan kiya hai.</w:t>
      </w:r>
      <w:r>
        <w:br/>
      </w:r>
      <w:r>
        <w:rPr>
          <w:sz w:val="20"/>
        </w:rPr>
        <w:t>58:32  kyunke baaz hadith mein nabi marhamah bhi hai aur nabi malhamah bhi aaya hua hai. aur baaz hadith mein sirf nabi marhamah hai, ya'ni rehmat wale nabi hain.</w:t>
      </w:r>
      <w:r>
        <w:br/>
      </w:r>
      <w:r>
        <w:rPr>
          <w:sz w:val="20"/>
        </w:rPr>
        <w:t>58:41  baaz baaz hadithon mein jang wale nabi ka lafz hai. yeh to aik baat ho gayi. doosri baat yeh hai ke is se itni ziyada hadithain hain jis mein rasool Allah sal Allah alaih wasallam ne kaha: "main nabi rehmat hoon".</w:t>
      </w:r>
      <w:r>
        <w:br/>
      </w:r>
      <w:r>
        <w:rPr>
          <w:sz w:val="20"/>
        </w:rPr>
        <w:t>58:52  quran ki ayat mein khud Allah ta'ala ne kaha hai: wa ma arsalnaka illa rahmatan lil alameen aur aik do hadith mein aur sunata hoon ke rasool Allah sal Allah alaih wasallam ne kaha: innama ana rahmatun muhdahat main rehmat hoon aur hidayat dene wala bana kar bheja gaya hoon.</w:t>
      </w:r>
      <w:r>
        <w:br/>
      </w:r>
      <w:r>
        <w:rPr>
          <w:sz w:val="20"/>
        </w:rPr>
        <w:t>59:09  isi tareeqay se kuch log aaye aur unhon ne kaha: "Allah ke rasool</w:t>
      </w:r>
      <w:r>
        <w:br/>
      </w:r>
      <w:r>
        <w:rPr>
          <w:sz w:val="20"/>
        </w:rPr>
        <w:t>59:13  ! aap mushrikeen par bad dua kar dein" to aap sal Allah alaih wasallam ne kaha un se: inni lam ub'ath li'anain innama bu'ithtu rahmatan main lanat karne wala bana kar nahi bheja gaya hoon, main rehmat bana kar bheja gaya hoon.</w:t>
      </w:r>
      <w:r>
        <w:br/>
      </w:r>
      <w:r>
        <w:rPr>
          <w:sz w:val="20"/>
        </w:rPr>
        <w:t>59:26  to hum ne, mera ah, yeh samajhna chahiye hum ko ke yeh is qism ki hadithain jo hoti hain, woh aik exception hota hai, aadmi hammering ki zaban mein bolta hai, woh cheezein hain.</w:t>
      </w:r>
      <w:r>
        <w:br/>
      </w:r>
      <w:r>
        <w:rPr>
          <w:sz w:val="20"/>
        </w:rPr>
        <w:t>59:37  aur yeh bhi yaad rakhna chahiye ke fath e Makkah ke mauqe par Saad bin Ub</w:t>
      </w:r>
    </w:p>
    <w:p>
      <w:pPr>
        <w:pStyle w:val="Heading2"/>
      </w:pPr>
      <w:r>
        <w:t>From objection to cow culture positivity lesson</w:t>
      </w:r>
    </w:p>
    <w:p>
      <w:r>
        <w:rPr>
          <w:color w:val="666666"/>
          <w:sz w:val="18"/>
        </w:rPr>
        <w:t>Journey to Switzerland, Jerusalem, Palestine, Nov 02, 2008 · 4m 45s · at 11:04 · https://youtu.be/Noi5eb85Tcg?t=664</w:t>
      </w:r>
    </w:p>
    <w:p>
      <w:r>
        <w:rPr>
          <w:i/>
        </w:rPr>
        <w:t>“Don't you have a better place to go?”</w:t>
      </w:r>
    </w:p>
    <w:p>
      <w:r>
        <w:rPr>
          <w:sz w:val="20"/>
        </w:rPr>
        <w:t>11:04  ek musalman ne yeh kaha tha ke don't you have a better place to go</w:t>
      </w:r>
      <w:r>
        <w:br/>
      </w:r>
      <w:r>
        <w:rPr>
          <w:sz w:val="20"/>
        </w:rPr>
        <w:t>11:12  ? ab aage badhiye. jab hum Switzerland pahunche, hum Switzerland se gaye thay. airport par wahan ek Hindu lady mili.</w:t>
      </w:r>
      <w:r>
        <w:br/>
      </w:r>
      <w:r>
        <w:rPr>
          <w:sz w:val="20"/>
        </w:rPr>
        <w:t>11:25  jo dilli mein rehti hain woh. hamare paas un ka naam aur telephone number bhi hai. woh betakaan bol rahi hain Switzerland ke khilaf.</w:t>
      </w:r>
      <w:r>
        <w:br/>
      </w:r>
      <w:r>
        <w:rPr>
          <w:sz w:val="20"/>
        </w:rPr>
        <w:t>11:37  Switzerland is dead dead country. teen mahina ja kar woh rahin wahan. woh ek artist hain. wahan un ko bulaya gaya tha kisi art ke function mein.</w:t>
      </w:r>
      <w:r>
        <w:br/>
      </w:r>
      <w:r>
        <w:rPr>
          <w:sz w:val="20"/>
        </w:rPr>
        <w:t>11:51  teen mahina rahin wahan par woh, aaram ke sath. ab jab loot rahi theen, yeh lootne ki baat hai, to airport par woh hamare saathiyon se boht zyada josh ke sath keh rahi theen ke Switzerland boht hi bura mulk hai, Switzerland is a dead country.</w:t>
      </w:r>
      <w:r>
        <w:br/>
      </w:r>
      <w:r>
        <w:rPr>
          <w:sz w:val="20"/>
        </w:rPr>
        <w:t>12:09  to mein over here, mein overhearing kar raha tha un ki baaton ki. to mein un ke paas gaya.</w:t>
      </w:r>
      <w:r>
        <w:br/>
      </w:r>
      <w:r>
        <w:rPr>
          <w:sz w:val="20"/>
        </w:rPr>
        <w:t>12:19  mein baitha tha ke. mein ne kaha ke aap, mein ne kaha aap log gaaye ko poojte hain, you are worshipper of cow.</w:t>
      </w:r>
      <w:r>
        <w:br/>
      </w:r>
      <w:r>
        <w:rPr>
          <w:sz w:val="20"/>
        </w:rPr>
        <w:t>12:32  lekin aap ne cow culture ko ikhtiyar nahi kiya. but you fail to adopt the cow culture.</w:t>
      </w:r>
      <w:r>
        <w:br/>
      </w:r>
      <w:r>
        <w:rPr>
          <w:sz w:val="20"/>
        </w:rPr>
        <w:t>12:43  aap gaaye ko poojte hain lekin gaaye kya hai mujhe bataiye? what is cow?</w:t>
      </w:r>
      <w:r>
        <w:br/>
      </w:r>
      <w:r>
        <w:rPr>
          <w:sz w:val="20"/>
        </w:rPr>
        <w:t>12:48  to mein ne kaha cow is a divine industry. cow is able to convert non milk into milk.</w:t>
      </w:r>
      <w:r>
        <w:br/>
      </w:r>
      <w:r>
        <w:rPr>
          <w:sz w:val="20"/>
        </w:rPr>
        <w:t>13:00  to agar aap gaaye ko pooja karte hain to you have to adopt this cow culture</w:t>
      </w:r>
      <w:r>
        <w:br/>
      </w:r>
      <w:r>
        <w:rPr>
          <w:sz w:val="20"/>
        </w:rPr>
        <w:t>13:07  . you have to convert negativity into positivity. suppose agar switzerland mein aap ko kuch negative experience hua to aap ko kyun nahin aap woh is ability ko sabit kar sake ke aap is negativity ko positivity mein convert kar saken?</w:t>
      </w:r>
      <w:r>
        <w:br/>
      </w:r>
      <w:r>
        <w:rPr>
          <w:sz w:val="20"/>
        </w:rPr>
        <w:t>13:26  wahan aap ko aik so aik experience hue honge. kisi aik ko le kar aik selective way mein aap is par negative ko remark de rahi hain.</w:t>
      </w:r>
      <w:r>
        <w:br/>
      </w:r>
      <w:r>
        <w:rPr>
          <w:sz w:val="20"/>
        </w:rPr>
        <w:t>13:36  aur jo sari aur baatein thin, wahan ka infrastructure, wahan ki beautiful duniya, wahan ka beautiful nature, wahan ka transport, woh sari cheezon se aap ne enjoy kiya.</w:t>
      </w:r>
      <w:r>
        <w:br/>
      </w:r>
      <w:r>
        <w:rPr>
          <w:sz w:val="20"/>
        </w:rPr>
        <w:t>13:49  aur aik baat koi aap ko buri ho gayi to bas us ko le kar aap us ki burai kar rahi hain.</w:t>
      </w:r>
      <w:r>
        <w:br/>
      </w:r>
      <w:r>
        <w:rPr>
          <w:sz w:val="20"/>
        </w:rPr>
        <w:t>13:59  to musalman delhi mein kehte hain ke sahib aap israel ja rahe hain, woh to koi jaane ki jagah nahin hai. switzerland mein aik hindu lady bol rahi hain ke yeh to bohat bura mulk hai.</w:t>
      </w:r>
      <w:r>
        <w:br/>
      </w:r>
      <w:r>
        <w:rPr>
          <w:sz w:val="20"/>
        </w:rPr>
        <w:t>14:10  ab hum jab pahunche wahan par tel aviv to wahan par aik bohat bari conference thi.</w:t>
      </w:r>
      <w:r>
        <w:br/>
      </w:r>
      <w:r>
        <w:rPr>
          <w:sz w:val="20"/>
        </w:rPr>
        <w:t>14:20  international conference. taqreeban aik so wahan par bulaye gaye the falasteen ke log. aur itni azaadi wahan ki thi, har aik cheekh chilla kar bol raha tha government ke khilaf.</w:t>
      </w:r>
      <w:r>
        <w:br/>
      </w:r>
      <w:r>
        <w:rPr>
          <w:sz w:val="20"/>
        </w:rPr>
        <w:t>14:37  kaisi ajeeb baat hai. wahan par aik television ka aik aik organization banaya gaya hai, mujhe is mein bhi jana pada.</w:t>
      </w:r>
      <w:r>
        <w:br/>
      </w:r>
      <w:r>
        <w:rPr>
          <w:sz w:val="20"/>
        </w:rPr>
        <w:t>14:47  to is mein kya tha, fifty fifty tha. yaani fifty percent is mein palestinian the aur fifty percent jew the.</w:t>
      </w:r>
      <w:r>
        <w:br/>
      </w:r>
      <w:r>
        <w:rPr>
          <w:sz w:val="20"/>
        </w:rPr>
        <w:t>14:58  isi mein jis ke baray mein log duniya bhar ki khabrein batate hain. buri khabrein har jagah hain, makkah madinah mein bhi hain, delhi mein bhi hain.</w:t>
      </w:r>
      <w:r>
        <w:br/>
      </w:r>
      <w:r>
        <w:rPr>
          <w:sz w:val="20"/>
        </w:rPr>
        <w:t>15:08  koi aisi duniya mein history mein koi nahin bata sakte aap jahan buri khabrein na hon maujood. lekin aap ko buri khabron ko avoid kar ke, ko ignore kar ke achi khabron ko lena parta hai.</w:t>
      </w:r>
      <w:r>
        <w:br/>
      </w:r>
      <w:r>
        <w:rPr>
          <w:sz w:val="20"/>
        </w:rPr>
        <w:t>15:20  so that you may be able to live in positivity. otherwise you will to go to hell.</w:t>
      </w:r>
      <w:r>
        <w:br/>
      </w:r>
      <w:r>
        <w:rPr>
          <w:sz w:val="20"/>
        </w:rPr>
        <w:t>15:28  lekin yaad rakhiye jo paradise mein jana chahta hai, us ko aik hi condition poori karni paregi. ke sari negativity ke bawajood us ko positivity mein jeena parega.</w:t>
      </w:r>
      <w:r>
        <w:br/>
      </w:r>
      <w:r>
        <w:rPr>
          <w:sz w:val="20"/>
        </w:rPr>
        <w:t>15:42  nahin to us ko god ka neighborhood nahin milega, nahin milega, nahin milega.</w:t>
      </w:r>
    </w:p>
    <w:p>
      <w:pPr>
        <w:pStyle w:val="Heading2"/>
      </w:pPr>
      <w:r>
        <w:t>Hazrat Ali's shield story: justice above the ruler</w:t>
      </w:r>
    </w:p>
    <w:p>
      <w:r>
        <w:rPr>
          <w:color w:val="666666"/>
          <w:sz w:val="18"/>
        </w:rPr>
        <w:t>The Companions of The Prophet January 15, 2023 · 3m 29s · at 1:03:13 · https://youtu.be/clnN0tUU9og?t=3793</w:t>
      </w:r>
    </w:p>
    <w:p>
      <w:r>
        <w:rPr>
          <w:i/>
        </w:rPr>
        <w:t>“Ali saw his lost shield being sold in the market.”</w:t>
      </w:r>
    </w:p>
    <w:p>
      <w:r>
        <w:rPr>
          <w:sz w:val="20"/>
        </w:rPr>
        <w:t>1:03:13  toh aik baar woh nikle bahar, toh dekha bazaar mein wahi zirah koi bech raha hai. toh unhone kaha ke "yeh toh meri zirah hai," lekin usne dene se inkaar kar diya. usne kaha, "nahi, yeh meri zirah hai." toh Hazrat Ali aik aik khaleefa hotay hue uske saath gaye ke "chalo, Qazi ke yahan chale. wahi faisla karega." toh Qazi Shur us waqt wahan ke Qazi thay. toh wahan gaye,</w:t>
      </w:r>
      <w:r>
        <w:br/>
      </w:r>
      <w:r>
        <w:rPr>
          <w:sz w:val="20"/>
        </w:rPr>
        <w:t>1:03:39  toh wahan bhi usne yahi kaha ke "nahi, yeh Ameerul Momineen jhoot bol rahe hain." Ameerul Momineen Hazrat Umar ke zamane se yeh khaleefa ka title bana tha, "leader of the believers." toh woh kehta hai, "Ameerul Momineen jhoot bol rahe hain," phir bhi Ameerul Momineen gussa nahi hotay ke woh aik aam aadmi aur woh khaleefa. toh Qazi Shur ne kaha ke Hazrat Ali se ke "aap gawah laiye," kyunke do gawah hotay hain, witness jisko kehte hain.</w:t>
      </w:r>
      <w:r>
        <w:br/>
      </w:r>
      <w:r>
        <w:rPr>
          <w:sz w:val="20"/>
        </w:rPr>
        <w:t>1:04:06  toh aap ke paas saath mein Hazrat Hasan thay, aap ke bete aur ghulam thay, Qambar. toh Qazi ne kaha, "Hasan ka toh main gawahi qabool nahi kar sakta, kyunke bete ki gawahi baap ke maamle mein woh qabile qabool nahi hai." toh unhone bete ki qurbani. ab unhone kaha ke "Hasan toh jannat mein naujawanon ke sardar hain," tab bhi unhone unki gawahi qabool nahi ki. toh</w:t>
      </w:r>
      <w:r>
        <w:br/>
      </w:r>
      <w:r>
        <w:rPr>
          <w:sz w:val="20"/>
        </w:rPr>
        <w:t>1:04:33  Hazrat Ali ne Qazi Shur se kuch nahi kaha ke "aise yeh galat kar rahe hain." aap kuch nahi kaha, na gussa hue, na kuch nahi kiya ke "mere khilaaf aap ne faisla kiya," balkay us faisle ko unhone qabool kar liya. toh ab jab qabool kar liya, toh woh aadmi itna mutasir ho gaya kehne laga ke "itni ajeeb baat hai ke Qazi Ameerul Momineen ke khilaaf faisla kare aur woh usko maan le.</w:t>
      </w:r>
      <w:r>
        <w:br/>
      </w:r>
      <w:r>
        <w:rPr>
          <w:sz w:val="20"/>
        </w:rPr>
        <w:t>1:04:59  " toh woh usi waqt woh Hazrat Ali ka follower ban gaya. aur woh zirah, matlab Hazrat Ali ne conscious ko awake kiya uske aur woh maan gaya. qanoon se woh nahi maan raha tha. toh woh zirah wapas dene laga. toh Hazrat Ali ne kaha, "nahi, zirah apne paas hi rakho. ab woh unka follower ban gaya hai." toh phir usko aur paisa bhi diya, oont bhi diya. usko toh</w:t>
      </w:r>
      <w:r>
        <w:br/>
      </w:r>
      <w:r>
        <w:rPr>
          <w:sz w:val="20"/>
        </w:rPr>
        <w:t>1:05:22  hukmaran jo hain, yeh khaastaur par chaaron khulafa rashid jo thay, woh apne aap ko qanoon se balatar nahi samajhte thay, balkay aik aam aadmi ki tarah woh unka har kaam hota tha. bilkul, woh kabhi bhi unhone apne aap ko superior kisi se nahi samjha. woh koi tanqeed kar deta tha,</w:t>
      </w:r>
      <w:r>
        <w:br/>
      </w:r>
      <w:r>
        <w:rPr>
          <w:sz w:val="20"/>
        </w:rPr>
        <w:t>1:05:41  koi kuch bhi keh deta tha, toh uska daleel se jawab diya karte thay.</w:t>
      </w:r>
      <w:r>
        <w:br/>
      </w:r>
      <w:r>
        <w:rPr>
          <w:sz w:val="20"/>
        </w:rPr>
        <w:t>1:05:45  toh yeh aik bilkul us zamane ke lihaaz se aik istina, exceptional example thi. kyunke us zamane mein hukmaran toh bilkul, hukmaran toh bilkul touch mein hi nahi tha awam ke. aur kahan ke barabar unke, us us aadmi ke saath woh barabar chal rahe hain, ja rahe hain, Qazi ke yahan, Qazi se apne khilaaf faisla sun rahe hain, usko accept kar rahe hain. toh yeh toh bilkul ab kahani lagega.</w:t>
      </w:r>
      <w:r>
        <w:br/>
      </w:r>
      <w:r>
        <w:rPr>
          <w:sz w:val="20"/>
        </w:rPr>
        <w:t>1:06:13  toh toh Maulana likhte hain ke "afsana, aik yeh afsana tha." afsane mein toh hota hai ke hukmaran jo hai, itna adil hai, yeh woh hai. toh afsane ko asre rasool ne haqeeqi zindagi ka aik waqia bana diya. toh yeh aise behisaab waqia thay. toh is liye main baar baar kehti hoon ke aap log Sahaba ki zindagi ko parhiye aur us se apne liye learning lijiye.</w:t>
      </w:r>
    </w:p>
    <w:p>
      <w:pPr>
        <w:pStyle w:val="Heading2"/>
      </w:pPr>
      <w:r>
        <w:t>Umar-era envoy turns Persian king's insult into victory</w:t>
      </w:r>
    </w:p>
    <w:p>
      <w:r>
        <w:rPr>
          <w:color w:val="666666"/>
          <w:sz w:val="18"/>
        </w:rPr>
        <w:t>Living with Angels April 11, 2010 · 5m 56s · at 36:48 · https://youtu.be/u-SHIRgBE6M?t=2208</w:t>
      </w:r>
    </w:p>
    <w:p>
      <w:r>
        <w:rPr>
          <w:i/>
        </w:rPr>
        <w:t>“Puri insani tareekh mein anokha waqia sahaba ka.”</w:t>
      </w:r>
    </w:p>
    <w:p>
      <w:r>
        <w:rPr>
          <w:sz w:val="20"/>
        </w:rPr>
        <w:t>36:48  puri insani tareekh mein anokha waqea sahaba ka. yeh waqea hai Hazrat Umar R.A. ke zamane ka.</w:t>
      </w:r>
      <w:r>
        <w:br/>
      </w:r>
      <w:r>
        <w:rPr>
          <w:sz w:val="20"/>
        </w:rPr>
        <w:t>36:57  yani Khalifa Sani, second Khalifa. aap jante hain ke second Khalifa yani Hazrat Umar ke zamane mein Iran se larai hui thi.</w:t>
      </w:r>
      <w:r>
        <w:br/>
      </w:r>
      <w:r>
        <w:rPr>
          <w:sz w:val="20"/>
        </w:rPr>
        <w:t>37:15  to is larai mein sahaba, us waqt sahaba sare maujood thay. to sahaba jo hai, woh unko yani jeet hone lagi.</w:t>
      </w:r>
      <w:r>
        <w:br/>
      </w:r>
      <w:r>
        <w:rPr>
          <w:sz w:val="20"/>
        </w:rPr>
        <w:t>37:28  woh woh peechay hatne lagay. woh yani Iranianon ki fauj jo hai, woh</w:t>
      </w:r>
      <w:r>
        <w:br/>
      </w:r>
      <w:r>
        <w:rPr>
          <w:sz w:val="20"/>
        </w:rPr>
        <w:t>37:36  difaa nahi kar pa rahi thi. aur yeh log barhtay ja rahay thay.</w:t>
      </w:r>
      <w:r>
        <w:br/>
      </w:r>
      <w:r>
        <w:rPr>
          <w:sz w:val="20"/>
        </w:rPr>
        <w:t>37:41  to jo badshah tha wahan, uska naam tha Yezdajard.</w:t>
      </w:r>
      <w:r>
        <w:br/>
      </w:r>
      <w:r>
        <w:rPr>
          <w:sz w:val="20"/>
        </w:rPr>
        <w:t>37:49  jo badshah tha aur uska jo general tha, uska naam tha Rustam. unhon ne mashwara kiya.</w:t>
      </w:r>
      <w:r>
        <w:br/>
      </w:r>
      <w:r>
        <w:rPr>
          <w:sz w:val="20"/>
        </w:rPr>
        <w:t>37:57  aur unhon ne tay kiya ke bhai inko hum larr kar to jeet nahi pa rahay hain. ab in se baat cheet karo. jo kehtay hain mukararat.</w:t>
      </w:r>
      <w:r>
        <w:br/>
      </w:r>
      <w:r>
        <w:rPr>
          <w:sz w:val="20"/>
        </w:rPr>
        <w:t>38:08  to Musalmanon ki taraf jo general thay, unka naam tha Saad bin Waqas. to unhon ne Saad bin Waqas ke paas paigham bheja ke hum baat cheet karna chahtay hain, aap apna waffad bhejiye.</w:t>
      </w:r>
      <w:r>
        <w:br/>
      </w:r>
      <w:r>
        <w:rPr>
          <w:sz w:val="20"/>
        </w:rPr>
        <w:t>38:23  to yeh raazi ho gaye ke theek hai, baat cheet ke liye.</w:t>
      </w:r>
      <w:r>
        <w:br/>
      </w:r>
      <w:r>
        <w:rPr>
          <w:sz w:val="20"/>
        </w:rPr>
        <w:t>38:31  to ek lamba, ek bohat lamba ek qissa hai yeh.</w:t>
      </w:r>
      <w:r>
        <w:br/>
      </w:r>
      <w:r>
        <w:rPr>
          <w:sz w:val="20"/>
        </w:rPr>
        <w:t>38:36  bohat bohat din tak chala yeh. main ek qissa arz kar raha hoon is mein se. to</w:t>
      </w:r>
      <w:r>
        <w:br/>
      </w:r>
      <w:r>
        <w:rPr>
          <w:sz w:val="20"/>
        </w:rPr>
        <w:t>38:45  ek sahabi gaye baat cheet karne ke liye.</w:t>
      </w:r>
      <w:r>
        <w:br/>
      </w:r>
      <w:r>
        <w:rPr>
          <w:sz w:val="20"/>
        </w:rPr>
        <w:t>38:53  to woh is tarah gaye ke logon ke paas ghore hotay thay. chotay chotay ghore hotay thay. Iranianon ke paas baray baray ghore hua kartay thay.</w:t>
      </w:r>
      <w:r>
        <w:br/>
      </w:r>
      <w:r>
        <w:rPr>
          <w:sz w:val="20"/>
        </w:rPr>
        <w:t>39:03  Arbon ke paas chotay chotay ghore hua kartay thay.</w:t>
      </w:r>
      <w:r>
        <w:br/>
      </w:r>
      <w:r>
        <w:rPr>
          <w:sz w:val="20"/>
        </w:rPr>
        <w:t>39:06  to apnay chotay ghore par gaye wahan par. aur wahan darbar laga hua tha. sab carpet bichay huay thay sab.</w:t>
      </w:r>
      <w:r>
        <w:br/>
      </w:r>
      <w:r>
        <w:rPr>
          <w:sz w:val="20"/>
        </w:rPr>
        <w:t>39:15  to gate par unhon ne is mein utarnay ko kaha gaya ke utro. kaha main to nahi utroon ga. agar tum janay do to main isi se jaon</w:t>
      </w:r>
      <w:r>
        <w:br/>
      </w:r>
      <w:r>
        <w:rPr>
          <w:sz w:val="20"/>
        </w:rPr>
        <w:t>39:27  ga. yani badshah jo tha aur yeh woh general jo tha uska Rustam, woh log baray baray is par bethay huay thay masnad laga kar ke takht par.</w:t>
      </w:r>
      <w:r>
        <w:br/>
      </w:r>
      <w:r>
        <w:rPr>
          <w:sz w:val="20"/>
        </w:rPr>
        <w:t>39:37  to kaha main to isi tarah jaon ga ghore par beth kar ke. tum janay do, janay do mujhe to main to main wahan loot jaon ga. to khair ijazat de di unhon ne ke aao.</w:t>
      </w:r>
      <w:r>
        <w:br/>
      </w:r>
      <w:r>
        <w:rPr>
          <w:sz w:val="20"/>
        </w:rPr>
        <w:t>39:51  to andar gaye yeh. isi ghore par bethay bethay woh puhanch gaye takht tak.</w:t>
      </w:r>
      <w:r>
        <w:br/>
      </w:r>
      <w:r>
        <w:rPr>
          <w:sz w:val="20"/>
        </w:rPr>
        <w:t>39:57  tak tak to badshah bohat ghussa ho gaya. Yezdajard jo tha bohat ghussa ho gaya ke aisi aisi aisi aisa tajurba kabhi is ko hua nahi tha.</w:t>
      </w:r>
      <w:r>
        <w:br/>
      </w:r>
      <w:r>
        <w:rPr>
          <w:sz w:val="20"/>
        </w:rPr>
        <w:t>40:08  ke koi is ke is ke carpet ko rotta hua apnay ghore par beth kar, ghore par beth kar is ke carpet ko rotta hua takht par puhanchay aur bilkul barabar ka moamla karay.</w:t>
      </w:r>
      <w:r>
        <w:br/>
      </w:r>
      <w:r>
        <w:rPr>
          <w:sz w:val="20"/>
        </w:rPr>
        <w:t>40:20  ke woh to jhukte thay log, jhuk kar ke adab baja latay thay. na jhukay na kuch.</w:t>
      </w:r>
      <w:r>
        <w:br/>
      </w:r>
      <w:r>
        <w:rPr>
          <w:sz w:val="20"/>
        </w:rPr>
        <w:t>40:29  to woh ghussa ho gaya Yezdajard. baat hi nahi ki. itna ghussa ho gaya ke baat nahi ki. us ne kaha, hukum diya ke lao yeh mitti ka tukra le aao.</w:t>
      </w:r>
      <w:r>
        <w:br/>
      </w:r>
      <w:r>
        <w:rPr>
          <w:sz w:val="20"/>
        </w:rPr>
        <w:t>40:43  aur rakh do in ke sar par. apnay sar par rakh kar ke in ko mahal se bhaga do. to waqatan mitti ka tukra laya gaya.</w:t>
      </w:r>
      <w:r>
        <w:br/>
      </w:r>
      <w:r>
        <w:rPr>
          <w:sz w:val="20"/>
        </w:rPr>
        <w:t>40:54  aur un ke sar par rakh diya gaya.</w:t>
      </w:r>
      <w:r>
        <w:br/>
      </w:r>
      <w:r>
        <w:rPr>
          <w:sz w:val="20"/>
        </w:rPr>
        <w:t>40:58  to kuch bhi unhon ne rad-e-amal nahi kiya. jaise ke mithai ka tohfa ho, is sar par rakh diya aur sar par rakh kar ke bahar nikal aaye.</w:t>
      </w:r>
      <w:r>
        <w:br/>
      </w:r>
      <w:r>
        <w:rPr>
          <w:sz w:val="20"/>
        </w:rPr>
        <w:t>41:10  aur phir apne ghoṛe par sawar hue aur chal kar ke Hazrat Saad ke pas pohnch gaye. Hazrat ghoor kijiye, aaj aisa mumkin hai hamara koi aadmi jaye woh ijazat mandi ke liye aur woh ijazat mandi ke sar par tukṛa rakhwa de mitti ka.</w:t>
      </w:r>
      <w:r>
        <w:br/>
      </w:r>
      <w:r>
        <w:rPr>
          <w:sz w:val="20"/>
        </w:rPr>
        <w:t>41:25  to sari ummat ke musalman hangama khara ho jayega.</w:t>
      </w:r>
      <w:r>
        <w:br/>
      </w:r>
      <w:r>
        <w:rPr>
          <w:sz w:val="20"/>
        </w:rPr>
        <w:t>41:32  to jab woh pohnche wahan, Hazrat Saad khayme mein thay, jo general thay jo.</w:t>
      </w:r>
      <w:r>
        <w:br/>
      </w:r>
      <w:r>
        <w:rPr>
          <w:sz w:val="20"/>
        </w:rPr>
        <w:t>41:41  wahan ja kar woh mitti ka tukṛa rakh diya. yahi badshah ne diya, irani badshah ne. to aap dekhiye zara, woh general jo thay, woh kehte hain ke kaise tum bewaqoof ho ke wahan se mitti le chale aa rahe ho.</w:t>
      </w:r>
      <w:r>
        <w:br/>
      </w:r>
      <w:r>
        <w:rPr>
          <w:sz w:val="20"/>
        </w:rPr>
        <w:t>41:58  koi is ke sar par phenk diya tum ne</w:t>
      </w:r>
      <w:r>
        <w:br/>
      </w:r>
      <w:r>
        <w:rPr>
          <w:sz w:val="20"/>
        </w:rPr>
        <w:t>42:00  . yeh jo mein bata raha hoon aap ko, koi novel ki baat nahi hai yeh. yeh sacha waqia hai. aap tareekh mein parh sakte hain is ko. yeh sacha waqia hai bilkul.</w:t>
      </w:r>
      <w:r>
        <w:br/>
      </w:r>
      <w:r>
        <w:rPr>
          <w:sz w:val="20"/>
        </w:rPr>
        <w:t>42:10  to unhon ne jab khayme mein rakha mitti ka tukṛa to Hazrat Saad ne yeh nahi kaha ke tum kaise bewakoof ho. ke mitti ki tokri unhon ne di hai tum ko to woh phenk dete ho unhi ke sar par.</w:t>
      </w:r>
      <w:r>
        <w:br/>
      </w:r>
      <w:r>
        <w:rPr>
          <w:sz w:val="20"/>
        </w:rPr>
        <w:t>42:20  yeh le chale aa rahe ho kya matlab hai? kya sans hai le ke chale aane ka?</w:t>
      </w:r>
      <w:r>
        <w:br/>
      </w:r>
      <w:r>
        <w:rPr>
          <w:sz w:val="20"/>
        </w:rPr>
        <w:t>42:26  unhon ne kaha ab shuru. tum ko khushkhabri ho. It's a good tiding. والله قد أعطانا الله أقارب الملك.</w:t>
      </w:r>
      <w:r>
        <w:br/>
      </w:r>
      <w:r>
        <w:rPr>
          <w:sz w:val="20"/>
        </w:rPr>
        <w:t>42:35  Allah taala ne hamein un ke mulk ki kunjiyan de din. to rawi kehta hai ke وتفاعلوا بدالك أقرب لعادٍ.</w:t>
      </w:r>
    </w:p>
    <w:p>
      <w:pPr>
        <w:pStyle w:val="Heading2"/>
      </w:pPr>
      <w:r>
        <w:t>how fiqh developed among companions after the prophet</w:t>
      </w:r>
    </w:p>
    <w:p>
      <w:r>
        <w:rPr>
          <w:color w:val="666666"/>
          <w:sz w:val="18"/>
        </w:rPr>
        <w:t>Evolution of Fiqh: The Journey</w:t>
        <w:br/>
        <w:t>of Islamic Jurisprudence Dec 22, 2024 · 5m 42s · at 1:05:05 · https://youtu.be/Iwtb-eFjp2c?t=3905</w:t>
      </w:r>
    </w:p>
    <w:p>
      <w:r>
        <w:rPr>
          <w:i/>
        </w:rPr>
        <w:t>“band to ho hi nahi sakta tha, itni badi hukoomat ban gayi thi”</w:t>
      </w:r>
    </w:p>
    <w:p>
      <w:r>
        <w:rPr>
          <w:sz w:val="20"/>
        </w:rPr>
        <w:t>1:05:05  to is ke baad mein aap se ek aur sawal karunga jo bahut aham hai ke ashaab Rasool ke zamane mein fiqh ka safar kaisa raha?</w:t>
      </w:r>
      <w:r>
        <w:br/>
      </w:r>
      <w:r>
        <w:rPr>
          <w:sz w:val="20"/>
        </w:rPr>
        <w:t>1:05:14  unhon ne is ko band kar diya ya jari rakha? is par kuch bataayen. band to ho hi nahin sakta tha ke itni badi hukumat ban gayi thi, kai mumalik fatah ho gaye the.</w:t>
      </w:r>
      <w:r>
        <w:br/>
      </w:r>
      <w:r>
        <w:rPr>
          <w:sz w:val="20"/>
        </w:rPr>
        <w:t>1:05:25  to sirf wohi masail nahi thay rasool allah sallallahu alaihi wasallam ke zamane wale, balke masail badhte chale ja rahe thay.</w:t>
      </w:r>
      <w:r>
        <w:br/>
      </w:r>
      <w:r>
        <w:rPr>
          <w:sz w:val="20"/>
        </w:rPr>
        <w:t>1:05:33  to wohi karte thay sahaba ke sab se pehle quran se lete, phir hadees se lete, phir sahaba ki ek majlis bana li gayi thi jo zyada samajhdar sahaba thay, un ki majlis thi, aur wohi ijtimai mashware se kaam hota tha.</w:t>
      </w:r>
      <w:r>
        <w:br/>
      </w:r>
      <w:r>
        <w:rPr>
          <w:sz w:val="20"/>
        </w:rPr>
        <w:t>1:05:46  aur khalifa jo hota tha, wohi us majlis ka sadar hota tha. to us zamane mein rasool allah ke zamane mein bhi yahi tha ke mashwara hota tha, sab log apni apni raye dete thay,</w:t>
      </w:r>
      <w:r>
        <w:br/>
      </w:r>
      <w:r>
        <w:rPr>
          <w:sz w:val="20"/>
        </w:rPr>
        <w:t>1:06:00  aur kisi ki raye qubool hoti thi. sari raye to accept nahi ki ja sakti, to koi bura nahi maanta tha ke kis ki raye qubool hui.</w:t>
      </w:r>
      <w:r>
        <w:br/>
      </w:r>
      <w:r>
        <w:rPr>
          <w:sz w:val="20"/>
        </w:rPr>
        <w:t>1:06:08  jo raye best hoti thi, aur us existing situation mein us ko maan liya jata tha. wahan koi bhi bias nahi tha, koi emotions involve nahi hote thay, balke woh dekhte thay ke quran o hadees ke mutabiq hai, aql ke mutabiq hai, bas us ko maan lete thay.</w:t>
      </w:r>
      <w:r>
        <w:br/>
      </w:r>
      <w:r>
        <w:rPr>
          <w:sz w:val="20"/>
        </w:rPr>
        <w:t>1:06:28  to usi ijtimai mashware ko, us ko yahi ijtihad ki ibtidayi shakl thi. to sahaba jo hain, quran o sunnat par ghaur kar ke sabab daryaft kar ke jo ye masla ka jo diya hai hukm, to us ka sabab kya hai?</w:t>
      </w:r>
      <w:r>
        <w:br/>
      </w:r>
      <w:r>
        <w:rPr>
          <w:sz w:val="20"/>
        </w:rPr>
        <w:t>1:06:46  kyonke agar sabab mil jaye to bahut aasan ho jata hai us sabab ko dusre masle par, naye masle par apply karne ka. to</w:t>
      </w:r>
      <w:r>
        <w:br/>
      </w:r>
      <w:r>
        <w:rPr>
          <w:sz w:val="20"/>
        </w:rPr>
        <w:t>1:06:55  ye kaam ho raha tha sahaba ke zamane mein bhi, aur baad ke daur mein ye kaam jo hai bahut zyada hua. to sahaba ne islami usoolon ka application kiya.</w:t>
      </w:r>
      <w:r>
        <w:br/>
      </w:r>
      <w:r>
        <w:rPr>
          <w:sz w:val="20"/>
        </w:rPr>
        <w:t>1:07:07  ye woh sahaba thay jin ki samajh bahut gehri thi, aur rasool allah sallallahu alaihi wasallam khud is un ke upar trust karte thay, khas taur par hazrat ali, muaz ibn jabal waghaira.</w:t>
      </w:r>
      <w:r>
        <w:br/>
      </w:r>
      <w:r>
        <w:rPr>
          <w:sz w:val="20"/>
        </w:rPr>
        <w:t>1:07:19  to hazrat ali ko khuda ki taraf se fahm khas, ek insight mili</w:t>
      </w:r>
      <w:r>
        <w:br/>
      </w:r>
      <w:r>
        <w:rPr>
          <w:sz w:val="20"/>
        </w:rPr>
        <w:t>1:07:24  hui thi, woh foran baaton ko gehrai se samajh lete thay, aur usi tareeqe se hazrat umar baaton ko gehrai se samajh lete thay.</w:t>
      </w:r>
      <w:r>
        <w:br/>
      </w:r>
      <w:r>
        <w:rPr>
          <w:sz w:val="20"/>
        </w:rPr>
        <w:t>1:07:34  to futoohaat ke baad jo hai naye naye masail pesh aaye, aur is ka hal quran mein saaf saaf alfazon mein yani direct nahi milta tha.</w:t>
      </w:r>
      <w:r>
        <w:br/>
      </w:r>
      <w:r>
        <w:rPr>
          <w:sz w:val="20"/>
        </w:rPr>
        <w:t>1:07:43  misal ke taur par ijtihad jo ridda war hui, to ridda war hui to bahut sare jo badu thay jin ke andar islam abhi achhi tarah daakhil nahi hua tha,</w:t>
      </w:r>
      <w:r>
        <w:br/>
      </w:r>
      <w:r>
        <w:rPr>
          <w:sz w:val="20"/>
        </w:rPr>
        <w:t>1:07:54  jab jab makka fateh ho gaya to bahut sare log jauq dar jauq islam mein aa gaye. yadkhuloona fi deen allah afwaja to jauq dar jauq aa gaye, un ki training nahi hui thi.</w:t>
      </w:r>
      <w:r>
        <w:br/>
      </w:r>
      <w:r>
        <w:rPr>
          <w:sz w:val="20"/>
        </w:rPr>
        <w:t>1:08:06  to yahi woh log thay jo jab rasool allah sallallahu alaihi wasallam jab is duniya se rukhsat huye to unhon ne samjha ke ab rasool to nahi hai, ab quran to utre ga nahi, to ab hum apni man mani chala sakte hain.</w:t>
      </w:r>
      <w:r>
        <w:br/>
      </w:r>
      <w:r>
        <w:rPr>
          <w:sz w:val="20"/>
        </w:rPr>
        <w:t>1:08:18  to unhon ne zakat dene se inkar kar diya.</w:t>
      </w:r>
      <w:r>
        <w:br/>
      </w:r>
      <w:r>
        <w:rPr>
          <w:sz w:val="20"/>
        </w:rPr>
        <w:t>1:08:22  kuch logon ne kaha hum namaz nahi padhenge to is tareeqe se to quran mein ek aayat talash ki ke quran mein aaya hai ke agar woh tauba kar len, namaz qaim karen aur zakat ada karen to un ka rasta chhod do.</w:t>
      </w:r>
      <w:r>
        <w:br/>
      </w:r>
      <w:r>
        <w:rPr>
          <w:sz w:val="20"/>
        </w:rPr>
        <w:t>1:08:36  is mein do bahut zabardast ikhtilaf ho gaya tha ke hazrat umar keh rahe thay ke ye log musalman hain, in se jang kaise ki jaye?</w:t>
      </w:r>
      <w:r>
        <w:br/>
      </w:r>
      <w:r>
        <w:rPr>
          <w:sz w:val="20"/>
        </w:rPr>
        <w:t>1:08:47  to hazrat abubakar ne ye aayat pesh ki ke ye log, ye jo islam ke jo basic principles hain, namaz aur zakat, yahi nahi karenge to kis tarah ke musalman hain?</w:t>
      </w:r>
      <w:r>
        <w:br/>
      </w:r>
      <w:r>
        <w:rPr>
          <w:sz w:val="20"/>
        </w:rPr>
        <w:t>1:08:58  to hum in se jang karenge. to jang kar ke rasool allah sallallahu alaihi wasallam ne is masle ko hal kiya. phir iraq o sham, iraq o sham fateh hua to us zamane mein land jo hai faujiyon ko baant di jati thi.</w:t>
      </w:r>
      <w:r>
        <w:br/>
      </w:r>
      <w:r>
        <w:rPr>
          <w:sz w:val="20"/>
        </w:rPr>
        <w:t>1:09:14  to ye quran mein ye nikla ke jo log baad mein aaye, un ka bhi hissa hai. to is tareeqe se is par amal kiya gaya aur land baanti nahi gayi.</w:t>
      </w:r>
      <w:r>
        <w:br/>
      </w:r>
      <w:r>
        <w:rPr>
          <w:sz w:val="20"/>
        </w:rPr>
        <w:t>1:09:24  to us zamane ke jo members thay, jo ek khalifa hota tha, woh to head karta tha is meeting ko, aur baqi hazrat umar, usman, ali, abdul rehman ibn auf, aur muaz ibn jabal, zayd ibn sabit, isi tareeqe se aur bhi log thay.</w:t>
      </w:r>
      <w:r>
        <w:br/>
      </w:r>
      <w:r>
        <w:rPr>
          <w:sz w:val="20"/>
        </w:rPr>
        <w:t>1:09:39  to</w:t>
      </w:r>
      <w:r>
        <w:br/>
      </w:r>
      <w:r>
        <w:rPr>
          <w:sz w:val="20"/>
        </w:rPr>
        <w:t>1:09:40  jo jin ki bhi gehri samajh hoti thi, to woh us us team ke member hote thay aur mashware ko maan liya jata tha.</w:t>
      </w:r>
      <w:r>
        <w:br/>
      </w:r>
      <w:r>
        <w:rPr>
          <w:sz w:val="20"/>
        </w:rPr>
        <w:t>1:09:50  is mein koi bura nahi maanta tha ke hamara mashwara nahi. aur azaan mein bhi to yahi hua, jis ne khwab dekha tha, us ko azaan ka mauqa nahi diya gaya kyonke hazrat bilal ki aawaz bahut tez thi.</w:t>
      </w:r>
      <w:r>
        <w:br/>
      </w:r>
      <w:r>
        <w:rPr>
          <w:sz w:val="20"/>
        </w:rPr>
        <w:t>1:10:02  to un ko azan ka moqa mila, unhon ne bura nahi mana kyunke woh log mission ke log thay.</w:t>
      </w:r>
      <w:r>
        <w:br/>
      </w:r>
      <w:r>
        <w:rPr>
          <w:sz w:val="20"/>
        </w:rPr>
        <w:t>1:10:09  mission ka kaam jo hai, woh aage barhta rehna chahiye, na ke hamara apna personal, woh personal interest is mein nahi tha kuch bhi.</w:t>
      </w:r>
      <w:r>
        <w:br/>
      </w:r>
      <w:r>
        <w:rPr>
          <w:sz w:val="20"/>
        </w:rPr>
        <w:t>1:10:20  to ikhtilaf ke waqt koi apni rai par israr na karta, doosron ki rai ko woh ghor se suntay, aur jis ki rai Quran o Sunnat se qareeb hoti, us ko bilkul us ko ittifaq kar ke balaitifaq maan laitay.</w:t>
      </w:r>
      <w:r>
        <w:br/>
      </w:r>
      <w:r>
        <w:rPr>
          <w:sz w:val="20"/>
        </w:rPr>
        <w:t>1:10:37  to yahi tha usool ijtihad, jo tha woh yahi tha ke kitab o sunnat aur qiyas. qiyas mein ijma, ijtihad sab isi mein aata hai.</w:t>
      </w:r>
    </w:p>
    <w:p>
      <w:pPr>
        <w:pStyle w:val="Heading2"/>
      </w:pPr>
      <w:r>
        <w:t>The death and burial of Abu Dharr al-Ghifari</w:t>
      </w:r>
    </w:p>
    <w:p>
      <w:r>
        <w:rPr>
          <w:color w:val="666666"/>
          <w:sz w:val="18"/>
        </w:rPr>
        <w:t>Timeless Wisdom from the Life of Abu Dharr al-Ghifari December 21, 2025 · 5m 02s · at 40:34 · https://youtu.be/CDBjybktCDM?t=2434</w:t>
      </w:r>
    </w:p>
    <w:p>
      <w:r>
        <w:rPr>
          <w:i/>
        </w:rPr>
        <w:t>“Abu Dharr was known for extreme piety and renunciation”</w:t>
      </w:r>
    </w:p>
    <w:p>
      <w:r>
        <w:rPr>
          <w:sz w:val="20"/>
        </w:rPr>
        <w:t>40:34  during the lifetime of the prophet muhammad (peace be upon him), abuzar was known for his honesty, for zuhd, for renunciation, for abstinence, for deep devotion to god.</w:t>
      </w:r>
      <w:r>
        <w:br/>
      </w:r>
      <w:r>
        <w:rPr>
          <w:sz w:val="20"/>
        </w:rPr>
        <w:t>40:48  and years passed, the prophet left the world, and islam spread to many lands. so countries like syria, as i mentioned, which was called bilad al-sham, came under muslim rule.</w:t>
      </w:r>
      <w:r>
        <w:br/>
      </w:r>
      <w:r>
        <w:rPr>
          <w:sz w:val="20"/>
        </w:rPr>
        <w:t>41:01  wa'l. and unlike ah today, the area of syria enduresed this was to big, and a wealth began to flow into madina. so abu dharr (r.a.) could not find comfort in sudden abandon of riches, and he he preferred a life of simplicity and attachment for the sake of</w:t>
      </w:r>
      <w:r>
        <w:br/>
      </w:r>
      <w:r>
        <w:rPr>
          <w:sz w:val="20"/>
        </w:rPr>
        <w:t>41:26  god. so he moved to a remote place outside madina, which was called ar-rabdhah. ah it was on the road of madina to iraq.</w:t>
      </w:r>
      <w:r>
        <w:br/>
      </w:r>
      <w:r>
        <w:rPr>
          <w:sz w:val="20"/>
        </w:rPr>
        <w:t>41:40  so he lived there with his wife and servant, ah far away from people, and their house was almost</w:t>
      </w:r>
      <w:r>
        <w:br/>
      </w:r>
      <w:r>
        <w:rPr>
          <w:sz w:val="20"/>
        </w:rPr>
        <w:t>41:51  was empty. he was also said that, a visitor asked, "where are your possessions?" and abu dharr replied, "we have another house to which we have sent all our possessions, meaning the hereafter." so his life was a true embodiment of zuhd, abstinence and simple</w:t>
      </w:r>
      <w:r>
        <w:br/>
      </w:r>
      <w:r>
        <w:rPr>
          <w:sz w:val="20"/>
        </w:rPr>
        <w:t>42:12  city. he lived in that area for a few years, and when he grew old, ah he told his wife that he would pass away soon.</w:t>
      </w:r>
      <w:r>
        <w:br/>
      </w:r>
      <w:r>
        <w:rPr>
          <w:sz w:val="20"/>
        </w:rPr>
        <w:t>42:22  and he said that the prophet had informed him that a group of believers, ah would find him and pray his janazah.</w:t>
      </w:r>
      <w:r>
        <w:br/>
      </w:r>
      <w:r>
        <w:rPr>
          <w:sz w:val="20"/>
        </w:rPr>
        <w:t>42:31  ah when the time came, he asked his wife to wash him, wrap him in a shroud, and ah ah place his body outside his house.</w:t>
      </w:r>
      <w:r>
        <w:br/>
      </w:r>
      <w:r>
        <w:rPr>
          <w:sz w:val="20"/>
        </w:rPr>
        <w:t>42:43  and that exactly happened when he passed away. only his wife and servant was there. they did ghusl and put the shroud on him, and they put the body outside the house.</w:t>
      </w:r>
      <w:r>
        <w:br/>
      </w:r>
      <w:r>
        <w:rPr>
          <w:sz w:val="20"/>
        </w:rPr>
        <w:t>42:57  so on the same day, a caravan came, and look who was in the caravan, none other than the great sahabi abdullah ibn mas'ud.</w:t>
      </w:r>
      <w:r>
        <w:br/>
      </w:r>
      <w:r>
        <w:rPr>
          <w:sz w:val="20"/>
        </w:rPr>
        <w:t>43:19  abdullah ibn mas'ud was the sixty percent follower of prophet, and abu dharr (r.a.) was the fifty percent follower.</w:t>
      </w:r>
      <w:r>
        <w:br/>
      </w:r>
      <w:r>
        <w:rPr>
          <w:sz w:val="20"/>
        </w:rPr>
        <w:t>43:28  so this is all by the will of god. so this caravan was coming from iraq, probably with iraqi people, and they were going for umrah.</w:t>
      </w:r>
      <w:r>
        <w:br/>
      </w:r>
      <w:r>
        <w:rPr>
          <w:sz w:val="20"/>
        </w:rPr>
        <w:t>43:42  and they saw a woman with the body, and the caravan stopped.</w:t>
      </w:r>
      <w:r>
        <w:br/>
      </w:r>
      <w:r>
        <w:rPr>
          <w:sz w:val="20"/>
        </w:rPr>
        <w:t>43:49  so when abu ibn mas'ud (r.a.) came to know that it was the body of abu dharr, ibn mas'ud began to weep uncontrollably,</w:t>
      </w:r>
      <w:r>
        <w:br/>
      </w:r>
      <w:r>
        <w:rPr>
          <w:sz w:val="20"/>
        </w:rPr>
        <w:t>44:00  and he approached the body of abu dharr, and kissed his forehead, and said, "rahimakallah ya abu dharr." and he said, "may allah have mercy on you abu dharr.</w:t>
      </w:r>
      <w:r>
        <w:br/>
      </w:r>
      <w:r>
        <w:rPr>
          <w:sz w:val="20"/>
        </w:rPr>
        <w:t>44:11  " he repeated the hadith of the prophet, "you will live alone, you will die alone, and you will be raised alone on the day of judgment."</w:t>
      </w:r>
      <w:r>
        <w:br/>
      </w:r>
      <w:r>
        <w:rPr>
          <w:sz w:val="20"/>
        </w:rPr>
        <w:t>44:20  so ibn mas'ud told his students about the prophecy that he had from the messenger of allah, that a group of believers would pray janazah on abu dharr, and he said that today the prophet's words have come true.</w:t>
      </w:r>
      <w:r>
        <w:br/>
      </w:r>
      <w:r>
        <w:rPr>
          <w:sz w:val="20"/>
        </w:rPr>
        <w:t>44:38  and abdullah ibn ibn mas'ud led the janazah prayer over abu dharr, and everything the prophet said about him came true.</w:t>
      </w:r>
      <w:r>
        <w:br/>
      </w:r>
      <w:r>
        <w:rPr>
          <w:sz w:val="20"/>
        </w:rPr>
        <w:t>44:52  and to this day, the grave of abu dharr (r.a.) is in a place which is called ar-rabdhah.</w:t>
      </w:r>
      <w:r>
        <w:br/>
      </w:r>
      <w:r>
        <w:rPr>
          <w:sz w:val="20"/>
        </w:rPr>
        <w:t>45:01  this is the footprint of the grave,</w:t>
      </w:r>
      <w:r>
        <w:br/>
      </w:r>
      <w:r>
        <w:rPr>
          <w:sz w:val="20"/>
        </w:rPr>
        <w:t>45:13  and there is a mosque in madina which is called masjid abu dharr,</w:t>
      </w:r>
      <w:r>
        <w:br/>
      </w:r>
      <w:r>
        <w:rPr>
          <w:sz w:val="20"/>
        </w:rPr>
        <w:t>45:21  and the street the mosque is situated is also called abu dharr street. so may allah have mercy on abu dharr, and may allah elevate his rankings,</w:t>
      </w:r>
    </w:p>
    <w:p>
      <w:pPr>
        <w:pStyle w:val="Heading2"/>
      </w:pPr>
      <w:r>
        <w:t>Accept status quo in Palestine and Kashmir</w:t>
      </w:r>
    </w:p>
    <w:p>
      <w:r>
        <w:rPr>
          <w:color w:val="666666"/>
          <w:sz w:val="18"/>
        </w:rPr>
        <w:t>In Conversation with Maulana Wahiduddin Khan | June 16, 2007 · 5m 34s · at 9:20 · https://youtu.be/MG2XRUY4FBM?t=560</w:t>
      </w:r>
    </w:p>
    <w:p>
      <w:r>
        <w:rPr>
          <w:i/>
        </w:rPr>
        <w:t>“In 1948, only 1/3 of Palestine was given to Israel.”</w:t>
      </w:r>
    </w:p>
    <w:p>
      <w:r>
        <w:rPr>
          <w:sz w:val="20"/>
        </w:rPr>
        <w:t>9:20  it was implementation of a decision taken by the international community.</w:t>
      </w:r>
      <w:r>
        <w:br/>
      </w:r>
      <w:r>
        <w:rPr>
          <w:sz w:val="20"/>
        </w:rPr>
        <w:t>9:28  So, at that time, I mean in 1948, only 1/3 of the Palestine was given to Israel.</w:t>
      </w:r>
      <w:r>
        <w:br/>
      </w:r>
      <w:r>
        <w:rPr>
          <w:sz w:val="20"/>
        </w:rPr>
        <w:t>9:36  and 2/3 of the palestine was given to arabs.</w:t>
      </w:r>
      <w:r>
        <w:br/>
      </w:r>
      <w:r>
        <w:rPr>
          <w:sz w:val="20"/>
        </w:rPr>
        <w:t>9:43  so, according to my</w:t>
      </w:r>
      <w:r>
        <w:br/>
      </w:r>
      <w:r>
        <w:rPr>
          <w:sz w:val="20"/>
        </w:rPr>
        <w:t>9:51  opinion, my study, Arabs must have accepted this partition.</w:t>
      </w:r>
      <w:r>
        <w:br/>
      </w:r>
      <w:r>
        <w:rPr>
          <w:sz w:val="20"/>
        </w:rPr>
        <w:t>9:57  must have accepted this partition.</w:t>
      </w:r>
      <w:r>
        <w:br/>
      </w:r>
      <w:r>
        <w:rPr>
          <w:sz w:val="20"/>
        </w:rPr>
        <w:t>10:03  Just like Hindu, they have accepted partition in 1948.</w:t>
      </w:r>
      <w:r>
        <w:br/>
      </w:r>
      <w:r>
        <w:rPr>
          <w:sz w:val="20"/>
        </w:rPr>
        <w:t>10:10  So, according to the situation, it was must for Arabs to accept this partition.</w:t>
      </w:r>
      <w:r>
        <w:br/>
      </w:r>
      <w:r>
        <w:rPr>
          <w:sz w:val="20"/>
        </w:rPr>
        <w:t>10:16  So, at that time, they were quite in advantageous position.</w:t>
      </w:r>
      <w:r>
        <w:br/>
      </w:r>
      <w:r>
        <w:rPr>
          <w:sz w:val="20"/>
        </w:rPr>
        <w:t>10:22  2/3 of the Palestine was under their occupation, including Jerusalem, including Masjid Aqsa, including all those best land</w:t>
      </w:r>
      <w:r>
        <w:br/>
      </w:r>
      <w:r>
        <w:rPr>
          <w:sz w:val="20"/>
        </w:rPr>
        <w:t>10:28  of the palestine.</w:t>
      </w:r>
      <w:r>
        <w:br/>
      </w:r>
      <w:r>
        <w:rPr>
          <w:sz w:val="20"/>
        </w:rPr>
        <w:t>10:34  so, they opted for violence.</w:t>
      </w:r>
      <w:r>
        <w:br/>
      </w:r>
      <w:r>
        <w:rPr>
          <w:sz w:val="20"/>
        </w:rPr>
        <w:t>10:41  although, it was must for it.</w:t>
      </w:r>
      <w:r>
        <w:br/>
      </w:r>
      <w:r>
        <w:rPr>
          <w:sz w:val="20"/>
        </w:rPr>
        <w:t>10:47  it was they have to</w:t>
      </w:r>
      <w:r>
        <w:br/>
      </w:r>
      <w:r>
        <w:rPr>
          <w:sz w:val="20"/>
        </w:rPr>
        <w:t>10:53  They have to accept that that partition.</w:t>
      </w:r>
      <w:r>
        <w:br/>
      </w:r>
      <w:r>
        <w:rPr>
          <w:sz w:val="20"/>
        </w:rPr>
        <w:t>10:57  but, they refused it.</w:t>
      </w:r>
      <w:r>
        <w:br/>
      </w:r>
      <w:r>
        <w:rPr>
          <w:sz w:val="20"/>
        </w:rPr>
        <w:t>11:01  They refused to accept that partition.</w:t>
      </w:r>
      <w:r>
        <w:br/>
      </w:r>
      <w:r>
        <w:rPr>
          <w:sz w:val="20"/>
        </w:rPr>
        <w:t>11:06  and they opted for war.</w:t>
      </w:r>
      <w:r>
        <w:br/>
      </w:r>
      <w:r>
        <w:rPr>
          <w:sz w:val="20"/>
        </w:rPr>
        <w:t>11:10  And you see, they gain nothing except loss, except destruction.</w:t>
      </w:r>
      <w:r>
        <w:br/>
      </w:r>
      <w:r>
        <w:rPr>
          <w:sz w:val="20"/>
        </w:rPr>
        <w:t>11:14  they gained nothing.</w:t>
      </w:r>
      <w:r>
        <w:br/>
      </w:r>
      <w:r>
        <w:rPr>
          <w:sz w:val="20"/>
        </w:rPr>
        <w:t>11:18  so, here, i would like to add one point that islam believes in result.</w:t>
      </w:r>
      <w:r>
        <w:br/>
      </w:r>
      <w:r>
        <w:rPr>
          <w:sz w:val="20"/>
        </w:rPr>
        <w:t>11:23  min husne islamil maray tarkhu malayani.</w:t>
      </w:r>
      <w:r>
        <w:br/>
      </w:r>
      <w:r>
        <w:rPr>
          <w:sz w:val="20"/>
        </w:rPr>
        <w:t>11:30  it means that you have to see the result.</w:t>
      </w:r>
      <w:r>
        <w:br/>
      </w:r>
      <w:r>
        <w:rPr>
          <w:sz w:val="20"/>
        </w:rPr>
        <w:t>11:38  so, here, you can see that what was the result.</w:t>
      </w:r>
      <w:r>
        <w:br/>
      </w:r>
      <w:r>
        <w:rPr>
          <w:sz w:val="20"/>
        </w:rPr>
        <w:t>11:45  result was there there there act there there there option for so called jihad was like counter product</w:t>
      </w:r>
      <w:r>
        <w:br/>
      </w:r>
      <w:r>
        <w:rPr>
          <w:sz w:val="20"/>
        </w:rPr>
        <w:t>11:53  ive. they failed to achieve anything positive. it was completely a a destruction. completely a a it was a it so it was a wrong option. now, again, they have to return to that formula. they</w:t>
      </w:r>
      <w:r>
        <w:br/>
      </w:r>
      <w:r>
        <w:rPr>
          <w:sz w:val="20"/>
        </w:rPr>
        <w:t>12:23  have to accept the present status quo. otherwise, there is no solution of palestine problem, palestine issue. they have no option again except to accept the status quo in palestine. there is no other option. all other options are disasters. would you recommend the same status quo solution for the kashmi</w:t>
      </w:r>
      <w:r>
        <w:br/>
      </w:r>
      <w:r>
        <w:rPr>
          <w:sz w:val="20"/>
        </w:rPr>
        <w:t>12:53  our problem as well today? certainly.</w:t>
      </w:r>
      <w:r>
        <w:br/>
      </w:r>
      <w:r>
        <w:rPr>
          <w:sz w:val="20"/>
        </w:rPr>
        <w:t>13:03  i have i have suggested that pakistan and kashmiri leaders both must accept the status quo in kashmir.</w:t>
      </w:r>
      <w:r>
        <w:br/>
      </w:r>
      <w:r>
        <w:rPr>
          <w:sz w:val="20"/>
        </w:rPr>
        <w:t>13:13  i have said this in 1968. in 1968,</w:t>
      </w:r>
      <w:r>
        <w:br/>
      </w:r>
      <w:r>
        <w:rPr>
          <w:sz w:val="20"/>
        </w:rPr>
        <w:t>13:23  that is impossible to change the loc, the line of actual control.</w:t>
      </w:r>
      <w:r>
        <w:br/>
      </w:r>
      <w:r>
        <w:rPr>
          <w:sz w:val="20"/>
        </w:rPr>
        <w:t>13:29  it is impossible for pakistan or for kashmiri leaders.</w:t>
      </w:r>
      <w:r>
        <w:br/>
      </w:r>
      <w:r>
        <w:rPr>
          <w:sz w:val="20"/>
        </w:rPr>
        <w:t>13:36  so, why you are fighting against impossible?</w:t>
      </w:r>
      <w:r>
        <w:br/>
      </w:r>
      <w:r>
        <w:rPr>
          <w:sz w:val="20"/>
        </w:rPr>
        <w:t>13:42  there is the best formula of of the best policy is that polity is the art of the possible.</w:t>
      </w:r>
      <w:r>
        <w:br/>
      </w:r>
      <w:r>
        <w:rPr>
          <w:sz w:val="20"/>
        </w:rPr>
        <w:t>13:48  this is also the islamic formula.</w:t>
      </w:r>
      <w:r>
        <w:br/>
      </w:r>
      <w:r>
        <w:rPr>
          <w:sz w:val="20"/>
        </w:rPr>
        <w:t>13:55  polity is the art of the possible.</w:t>
      </w:r>
      <w:r>
        <w:br/>
      </w:r>
      <w:r>
        <w:rPr>
          <w:sz w:val="20"/>
        </w:rPr>
        <w:t>14:00  so, you have to opt for possible, not not the impossible.</w:t>
      </w:r>
      <w:r>
        <w:br/>
      </w:r>
      <w:r>
        <w:rPr>
          <w:sz w:val="20"/>
        </w:rPr>
        <w:t>14:05  So, Kashmiri leaders and Pakistan both, they accept they opted for impossible.</w:t>
      </w:r>
      <w:r>
        <w:br/>
      </w:r>
      <w:r>
        <w:rPr>
          <w:sz w:val="20"/>
        </w:rPr>
        <w:t>14:10  so, now, they have to reassess their position.</w:t>
      </w:r>
      <w:r>
        <w:br/>
      </w:r>
      <w:r>
        <w:rPr>
          <w:sz w:val="20"/>
        </w:rPr>
        <w:t>14:15  they have to revise their policy.</w:t>
      </w:r>
      <w:r>
        <w:br/>
      </w:r>
      <w:r>
        <w:rPr>
          <w:sz w:val="20"/>
        </w:rPr>
        <w:t>14:20  and they have to accept the status quo. otherwise,</w:t>
      </w:r>
      <w:r>
        <w:br/>
      </w:r>
      <w:r>
        <w:rPr>
          <w:sz w:val="20"/>
        </w:rPr>
        <w:t>14:25  there is no future. they cannot achieve by fighting. so, they have no option except to accept the status quo in kashmir. but, maulana, it is said that the jihad in which muslims indulge themselves in, they usually derive their inspiration from prophet mohammed, who himself fought many wars in his life time. how far is this</w:t>
      </w:r>
    </w:p>
    <w:p>
      <w:pPr>
        <w:pStyle w:val="Heading2"/>
      </w:pPr>
      <w:r>
        <w:t>Love for all: the funeral of a Jew story</w:t>
      </w:r>
    </w:p>
    <w:p>
      <w:r>
        <w:rPr>
          <w:color w:val="666666"/>
          <w:sz w:val="18"/>
        </w:rPr>
        <w:t>Islam In the light of its Scriptures (English) February 22, 2007 · 5m 36s · at 1:05:09 · https://youtu.be/SoxJ9awANEQ?t=3909</w:t>
      </w:r>
    </w:p>
    <w:p>
      <w:r>
        <w:rPr>
          <w:i/>
        </w:rPr>
        <w:t>“I'd like to narrate a story of the Prophet — love for all”</w:t>
      </w:r>
    </w:p>
    <w:p>
      <w:r>
        <w:rPr>
          <w:sz w:val="20"/>
        </w:rPr>
        <w:t>1:05:09  this is the formula of super achievement. then, there is also a very important example in the prophet of islam, that is love.</w:t>
      </w:r>
      <w:r>
        <w:br/>
      </w:r>
      <w:r>
        <w:rPr>
          <w:sz w:val="20"/>
        </w:rPr>
        <w:t>1:05:18  love to all . love to all is the greatest example and the prophet of islam. here, i would like to narrate a story of the prophet of islam .</w:t>
      </w:r>
      <w:r>
        <w:br/>
      </w:r>
      <w:r>
        <w:rPr>
          <w:sz w:val="20"/>
        </w:rPr>
        <w:t>1:05:32  this story is reported by al-bukhari,</w:t>
      </w:r>
      <w:r>
        <w:br/>
      </w:r>
      <w:r>
        <w:rPr>
          <w:sz w:val="20"/>
        </w:rPr>
        <w:t>1:05:39  very authentic reporter . so, in his book "sahih al-bukhari", here reports that one day the prophet of islam was sitting some place in medina.</w:t>
      </w:r>
      <w:r>
        <w:br/>
      </w:r>
      <w:r>
        <w:rPr>
          <w:sz w:val="20"/>
        </w:rPr>
        <w:t>1:05:58  so, at that time, there were some jooish tribes in medina. so, what happened</w:t>
      </w:r>
      <w:r>
        <w:br/>
      </w:r>
      <w:r>
        <w:rPr>
          <w:sz w:val="20"/>
        </w:rPr>
        <w:t>1:06:08  ? prophet saw a funeral procession passing through a street before him. when prophet saw that funeral procession, he stood up in respect. he was seated at that time, and sensing that funeral, he stood up in respect.</w:t>
      </w:r>
      <w:r>
        <w:br/>
      </w:r>
      <w:r>
        <w:rPr>
          <w:sz w:val="20"/>
        </w:rPr>
        <w:t>1:06:35  some of his companions said: "o prophet, it was funeral of a jew. " it means it was funeral of a non-muslim, and not a muslim.</w:t>
      </w:r>
      <w:r>
        <w:br/>
      </w:r>
      <w:r>
        <w:rPr>
          <w:sz w:val="20"/>
        </w:rPr>
        <w:t>1:06:48  so, why this respect? the prophet said: "all is نفس, was he not a human being?</w:t>
      </w:r>
      <w:r>
        <w:br/>
      </w:r>
      <w:r>
        <w:rPr>
          <w:sz w:val="20"/>
        </w:rPr>
        <w:t>1:07:01  "here, you can see that prophet discovered commonality between himself and that jew, and that jew's body.</w:t>
      </w:r>
      <w:r>
        <w:br/>
      </w:r>
      <w:r>
        <w:rPr>
          <w:sz w:val="20"/>
        </w:rPr>
        <w:t>1:07:11  so, this is the formula of love all. love to all</w:t>
      </w:r>
      <w:r>
        <w:br/>
      </w:r>
      <w:r>
        <w:rPr>
          <w:sz w:val="20"/>
        </w:rPr>
        <w:t>1:07:20  . the prophet exemplifies that you have to love not only your own people, not only your community, but you have to extend your love to all, all mankind.</w:t>
      </w:r>
      <w:r>
        <w:br/>
      </w:r>
      <w:r>
        <w:rPr>
          <w:sz w:val="20"/>
        </w:rPr>
        <w:t>1:07:35  you have to find love in your heart towards all mankind, all humanity.</w:t>
      </w:r>
      <w:r>
        <w:br/>
      </w:r>
      <w:r>
        <w:rPr>
          <w:sz w:val="20"/>
        </w:rPr>
        <w:t>1:07:46  we revere important, because you know, love is the greatest power.</w:t>
      </w:r>
      <w:r>
        <w:br/>
      </w:r>
      <w:r>
        <w:rPr>
          <w:sz w:val="20"/>
        </w:rPr>
        <w:t>1:07:55  by love, you can conquer any of your enemy. by love, you can conquer any of your enemy.</w:t>
      </w:r>
      <w:r>
        <w:br/>
      </w:r>
      <w:r>
        <w:rPr>
          <w:sz w:val="20"/>
        </w:rPr>
        <w:t>1:08:08  there is a verse in quran: "o prophet, do good in return for bad deeds."</w:t>
      </w:r>
      <w:r>
        <w:br/>
      </w:r>
      <w:r>
        <w:rPr>
          <w:sz w:val="20"/>
        </w:rPr>
        <w:t>1:08:18  o prophet, do good in return for bad deeds, and you will find that your enemy has become your dearest friend.</w:t>
      </w:r>
      <w:r>
        <w:br/>
      </w:r>
      <w:r>
        <w:rPr>
          <w:sz w:val="20"/>
        </w:rPr>
        <w:t>1:08:36  can only have him, your enemy has become your dearest friend</w:t>
      </w:r>
      <w:r>
        <w:br/>
      </w:r>
      <w:r>
        <w:rPr>
          <w:sz w:val="20"/>
        </w:rPr>
        <w:t>1:08:43  . it means that</w:t>
      </w:r>
      <w:r>
        <w:br/>
      </w:r>
      <w:r>
        <w:rPr>
          <w:sz w:val="20"/>
        </w:rPr>
        <w:t>1:08:47  according to this instruction, according to this revelation</w:t>
      </w:r>
      <w:r>
        <w:br/>
      </w:r>
      <w:r>
        <w:rPr>
          <w:sz w:val="20"/>
        </w:rPr>
        <w:t>1:08:57  , and may your enemy may your potential friend. so, turn potential into actual.</w:t>
      </w:r>
      <w:r>
        <w:br/>
      </w:r>
      <w:r>
        <w:rPr>
          <w:sz w:val="20"/>
        </w:rPr>
        <w:t>1:09:09  find friend out of an enemy. what a great idea!</w:t>
      </w:r>
      <w:r>
        <w:br/>
      </w:r>
      <w:r>
        <w:rPr>
          <w:sz w:val="20"/>
        </w:rPr>
        <w:t>1:09:21  don't fight</w:t>
      </w:r>
      <w:r>
        <w:br/>
      </w:r>
      <w:r>
        <w:rPr>
          <w:sz w:val="20"/>
        </w:rPr>
        <w:t>1:09:26  , but love to your enemy. don't try to kill your enemy.</w:t>
      </w:r>
      <w:r>
        <w:br/>
      </w:r>
      <w:r>
        <w:rPr>
          <w:sz w:val="20"/>
        </w:rPr>
        <w:t>1:09:36  try to capture your enemy by love, by the power of love.</w:t>
      </w:r>
      <w:r>
        <w:br/>
      </w:r>
      <w:r>
        <w:rPr>
          <w:sz w:val="20"/>
        </w:rPr>
        <w:t>1:09:44  this is the great great example of the prophet of islam.</w:t>
      </w:r>
      <w:r>
        <w:br/>
      </w:r>
      <w:r>
        <w:rPr>
          <w:sz w:val="20"/>
        </w:rPr>
        <w:t>1:09:52  so, when he says, when he said that: "all is نفس "about that jew's body, that was he not a human being. it means that i have to love.</w:t>
      </w:r>
      <w:r>
        <w:br/>
      </w:r>
      <w:r>
        <w:rPr>
          <w:sz w:val="20"/>
        </w:rPr>
        <w:t>1:10:14  i find, it means that i find love towards all human being,</w:t>
      </w:r>
      <w:r>
        <w:br/>
      </w:r>
      <w:r>
        <w:rPr>
          <w:sz w:val="20"/>
        </w:rPr>
        <w:t>1:10:21  not only towards my community, not only towards my followers, but towards christians, towards jews, towards all people, regardless whether they are they belonging to this religion or that religion.</w:t>
      </w:r>
      <w:r>
        <w:br/>
      </w:r>
      <w:r>
        <w:rPr>
          <w:sz w:val="20"/>
        </w:rPr>
        <w:t>1:10:40  this was the power of the prophet of islam.</w:t>
      </w:r>
    </w:p>
    <w:p>
      <w:pPr>
        <w:pStyle w:val="Heading2"/>
      </w:pPr>
      <w:r>
        <w:t>Ibrahim leaves Hajra and infant Ismail in Mecca</w:t>
      </w:r>
    </w:p>
    <w:p>
      <w:r>
        <w:rPr>
          <w:color w:val="666666"/>
          <w:sz w:val="18"/>
        </w:rPr>
        <w:t>Hajj In the Footsteps of Prophet Ibrahim June 16, 2024 · 4m 39s · at 15:28 · https://youtu.be/wAMsw43dhmg?t=928</w:t>
      </w:r>
    </w:p>
    <w:p>
      <w:r>
        <w:rPr>
          <w:i/>
        </w:rPr>
        <w:t>“Ibrahim was ordered by God to travel to Mecca”</w:t>
      </w:r>
    </w:p>
    <w:p>
      <w:r>
        <w:rPr>
          <w:sz w:val="20"/>
        </w:rPr>
        <w:t>15:28  ein. ya, this is a very interesting question, because ibrahim alaihissalam was ordered by god to travel to mecca, and at that time,</w:t>
      </w:r>
      <w:r>
        <w:br/>
      </w:r>
      <w:r>
        <w:rPr>
          <w:sz w:val="20"/>
        </w:rPr>
        <w:t>15:41  ismail was born. he was, he was like a infant, and hajra, ismail alaihissalam mother.</w:t>
      </w:r>
      <w:r>
        <w:br/>
      </w:r>
      <w:r>
        <w:rPr>
          <w:sz w:val="20"/>
        </w:rPr>
        <w:t>15:49  so, again, these three people started from palestine, and angel jibril was guiding them. so, probably, they were travelling on a mule or some kind of donkey.</w:t>
      </w:r>
      <w:r>
        <w:br/>
      </w:r>
      <w:r>
        <w:rPr>
          <w:sz w:val="20"/>
        </w:rPr>
        <w:t>16:08  so, three of them, ibrahim alaihissalam, ismail alaihissalam, who was just a child, a infant, and hajra, razi allah anha. so, they, they travelled with angel jibril,</w:t>
      </w:r>
      <w:r>
        <w:br/>
      </w:r>
      <w:r>
        <w:rPr>
          <w:sz w:val="20"/>
        </w:rPr>
        <w:t>16:22  and whenever a town or a small village passed, ibrahim alaihissalam was in, in joy, would ask jibril, "that is this the place where god wanted us to go?"</w:t>
      </w:r>
      <w:r>
        <w:br/>
      </w:r>
      <w:r>
        <w:rPr>
          <w:sz w:val="20"/>
        </w:rPr>
        <w:t>16:41  " so, jibril said, "no, you have to go further. you have to go further." so, every time, some town or some village or some city would they pass through, they ibrahim would think that this is the place where god wanted us to go. but jibril said, "no, we have to go further and further." and its was a very long and tiring journey</w:t>
      </w:r>
      <w:r>
        <w:br/>
      </w:r>
      <w:r>
        <w:rPr>
          <w:sz w:val="20"/>
        </w:rPr>
        <w:t>17:04  .. and finally, they reached to a place, which was kind of barren, uncultivated, no humans, no trees, only sand, stones, and some mountains here and there. so, jibril said, "this is the place where god wanted you to go." so,</w:t>
      </w:r>
      <w:r>
        <w:br/>
      </w:r>
      <w:r>
        <w:rPr>
          <w:sz w:val="20"/>
        </w:rPr>
        <w:t>17:30  they were very tired. hajra must have been very tired</w:t>
      </w:r>
      <w:r>
        <w:br/>
      </w:r>
      <w:r>
        <w:rPr>
          <w:sz w:val="20"/>
        </w:rPr>
        <w:t>17:34  .. so, ibrahim alaihissalam said to hajra, "you sit under that tree with ismail." and he gave some dates in a bag and a water skin with some water. and she started to go away. so, hajra got up and follow him and said, "why you are leaving us here alone?"</w:t>
      </w:r>
      <w:r>
        <w:br/>
      </w:r>
      <w:r>
        <w:rPr>
          <w:sz w:val="20"/>
        </w:rPr>
        <w:t>18:00  there is no human being, there is no water, there is no food, there is no nothing.</w:t>
      </w:r>
      <w:r>
        <w:br/>
      </w:r>
      <w:r>
        <w:rPr>
          <w:sz w:val="20"/>
        </w:rPr>
        <w:t>18:05  so, how can we survive?" but ibrahim alaihissalam didn't reply. he kept quiet. so, she ask the same question again, and still, ibrahim alaihissalam didn't say a word. and then she again, two three times, she ask the same question, "how can we survive in this place, and you are leaving us alone?"</w:t>
      </w:r>
      <w:r>
        <w:br/>
      </w:r>
      <w:r>
        <w:rPr>
          <w:sz w:val="20"/>
        </w:rPr>
        <w:t>18:29  so, finally, hajra ask ibrahim alaihissalam, "has god ordered you to do this?" ji, so ibrahim alaihissalam said, "yes." he said, "yes." so,</w:t>
      </w:r>
      <w:r>
        <w:br/>
      </w:r>
      <w:r>
        <w:rPr>
          <w:sz w:val="20"/>
        </w:rPr>
        <w:t>18:45  hajra said, "then god will not waste us." that was</w:t>
      </w:r>
      <w:r>
        <w:br/>
      </w:r>
      <w:r>
        <w:rPr>
          <w:sz w:val="20"/>
        </w:rPr>
        <w:t>18:50  the trust. that was the trust, because of that, today, all the pilgrims walk her footsteps, which is, which is amazing. so, ibrahim alaihissalam walked a little further area, which is called saniya.</w:t>
      </w:r>
      <w:r>
        <w:br/>
      </w:r>
      <w:r>
        <w:rPr>
          <w:sz w:val="20"/>
        </w:rPr>
        <w:t>19:11  so, there he stood, and from there, hajra could not see, see him little far. and he raised his hands and prayed.</w:t>
      </w:r>
      <w:r>
        <w:br/>
      </w:r>
      <w:r>
        <w:rPr>
          <w:sz w:val="20"/>
        </w:rPr>
        <w:t>19:27  he faced towards qibla and prayed, "rabbana, inni askan tu min zurriyati biwad ji biwad ghair ji zarain in the bab al haram."</w:t>
      </w:r>
      <w:r>
        <w:br/>
      </w:r>
      <w:r>
        <w:rPr>
          <w:sz w:val="20"/>
        </w:rPr>
        <w:t>19:42  avar lord, i have settled some of my offsprings in the uncultivated valley near your sacred house." phir ibrahim alaihissalam ne dua ki ki, "me allah give them sustenance and me allah support. me allah they get support from the local people." so, in this way, ibrahim alaihissalam pred and left makkah.</w:t>
      </w:r>
    </w:p>
    <w:p>
      <w:pPr>
        <w:pStyle w:val="Heading2"/>
      </w:pPr>
      <w:r>
        <w:t>Hadith, process, and opportunity to participate</w:t>
      </w:r>
    </w:p>
    <w:p>
      <w:r>
        <w:rPr>
          <w:color w:val="666666"/>
          <w:sz w:val="18"/>
        </w:rPr>
        <w:t>Spirit of Divine Mission 4 Aug, 2018 · 3m 07s · at 1:23 · https://youtu.be/pYq_yECFBgY?t=83</w:t>
      </w:r>
    </w:p>
    <w:p>
      <w:r>
        <w:rPr>
          <w:i/>
        </w:rPr>
        <w:t>“An al-Miqdad ibn al-Aswad yaqool: sami'tu Rasool Allah sallallahu alayhi wa sallam yaqool”</w:t>
      </w:r>
    </w:p>
    <w:p>
      <w:r>
        <w:rPr>
          <w:sz w:val="20"/>
        </w:rPr>
        <w:t>1:23  an al miqdad ibn al aswad yaqool: samitu rasul allah sallallahu alaihi wasallam yaqool: "la yabqa ala zahr al ard bait madr wa la wabr illa adkhalahu allah kalimata al islam bi izzi azizin aw dhaleelin".</w:t>
      </w:r>
      <w:r>
        <w:br/>
      </w:r>
      <w:r>
        <w:rPr>
          <w:sz w:val="20"/>
        </w:rPr>
        <w:t>1:39  musnad ahmad, hadith number 23814. miqdad bin aswad se riwayat hai, woh kehte hain ke rasul allah sallallahu alaihi wasallam se mein ne kehte hue suna ke zameen,</w:t>
      </w:r>
      <w:r>
        <w:br/>
      </w:r>
      <w:r>
        <w:rPr>
          <w:sz w:val="20"/>
        </w:rPr>
        <w:t>1:52  rooye zameen par koi bhi chhota ya bada ghar baqi nahi rahega magar allah is mein islam ke kalme ko daakhil karega, izzat wale ko izzat ke saath aur zillat wale ko zillat ke saath.</w:t>
      </w:r>
      <w:r>
        <w:br/>
      </w:r>
      <w:r>
        <w:rPr>
          <w:sz w:val="20"/>
        </w:rPr>
        <w:t>2:08  dekhiye,</w:t>
      </w:r>
      <w:r>
        <w:br/>
      </w:r>
      <w:r>
        <w:rPr>
          <w:sz w:val="20"/>
        </w:rPr>
        <w:t>2:12  aaj mujhe ek ajeeb baat is mein mili, in alfaaz mein. woh yeh ke,</w:t>
      </w:r>
      <w:r>
        <w:br/>
      </w:r>
      <w:r>
        <w:rPr>
          <w:sz w:val="20"/>
        </w:rPr>
        <w:t>2:23  yaani kai baaton ko mila kar jab mein ne socha to woh is mani mein hai ke yahan ek process ka zikr hai, kisi ek din ek baat ho jaayegi, is ka zikr nahi hai.</w:t>
      </w:r>
      <w:r>
        <w:br/>
      </w:r>
      <w:r>
        <w:rPr>
          <w:sz w:val="20"/>
        </w:rPr>
        <w:t>2:38  ek process chalega, chalega, chalega, aur kahin ja kar woh culminate hoga.</w:t>
      </w:r>
      <w:r>
        <w:br/>
      </w:r>
      <w:r>
        <w:rPr>
          <w:sz w:val="20"/>
        </w:rPr>
        <w:t>2:48  to jab yeh mujhe khula ke is mein process ka zikr hai to us ke mani kya hain? ek bohat badi is ke andar good target thi mere jaise insaan ke liye.</w:t>
      </w:r>
      <w:r>
        <w:br/>
      </w:r>
      <w:r>
        <w:rPr>
          <w:sz w:val="20"/>
        </w:rPr>
        <w:t>3:05  kyun? yaani ke woh process to aaj bhi chal raha hai, qayamat tak chalega. woh rukega nahi jab tak ke israfel sur na phoonk dein.</w:t>
      </w:r>
      <w:r>
        <w:br/>
      </w:r>
      <w:r>
        <w:rPr>
          <w:sz w:val="20"/>
        </w:rPr>
        <w:t>3:22  jab tak israfel sur na phoonk dein, tab rukaega nahi, woh chalta hi rahega.</w:t>
      </w:r>
      <w:r>
        <w:br/>
      </w:r>
      <w:r>
        <w:rPr>
          <w:sz w:val="20"/>
        </w:rPr>
        <w:t>3:30  to is ke mani ke aaj bhi woh chal raha hai, abhi culminate nahi hua. agar ho chuka hota to qayamat aa chuki hoti.</w:t>
      </w:r>
      <w:r>
        <w:br/>
      </w:r>
      <w:r>
        <w:rPr>
          <w:sz w:val="20"/>
        </w:rPr>
        <w:t>3:41  to is se kya nikla? is se nikla ke humein ek bohat hi bara blessing ka</w:t>
      </w:r>
      <w:r>
        <w:br/>
      </w:r>
      <w:r>
        <w:rPr>
          <w:sz w:val="20"/>
        </w:rPr>
        <w:t>3:55  chance hai hamare liye.</w:t>
      </w:r>
      <w:r>
        <w:br/>
      </w:r>
      <w:r>
        <w:rPr>
          <w:sz w:val="20"/>
        </w:rPr>
        <w:t>4:00  hamare liye ek bari blessing, woh kya hai? process ek historical process hai.</w:t>
      </w:r>
      <w:r>
        <w:br/>
      </w:r>
      <w:r>
        <w:rPr>
          <w:sz w:val="20"/>
        </w:rPr>
        <w:t>4:10  historical process chal raha ho, chal raha ho to aap ke liye yeh chance hai ke aap is mein apna share shamil kar ke is ka hissa ban saken,</w:t>
      </w:r>
    </w:p>
    <w:p>
      <w:pPr>
        <w:pStyle w:val="Heading2"/>
      </w:pPr>
      <w:r>
        <w:t>accepted versus unaccepted Hajj explained fully</w:t>
      </w:r>
    </w:p>
    <w:p>
      <w:r>
        <w:rPr>
          <w:color w:val="666666"/>
          <w:sz w:val="18"/>
        </w:rPr>
        <w:t>Historical Aspects of Hajj November 1, 2008 · 5m 46s · at 49:43 · https://youtu.be/-cHslxrgNeE?t=2983</w:t>
      </w:r>
    </w:p>
    <w:p>
      <w:r>
        <w:rPr>
          <w:i/>
        </w:rPr>
        <w:t>“Hajj ki do shaklein hain, ek Hajj maqbool aur ek ghair maqbool”</w:t>
      </w:r>
    </w:p>
    <w:p>
      <w:r>
        <w:rPr>
          <w:sz w:val="20"/>
        </w:rPr>
        <w:t>49:43  is ko samajhna chahiye bohat achhe tareeqe se ke hajj ki do shakalain hain</w:t>
      </w:r>
      <w:r>
        <w:br/>
      </w:r>
      <w:r>
        <w:rPr>
          <w:sz w:val="20"/>
        </w:rPr>
        <w:t>49:49  aik hajj maqbool aur aik hajj ghair maqbool to hajj ghair maqbool kya hai woh yahi hai ke mahina aaya zulhijjah ka to aap ne hawa jahaz ka ticket liya aur wahan pahunch gaye</w:t>
      </w:r>
      <w:r>
        <w:br/>
      </w:r>
      <w:r>
        <w:rPr>
          <w:sz w:val="20"/>
        </w:rPr>
        <w:t>50:07  wahan kisi kiraye le kar kahin theher gaye aur woh saare manasik ada kar diye muallim ki rehnumai mein bas us ne na to is ki spirit aap ke andar wahan thi na spirit lootne ke baad thi to jo log hajj ko aik rasam ke taur par karen us ke form ko dohraen</w:t>
      </w:r>
      <w:r>
        <w:br/>
      </w:r>
      <w:r>
        <w:rPr>
          <w:sz w:val="20"/>
        </w:rPr>
        <w:t>50:36  woh un ka hajj hajj ghair maqbool qarar paye ga aur doosre woh log hain jo hajj ko wahan par karen yeh samajh kar ke hum symbolic way mein hazrat ibrahim ki hazrat ismail ki hazrat hajra ki zindagi ko dohra rahe hain aur isi ko hum real life mein ja kar ke dohrana hai hamein to is maane hai ke jo log symbolic way mein hajj kar ke isi ko samjhen ke bas hajj ho gaya bas yahin par mukammal ho gaya hajj woh hajj ghair maqbool hai</w:t>
      </w:r>
      <w:r>
        <w:br/>
      </w:r>
      <w:r>
        <w:rPr>
          <w:sz w:val="20"/>
        </w:rPr>
        <w:t>51:06  aur jo log aisa karen ke wahan jo kuch kiya tha unho ne samjhen ke yeh to symbolic way mein tha yeh to alamaati taur par tha yeh asal jo hajj hamein karna hai woh to loot kar karna hai yani is is symbolic hajj ko hamein real life mein utarna hai</w:t>
      </w:r>
      <w:r>
        <w:br/>
      </w:r>
      <w:r>
        <w:rPr>
          <w:sz w:val="20"/>
        </w:rPr>
        <w:t>51:31  real life mein hamein ja kar ke sada zindagi ikhtiyar karna hai</w:t>
      </w:r>
      <w:r>
        <w:br/>
      </w:r>
      <w:r>
        <w:rPr>
          <w:sz w:val="20"/>
        </w:rPr>
        <w:t>51:36  god oriented life hamein banana hai apne andar hamein hajra ke nuqte par chalna hai qurbani ke maamle mein</w:t>
      </w:r>
      <w:r>
        <w:br/>
      </w:r>
      <w:r>
        <w:rPr>
          <w:sz w:val="20"/>
        </w:rPr>
        <w:t>51:48  apne aap ko apne aur apne aulad ko dedicate dedicate karna hai khuda ke liye</w:t>
      </w:r>
      <w:r>
        <w:br/>
      </w:r>
      <w:r>
        <w:rPr>
          <w:sz w:val="20"/>
        </w:rPr>
        <w:t>51:56  aur har lamha tayyar rehna hai shaitan ko shaitan ko bhagane ke liye</w:t>
      </w:r>
      <w:r>
        <w:br/>
      </w:r>
      <w:r>
        <w:rPr>
          <w:sz w:val="20"/>
        </w:rPr>
        <w:t>52:03  to yaad rakhiye aik hajj maqbool aik hajj hajj ghair maqbool yani hajj mabroor aur hajj ghair mabroor to hajj maqbool aur hajj ghair maqbool ka farq yeh hai ke hajj ghair maqbool woh hai jis mein aadmi alamaati rasmon ko to dohrae haqeeqi zindagi mein us ko na utare</w:t>
      </w:r>
      <w:r>
        <w:br/>
      </w:r>
      <w:r>
        <w:rPr>
          <w:sz w:val="20"/>
        </w:rPr>
        <w:t>52:30  wahan ja kar ke chand dinon mein alamaati taur par hajj ki rasmon ko hajj ke manasik ko dohra de aur us ke baad us ki zindagi mein us ka koi hissa na ho to woh hajj ghair maqbool hai woh hajj maqbool woh hai ke wahan jo kuch aap ne alamaati taur par kiya tha manasik hajj ki soorat mein isi ko wapsi ke baad apni real life mein istemal karen</w:t>
      </w:r>
      <w:r>
        <w:br/>
      </w:r>
      <w:r>
        <w:rPr>
          <w:sz w:val="20"/>
        </w:rPr>
        <w:t>53:00  misal ke taur par dekhiye quran majeed mein hai ke jab tum hajj mein niklo to fala rafas wala fusooqa wala jidala fil hajj to ladai jhagda na karo yeh baat kyun kahi gayi kyunke hajj mein bohat se log jate hain pehle to itna zyada nahi hota ab to 30 30 lakh hote hain wahan par haji to jab bohat se log ekatha honge to zaroor kuch na kuch ikhtilaf hoga shikayatein hongi</w:t>
      </w:r>
      <w:r>
        <w:br/>
      </w:r>
      <w:r>
        <w:rPr>
          <w:sz w:val="20"/>
        </w:rPr>
        <w:t>53:28  kisi ko kisi se nuqsan pahunch jayega aur is mein kya hoga log bahasen karenge lad jhagdenge bura bhala kahenge aik doosre ko to wahan kaha gaya hai ke agar aisa karoge to hajj batil ho jayega is ke matlab kya hua ke shikayat ke bawajood khamosh rehna hai nuqsan ho jaye tab bhi bardasht karna hai</w:t>
      </w:r>
      <w:r>
        <w:br/>
      </w:r>
      <w:r>
        <w:rPr>
          <w:sz w:val="20"/>
        </w:rPr>
        <w:t>53:55  koi ishtial dilaye tab bhi mushtael nahi hona hai koi negative experience ho tab bhi apne aap ko positive banaye rakhna hai yeh hai filarufsi walafusooqi walajidali filhajj kyunke jab itne saare log hue to kuch na kuch to baat paida hogi</w:t>
      </w:r>
      <w:r>
        <w:br/>
      </w:r>
      <w:r>
        <w:rPr>
          <w:sz w:val="20"/>
        </w:rPr>
        <w:t>54:18  yeh namumkin hai ke itne saare log ekhatta hon aur wahan par koi koi batil aisi pesh laye yeh to namumkin baat hai to iska matlab hai ke agarchay wahan aise asbab paida hon jis se log ladne jhagadne lagte hain agarchay aise asbab wahan paida hon jis se log mushtael ho jate hain</w:t>
      </w:r>
      <w:r>
        <w:br/>
      </w:r>
      <w:r>
        <w:rPr>
          <w:sz w:val="20"/>
        </w:rPr>
        <w:t>54:42  agarchay aise asbab paida hon jis se log ghusse mein aa jate hain tab bhi tumhein apne aap ko in cheezon se bachana hai warna hajj batil ho jayega to hajj ke chand dinon mein agar aap ne iska ahtimam kiya aur wapas aaye to woh ahtimam khatam phir wahi ladna jhagadna wahi ghussa karna wahi intiqam leen</w:t>
      </w:r>
      <w:r>
        <w:br/>
      </w:r>
      <w:r>
        <w:rPr>
          <w:sz w:val="20"/>
        </w:rPr>
        <w:t>55:06  a to iske mani kya hue ke aap ne alamati taur par to hajj ada kiya haqeeqi taur par jahan waqt hajj ada karne ka wahan aap fail ho gaye yeh farq hai hajj mabroor aur hajj ghair maqbool ka yani hajj maqbool aur hajj ghair maqbool ka</w:t>
      </w:r>
    </w:p>
    <w:p>
      <w:pPr>
        <w:pStyle w:val="Heading2"/>
      </w:pPr>
      <w:r>
        <w:t>the Hudaybiyyah treaty and its miraculous outcome</w:t>
      </w:r>
    </w:p>
    <w:p>
      <w:r>
        <w:rPr>
          <w:color w:val="666666"/>
          <w:sz w:val="18"/>
        </w:rPr>
        <w:t>Importance of Adjustment June 27, 2009 · 5m 34s · at 36:49 · https://youtu.be/Gp1zc2HPMRU?t=2209</w:t>
      </w:r>
    </w:p>
    <w:p>
      <w:r>
        <w:rPr>
          <w:i/>
        </w:rPr>
        <w:t>“The Prophet started negotiation between himself and Quraysh.”</w:t>
      </w:r>
    </w:p>
    <w:p>
      <w:r>
        <w:rPr>
          <w:sz w:val="20"/>
        </w:rPr>
        <w:t>36:49  Prophet of Islam started negotiation. He initiated negotiation between himself and Quraish</w:t>
      </w:r>
      <w:r>
        <w:br/>
      </w:r>
      <w:r>
        <w:rPr>
          <w:sz w:val="20"/>
        </w:rPr>
        <w:t>36:59  This negotiation lasted up to, up to, up to fifteen days</w:t>
      </w:r>
      <w:r>
        <w:br/>
      </w:r>
      <w:r>
        <w:rPr>
          <w:sz w:val="20"/>
        </w:rPr>
        <w:t>37:13  at Hudaybiyyah. It is called Hudaybiyyah negotiation. So after fifteen days of negotiation, Prophet of Islam was able to obtain a peace treaty</w:t>
      </w:r>
      <w:r>
        <w:br/>
      </w:r>
      <w:r>
        <w:rPr>
          <w:sz w:val="20"/>
        </w:rPr>
        <w:t>37:29  It is called Hudaybiyyah treaty or Hudaybiyyah agreement. Now, how this Hudaybiyyah agreement was made possible?</w:t>
      </w:r>
      <w:r>
        <w:br/>
      </w:r>
      <w:r>
        <w:rPr>
          <w:sz w:val="20"/>
        </w:rPr>
        <w:t>37:44  Only after sacrifice. Prophet gave a great great sacrifice for this Hudaybiyyah peace treaty.</w:t>
      </w:r>
      <w:r>
        <w:br/>
      </w:r>
      <w:r>
        <w:rPr>
          <w:sz w:val="20"/>
        </w:rPr>
        <w:t>37:58  Even companions were, were, were not in favour of this agreement.</w:t>
      </w:r>
      <w:r>
        <w:br/>
      </w:r>
      <w:r>
        <w:rPr>
          <w:sz w:val="20"/>
        </w:rPr>
        <w:t>38:09  Umar Farooq, who was the second Caliph after the Prophet of Islam.</w:t>
      </w:r>
      <w:r>
        <w:br/>
      </w:r>
      <w:r>
        <w:rPr>
          <w:sz w:val="20"/>
        </w:rPr>
        <w:t>38:17  So Umar Farooq was present over</w:t>
      </w:r>
      <w:r>
        <w:br/>
      </w:r>
      <w:r>
        <w:rPr>
          <w:sz w:val="20"/>
        </w:rPr>
        <w:t>38:20  there. He said, when he saw Prophet of Islam, is accept, is ready, is ready to accept all those conditions laid by Quraish unilaterally,</w:t>
      </w:r>
      <w:r>
        <w:br/>
      </w:r>
      <w:r>
        <w:rPr>
          <w:sz w:val="20"/>
        </w:rPr>
        <w:t>38:37  only to to have peace.</w:t>
      </w:r>
      <w:r>
        <w:br/>
      </w:r>
      <w:r>
        <w:rPr>
          <w:sz w:val="20"/>
        </w:rPr>
        <w:t>38:43  only to sign a peace trea</w:t>
      </w:r>
      <w:r>
        <w:br/>
      </w:r>
      <w:r>
        <w:rPr>
          <w:sz w:val="20"/>
        </w:rPr>
        <w:t>38:46  ty. Prophet of Islam was ready to accept all those conditions laid by by the other party, Quraish.</w:t>
      </w:r>
      <w:r>
        <w:br/>
      </w:r>
      <w:r>
        <w:rPr>
          <w:sz w:val="20"/>
        </w:rPr>
        <w:t>38:55  So Umar Farooq said,</w:t>
      </w:r>
      <w:r>
        <w:br/>
      </w:r>
      <w:r>
        <w:rPr>
          <w:sz w:val="20"/>
        </w:rPr>
        <w:t>39:02  Dunya to hamari</w:t>
      </w:r>
      <w:r>
        <w:br/>
      </w:r>
      <w:r>
        <w:rPr>
          <w:sz w:val="20"/>
        </w:rPr>
        <w:t>39:08  to accept this kind of agreement." Dunya means humiliating</w:t>
      </w:r>
      <w:r>
        <w:br/>
      </w:r>
      <w:r>
        <w:rPr>
          <w:sz w:val="20"/>
        </w:rPr>
        <w:t>39:15  So according to Umar Farooq and also other companions, it was a humiliating agreement.</w:t>
      </w:r>
      <w:r>
        <w:br/>
      </w:r>
      <w:r>
        <w:rPr>
          <w:sz w:val="20"/>
        </w:rPr>
        <w:t>39:24  But Prophet of Islam accepted this humiliating agreement. This was on his part, was sacrifice for what?</w:t>
      </w:r>
      <w:r>
        <w:br/>
      </w:r>
      <w:r>
        <w:rPr>
          <w:sz w:val="20"/>
        </w:rPr>
        <w:t>39:35  Why Prophet of Islam gave such sacrifice?</w:t>
      </w:r>
      <w:r>
        <w:br/>
      </w:r>
      <w:r>
        <w:rPr>
          <w:sz w:val="20"/>
        </w:rPr>
        <w:t>39:41  Only to obtain peace, only to establish peace.</w:t>
      </w:r>
      <w:r>
        <w:br/>
      </w:r>
      <w:r>
        <w:rPr>
          <w:sz w:val="20"/>
        </w:rPr>
        <w:t>39:49  So peace treaty of Hudaybiyyah was signed at Hudaybiyyah. And then,</w:t>
      </w:r>
      <w:r>
        <w:br/>
      </w:r>
      <w:r>
        <w:rPr>
          <w:sz w:val="20"/>
        </w:rPr>
        <w:t>39:57  then, then all those activities, wild activities, stopped</w:t>
      </w:r>
      <w:r>
        <w:br/>
      </w:r>
      <w:r>
        <w:rPr>
          <w:sz w:val="20"/>
        </w:rPr>
        <w:t>40:04  ed. There was no war between the two parties. And when hostilities stopped, when there was no war, then Prophet of Islam and his companions engaged themself in the work.</w:t>
      </w:r>
      <w:r>
        <w:br/>
      </w:r>
      <w:r>
        <w:rPr>
          <w:sz w:val="20"/>
        </w:rPr>
        <w:t>40:20  Every day and night, there was the work, the work, the work, the work. And what was the result</w:t>
      </w:r>
      <w:r>
        <w:br/>
      </w:r>
      <w:r>
        <w:rPr>
          <w:sz w:val="20"/>
        </w:rPr>
        <w:t>40:31  ? Result was breakless result, miraculous. At that time, at the time of Hudaybiyyah, with the Prophet of Islam, there were only 1400 people, 1400 people.</w:t>
      </w:r>
      <w:r>
        <w:br/>
      </w:r>
      <w:r>
        <w:rPr>
          <w:sz w:val="20"/>
        </w:rPr>
        <w:t>40:52  bat only after two years, they become 10000.</w:t>
      </w:r>
      <w:r>
        <w:br/>
      </w:r>
      <w:r>
        <w:rPr>
          <w:sz w:val="20"/>
        </w:rPr>
        <w:t>41:02  da number of sahaba increase so rapidly that with in two years, they become 10000.</w:t>
      </w:r>
      <w:r>
        <w:br/>
      </w:r>
      <w:r>
        <w:rPr>
          <w:sz w:val="20"/>
        </w:rPr>
        <w:t>41:11  it is, it is mention in the bible. also in the bible, there is a verse, "he came with 10000 saints."</w:t>
      </w:r>
      <w:r>
        <w:br/>
      </w:r>
      <w:r>
        <w:rPr>
          <w:sz w:val="20"/>
        </w:rPr>
        <w:t>41:26  he came with 10000 saints.</w:t>
      </w:r>
      <w:r>
        <w:br/>
      </w:r>
      <w:r>
        <w:rPr>
          <w:sz w:val="20"/>
        </w:rPr>
        <w:t>41:29  it was so important, so breakless, so great that god almighty mention it in the bible. also</w:t>
      </w:r>
      <w:r>
        <w:br/>
      </w:r>
      <w:r>
        <w:rPr>
          <w:sz w:val="20"/>
        </w:rPr>
        <w:t>41:38  so when they become 10000, they become, they become so powerful that no one was able to dominate over them.</w:t>
      </w:r>
      <w:r>
        <w:br/>
      </w:r>
      <w:r>
        <w:rPr>
          <w:sz w:val="20"/>
        </w:rPr>
        <w:t>41:57  so simply number was enough to achieve success from madina to makkah. this was breakal of peace.</w:t>
      </w:r>
      <w:r>
        <w:br/>
      </w:r>
      <w:r>
        <w:rPr>
          <w:sz w:val="20"/>
        </w:rPr>
        <w:t>42:10  this was breakal of adjustment. this was breakal of avoidance and tolerance. so islam is religion of peace</w:t>
      </w:r>
    </w:p>
    <w:p>
      <w:pPr>
        <w:pStyle w:val="Heading2"/>
      </w:pPr>
      <w:r>
        <w:t>Cave of Thaur devotion and Aisha's unmatched status revealed</w:t>
      </w:r>
    </w:p>
    <w:p>
      <w:r>
        <w:rPr>
          <w:color w:val="666666"/>
          <w:sz w:val="18"/>
        </w:rPr>
        <w:t>The Story of Hazrat Aishah January 29, 2023 · 3m 23s · at 10:00 · https://youtu.be/JvCeNobW-Wk?t=600</w:t>
      </w:r>
    </w:p>
    <w:p>
      <w:r>
        <w:rPr>
          <w:i/>
        </w:rPr>
        <w:t>“Abu Bakr ko pareshan dekh ke Rasulullah ne farmaya”</w:t>
      </w:r>
    </w:p>
    <w:p>
      <w:r>
        <w:rPr>
          <w:sz w:val="20"/>
        </w:rPr>
        <w:t>10:00  to maulana ne ek martaba bataya ki kaise aapka naam jo hai, uska bhi source Hazrat Abu Bakr aur Prophet ke us qisse se related hai jo gaar e sour mein pesh aaya ki jab wo hijrat pe gaye to wo gaar e sour pe rukay thay. aur us waqt Hazrat Abu Bakr bohat ghabra gaye thay kyunke Quraish unke qadmon tak pahunch chukay thay.</w:t>
      </w:r>
      <w:r>
        <w:br/>
      </w:r>
      <w:r>
        <w:rPr>
          <w:sz w:val="20"/>
        </w:rPr>
        <w:t>10:21  to Hazrat Abu Bakr ko pareshan dekh ke Rasulullah صلى الله عليه وسلم ne farmaya ki ae Abu Bakr, un do ke baray mein tumhara kya khayal hai jiska teesra sathi Allah hai?</w:t>
      </w:r>
      <w:r>
        <w:br/>
      </w:r>
      <w:r>
        <w:rPr>
          <w:sz w:val="20"/>
        </w:rPr>
        <w:t>10:31  aur Quran ke chapter 9, verse number 40 mein usko zikr is tarah kiya gaya hai ki second of the two to second ko arabi mein sani kehte hain aur of the two ko asnain.</w:t>
      </w:r>
      <w:r>
        <w:br/>
      </w:r>
      <w:r>
        <w:rPr>
          <w:sz w:val="20"/>
        </w:rPr>
        <w:t>10:46  to maulana wahiduddin khan sahib ne usi qisse ke reference mein doctor sahib ka naam sani asnain rakha. to ye ek bohat interesting baat thi, to maine sab se share karna isko chaha. doctor sahib, there is also a hadith that once a companion asked the Prophet that who is the most beloved of all to us hadith ke baray mein hum sab ko batayen.</w:t>
      </w:r>
      <w:r>
        <w:br/>
      </w:r>
      <w:r>
        <w:rPr>
          <w:sz w:val="20"/>
        </w:rPr>
        <w:t>11:12  haan, ye Hazrat Amr Ibn Alas رضي الله عنه ka waqia hai aur Hazrat Amr Ibn Alas bohat hi baray sahabi thay.</w:t>
      </w:r>
      <w:r>
        <w:br/>
      </w:r>
      <w:r>
        <w:rPr>
          <w:sz w:val="20"/>
        </w:rPr>
        <w:t>11:21  ji, balkay Egypt mein Islam unke hi zariye pahuncha tha aur wo governor bhi thay Egypt ke. balkay jab maulana gaye thay Egypt to khaas taur se masjid Amr Ibn Alas dekhnay gaye thay.</w:t>
      </w:r>
      <w:r>
        <w:br/>
      </w:r>
      <w:r>
        <w:rPr>
          <w:sz w:val="20"/>
        </w:rPr>
        <w:t>11:37  and this is one of the oldest mosques in the world</w:t>
      </w:r>
      <w:r>
        <w:br/>
      </w:r>
      <w:r>
        <w:rPr>
          <w:sz w:val="20"/>
        </w:rPr>
        <w:t>11:41  . aap samjhen ki it was built in 641 AD. ji, earliest period mein aur Hazrat Amr Ibn Alas ki qabar bhi hai wahan par.</w:t>
      </w:r>
      <w:r>
        <w:br/>
      </w:r>
      <w:r>
        <w:rPr>
          <w:sz w:val="20"/>
        </w:rPr>
        <w:t>11:51  to maulana baithe thay kaafi dair wahan. achha, aur likha tha unhon ne safarnama waghera. to ye unka waqia hai. ek baar Hazrat Amr Ibn Alas ne poocha Prophet Muhammad صلى الله عليه وسلم se ki "Ayun nasi ahabbou ilaik?</w:t>
      </w:r>
      <w:r>
        <w:br/>
      </w:r>
      <w:r>
        <w:rPr>
          <w:sz w:val="20"/>
        </w:rPr>
        <w:t>12:08  who is the most beloved person to you?" to</w:t>
      </w:r>
      <w:r>
        <w:br/>
      </w:r>
      <w:r>
        <w:rPr>
          <w:sz w:val="20"/>
        </w:rPr>
        <w:t>12:12  darasal Hazrat Amr Ibn Alas ye samajhtay thay ki shayad unka hi naam batayen gay. ji, ki jawab mein unka hi naam hoga.</w:t>
      </w:r>
      <w:r>
        <w:br/>
      </w:r>
      <w:r>
        <w:rPr>
          <w:sz w:val="20"/>
        </w:rPr>
        <w:t>12:21  to wo unko ye andaza tha. asal mein Prophet sab se is tarah miltay thay, itni importance detay thay har shakhs ki ki wo samajhta tha ki we are the best friend of the Prophet.</w:t>
      </w:r>
      <w:r>
        <w:br/>
      </w:r>
      <w:r>
        <w:rPr>
          <w:sz w:val="20"/>
        </w:rPr>
        <w:t>12:32  ji, to sab ye ehsaas mein thay ki hum hum ko sab se zyada pasand karte hain. to unhon ne ye sawal poocha. to jawab mein Rasulullah صلى الله عليه وسلم ne kaha: "Aisha!"</w:t>
      </w:r>
      <w:r>
        <w:br/>
      </w:r>
      <w:r>
        <w:rPr>
          <w:sz w:val="20"/>
        </w:rPr>
        <w:t>12:42  ji, to wo zara chaunk gaye. chunke is zamanon mein arbon ka ye mizaj nahi tha ki wo kahein ki "I love my wife the most." ji, to wo unhon ne kaha ki "min ar-rijal." ki achha, aadmiyon mein se batayen, mardon mein se.</w:t>
      </w:r>
      <w:r>
        <w:br/>
      </w:r>
      <w:r>
        <w:rPr>
          <w:sz w:val="20"/>
        </w:rPr>
        <w:t>12:56  yani who is the your most beloved companion? ji, to Prophet ne kaha: "Abuaha!" har father, har ye nahi kaha: "Abu Bakr!" wahan bhi Hazrat Aisha ko joR ke.</w:t>
      </w:r>
      <w:r>
        <w:br/>
      </w:r>
      <w:r>
        <w:rPr>
          <w:sz w:val="20"/>
        </w:rPr>
        <w:t>13:08  ji, ki "Abuaha!"</w:t>
      </w:r>
      <w:r>
        <w:br/>
      </w:r>
      <w:r>
        <w:rPr>
          <w:sz w:val="20"/>
        </w:rPr>
        <w:t>13:10  phir unhon ne poocha: "Thumma man?" uske baad kaun hai? to kaha: "Umar Ibn Al-Khattab!" achha, to is waqie se pata chalta hai ki Hazrat Aisha ka ka kya maqam tha.</w:t>
      </w:r>
    </w:p>
    <w:p>
      <w:pPr>
        <w:pStyle w:val="Heading2"/>
      </w:pPr>
      <w:r>
        <w:t>Khadija's salam from God, and Umm Salama's wise counsel</w:t>
      </w:r>
    </w:p>
    <w:p>
      <w:r>
        <w:rPr>
          <w:color w:val="666666"/>
          <w:sz w:val="18"/>
        </w:rPr>
        <w:t>CPS Mission Conference 2023 April 30, 2023 · 3m 40s · at 58:52 · https://youtu.be/sfTBajRastM?t=3532</w:t>
      </w:r>
    </w:p>
    <w:p>
      <w:r>
        <w:rPr>
          <w:i/>
        </w:rPr>
        <w:t>“हज़रत खदीजा के बारे में एक बार हदीस में आता है”</w:t>
      </w:r>
    </w:p>
    <w:p>
      <w:r>
        <w:rPr>
          <w:sz w:val="20"/>
        </w:rPr>
        <w:t>58:52  Woh to un ke baray mein to aik baar hadith mein aata hai ke prophet cave mein thay aur jibril farishtay bhi aaye hue thay.</w:t>
      </w:r>
      <w:r>
        <w:br/>
      </w:r>
      <w:r>
        <w:rPr>
          <w:sz w:val="20"/>
        </w:rPr>
        <w:t>59:04  To farishtay jibril ne kaha ke khadija aa rahi hain.</w:t>
      </w:r>
      <w:r>
        <w:br/>
      </w:r>
      <w:r>
        <w:rPr>
          <w:sz w:val="20"/>
        </w:rPr>
        <w:t>59:09  Yani cave aap logon ko pata hai kitnay ooper hai aur hazrat khadija makkah se un ke liye kuch saman le ke aa rahi thi. To jibril ne kaha ke aik vessel un ke hath mein hai jis mein kuch There is some soup and there is some water and there is some food for you.</w:t>
      </w:r>
      <w:r>
        <w:br/>
      </w:r>
      <w:r>
        <w:rPr>
          <w:sz w:val="20"/>
        </w:rPr>
        <w:t>59:26  She is bringing that vessel for you.</w:t>
      </w:r>
      <w:r>
        <w:br/>
      </w:r>
      <w:r>
        <w:rPr>
          <w:sz w:val="20"/>
        </w:rPr>
        <w:t>59:29  To ab woh aap tasawwur karein She was fifty-five years old at that time. Lekin un ka ta'alluq aur dilchaspi aur shauq itna tha ke rasool Allah ke liye khana le ke aa rahi thi aur ooper charh ke aayi.</w:t>
      </w:r>
      <w:r>
        <w:br/>
      </w:r>
      <w:r>
        <w:rPr>
          <w:sz w:val="20"/>
        </w:rPr>
        <w:t>59:42  To</w:t>
      </w:r>
      <w:r>
        <w:br/>
      </w:r>
      <w:r>
        <w:rPr>
          <w:sz w:val="20"/>
        </w:rPr>
        <w:t>59:44  Jibril farishtay jibril ne kaha ke jab woh aayi to un ko un ke rab ka salam kahiye aur mera bhi salam kahiye.</w:t>
      </w:r>
      <w:r>
        <w:br/>
      </w:r>
      <w:r>
        <w:rPr>
          <w:sz w:val="20"/>
        </w:rPr>
        <w:t>59:55  Aur kahiye ke un ke liye aik aisa ghar hoga motiyon ka jis mein na koi shor hoga na koi takleef. La sakhb fiha wa la nasb</w:t>
      </w:r>
      <w:r>
        <w:br/>
      </w:r>
      <w:r>
        <w:rPr>
          <w:sz w:val="20"/>
        </w:rPr>
        <w:t>1:00:06  Asal mein kya tha ke makkah ke jo shareer log thay na woh aa ke shor machate thay, phainkte thay saman, kooda karkat dalte thay. To hazrat khadija ko takleef pohnchti thi.</w:t>
      </w:r>
      <w:r>
        <w:br/>
      </w:r>
      <w:r>
        <w:rPr>
          <w:sz w:val="20"/>
        </w:rPr>
        <w:t>1:00:15  Isi ki taraf ishara hai ke tumhein aisa ghar Allah de ga jannat mein ke na koi shor hoga na koi takleef hogi. To jab hazrat khadija aayi ooper charh ke saman le ke to prophet ne kaha ke yahan jibril hain, woh dekh nahi sakti thi aur tum ko salam bhej rahi hain.</w:t>
      </w:r>
      <w:r>
        <w:br/>
      </w:r>
      <w:r>
        <w:rPr>
          <w:sz w:val="20"/>
        </w:rPr>
        <w:t>1:00:36  Tum ko Allah ka salam le ke aayi hain. Yani God has sent salam to her. Yeh to shayad koi aur misaal nahi milti.</w:t>
      </w:r>
      <w:r>
        <w:br/>
      </w:r>
      <w:r>
        <w:rPr>
          <w:sz w:val="20"/>
        </w:rPr>
        <w:t>1:00:46  To rasool Allah ne kaha hai ke Allah ka salam tum ko le ke aa rahe hain aur aur woh khud bhi salam kar rahe hain, keh rahe</w:t>
      </w:r>
      <w:r>
        <w:br/>
      </w:r>
      <w:r>
        <w:rPr>
          <w:sz w:val="20"/>
        </w:rPr>
        <w:t>1:00:52  hain. To hazrat khadija muskurayi aur boli ke Allah hi salamat ka sar chashma hai aur mera salam jibril ko bhi aur aap ko bhi mera salam aur Allah ki rehmaten.</w:t>
      </w:r>
      <w:r>
        <w:br/>
      </w:r>
      <w:r>
        <w:rPr>
          <w:sz w:val="20"/>
        </w:rPr>
        <w:t>1:01:08  To yeh darja tha hazrat khadija ka aur aur bohat hi achi</w:t>
      </w:r>
      <w:r>
        <w:br/>
      </w:r>
      <w:r>
        <w:rPr>
          <w:sz w:val="20"/>
        </w:rPr>
        <w:t>1:01:16  . Ab jaise aik aik aur waqia aakhri mein leta hoon mukhtasar sa ke jab hudaybiya ka mauqa tha to rasool Allah sal Allah alayh wasallam ne kaha sahaba se ke ab tum log makkah mat jao, qurbani kar lo yahin, wapas chalte hain.</w:t>
      </w:r>
      <w:r>
        <w:br/>
      </w:r>
      <w:r>
        <w:rPr>
          <w:sz w:val="20"/>
        </w:rPr>
        <w:t>1:01:33  To aap ko pata hai ke sahaba ne rasool Allah ki baat nahi mani aur rasool Allah bohat pareshan hue ke koi meri baat nahi sun raha.</w:t>
      </w:r>
      <w:r>
        <w:br/>
      </w:r>
      <w:r>
        <w:rPr>
          <w:sz w:val="20"/>
        </w:rPr>
        <w:t>1:01:43  To wapas jab tent mein aaye to wahan par us waqt hazrat umm salama thi jo ke bohat hi scholar thi aur bari mudabir khatoon thi.</w:t>
      </w:r>
      <w:r>
        <w:br/>
      </w:r>
      <w:r>
        <w:rPr>
          <w:sz w:val="20"/>
        </w:rPr>
        <w:t>1:01:52  To hazrat umm salama ne kaha ke matlab mashwara diya prophet ko ke aap aisa karein, aap qurbani kar dijiye, baqi phir sahaba sab kar len ge.</w:t>
      </w:r>
      <w:r>
        <w:br/>
      </w:r>
      <w:r>
        <w:rPr>
          <w:sz w:val="20"/>
        </w:rPr>
        <w:t>1:02:02  To aise hi kiya rasool Allah ne aur phir sahaba ne qurbani</w:t>
      </w:r>
      <w:r>
        <w:br/>
      </w:r>
      <w:r>
        <w:rPr>
          <w:sz w:val="20"/>
        </w:rPr>
        <w:t>1:02:07  ki. To yani yeh jo husband wife ka role hai woh yahi hai ke intellectual partner bane, spiritual partner bane taake aik doosre ki spirituality ko jagayein aur yahi goal mere khayal se hona chahiye.</w:t>
      </w:r>
      <w:r>
        <w:br/>
      </w:r>
      <w:r>
        <w:rPr>
          <w:sz w:val="20"/>
        </w:rPr>
        <w:t>1:02:23  Ji to sab se achi misaal to hamein hazrat aisha ki baaton se milti hai. Ji ji mashallah, bohat achay examples diye doctor sahib, bohat achay se wazih</w:t>
      </w:r>
      <w:r>
        <w:br/>
      </w:r>
      <w:r>
        <w:rPr>
          <w:sz w:val="20"/>
        </w:rPr>
        <w:t>1:02:33  kiya. Maulana kehte thay ke intellectual partnership is very important and it's the highest goal. In fact, he used to say that if there is one word to define its success, it is adjustment.</w:t>
      </w:r>
    </w:p>
    <w:p>
      <w:pPr>
        <w:pStyle w:val="Heading2"/>
      </w:pPr>
      <w:r>
        <w:t>World as testing ground for eternal life</w:t>
      </w:r>
    </w:p>
    <w:p>
      <w:r>
        <w:rPr>
          <w:color w:val="666666"/>
          <w:sz w:val="18"/>
        </w:rPr>
        <w:t>The Prophet A Blessing for All of Humanity January 5, 2014 · 5m 59s · at 9:28 · https://youtu.be/ZmMkgj54O28?t=568</w:t>
      </w:r>
    </w:p>
    <w:p>
      <w:r>
        <w:rPr>
          <w:i/>
        </w:rPr>
        <w:t>“There is a big question about this world”</w:t>
      </w:r>
    </w:p>
    <w:p>
      <w:r>
        <w:rPr>
          <w:sz w:val="20"/>
        </w:rPr>
        <w:t>9:28  dekhen, is duniya ke bare mein ek bohat bada sawal hai logon ko ke duniya mein kyun aisa hai ke insaan ki desire fulfill nahi hoti.</w:t>
      </w:r>
      <w:r>
        <w:br/>
      </w:r>
      <w:r>
        <w:rPr>
          <w:sz w:val="20"/>
        </w:rPr>
        <w:t>9:39  aap jante hain ke insaan paida hota hai, bohat se desire ke saath, bohat si aspirations hoti hain is ki, bohat si tamannayein hoti hain. lekin har insaan is tarah duniya se chala jata hai ke is ki tamannayein poori nahi hoti</w:t>
      </w:r>
      <w:r>
        <w:br/>
      </w:r>
      <w:r>
        <w:rPr>
          <w:sz w:val="20"/>
        </w:rPr>
        <w:t>9:52  . abhi aap ne akhbar mein dekha hoga ke ek ek America ka ek bohat bada daulat, daulat mand aadmi, jo jis ke paas 800 million dollar ka asal tha, 800 million dollar, is ne suicide kar liya.</w:t>
      </w:r>
      <w:r>
        <w:br/>
      </w:r>
      <w:r>
        <w:rPr>
          <w:sz w:val="20"/>
        </w:rPr>
        <w:t>10:10  kyun ke is ki suicide karne ki wajah kya thi?</w:t>
      </w:r>
      <w:r>
        <w:br/>
      </w:r>
      <w:r>
        <w:rPr>
          <w:sz w:val="20"/>
        </w:rPr>
        <w:t>10:15  is ki umar 80 saal ho chuki thi, aur is ke baad is ko heart attack hua, bimariyan huin, aur phir aur is ko pareshaniyan huin. to is is ki samajh nahi aati ke yeh 100 million dollar mein kya karoon?</w:t>
      </w:r>
      <w:r>
        <w:br/>
      </w:r>
      <w:r>
        <w:rPr>
          <w:sz w:val="20"/>
        </w:rPr>
        <w:t>10:26  kyun ke meri jo tamanna thi ke mujhe fulfillment mile, mujhe achi sehat wali zindagi mile, woh sab kuch mil nahi raha hai. to Quran yeh batata hai ke is duniya mein yeh sab cheez tum nahi paoge, woh to aakhirat mein milegi, jannat mein milegi.</w:t>
      </w:r>
      <w:r>
        <w:br/>
      </w:r>
      <w:r>
        <w:rPr>
          <w:sz w:val="20"/>
        </w:rPr>
        <w:t>10:42  to</w:t>
      </w:r>
      <w:r>
        <w:br/>
      </w:r>
      <w:r>
        <w:rPr>
          <w:sz w:val="20"/>
        </w:rPr>
        <w:t>10:43  Allah taala ne jannat ko goya insaan ke liye habitat ke taur par paida kiya. yeh duniya testing ground hai, asal jagah jahan ke humein hamari aspirations, hamari tamannayein, hamari desires poori hon, hum ko fulfillment mile, woh sirf jannat hai, aakhirat hai.</w:t>
      </w:r>
      <w:r>
        <w:br/>
      </w:r>
      <w:r>
        <w:rPr>
          <w:sz w:val="20"/>
        </w:rPr>
        <w:t>10:58  yeh insaan ko pata nahi tha. isi liye log suicide karte rahe, isi liye log frustration jeete rahe.</w:t>
      </w:r>
      <w:r>
        <w:br/>
      </w:r>
      <w:r>
        <w:rPr>
          <w:sz w:val="20"/>
        </w:rPr>
        <w:t>11:06  main ne ek baat to internet par nikala ke duniya mein jo top ke jo jo jo kaha tha, super savers, super savers jab mare to kis haal mein mare?</w:t>
      </w:r>
      <w:r>
        <w:br/>
      </w:r>
      <w:r>
        <w:rPr>
          <w:sz w:val="20"/>
        </w:rPr>
        <w:t>11:16  woh un ki final jo days the, woh kaise the un ke? to 402, yaani 402 aadmiyon ka jo jo bohat hi super achievers ka darja mila, un ko sab ke sab mile despair mein, frustration mein.</w:t>
      </w:r>
      <w:r>
        <w:br/>
      </w:r>
      <w:r>
        <w:rPr>
          <w:sz w:val="20"/>
        </w:rPr>
        <w:t>11:34  kyun ke unhone chaha chaha tha, woh mila nahi, woh fulfillment haasil nahi hua un ko. to Quran yeh batata hai ke fulfillment ki jagah to aakhirat hai, woh to jannat hai, woh to paradise hai.</w:t>
      </w:r>
      <w:r>
        <w:br/>
      </w:r>
      <w:r>
        <w:rPr>
          <w:sz w:val="20"/>
        </w:rPr>
        <w:t>11:46  yeh baat insaan ko maloom nahi thi. yeh sirf Rasool Allah sallallahu alaihi wasallam ke zariye aur Quran ke zariye insaan ko batai Allah taala ne. phir dekhiye, ek bohat bada masla hai ke insaan ek role, ek role model chah</w:t>
      </w:r>
      <w:r>
        <w:br/>
      </w:r>
      <w:r>
        <w:rPr>
          <w:sz w:val="20"/>
        </w:rPr>
        <w:t>12:01  ta hai. hum bohat si achi achi baatein jante hain, lekin in achi baaton ko kisi ne practice kiya ho, uski hesiyat aik role model ki ho, woh kaun hai?</w:t>
      </w:r>
      <w:r>
        <w:br/>
      </w:r>
      <w:r>
        <w:rPr>
          <w:sz w:val="20"/>
        </w:rPr>
        <w:t>12:13  jo poori history mein aik hi role model hai, woh Rasool Allah Sal Allahu Alaihi Wasallam ka ka wajood hai. koi insaan doosri duniya mein aisa nahi hai jis ko log pesh kar sakein ke uski zindagi mein dekh lo tum sachai kya hai, imandari kya hai,</w:t>
      </w:r>
      <w:r>
        <w:br/>
      </w:r>
      <w:r>
        <w:rPr>
          <w:sz w:val="20"/>
        </w:rPr>
        <w:t>12:29  aur achi tarah logon se deal karna kya hai, aur in justice kya hai. in sab baaton ko janne ke liye agar aap chahein ke koi aik personality ho, aik koi insaan ho jo aik role model ki hesiyat hesiyat rakhta ho, to woh koi koi bhi nahi siwaye Rasool Allah Sal Allahu Alaihi Wasallam ke.</w:t>
      </w:r>
      <w:r>
        <w:br/>
      </w:r>
      <w:r>
        <w:rPr>
          <w:sz w:val="20"/>
        </w:rPr>
        <w:t>12:51  aik hi insaan hai.</w:t>
      </w:r>
      <w:r>
        <w:br/>
      </w:r>
      <w:r>
        <w:rPr>
          <w:sz w:val="20"/>
        </w:rPr>
        <w:t>12:54  to yeh Rasool Allah Sal Allahu Alaihi Wasallam ke bare mein jo alfaaz aaye hain ke hum ne Allah ne farmaya ke hum ne un ko dunya ki rehmat bana kar bheja, blessing bana kar bheja, to woh koi mysterious baat nahi hai.</w:t>
      </w:r>
      <w:r>
        <w:br/>
      </w:r>
      <w:r>
        <w:rPr>
          <w:sz w:val="20"/>
        </w:rPr>
        <w:t>13:08  iska matlab yeh hai ke aap ke zariye se dunya ko Allah ki guide book mili, aap ke zariye se dunya ko Allah ki mehfooz kitaab mili, aap ke zariye se insaan ko yeh maloom hua ke dunya mein kyun paida kiya insaan ko, kya purpose hai life ka</w:t>
      </w:r>
      <w:r>
        <w:br/>
      </w:r>
      <w:r>
        <w:rPr>
          <w:sz w:val="20"/>
        </w:rPr>
        <w:t>13:24  , hum kyun paida hote hain, kyun mar jaate hain. aap jante hain ke Quran mein hai ke kal nafsun za'iqatul maut yeh poori tareekh ke bare mein aik ajeeb o ghareeb tabsarah hai ke har insaan jo paida hota hai, woh zaroor marna hai.</w:t>
      </w:r>
      <w:r>
        <w:br/>
      </w:r>
      <w:r>
        <w:rPr>
          <w:sz w:val="20"/>
        </w:rPr>
        <w:t>13:39  isko chahe woh badshah ho, chahe bohat bara daulatmand ho, chahe woh koi bhi ho, sab ko behal maut aati hai.</w:t>
      </w:r>
      <w:r>
        <w:br/>
      </w:r>
      <w:r>
        <w:rPr>
          <w:sz w:val="20"/>
        </w:rPr>
        <w:t>13:50  koi 70 saal bhi jeeta, koi 80 saal, koi 90 saal, bas. aur abhi mein ne parha aik aik article mein to maloom hua ke average life hai insaan ki, woh 60 years hai, yani samajh lein ke taqreeban 70 saal average life.</w:t>
      </w:r>
      <w:r>
        <w:br/>
      </w:r>
      <w:r>
        <w:rPr>
          <w:sz w:val="20"/>
        </w:rPr>
        <w:t>14:07  to 70 saal mein insaan mar jata hai. kaisi ajeeb baat hai! har aadmi chahta hai jeena, har aadmi chahta hai ke mujhe eternal life mile, har aadmi chahta hai ke mujhe kabhi maut na</w:t>
      </w:r>
      <w:r>
        <w:br/>
      </w:r>
      <w:r>
        <w:rPr>
          <w:sz w:val="20"/>
        </w:rPr>
        <w:t>14:20  aaye, mujhe accident na ho, mujhe barhapa na aaye. har aadmi yeh chahta hai, lekin milti nahi kisi ko. to insaan ko iska jawab nahi maloom tha ke aisa kyun hai, aisa kyun hai.</w:t>
      </w:r>
      <w:r>
        <w:br/>
      </w:r>
      <w:r>
        <w:rPr>
          <w:sz w:val="20"/>
        </w:rPr>
        <w:t>14:32  to pehli baar Quran ke zariye se Allah Ta'ala ne bataya ke ya is is liye ke yahi Allah Ta'ala ka naqsha hai, jo Allah Ta'ala ki jo scheme of things hai, uske mutabiq yahi hona hi hona.</w:t>
      </w:r>
      <w:r>
        <w:br/>
      </w:r>
      <w:r>
        <w:rPr>
          <w:sz w:val="20"/>
        </w:rPr>
        <w:t>14:43  kyun ke yeh dunya jo hai, mustaqil taur par nahi banayi gayi insaan ko rehne ke liye,</w:t>
      </w:r>
      <w:r>
        <w:br/>
      </w:r>
      <w:r>
        <w:rPr>
          <w:sz w:val="20"/>
        </w:rPr>
        <w:t>14:49  yeh to aik temporary period ke liye hai, yeh testing ground hai, darul imtihan hai. yeh yani yahan par Allah Ta'ala ka aik nizam hai, farishton ke zariye se har insaan ke qaul ko, amal ko, uske mamlaat ko, har cheez ko dekha ja raha hai, record ho raha hai.</w:t>
      </w:r>
      <w:r>
        <w:br/>
      </w:r>
      <w:r>
        <w:rPr>
          <w:sz w:val="20"/>
        </w:rPr>
        <w:t>15:07  wa yalfaẓu min qawlin illa raqibun 'azim to har insaan ke record ke mutabiq kya hoga? aakhirat mein faisla hoga,</w:t>
      </w:r>
      <w:r>
        <w:br/>
      </w:r>
      <w:r>
        <w:rPr>
          <w:sz w:val="20"/>
        </w:rPr>
        <w:t>15:18  aur uske baad jo jiska record bura hoga, woh jahannum mein jayega, jiska acha hoga, woh jannat mein jayega.</w:t>
      </w:r>
    </w:p>
    <w:p>
      <w:pPr>
        <w:pStyle w:val="Heading2"/>
      </w:pPr>
      <w:r>
        <w:t>Full origin story: building the Kaaba and the call to Hajj</w:t>
      </w:r>
    </w:p>
    <w:p>
      <w:r>
        <w:rPr>
          <w:color w:val="666666"/>
          <w:sz w:val="18"/>
        </w:rPr>
        <w:t>The Farwell Hajj of The Prophet June 18, 2023 · 3m 56s · at 1:32 · https://youtu.be/jY24n6ArZaM?t=92</w:t>
      </w:r>
    </w:p>
    <w:p>
      <w:r>
        <w:rPr>
          <w:i/>
        </w:rPr>
        <w:t>“About four thousand years ago, Allah commanded Ibrahim to build the Kaaba”</w:t>
      </w:r>
    </w:p>
    <w:p>
      <w:r>
        <w:rPr>
          <w:sz w:val="20"/>
        </w:rPr>
        <w:t>1:32  inshallah. bismillah rahman rahim. rab ishrah li sadri, wa yassir li amri, wah-ul-uqdatan min lisani, yafqahu qawli.</w:t>
      </w:r>
      <w:r>
        <w:br/>
      </w:r>
      <w:r>
        <w:rPr>
          <w:sz w:val="20"/>
        </w:rPr>
        <w:t>1:46  taqreeban chaar hazar saal pehle allah taala ne hukum diya hazrat ibrahim alaihissalam ko ke woh kaaba ki taameer karen.</w:t>
      </w:r>
      <w:r>
        <w:br/>
      </w:r>
      <w:r>
        <w:rPr>
          <w:sz w:val="20"/>
        </w:rPr>
        <w:t>1:58  to hazrat ibrahim alaihissalam aur unke bete hazrat ismail alaihissalam ne kaaba ki taameer shuru ki. aur ismail chote the, young the, to woh pathar laye karte the aas paas ki pahariyon se,</w:t>
      </w:r>
      <w:r>
        <w:br/>
      </w:r>
      <w:r>
        <w:rPr>
          <w:sz w:val="20"/>
        </w:rPr>
        <w:t>2:14  aur hazrat ibrahim alaihissalam usko jorte the aur deewar banate the.</w:t>
      </w:r>
      <w:r>
        <w:br/>
      </w:r>
      <w:r>
        <w:rPr>
          <w:sz w:val="20"/>
        </w:rPr>
        <w:t>2:21  to quran mein aata hai ke وَإِذْ يَرْفَعُ إِبْرَاهِيمُ الْقَوَائِدَ مِنَ الْبَيْتِ وَإِسْمَاعِيلَ . when ibrahim and ismail were raising the foundation of the kaaba, they prayed.</w:t>
      </w:r>
      <w:r>
        <w:br/>
      </w:r>
      <w:r>
        <w:rPr>
          <w:sz w:val="20"/>
        </w:rPr>
        <w:t>2:34  رَبَّنَا تَقَبَّلْ مِنَّا إِنَّكَ أَنْتَ السَّمِيعُ الْعَلِيمُ . our lord, accept this from us, for you are all hearing, all knowing.</w:t>
      </w:r>
      <w:r>
        <w:br/>
      </w:r>
      <w:r>
        <w:rPr>
          <w:sz w:val="20"/>
        </w:rPr>
        <w:t>2:45  وَتُبْ عَلَيْنَا إِنَّكَ أَنْتَ التَّوَّابُ الرَّحِيمُ, and forgive us, you are the forgiving one, and the merciful.</w:t>
      </w:r>
      <w:r>
        <w:br/>
      </w:r>
      <w:r>
        <w:rPr>
          <w:sz w:val="20"/>
        </w:rPr>
        <w:t>2:54  to is tareeqe se kaaba ki taameer ho gayi. jab jab tayyar ho gaya to allah taala ne hukum diya, jaisa abhi aap ne bataya ke allah taala ne farmaya, quran mein aata hai</w:t>
      </w:r>
      <w:r>
        <w:br/>
      </w:r>
      <w:r>
        <w:rPr>
          <w:sz w:val="20"/>
        </w:rPr>
        <w:t>3:09  وَأَزِّنْ فِي النَّاسِ بِالْحَجِّ . call the mankind to pilgrimage. يَأْتُوكَ رِجَالًا وَعَلَى كُلِّ دَامِرٍ مِنْ كُلِّ فَجٍّ عَمِيقٍ .</w:t>
      </w:r>
      <w:r>
        <w:br/>
      </w:r>
      <w:r>
        <w:rPr>
          <w:sz w:val="20"/>
        </w:rPr>
        <w:t>3:20  they will come on foot and on every kind of lean camel. from every corner of the earth.</w:t>
      </w:r>
      <w:r>
        <w:br/>
      </w:r>
      <w:r>
        <w:rPr>
          <w:sz w:val="20"/>
        </w:rPr>
        <w:t>3:28  ji to ibrahim alaihissalam ne kaha allah taala se ke aye allah, main kaise pukaru logon ko</w:t>
      </w:r>
      <w:r>
        <w:br/>
      </w:r>
      <w:r>
        <w:rPr>
          <w:sz w:val="20"/>
        </w:rPr>
        <w:t>3:38  ? meri awaz kaise pahunchegi? yahan to pahad hai, ret hai, desert hai, chattan hai, koi insaan bhi nazar nahi aata.</w:t>
      </w:r>
      <w:r>
        <w:br/>
      </w:r>
      <w:r>
        <w:rPr>
          <w:sz w:val="20"/>
        </w:rPr>
        <w:t>3:51  to allah taala ne kaha ke وَأَزِّنْ وَعَلَيَّ الْإِبْلَاغِ . that you proclaim and it is our job to convey the call.</w:t>
      </w:r>
      <w:r>
        <w:br/>
      </w:r>
      <w:r>
        <w:rPr>
          <w:sz w:val="20"/>
        </w:rPr>
        <w:t>4:03  yani hum tumhari awaz pahunchayenge</w:t>
      </w:r>
      <w:r>
        <w:br/>
      </w:r>
      <w:r>
        <w:rPr>
          <w:sz w:val="20"/>
        </w:rPr>
        <w:t>4:07  aur bas tum awaz do. ji to ibrahim alaihissalam aas paas jo pahadiyan thin, safa, mount abu qubais, us par gaye aur khade ho ke awaz di ke aye insanon,</w:t>
      </w:r>
      <w:r>
        <w:br/>
      </w:r>
      <w:r>
        <w:rPr>
          <w:sz w:val="20"/>
        </w:rPr>
        <w:t>4:23  allah taala ne apna ghar banaya hai to tum aao aur you perform hajj. ji</w:t>
      </w:r>
      <w:r>
        <w:br/>
      </w:r>
      <w:r>
        <w:rPr>
          <w:sz w:val="20"/>
        </w:rPr>
        <w:t>4:31  to hazrat abdullah ibn abbas ki riwayat hai, tafsir ibn kathir mein aayi hai yeh ke when ibrahim made the announcement, even the mountains took it, and every single creature in the planet heard it, even the souls which are yet to be born.</w:t>
      </w:r>
      <w:r>
        <w:br/>
      </w:r>
      <w:r>
        <w:rPr>
          <w:sz w:val="20"/>
        </w:rPr>
        <w:t>4:52  yani poori insaniyat jo paida hogi qayamat tak, us us ne bhi sun li awaz. mashallah! aur aur labbaik kaha.</w:t>
      </w:r>
      <w:r>
        <w:br/>
      </w:r>
      <w:r>
        <w:rPr>
          <w:sz w:val="20"/>
        </w:rPr>
        <w:t>5:00  ji balkeh hadees mein aata hai ke jis ne ek baar labbaik kaha, woh ek baar hajj karega aur jis ne do baar labbaik kaha, woh do baar hajj karega.</w:t>
      </w:r>
      <w:r>
        <w:br/>
      </w:r>
      <w:r>
        <w:rPr>
          <w:sz w:val="20"/>
        </w:rPr>
        <w:t>5:10  ji to yeh to ek bohat hi mu'jize ke andaaz ki cheez thi ke allah taala ne adam ki sari nasal ko yeh awaz suna di aur aaj bhi woh hazrat ibrahim alaihissalam ki awaz goonj rahi hai fazaon mein.</w:t>
      </w:r>
    </w:p>
    <w:p>
      <w:pPr>
        <w:pStyle w:val="Heading2"/>
      </w:pPr>
      <w:r>
        <w:t>Activism types and Prophet’s seeking journey</w:t>
      </w:r>
    </w:p>
    <w:p>
      <w:r>
        <w:rPr>
          <w:color w:val="666666"/>
          <w:sz w:val="18"/>
        </w:rPr>
        <w:t>Prophetic Model of Activism June 20, 2009 Maulana Wahiduddin Khan · 5m 56s · at 1:28 · https://youtu.be/0XeBV6rPRk8?t=88</w:t>
      </w:r>
    </w:p>
    <w:p>
      <w:r>
        <w:rPr>
          <w:i/>
        </w:rPr>
        <w:t>“In fact, there are only two categories of activism.”</w:t>
      </w:r>
    </w:p>
    <w:p>
      <w:r>
        <w:rPr>
          <w:sz w:val="20"/>
        </w:rPr>
        <w:t>1:28  in fact, there are only two categories of activism.</w:t>
      </w:r>
      <w:r>
        <w:br/>
      </w:r>
      <w:r>
        <w:rPr>
          <w:sz w:val="20"/>
        </w:rPr>
        <w:t>1:39  det is god oriented activism and man oriented activism.</w:t>
      </w:r>
      <w:r>
        <w:br/>
      </w:r>
      <w:r>
        <w:rPr>
          <w:sz w:val="20"/>
        </w:rPr>
        <w:t>1:51  prophet activism was god oriented activism. and all other types of activism are man oriented activism.</w:t>
      </w:r>
      <w:r>
        <w:br/>
      </w:r>
      <w:r>
        <w:rPr>
          <w:sz w:val="20"/>
        </w:rPr>
        <w:t>2:07  in other words, god oriented activism is aakhirat oriented activism. and all other types of activism are world oriented activism.</w:t>
      </w:r>
      <w:r>
        <w:br/>
      </w:r>
      <w:r>
        <w:rPr>
          <w:sz w:val="20"/>
        </w:rPr>
        <w:t>2:23  these are basic difference. you know, man always faces different type of problems.</w:t>
      </w:r>
      <w:r>
        <w:br/>
      </w:r>
      <w:r>
        <w:rPr>
          <w:sz w:val="20"/>
        </w:rPr>
        <w:t>2:34  man life is full of problems. problems are part of life. so, man oriented activism becomes problem oriented activism.</w:t>
      </w:r>
      <w:r>
        <w:br/>
      </w:r>
      <w:r>
        <w:rPr>
          <w:sz w:val="20"/>
        </w:rPr>
        <w:t>2:56  every time, there are some problems. so, people react these problems and they become activist, human right activist and political activist and so on.</w:t>
      </w:r>
      <w:r>
        <w:br/>
      </w:r>
      <w:r>
        <w:rPr>
          <w:sz w:val="20"/>
        </w:rPr>
        <w:t>3:15  so, all other activism are based on worldly affairs. perhaps there is no exception.</w:t>
      </w:r>
      <w:r>
        <w:br/>
      </w:r>
      <w:r>
        <w:rPr>
          <w:sz w:val="20"/>
        </w:rPr>
        <w:t>3:26  but prophetic model is quite different. prophetic model is based on aakhirat.</w:t>
      </w:r>
      <w:r>
        <w:br/>
      </w:r>
      <w:r>
        <w:rPr>
          <w:sz w:val="20"/>
        </w:rPr>
        <w:t>3:36  prophets activism was aakhirat oriented activism.</w:t>
      </w:r>
      <w:r>
        <w:br/>
      </w:r>
      <w:r>
        <w:rPr>
          <w:sz w:val="20"/>
        </w:rPr>
        <w:t>3:45  now, let us take the examples from the prophet of Islam. you know, prophet of Islam, Muhammad sallallahu alaihi wasallam, was born in Mecca in 570 AD.</w:t>
      </w:r>
      <w:r>
        <w:br/>
      </w:r>
      <w:r>
        <w:rPr>
          <w:sz w:val="20"/>
        </w:rPr>
        <w:t>4:08  din,</w:t>
      </w:r>
      <w:r>
        <w:br/>
      </w:r>
      <w:r>
        <w:rPr>
          <w:sz w:val="20"/>
        </w:rPr>
        <w:t>4:12  when he was 34, 35 years old, he</w:t>
      </w:r>
      <w:r>
        <w:br/>
      </w:r>
      <w:r>
        <w:rPr>
          <w:sz w:val="20"/>
        </w:rPr>
        <w:t>4:23  became seeker, seeker of truth. these before the prophethood.</w:t>
      </w:r>
      <w:r>
        <w:br/>
      </w:r>
      <w:r>
        <w:rPr>
          <w:sz w:val="20"/>
        </w:rPr>
        <w:t>4:34  so, when he reach to 35 years age, he became seeker, seeker of truth.</w:t>
      </w:r>
      <w:r>
        <w:br/>
      </w:r>
      <w:r>
        <w:rPr>
          <w:sz w:val="20"/>
        </w:rPr>
        <w:t>4:45  he used to visit mount Hira. mount Hira was three miles away from Mecca.</w:t>
      </w:r>
      <w:r>
        <w:br/>
      </w:r>
      <w:r>
        <w:rPr>
          <w:sz w:val="20"/>
        </w:rPr>
        <w:t>5:01  so, he used to visit Hira frequently and stay over there in a cave for some days.</w:t>
      </w:r>
      <w:r>
        <w:br/>
      </w:r>
      <w:r>
        <w:rPr>
          <w:sz w:val="20"/>
        </w:rPr>
        <w:t>5:14  it was called</w:t>
      </w:r>
      <w:r>
        <w:br/>
      </w:r>
      <w:r>
        <w:rPr>
          <w:sz w:val="20"/>
        </w:rPr>
        <w:t>5:19  ghaar Hira or cave of Hira. so, he stay over there there night.</w:t>
      </w:r>
      <w:r>
        <w:br/>
      </w:r>
      <w:r>
        <w:rPr>
          <w:sz w:val="20"/>
        </w:rPr>
        <w:t>5:31  then, what was his activities at the time? it was not meditation as some people believe.</w:t>
      </w:r>
      <w:r>
        <w:br/>
      </w:r>
      <w:r>
        <w:rPr>
          <w:sz w:val="20"/>
        </w:rPr>
        <w:t>5:42  no, it was contemplation. that is tafakkur, tadabbur.</w:t>
      </w:r>
      <w:r>
        <w:br/>
      </w:r>
      <w:r>
        <w:rPr>
          <w:sz w:val="20"/>
        </w:rPr>
        <w:t>5:55  he was a seeker, so he wanted to know what is the truth. this was a thinking process.</w:t>
      </w:r>
      <w:r>
        <w:br/>
      </w:r>
      <w:r>
        <w:rPr>
          <w:sz w:val="20"/>
        </w:rPr>
        <w:t>6:07  thinking process.</w:t>
      </w:r>
      <w:r>
        <w:br/>
      </w:r>
      <w:r>
        <w:rPr>
          <w:sz w:val="20"/>
        </w:rPr>
        <w:t>6:16  He lived over there up to five years, not continuously</w:t>
      </w:r>
      <w:r>
        <w:br/>
      </w:r>
      <w:r>
        <w:rPr>
          <w:sz w:val="20"/>
        </w:rPr>
        <w:t>6:22  but with gaps.</w:t>
      </w:r>
      <w:r>
        <w:br/>
      </w:r>
      <w:r>
        <w:rPr>
          <w:sz w:val="20"/>
        </w:rPr>
        <w:t>6:27  deen, when he was</w:t>
      </w:r>
      <w:r>
        <w:br/>
      </w:r>
      <w:r>
        <w:rPr>
          <w:sz w:val="20"/>
        </w:rPr>
        <w:t>6:30  40 years of age</w:t>
      </w:r>
      <w:r>
        <w:br/>
      </w:r>
      <w:r>
        <w:rPr>
          <w:sz w:val="20"/>
        </w:rPr>
        <w:t>6:36  and he was in q of hira,</w:t>
      </w:r>
      <w:r>
        <w:br/>
      </w:r>
      <w:r>
        <w:rPr>
          <w:sz w:val="20"/>
        </w:rPr>
        <w:t>6:41  angel jibril appeared</w:t>
      </w:r>
      <w:r>
        <w:br/>
      </w:r>
      <w:r>
        <w:rPr>
          <w:sz w:val="20"/>
        </w:rPr>
        <w:t>6:46  as the first revelation. so, Jibril, angel Jibril, said, "O Muhammad, Iqra." so, at this moment,</w:t>
      </w:r>
      <w:r>
        <w:br/>
      </w:r>
      <w:r>
        <w:rPr>
          <w:sz w:val="20"/>
        </w:rPr>
        <w:t>7:08  the first surah was revealed: "Iqra bismi rabbika alladhi khalaq, khalaq al-insana min alaq, Iqra wa rabbuka al-akram alladhi allama bil qalam.".</w:t>
      </w:r>
    </w:p>
    <w:p>
      <w:pPr>
        <w:pStyle w:val="Heading2"/>
      </w:pPr>
      <w:r>
        <w:t>Two-point formula: be a giver or be harmless</w:t>
      </w:r>
    </w:p>
    <w:p>
      <w:r>
        <w:rPr>
          <w:color w:val="666666"/>
          <w:sz w:val="18"/>
        </w:rPr>
        <w:t>Islam In the light of its Scriptures (English) February 22, 2007 · 5m 07s · at 45:04 · https://youtu.be/SoxJ9awANEQ?t=2704</w:t>
      </w:r>
    </w:p>
    <w:p>
      <w:r>
        <w:rPr>
          <w:i/>
        </w:rPr>
        <w:t>“Then the Prophet of Islam had said: a Muslim is...”</w:t>
      </w:r>
    </w:p>
    <w:p>
      <w:r>
        <w:rPr>
          <w:sz w:val="20"/>
        </w:rPr>
        <w:t>45:04  din, dapraft of islam hedsid:</w:t>
      </w:r>
      <w:r>
        <w:br/>
      </w:r>
      <w:r>
        <w:rPr>
          <w:sz w:val="20"/>
        </w:rPr>
        <w:t>45:11  " almslm mnslm nas l san hwida. "</w:t>
      </w:r>
      <w:r>
        <w:br/>
      </w:r>
      <w:r>
        <w:rPr>
          <w:sz w:val="20"/>
        </w:rPr>
        <w:t>45:19  Muslim is one by his understanding. People are safe.</w:t>
      </w:r>
      <w:r>
        <w:br/>
      </w:r>
      <w:r>
        <w:rPr>
          <w:sz w:val="20"/>
        </w:rPr>
        <w:t>45:31  atmnz dat</w:t>
      </w:r>
      <w:r>
        <w:br/>
      </w:r>
      <w:r>
        <w:rPr>
          <w:sz w:val="20"/>
        </w:rPr>
        <w:t>45:36  Muslim is one whose harmless person.</w:t>
      </w:r>
      <w:r>
        <w:br/>
      </w:r>
      <w:r>
        <w:rPr>
          <w:sz w:val="20"/>
        </w:rPr>
        <w:t>45:50  a true Muslim is a harmless member of his society.</w:t>
      </w:r>
      <w:r>
        <w:br/>
      </w:r>
      <w:r>
        <w:rPr>
          <w:sz w:val="20"/>
        </w:rPr>
        <w:t>45:55  atrmuslm iz a no prablm</w:t>
      </w:r>
      <w:r>
        <w:br/>
      </w:r>
      <w:r>
        <w:rPr>
          <w:sz w:val="20"/>
        </w:rPr>
        <w:t>46:01  person, Muslim is on no difference himself from making problems to war.</w:t>
      </w:r>
      <w:r>
        <w:br/>
      </w:r>
      <w:r>
        <w:rPr>
          <w:sz w:val="20"/>
        </w:rPr>
        <w:t>46:15  dirazhadis :"wal la layomno, wal la layomno, wal la layomno alazi la y amn wjrhubwaq ."</w:t>
      </w:r>
      <w:r>
        <w:br/>
      </w:r>
      <w:r>
        <w:rPr>
          <w:sz w:val="20"/>
        </w:rPr>
        <w:t>46:33  at times that he is not a moment, he is not at terms, who creates problems for his libraries,</w:t>
      </w:r>
      <w:r>
        <w:br/>
      </w:r>
      <w:r>
        <w:rPr>
          <w:sz w:val="20"/>
        </w:rPr>
        <w:t>46:46  ho krits problems for adr .</w:t>
      </w:r>
      <w:r>
        <w:br/>
      </w:r>
      <w:r>
        <w:rPr>
          <w:sz w:val="20"/>
        </w:rPr>
        <w:t>46:53  The Hadith says of the Prophet of Islam, he defines Muslim as a no-problem person.</w:t>
      </w:r>
      <w:r>
        <w:br/>
      </w:r>
      <w:r>
        <w:rPr>
          <w:sz w:val="20"/>
        </w:rPr>
        <w:t>47:04  he defines a moment as a no problem person.</w:t>
      </w:r>
      <w:r>
        <w:br/>
      </w:r>
      <w:r>
        <w:rPr>
          <w:sz w:val="20"/>
        </w:rPr>
        <w:t>47:09  So, every man and every woman who believes in Islam, he must live as a no problem person in his society. Then, there is a hadith: "a lam tan fah falatadr ." to point formula,</w:t>
      </w:r>
      <w:r>
        <w:br/>
      </w:r>
      <w:r>
        <w:rPr>
          <w:sz w:val="20"/>
        </w:rPr>
        <w:t>47:29  to point formula.</w:t>
      </w:r>
      <w:r>
        <w:br/>
      </w:r>
      <w:r>
        <w:rPr>
          <w:sz w:val="20"/>
        </w:rPr>
        <w:t>47:32  at means that living in our society either as a giver person or as a no problem person.</w:t>
      </w:r>
      <w:r>
        <w:br/>
      </w:r>
      <w:r>
        <w:rPr>
          <w:sz w:val="20"/>
        </w:rPr>
        <w:t>47:46  at as very important: "a lam tan fah falatadr ." if you are not able to live as a giver person in your society, live as a no problem person in your society.</w:t>
      </w:r>
      <w:r>
        <w:br/>
      </w:r>
      <w:r>
        <w:rPr>
          <w:sz w:val="20"/>
        </w:rPr>
        <w:t>48:02  so, there are only two positions for a momin: either he must give something to his society or he refrains himself from creating problems for his society.</w:t>
      </w:r>
      <w:r>
        <w:br/>
      </w:r>
      <w:r>
        <w:rPr>
          <w:sz w:val="20"/>
        </w:rPr>
        <w:t>48:19  There is not her position. There is not her position.</w:t>
      </w:r>
      <w:r>
        <w:br/>
      </w:r>
      <w:r>
        <w:rPr>
          <w:sz w:val="20"/>
        </w:rPr>
        <w:t>48:29  so, Islam is a two point formula in terms of society.</w:t>
      </w:r>
      <w:r>
        <w:br/>
      </w:r>
      <w:r>
        <w:rPr>
          <w:sz w:val="20"/>
        </w:rPr>
        <w:t>48:37  interim of society, Islam is based on two point formula.</w:t>
      </w:r>
      <w:r>
        <w:br/>
      </w:r>
      <w:r>
        <w:rPr>
          <w:sz w:val="20"/>
        </w:rPr>
        <w:t>48:47  either you have to live as a giver person or you have to live as a no problem person.</w:t>
      </w:r>
      <w:r>
        <w:br/>
      </w:r>
      <w:r>
        <w:rPr>
          <w:sz w:val="20"/>
        </w:rPr>
        <w:t>48:57  there is no room for that person who lives as a harmful person in the society.</w:t>
      </w:r>
      <w:r>
        <w:br/>
      </w:r>
      <w:r>
        <w:rPr>
          <w:sz w:val="20"/>
        </w:rPr>
        <w:t>49:09  Only a humble person is accepted in an Islam-based society.</w:t>
      </w:r>
      <w:r>
        <w:br/>
      </w:r>
      <w:r>
        <w:rPr>
          <w:sz w:val="20"/>
        </w:rPr>
        <w:t>49:18  a lam tan fah falatadr .</w:t>
      </w:r>
      <w:r>
        <w:br/>
      </w:r>
      <w:r>
        <w:rPr>
          <w:sz w:val="20"/>
        </w:rPr>
        <w:t>49:25  I think that is the best for Maulana for living in a human society. Best for Maulana: if everyone keeps this teaching, then society becomes peaceful society.</w:t>
      </w:r>
      <w:r>
        <w:br/>
      </w:r>
      <w:r>
        <w:rPr>
          <w:sz w:val="20"/>
        </w:rPr>
        <w:t>49:43  very simple and very important. This two-point formula is very simple and sometimes very very important.</w:t>
      </w:r>
      <w:r>
        <w:br/>
      </w:r>
      <w:r>
        <w:rPr>
          <w:sz w:val="20"/>
        </w:rPr>
        <w:t>49:56  very simple and very important.</w:t>
      </w:r>
      <w:r>
        <w:br/>
      </w:r>
      <w:r>
        <w:rPr>
          <w:sz w:val="20"/>
        </w:rPr>
        <w:t>50:01  you have to live either as a giver person or you have to live as a no problem person.</w:t>
      </w:r>
    </w:p>
    <w:p>
      <w:pPr>
        <w:pStyle w:val="Heading2"/>
      </w:pPr>
      <w:r>
        <w:t>Ismail, Hajrah, and the miracle of Zamzam</w:t>
      </w:r>
    </w:p>
    <w:p>
      <w:r>
        <w:rPr>
          <w:color w:val="666666"/>
          <w:sz w:val="18"/>
        </w:rPr>
        <w:t>A Brief Survey of Islamic History (Eng) February 15, 2007 · 5m 58s · at 9:11 · https://youtu.be/MdRtdA99UlA?t=551</w:t>
      </w:r>
    </w:p>
    <w:p>
      <w:r>
        <w:rPr>
          <w:i/>
        </w:rPr>
        <w:t>“Ismail was the son of Prophet Abraham.”</w:t>
      </w:r>
    </w:p>
    <w:p>
      <w:r>
        <w:rPr>
          <w:sz w:val="20"/>
        </w:rPr>
        <w:t>9:11  here I would like to begin from the example of Ismail.</w:t>
      </w:r>
      <w:r>
        <w:br/>
      </w:r>
      <w:r>
        <w:rPr>
          <w:sz w:val="20"/>
        </w:rPr>
        <w:t>9:20  You know Ismail was the son of Prophet Abraham. Prophet Abraham. So, what happened</w:t>
      </w:r>
      <w:r>
        <w:br/>
      </w:r>
      <w:r>
        <w:rPr>
          <w:sz w:val="20"/>
        </w:rPr>
        <w:t>9:35  ?</w:t>
      </w:r>
      <w:r>
        <w:br/>
      </w:r>
      <w:r>
        <w:rPr>
          <w:sz w:val="20"/>
        </w:rPr>
        <w:t>9:38  God directed. Prophet Abraham. And according to divine direction, he settled his wife Hajrah and his son Ismail in the desert of Makkah.</w:t>
      </w:r>
      <w:r>
        <w:br/>
      </w:r>
      <w:r>
        <w:rPr>
          <w:sz w:val="20"/>
        </w:rPr>
        <w:t>9:57  At that time, Makkah was simply a desert. There was no water.</w:t>
      </w:r>
      <w:r>
        <w:br/>
      </w:r>
      <w:r>
        <w:rPr>
          <w:sz w:val="20"/>
        </w:rPr>
        <w:t>10:05  You know water is the source of life.</w:t>
      </w:r>
      <w:r>
        <w:br/>
      </w:r>
      <w:r>
        <w:rPr>
          <w:sz w:val="20"/>
        </w:rPr>
        <w:t>10:15  waja'alna minal ma'i kulli shay'in hayyan Life depends on water. Without water, there is no life.</w:t>
      </w:r>
      <w:r>
        <w:br/>
      </w:r>
      <w:r>
        <w:rPr>
          <w:sz w:val="20"/>
        </w:rPr>
        <w:t>10:26  No plant, no animal, no human being. Nothing.</w:t>
      </w:r>
      <w:r>
        <w:br/>
      </w:r>
      <w:r>
        <w:rPr>
          <w:sz w:val="20"/>
        </w:rPr>
        <w:t>10:32  So, everyone knows that life depends on water. Our agriculture, our horticulture—everything depends on water.</w:t>
      </w:r>
      <w:r>
        <w:br/>
      </w:r>
      <w:r>
        <w:rPr>
          <w:sz w:val="20"/>
        </w:rPr>
        <w:t>10:44  So, at that time, there was no water. Simply desert.</w:t>
      </w:r>
      <w:r>
        <w:br/>
      </w:r>
      <w:r>
        <w:rPr>
          <w:sz w:val="20"/>
        </w:rPr>
        <w:t>10:53  But according to divine direction, Prophet Abraham settled his wife Hajrah and his son Ismail in the desert of Makkah.</w:t>
      </w:r>
      <w:r>
        <w:br/>
      </w:r>
      <w:r>
        <w:rPr>
          <w:sz w:val="20"/>
        </w:rPr>
        <w:t>11:08  At that time, there was no Makkah. No town. No city. No human being. In the vast desert, they were compelled to live in the vast desert.</w:t>
      </w:r>
      <w:r>
        <w:br/>
      </w:r>
      <w:r>
        <w:rPr>
          <w:sz w:val="20"/>
        </w:rPr>
        <w:t>11:24  Then what happened? After some time,</w:t>
      </w:r>
      <w:r>
        <w:br/>
      </w:r>
      <w:r>
        <w:rPr>
          <w:sz w:val="20"/>
        </w:rPr>
        <w:t>11:34  miraculously, there emerged a stream that is Zamzam. It was a miracle of God.</w:t>
      </w:r>
      <w:r>
        <w:br/>
      </w:r>
      <w:r>
        <w:rPr>
          <w:sz w:val="20"/>
        </w:rPr>
        <w:t>11:46  When Ismail and Hajrah followed the god's command and they settled in that desert, so when they followed the god's command,</w:t>
      </w:r>
      <w:r>
        <w:br/>
      </w:r>
      <w:r>
        <w:rPr>
          <w:sz w:val="20"/>
        </w:rPr>
        <w:t>12:07  God provided His help miraculously</w:t>
      </w:r>
      <w:r>
        <w:br/>
      </w:r>
      <w:r>
        <w:rPr>
          <w:sz w:val="20"/>
        </w:rPr>
        <w:t>12:15  . It was a great miracle that one day a stream emerged suddenly.</w:t>
      </w:r>
      <w:r>
        <w:br/>
      </w:r>
      <w:r>
        <w:rPr>
          <w:sz w:val="20"/>
        </w:rPr>
        <w:t>12:24  And it was so great that even today it is there.</w:t>
      </w:r>
      <w:r>
        <w:br/>
      </w:r>
      <w:r>
        <w:rPr>
          <w:sz w:val="20"/>
        </w:rPr>
        <w:t>12:34  People use the water of Zamzam every day and night. But it is flowing, flowing, flowing.</w:t>
      </w:r>
      <w:r>
        <w:br/>
      </w:r>
      <w:r>
        <w:rPr>
          <w:sz w:val="20"/>
        </w:rPr>
        <w:t>12:48  So, this example gives us courage that if we</w:t>
      </w:r>
      <w:r>
        <w:br/>
      </w:r>
      <w:r>
        <w:rPr>
          <w:sz w:val="20"/>
        </w:rPr>
        <w:t>13:03  follow God's command, if we follow</w:t>
      </w:r>
      <w:r>
        <w:br/>
      </w:r>
      <w:r>
        <w:rPr>
          <w:sz w:val="20"/>
        </w:rPr>
        <w:t>13:09  the divine path given by the prophets,</w:t>
      </w:r>
      <w:r>
        <w:br/>
      </w:r>
      <w:r>
        <w:rPr>
          <w:sz w:val="20"/>
        </w:rPr>
        <w:t>13:15  we will be provided by the help of God, which is called a Nusra.</w:t>
      </w:r>
      <w:r>
        <w:br/>
      </w:r>
      <w:r>
        <w:rPr>
          <w:sz w:val="20"/>
        </w:rPr>
        <w:t>13:23  So, it gives us great courage, great conviction. The example of the prophets Ismail and Hajrah gives us a great example.</w:t>
      </w:r>
      <w:r>
        <w:br/>
      </w:r>
      <w:r>
        <w:rPr>
          <w:sz w:val="20"/>
        </w:rPr>
        <w:t>13:42  It inculcates in ourselves the spirit of conviction, the spirit of courage.</w:t>
      </w:r>
      <w:r>
        <w:br/>
      </w:r>
      <w:r>
        <w:rPr>
          <w:sz w:val="20"/>
        </w:rPr>
        <w:t>13:55  So, it is a great example.</w:t>
      </w:r>
      <w:r>
        <w:br/>
      </w:r>
      <w:r>
        <w:rPr>
          <w:sz w:val="20"/>
        </w:rPr>
        <w:t>13:57  Every time in this world, when you decide to live the life according to the divine injunctions, you need every time God's help, God's assistance</w:t>
      </w:r>
      <w:r>
        <w:br/>
      </w:r>
      <w:r>
        <w:rPr>
          <w:sz w:val="20"/>
        </w:rPr>
        <w:t>14:15  . So, the example of Prophet Ismail gives you a solace, gives you a conviction that God will not waste you.</w:t>
      </w:r>
      <w:r>
        <w:br/>
      </w:r>
      <w:r>
        <w:rPr>
          <w:sz w:val="20"/>
        </w:rPr>
        <w:t>14:33  God will provide help in every situation.</w:t>
      </w:r>
      <w:r>
        <w:br/>
      </w:r>
      <w:r>
        <w:rPr>
          <w:sz w:val="20"/>
        </w:rPr>
        <w:t>14:40  This kind of example you cannot find in the life of any other prophet.</w:t>
      </w:r>
      <w:r>
        <w:br/>
      </w:r>
      <w:r>
        <w:rPr>
          <w:sz w:val="20"/>
        </w:rPr>
        <w:t>14:50  This kind of help exclusively is found in the life of the prophet of Ismail.</w:t>
      </w:r>
      <w:r>
        <w:br/>
      </w:r>
      <w:r>
        <w:rPr>
          <w:sz w:val="20"/>
        </w:rPr>
        <w:t>15:02  So, it is a great source of solace.</w:t>
      </w:r>
    </w:p>
    <w:p>
      <w:pPr>
        <w:pStyle w:val="Heading2"/>
      </w:pPr>
      <w:r>
        <w:t>Asma's two heroic acts of courage during the hijra</w:t>
      </w:r>
    </w:p>
    <w:p>
      <w:r>
        <w:rPr>
          <w:color w:val="666666"/>
          <w:sz w:val="18"/>
        </w:rPr>
        <w:t>The Story of Hazrat Aishah January 29, 2023 · 4m 18s · at 27:08 · https://youtu.be/JvCeNobW-Wk?t=1628</w:t>
      </w:r>
    </w:p>
    <w:p>
      <w:r>
        <w:rPr>
          <w:i/>
        </w:rPr>
        <w:t>“Abu Jahl ko khabar mili ke Asma jaanti hai location”</w:t>
      </w:r>
    </w:p>
    <w:p>
      <w:r>
        <w:rPr>
          <w:sz w:val="20"/>
        </w:rPr>
        <w:t>27:08  to kya hua kay jo aboo jehal hai us ko khabar kahin say pohanchi kay asma knows the location of the prophet hmm to jo aboo jehal tha woh to bohat hi shatir aadmi tha aur bohat hi tall aur bilkul pehalwan ki tarah say tha jaisay hazrat ah umar r.a. thay aisay hi bohat hi bara sa aur lamba chaura aur bohat hi us nay sataya bhi tha mara bhi tha logon ko j</w:t>
      </w:r>
      <w:r>
        <w:br/>
      </w:r>
      <w:r>
        <w:rPr>
          <w:sz w:val="20"/>
        </w:rPr>
        <w:t>27:33  y to woh aya hazrat asma kay ghar aur knock kiya darwaza ji to hazrat asma nay darwaza khola to woh itna lamba chaura aadmi khara hua tha hmm khofnak sa to woh bola kay ah ay aboo bakr ki beti hmm kahan hain tumharay father kahan chhupay hain hmm to unhon nay kaha i don't know hum</w:t>
      </w:r>
      <w:r>
        <w:br/>
      </w:r>
      <w:r>
        <w:rPr>
          <w:sz w:val="20"/>
        </w:rPr>
        <w:t>27:59  m seedhay unhon nay hmm keh diya kay qultu allaha adri wallaha aynabi kay i don't know where is my father ji kuch aisay waqt hotay hain kay jhoot bolna hi farz ho jata hai hmm to phir us nay poocha hmm dobara hmm kay batao kahan par chhupay hain tumharay father phir unhon nay yahi jawab diya kay mujhe nahi pata</w:t>
      </w:r>
      <w:r>
        <w:br/>
      </w:r>
      <w:r>
        <w:rPr>
          <w:sz w:val="20"/>
        </w:rPr>
        <w:t>28:23  to us nay bohat hi hard he slapped very hard hmm so and she lost her hearing hmm hazrat asma batati hain kay main aik kaan ki hearing meri chali gayi itnay zor say ah slap us nay lagaya hazrat asma kay aur phir kuch kehta hua chala gaya ji</w:t>
      </w:r>
      <w:r>
        <w:br/>
      </w:r>
      <w:r>
        <w:rPr>
          <w:sz w:val="20"/>
        </w:rPr>
        <w:t>28:45  to yeh to aik bohat hi ah yani jo courage dikhai thi hazrat asma r.a. nay to yeh to bohat hi yani zabardast us kay andar sab</w:t>
      </w:r>
      <w:r>
        <w:br/>
      </w:r>
      <w:r>
        <w:rPr>
          <w:sz w:val="20"/>
        </w:rPr>
        <w:t>28:57  iq hai ji bohat hi zabardast doctor sahib truly reflects the courage and faith she had in god kyun kay koi bhi insan agar koi itna tall jaisay aap nay bataya aboo jehal ka stature tha aur waise hi matlab woh bohat manay huay thay apnay qabailay mein to koi bhi ghabra kay ugal day kay yeh yahan yahan yahan whereabouts hain to it just reflects her faith conviction in god almighty</w:t>
      </w:r>
      <w:r>
        <w:br/>
      </w:r>
      <w:r>
        <w:rPr>
          <w:sz w:val="20"/>
        </w:rPr>
        <w:t>29:22  doctor sahib phir aik incident aur bhi hota hai jis kay baad hazrat asma ko prophet possessor of two belts ka title detay hain to woh qissa kya hai is kay baray mein bhi aap batayen darasal jab woh khana pack kar rahi theen aik bar ghaliban jab hijrat kay liye nikalnay walay thay to kafi khana banaya unhon nay aur pack kiya do bags mein ji</w:t>
      </w:r>
      <w:r>
        <w:br/>
      </w:r>
      <w:r>
        <w:rPr>
          <w:sz w:val="20"/>
        </w:rPr>
        <w:t>29:50  aik prophet Muhammad SAW kay liye aur aik hazrat aboo bakr r.a. kay liye to jab unhon nay unhon nay dekha kay woh oopar ka jo hissa hai woh khula hua hai to unhon nay chaha kay us ko band kar dain dono ko kisi bandh dain kisi rassi waghera say to dekha ghar mein kuch rassi waghera mili nahi to jo rope thi na pehlay rope mein aik beech mein aik belt ya aik band sa hota hai jo bandh letay thay to unhon nay woh pehan rakhi thi aur aik woh belt thi</w:t>
      </w:r>
      <w:r>
        <w:br/>
      </w:r>
      <w:r>
        <w:rPr>
          <w:sz w:val="20"/>
        </w:rPr>
        <w:t>30:17  to unhon nay belt nikali foran aur us ko kaata do hissay mein aur aik bag ko aik hissay say bandha doosray bag ko aik hissay say bandha aur woh phir lay kay pohanchin ah rasool Allah kay pas ji ghar mein</w:t>
      </w:r>
      <w:r>
        <w:br/>
      </w:r>
      <w:r>
        <w:rPr>
          <w:sz w:val="20"/>
        </w:rPr>
        <w:t>30:32  to jab rasool Allah SAW ko pata chala yeh waqia to un ka un ka naam unhon nay rakha tha zat-un-nitaqain the possessor of two waist ji belts aur kaha tha kay Allah has given you two belts in paradise in exchange of this mashallah yani she was also given good news of paradise in her life</w:t>
      </w:r>
      <w:r>
        <w:br/>
      </w:r>
      <w:r>
        <w:rPr>
          <w:sz w:val="20"/>
        </w:rPr>
        <w:t>30:58  time ji to yeh yeh is mein jo sabak hai woh bara gehra hai kay bazahir woh belt aik mamooli si cheez thi hmm lekin us kay badlay mein Allah taala nay jannat day di hmm to baaz bohat hi chhotay say koi amal hota hai jo aap ah khuda kay mission kay liye kartay hain bazahir woh bohat chhota hota hai lekin Allah ho sakta hai kay us kay badlay mein koi bohat bara inaam likh day hmm</w:t>
      </w:r>
    </w:p>
    <w:p>
      <w:pPr>
        <w:pStyle w:val="Heading2"/>
      </w:pPr>
      <w:r>
        <w:t>Modern age is Allah's hidden planning for peace</w:t>
      </w:r>
    </w:p>
    <w:p>
      <w:r>
        <w:rPr>
          <w:color w:val="666666"/>
          <w:sz w:val="18"/>
        </w:rPr>
        <w:t>Discovery of Modern Age February 10, 2013 · 3m 45s · at 0:37 · https://youtu.be/qYGA53ii7E4?t=37</w:t>
      </w:r>
    </w:p>
    <w:p>
      <w:r>
        <w:rPr>
          <w:i/>
        </w:rPr>
        <w:t>“Aaj ka topic hai Discovery of Modern Age”</w:t>
      </w:r>
    </w:p>
    <w:p>
      <w:r>
        <w:rPr>
          <w:sz w:val="20"/>
        </w:rPr>
        <w:t>0:37  aaj ka topic hai:</w:t>
      </w:r>
      <w:r>
        <w:br/>
      </w:r>
      <w:r>
        <w:rPr>
          <w:sz w:val="20"/>
        </w:rPr>
        <w:t>0:41  discovery of modern age, daur jadeed ki daryaft.</w:t>
      </w:r>
      <w:r>
        <w:br/>
      </w:r>
      <w:r>
        <w:rPr>
          <w:sz w:val="20"/>
        </w:rPr>
        <w:t>0:55  mera jo—meri jo study hai, meri study ab is ko batati hai ke modern age kya hai, is ko kisi ne bhi nahi jaana,</w:t>
      </w:r>
      <w:r>
        <w:br/>
      </w:r>
      <w:r>
        <w:rPr>
          <w:sz w:val="20"/>
        </w:rPr>
        <w:t>1:07  na muslim ne, na non muslim ne. poori poori duniya be khabar hai, hatta ke jo log modern age ke creator hain, woh bhi is se be khabar hain.</w:t>
      </w:r>
      <w:r>
        <w:br/>
      </w:r>
      <w:r>
        <w:rPr>
          <w:sz w:val="20"/>
        </w:rPr>
        <w:t>1:21  kuch bohat hi juzwi qism ki baaton ko jante hain, yeh jante hain ke hawa jahaz aa gaya aur car aa gayi, paisa kamane ke naye naye awqa khul gaye, bas itna hi jante hain.</w:t>
      </w:r>
      <w:r>
        <w:br/>
      </w:r>
      <w:r>
        <w:rPr>
          <w:sz w:val="20"/>
        </w:rPr>
        <w:t>1:37  beta beti ke mustaqbil ko sanwarne ke shakalain ban gayeen. yeh sab bohat hi zyada</w:t>
      </w:r>
      <w:r>
        <w:br/>
      </w:r>
      <w:r>
        <w:rPr>
          <w:sz w:val="20"/>
        </w:rPr>
        <w:t>1:47  juzwi baatein hain, yeh asal modern age nahi hai.</w:t>
      </w:r>
      <w:r>
        <w:br/>
      </w:r>
      <w:r>
        <w:rPr>
          <w:sz w:val="20"/>
        </w:rPr>
        <w:t>1:55  asal modern age jo nahi hai. to mera apna jo mutala hai, meri jo study hai, main yeh keh sakta hoon ke duniya mein shayad koi ek shakhs bhi nahi hai</w:t>
      </w:r>
      <w:r>
        <w:br/>
      </w:r>
      <w:r>
        <w:rPr>
          <w:sz w:val="20"/>
        </w:rPr>
        <w:t>2:07  jo janta ho ke haqeeqatan modern age kya hai, na musalmanon mein hai, na non muslim mein hai. modern age Allah taala ki planning hai.</w:t>
      </w:r>
      <w:r>
        <w:br/>
      </w:r>
      <w:r>
        <w:rPr>
          <w:sz w:val="20"/>
        </w:rPr>
        <w:t>2:23  dekhein ke duniya ko paida kis ne kiya? Allah taala ne. duniya ko kaun chala raha hai? Allah taala.</w:t>
      </w:r>
      <w:r>
        <w:br/>
      </w:r>
      <w:r>
        <w:rPr>
          <w:sz w:val="20"/>
        </w:rPr>
        <w:t>2:33  yeh maamla khud human history ka hai.</w:t>
      </w:r>
      <w:r>
        <w:br/>
      </w:r>
      <w:r>
        <w:rPr>
          <w:sz w:val="20"/>
        </w:rPr>
        <w:t>2:37  insan ko Allah taala ne di hai freedom, lekin is ke bawajood history ko Allah manage kar raha hai, azadi ko baqi rakhte hue.</w:t>
      </w:r>
      <w:r>
        <w:br/>
      </w:r>
      <w:r>
        <w:rPr>
          <w:sz w:val="20"/>
        </w:rPr>
        <w:t>2:51  kyunke baqi, rest of the universe mein yeh soorat e haal nahi hai, wahan Allah ka total control hai.</w:t>
      </w:r>
      <w:r>
        <w:br/>
      </w:r>
      <w:r>
        <w:rPr>
          <w:sz w:val="20"/>
        </w:rPr>
        <w:t>3:01  ise wahan aadmi samajh leta hai ke koi hai jo is ko control kar raha hai.</w:t>
      </w:r>
      <w:r>
        <w:br/>
      </w:r>
      <w:r>
        <w:rPr>
          <w:sz w:val="20"/>
        </w:rPr>
        <w:t>3:07  lekin insan ki duniya mein hum jate hain, hum jante hain ke insan ko azaad hai, insan azaad hai, woh paisa ek harkatein karta hai. is wajah se insan ke maamle mein hum samajh nahi paate ke yahan bhi koi hai jo insan ki tareekh ko control kar raha ho, ko manage kar raha ho.</w:t>
      </w:r>
      <w:r>
        <w:br/>
      </w:r>
      <w:r>
        <w:rPr>
          <w:sz w:val="20"/>
        </w:rPr>
        <w:t>3:27  isi liye modern age se log be khabar hain.</w:t>
      </w:r>
      <w:r>
        <w:br/>
      </w:r>
      <w:r>
        <w:rPr>
          <w:sz w:val="20"/>
        </w:rPr>
        <w:t>3:32  modern age na to kisi scientist ka creation hai, na kisi western nations ka creation hai.</w:t>
      </w:r>
      <w:r>
        <w:br/>
      </w:r>
      <w:r>
        <w:rPr>
          <w:sz w:val="20"/>
        </w:rPr>
        <w:t>3:42  in ko to Allah taala ne istemal kiya hai. asal mein ye creation khud Allah taala ka hai. Allah taala ne tareekh ko is tarah manage kiya ke modern age dunya mein aaye.</w:t>
      </w:r>
      <w:r>
        <w:br/>
      </w:r>
      <w:r>
        <w:rPr>
          <w:sz w:val="20"/>
        </w:rPr>
        <w:t>3:56  modern age porey maanon mein Allah ke deen ke liye</w:t>
      </w:r>
      <w:r>
        <w:br/>
      </w:r>
      <w:r>
        <w:rPr>
          <w:sz w:val="20"/>
        </w:rPr>
        <w:t>4:04  ke bilkul is ke muwafiq hai. ye Allah ki—Allah ke deen ke liye supporting element ke tor par zahir hua hai.</w:t>
      </w:r>
      <w:r>
        <w:br/>
      </w:r>
      <w:r>
        <w:rPr>
          <w:sz w:val="20"/>
        </w:rPr>
        <w:t>4:16  ye hai theme aaj ki baat cheet ki.</w:t>
      </w:r>
    </w:p>
    <w:p>
      <w:pPr>
        <w:pStyle w:val="Heading2"/>
      </w:pPr>
      <w:r>
        <w:t>Challenge to Guru Bachan Singh's prophecy claim</w:t>
      </w:r>
    </w:p>
    <w:p>
      <w:r>
        <w:rPr>
          <w:color w:val="666666"/>
          <w:sz w:val="18"/>
        </w:rPr>
        <w:t>Prophethood in Islam | March 19, 2006 | Maulana Wahiduddin Khan · 4m 03s · at 35:59 · https://youtu.be/H7B_1Tkkltk?t=2159</w:t>
      </w:r>
    </w:p>
    <w:p>
      <w:r>
        <w:rPr>
          <w:i/>
        </w:rPr>
        <w:t>“Dilli mein ek sahib thay, jin ka naam tha Guru Bachan Singh”</w:t>
      </w:r>
    </w:p>
    <w:p>
      <w:r>
        <w:rPr>
          <w:sz w:val="20"/>
        </w:rPr>
        <w:t>35:59  Delhi mein ek sahib the, jo ab jinka ke dhyan ho chuka hai, un ka naam tha Guru Bachan Singh. Guru Guru Bachan Singh. yahan par aaj bhi un ka Kingsway Camp ke paas un ka bohat bara center hai. un ke bete aaj kal un ki jagah par gaddi par hain, Gurdev Singh un ka naam hai. un ke jo pita the, Guru Bachan Singh,</w:t>
      </w:r>
      <w:r>
        <w:br/>
      </w:r>
      <w:r>
        <w:rPr>
          <w:sz w:val="20"/>
        </w:rPr>
        <w:t>36:30  un ke zamane mein main wahan kai baar gaya tha, to un ke kuch disciple mere paas aaye, yaani Guru Guru Bachan Singh ke kuch disciple. unhon ne ek mujhe pamphlet diya, uss par likha hua tha "Prophet of the Time", yaani guru jo un ke the, un ka uss mein introduction tha aur likha hua tha ke "Prophet of the Time". to unhon ne kaha ke hamare guru ji jo hain, woh "Prophet of the Time" hain.</w:t>
      </w:r>
      <w:r>
        <w:br/>
      </w:r>
      <w:r>
        <w:rPr>
          <w:sz w:val="20"/>
        </w:rPr>
        <w:t>37:00  un ka kehna tha ke pehle kuch aur prophet hue to woh zamane ke the, aaj ka jo zamana hai, aaj hamare prophet jo hain, hamare guru ji hain. yeh unhon ne kaha aur mujhe pamphlet diya. maine usse kaha, "acha theek hai, aap mujh ko apne guru ji ke paas le chaliye." yahi Delhi mein, jaise ke maine arz kiya ke Kingsway Camp ke paas un ka bohat bara center aaj bhi maujood hai. un ka mission "Nirankari Mission" kaha jata hai.</w:t>
      </w:r>
      <w:r>
        <w:br/>
      </w:r>
      <w:r>
        <w:rPr>
          <w:sz w:val="20"/>
        </w:rPr>
        <w:t>37:31  "Nirankari Mission" to maine kaha ke mujh ko le chaliye aur mere samne aap ke guru ji apne munh se yeh bol dein ke "I am the prophet of the time". main aaj ka ya aaj mein waqt ka paighambar hoon, yeh shabd woh bol de mere samne. maine usse pehle hi keh diya tha ke main un se kuch hujjat nahi karunga, kuch un se logic nahi poochunga, koi proof nahi mangunga.</w:t>
      </w:r>
      <w:r>
        <w:br/>
      </w:r>
      <w:r>
        <w:rPr>
          <w:sz w:val="20"/>
        </w:rPr>
        <w:t>38:02  yeh maine un ke disciples se pehle keh diya tha ke aap achi tarah itminan rakhiye ke main un se koi behas nahi karunga. yeh shabd main apni kaan se sunna chahta hoon ke bolen, main sunoon to kaha haan, bol dein ke chaliye aap. to time fix hua aur hum un ke ghaleban char disciples the, un ke sath main gaya wahan par aur mujhe yeh bhi maine keh diya tha ke aap bata dijiye pehle se guru ji ko</w:t>
      </w:r>
      <w:r>
        <w:br/>
      </w:r>
      <w:r>
        <w:rPr>
          <w:sz w:val="20"/>
        </w:rPr>
        <w:t>38:32  ke mujhe kuch na pehle bolna hai, na baad ko bolna hai. woh apna mission batayen aur yeh iss mission mein yeh keh dein ke main waqt ka paighambar hoon, "I am the prophet of the time". khud se woh bol dein, bas main sununga, sun kar chala jaunga. to unhon ne kaha ke theek hai, hum ne guru ji se bata diya hai. main gaya wahan par aur main 45 minute un ke paas raha. 45 minutes mein tha, un ke char disciples the, hum</w:t>
      </w:r>
      <w:r>
        <w:br/>
      </w:r>
      <w:r>
        <w:rPr>
          <w:sz w:val="20"/>
        </w:rPr>
        <w:t>39:02  log paanch aadmi the aur shayad ek do aur un ke aadmi the wahan par. to main 45 minute tak baitha, un ki baatein sunta raha, lekin unhon ne ek ek shabdh bhi nahi kaha iss qism ka, na isharay mein aur na sarahat mein, na khule taur par, na indirect way mein, na direct aur indirect. unhon ne kaha yeh baat ke main waqt ka paighambar hoon. to jab 45 minute ho gaye</w:t>
      </w:r>
      <w:r>
        <w:br/>
      </w:r>
      <w:r>
        <w:rPr>
          <w:sz w:val="20"/>
        </w:rPr>
        <w:t>39:32  aur unhon ne aisa nahi kaha to maine kaha theek hai, ab main jata hoon. isi liye maine kaha ke yeh kehna itna bara baat hai ke aap Himalaya pahad apne sar utha sakte hain, lekin aap yeh nahi keh sakte ke main waqt ka paighambar hoon. mujh ko kuch jahil log yeh baatein bolte hain ke yeh apne ko paighambar samajhte hain. aap yaqeen kijiye ke main sochta hoon ke yeh log jahil hain, yeh log bhed bakri ke barabar hi aqal nahi hai. in ko hai jo</w:t>
      </w:r>
    </w:p>
    <w:p>
      <w:pPr>
        <w:pStyle w:val="Heading2"/>
      </w:pPr>
      <w:r>
        <w:t>Past political glory mindset fuels modern Muslim extremism</w:t>
      </w:r>
    </w:p>
    <w:p>
      <w:r>
        <w:rPr>
          <w:color w:val="666666"/>
          <w:sz w:val="18"/>
        </w:rPr>
        <w:t>The Issue of Shatm-e-Rasool (Abuse of the Prophet) December 19, 2021 Prof. Farida Khanam · 3m 19s · at 1:08:14 · https://youtu.be/ExQS_PHirUc?t=4094</w:t>
      </w:r>
    </w:p>
    <w:p>
      <w:r>
        <w:rPr>
          <w:i/>
        </w:rPr>
        <w:t>“This 'past glory' mindset is a very important issue”</w:t>
      </w:r>
    </w:p>
    <w:p>
      <w:r>
        <w:rPr>
          <w:sz w:val="20"/>
        </w:rPr>
        <w:t>1:08:14  yeh past glory wala jo hai, yeh bohat hi important baat hai. hmm, kyunke musalman abhi tak past glory mein jee rahe hain. woh samajhte hain ke jab tak hamare pas political power nahi hoga, tab tak hamare hamara jo hai,</w:t>
      </w:r>
      <w:r>
        <w:br/>
      </w:r>
      <w:r>
        <w:rPr>
          <w:sz w:val="20"/>
        </w:rPr>
        <w:t>1:08:28  humein kuch nahi mila hua hai. halankay zamanah badal gaya. yahi hai ke un ko zamanay ko samajhna parega. ab zamanah badal gaya.</w:t>
      </w:r>
      <w:r>
        <w:br/>
      </w:r>
      <w:r>
        <w:rPr>
          <w:sz w:val="20"/>
        </w:rPr>
        <w:t>1:08:37  baghair power ke, baghair iqtidaar ke, hum sab kuch hasil kar sakte hain.</w:t>
      </w:r>
      <w:r>
        <w:br/>
      </w:r>
      <w:r>
        <w:rPr>
          <w:sz w:val="20"/>
        </w:rPr>
        <w:t>1:08:42  pehla zamanah jo tha na, woh agriculture age tha. to is mein jis ke pas power hota tha, usi ke pas sab kuch hota tha. aaj to power jo hai, political power, jaise Maulana sahib ne kaha ke woh sirf woh ek administration hai.</w:t>
      </w:r>
      <w:r>
        <w:br/>
      </w:r>
      <w:r>
        <w:rPr>
          <w:sz w:val="20"/>
        </w:rPr>
        <w:t>1:08:59  aur Europe, America wale mein yahi lafz use kiya jata hai: administration. aur tamam rastay jo hain, woh khul gaye hain. to humein zamanay ko samajhna parega.</w:t>
      </w:r>
      <w:r>
        <w:br/>
      </w:r>
      <w:r>
        <w:rPr>
          <w:sz w:val="20"/>
        </w:rPr>
        <w:t>1:09:10  jisko kaha gaya ke paighambar aseer zamana hota hai, to zamane ko samajhna parega, aur uske mutabiq tayari karni paregi.</w:t>
      </w:r>
      <w:r>
        <w:br/>
      </w:r>
      <w:r>
        <w:rPr>
          <w:sz w:val="20"/>
        </w:rPr>
        <w:t>1:09:20  tamam progress and development hum hasil kar sakte hain zamane ko samajh kar. kyunke aaj jo sari opportunities khul gayi hain na, wo pehle nahi theen.</w:t>
      </w:r>
      <w:r>
        <w:br/>
      </w:r>
      <w:r>
        <w:rPr>
          <w:sz w:val="20"/>
        </w:rPr>
        <w:t>1:09:30  to yahi log nahi samajh rahe hain. isko agar jis din wo samajh lenge, us din unko lagega ke political power ho ya na ho,</w:t>
      </w:r>
      <w:r>
        <w:br/>
      </w:r>
      <w:r>
        <w:rPr>
          <w:sz w:val="20"/>
        </w:rPr>
        <w:t>1:09:38  har halat mein unko tamam opportunities available hain, dunya ki taraqqi ke liye bhi, aur deen ke liye bhi. basit sahib ka ah apa unka sawal tha ke: "what is the politics behind ignoring all the proof against punishing someone who engages in blasphemy?"</w:t>
      </w:r>
      <w:r>
        <w:br/>
      </w:r>
      <w:r>
        <w:rPr>
          <w:sz w:val="20"/>
        </w:rPr>
        <w:t>1:10:02  aaj kal yahi har jagah ho raha hai ke bas we and they concept itna develop ho gaya hai ke jab hamare log kuch bhi karen, wo sab maaf hai.</w:t>
      </w:r>
      <w:r>
        <w:br/>
      </w:r>
      <w:r>
        <w:rPr>
          <w:sz w:val="20"/>
        </w:rPr>
        <w:t>1:10:12  to wo isko kuch samajhte hi nahi, kyunke wo samajhte hain dunya ko unhone dushman aur dost mein bant rakha hai. to jab dushman ke khilaf kuch bhi kiya jaye, to jo wo karta hai, wo ye nahi dekhte ke islam kya keh raha hai.</w:t>
      </w:r>
      <w:r>
        <w:br/>
      </w:r>
      <w:r>
        <w:rPr>
          <w:sz w:val="20"/>
        </w:rPr>
        <w:t>1:10:28  rasool Allah salallahu alaihi wasallam ka uswa hamein kya bata raha hai? wo bas ye dekh rahe hain ke dushman ke khilaf kuch bhi kiya jaye,</w:t>
      </w:r>
      <w:r>
        <w:br/>
      </w:r>
      <w:r>
        <w:rPr>
          <w:sz w:val="20"/>
        </w:rPr>
        <w:t>1:10:36  wo unko theek lagta hai. isko wo hero bana dete hain. to abhi jo hamare parosi mulk mein hua ke wo jisne bhi wo bank ke manager ko qatal kiya, ah sri lankan ko ek qatal kiya, ek pagal ko qatal kiya, jo ye karta hai na, usko hero bana dete hain.</w:t>
      </w:r>
      <w:r>
        <w:br/>
      </w:r>
      <w:r>
        <w:rPr>
          <w:sz w:val="20"/>
        </w:rPr>
        <w:t>1:10:55  uswa kyunke samajhte hain ke ah isko aisa le lete hain ke unko aisa lagta hai ke sari dunya hamari dushman hai.</w:t>
      </w:r>
      <w:r>
        <w:br/>
      </w:r>
      <w:r>
        <w:rPr>
          <w:sz w:val="20"/>
        </w:rPr>
        <w:t>1:11:04  to wo wo unka ek mizaj ban gaya, unki soch ban gayi hai. to ye soch unko apni durust karni paregi, kyunke sab se zyada jo hai, wo thinking level par hota hai.</w:t>
      </w:r>
      <w:r>
        <w:br/>
      </w:r>
      <w:r>
        <w:rPr>
          <w:sz w:val="20"/>
        </w:rPr>
        <w:t>1:11:15  apni deconditioning karni paregi ke koi hamara dushman nahi hai, sab hamare dost hain, aur kuch koi actual dost hai, koi potential dost hai.</w:t>
      </w:r>
      <w:r>
        <w:br/>
      </w:r>
      <w:r>
        <w:rPr>
          <w:sz w:val="20"/>
        </w:rPr>
        <w:t>1:11:25  to hamara jaisa unke sath hum jaisa amal karenge, waise hi hamein uska return milega.</w:t>
      </w:r>
    </w:p>
    <w:p>
      <w:pPr>
        <w:pStyle w:val="Heading2"/>
      </w:pPr>
      <w:r>
        <w:t>Prophet's patience amidst idols in Kaaba</w:t>
      </w:r>
    </w:p>
    <w:p>
      <w:r>
        <w:rPr>
          <w:color w:val="666666"/>
          <w:sz w:val="18"/>
        </w:rPr>
        <w:t>Prophet of Islam A Role Model 16 Jan, 2011 - Maulana Wahiduddin Khan · 5m 30s · at 11:30 · https://youtu.be/ya0bvV77BLc?t=690</w:t>
      </w:r>
    </w:p>
    <w:p>
      <w:r>
        <w:rPr>
          <w:i/>
        </w:rPr>
        <w:t>“Makkah mein jo sab se zyada muqaddas jagah thi woh tha Kaba”</w:t>
      </w:r>
    </w:p>
    <w:p>
      <w:r>
        <w:rPr>
          <w:sz w:val="20"/>
        </w:rPr>
        <w:t>11:30  aik Khuda ki ibadat karo. yeh to mission tha aap ka. us waqt kya tha? Makkah mein jo sab se zyada muqaddas jagah thi woh tha Kaba.</w:t>
      </w:r>
      <w:r>
        <w:br/>
      </w:r>
      <w:r>
        <w:rPr>
          <w:sz w:val="20"/>
        </w:rPr>
        <w:t>11:45  kaba. woh banaya tha hazrat ibrahim ne ab se char hazar saal pehle masjid ke taur par.</w:t>
      </w:r>
      <w:r>
        <w:br/>
      </w:r>
      <w:r>
        <w:rPr>
          <w:sz w:val="20"/>
        </w:rPr>
        <w:t>11:53  masjid. yani tauheed ki ibadat ke liye. lekin baad ko wahan par kya hua? ke mushrik log makka mein ho gaye.</w:t>
      </w:r>
      <w:r>
        <w:br/>
      </w:r>
      <w:r>
        <w:rPr>
          <w:sz w:val="20"/>
        </w:rPr>
        <w:t>12:03  un ko is par qabza mil gaya. unhon ne sankron but is par daal diye. yani practical taur par is ko butkhana bana diya.</w:t>
      </w:r>
      <w:r>
        <w:br/>
      </w:r>
      <w:r>
        <w:rPr>
          <w:sz w:val="20"/>
        </w:rPr>
        <w:t>12:17  practical taur par is ko butkhana bana diya. kaba ko, jo sari masjidon se zyada bari hasiyat is ko hasil hai. magar aap bharke nahin.</w:t>
      </w:r>
      <w:r>
        <w:br/>
      </w:r>
      <w:r>
        <w:rPr>
          <w:sz w:val="20"/>
        </w:rPr>
        <w:t>12:29  ke chalo bulton ko todna hai. itne sare but jo rakhe hue hain is ko nikalna hai is mein se.</w:t>
      </w:r>
      <w:r>
        <w:br/>
      </w:r>
      <w:r>
        <w:rPr>
          <w:sz w:val="20"/>
        </w:rPr>
        <w:t>12:40  aaj kal ka tareeqa aap jante hain protest. bohat zyada chala hua hai. koi baat ho to protest. jalsa, jaloos, naara, jhanda, protest.</w:t>
      </w:r>
      <w:r>
        <w:br/>
      </w:r>
      <w:r>
        <w:rPr>
          <w:sz w:val="20"/>
        </w:rPr>
        <w:t>12:49  kehte hain ke hum hum to peaceful protest kar rahe hain. parman mazahira kar rahe hain. to rasool Allah ne to parman bhi nahin kiya.</w:t>
      </w:r>
      <w:r>
        <w:br/>
      </w:r>
      <w:r>
        <w:rPr>
          <w:sz w:val="20"/>
        </w:rPr>
        <w:t>12:59  yani aap ne sary se protest ka tareeqa hi ikhtiyar nahin kiya. woh parman ho ya ghair parman ho, har haal mein woh ghair islami hai. yani yeh keh kar ke parman mazahira,</w:t>
      </w:r>
      <w:r>
        <w:br/>
      </w:r>
      <w:r>
        <w:rPr>
          <w:sz w:val="20"/>
        </w:rPr>
        <w:t>13:13  aise jaise ke koi kahe ke hum bismillah bismillah parh kar sharab peete hain, to kya bismillah parhne se sharab jaiz ho jayegi?</w:t>
      </w:r>
      <w:r>
        <w:br/>
      </w:r>
      <w:r>
        <w:rPr>
          <w:sz w:val="20"/>
        </w:rPr>
        <w:t>13:24  yaqeen kijiye ke parman mazahira itna hi be-mani hai jitna ke bismillah kar ke sharab peena. kyun? rasool Allah ne kabhi bhi mazahira ka tareeqa ikhtiyar nahin kiya.</w:t>
      </w:r>
      <w:r>
        <w:br/>
      </w:r>
      <w:r>
        <w:rPr>
          <w:sz w:val="20"/>
        </w:rPr>
        <w:t>13:36  demonstration ka tareeqa ikhtiyar nahin kiya. protest ka tareeqa ikhtiyar nahin kiya. to yeh rasool Allah ke model ke khilaf hai. rasool Allah ke namune ke khilaf hai.</w:t>
      </w:r>
      <w:r>
        <w:br/>
      </w:r>
      <w:r>
        <w:rPr>
          <w:sz w:val="20"/>
        </w:rPr>
        <w:t>13:47  kitni bari baat hai. yani makka mein jo waqea tha ke kaba mein sankron but, amalan butkhana bana diya is ko, to aaj kal ka jo mizaj hai logon ka, is ko dekha jaye to aap protest karte hain?</w:t>
      </w:r>
      <w:r>
        <w:br/>
      </w:r>
      <w:r>
        <w:rPr>
          <w:sz w:val="20"/>
        </w:rPr>
        <w:t>14:07  to koi bhi riwayat ya koi bhi hadith aisi nahin hai jis se sabit ho ke aap ne protest kiya. peaceful demonstration kiya, aisa kuch bhi nahin.</w:t>
      </w:r>
      <w:r>
        <w:br/>
      </w:r>
      <w:r>
        <w:rPr>
          <w:sz w:val="20"/>
        </w:rPr>
        <w:t>14:19  to is ka matlab kya hua? protest apne aap mein ghalat hai. parman hai tab bhi ghalat hai woh. peaceful hai tab bhi ghalat hai woh.</w:t>
      </w:r>
      <w:r>
        <w:br/>
      </w:r>
      <w:r>
        <w:rPr>
          <w:sz w:val="20"/>
        </w:rPr>
        <w:t>14:30  kyun? dekhiye is ka bohat bara raaz hai. protest ka, protest aik aik negative cheez hai.</w:t>
      </w:r>
      <w:r>
        <w:br/>
      </w:r>
      <w:r>
        <w:rPr>
          <w:sz w:val="20"/>
        </w:rPr>
        <w:t>14:39  hamesha protest se negative mahol banta hai. protest hota hai kisi ke khilaf. protest jo hai kisi ke khilaf hota hai.</w:t>
      </w:r>
      <w:r>
        <w:br/>
      </w:r>
      <w:r>
        <w:rPr>
          <w:sz w:val="20"/>
        </w:rPr>
        <w:t>14:51  jab aap kisi se, jab aap namaz parhein to khud ki namaz hoti hai woh. protest kisi aur ke khilaf hota hai. to jis ke khilaf protest karein ge aap, to zahir hai ke wahan par negative mahol banega.</w:t>
      </w:r>
      <w:r>
        <w:br/>
      </w:r>
      <w:r>
        <w:rPr>
          <w:sz w:val="20"/>
        </w:rPr>
        <w:t>15:07  normality toote gi. ghair muaddal mahol paida hoga. we and they concept ubhrega.</w:t>
      </w:r>
      <w:r>
        <w:br/>
      </w:r>
      <w:r>
        <w:rPr>
          <w:sz w:val="20"/>
        </w:rPr>
        <w:t>15:17  nafratein jaagein gi. shikayatein paida hongi. is ka matlab kya hai? dawat ka mahol khatam ho jayega.</w:t>
      </w:r>
      <w:r>
        <w:br/>
      </w:r>
      <w:r>
        <w:rPr>
          <w:sz w:val="20"/>
        </w:rPr>
        <w:t>15:30  to rasool Allah sallallahu alaihi wasallam to daai the. daeen ila Allah bidini wa siraj munira. to aap jante the ke protest apne aap mein dawat ke liye killer hai.</w:t>
      </w:r>
      <w:r>
        <w:br/>
      </w:r>
      <w:r>
        <w:rPr>
          <w:sz w:val="20"/>
        </w:rPr>
        <w:t>15:45  to aap ne kabhi aisa nahin kiya. aur kaba mein bulton ke presence ko as it is rehne diya.</w:t>
      </w:r>
      <w:r>
        <w:br/>
      </w:r>
      <w:r>
        <w:rPr>
          <w:sz w:val="20"/>
        </w:rPr>
        <w:t>15:55  yani aap is mamle mein yeh status quo ban gaye. aap is mamle mein status quo ban gaye. kyun?</w:t>
      </w:r>
      <w:r>
        <w:br/>
      </w:r>
      <w:r>
        <w:rPr>
          <w:sz w:val="20"/>
        </w:rPr>
        <w:t>16:06  taake aap ko daawti mission jo aap ka tha, us ko jari rakhne ke liye normal wahan par muaddal mahol hasil rahe.</w:t>
      </w:r>
      <w:r>
        <w:br/>
      </w:r>
      <w:r>
        <w:rPr>
          <w:sz w:val="20"/>
        </w:rPr>
        <w:t>16:21  log normal zehan ke sath aap ki baat ko sunein, us par sochein. agar aap protest karte to sab kuch jeopardized ho jata.</w:t>
      </w:r>
      <w:r>
        <w:br/>
      </w:r>
      <w:r>
        <w:rPr>
          <w:sz w:val="20"/>
        </w:rPr>
        <w:t>16:35  phir nafratein badhtin. shikayatein badhtin. we and they concept ubharta. ho sakta hai ke violence ki naubat aa jati.</w:t>
      </w:r>
      <w:r>
        <w:br/>
      </w:r>
      <w:r>
        <w:rPr>
          <w:sz w:val="20"/>
        </w:rPr>
        <w:t>16:46  to dawat kahan chalti? dawat to khatam.</w:t>
      </w:r>
      <w:r>
        <w:br/>
      </w:r>
      <w:r>
        <w:rPr>
          <w:sz w:val="20"/>
        </w:rPr>
        <w:t>16:52  yeh hai rasool Allah sal Allah aleh wasalam ka role model. yeh hai un ka namoona.</w:t>
      </w:r>
    </w:p>
    <w:p>
      <w:pPr>
        <w:pStyle w:val="Heading2"/>
      </w:pPr>
      <w:r>
        <w:t>Conclusion: accept second best for peace and positivity</w:t>
      </w:r>
    </w:p>
    <w:p>
      <w:r>
        <w:rPr>
          <w:color w:val="666666"/>
          <w:sz w:val="18"/>
        </w:rPr>
        <w:t>Accepting the Second Best February 7, 2010 Maulana Wahiduddin Khan · 6m 06s · at 50:01 · https://youtu.be/OyqL5OCq1Fk?t=3001</w:t>
      </w:r>
    </w:p>
    <w:p>
      <w:r>
        <w:rPr>
          <w:i/>
        </w:rPr>
        <w:t>“Ala bizikrillahi tatmainnul quloob Quran mein hai.”</w:t>
      </w:r>
    </w:p>
    <w:p>
      <w:r>
        <w:rPr>
          <w:sz w:val="20"/>
        </w:rPr>
        <w:t>50:01  to is par jo raazi nahi hai wohi jeeta hai frustration mein jo raazi ho jaye to ala</w:t>
      </w:r>
      <w:r>
        <w:br/>
      </w:r>
      <w:r>
        <w:rPr>
          <w:sz w:val="20"/>
        </w:rPr>
        <w:t>50:07  bi zikrullahi tatmainnal quloob quran mein hai ke ala bi zikrullahi tatmainnal quloob sun lo ke Allah ki</w:t>
      </w:r>
      <w:r>
        <w:br/>
      </w:r>
      <w:r>
        <w:rPr>
          <w:sz w:val="20"/>
        </w:rPr>
        <w:t>50:15  yaad hi se dilon ko itminan hasil hota hai is ka matlab kya hai</w:t>
      </w:r>
      <w:r>
        <w:br/>
      </w:r>
      <w:r>
        <w:rPr>
          <w:sz w:val="20"/>
        </w:rPr>
        <w:t>50:22  is ka matlab yahi hai</w:t>
      </w:r>
      <w:r>
        <w:br/>
      </w:r>
      <w:r>
        <w:rPr>
          <w:sz w:val="20"/>
        </w:rPr>
        <w:t>50:24  ke itminan sirf un logon ke liye hai jo Allah ke scheme of things pe raazi ho jayein</w:t>
      </w:r>
      <w:r>
        <w:br/>
      </w:r>
      <w:r>
        <w:rPr>
          <w:sz w:val="20"/>
        </w:rPr>
        <w:t>50:32  is ka matlab yahi hai</w:t>
      </w:r>
      <w:r>
        <w:br/>
      </w:r>
      <w:r>
        <w:rPr>
          <w:sz w:val="20"/>
        </w:rPr>
        <w:t>50:36  jo log maan lein apne aap ko ke hum bande hain khuda ke hum creature hain hum ka</w:t>
      </w:r>
      <w:r>
        <w:br/>
      </w:r>
      <w:r>
        <w:rPr>
          <w:sz w:val="20"/>
        </w:rPr>
        <w:t>50:43  hum creator nahi hain hamein chalna hai isi tareeqe par jo Allah ne bataye hain to sab ka</w:t>
      </w:r>
      <w:r>
        <w:br/>
      </w:r>
      <w:r>
        <w:rPr>
          <w:sz w:val="20"/>
        </w:rPr>
        <w:t>50:50  yaani chahe family ke jhagde hon husband aur wife ke jhagde hon</w:t>
      </w:r>
      <w:r>
        <w:br/>
      </w:r>
      <w:r>
        <w:rPr>
          <w:sz w:val="20"/>
        </w:rPr>
        <w:t>50:56  ya mukhtalif different communities ke jhagde hon</w:t>
      </w:r>
      <w:r>
        <w:br/>
      </w:r>
      <w:r>
        <w:rPr>
          <w:sz w:val="20"/>
        </w:rPr>
        <w:t>51:01  nation ka country ka international jis level par aap dekhein jitne bhi jhagde hain</w:t>
      </w:r>
      <w:r>
        <w:br/>
      </w:r>
      <w:r>
        <w:rPr>
          <w:sz w:val="20"/>
        </w:rPr>
        <w:t>51:07  wo sab isi liye hain ke log daud rahe hain first best ke liye</w:t>
      </w:r>
      <w:r>
        <w:br/>
      </w:r>
      <w:r>
        <w:rPr>
          <w:sz w:val="20"/>
        </w:rPr>
        <w:t>51:12  aur second best pe raazi nahi kar paate apne aap ko</w:t>
      </w:r>
      <w:r>
        <w:br/>
      </w:r>
      <w:r>
        <w:rPr>
          <w:sz w:val="20"/>
        </w:rPr>
        <w:t>51:20  is baat ko achi tarah samjhiye kyunke agar aap yeh nahi samjhenge is baat ko to kya</w:t>
      </w:r>
      <w:r>
        <w:br/>
      </w:r>
      <w:r>
        <w:rPr>
          <w:sz w:val="20"/>
        </w:rPr>
        <w:t>51:25  hoga sab se bara jo nuksan hota hoga ke aap ko</w:t>
      </w:r>
      <w:r>
        <w:br/>
      </w:r>
      <w:r>
        <w:rPr>
          <w:sz w:val="20"/>
        </w:rPr>
        <w:t>51:32  aap ke andar negative personality banegi</w:t>
      </w:r>
      <w:r>
        <w:br/>
      </w:r>
      <w:r>
        <w:rPr>
          <w:sz w:val="20"/>
        </w:rPr>
        <w:t>51:37  aap ke andar positive personality nahi ban sakti hai</w:t>
      </w:r>
      <w:r>
        <w:br/>
      </w:r>
      <w:r>
        <w:rPr>
          <w:sz w:val="20"/>
        </w:rPr>
        <w:t>51:42  yaani aap ke dil mein hate aur kina malice aur astal aur revenge</w:t>
      </w:r>
      <w:r>
        <w:br/>
      </w:r>
      <w:r>
        <w:rPr>
          <w:sz w:val="20"/>
        </w:rPr>
        <w:t>51:50  aur ghussa yeh sab chupa rahega khula na ho to chupa hua rahega</w:t>
      </w:r>
      <w:r>
        <w:br/>
      </w:r>
      <w:r>
        <w:rPr>
          <w:sz w:val="20"/>
        </w:rPr>
        <w:t>51:55  isi ko mein keh raha hoon negative personality</w:t>
      </w:r>
      <w:r>
        <w:br/>
      </w:r>
      <w:r>
        <w:rPr>
          <w:sz w:val="20"/>
        </w:rPr>
        <w:t>51:58  aap ghor kijiye kitna bara risk le rahe hain aap</w:t>
      </w:r>
      <w:r>
        <w:br/>
      </w:r>
      <w:r>
        <w:rPr>
          <w:sz w:val="20"/>
        </w:rPr>
        <w:t>52:03  kyunke negative personality ko le kar jo jayega akhirat</w:t>
      </w:r>
      <w:r>
        <w:br/>
      </w:r>
      <w:r>
        <w:rPr>
          <w:sz w:val="20"/>
        </w:rPr>
        <w:t>52:05  mein is ko first best milne wala nahi hai woh dunya jahan first best possible ho jayega is dunya ke liye unfit ho jayenge yeh log yani kitni bhari price de raha hai insan kitna bada risk le raha hai insan</w:t>
      </w:r>
      <w:r>
        <w:br/>
      </w:r>
      <w:r>
        <w:rPr>
          <w:sz w:val="20"/>
        </w:rPr>
        <w:t>52:31  to khulasa yeh hai</w:t>
      </w:r>
      <w:r>
        <w:br/>
      </w:r>
      <w:r>
        <w:rPr>
          <w:sz w:val="20"/>
        </w:rPr>
        <w:t>52:34  ke hum ko aur aap ko aur duniya ko sab ko yeh janna hai ke is duniya mein</w:t>
      </w:r>
      <w:r>
        <w:br/>
      </w:r>
      <w:r>
        <w:rPr>
          <w:sz w:val="20"/>
        </w:rPr>
        <w:t>52:40  humein apne aap ko second best par raazi karna hai taake hamare andar negative personality na bane</w:t>
      </w:r>
      <w:r>
        <w:br/>
      </w:r>
      <w:r>
        <w:rPr>
          <w:sz w:val="20"/>
        </w:rPr>
        <w:t>52:50  taake hamare andar positive personality bane aur yahi wo log hain jo akhirat mein</w:t>
      </w:r>
      <w:r>
        <w:br/>
      </w:r>
      <w:r>
        <w:rPr>
          <w:sz w:val="20"/>
        </w:rPr>
        <w:t>52:57  first best ko paayenge</w:t>
      </w:r>
      <w:r>
        <w:br/>
      </w:r>
      <w:r>
        <w:rPr>
          <w:sz w:val="20"/>
        </w:rPr>
        <w:t>53:00  razi Allah anhum wa radu anhu ka matlab yahi hai</w:t>
      </w:r>
      <w:r>
        <w:br/>
      </w:r>
      <w:r>
        <w:rPr>
          <w:sz w:val="20"/>
        </w:rPr>
        <w:t>53:06  yeh sab se bada nuqta hai zindagi ka jis ko har insan ko aur aurat ko har mard ko janna chahiye chahe woh india mein rehta ho ya america mein rehta ho muslim world mein rehta ho non muslim world mein rehta ho sab ko yeh janna chahiye yeh ek universal law hai is mein koi exception nahi hai</w:t>
      </w:r>
      <w:r>
        <w:br/>
      </w:r>
      <w:r>
        <w:rPr>
          <w:sz w:val="20"/>
        </w:rPr>
        <w:t>53:30  koi exception nahi hai koi ek bhi exception nahi hai profit ka bhi exception nahi hai is mamle mein yaad rakhiye profit ko bhi second best pe raazi hona pada</w:t>
      </w:r>
      <w:r>
        <w:br/>
      </w:r>
      <w:r>
        <w:rPr>
          <w:sz w:val="20"/>
        </w:rPr>
        <w:t>53:43  kyunke yahi qanoon hai Allah taala ka</w:t>
      </w:r>
      <w:r>
        <w:br/>
      </w:r>
      <w:r>
        <w:rPr>
          <w:sz w:val="20"/>
        </w:rPr>
        <w:t>53:50  walan tajida lisunnatillahi tabdeela Allah ka qanoon badalta nahi kisi ke liye nahi badalta hai woh sab ke liye yaksaan hai woh</w:t>
      </w:r>
      <w:r>
        <w:br/>
      </w:r>
      <w:r>
        <w:rPr>
          <w:sz w:val="20"/>
        </w:rPr>
        <w:t>54:02  walan tajada lisunnatillahi tabdeela</w:t>
      </w:r>
      <w:r>
        <w:br/>
      </w:r>
      <w:r>
        <w:rPr>
          <w:sz w:val="20"/>
        </w:rPr>
        <w:t>54:07  walantajada lisunnatillahi tahweela yeh Quran mein hai ke Allah ne jo muqarrar kar diya hai law</w:t>
      </w:r>
      <w:r>
        <w:br/>
      </w:r>
      <w:r>
        <w:rPr>
          <w:sz w:val="20"/>
        </w:rPr>
        <w:t>54:14  of nature is ko badalna nahi hai</w:t>
      </w:r>
      <w:r>
        <w:br/>
      </w:r>
      <w:r>
        <w:rPr>
          <w:sz w:val="20"/>
        </w:rPr>
        <w:t>54:19  تو according to the law of nature اس دنیا میں اپ کے لیے سیکنڈ بیسٹ پہ راضی ہونا</w:t>
      </w:r>
      <w:r>
        <w:br/>
      </w:r>
      <w:r>
        <w:rPr>
          <w:sz w:val="20"/>
        </w:rPr>
        <w:t>54:24  hai ap ko aur jo razi hoga wahi apne andar wo personality develop kar kar payega</w:t>
      </w:r>
      <w:r>
        <w:br/>
      </w:r>
      <w:r>
        <w:rPr>
          <w:sz w:val="20"/>
        </w:rPr>
        <w:t>54:31  jis personality ki bina par ap wahan qualify kar sakein jannat ke liye aur first best ap pa</w:t>
      </w:r>
      <w:r>
        <w:br/>
      </w:r>
      <w:r>
        <w:rPr>
          <w:sz w:val="20"/>
        </w:rPr>
        <w:t>54:38  sakein is ko bohat zyada sochna hai</w:t>
      </w:r>
      <w:r>
        <w:br/>
      </w:r>
      <w:r>
        <w:rPr>
          <w:sz w:val="20"/>
        </w:rPr>
        <w:t>54:44  har emotion se bahar ho kar ke har باعث se bahar nikal kar</w:t>
      </w:r>
      <w:r>
        <w:br/>
      </w:r>
      <w:r>
        <w:rPr>
          <w:sz w:val="20"/>
        </w:rPr>
        <w:t>54:47  ke</w:t>
      </w:r>
      <w:r>
        <w:br/>
      </w:r>
      <w:r>
        <w:rPr>
          <w:sz w:val="20"/>
        </w:rPr>
        <w:t>54:51  bilkul objective tor par sochna hai</w:t>
      </w:r>
      <w:r>
        <w:br/>
      </w:r>
      <w:r>
        <w:rPr>
          <w:sz w:val="20"/>
        </w:rPr>
        <w:t>54:57  bohat zyada realistic approach lena hai bohat zyada sincerity ke sath sochna hai kyunke yeh kya hoga is ke baad maut ke baad kya hoga maut ke baad to phir kuch bhi nahi hai maut to maut ke baad to sirf faisle ko bhugatna hai karne ka mauqa khatam</w:t>
      </w:r>
      <w:r>
        <w:br/>
      </w:r>
      <w:r>
        <w:rPr>
          <w:sz w:val="20"/>
        </w:rPr>
        <w:t>55:26  to ye hai wo baat jo hum ap ko chahiye ke hum sochein</w:t>
      </w:r>
      <w:r>
        <w:br/>
      </w:r>
      <w:r>
        <w:rPr>
          <w:sz w:val="20"/>
        </w:rPr>
        <w:t>55:31  mein Allah taala se dua karta hoon ke wo mujh ko ap ko is pe amal karne ki</w:t>
      </w:r>
      <w:r>
        <w:br/>
      </w:r>
      <w:r>
        <w:rPr>
          <w:sz w:val="20"/>
        </w:rPr>
        <w:t>55:36  tofeeq de aur hamein ye taqat de ke hum dunya ko is baat se baghabar kar sakein aqool</w:t>
      </w:r>
      <w:r>
        <w:br/>
      </w:r>
      <w:r>
        <w:rPr>
          <w:sz w:val="20"/>
        </w:rPr>
        <w:t>55:42  qoolihaza wastaghfirullah li walakum ajmaeen</w:t>
      </w:r>
      <w:r>
        <w:br/>
      </w:r>
      <w:r>
        <w:rPr>
          <w:sz w:val="20"/>
        </w:rPr>
        <w:t>55:57  viewers are requested to send in their questions on info at cpsglobal dot org</w:t>
      </w:r>
    </w:p>
    <w:p>
      <w:pPr>
        <w:pStyle w:val="Heading2"/>
      </w:pPr>
      <w:r>
        <w:t>Yusuf found in a well and sold into slavery</w:t>
      </w:r>
    </w:p>
    <w:p>
      <w:r>
        <w:rPr>
          <w:color w:val="666666"/>
          <w:sz w:val="18"/>
        </w:rPr>
        <w:t>Lessons from The Story of Prophet Yusuf Part 2 June 5, 2022 · 4m 40s · at 6:40 · https://youtu.be/k1b1r4F2rnI?t=400</w:t>
      </w:r>
    </w:p>
    <w:p>
      <w:r>
        <w:rPr>
          <w:i/>
        </w:rPr>
        <w:t>“وہ کنواں، میں نے پچھلی بار بتایا تھا۔”</w:t>
      </w:r>
    </w:p>
    <w:p>
      <w:r>
        <w:rPr>
          <w:sz w:val="20"/>
        </w:rPr>
        <w:t>6:40  to woh woh kuen maine pichli bar bataya tha ke israel mein ek shahar hai galilee us ke pas ek gaon hai jiska naam hai joseph well.</w:t>
      </w:r>
      <w:r>
        <w:br/>
      </w:r>
      <w:r>
        <w:rPr>
          <w:sz w:val="20"/>
        </w:rPr>
        <w:t>6:52  yani yusuf well. to woh gaon ka naam bhi yusuf well hai aur us well ka naam bhi yusuf well hai. joseph well.</w:t>
      </w:r>
      <w:r>
        <w:br/>
      </w:r>
      <w:r>
        <w:rPr>
          <w:sz w:val="20"/>
        </w:rPr>
        <w:t>7:02  joseph kehte hain kuen ko. to</w:t>
      </w:r>
      <w:r>
        <w:br/>
      </w:r>
      <w:r>
        <w:rPr>
          <w:sz w:val="20"/>
        </w:rPr>
        <w:t>7:06  is kuen pe pohanch gaye woh pani ki talash mein unhon ne wahan ruke aur unhon ne padao dala aur apne ek admi ko bheja ke pani le ke aao.</w:t>
      </w:r>
      <w:r>
        <w:br/>
      </w:r>
      <w:r>
        <w:rPr>
          <w:sz w:val="20"/>
        </w:rPr>
        <w:t>7:17  to quran mein ata hai wa ja at sayaratun farasalu waridahum fa adla dalwah qala ya bushra hadha ghulam</w:t>
      </w:r>
      <w:r>
        <w:br/>
      </w:r>
      <w:r>
        <w:rPr>
          <w:sz w:val="20"/>
        </w:rPr>
        <w:t>7:27  ke ek qafila aaya aur qafle walon ne wahan padao kiya aur phir apne ek admi ko ek water carrier ko bheja ke jao pani nikal ke lao.</w:t>
      </w:r>
      <w:r>
        <w:br/>
      </w:r>
      <w:r>
        <w:rPr>
          <w:sz w:val="20"/>
        </w:rPr>
        <w:t>7:37  to woh apna dol le ke gaya bucket us ne dali aur jab dekha us ne dol chunke dol bohat bhari ho gayi thi jab us ne khenchna chaha woh khench nahi rahi thi to us ne ghor se dekha to</w:t>
      </w:r>
      <w:r>
        <w:br/>
      </w:r>
      <w:r>
        <w:rPr>
          <w:sz w:val="20"/>
        </w:rPr>
        <w:t>7:54  us mein pani tha nahi chunke woh sukha kuen tha. dekha ke ek bacha hai us mein to us ne shor machaya aur quran mein ata hai ke qala ya bushra hadha ghulam ke good news here is a boy ji to woh sare log aa gaye qafle wale dekhne lage hairan ho gaye sab ke bacha kaise is kuen ke andar hai.</w:t>
      </w:r>
      <w:r>
        <w:br/>
      </w:r>
      <w:r>
        <w:rPr>
          <w:sz w:val="20"/>
        </w:rPr>
        <w:t>8:18  to unhon ne ahista ahista rasi ko khencha aur phir is tarah se Hazrat Yusuf alaihiالسلام kunwein se bahar aa gaye. ji to us ne jo yeh kaha tha qal ya bushra hadha ghulam ke good news here is a boy us ka matlab yeh tha ke unhon ne Yusuf alaihiالسلام ko bhi aik سامان تجارت ke roop mein dekha.</w:t>
      </w:r>
      <w:r>
        <w:br/>
      </w:r>
      <w:r>
        <w:rPr>
          <w:sz w:val="20"/>
        </w:rPr>
        <w:t>8:42  ji woh unhein laga ke yeh to bara khubsurat sa bachcha hai is ko le aa ke hum kahin bech den ge. ab woh zamana jo tha woh slavery ka zamana tha aur</w:t>
      </w:r>
      <w:r>
        <w:br/>
      </w:r>
      <w:r>
        <w:rPr>
          <w:sz w:val="20"/>
        </w:rPr>
        <w:t>8:56  jahan ja rahe the Misr mein wahan par slave market mein woh is ko farokht kar dain ge. to</w:t>
      </w:r>
      <w:r>
        <w:br/>
      </w:r>
      <w:r>
        <w:rPr>
          <w:sz w:val="20"/>
        </w:rPr>
        <w:t>9:03  Quran mein aata hai ke unhon ne is ko سامان تجارت ki tarah se mehfooz kar liya. yani they concealed him like ke merchandize.</w:t>
      </w:r>
      <w:r>
        <w:br/>
      </w:r>
      <w:r>
        <w:rPr>
          <w:sz w:val="20"/>
        </w:rPr>
        <w:t>9:15  ji to is tareeqe se woh unhon ne Hazrat Yusuf alaihiالسلام ko oont pe bitha diya halanke unhein kehna chahiye tha ke are bete tum yeh kaise pahunch gaye kunwein ke andar tum kaun ho tumhara ghar</w:t>
      </w:r>
      <w:r>
        <w:br/>
      </w:r>
      <w:r>
        <w:rPr>
          <w:sz w:val="20"/>
        </w:rPr>
        <w:t>9:31  kahan hai tumhare walid ka kya naam hai chalo hum tumhein apne tumhare gaon chhod aate hain. ji ji ji lekin woh woh zamana aisa tha ke unhon ne socha ke yeh to aik hamein سامان mil gaya aur cheezein jaise hum masale bech den ge woh is ko bhi farokht kar den ge wahan.</w:t>
      </w:r>
      <w:r>
        <w:br/>
      </w:r>
      <w:r>
        <w:rPr>
          <w:sz w:val="20"/>
        </w:rPr>
        <w:t>9:45  ji ji ji ji ji aur doctor sahib actually dekha jaye teen din tak woh kunwein mein rahe. hmm aur agar hum un ki zindagi par ghor karein to we will find that Yusuf was betrayed by his brothers sold as a slave jaise aap ne bataya and later imprisoned unjustly</w:t>
      </w:r>
      <w:r>
        <w:br/>
      </w:r>
      <w:r>
        <w:rPr>
          <w:sz w:val="20"/>
        </w:rPr>
        <w:t>10:06  to ah un ki zindagi mein bohat mushkil halaat aaye. ah aur aik sabak bohat zyada milta hai hamein un ki zindagi se ah ke Yusuf ne tab bhi complain nahi ki.</w:t>
      </w:r>
      <w:r>
        <w:br/>
      </w:r>
      <w:r>
        <w:rPr>
          <w:sz w:val="20"/>
        </w:rPr>
        <w:t>10:19  woh yeh keh sakte the ke ya Allah tu ne to mujhe khwab dikhaya tha ke mera darja jo hai woh ooncha hoga buland hoga aur yahan aik ke baad aik pareshani.</w:t>
      </w:r>
      <w:r>
        <w:br/>
      </w:r>
      <w:r>
        <w:rPr>
          <w:sz w:val="20"/>
        </w:rPr>
        <w:t>10:30  ah unhon ne apne mamle ko doctor sahib Khuda ke hawale kar diya aur phir madad ka intezar karte rahe. to doctor sahib sawal yeh aata hai ke itni sakhti itni zyada mushkilein Allah apne nabiyon ka itna sakht imtehan kyun leta hai is ke bare mein bataein.</w:t>
      </w:r>
      <w:r>
        <w:br/>
      </w:r>
      <w:r>
        <w:rPr>
          <w:sz w:val="20"/>
        </w:rPr>
        <w:t>10:51  bataur to prophets ka test hona hi nahi chahiye chuna ke woh Allah ke sab se naik bande hain aur Hazrat Yusuf alaihiالسلام to be had naik insan the.</w:t>
      </w:r>
      <w:r>
        <w:br/>
      </w:r>
      <w:r>
        <w:rPr>
          <w:sz w:val="20"/>
        </w:rPr>
        <w:t>11:04  aik bar sahaba ne prophet se poocha ke sab se naik insan kaun hai to Rasool Allah ne jawab diya ke jo muttaqi ho jis ke andar taqwa sab se zyada ho righteous ho.</w:t>
      </w:r>
    </w:p>
    <w:p>
      <w:pPr>
        <w:pStyle w:val="Heading2"/>
      </w:pPr>
      <w:r>
        <w:t>Hajar's trust in God and the story of Zamzam</w:t>
      </w:r>
    </w:p>
    <w:p>
      <w:r>
        <w:rPr>
          <w:color w:val="666666"/>
          <w:sz w:val="18"/>
        </w:rPr>
        <w:t>Historical Aspects of Hajj November 1, 2008 · 5m 49s · at 10:42 · https://youtu.be/-cHslxrgNeE?t=642</w:t>
      </w:r>
    </w:p>
    <w:p>
      <w:r>
        <w:rPr>
          <w:i/>
        </w:rPr>
        <w:t>“Hajra ne poocha, aap humein wahan chhor kar kahan ja rahe hain?”</w:t>
      </w:r>
    </w:p>
    <w:p>
      <w:r>
        <w:rPr>
          <w:sz w:val="20"/>
        </w:rPr>
        <w:t>10:42  to phir hazrat hajra ne kaha ke kya khuda ne aap ko aisa karne ka hukum diya hai ke hum ko yahan la kar chhod dein?</w:t>
      </w:r>
      <w:r>
        <w:br/>
      </w:r>
      <w:r>
        <w:rPr>
          <w:sz w:val="20"/>
        </w:rPr>
        <w:t>10:51  desert mein? tab unhon ne kaha ke haan. is waqt hazrat hajra ne kaha ke phir khuda hum ko zaya nahi karega.</w:t>
      </w:r>
      <w:r>
        <w:br/>
      </w:r>
      <w:r>
        <w:rPr>
          <w:sz w:val="20"/>
        </w:rPr>
        <w:t>11:02  idhan la yuziyoon. hamari khuda hifazat karega.</w:t>
      </w:r>
      <w:r>
        <w:br/>
      </w:r>
      <w:r>
        <w:rPr>
          <w:sz w:val="20"/>
        </w:rPr>
        <w:t>11:09  is desert mein hum baith kar ke yahan keh rahe hain, dilli mein, yeh jumla. lekin is desert mein jahan koi aage tha na koi peeche tha, na pani tha na koi khane ki cheez thi.</w:t>
      </w:r>
      <w:r>
        <w:br/>
      </w:r>
      <w:r>
        <w:rPr>
          <w:sz w:val="20"/>
        </w:rPr>
        <w:t>11:24  is desert mein akele ek chhote bache ko le kar, do saal ke bache ko le kar, ek khatoon jab yeh keh rahi thi to main samajhta hoon ke yeh to bada, itna bada kalma tha ke aisa kalma tareekh mein kabhi nahi bola gaya.</w:t>
      </w:r>
      <w:r>
        <w:br/>
      </w:r>
      <w:r>
        <w:rPr>
          <w:sz w:val="20"/>
        </w:rPr>
        <w:t>11:40  na hajra se pehle aur na hajra ke baad. to jab is khatoon ne itni badi, itna bada conviction dikhaya Allah taala par to Allah taala ne us ki madad farmayi.</w:t>
      </w:r>
      <w:r>
        <w:br/>
      </w:r>
      <w:r>
        <w:rPr>
          <w:sz w:val="20"/>
        </w:rPr>
        <w:t>12:00  ab madad ka aaghaz yahan se hota hai ke hazrat ibrahim ek mashk pani wahan par chhod ke chale gaye the. mashk pani.</w:t>
      </w:r>
      <w:r>
        <w:br/>
      </w:r>
      <w:r>
        <w:rPr>
          <w:sz w:val="20"/>
        </w:rPr>
        <w:t>12:15  to jab pyas lagti thi to woh woh pani pi leti thi us mein se aur ismail ko pilati thi.</w:t>
      </w:r>
      <w:r>
        <w:br/>
      </w:r>
      <w:r>
        <w:rPr>
          <w:sz w:val="20"/>
        </w:rPr>
        <w:t>12:23  aur kuch shayad kuch aur cheezein rahi hon, kuch khajoor waghera type ki kuch cheezein mukhtasar tor par</w:t>
      </w:r>
      <w:r>
        <w:br/>
      </w:r>
      <w:r>
        <w:rPr>
          <w:sz w:val="20"/>
        </w:rPr>
        <w:t>12:30  . yahan tak ke pani khatam ho gaya.</w:t>
      </w:r>
      <w:r>
        <w:br/>
      </w:r>
      <w:r>
        <w:rPr>
          <w:sz w:val="20"/>
        </w:rPr>
        <w:t>12:36  ab bachcha ro raha hai pani ke liye. to yeh niklein pani ki talash mein.</w:t>
      </w:r>
      <w:r>
        <w:br/>
      </w:r>
      <w:r>
        <w:rPr>
          <w:sz w:val="20"/>
        </w:rPr>
        <w:t>12:44  to wahan par do pahadiyan thin jo aaj bhi is ke nishanat maujood hain. ek ka naam tha safa doosre ka naam tha marwa.</w:t>
      </w:r>
      <w:r>
        <w:br/>
      </w:r>
      <w:r>
        <w:rPr>
          <w:sz w:val="20"/>
        </w:rPr>
        <w:t>12:54  safa aur marwa.</w:t>
      </w:r>
      <w:r>
        <w:br/>
      </w:r>
      <w:r>
        <w:rPr>
          <w:sz w:val="20"/>
        </w:rPr>
        <w:t>12:57  donon ke beech mein taqreeban saat furlang ka fasla hai. yani paanch sau qadam.</w:t>
      </w:r>
      <w:r>
        <w:br/>
      </w:r>
      <w:r>
        <w:rPr>
          <w:sz w:val="20"/>
        </w:rPr>
        <w:t>13:08  to woh woh woh woh woh teela tha, rock tha woh, koi pahad nahi tha woh. to is par aadmi chadh sakta tha.</w:t>
      </w:r>
      <w:r>
        <w:br/>
      </w:r>
      <w:r>
        <w:rPr>
          <w:sz w:val="20"/>
        </w:rPr>
        <w:t>13:18  to chadhein woh safa par. kis liye? ke shayad aas paas kahin koi insaan dikhai de. koi qafila dikhai de. to us se pani ke liye poochein.</w:t>
      </w:r>
      <w:r>
        <w:br/>
      </w:r>
      <w:r>
        <w:rPr>
          <w:sz w:val="20"/>
        </w:rPr>
        <w:t>13:30  to koi nahi dikhai diya utar kar phir gayin wahan agla jo chattan thi marwa wahan gayin. wahan se bhi idhar udhar dekha to kuch dikhai nahi diya.</w:t>
      </w:r>
      <w:r>
        <w:br/>
      </w:r>
      <w:r>
        <w:rPr>
          <w:sz w:val="20"/>
        </w:rPr>
        <w:t>13:41  is tarah woh saat bar safa se marwa, marwa se safa chalti rahin.</w:t>
      </w:r>
      <w:r>
        <w:br/>
      </w:r>
      <w:r>
        <w:rPr>
          <w:sz w:val="20"/>
        </w:rPr>
        <w:t>13:49  aakhri bar yeh hua, yani saatveen bar, yeh hadees mein aaya hai ke wahan par dekha unhon ne ke ek farishta khada hua hai jahan bache ko chhod ke chali gayi thi woh.</w:t>
      </w:r>
      <w:r>
        <w:br/>
      </w:r>
      <w:r>
        <w:rPr>
          <w:sz w:val="20"/>
        </w:rPr>
        <w:t>14:04  yani bachcha god mein nahi liye the, wohin chhod diya tha.</w:t>
      </w:r>
      <w:r>
        <w:br/>
      </w:r>
      <w:r>
        <w:rPr>
          <w:sz w:val="20"/>
        </w:rPr>
        <w:t>14:10  to woh farishta jo hai aaya tha aap ko pani dene ke liye. woh ghaliban hazrat jibril the.</w:t>
      </w:r>
      <w:r>
        <w:br/>
      </w:r>
      <w:r>
        <w:rPr>
          <w:sz w:val="20"/>
        </w:rPr>
        <w:t>14:18  to zameen par unhon ne paon se mara. jab paon se mara to wahan chashma nikal pada. pani ka chashma.</w:t>
      </w:r>
      <w:r>
        <w:br/>
      </w:r>
      <w:r>
        <w:rPr>
          <w:sz w:val="20"/>
        </w:rPr>
        <w:t>14:28  pani behne laga. yeh baat hai chaar hazar saal pehle ki. yani hazrat hazrat ibrahim ka jo zamana hai woh chaar hazar pehle, chaar hazar saal pehle ka zamana hai.</w:t>
      </w:r>
      <w:r>
        <w:br/>
      </w:r>
      <w:r>
        <w:rPr>
          <w:sz w:val="20"/>
        </w:rPr>
        <w:t>14:42  yeh pani jo jari hua isi ko hum kehte hain zamzam.</w:t>
      </w:r>
      <w:r>
        <w:br/>
      </w:r>
      <w:r>
        <w:rPr>
          <w:sz w:val="20"/>
        </w:rPr>
        <w:t>14:48  is waqt se aaj tak yeh pani isi tarah se jari hai.</w:t>
      </w:r>
      <w:r>
        <w:br/>
      </w:r>
      <w:r>
        <w:rPr>
          <w:sz w:val="20"/>
        </w:rPr>
        <w:t>14:55  lakhon lakh log wahan jate hain pani peete hain, bhar bhar ke late hain, isi se sara kaam karte hain. aur woh pani aaj tak khatam nahi ho raha.</w:t>
      </w:r>
      <w:r>
        <w:br/>
      </w:r>
      <w:r>
        <w:rPr>
          <w:sz w:val="20"/>
        </w:rPr>
        <w:t>15:04  kam bhi nahi hua. wahan mein ne dekha hai ab machine se pani nikala jata hai wahan par. pehle apna aap natural tor par behta tha woh.</w:t>
      </w:r>
      <w:r>
        <w:br/>
      </w:r>
      <w:r>
        <w:rPr>
          <w:sz w:val="20"/>
        </w:rPr>
        <w:t>15:16  ab wahan par baqayda machine lagi hui hain. pumping machinein. pump kar ke nikalte hain aur phir us ko supply karte hain. bohat bare peymane par har jagah is ke tap lage hue hain wahan se aap pani le lijiye.</w:t>
      </w:r>
      <w:r>
        <w:br/>
      </w:r>
      <w:r>
        <w:rPr>
          <w:sz w:val="20"/>
        </w:rPr>
        <w:t>15:31  to yeh tha Allah taala ka, yani jo Hajra ne jo bharosa kiya tha Allah taala par,</w:t>
      </w:r>
      <w:r>
        <w:br/>
      </w:r>
      <w:r>
        <w:rPr>
          <w:sz w:val="20"/>
        </w:rPr>
        <w:t>15:39  is bharose ka yeh karishma Allah taala ne dikhaya ke wahan se pani ka chashma nikal aya. aap jante hain ke zameen ke andar pani ke bare bare daryain hain.</w:t>
      </w:r>
      <w:r>
        <w:br/>
      </w:r>
      <w:r>
        <w:rPr>
          <w:sz w:val="20"/>
        </w:rPr>
        <w:t>15:51  upar khushki hai, neeche daryain beh rahi hain pani ki. bare bare store hain pani ke zameen ke neeche.</w:t>
      </w:r>
      <w:r>
        <w:br/>
      </w:r>
      <w:r>
        <w:rPr>
          <w:sz w:val="20"/>
        </w:rPr>
        <w:t>16:02  to wahan par Allah taala ne pani ka koi bohat bara store shayad raha ho aur woh upar aane laga ho, overflow kar ke chashma ban gaya ho.</w:t>
      </w:r>
      <w:r>
        <w:br/>
      </w:r>
      <w:r>
        <w:rPr>
          <w:sz w:val="20"/>
        </w:rPr>
        <w:t>16:13  ya Allah taala ne koi ek naya wahan par pani ka ek reservoir paida kar diya ho. par jo bhi ho lekin char hazar saal se aaj tak pani is ka khatam nahi hua.</w:t>
      </w:r>
    </w:p>
    <w:p>
      <w:pPr>
        <w:pStyle w:val="Heading2"/>
      </w:pPr>
      <w:r>
        <w:t>Why 'Islam as a complete political system' is an impossible goal</w:t>
      </w:r>
    </w:p>
    <w:p>
      <w:r>
        <w:rPr>
          <w:color w:val="666666"/>
          <w:sz w:val="18"/>
        </w:rPr>
        <w:t>Religion and Democracy December 25, 2011 · 4m 53s · at 10:37 · https://youtu.be/8Mf_yvDA8ik?t=637</w:t>
      </w:r>
    </w:p>
    <w:p>
      <w:r>
        <w:rPr>
          <w:i/>
        </w:rPr>
        <w:t>“Is zamane mein aisi tehreekein uthin jo Islam ko political system ke tor par establish karne ki daawedaar thin”</w:t>
      </w:r>
    </w:p>
    <w:p>
      <w:r>
        <w:rPr>
          <w:sz w:val="20"/>
        </w:rPr>
        <w:t>10:37  is zamane mein aisi tehreekein uthein jo Islam ko political system ke tor par establish karne ki daawa daar theen.</w:t>
      </w:r>
      <w:r>
        <w:br/>
      </w:r>
      <w:r>
        <w:rPr>
          <w:sz w:val="20"/>
        </w:rPr>
        <w:t>10:49  un ka kehna tha ke Islam ek mukammal mukammal nizam hai, hamein hukumat par qabza karna hai taake hum is ko bator system ke dunya mein naafiz kar saken.</w:t>
      </w:r>
      <w:r>
        <w:br/>
      </w:r>
      <w:r>
        <w:rPr>
          <w:sz w:val="20"/>
        </w:rPr>
        <w:t>11:00  achha, amalan kya hua?</w:t>
      </w:r>
      <w:r>
        <w:br/>
      </w:r>
      <w:r>
        <w:rPr>
          <w:sz w:val="20"/>
        </w:rPr>
        <w:t>11:02  hamare yeh hua ke kuch bhi nahi hua. yeh baat sochne ki hai ke Islam ko ek mukammal nizam ke tor par naafiz karna, yeh agar mission ho ummat e musalma ka to do baatein mein kahunga.</w:t>
      </w:r>
      <w:r>
        <w:br/>
      </w:r>
      <w:r>
        <w:rPr>
          <w:sz w:val="20"/>
        </w:rPr>
        <w:t>11:19  ek yeh ke Quran mein is ko sarahatan mazkoor hona chahiye.</w:t>
      </w:r>
      <w:r>
        <w:br/>
      </w:r>
      <w:r>
        <w:rPr>
          <w:sz w:val="20"/>
        </w:rPr>
        <w:t>11:24  misalan yeh alfaaz hone chahiye ke "aqim daulat al Islam" ya "fi shariat al Islamia". aise alfaaz hone chahiye yani Islami hukumat qaim karo, yeh tumhara mission hai.</w:t>
      </w:r>
      <w:r>
        <w:br/>
      </w:r>
      <w:r>
        <w:rPr>
          <w:sz w:val="20"/>
        </w:rPr>
        <w:t>11:40  to wahan to hum dekhte hain ke Makkah mein jab rasool Allah ne dawat ka aaghaz kiya to wahan ke sardaron ne yeh kaha ke "in mulk mulkuna qaleena"</w:t>
      </w:r>
      <w:r>
        <w:br/>
      </w:r>
      <w:r>
        <w:rPr>
          <w:sz w:val="20"/>
        </w:rPr>
        <w:t>11:53  . agar aap hakoomat chahte ho to hum aap ko apne oopar</w:t>
      </w:r>
      <w:r>
        <w:br/>
      </w:r>
      <w:r>
        <w:rPr>
          <w:sz w:val="20"/>
        </w:rPr>
        <w:t>12:00  badshah banane ke liye tayyar hain, lekin aap ne kaha ke nahi, main is ke liye nahi bheja gaya hoon. doosri baat yeh hai ke agar yeh nishana ho to yeh to kabhi nishana poora nahi hua.</w:t>
      </w:r>
      <w:r>
        <w:br/>
      </w:r>
      <w:r>
        <w:rPr>
          <w:sz w:val="20"/>
        </w:rPr>
        <w:t>12:15  kisi nabi ne hakoomat nahi qaim ki. khud rasool Allah ki hakoomat bohat hi mehdood thi, is ko hakoomat karna bhi mushkil hai.</w:t>
      </w:r>
      <w:r>
        <w:br/>
      </w:r>
      <w:r>
        <w:rPr>
          <w:sz w:val="20"/>
        </w:rPr>
        <w:t>12:23  ek city state thi, jab ke hum yeh farz karte hain ke sari duniya mein hakoomat islami ka jhanda to sari duniya mein islami hakoomat kab qaim hui?</w:t>
      </w:r>
      <w:r>
        <w:br/>
      </w:r>
      <w:r>
        <w:rPr>
          <w:sz w:val="20"/>
        </w:rPr>
        <w:t>12:35  jo hakoomaten theen musalmanon ki, woh to dynasty thi, woh islami hakoomat nahi thi. dynasty thi woh aur nizam ke mani mein to kabhi yeh nahi hua.</w:t>
      </w:r>
      <w:r>
        <w:br/>
      </w:r>
      <w:r>
        <w:rPr>
          <w:sz w:val="20"/>
        </w:rPr>
        <w:t>12:48  ab dekhiye, arab duniya mein sab se zyada jo popular jamaat hui, woh thi "al-khwan al-muslimun" jis ko aam taur par kaha jata hai "muslim brotherhood".</w:t>
      </w:r>
      <w:r>
        <w:br/>
      </w:r>
      <w:r>
        <w:rPr>
          <w:sz w:val="20"/>
        </w:rPr>
        <w:t>13:04  woh 1925 mein qaim hui aur bohat zabardast is ko popularity hui arab duniya mein.</w:t>
      </w:r>
      <w:r>
        <w:br/>
      </w:r>
      <w:r>
        <w:rPr>
          <w:sz w:val="20"/>
        </w:rPr>
        <w:t>13:15  misr mein kaha jata tha ke "more than 50 percent" log ikhwan al-muslimun ke sath hain. to un ka nazariya tha ke islam ka nizam qaim karna.</w:t>
      </w:r>
      <w:r>
        <w:br/>
      </w:r>
      <w:r>
        <w:rPr>
          <w:sz w:val="20"/>
        </w:rPr>
        <w:t>13:28  is ke jo leader the, syed qutb, un ki kitab hai "al-adala al-ijtima'iya fi al-islam" yani "social justice in islam".</w:t>
      </w:r>
      <w:r>
        <w:br/>
      </w:r>
      <w:r>
        <w:rPr>
          <w:sz w:val="20"/>
        </w:rPr>
        <w:t>13:38  koi islam ki hakoomat ho, islam ka nizam ho, yeh un ka nishana tha</w:t>
      </w:r>
      <w:r>
        <w:br/>
      </w:r>
      <w:r>
        <w:rPr>
          <w:sz w:val="20"/>
        </w:rPr>
        <w:t>13:43  aur is ke liye unhon ne bohat zabardast koshishen keen. aap dekhiye, 1952 mein, 1952 mein unhon ne faujiyon ki madad se king farooq ko depose kar diya.</w:t>
      </w:r>
      <w:r>
        <w:br/>
      </w:r>
      <w:r>
        <w:rPr>
          <w:sz w:val="20"/>
        </w:rPr>
        <w:t>14:03  king farooq ko bahar bhej diya gaya, mulk se bahar. magar is ke baad kya hua?</w:t>
      </w:r>
      <w:r>
        <w:br/>
      </w:r>
      <w:r>
        <w:rPr>
          <w:sz w:val="20"/>
        </w:rPr>
        <w:t>14:08  general najib aa gaye, phir woh bhi unwanted ban gaye. phir kya hua? jawahar al-din nasir aa gaye, woh bhi unwanted, woh bhi unwanted ban gaye.</w:t>
      </w:r>
      <w:r>
        <w:br/>
      </w:r>
      <w:r>
        <w:rPr>
          <w:sz w:val="20"/>
        </w:rPr>
        <w:t>14:21  yahan tak ke un ko heart fail ho gaya, woh mar gaye. woh phir anwar sadat aa gaye, un ke khilaf hungama hua, woh goli mari gayi. phir is ke baad hosni mubarak aaye, phir un ke khilaf hungama inhi logon ne kiya,</w:t>
      </w:r>
      <w:r>
        <w:br/>
      </w:r>
      <w:r>
        <w:rPr>
          <w:sz w:val="20"/>
        </w:rPr>
        <w:t>14:37  yahan tak ke un ko dethron kar diya gaya. ab jo hakoomat hai, is ke khilaf hungama jari hai. to 60 saal se sirf hungame hungame ho rahe hain aur adala al-ijtima'i to qaim nahi hui.</w:t>
      </w:r>
      <w:r>
        <w:br/>
      </w:r>
      <w:r>
        <w:rPr>
          <w:sz w:val="20"/>
        </w:rPr>
        <w:t>14:55  to main kahunga ke agar yeh ho nishana islam ka mukammal nizam qaim karo, hakoomat qaim karo to quran mein is ko khule taur par mention hona chahiye tha aur is ko kabhi qaim hona chahiye tha.</w:t>
      </w:r>
      <w:r>
        <w:br/>
      </w:r>
      <w:r>
        <w:rPr>
          <w:sz w:val="20"/>
        </w:rPr>
        <w:t>15:14  ek impossible nishana Allah taala ne de diya jo kabhi qaim hi na ho,</w:t>
      </w:r>
      <w:r>
        <w:br/>
      </w:r>
      <w:r>
        <w:rPr>
          <w:sz w:val="20"/>
        </w:rPr>
        <w:t>15:19  mukammal nizam har aitbar se. to yeh nishani nahi hai, yeh nishani galat hai. isi ko maine unwan qaim kiya ke "religion and dem</w:t>
      </w:r>
    </w:p>
    <w:p>
      <w:pPr>
        <w:pStyle w:val="Heading2"/>
      </w:pPr>
      <w:r>
        <w:t>never fight an unjust ruler, counsel him privately instead</w:t>
      </w:r>
    </w:p>
    <w:p>
      <w:r>
        <w:rPr>
          <w:color w:val="666666"/>
          <w:sz w:val="18"/>
        </w:rPr>
        <w:t>Prophetic Wisdom November 13, 2022 · 5m 00s · at 44:15 · https://youtu.be/EUFD21PtjwM?t=2655</w:t>
      </w:r>
    </w:p>
    <w:p>
      <w:r>
        <w:rPr>
          <w:i/>
        </w:rPr>
        <w:t>“Hadith after hadith forbids rebelling against a ruler”</w:t>
      </w:r>
    </w:p>
    <w:p>
      <w:r>
        <w:rPr>
          <w:sz w:val="20"/>
        </w:rPr>
        <w:t>44:15  aah is is kay baray mein aap batain. hum aisa hota hai kay log jo hain farq ko nahi samjhtay. to kai baar aik baar aik sawal bhi aya tha kay aah hukumraan kay liye to kaha gaya hai kay jihad karna chahiye ho</w:t>
      </w:r>
      <w:r>
        <w:br/>
      </w:r>
      <w:r>
        <w:rPr>
          <w:sz w:val="20"/>
        </w:rPr>
        <w:t>44:31  . to jo hadees hai aur bohat sari aisi hadeesain hain kay hukumraan kay khilaf jihad jo hai bilkul man'a hai kay chahay hukumraan kitna hi kharab ho, kitna hi ziyada woh zulm kar raha ho, kitna hi ziyada yahan tak kahay kay peeth par koray barsa raha ho, tab bhi us kay khilaf khurooj jaiz nahi.</w:t>
      </w:r>
      <w:r>
        <w:br/>
      </w:r>
      <w:r>
        <w:rPr>
          <w:sz w:val="20"/>
        </w:rPr>
        <w:t>44:52  aur aik taraf hai kay afzal jihad jo hai woh zalim hukumraan kay samnay haq baat kehna hai. ab masla yeh hai kay log jihad kay mani ko nahi samjhay</w:t>
      </w:r>
      <w:r>
        <w:br/>
      </w:r>
      <w:r>
        <w:rPr>
          <w:sz w:val="20"/>
        </w:rPr>
        <w:t>45:02  tay. jihad kay mani hain struggle, mehnat karna. aur woh log us ko jang kay equivalent samjhtay hain. to ab aap sochiye kay aik zalim hukumraan ko ja kar naseehat karna to yeh to kisi jihad say kam nahi hai.</w:t>
      </w:r>
      <w:r>
        <w:br/>
      </w:r>
      <w:r>
        <w:rPr>
          <w:sz w:val="20"/>
        </w:rPr>
        <w:t>45:18  jihad is mani mein crusade kay mani mein hota hai kay khoob khoob mehnat karna. to misal kay tor par firoun say jab baat ki hazrat moosa alayh salam nay to woh bohat bara jihad tha woh.</w:t>
      </w:r>
      <w:r>
        <w:br/>
      </w:r>
      <w:r>
        <w:rPr>
          <w:sz w:val="20"/>
        </w:rPr>
        <w:t>45:31  to bohat hi hamdardaana andaaz mein baat ki. khud ALLAH taala nay kaha kay bohat naramī say baat karna. to jo hadees hai kay afzal jihad zalim hukumraan kay samnay haq baat kehna hai.</w:t>
      </w:r>
      <w:r>
        <w:br/>
      </w:r>
      <w:r>
        <w:rPr>
          <w:sz w:val="20"/>
        </w:rPr>
        <w:t>45:43  to us ko lay kay samjhtay hain log kay zalim hukumraan kay khilaf khurooj karna hai, us say jang karni hai, us ko unseat karna hai. ab doosri hadeesoon ko aap dakiye aur doosri hadeesain jo hain bilkul saaf clear yeh baat batati</w:t>
      </w:r>
      <w:r>
        <w:br/>
      </w:r>
      <w:r>
        <w:rPr>
          <w:sz w:val="20"/>
        </w:rPr>
        <w:t>45:58  hain kay zalim hukumraan ki itaat karni hai, un say har giz takrao nahi karna hai. aur bohat ziyada sahih muslim mein to poora chapter hai kay kitab al fitan naam say, us mein yeh bohat sari hadeesain hain kay kitnay bhi hukumraan mein bigaar aa jaye kyunkay har cheez jo hai islam mein result oriented hai.</w:t>
      </w:r>
      <w:r>
        <w:br/>
      </w:r>
      <w:r>
        <w:rPr>
          <w:sz w:val="20"/>
        </w:rPr>
        <w:t>46:20  ab hum hukumraan kay khilaf jihad karain gay, jang karain gay to aur ziyada burai aye gi</w:t>
      </w:r>
      <w:r>
        <w:br/>
      </w:r>
      <w:r>
        <w:rPr>
          <w:sz w:val="20"/>
        </w:rPr>
        <w:t>46:25  y. hukumraan jo hai aasani say koi apna takht o taaj chhod kar chala to jaye ga nahi. us kay pas ziyada saaz o saman hota hai, woh ziyada aah ziyada jo hai destruction karay ga.</w:t>
      </w:r>
      <w:r>
        <w:br/>
      </w:r>
      <w:r>
        <w:rPr>
          <w:sz w:val="20"/>
        </w:rPr>
        <w:t>46:38  hamaray pas to itna saman bhi nahi hota. to yeh log jo hain yeh baaton ko nahi samjhtay, bas aik dam jang kay liye uth kharay hotay hain. aur us say nataija kuch bhi nahi milta.</w:t>
      </w:r>
      <w:r>
        <w:br/>
      </w:r>
      <w:r>
        <w:rPr>
          <w:sz w:val="20"/>
        </w:rPr>
        <w:t>46:51  to yeh sari cheezain jo hain humain parhni chahiye kay hadeesoon hadees mein kya aya hai? hakim ki baatein suno, us ki itaat karo to us ka matlab kya hai?</w:t>
      </w:r>
      <w:r>
        <w:br/>
      </w:r>
      <w:r>
        <w:rPr>
          <w:sz w:val="20"/>
        </w:rPr>
        <w:t>47:02  to us ka matlab wahi hai kay humain har haal mein peace ko qaim rakhna hai. to yahan tak kaha gaya hai kay agar tum ko bas namaz roza karnay day raha hai aur namaz roza agar na bhi karnay day raha hai to tum us kay khilaf jihad nahi karo, balkay woh jagah chhod kar doosri jagah chalay jao.</w:t>
      </w:r>
      <w:r>
        <w:br/>
      </w:r>
      <w:r>
        <w:rPr>
          <w:sz w:val="20"/>
        </w:rPr>
        <w:t>47:21  to is tarah say har halat mein us kay sath aah jihad nahi karna hai. jihad biman qital nahi karna hai.</w:t>
      </w:r>
      <w:r>
        <w:br/>
      </w:r>
      <w:r>
        <w:rPr>
          <w:sz w:val="20"/>
        </w:rPr>
        <w:t>47:31  to yeh farq nahi mantay samjhtay log kay aik hota hai qoli naseehat aur aik hota hai amli takrao. to jo kaha gaya hai woh qoli naseehat kaha gaya hai.</w:t>
      </w:r>
      <w:r>
        <w:br/>
      </w:r>
      <w:r>
        <w:rPr>
          <w:sz w:val="20"/>
        </w:rPr>
        <w:t>47:43  aur qoli naseehat jo hai woh sirf hukumraan thori.</w:t>
      </w:r>
      <w:r>
        <w:br/>
      </w:r>
      <w:r>
        <w:rPr>
          <w:sz w:val="20"/>
        </w:rPr>
        <w:t>47:46  kisi kay andar bhi aap koi galat kaam kartay dain to aap us ko bohat hi hamdardi say, bohat hi shafqat say aur well wishing kay andaaz mein aap us ko batain kay yeh kaam woh galat kar raha hai aur us kay haq mein dua karain.</w:t>
      </w:r>
      <w:r>
        <w:br/>
      </w:r>
      <w:r>
        <w:rPr>
          <w:sz w:val="20"/>
        </w:rPr>
        <w:t>48:00  aur baqayda kaha gaya hai kay tanhai mein us say mulaqat karain hukumraan say kyunkay agar sab kay samnay aap us ko bol dain gay to us ko to ego bhark jaye ga aur woh baat baat hum sunay ga hi nahi aah positively balkay aur ghussa ho jaye</w:t>
      </w:r>
      <w:r>
        <w:br/>
      </w:r>
      <w:r>
        <w:rPr>
          <w:sz w:val="20"/>
        </w:rPr>
        <w:t>48:19  ga. to us ka koi nataija nahi niklay ga. to isi tareeqay say humain aah yeh bohat ziyada is baat ka dhiyan rakhna hai.</w:t>
      </w:r>
      <w:r>
        <w:br/>
      </w:r>
      <w:r>
        <w:rPr>
          <w:sz w:val="20"/>
        </w:rPr>
        <w:t>48:29  khali hukumraani balkay kisi kay sath bhi inhi usoolon ko follow karna hai.</w:t>
      </w:r>
      <w:r>
        <w:br/>
      </w:r>
      <w:r>
        <w:rPr>
          <w:sz w:val="20"/>
        </w:rPr>
        <w:t>48:35  abdullah ibn abbas ne farmaya ke agar tum ko kisi hukmran se yeh baat karni hai is tarah ki to tum ko chahiye ke tanhai mein karo, koi tumhare aur us ke darmiyan na ho.</w:t>
      </w:r>
      <w:r>
        <w:br/>
      </w:r>
      <w:r>
        <w:rPr>
          <w:sz w:val="20"/>
        </w:rPr>
        <w:t>48:51  to hamein chahiye ke tum jo hadithain hain un ko un ke siyaq o sabak mein, un ke context mein dekhein. Out of context nahi dekhein.</w:t>
      </w:r>
      <w:r>
        <w:br/>
      </w:r>
      <w:r>
        <w:rPr>
          <w:sz w:val="20"/>
        </w:rPr>
        <w:t>49:00  kyunke ek hadith len ge, us ko generalize karein ge to us ka mani kuch ka kuch nikal aye ga jabke doosri hadithain is ke khilaf hain. To bohat ziyada gehri nazar chahiye, tabhi hadithon ko hum samajh sakte hain.</w:t>
      </w:r>
    </w:p>
    <w:p>
      <w:pPr>
        <w:pStyle w:val="Heading2"/>
      </w:pPr>
      <w:r>
        <w:t>Arab Spring proves: stability beats chaotic idealism</w:t>
      </w:r>
    </w:p>
    <w:p>
      <w:r>
        <w:rPr>
          <w:color w:val="666666"/>
          <w:sz w:val="18"/>
        </w:rPr>
        <w:t>The Importance of Team Work February 5, 2012 · 3m 43s · at 10:27 · https://youtu.be/qBbwznqIqVw?t=627</w:t>
      </w:r>
    </w:p>
    <w:p>
      <w:r>
        <w:rPr>
          <w:i/>
        </w:rPr>
        <w:t>“Mazlim jo mumalik hain, har mulk mein siyasat chal rahi hai hukmaranon ke khilaf”</w:t>
      </w:r>
    </w:p>
    <w:p>
      <w:r>
        <w:rPr>
          <w:sz w:val="20"/>
        </w:rPr>
        <w:t>10:27  kyunke jo bhi hukumat hai woh bil farz woh is mein bigaad hai, tab bhi stability stability to qaim hai.</w:t>
      </w:r>
      <w:r>
        <w:br/>
      </w:r>
      <w:r>
        <w:rPr>
          <w:sz w:val="20"/>
        </w:rPr>
        <w:t>10:36  political istahkam to qaim hai.</w:t>
      </w:r>
      <w:r>
        <w:br/>
      </w:r>
      <w:r>
        <w:rPr>
          <w:sz w:val="20"/>
        </w:rPr>
        <w:t>10:41  aap jin mulkon mein hangame kiye gaye, arab countries mein, jahan jahan bazahir logon ko kamyabi hasil hui.</w:t>
      </w:r>
      <w:r>
        <w:br/>
      </w:r>
      <w:r>
        <w:rPr>
          <w:sz w:val="20"/>
        </w:rPr>
        <w:t>10:50  to ab kya hai? yani pehle jo hukumat thi to ab kya hai? pehle bazahir wahan par amriat thi, ab kya hai?</w:t>
      </w:r>
      <w:r>
        <w:br/>
      </w:r>
      <w:r>
        <w:rPr>
          <w:sz w:val="20"/>
        </w:rPr>
        <w:t>11:02  fasaad hai.</w:t>
      </w:r>
      <w:r>
        <w:br/>
      </w:r>
      <w:r>
        <w:rPr>
          <w:sz w:val="20"/>
        </w:rPr>
        <w:t>11:04  aapas ki ladai hai.</w:t>
      </w:r>
      <w:r>
        <w:br/>
      </w:r>
      <w:r>
        <w:rPr>
          <w:sz w:val="20"/>
        </w:rPr>
        <w:t>11:08  khoon kharaba dobara jari hai har jagah. to kam az kam pehle stability to thi, istahkam to tha. hukmaran jaisa bhi ho, lekin istahkam to tha.</w:t>
      </w:r>
      <w:r>
        <w:br/>
      </w:r>
      <w:r>
        <w:rPr>
          <w:sz w:val="20"/>
        </w:rPr>
        <w:t>11:24  to istahkam jo hai hamare liye kya hai? lesser evil. to in hadithon ka matlab yeh hai ke zindagi mein aksar aisa hota hai ke option jo hai</w:t>
      </w:r>
      <w:r>
        <w:br/>
      </w:r>
      <w:r>
        <w:rPr>
          <w:sz w:val="20"/>
        </w:rPr>
        <w:t>11:41  right aur wrong ke darmiyan nahi hota. option jo hai woh hota hai lesser evil aur greater evil ke beech mein.</w:t>
      </w:r>
      <w:r>
        <w:br/>
      </w:r>
      <w:r>
        <w:rPr>
          <w:sz w:val="20"/>
        </w:rPr>
        <w:t>11:54  yeh kitni badi wisdom hai. aur yeh uswa e rasool hai.</w:t>
      </w:r>
      <w:r>
        <w:br/>
      </w:r>
      <w:r>
        <w:rPr>
          <w:sz w:val="20"/>
        </w:rPr>
        <w:t>12:00  uswa e rasool yeh hai.</w:t>
      </w:r>
      <w:r>
        <w:br/>
      </w:r>
      <w:r>
        <w:rPr>
          <w:sz w:val="20"/>
        </w:rPr>
        <w:t>12:07  yani Allah rasool Allah sallallahu alaihi wasallam ke jo zindagi ke jo namune hain, jo aap ke qaul se ya amal se sabit hote hain, un mein se ek bahut bada uswa ya hikmat ya wisdom yeh hai</w:t>
      </w:r>
      <w:r>
        <w:br/>
      </w:r>
      <w:r>
        <w:rPr>
          <w:sz w:val="20"/>
        </w:rPr>
        <w:t>12:22  ke jab political maidan mein siyasat ke maamle mein tumhare liye ideal government ka option mumkin na ho to stable government ka option le lo.</w:t>
      </w:r>
      <w:r>
        <w:br/>
      </w:r>
      <w:r>
        <w:rPr>
          <w:sz w:val="20"/>
        </w:rPr>
        <w:t>12:38  to kiya hog</w:t>
      </w:r>
      <w:r>
        <w:br/>
      </w:r>
      <w:r>
        <w:rPr>
          <w:sz w:val="20"/>
        </w:rPr>
        <w:t>12:39  a? kam az kam yeh hoga ke deeni sargharmiyan jaari rahen gi. madaris chalen ge, masjidें chalen gi, taleem gahen chalen gi, dawatullah ka kaam hoga.</w:t>
      </w:r>
      <w:r>
        <w:br/>
      </w:r>
      <w:r>
        <w:rPr>
          <w:sz w:val="20"/>
        </w:rPr>
        <w:t>12:56  yani sari, yani adr deen politics sari sargharmiyan jaari rahen gi. ke jab bigad hoga woh to sirf political maidan mein hoga.</w:t>
      </w:r>
      <w:r>
        <w:br/>
      </w:r>
      <w:r>
        <w:rPr>
          <w:sz w:val="20"/>
        </w:rPr>
        <w:t>13:08  baqi to hazaron maidan doosre bhi hain.</w:t>
      </w:r>
      <w:r>
        <w:br/>
      </w:r>
      <w:r>
        <w:rPr>
          <w:sz w:val="20"/>
        </w:rPr>
        <w:t>13:14  to adr deen politics sari sargharmiyan taawri andaaz mein jaari rahen gi. yeh hai is ki wisdom.</w:t>
      </w:r>
      <w:r>
        <w:br/>
      </w:r>
      <w:r>
        <w:rPr>
          <w:sz w:val="20"/>
        </w:rPr>
        <w:t>13:26  to rasool Allah ke naam par hazaron kitaben likhi gayi hain.</w:t>
      </w:r>
      <w:r>
        <w:br/>
      </w:r>
      <w:r>
        <w:rPr>
          <w:sz w:val="20"/>
        </w:rPr>
        <w:t>13:32  har saal 12 rabi ul awal ko beshumar jalsay kiye jatay hain, jashan manaye jatay hain. lekin yeh jo itna bara nuqta hai, itni bari wisdom jo rasool Allah ne batai, woh mein ne na kahin pahad ne suna, khud mujh ko discover karna pada.</w:t>
      </w:r>
      <w:r>
        <w:br/>
      </w:r>
      <w:r>
        <w:rPr>
          <w:sz w:val="20"/>
        </w:rPr>
        <w:t>13:56  to yeh hai haal hamari qaum ka.</w:t>
      </w:r>
      <w:r>
        <w:br/>
      </w:r>
      <w:r>
        <w:rPr>
          <w:sz w:val="20"/>
        </w:rPr>
        <w:t>14:01  ab mein is mozu par aata hoon jo mein ne arz kiya ke team ki ahmiyat. team kiya hai?</w:t>
      </w:r>
    </w:p>
    <w:p>
      <w:pPr>
        <w:pStyle w:val="Heading2"/>
      </w:pPr>
      <w:r>
        <w:t>Prophet's Mecca strategy third option</w:t>
      </w:r>
    </w:p>
    <w:p>
      <w:r>
        <w:rPr>
          <w:color w:val="666666"/>
          <w:sz w:val="18"/>
        </w:rPr>
        <w:t>Dichotomous Thinking: A serious Intellectual Problem, August 12, 2007 · 5m 03s · at 37:39 · https://youtu.be/LvgspzJxu6w?t=2259</w:t>
      </w:r>
    </w:p>
    <w:p>
      <w:r>
        <w:rPr>
          <w:i/>
        </w:rPr>
        <w:t>“Prophet Muhammad did not break the idols in Mecca.”</w:t>
      </w:r>
    </w:p>
    <w:p>
      <w:r>
        <w:rPr>
          <w:sz w:val="20"/>
        </w:rPr>
        <w:t>37:39  misal ke tor par dekhein. rasool allah aap jante hain ke 610 ad mein aap ko prophet banaya gaya. yani 7th century ke first quarter mein. us waqt wahan par kya tha? shirk tha har taraf shirk tha. yahan tak ke kaba jo banaya tha hazrat ibrahim ne toheed ke ghar ke tor par toheed khuda ki ibadat ke tor par wahan par hazrat masih hazrat baad ke zamanay mein jab doosre log us ke mut</w:t>
      </w:r>
      <w:r>
        <w:br/>
      </w:r>
      <w:r>
        <w:rPr>
          <w:sz w:val="20"/>
        </w:rPr>
        <w:t>38:09  wali ban gaye to unhon ne kaaba ke andar three hundred sixty idol rakh diye.</w:t>
      </w:r>
      <w:r>
        <w:br/>
      </w:r>
      <w:r>
        <w:rPr>
          <w:sz w:val="20"/>
        </w:rPr>
        <w:t>38:14  teen so saath but.</w:t>
      </w:r>
      <w:r>
        <w:br/>
      </w:r>
      <w:r>
        <w:rPr>
          <w:sz w:val="20"/>
        </w:rPr>
        <w:t>38:20  yaani ek Khuda ke liye jo ghar banaya gaya tha ek Khuda ki prestige ke liye is mein</w:t>
      </w:r>
      <w:r>
        <w:br/>
      </w:r>
      <w:r>
        <w:rPr>
          <w:sz w:val="20"/>
        </w:rPr>
        <w:t>38:25  teen so saath bulton ki prestige hone lagi.</w:t>
      </w:r>
      <w:r>
        <w:br/>
      </w:r>
      <w:r>
        <w:rPr>
          <w:sz w:val="20"/>
        </w:rPr>
        <w:t>38:30  اب میں سمجھتا ہوں کہ رسول اللہ کے لیے beside was horrible.</w:t>
      </w:r>
      <w:r>
        <w:br/>
      </w:r>
      <w:r>
        <w:rPr>
          <w:sz w:val="20"/>
        </w:rPr>
        <w:t>38:35  یعنی یہ دیکھنا کہ کعبہ میں اتنے بت ہیں تو beside was horrible.</w:t>
      </w:r>
      <w:r>
        <w:br/>
      </w:r>
      <w:r>
        <w:rPr>
          <w:sz w:val="20"/>
        </w:rPr>
        <w:t>38:41  lekin aap ne dekha is ko.</w:t>
      </w:r>
      <w:r>
        <w:br/>
      </w:r>
      <w:r>
        <w:rPr>
          <w:sz w:val="20"/>
        </w:rPr>
        <w:t>38:46  aap ne terah saal makkah mein rahe kabhi aap ne aisa nahin kiya ke bulton ko torein bulton</w:t>
      </w:r>
      <w:r>
        <w:br/>
      </w:r>
      <w:r>
        <w:rPr>
          <w:sz w:val="20"/>
        </w:rPr>
        <w:t>38:51  ko yahan se aap phenkein.</w:t>
      </w:r>
      <w:r>
        <w:br/>
      </w:r>
      <w:r>
        <w:rPr>
          <w:sz w:val="20"/>
        </w:rPr>
        <w:t>38:56  Dichotomic thinking toh yahi kehti thi ke but hain toh react karo react karo todo usko phenko.</w:t>
      </w:r>
      <w:r>
        <w:br/>
      </w:r>
      <w:r>
        <w:rPr>
          <w:sz w:val="20"/>
        </w:rPr>
        <w:t>39:01  yaani but ka presence jo tha us ke reaction kya tha ke hum bulton ke presence ko khatam karein.</w:t>
      </w:r>
      <w:r>
        <w:br/>
      </w:r>
      <w:r>
        <w:rPr>
          <w:sz w:val="20"/>
        </w:rPr>
        <w:t>39:06  yeh tha dichotomy yeh tha diacotomy thinking</w:t>
      </w:r>
      <w:r>
        <w:br/>
      </w:r>
      <w:r>
        <w:rPr>
          <w:sz w:val="20"/>
        </w:rPr>
        <w:t>39:11  aap ne kya socha ek third option nikala aap ne ke bulton ke rehne ki wajah se wahan</w:t>
      </w:r>
      <w:r>
        <w:br/>
      </w:r>
      <w:r>
        <w:rPr>
          <w:sz w:val="20"/>
        </w:rPr>
        <w:t>39:15  par yeh tha ke assembly hoti thi.</w:t>
      </w:r>
      <w:r>
        <w:br/>
      </w:r>
      <w:r>
        <w:rPr>
          <w:sz w:val="20"/>
        </w:rPr>
        <w:t>39:18  gathering hoti thi.</w:t>
      </w:r>
      <w:r>
        <w:br/>
      </w:r>
      <w:r>
        <w:rPr>
          <w:sz w:val="20"/>
        </w:rPr>
        <w:t>39:22  yeh saare log aate the apne bulton ke jaise aaj India mein kaha jata hai darshan ke liye.</w:t>
      </w:r>
      <w:r>
        <w:br/>
      </w:r>
      <w:r>
        <w:rPr>
          <w:sz w:val="20"/>
        </w:rPr>
        <w:t>39:26  aur is ko nazr niaz ke liye.</w:t>
      </w:r>
      <w:r>
        <w:br/>
      </w:r>
      <w:r>
        <w:rPr>
          <w:sz w:val="20"/>
        </w:rPr>
        <w:t>39:30  to is ka matlab kya tha? natural way mein wahan par aap ko ek audience mil raha tha.</w:t>
      </w:r>
      <w:r>
        <w:br/>
      </w:r>
      <w:r>
        <w:rPr>
          <w:sz w:val="20"/>
        </w:rPr>
        <w:t>39:33  natural way mein.</w:t>
      </w:r>
      <w:r>
        <w:br/>
      </w:r>
      <w:r>
        <w:rPr>
          <w:sz w:val="20"/>
        </w:rPr>
        <w:t>39:37  hum aap agar koi jalsa karein kahin</w:t>
      </w:r>
      <w:r>
        <w:br/>
      </w:r>
      <w:r>
        <w:rPr>
          <w:sz w:val="20"/>
        </w:rPr>
        <w:t>39:41  bahut koshish karein ge to wahan kuch log ikattha honge.</w:t>
      </w:r>
      <w:r>
        <w:br/>
      </w:r>
      <w:r>
        <w:rPr>
          <w:sz w:val="20"/>
        </w:rPr>
        <w:t>39:45  lekin wahan par jo tha natural way mein ek assembly hoti thi ek meeting hoti thi ek gathering hoti thi.</w:t>
      </w:r>
      <w:r>
        <w:br/>
      </w:r>
      <w:r>
        <w:rPr>
          <w:sz w:val="20"/>
        </w:rPr>
        <w:t>39:50  is tarah aap ko apne aap ek audience mil raha tha.</w:t>
      </w:r>
      <w:r>
        <w:br/>
      </w:r>
      <w:r>
        <w:rPr>
          <w:sz w:val="20"/>
        </w:rPr>
        <w:t>39:54  to aap diacotomy thinking nahin pade.</w:t>
      </w:r>
      <w:r>
        <w:br/>
      </w:r>
      <w:r>
        <w:rPr>
          <w:sz w:val="20"/>
        </w:rPr>
        <w:t>39:58  balkeh ek third option liya aap ne.</w:t>
      </w:r>
      <w:r>
        <w:br/>
      </w:r>
      <w:r>
        <w:rPr>
          <w:sz w:val="20"/>
        </w:rPr>
        <w:t>40:02  ke is ko ignore karo aur is audience ko address karo.</w:t>
      </w:r>
      <w:r>
        <w:br/>
      </w:r>
      <w:r>
        <w:rPr>
          <w:sz w:val="20"/>
        </w:rPr>
        <w:t>40:07  jo aaj aap di</w:t>
      </w:r>
      <w:r>
        <w:br/>
      </w:r>
      <w:r>
        <w:rPr>
          <w:sz w:val="20"/>
        </w:rPr>
        <w:t>40:11  li jatay thay wahan dili wahan logon ko quran sunatay thay.</w:t>
      </w:r>
      <w:r>
        <w:br/>
      </w:r>
      <w:r>
        <w:rPr>
          <w:sz w:val="20"/>
        </w:rPr>
        <w:t>40:15  aur is policy ki nateeja kya hua? ke wahan ke achay jo mind thay jitnay makkah ke sab</w:t>
      </w:r>
      <w:r>
        <w:br/>
      </w:r>
      <w:r>
        <w:rPr>
          <w:sz w:val="20"/>
        </w:rPr>
        <w:t>40:20  aap ke fold mein agaye.</w:t>
      </w:r>
      <w:r>
        <w:br/>
      </w:r>
      <w:r>
        <w:rPr>
          <w:sz w:val="20"/>
        </w:rPr>
        <w:t>40:24  sab aap ke fold mein agaye.</w:t>
      </w:r>
      <w:r>
        <w:br/>
      </w:r>
      <w:r>
        <w:rPr>
          <w:sz w:val="20"/>
        </w:rPr>
        <w:t>40:28  yahan tak ke aakhri zamanay mein yani hazrat khalid jo thay baray dushman thay bohat zabardast baad ko</w:t>
      </w:r>
      <w:r>
        <w:br/>
      </w:r>
      <w:r>
        <w:rPr>
          <w:sz w:val="20"/>
        </w:rPr>
        <w:t>40:33  woh bhi agaye aap ke sath.</w:t>
      </w:r>
      <w:r>
        <w:br/>
      </w:r>
      <w:r>
        <w:rPr>
          <w:sz w:val="20"/>
        </w:rPr>
        <w:t>40:37  to aakhri zamanay mein jab woh ja rahay thay aap se</w:t>
      </w:r>
      <w:r>
        <w:br/>
      </w:r>
      <w:r>
        <w:rPr>
          <w:sz w:val="20"/>
        </w:rPr>
        <w:t>40:41  baiat karnay ke liye to aik shakhs ne poocha ke aap kahan ja rahay hain? to unhon ne</w:t>
      </w:r>
      <w:r>
        <w:br/>
      </w:r>
      <w:r>
        <w:rPr>
          <w:sz w:val="20"/>
        </w:rPr>
        <w:t>40:45  kaha ke mein muhammad ke pas ja raha hoon.</w:t>
      </w:r>
      <w:r>
        <w:br/>
      </w:r>
      <w:r>
        <w:rPr>
          <w:sz w:val="20"/>
        </w:rPr>
        <w:t>40:49  us waqt jo dialogue hua tha woh dialogue kitabon mein parh saktay hain aap.</w:t>
      </w:r>
      <w:r>
        <w:br/>
      </w:r>
      <w:r>
        <w:rPr>
          <w:sz w:val="20"/>
        </w:rPr>
        <w:t>40:53  to hazrat khalid ne kaha tha jo bohat hi general thay is zamanay ke top ke general thay</w:t>
      </w:r>
      <w:r>
        <w:br/>
      </w:r>
      <w:r>
        <w:rPr>
          <w:sz w:val="20"/>
        </w:rPr>
        <w:t>40:57  woh army general.</w:t>
      </w:r>
      <w:r>
        <w:br/>
      </w:r>
      <w:r>
        <w:rPr>
          <w:sz w:val="20"/>
        </w:rPr>
        <w:t>41:01  unhon ne kaha ke dakhalna fi islam film yaka ahad bi ta'man.</w:t>
      </w:r>
      <w:r>
        <w:br/>
      </w:r>
      <w:r>
        <w:rPr>
          <w:sz w:val="20"/>
        </w:rPr>
        <w:t>41:05  ہماری سوسائٹی کے جو people of taste تھے وہ سب چلے گئے یہاں سے۔</w:t>
      </w:r>
      <w:r>
        <w:br/>
      </w:r>
      <w:r>
        <w:rPr>
          <w:sz w:val="20"/>
        </w:rPr>
        <w:t>41:09  جس کو عربی میں کہتے ہیں man of taste</w:t>
      </w:r>
      <w:r>
        <w:br/>
      </w:r>
      <w:r>
        <w:rPr>
          <w:sz w:val="20"/>
        </w:rPr>
        <w:t>41:12  ۔ us ko urdu mein kehte hain sahib zaoq. english mein aap kehte hain man of taste. to jo bhi man of taste tha hamari society mein woh to chala gaya islam mein. ab kya hai aap to chhilka hain. to saare jo wahan par jo jo wahan par jo behtareen log thay woh sab aap ne chhaant liye un se. yeh tha aap ka yani agar aap dichotomy mein parhte dichot</w:t>
      </w:r>
      <w:r>
        <w:br/>
      </w:r>
      <w:r>
        <w:rPr>
          <w:sz w:val="20"/>
        </w:rPr>
        <w:t>41:42  omic thinking ke tehat aap apni planning karte to aap pehla kaam bhi karte buton ko todo. lekin aap ne aisa nahi kiya. aap ne aik third line nikali. third line yahi thi ke is audience ko avail karo. aur audience ko avail karne ki nateeja kya hua ke ke makkah ki society aap jante hain makkah jo tha us zamanay mein wohi wahan ka sab se bara city hua karta tha. saare achhe log</w:t>
      </w:r>
      <w:r>
        <w:br/>
      </w:r>
      <w:r>
        <w:rPr>
          <w:sz w:val="20"/>
        </w:rPr>
        <w:t>42:12  wohin hua karte thay. kyunke leadership wahin thi. arab ki leadership jo thi woh makkah mein thi. quraish jo thay woh makkah ke leader thay. to khalid ne yeh keh kar ke is ko ya is ko aitraf kiya is ko acknowledge kiya ke dakhulna fil islam film yak ahad bihi ta'am. apna jo samajh tha apni jo society thi apna jo makkah ka jo log thay is mein saare ach</w:t>
      </w:r>
    </w:p>
    <w:p>
      <w:pPr>
        <w:pStyle w:val="Heading2"/>
      </w:pPr>
      <w:r>
        <w:t>Hajj: the Islamic pilgrimage of unity</w:t>
      </w:r>
    </w:p>
    <w:p>
      <w:r>
        <w:rPr>
          <w:color w:val="666666"/>
          <w:sz w:val="18"/>
        </w:rPr>
        <w:t>Al-RISALA OCT, 2017 · 5m 46s · at 0:11 · https://youtu.be/miVEmmbCoWA?t=11</w:t>
      </w:r>
    </w:p>
    <w:p>
      <w:r>
        <w:rPr>
          <w:i/>
        </w:rPr>
        <w:t>“حج کی اجتماعی اہمیت۔ حج اسلام کی ایک نہایت اہم سالانہ عبادت ہے”</w:t>
      </w:r>
    </w:p>
    <w:p>
      <w:r>
        <w:rPr>
          <w:sz w:val="20"/>
        </w:rPr>
        <w:t>0:11  hajj ki ijtamai ahmiyat. hajj islam ki ek nihayat aham salana ibadat hai, woh qamri calendar ke aakhri mah, zilhajj mein ada kiya jata hai.</w:t>
      </w:r>
      <w:r>
        <w:br/>
      </w:r>
      <w:r>
        <w:rPr>
          <w:sz w:val="20"/>
        </w:rPr>
        <w:t>0:25  hajj ki ibadat ke rasoom baitullah mein ya is ke aas pas ke maqamat par ada kiye jate hain, jo arab mein waqe hai.</w:t>
      </w:r>
      <w:r>
        <w:br/>
      </w:r>
      <w:r>
        <w:rPr>
          <w:sz w:val="20"/>
        </w:rPr>
        <w:t>0:34  is ibadat ko tamam ibadat ka jamia kaha jata hai, chunache is mein har qism ke ibadati pehlu paye jate hain.</w:t>
      </w:r>
      <w:r>
        <w:br/>
      </w:r>
      <w:r>
        <w:rPr>
          <w:sz w:val="20"/>
        </w:rPr>
        <w:t>0:45  inhi mein se ek ijtamai pehlu bhi hai. hajj ki ibadat mein ijtimaiyat ka pehlu bohat numayan tor par maujood hai.</w:t>
      </w:r>
      <w:r>
        <w:br/>
      </w:r>
      <w:r>
        <w:rPr>
          <w:sz w:val="20"/>
        </w:rPr>
        <w:t>0:54  encyclopedia britannica mein hajj ki tafseel detay hue yeh jumla likha gaya hai: "About 2 million persons perform</w:t>
      </w:r>
      <w:r>
        <w:br/>
      </w:r>
      <w:r>
        <w:rPr>
          <w:sz w:val="20"/>
        </w:rPr>
        <w:t>1:04  the Hajj each year, and the Rite serves as a unifying force in Islam by bringing followers of</w:t>
      </w:r>
      <w:r>
        <w:br/>
      </w:r>
      <w:r>
        <w:rPr>
          <w:sz w:val="20"/>
        </w:rPr>
        <w:t>1:12  diverse backgrounds together in religious celebration."</w:t>
      </w:r>
      <w:r>
        <w:br/>
      </w:r>
      <w:r>
        <w:rPr>
          <w:sz w:val="20"/>
        </w:rPr>
        <w:t>1:16  taqreeban 2 million aadmi har saal hajj karte hain, aur yeh ibadat mukhtalif mulkon ke musalmanon ko aik</w:t>
      </w:r>
      <w:r>
        <w:br/>
      </w:r>
      <w:r>
        <w:rPr>
          <w:sz w:val="20"/>
        </w:rPr>
        <w:t>1:24  mazhabi taqreeb mein yakja kar ke islam mein itihadi taqat ka kaam karti hai.</w:t>
      </w:r>
      <w:r>
        <w:br/>
      </w:r>
      <w:r>
        <w:rPr>
          <w:sz w:val="20"/>
        </w:rPr>
        <w:t>1:31  quran mein hajj ka hukum dete hue yeh alfaaz aaye hain: "wa iz ja alna al baita masabatan lil nas wa amnan" yani Khuda ne baitullah ko logon ke liye masaba banaya aur is ko aman ki jagah banaya.</w:t>
      </w:r>
      <w:r>
        <w:br/>
      </w:r>
      <w:r>
        <w:rPr>
          <w:sz w:val="20"/>
        </w:rPr>
        <w:t>1:50  masaba ke mani arabi zaban mein taqreeban wohi hain jis ko aaj kal ki zaban mein markaz kaha jata hai, yani woh jagah jahan log jama hon, jis ki taraf sab log rujoo karen, jo sab ka mushtarik marja aur shiraza ho.</w:t>
      </w:r>
      <w:r>
        <w:br/>
      </w:r>
      <w:r>
        <w:rPr>
          <w:sz w:val="20"/>
        </w:rPr>
        <w:t>2:09  hajj ki ibadat ke liye sari dunya ke musalman aate hain, un ki tadad salana taqreeban 2 million ho jati hai.</w:t>
      </w:r>
      <w:r>
        <w:br/>
      </w:r>
      <w:r>
        <w:rPr>
          <w:sz w:val="20"/>
        </w:rPr>
        <w:t>2:20  hajj ke mousam mein makkah aur is ke aas pas har taraf aadmi hi aadmi dikhai dene lagte hain. yeh log mukhtalif zabanen bolte hain, un ke haliye alag alag hote hain, magar yahan aanay ke baad sab ki soch ek ho jati hai, sab ek Allah ki ibadat karte hain.</w:t>
      </w:r>
      <w:r>
        <w:br/>
      </w:r>
      <w:r>
        <w:rPr>
          <w:sz w:val="20"/>
        </w:rPr>
        <w:t>2:42  hajj ke douran woh un ki tamam tawajjah ka markaz bana rehta hai. is tarah hajj ek aisi ibadat ban jata hai jo apne tamam aamal aur taqreebat ke sath insan ko ijtimaiyat aur markaziyat ka sabak de raha hai.</w:t>
      </w:r>
      <w:r>
        <w:br/>
      </w:r>
      <w:r>
        <w:rPr>
          <w:sz w:val="20"/>
        </w:rPr>
        <w:t>3:01  hajj ki tareekh hazrat ibrahim alaihissalam aur hazrat ismail alaihissalam ki zindagi se wabasta hai. yeh dono hastiyan woh hain jin ko na sirf musalman Khuda ka paighambar mante hain balke doosre bade mazahib ke log bhi in ko azeem paighambar tasleem karte hain.</w:t>
      </w:r>
      <w:r>
        <w:br/>
      </w:r>
      <w:r>
        <w:rPr>
          <w:sz w:val="20"/>
        </w:rPr>
        <w:t>3:21  is tarah haj ke amal ko tarikhi tor par taqaddus aur azmat ka woh darja mil gaya hai jo dunya mein kisi doosre amal ko hasil nahin.</w:t>
      </w:r>
      <w:r>
        <w:br/>
      </w:r>
      <w:r>
        <w:rPr>
          <w:sz w:val="20"/>
        </w:rPr>
        <w:t>3:32  hazrat ibrahim qadeem iraq mein paida hue, hazrat ismail un ke sahibzade the. is waqt iraq ek shandar tamaddun ka mulk tha.</w:t>
      </w:r>
      <w:r>
        <w:br/>
      </w:r>
      <w:r>
        <w:rPr>
          <w:sz w:val="20"/>
        </w:rPr>
        <w:t>3:44  aazar hazrat ibrahim alaihissalam ke walid aur hazrat ismail ke dada the. in ko iraq ke sarkari nizam mein aala ohdedar ki hesiyat hasil thi.</w:t>
      </w:r>
      <w:r>
        <w:br/>
      </w:r>
      <w:r>
        <w:rPr>
          <w:sz w:val="20"/>
        </w:rPr>
        <w:t>3:56  hazrat ibrahim aur hazrat ismail ke liye iraq mein shandar taraqqi ke aala mawaqe khule hue the, magar iraq ke mushrikana nizam se woh muafqat na kar sake.</w:t>
      </w:r>
      <w:r>
        <w:br/>
      </w:r>
      <w:r>
        <w:rPr>
          <w:sz w:val="20"/>
        </w:rPr>
        <w:t>4:09  ek khuda ki parastish ki khatir unhon ne is ilaqe ko chhod diya jo kai khudayon ki parastish ka markaz bana hua tha.</w:t>
      </w:r>
      <w:r>
        <w:br/>
      </w:r>
      <w:r>
        <w:rPr>
          <w:sz w:val="20"/>
        </w:rPr>
        <w:t>4:18  woh iraq ke sar sabz mulk ko chhod kar arab ke khushk sehra mein chale gaye, jahan ki sunsan dunya mein khaliq aur makhluq ke darmiyan koi aur cheez hail na thi.</w:t>
      </w:r>
      <w:r>
        <w:br/>
      </w:r>
      <w:r>
        <w:rPr>
          <w:sz w:val="20"/>
        </w:rPr>
        <w:t>4:32  yahan unhon ne ek khuda ke ghar ki taameer ki. hazrat ibrahim alaihissalam aur hazrat ismail ke is amal ko doosre lafzon mein is tarah bayan kiya ja sakta hai ke unhon ne kai khudayon ko apna marja banane ke bajaye ek khuda ko apna marja banaya, aur is maqsad ke liye baitullah yani kaaba ki taameer ki, jo khuda-e-wahid ki ibadat ka aalmi markaz hai.</w:t>
      </w:r>
      <w:r>
        <w:br/>
      </w:r>
      <w:r>
        <w:rPr>
          <w:sz w:val="20"/>
        </w:rPr>
        <w:t>5:02  yahi markaz tauheed haj ke marasim ki adaiyegi ka markaz bhi hai. haj ki ibadat mein jo marasim ada kiye jate hain, un ke baz pehluon ko dekhiye.</w:t>
      </w:r>
      <w:r>
        <w:br/>
      </w:r>
      <w:r>
        <w:rPr>
          <w:sz w:val="20"/>
        </w:rPr>
        <w:t>5:14  haj ke dauran haji sab se zyada jo kalma bolta hai woh yeh hai: "labaik allahumma labbaik, labbaik la sharika lak labbaik, innal hamda wan-ni'mata lak wal-mulka la sharika lak." hazir hoon khudaya, main hazir hoon, hazir hoon, tera koi sharik nahin, main hazir hoon.</w:t>
      </w:r>
      <w:r>
        <w:br/>
      </w:r>
      <w:r>
        <w:rPr>
          <w:sz w:val="20"/>
        </w:rPr>
        <w:t>5:39  tareef aur nemat tere hi liye hai, aur badshahi bhi, tera koi sharik nahin. haji ki zuban se bar bar yeh alfaaz kahalwa kar tamam logon ke andar yeh nafsiyat paida ki jati hai ke badai sirf ek allah ki hai.</w:t>
      </w:r>
    </w:p>
    <w:p>
      <w:pPr>
        <w:pStyle w:val="Heading2"/>
      </w:pPr>
      <w:r>
        <w:t>full story of the Prophet's truth-seeking at cave Hira</w:t>
      </w:r>
    </w:p>
    <w:p>
      <w:r>
        <w:rPr>
          <w:color w:val="666666"/>
          <w:sz w:val="18"/>
        </w:rPr>
        <w:t>Itikaf (Intellectual Seclusion) April 16, 2023 · 3m 45s · at 17:10 · https://youtu.be/Yci8zFmfCU4?t=1030</w:t>
      </w:r>
    </w:p>
    <w:p>
      <w:r>
        <w:rPr>
          <w:i/>
        </w:rPr>
        <w:t>“Nabuwat se pehle Rasulullah ghar-e-hira jaya karte the”</w:t>
      </w:r>
    </w:p>
    <w:p>
      <w:r>
        <w:rPr>
          <w:sz w:val="20"/>
        </w:rPr>
        <w:t>17:10  ab mein aap se sawal karunga, Allah ke rasool sallallahu alaihi wasallam ko jo nabuwwat mili thi, us se pehle woh ghar e hira jaya karte thay, yeh bhi ek qism ka ehtikaf tha, keh lijiye.</w:t>
      </w:r>
      <w:r>
        <w:br/>
      </w:r>
      <w:r>
        <w:rPr>
          <w:sz w:val="20"/>
        </w:rPr>
        <w:t>17:20  to is par kuch aap batayein hamein. asal mein bohat log kehte hain ke ghar e hira to rehbaniyat hai, lekin unko yeh samajhna chahiye ke ghar e hira mein jo aap jate thay, woh qabl az Islam jate thay.</w:t>
      </w:r>
      <w:r>
        <w:br/>
      </w:r>
      <w:r>
        <w:rPr>
          <w:sz w:val="20"/>
        </w:rPr>
        <w:t>17:35  to asal mein wahan Arab mein bohat sare log thay, hunafa kahe jatay thay, truth seeker. to woh log wahan par jo Hazrat Ibrahim alaihi salam ka deen tha, woh jo hai, log bhool chuke thay.</w:t>
      </w:r>
      <w:r>
        <w:br/>
      </w:r>
      <w:r>
        <w:rPr>
          <w:sz w:val="20"/>
        </w:rPr>
        <w:t>17:48  to ab log jo hain, jo sanjeeda log thay, woh janna chahte thay ke Khuda ka deen kiya hai. to aise log jo hain, bohat zyada talash mein rehte thay ke kahin se sacha deen mil jaye.</w:t>
      </w:r>
      <w:r>
        <w:br/>
      </w:r>
      <w:r>
        <w:rPr>
          <w:sz w:val="20"/>
        </w:rPr>
        <w:t>18:00  to yeh woh log thay jo jangalon pahadon mein chale jatay thay.</w:t>
      </w:r>
      <w:r>
        <w:br/>
      </w:r>
      <w:r>
        <w:rPr>
          <w:sz w:val="20"/>
        </w:rPr>
        <w:t>18:04  to wahan janglat to thay nahi, pahadon mein chale jatay thay. chuki wahan par pehle se yehudi aur isai rehte thay aur unke andar rehbaniyat thi, to bohat sare hermit, aap jab tareekh padhte hain to aapko dekhte hain, bohat sare hermits wahan par thay.</w:t>
      </w:r>
      <w:r>
        <w:br/>
      </w:r>
      <w:r>
        <w:rPr>
          <w:sz w:val="20"/>
        </w:rPr>
        <w:t>18:22  kai logon se aisa milaat bhi hui thi Rasool Allah sallallahu alaihi wasallam ki. to is tradition ke tehat aap bhi ghar e hira mein gaye aur wahan par aapne ghaur o fikr kiya</w:t>
      </w:r>
      <w:r>
        <w:br/>
      </w:r>
      <w:r>
        <w:rPr>
          <w:sz w:val="20"/>
        </w:rPr>
        <w:t>18:33  , wahan par meditation nahi kiya. sufi log to meditation karte hain, matlab kuch alfaaz hotay hain, usi ko bar bar bar bar padhte rehte hain, badi badi tasbeeh hoti hai, to woh meditation hota hai, alfaaz ka wird.</w:t>
      </w:r>
      <w:r>
        <w:br/>
      </w:r>
      <w:r>
        <w:rPr>
          <w:sz w:val="20"/>
        </w:rPr>
        <w:t>18:46  lekin aap contemplation karte thay, yani dunya ko kisne banaya, insan ki zindagi ka maqsad kiya hai, insan marne ke baad kahan jata hai, yeh sari cheezein aap contemplation mein rehte thay.</w:t>
      </w:r>
      <w:r>
        <w:br/>
      </w:r>
      <w:r>
        <w:rPr>
          <w:sz w:val="20"/>
        </w:rPr>
        <w:t>19:00  aur kai kai din wahan rehte thay, jab aapka khana pani ka, sat hota tha, pani khatam ho jata tha, phir ghar aate thay, phir woh le kar wapas chale jatay thay.</w:t>
      </w:r>
      <w:r>
        <w:br/>
      </w:r>
      <w:r>
        <w:rPr>
          <w:sz w:val="20"/>
        </w:rPr>
        <w:t>19:10  to isi ko Quran mein aaya hai ke "wa wajadaka zalan fahada" to humne tum ko talash e haq mein sar gardan paya, to humne tum ko hidayat di.</w:t>
      </w:r>
      <w:r>
        <w:br/>
      </w:r>
      <w:r>
        <w:rPr>
          <w:sz w:val="20"/>
        </w:rPr>
        <w:t>19:20  matlab yeh har insan ko chahiye ke insan sachai ki talash</w:t>
      </w:r>
      <w:r>
        <w:br/>
      </w:r>
      <w:r>
        <w:rPr>
          <w:sz w:val="20"/>
        </w:rPr>
        <w:t>19:25  kare, kyunke aam taur par jis mahol mein bhi woh rehta hai, woh conditioning ka case hi hota hai. to isko sachai ki talash karke sachai ko discover karna hai.</w:t>
      </w:r>
      <w:r>
        <w:br/>
      </w:r>
      <w:r>
        <w:rPr>
          <w:sz w:val="20"/>
        </w:rPr>
        <w:t>19:36  to yeh iske liye ek precedent hai ke Rasool Allah sallallahu alaihi wasallam sachai ke mutalashi thay. aur aap dekhiye ke jab wahan par Ramzan mein jab Quran ka nazool hua, uske baad ghaliban aap ghar e hira nahi gaye hain.</w:t>
      </w:r>
      <w:r>
        <w:br/>
      </w:r>
      <w:r>
        <w:rPr>
          <w:sz w:val="20"/>
        </w:rPr>
        <w:t>19:53  to iska matlab woh qabl az qabl az Islam ka waqia hai, kab baad az Islam ka waqia nahi hai. sahih hai.</w:t>
      </w:r>
      <w:r>
        <w:br/>
      </w:r>
      <w:r>
        <w:rPr>
          <w:sz w:val="20"/>
        </w:rPr>
        <w:t>20:03  ah, aap jahan tak maine seerat ki kitabon ko dekha to ismein ah yeh aata hai ke Allah ke Rasool sallallahu alaihi wasallam ko sab se pehle jo Hazrat Aisha ki hadees hai ke ache khwab aate thay aur woh bilkul sahih sabit hota tha.</w:t>
      </w:r>
      <w:r>
        <w:br/>
      </w:r>
      <w:r>
        <w:rPr>
          <w:sz w:val="20"/>
        </w:rPr>
        <w:t>20:18  iske baad aap ko kiya, khalwat nishini jisko kehte hain, yani distraction se door rehna, woh cheez aap ki aap ki adat banne lagi thi. aur aap jatay thay ghar e hira mein, jatay thay, kai kai raat rehte thay wahan par.</w:t>
      </w:r>
      <w:r>
        <w:br/>
      </w:r>
      <w:r>
        <w:rPr>
          <w:sz w:val="20"/>
        </w:rPr>
        <w:t>20:30  to aisa mein samajhta hoon ke aadmi jo sachai ki talash mein hota hai, jo aapne ayat bayan ki "wa wajadaka zalan fahada" sachai ki talash mein rehta hai, to uski tabiyat kahin lagti nahi hai.</w:t>
      </w:r>
      <w:r>
        <w:br/>
      </w:r>
      <w:r>
        <w:rPr>
          <w:sz w:val="20"/>
        </w:rPr>
        <w:t>20:40  isko aur doosri cheez chahiye hoti hai, distraction se woh door hona chahta hai. to isi buniyad par Allah ke Rasool sallallahu alaihi wasallam ne ah, Allah ke Rasool sallallahu alaihi wasallam ko ghaliban woh cheez hui hogi ke mujhe yeh cheez tabiyat nahi lagti, to hum ja kar wahan par baithte hain, shayad wahan par kuch milay.</w:t>
      </w:r>
    </w:p>
    <w:p>
      <w:pPr>
        <w:pStyle w:val="Heading2"/>
      </w:pPr>
      <w:r>
        <w:t>Quranic hikmah defined as ignoring and using opportunities</w:t>
      </w:r>
    </w:p>
    <w:p>
      <w:r>
        <w:rPr>
          <w:color w:val="666666"/>
          <w:sz w:val="18"/>
        </w:rPr>
        <w:t>Prophet’s Policy of Management of Conflict 28 Nov 2019 - Maulana Wahiduddin Khan · 5m 32s · at 17:38 · https://youtu.be/2NrsopasB2s?t=1058</w:t>
      </w:r>
    </w:p>
    <w:p>
      <w:r>
        <w:rPr>
          <w:i/>
        </w:rPr>
        <w:t>“Acha dekhiye Quran mein hai ke woh hadees woh aayat parhiye”</w:t>
      </w:r>
    </w:p>
    <w:p>
      <w:r>
        <w:rPr>
          <w:sz w:val="20"/>
        </w:rPr>
        <w:t>17:38  achha, dekhiye, quran mein hai ke woh hadees, woh ayat parhiye ke tum ko hikmat sikhata hai.</w:t>
      </w:r>
      <w:r>
        <w:br/>
      </w:r>
      <w:r>
        <w:rPr>
          <w:sz w:val="20"/>
        </w:rPr>
        <w:t>17:50  walladhi ba'atha fil ummiyeena rasoolan minhum yatlu alayhim ayatihi wa yuzakkihim wa yu'allimuhumul kitaba wal hikmah dekhiye, ab sawal yeh hai ke kitab to wazeh hai ke quran parh ke sunana hikmat ka cheez hai.</w:t>
      </w:r>
      <w:r>
        <w:br/>
      </w:r>
      <w:r>
        <w:rPr>
          <w:sz w:val="20"/>
        </w:rPr>
        <w:t>18:14  hikmat ka woh mein ne bohat si kitabon mein dhoonda, koi mila hi nahi. aksar log to samajhtay hain ke hikmat ma'ana hai masaleh fiqh.</w:t>
      </w:r>
      <w:r>
        <w:br/>
      </w:r>
      <w:r>
        <w:rPr>
          <w:sz w:val="20"/>
        </w:rPr>
        <w:t>18:30  to wohi mein keh raha hoon ke jab peghambar dawati kaam karte thay to woh aik hikmah asloob bhi karte thay.</w:t>
      </w:r>
      <w:r>
        <w:br/>
      </w:r>
      <w:r>
        <w:rPr>
          <w:sz w:val="20"/>
        </w:rPr>
        <w:t>18:40  hikmat se murad hai hikmah asloob. to yeh kisi ne talashi nahi kiya ke woh hikmah asloob kiya tha.</w:t>
      </w:r>
      <w:r>
        <w:br/>
      </w:r>
      <w:r>
        <w:rPr>
          <w:sz w:val="20"/>
        </w:rPr>
        <w:t>18:53  woh hikmah is liye yeh tha ke aap ne ghhor kar ke dekha ke yeh to saaray arab ke log yahan jama hotay hain to hamaray liye audience banta hai.</w:t>
      </w:r>
      <w:r>
        <w:br/>
      </w:r>
      <w:r>
        <w:rPr>
          <w:sz w:val="20"/>
        </w:rPr>
        <w:t>19:05  poora arab arab ka audience hum ko makkah mein mil raha hai. to aap ne un ko jo kuch karte thay, buton ki pooja waghera, us ko i'raaz kiya aur us us majma ko par thora audience istemal kiya.</w:t>
      </w:r>
      <w:r>
        <w:br/>
      </w:r>
      <w:r>
        <w:rPr>
          <w:sz w:val="20"/>
        </w:rPr>
        <w:t>19:23  yeh hikmat ke quran mein bataya gaya hai ke rasool tum ko kitab deta hai aur hikmat deta hai. yu'allimul kitaba wal hikmah to kitab ka matlab kiya hai?</w:t>
      </w:r>
      <w:r>
        <w:br/>
      </w:r>
      <w:r>
        <w:rPr>
          <w:sz w:val="20"/>
        </w:rPr>
        <w:t>19:37  quran parh ke sunana. to ab sawal yeh hai ke hikmat kiya cheez hai? yeh hikmat hai asloob.</w:t>
      </w:r>
      <w:r>
        <w:br/>
      </w:r>
      <w:r>
        <w:rPr>
          <w:sz w:val="20"/>
        </w:rPr>
        <w:t>19:49  asloob jo asloob aap ikhtiyar karte thay, woh hai hikmat. woh us asloob ka to hota tha ke buton ki pujari pan, pujari jo pooja culture tha, us ko kuch boltay hi nahi thay.</w:t>
      </w:r>
      <w:r>
        <w:br/>
      </w:r>
      <w:r>
        <w:rPr>
          <w:sz w:val="20"/>
        </w:rPr>
        <w:t>20:09  majma ko matlab audience istemal karte thay. quran sunana, quran sunana aur us ko i'raaz karna. to yeh yeh yeh i'raaz tha, us ko mein kehta hoon.</w:t>
      </w:r>
      <w:r>
        <w:br/>
      </w:r>
      <w:r>
        <w:rPr>
          <w:sz w:val="20"/>
        </w:rPr>
        <w:t>20:22  aap aap phir dealing policy ikhtiyar karte thay.</w:t>
      </w:r>
      <w:r>
        <w:br/>
      </w:r>
      <w:r>
        <w:rPr>
          <w:sz w:val="20"/>
        </w:rPr>
        <w:t>20:29  aap mein se koi is ko dohraaye?</w:t>
      </w:r>
      <w:r>
        <w:br/>
      </w:r>
      <w:r>
        <w:rPr>
          <w:sz w:val="20"/>
        </w:rPr>
        <w:t>20:37  molana, quran mein rasool Allah ke baray mein aaya hai ke yu'allimuhumul kitaba wal hikmah. yeh maloom cheez hai ke al-kitab kiya hai?</w:t>
      </w:r>
      <w:r>
        <w:br/>
      </w:r>
      <w:r>
        <w:rPr>
          <w:sz w:val="20"/>
        </w:rPr>
        <w:t>20:47  yani rasool Allah quran parh kar logon ko sunatay thay, lekin hikmat kiya hai? woh cheez hum ko daryaft karna hai rasool Allah ki seerat se.</w:t>
      </w:r>
      <w:r>
        <w:br/>
      </w:r>
      <w:r>
        <w:rPr>
          <w:sz w:val="20"/>
        </w:rPr>
        <w:t>20:58  woh asloob yeh tha ke rasool Allah ne quran parh kar sunaya to wahan jo but thay, un se rasool Allah ne i'raaz kiya aur jo zayreen thay, un ko quran parh kar sunaya.</w:t>
      </w:r>
      <w:r>
        <w:br/>
      </w:r>
      <w:r>
        <w:rPr>
          <w:sz w:val="20"/>
        </w:rPr>
        <w:t>21:12  yeh hai hikmat. to isi ko aap ne aaj ki istilaah mein kaha dealing policy.</w:t>
      </w:r>
      <w:r>
        <w:br/>
      </w:r>
      <w:r>
        <w:rPr>
          <w:sz w:val="20"/>
        </w:rPr>
        <w:t>21:20  aap kisi is mein yeh tafseer mein nikaliye ke hikmat ko kya batate hain? Yalam al kitabul hikmah.</w:t>
      </w:r>
      <w:r>
        <w:br/>
      </w:r>
      <w:r>
        <w:rPr>
          <w:sz w:val="20"/>
        </w:rPr>
        <w:t>21:37  maulana, koi mashhoor tafseer nikaliye? Misalan yeh bhi tafseer</w:t>
      </w:r>
      <w:r>
        <w:br/>
      </w:r>
      <w:r>
        <w:rPr>
          <w:sz w:val="20"/>
        </w:rPr>
        <w:t>21:43  hameed ud din farahi ki ek kitaab hi hai. Maulana, hain Maulana hameed ud din farahi? Haan, un ki ek kitaab hi hai hikmat kya hai. Poori mein ne parha woh janne ke waste kuch bhi nahin.</w:t>
      </w:r>
      <w:r>
        <w:br/>
      </w:r>
      <w:r>
        <w:rPr>
          <w:sz w:val="20"/>
        </w:rPr>
        <w:t>21:54  woh kya batate hain? Kuch bhi nahin, bas khaali alfaaz ki tehqeeq woh hai. Koi mutayyan baat nahin hoti. Kya hai? Kya keh rahe hain? Mein ke poori kitaab unhon ne parhi lekin is mein kuch bhi nahin, bas alfaaz ki tehqeeq hai.</w:t>
      </w:r>
      <w:r>
        <w:br/>
      </w:r>
      <w:r>
        <w:rPr>
          <w:sz w:val="20"/>
        </w:rPr>
        <w:t>22:05  mutayyan baat yeh kya honi chahiye? Woh nahin hai is mein.</w:t>
      </w:r>
      <w:r>
        <w:br/>
      </w:r>
      <w:r>
        <w:rPr>
          <w:sz w:val="20"/>
        </w:rPr>
        <w:t>22:08  dekhiye, alfaaz jo hain Quran ke, us se maloom hota hai ke Quran wahan do baat keh raha hai: Yalam al kitabul hikmah.</w:t>
      </w:r>
      <w:r>
        <w:br/>
      </w:r>
      <w:r>
        <w:rPr>
          <w:sz w:val="20"/>
        </w:rPr>
        <w:t>22:18  ji ke Quran ki taleem deta tha woh aur hikmat ka tareeqa ikhtiyar karta tha.</w:t>
      </w:r>
      <w:r>
        <w:br/>
      </w:r>
      <w:r>
        <w:rPr>
          <w:sz w:val="20"/>
        </w:rPr>
        <w:t>22:27  woh to ab sawal yeh hai ke Quran to maloom hai, yeh kitaab hai. Ab woh hikmat kya cheez hai? To is mein yahi hai.</w:t>
      </w:r>
      <w:r>
        <w:br/>
      </w:r>
      <w:r>
        <w:rPr>
          <w:sz w:val="20"/>
        </w:rPr>
        <w:t>22:39  mein ne bohat ghor kiya is ko ke Quran mein is ko lafz a'raaz se ta'beer kiya gaya hai. Yani a'raaz ka usloob ikhtiyar karte the.</w:t>
      </w:r>
      <w:r>
        <w:br/>
      </w:r>
      <w:r>
        <w:rPr>
          <w:sz w:val="20"/>
        </w:rPr>
        <w:t>22:50  mein ne is ko mazeed zabani usloob mein uthaane ke liye kaha ke aap dealing policy ikhtiyar karte the.</w:t>
      </w:r>
      <w:r>
        <w:br/>
      </w:r>
      <w:r>
        <w:rPr>
          <w:sz w:val="20"/>
        </w:rPr>
        <w:t>23:01  bat culture ko alag kar diya aur majma jo maujood hota tha, us ko bas audience le liya.</w:t>
      </w:r>
    </w:p>
    <w:p>
      <w:pPr>
        <w:pStyle w:val="Heading2"/>
      </w:pPr>
      <w:r>
        <w:t>Studying Islam: start with all prophets</w:t>
      </w:r>
    </w:p>
    <w:p>
      <w:r>
        <w:rPr>
          <w:color w:val="666666"/>
          <w:sz w:val="18"/>
        </w:rPr>
        <w:t>A Brief Survey of Islamic History (Part-2) (Eng) February 15, 2007 Maulana Wahiduddin Khan · 6m 06s · at 0:34 · https://youtu.be/SXRM6aE-cV0?t=34</w:t>
      </w:r>
    </w:p>
    <w:p>
      <w:r>
        <w:rPr>
          <w:i/>
        </w:rPr>
        <w:t>“It is a general practice that when people want to study Islam”</w:t>
      </w:r>
    </w:p>
    <w:p>
      <w:r>
        <w:rPr>
          <w:sz w:val="20"/>
        </w:rPr>
        <w:t>0:34  it is a general practice that when people want to study Islam, they begin from the study of prophet Muhammad salallahu alaihi wasallam.</w:t>
      </w:r>
      <w:r>
        <w:br/>
      </w:r>
      <w:r>
        <w:rPr>
          <w:sz w:val="20"/>
        </w:rPr>
        <w:t>0:48  according to the Quranic concept, this method is wrong. why?</w:t>
      </w:r>
      <w:r>
        <w:br/>
      </w:r>
      <w:r>
        <w:rPr>
          <w:sz w:val="20"/>
        </w:rPr>
        <w:t>1:00  because Quran clearly says that all the prophets were examples.</w:t>
      </w:r>
      <w:r>
        <w:br/>
      </w:r>
      <w:r>
        <w:rPr>
          <w:sz w:val="20"/>
        </w:rPr>
        <w:t>1:13  all the prophets were example. it means that previous prophet is not simply matter of history, they are also matter of example.</w:t>
      </w:r>
      <w:r>
        <w:br/>
      </w:r>
      <w:r>
        <w:rPr>
          <w:sz w:val="20"/>
        </w:rPr>
        <w:t>1:25  allazina Allah muqtada. yeh the verse of the Quran. Quran says that all the prophets, not only prophet Muhammad, but all the prophets of history,</w:t>
      </w:r>
      <w:r>
        <w:br/>
      </w:r>
      <w:r>
        <w:rPr>
          <w:sz w:val="20"/>
        </w:rPr>
        <w:t>1:44  were guided from the from God. so all the prophets are examples.</w:t>
      </w:r>
      <w:r>
        <w:br/>
      </w:r>
      <w:r>
        <w:rPr>
          <w:sz w:val="20"/>
        </w:rPr>
        <w:t>1:56  o muhammad, you must follow all those prophets. there is the quranic verse. so when we begin the history of islam from muhammad, we fail to find all those lessons.</w:t>
      </w:r>
      <w:r>
        <w:br/>
      </w:r>
      <w:r>
        <w:rPr>
          <w:sz w:val="20"/>
        </w:rPr>
        <w:t>2:18  we fail to follow all those lessons which we may find in the prophets of early period. very important.</w:t>
      </w:r>
      <w:r>
        <w:br/>
      </w:r>
      <w:r>
        <w:rPr>
          <w:sz w:val="20"/>
        </w:rPr>
        <w:t>2:33  there is a verse in the quran: "fi rasulillah hasanah". there was a good example in the prophet muhammad for you.</w:t>
      </w:r>
      <w:r>
        <w:br/>
      </w:r>
      <w:r>
        <w:rPr>
          <w:sz w:val="20"/>
        </w:rPr>
        <w:t>2:46  there was a good example in the prophet muhammad for you. quran never says that there was a complete example for you in the life of the prophet muhammad.</w:t>
      </w:r>
      <w:r>
        <w:br/>
      </w:r>
      <w:r>
        <w:rPr>
          <w:sz w:val="20"/>
        </w:rPr>
        <w:t>3:03  no, there is difference between good example and complete example. the verse is not in these verse that kamila, but hasanah.</w:t>
      </w:r>
      <w:r>
        <w:br/>
      </w:r>
      <w:r>
        <w:rPr>
          <w:sz w:val="20"/>
        </w:rPr>
        <w:t>3:19  to prophet example, to prophet muhammad is a very good example for us, but not complete example. because situation differs.</w:t>
      </w:r>
      <w:r>
        <w:br/>
      </w:r>
      <w:r>
        <w:rPr>
          <w:sz w:val="20"/>
        </w:rPr>
        <w:t>3:33  there is also very relevant principle in the fiqh: zaman wa makan.</w:t>
      </w:r>
      <w:r>
        <w:br/>
      </w:r>
      <w:r>
        <w:rPr>
          <w:sz w:val="20"/>
        </w:rPr>
        <w:t>3:45  also there is verse in the quran: "it means that situations are different,</w:t>
      </w:r>
      <w:r>
        <w:br/>
      </w:r>
      <w:r>
        <w:rPr>
          <w:sz w:val="20"/>
        </w:rPr>
        <w:t>3:59  and according to the situation, we give different shariat to the prophets."</w:t>
      </w:r>
      <w:r>
        <w:br/>
      </w:r>
      <w:r>
        <w:rPr>
          <w:sz w:val="20"/>
        </w:rPr>
        <w:t>4:07  so</w:t>
      </w:r>
      <w:r>
        <w:br/>
      </w:r>
      <w:r>
        <w:rPr>
          <w:sz w:val="20"/>
        </w:rPr>
        <w:t>4:11  it is a well known fact that every time there are different situations. even after the advent of prophet muhammad, there were so many different situation in the history.</w:t>
      </w:r>
      <w:r>
        <w:br/>
      </w:r>
      <w:r>
        <w:rPr>
          <w:sz w:val="20"/>
        </w:rPr>
        <w:t>4:30  so it is a well known fact that situations differ. so every time there is a different situation, we need example, we need guidance in that situation.</w:t>
      </w:r>
      <w:r>
        <w:br/>
      </w:r>
      <w:r>
        <w:rPr>
          <w:sz w:val="20"/>
        </w:rPr>
        <w:t>4:48  so quran, in quran, so quran mentions other prophets also.</w:t>
      </w:r>
      <w:r>
        <w:br/>
      </w:r>
      <w:r>
        <w:rPr>
          <w:sz w:val="20"/>
        </w:rPr>
        <w:t>5:00  i think there are 25 prophets given in the quran by name. 25 prophets by name are mentioned in the quran.</w:t>
      </w:r>
      <w:r>
        <w:br/>
      </w:r>
      <w:r>
        <w:rPr>
          <w:sz w:val="20"/>
        </w:rPr>
        <w:t>5:13  then quran says: "alladhina allah these were the guided persons, these were the guided prophets." so you should follow their example.</w:t>
      </w:r>
      <w:r>
        <w:br/>
      </w:r>
      <w:r>
        <w:rPr>
          <w:sz w:val="20"/>
        </w:rPr>
        <w:t>5:38  by studying this verse,</w:t>
      </w:r>
      <w:r>
        <w:br/>
      </w:r>
      <w:r>
        <w:rPr>
          <w:sz w:val="20"/>
        </w:rPr>
        <w:t>5:44  i came to the conclusion that these 25 prophets cover all the situations, all the different situations.</w:t>
      </w:r>
      <w:r>
        <w:br/>
      </w:r>
      <w:r>
        <w:rPr>
          <w:sz w:val="20"/>
        </w:rPr>
        <w:t>5:56  although there were more than one lakh prophets send by god. there is a verse in the quran that: "in every region, in every town, in every country, god send prophets." but in quran, there are only 25 prophets mentioned by name.</w:t>
      </w:r>
      <w:r>
        <w:br/>
      </w:r>
      <w:r>
        <w:rPr>
          <w:sz w:val="20"/>
        </w:rPr>
        <w:t>6:24  why? i think that these 25 prophets, the life of these 25 prophets, cover all the different situations.</w:t>
      </w:r>
    </w:p>
    <w:p>
      <w:pPr>
        <w:pStyle w:val="Heading2"/>
      </w:pPr>
      <w:r>
        <w:t>Islam's reduced form and its consequences</w:t>
      </w:r>
    </w:p>
    <w:p>
      <w:r>
        <w:rPr>
          <w:color w:val="666666"/>
          <w:sz w:val="18"/>
        </w:rPr>
        <w:t>The Untold Story of Islam April 16, 2006 Maulana Wahiduddin Khan · 3m 34s · at 46:16 · https://youtu.be/CtVOh0F_LLc?t=2776</w:t>
      </w:r>
    </w:p>
    <w:p>
      <w:r>
        <w:rPr>
          <w:i/>
        </w:rPr>
        <w:t>“Asal yeh hai ke Islam ka ajeeb banana yeh nahi”</w:t>
      </w:r>
    </w:p>
    <w:p>
      <w:r>
        <w:rPr>
          <w:sz w:val="20"/>
        </w:rPr>
        <w:t>46:16  asal yeh hai ke islam ka ajnabi banna yeh nahi ke khud islam ka naam hi khatm ho jaye ga, islam ka reduced form baqi rahe ga.</w:t>
      </w:r>
      <w:r>
        <w:br/>
      </w:r>
      <w:r>
        <w:rPr>
          <w:sz w:val="20"/>
        </w:rPr>
        <w:t>46:28  yeh matlab hai is ka reduced form, reduced form ya distorted form.</w:t>
      </w:r>
      <w:r>
        <w:br/>
      </w:r>
      <w:r>
        <w:rPr>
          <w:sz w:val="20"/>
        </w:rPr>
        <w:t>46:40  misal ke taur par islam mein jihad ki taleem hai, aaj jo jihad hai, woh islam ka distorted form hai, woh jihad nahi hai.</w:t>
      </w:r>
      <w:r>
        <w:br/>
      </w:r>
      <w:r>
        <w:rPr>
          <w:sz w:val="20"/>
        </w:rPr>
        <w:t>46:53  to log samajhte hain ke jihad islam ka, islam ki jo teaching hai jihad ki, woh jaari hai. aisa nahi hai. Woh jo cheez aap dekh rahe hain, woh hai jihad ka distorted form.</w:t>
      </w:r>
      <w:r>
        <w:br/>
      </w:r>
      <w:r>
        <w:rPr>
          <w:sz w:val="20"/>
        </w:rPr>
        <w:t>47:07  is liye hum is ko nahi maan sakte ke woh jihad jo islam ka hai, woh dunya mein jaari hai. Isi tarah sunnat, aap bohat jagah sunenge, sunnat ki dua rakhna sunnat hai, sar par topi rakhna sunnat hai,</w:t>
      </w:r>
      <w:r>
        <w:br/>
      </w:r>
      <w:r>
        <w:rPr>
          <w:sz w:val="20"/>
        </w:rPr>
        <w:t>47:20  aur woh daal aur lauki khana sunnat hai. Yeh sab sunnat ka reduced form hai, reduced form hai.</w:t>
      </w:r>
      <w:r>
        <w:br/>
      </w:r>
      <w:r>
        <w:rPr>
          <w:sz w:val="20"/>
        </w:rPr>
        <w:t>47:31  dekhiye, sunnat kya hai? Sunnat yeh hai ke aap insaan se mohabbat karen.</w:t>
      </w:r>
      <w:r>
        <w:br/>
      </w:r>
      <w:r>
        <w:rPr>
          <w:sz w:val="20"/>
        </w:rPr>
        <w:t>47:37  Sunnat yeh hai ke aap avoidance ka tareeqa ikhtiyar karen. Sunnat yeh hai ke aap dushman se nafrat na karen. Dushman sunnat yeh hai ke aap dawah work karen.</w:t>
      </w:r>
      <w:r>
        <w:br/>
      </w:r>
      <w:r>
        <w:rPr>
          <w:sz w:val="20"/>
        </w:rPr>
        <w:t>47:50  Sunnat yeh hai ke aap quran par ghaur karen.</w:t>
      </w:r>
      <w:r>
        <w:br/>
      </w:r>
      <w:r>
        <w:rPr>
          <w:sz w:val="20"/>
        </w:rPr>
        <w:t>47:55  Is tarah ki sunnatein sunnatein hain. Yeh nahi ke aap daal kha li, sunnat ada ho gayi, aur lauki kha li, sunnat ada ho gayi.</w:t>
      </w:r>
      <w:r>
        <w:br/>
      </w:r>
      <w:r>
        <w:rPr>
          <w:sz w:val="20"/>
        </w:rPr>
        <w:t>48:06  Yeh sab bilkul sunnat ka reduced form hai. Kuch logon ne kuch rituals bana liye hain, is ko rakh diya sunnat. Agar asal sunnat zinda na ho to is ke baad yeh sab cheezein sirf rituals hongi jin ki koi value khuda ke nazdeek nahi hogi.</w:t>
      </w:r>
      <w:r>
        <w:br/>
      </w:r>
      <w:r>
        <w:rPr>
          <w:sz w:val="20"/>
        </w:rPr>
        <w:t>48:28  to</w:t>
      </w:r>
      <w:r>
        <w:br/>
      </w:r>
      <w:r>
        <w:rPr>
          <w:sz w:val="20"/>
        </w:rPr>
        <w:t>48:33  is baat ko achi tarah samajh lena chahiye ke sirf naam rehna kafi nahi hai, is ki jo reality hai, is ka jo asal matlab hai, woh rehna chahiye.</w:t>
      </w:r>
      <w:r>
        <w:br/>
      </w:r>
      <w:r>
        <w:rPr>
          <w:sz w:val="20"/>
        </w:rPr>
        <w:t>48:43  Isi liye hadith mein hai ke "lam yabqa min al-islami illa ismuhu" ke islam ka naam to baqi rahe ga, lekin haqeeqi islam dunya mein maujood nahi hoga.</w:t>
      </w:r>
      <w:r>
        <w:br/>
      </w:r>
      <w:r>
        <w:rPr>
          <w:sz w:val="20"/>
        </w:rPr>
        <w:t>48:56  Kuch rituals honge jin ko log islam kahenge, kuch form hoga, is ko log islam samjhenge, kuch cultural nuances honge, is ko log islam samjhenge.</w:t>
      </w:r>
      <w:r>
        <w:br/>
      </w:r>
      <w:r>
        <w:rPr>
          <w:sz w:val="20"/>
        </w:rPr>
        <w:t>49:11  To yaad rakhiye, aisa kabhi bhi nahi hoga ke islam ka naam na rahe. Jo jo hoga, woh yeh hai ke islam ke naam se is ka ek reduced form banayenge log,</w:t>
      </w:r>
      <w:r>
        <w:br/>
      </w:r>
      <w:r>
        <w:rPr>
          <w:sz w:val="20"/>
        </w:rPr>
        <w:t>49:24  islam ke naam se is ka ek distorted form banayenge aap log, is ka ek ritualistic, ritualistic form banayenge log, aur is par amal kar ke kahenge hum islam par amal kar rahe hain.</w:t>
      </w:r>
      <w:r>
        <w:br/>
      </w:r>
      <w:r>
        <w:rPr>
          <w:sz w:val="20"/>
        </w:rPr>
        <w:t>49:35  Yeh hai matlab is hadith ka. Dekhiye, agar aap is zamane mein jo tarah tarah ki movements chal rahi hain, jo campaigns chal rahe hain, is par ghaur kijiye, aur phir islam ki jo teaching hai, is ko is par jaanchiye.</w:t>
      </w:r>
    </w:p>
    <w:p>
      <w:pPr>
        <w:pStyle w:val="Heading2"/>
      </w:pPr>
      <w:r>
        <w:t>The night the Prophet wept until dawn in prayer</w:t>
      </w:r>
    </w:p>
    <w:p>
      <w:r>
        <w:rPr>
          <w:color w:val="666666"/>
          <w:sz w:val="18"/>
        </w:rPr>
        <w:t>The Noble Qualities of The Prophet Muhammad 7 September 2025 · 4m 48s · at 40:28 · https://youtu.be/o85acwpOiDw?t=2428</w:t>
      </w:r>
    </w:p>
    <w:p>
      <w:r>
        <w:rPr>
          <w:i/>
        </w:rPr>
        <w:t>“There was an amazing night described by Aisha after the Prophet passed”</w:t>
      </w:r>
    </w:p>
    <w:p>
      <w:r>
        <w:rPr>
          <w:sz w:val="20"/>
        </w:rPr>
        <w:t>40:27  right,</w:t>
      </w:r>
      <w:r>
        <w:br/>
      </w:r>
      <w:r>
        <w:rPr>
          <w:sz w:val="20"/>
        </w:rPr>
        <w:t>40:28  doctor sahib, that brings us to the last question of this session today, and in continuation to the previous answer that you gave. there was an amazing night that was mentioned when prophet stood at night praying, and he reflected deeply on the signs of Allah, and he kept crying all through the night.</w:t>
      </w:r>
      <w:r>
        <w:br/>
      </w:r>
      <w:r>
        <w:rPr>
          <w:sz w:val="20"/>
        </w:rPr>
        <w:t>40:48  can you tell us about this amazing night? that was amazing, absolutely,</w:t>
      </w:r>
      <w:r>
        <w:br/>
      </w:r>
      <w:r>
        <w:rPr>
          <w:sz w:val="20"/>
        </w:rPr>
        <w:t>40:54  because ayesha (may Allah be pleased with her) lived for about fifty years after the prophet passed away, and she became the greatest scholar of Islam, and people used to come to her to get guidance. and</w:t>
      </w:r>
      <w:r>
        <w:br/>
      </w:r>
      <w:r>
        <w:rPr>
          <w:sz w:val="20"/>
        </w:rPr>
        <w:t>41:08  and</w:t>
      </w:r>
      <w:r>
        <w:br/>
      </w:r>
      <w:r>
        <w:rPr>
          <w:sz w:val="20"/>
        </w:rPr>
        <w:t>41:11  one of the tabi, the next generation of the companions, once he came to ayesha (may Allah be pleased with her), and he said: "please tell us, what was the most amazing thing you ever saw from the prophet (peace be upon him)?" so,</w:t>
      </w:r>
      <w:r>
        <w:br/>
      </w:r>
      <w:r>
        <w:rPr>
          <w:sz w:val="20"/>
        </w:rPr>
        <w:t>41:31  atkamzandab kas: "she remained silent,</w:t>
      </w:r>
      <w:r>
        <w:br/>
      </w:r>
      <w:r>
        <w:rPr>
          <w:sz w:val="20"/>
        </w:rPr>
        <w:t>41:37  and then buct , then she started crying,</w:t>
      </w:r>
      <w:r>
        <w:br/>
      </w:r>
      <w:r>
        <w:rPr>
          <w:sz w:val="20"/>
        </w:rPr>
        <w:t>41:44  and she said:</w:t>
      </w:r>
      <w:r>
        <w:br/>
      </w:r>
      <w:r>
        <w:rPr>
          <w:sz w:val="20"/>
        </w:rPr>
        <w:t>41:49  everything about him was amazing.</w:t>
      </w:r>
      <w:r>
        <w:br/>
      </w:r>
      <w:r>
        <w:rPr>
          <w:sz w:val="20"/>
        </w:rPr>
        <w:t>41:55  "his entire way of life was full of wonder, and she said:"but one particular night i can never forget.</w:t>
      </w:r>
      <w:r>
        <w:br/>
      </w:r>
      <w:r>
        <w:rPr>
          <w:sz w:val="20"/>
        </w:rPr>
        <w:t>42:05  " one night, the prophet came to bed, to lie down , his skin was touching my skin , and he said : "ya ibn abi baker , o the daughter of abu baker ,</w:t>
      </w:r>
      <w:r>
        <w:br/>
      </w:r>
      <w:r>
        <w:rPr>
          <w:sz w:val="20"/>
        </w:rPr>
        <w:t>42:24  will you allow me to worship my lord this night ?" and he was the prophet of god , angels are coming to him , khair al bashar , khatam al nabiyyin</w:t>
      </w:r>
      <w:r>
        <w:br/>
      </w:r>
      <w:r>
        <w:rPr>
          <w:sz w:val="20"/>
        </w:rPr>
        <w:t>42:35  , yet he was so humble that he was asking permission from his wife , out of respect and out of love for her.</w:t>
      </w:r>
      <w:r>
        <w:br/>
      </w:r>
      <w:r>
        <w:rPr>
          <w:sz w:val="20"/>
        </w:rPr>
        <w:t>42:45  and look at aisha said, beautiful :"wallah, i do not love you, i swear to god that i love being close to you,</w:t>
      </w:r>
      <w:r>
        <w:br/>
      </w:r>
      <w:r>
        <w:rPr>
          <w:sz w:val="20"/>
        </w:rPr>
        <w:t>43:00  i love being close to you, but i love even more what makes you happy." so, prophet muhammad sallallahu alaihi wasallam got up , and there was a water skin, a little water. he made wudu, and he started to pray, saying:"allahu akbar ," and soon after, he started crying heavily</w:t>
      </w:r>
      <w:r>
        <w:br/>
      </w:r>
      <w:r>
        <w:rPr>
          <w:sz w:val="20"/>
        </w:rPr>
        <w:t>43:28  . aisha razi allahu anha said that he cried so much that his entire beard was soaked with tears, and his garment was also wet with tears.</w:t>
      </w:r>
      <w:r>
        <w:br/>
      </w:r>
      <w:r>
        <w:rPr>
          <w:sz w:val="20"/>
        </w:rPr>
        <w:t>43:43  his lip was also wet with tears. the place where he was prostrating was completely wet with tears, and he caused a puddle in the house that night with his tears.</w:t>
      </w:r>
      <w:r>
        <w:br/>
      </w:r>
      <w:r>
        <w:rPr>
          <w:sz w:val="20"/>
        </w:rPr>
        <w:t>43:58  and he continued doing this till bilal came and gave the azan for fajr.</w:t>
      </w:r>
      <w:r>
        <w:br/>
      </w:r>
      <w:r>
        <w:rPr>
          <w:sz w:val="20"/>
        </w:rPr>
        <w:t>44:07  i will spend the entire night, and aisha razi allahu anha was very very worried that what happened. she never saw the prophet crying like this, and she said to:"ya rasulullah , ma yukik ? why are you crying so much ?</w:t>
      </w:r>
      <w:r>
        <w:br/>
      </w:r>
      <w:r>
        <w:rPr>
          <w:sz w:val="20"/>
        </w:rPr>
        <w:t>44:30  didnt allah already forgive forgiven all your sins, past sins, present sins?" then the prophet said:"ya aisha, a la akun abd ashkur?"</w:t>
      </w:r>
      <w:r>
        <w:br/>
      </w:r>
      <w:r>
        <w:rPr>
          <w:sz w:val="20"/>
        </w:rPr>
        <w:t>44:47  should i not be a grateful servant?" and the prophet said:"tonight our was revealed to me, " and he said:"whoever reads it and doesnt contemplate on it."</w:t>
      </w:r>
      <w:r>
        <w:br/>
      </w:r>
      <w:r>
        <w:rPr>
          <w:sz w:val="20"/>
        </w:rPr>
        <w:t>45:01  and this was the verse of surah al imran, the end of surah al imran. there are four verses: "alladhina yadhkurunallah</w:t>
      </w:r>
    </w:p>
    <w:p>
      <w:pPr>
        <w:pStyle w:val="Heading2"/>
      </w:pPr>
      <w:r>
        <w:t>Zulaikha's temptation, the banquet, and Yusuf's imprisonment</w:t>
      </w:r>
    </w:p>
    <w:p>
      <w:r>
        <w:rPr>
          <w:color w:val="666666"/>
          <w:sz w:val="18"/>
        </w:rPr>
        <w:t>Lessons from The Story of Prophet Yusuf Part 2 June 5, 2022 · 5m 41s · at 27:49 · https://youtu.be/k1b1r4F2rnI?t=1669</w:t>
      </w:r>
    </w:p>
    <w:p>
      <w:r>
        <w:rPr>
          <w:i/>
        </w:rPr>
        <w:t>“پھر کہانی میں آتا ہے کہ زلیخہ ان کو پھسلانے لگی۔”</w:t>
      </w:r>
    </w:p>
    <w:p>
      <w:r>
        <w:rPr>
          <w:sz w:val="20"/>
        </w:rPr>
        <w:t>27:49  lekin phir kahani mein aata hai ke jo Zulaikha hai woh un ko phislane lagi. to ah ah ah kai kahaniyan hain Zulaikha ko le kar.</w:t>
      </w:r>
      <w:r>
        <w:br/>
      </w:r>
      <w:r>
        <w:rPr>
          <w:sz w:val="20"/>
        </w:rPr>
        <w:t>27:58  to sachi kahani kya</w:t>
      </w:r>
      <w:r>
        <w:br/>
      </w:r>
      <w:r>
        <w:rPr>
          <w:sz w:val="20"/>
        </w:rPr>
        <w:t>28:00  hai? hum chahenge ke aap is ko wazeh karein. haan Quran mein aata hai yeh Zulaikha ka waqia.</w:t>
      </w:r>
      <w:r>
        <w:br/>
      </w:r>
      <w:r>
        <w:rPr>
          <w:sz w:val="20"/>
        </w:rPr>
        <w:t>28:11  ah chunke jo Hazrat Yosuf alaihissalam ki bemisal shakhsiyat thi us se Zulaikha bohat mutasir hui aur un ke upar farifta hone lagi.</w:t>
      </w:r>
      <w:r>
        <w:br/>
      </w:r>
      <w:r>
        <w:rPr>
          <w:sz w:val="20"/>
        </w:rPr>
        <w:t>28:20  ji lekin Yosuf alaihissalam ne apne aap ko door rakha. ji ah tab yeh sab jo baatein thi yeh phailne lagi.</w:t>
      </w:r>
      <w:r>
        <w:br/>
      </w:r>
      <w:r>
        <w:rPr>
          <w:sz w:val="20"/>
        </w:rPr>
        <w:t>28:28  hmm jo ah Misr ke aala tabqe ke log the jo ladies thi wahan gossip chalne lagi Hazrat Yosuf alaihissalam aur Zulaikha ke bare mein.</w:t>
      </w:r>
      <w:r>
        <w:br/>
      </w:r>
      <w:r>
        <w:rPr>
          <w:sz w:val="20"/>
        </w:rPr>
        <w:t>28:40  to Zulaikha ne ek bohat bara grand banquet organize kiya. ji jis mein kitabon mein aata hai ke 40 ladies ko bulaya.</w:t>
      </w:r>
      <w:r>
        <w:br/>
      </w:r>
      <w:r>
        <w:rPr>
          <w:sz w:val="20"/>
        </w:rPr>
        <w:t>28:49  ji</w:t>
      </w:r>
      <w:r>
        <w:br/>
      </w:r>
      <w:r>
        <w:rPr>
          <w:sz w:val="20"/>
        </w:rPr>
        <w:t>28:50  aur ladies se kaha ek bohat bade hall mein organize kiya tha aur ladies se kaha ke abhi yusuf alaihi assalam yusuf guzrenge yahan se aur jab woh guzren to tum phal kaatna.</w:t>
      </w:r>
      <w:r>
        <w:br/>
      </w:r>
      <w:r>
        <w:rPr>
          <w:sz w:val="20"/>
        </w:rPr>
        <w:t>29:03  ek hath mein knife de diya, ek hath mein phal de diya.</w:t>
      </w:r>
      <w:r>
        <w:br/>
      </w:r>
      <w:r>
        <w:rPr>
          <w:sz w:val="20"/>
        </w:rPr>
        <w:t>29:07  to jab woh guzre ah ah yusuf alaihi assalam to sari jo ladies thin woh itni mehv ho gayin aur mashhoor ho gayin unki besal shakhsiyat ko dekh ke, jaazib shakhsiyat ko dekh ke ke woh unhon ne apne hath hi kaat kaat dale phal ke phal ke bajaye.</w:t>
      </w:r>
      <w:r>
        <w:br/>
      </w:r>
      <w:r>
        <w:rPr>
          <w:sz w:val="20"/>
        </w:rPr>
        <w:t>29:27  aur quran mein aata hai woh bolen hasha lillah god save us mahza bashar inna ha illa malakun karim ke yeh to koi insan nahi hai he is not a human being</w:t>
      </w:r>
      <w:r>
        <w:br/>
      </w:r>
      <w:r>
        <w:rPr>
          <w:sz w:val="20"/>
        </w:rPr>
        <w:t>29:41  ji he is a noble angel hmm yani yeh to ek farishta hai. to woh sab ladies bepanah mashhoor ho gayin aur aur speechless ho gayin.</w:t>
      </w:r>
      <w:r>
        <w:br/>
      </w:r>
      <w:r>
        <w:rPr>
          <w:sz w:val="20"/>
        </w:rPr>
        <w:t>29:53  ji to is baat pe ah is waqe pe molana ne tazkira quran mein bohat acha likha hai. ji ke ek taraf to misr ke aala tabqe ki khawateen thin</w:t>
      </w:r>
      <w:r>
        <w:br/>
      </w:r>
      <w:r>
        <w:rPr>
          <w:sz w:val="20"/>
        </w:rPr>
        <w:t>30:07  jo hazrat yusuf alaihi assalam ki purkashish shakhsiyat se mehv ho gayin thin. ji aur mashhoor ho gayin thin.</w:t>
      </w:r>
      <w:r>
        <w:br/>
      </w:r>
      <w:r>
        <w:rPr>
          <w:sz w:val="20"/>
        </w:rPr>
        <w:t>30:15  aur doosri taraf ah yusuf alaihi assalam the. ji jo ke jinki tamam tar tawajjuh ah jo tamam tar unhon ne apni tawajjuh ko khuda ke upar lagaya hua tha.</w:t>
      </w:r>
      <w:r>
        <w:br/>
      </w:r>
      <w:r>
        <w:rPr>
          <w:sz w:val="20"/>
        </w:rPr>
        <w:t>30:28  aur khuda ki azmat aur kibriyai mein woh itna zyada sarsar the ke kisi aur cheez ki taraf unki t</w:t>
      </w:r>
      <w:r>
        <w:br/>
      </w:r>
      <w:r>
        <w:rPr>
          <w:sz w:val="20"/>
        </w:rPr>
        <w:t>30:36  awajjuh nahi ho saki. ji ji sahi to molana ne likha hai mashallah isko ke ke ah kitna farq hai ek insan aur doosre insan mein.</w:t>
      </w:r>
      <w:r>
        <w:br/>
      </w:r>
      <w:r>
        <w:rPr>
          <w:sz w:val="20"/>
        </w:rPr>
        <w:t>30:44  ji ji doctor sahab bilkul sahi kaha</w:t>
      </w:r>
      <w:r>
        <w:br/>
      </w:r>
      <w:r>
        <w:rPr>
          <w:sz w:val="20"/>
        </w:rPr>
        <w:t>30:49  ah actually prophet yusuf ne apni fitrat rabbani ko mehfooz kar ke rakha tha aur jo unke kaam aa gayi. aur molana wahiduddin khan sahab ne ek jagah bohat ache se bataya ke haq ya na-haq bhalai aur burai ah paidaishi taur par hi har insan ke andar rehti hai.</w:t>
      </w:r>
      <w:r>
        <w:br/>
      </w:r>
      <w:r>
        <w:rPr>
          <w:sz w:val="20"/>
        </w:rPr>
        <w:t>31:08  ah</w:t>
      </w:r>
      <w:r>
        <w:br/>
      </w:r>
      <w:r>
        <w:rPr>
          <w:sz w:val="20"/>
        </w:rPr>
        <w:t>31:09  agar woh usko nazar andaz kar de to usne goya khuda ki awaz ko nazar andaz kiya. ah aur dheere dheere hota kya hai ke dheere dheere woh phir kam hoti chali jati hai.</w:t>
      </w:r>
      <w:r>
        <w:br/>
      </w:r>
      <w:r>
        <w:rPr>
          <w:sz w:val="20"/>
        </w:rPr>
        <w:t>31:20  to jis cheez ne ah prophet yusuf ko burai se bachaya ah woh allah ka darr tha. hmm ah lekin doctor sahab kya hua ke iske bawajood ah jo zulekha thi unhon ne unko ah imprison karwa diya.</w:t>
      </w:r>
      <w:r>
        <w:br/>
      </w:r>
      <w:r>
        <w:rPr>
          <w:sz w:val="20"/>
        </w:rPr>
        <w:t>31:35  ah to iske aage kya hua iske bare mein aap bataiye. hmm</w:t>
      </w:r>
      <w:r>
        <w:br/>
      </w:r>
      <w:r>
        <w:rPr>
          <w:sz w:val="20"/>
        </w:rPr>
        <w:t>31:39  ji yeh baat aap ne bohat achi batayi ke agar insan khuda ki awaz ko na sune to ahista ahista uski jo salahiyat hai woh kam ho jati hai.</w:t>
      </w:r>
      <w:r>
        <w:br/>
      </w:r>
      <w:r>
        <w:rPr>
          <w:sz w:val="20"/>
        </w:rPr>
        <w:t>31:50  ji jaise ek ah ek misl hai, muhavara hai ke naqqar khane mein tooti ki awaz.</w:t>
      </w:r>
      <w:r>
        <w:br/>
      </w:r>
      <w:r>
        <w:rPr>
          <w:sz w:val="20"/>
        </w:rPr>
        <w:t>32:00  ji naqqar khana kehte hain drum. ji drum house. ji</w:t>
      </w:r>
      <w:r>
        <w:br/>
      </w:r>
      <w:r>
        <w:rPr>
          <w:sz w:val="20"/>
        </w:rPr>
        <w:t>32:04  jahan drum bajte hain aur tooti ek choti chidiya hoti hai, woh halki si awaz hoti hai. ji to jab insan apni jo fitrat hai us pe baqi nahi rehta to jo khuda ke inspirations hain.</w:t>
      </w:r>
      <w:r>
        <w:br/>
      </w:r>
      <w:r>
        <w:rPr>
          <w:sz w:val="20"/>
        </w:rPr>
        <w:t>32:16  ji woh phir ahista ahista itne halke ho jate hain ke woh phir sun bhi nahi pata, mehsoos bhi nahi kar pata. ji to ah phir zulekha ne ah yusuf alaihi assalam ko dhamki di ke woh jail mein bhejwa degi, threat kiya.</w:t>
      </w:r>
      <w:r>
        <w:br/>
      </w:r>
      <w:r>
        <w:rPr>
          <w:sz w:val="20"/>
        </w:rPr>
        <w:t>32:34  to yusuf alaihi assalam ne dua ki. ji qala rabbi al-sijnu ahabbu ilayya ke aye mere rab mujhe jail zyada pasand hai, jail zyada aziz hai.</w:t>
      </w:r>
      <w:r>
        <w:br/>
      </w:r>
      <w:r>
        <w:rPr>
          <w:sz w:val="20"/>
        </w:rPr>
        <w:t>32:46  I would prefer prison than what they call me to ji to to allah taala ne dua qubool kar di.</w:t>
      </w:r>
      <w:r>
        <w:br/>
      </w:r>
      <w:r>
        <w:rPr>
          <w:sz w:val="20"/>
        </w:rPr>
        <w:t>32:54  fastajaba lahu rabbuhu yani allah ne dua qubool kar li aur un unki jo ladies ki jo fareb tha us se door kar diya.</w:t>
      </w:r>
      <w:r>
        <w:br/>
      </w:r>
      <w:r>
        <w:rPr>
          <w:sz w:val="20"/>
        </w:rPr>
        <w:t>33:04  to is tarike se hazrat yusuf alaihi assalam ko jail ho gayi. is zamane mein jo slave hota tha uske koi rights nahi hote the.</w:t>
      </w:r>
      <w:r>
        <w:br/>
      </w:r>
      <w:r>
        <w:rPr>
          <w:sz w:val="20"/>
        </w:rPr>
        <w:t>33:15  ji yani sirf jo aaqa hai, jo master hai slave ka, woh yeh keh de ke is ko jail mein bhej do, bas itna kaafi hota tha. to is tareeqay se bana kisi qasoor ke, bana kisi legal koi process ke, in ko jail ho gayi.</w:t>
      </w:r>
    </w:p>
    <w:p>
      <w:pPr>
        <w:pStyle w:val="Heading2"/>
      </w:pPr>
      <w:r>
        <w:t>Correcting an orientalist myth about the Battle of Badr</w:t>
      </w:r>
    </w:p>
    <w:p>
      <w:r>
        <w:rPr>
          <w:color w:val="666666"/>
          <w:sz w:val="18"/>
        </w:rPr>
        <w:t>Muhammad was a Prophet, not a Political Leader December 17, 2007 · 5m 46s · at 9:34 · https://youtu.be/YyQZsYsAYi0?t=574</w:t>
      </w:r>
    </w:p>
    <w:p>
      <w:r>
        <w:rPr>
          <w:i/>
        </w:rPr>
        <w:t>“Let me give an example about the Battle of Badr”</w:t>
      </w:r>
    </w:p>
    <w:p>
      <w:r>
        <w:rPr>
          <w:sz w:val="20"/>
        </w:rPr>
        <w:t>9:34  they must understand. They failed to understand the real picture of the Prophet of Islam. I will give an example.</w:t>
      </w:r>
      <w:r>
        <w:br/>
      </w:r>
      <w:r>
        <w:rPr>
          <w:sz w:val="20"/>
        </w:rPr>
        <w:t>9:51  You know, the Prophet of Islam</w:t>
      </w:r>
      <w:r>
        <w:br/>
      </w:r>
      <w:r>
        <w:rPr>
          <w:sz w:val="20"/>
        </w:rPr>
        <w:t>9:58  in the, in the, during the life of the Prophet of Islam, there were some battles. All these battles were defensive on the part of the Prophet of Islam.</w:t>
      </w:r>
      <w:r>
        <w:br/>
      </w:r>
      <w:r>
        <w:rPr>
          <w:sz w:val="20"/>
        </w:rPr>
        <w:t>10:10  He was compelled to engage in these battles as a defense. So what happened?</w:t>
      </w:r>
      <w:r>
        <w:br/>
      </w:r>
      <w:r>
        <w:rPr>
          <w:sz w:val="20"/>
        </w:rPr>
        <w:t>10:21  During the battle of Badr, it is reported that he was sitting.</w:t>
      </w:r>
      <w:r>
        <w:br/>
      </w:r>
      <w:r>
        <w:rPr>
          <w:sz w:val="20"/>
        </w:rPr>
        <w:t>10:32  He himself was not engaged in the battle, in the war. He was sitting at that place under a temporary shelter</w:t>
      </w:r>
      <w:r>
        <w:br/>
      </w:r>
      <w:r>
        <w:rPr>
          <w:sz w:val="20"/>
        </w:rPr>
        <w:t>10:51  . So one director says that at that time Prophet was, was writing something in sand, sand,</w:t>
      </w:r>
      <w:r>
        <w:br/>
      </w:r>
      <w:r>
        <w:rPr>
          <w:sz w:val="20"/>
        </w:rPr>
        <w:t>11:14  some line or some letter</w:t>
      </w:r>
      <w:r>
        <w:br/>
      </w:r>
      <w:r>
        <w:rPr>
          <w:sz w:val="20"/>
        </w:rPr>
        <w:t>11:18  . So one orientalist refers to this event</w:t>
      </w:r>
      <w:r>
        <w:br/>
      </w:r>
      <w:r>
        <w:rPr>
          <w:sz w:val="20"/>
        </w:rPr>
        <w:t>11:27  and by who, by his own mind, he says that</w:t>
      </w:r>
      <w:r>
        <w:br/>
      </w:r>
      <w:r>
        <w:rPr>
          <w:sz w:val="20"/>
        </w:rPr>
        <w:t>11:35  the leader of the Islam</w:t>
      </w:r>
      <w:r>
        <w:br/>
      </w:r>
      <w:r>
        <w:rPr>
          <w:sz w:val="20"/>
        </w:rPr>
        <w:t>11:40  was</w:t>
      </w:r>
      <w:r>
        <w:br/>
      </w:r>
      <w:r>
        <w:rPr>
          <w:sz w:val="20"/>
        </w:rPr>
        <w:t>11:44  planning</w:t>
      </w:r>
      <w:r>
        <w:br/>
      </w:r>
      <w:r>
        <w:rPr>
          <w:sz w:val="20"/>
        </w:rPr>
        <w:t>11:48  his next war. His next war,</w:t>
      </w:r>
      <w:r>
        <w:br/>
      </w:r>
      <w:r>
        <w:rPr>
          <w:sz w:val="20"/>
        </w:rPr>
        <w:t>11:55  That is his own mind, that is own interpretation, because there is no such thing of the prophet of Islam. Even in the narration, there is no such reference.</w:t>
      </w:r>
      <w:r>
        <w:br/>
      </w:r>
      <w:r>
        <w:rPr>
          <w:sz w:val="20"/>
        </w:rPr>
        <w:t>12:08  bat wat haipn in akchual sens? af yu rid albadaya wanahaya, da histri af da</w:t>
      </w:r>
      <w:r>
        <w:br/>
      </w:r>
      <w:r>
        <w:rPr>
          <w:sz w:val="20"/>
        </w:rPr>
        <w:t>12:22  islam</w:t>
      </w:r>
      <w:r>
        <w:br/>
      </w:r>
      <w:r>
        <w:rPr>
          <w:sz w:val="20"/>
        </w:rPr>
        <w:t>12:24  , you will find that at the time when he was sitting at that place.</w:t>
      </w:r>
      <w:r>
        <w:br/>
      </w:r>
      <w:r>
        <w:rPr>
          <w:sz w:val="20"/>
        </w:rPr>
        <w:t>12:34  so ainjal jabrail kaim tu ham. hi said dat gad haz kanvay yu salam.</w:t>
      </w:r>
      <w:r>
        <w:br/>
      </w:r>
      <w:r>
        <w:rPr>
          <w:sz w:val="20"/>
        </w:rPr>
        <w:t>12:47  salam minz pis.</w:t>
      </w:r>
      <w:r>
        <w:br/>
      </w:r>
      <w:r>
        <w:rPr>
          <w:sz w:val="20"/>
        </w:rPr>
        <w:t>12:50  gad haz said sand tu yu da maisaj af pis.</w:t>
      </w:r>
      <w:r>
        <w:br/>
      </w:r>
      <w:r>
        <w:rPr>
          <w:sz w:val="20"/>
        </w:rPr>
        <w:t>12:58  All right, it was a time of war, but God sent him the message of peace. By hearing this from the angel, he said: "allah assalam vamank assalam,</w:t>
      </w:r>
      <w:r>
        <w:br/>
      </w:r>
      <w:r>
        <w:rPr>
          <w:sz w:val="20"/>
        </w:rPr>
        <w:t>13:16  salam rabana bil salam, das</w:t>
      </w:r>
      <w:r>
        <w:br/>
      </w:r>
      <w:r>
        <w:rPr>
          <w:sz w:val="20"/>
        </w:rPr>
        <w:t>13:21  vaz da rispans fram da prafait af islam." hi said in rispanding tu da maisaj af da ainjals, prafait said:</w:t>
      </w:r>
      <w:r>
        <w:br/>
      </w:r>
      <w:r>
        <w:rPr>
          <w:sz w:val="20"/>
        </w:rPr>
        <w:t>13:39  "o gad, yu ar pis.</w:t>
      </w:r>
      <w:r>
        <w:br/>
      </w:r>
      <w:r>
        <w:rPr>
          <w:sz w:val="20"/>
        </w:rPr>
        <w:t>13:47  pis kamz fram yu.</w:t>
      </w:r>
      <w:r>
        <w:br/>
      </w:r>
      <w:r>
        <w:rPr>
          <w:sz w:val="20"/>
        </w:rPr>
        <w:t>13:54  yu ar pis. pis kamz fram yu. o gad, lat as liv a laif af pis.</w:t>
      </w:r>
      <w:r>
        <w:br/>
      </w:r>
      <w:r>
        <w:rPr>
          <w:sz w:val="20"/>
        </w:rPr>
        <w:t>14:06  o gad, intr as inta da hom af pis, dat iz pirais." so das vaz da rispans.</w:t>
      </w:r>
      <w:r>
        <w:br/>
      </w:r>
      <w:r>
        <w:rPr>
          <w:sz w:val="20"/>
        </w:rPr>
        <w:t>14:19  hir yu kian si vat vaz da dailag bitvin ainjal and da prafait muhammad.</w:t>
      </w:r>
      <w:r>
        <w:br/>
      </w:r>
      <w:r>
        <w:rPr>
          <w:sz w:val="20"/>
        </w:rPr>
        <w:t>14:26  angel convey message of peace and prophet responded in peaceful manner. So instead saying that the, that the leader of the Islam was planning his next war plan,</w:t>
      </w:r>
      <w:r>
        <w:br/>
      </w:r>
      <w:r>
        <w:rPr>
          <w:sz w:val="20"/>
        </w:rPr>
        <w:t>14:44  yu hav tu say dat da prafait af islam or lidar af islam vaz planing hiz nikt pis plan.</w:t>
      </w:r>
      <w:r>
        <w:br/>
      </w:r>
      <w:r>
        <w:rPr>
          <w:sz w:val="20"/>
        </w:rPr>
        <w:t>14:59  ait da taim in da maind af da prafait af islam vaz pis and nat var.</w:t>
      </w:r>
      <w:r>
        <w:br/>
      </w:r>
      <w:r>
        <w:rPr>
          <w:sz w:val="20"/>
        </w:rPr>
        <w:t>15:08  so hi vaz planing hiz nikt pis plan and nat hiz nikt var plan. das iz da mis andarstanding.</w:t>
      </w:r>
    </w:p>
    <w:p>
      <w:pPr>
        <w:pStyle w:val="Heading2"/>
      </w:pPr>
      <w:r>
        <w:t>Quran preserved, then science and religious freedom unfold over centuries</w:t>
      </w:r>
    </w:p>
    <w:p>
      <w:r>
        <w:rPr>
          <w:color w:val="666666"/>
          <w:sz w:val="18"/>
        </w:rPr>
        <w:t>Spiritual Light of The Believers (Itmam-E-Noor ) May 12, 2013 · 3m 18s · at 30:22 · https://youtu.be/SmjmddWA1Jo?t=1822</w:t>
      </w:r>
    </w:p>
    <w:p>
      <w:r>
        <w:rPr>
          <w:i/>
        </w:rPr>
        <w:t>“Tareekh mein pehli baar Allah ki kitab Quran mehfooz hui”</w:t>
      </w:r>
    </w:p>
    <w:p>
      <w:r>
        <w:rPr>
          <w:sz w:val="20"/>
        </w:rPr>
        <w:t>30:22  tareekh mein pehli baar Allah ki kitab Quran mehfooz hui. is se pehle insan itna zalim hai ke Khuda ki kitab ko mehfooz nahi hone deta tha.</w:t>
      </w:r>
      <w:r>
        <w:br/>
      </w:r>
      <w:r>
        <w:rPr>
          <w:sz w:val="20"/>
        </w:rPr>
        <w:t>30:34  mehfooz hui Rasool Allah ki sunnat. sunnat jo hai, sunnat kya hai? role model hai insan ki zindagi ke liye.</w:t>
      </w:r>
      <w:r>
        <w:br/>
      </w:r>
      <w:r>
        <w:rPr>
          <w:sz w:val="20"/>
        </w:rPr>
        <w:t>30:41  woh role model jo hai, uska authentic edition mehfooz ho gaya. hadeesein mehfooz huin jo guide karein insan ki zindagi ke liye.</w:t>
      </w:r>
      <w:r>
        <w:br/>
      </w:r>
      <w:r>
        <w:rPr>
          <w:sz w:val="20"/>
        </w:rPr>
        <w:t>30:52  yeh sab hua. achha, is ke baad tareekh mein ek naya process shuru hua, ek naya daur shuru hua jiska culmination hua western Europe mein.</w:t>
      </w:r>
      <w:r>
        <w:br/>
      </w:r>
      <w:r>
        <w:rPr>
          <w:sz w:val="20"/>
        </w:rPr>
        <w:t>31:04  is ke baad jo waqiat hue, woh waqiat ek ke baad ek, is ko aap dekhiye. yaani basic kaam to 30 saal mein ho gaya tha, basic kaam, lekin is ka jo agla marhala hai expansion ka, woh mukammal hua hai Renaissance ke baad.</w:t>
      </w:r>
      <w:r>
        <w:br/>
      </w:r>
      <w:r>
        <w:rPr>
          <w:sz w:val="20"/>
        </w:rPr>
        <w:t>31:28  is mein kya kya hua?</w:t>
      </w:r>
      <w:r>
        <w:br/>
      </w:r>
      <w:r>
        <w:rPr>
          <w:sz w:val="20"/>
        </w:rPr>
        <w:t>31:30  nature mein jo Allah taala ne jo ayat rakhi theen, jo kalmaat rakhe the, is mein jo marifat ke item the, woh unfold hue science ke zariye se, sainsi daryafton ke zariye se.</w:t>
      </w:r>
      <w:r>
        <w:br/>
      </w:r>
      <w:r>
        <w:rPr>
          <w:sz w:val="20"/>
        </w:rPr>
        <w:t>31:44  phir is nature mein Allah taala ne jo jo jo technology rakhi thi, technology khaas taur par communication ki technology, woh sab isi nature mein to thi.</w:t>
      </w:r>
      <w:r>
        <w:br/>
      </w:r>
      <w:r>
        <w:rPr>
          <w:sz w:val="20"/>
        </w:rPr>
        <w:t>31:57  chahe aap ka camera ho ya aap ka mobile ho ya aap ka telephone ho, jo bhi is ko hum kehte hain technology, woh sab isi mein to thi.</w:t>
      </w:r>
      <w:r>
        <w:br/>
      </w:r>
      <w:r>
        <w:rPr>
          <w:sz w:val="20"/>
        </w:rPr>
        <w:t>32:06  is mein se daryaft kar ke banai gayi taake Allah ka paigham sari duniya pohnch sake.</w:t>
      </w:r>
      <w:r>
        <w:br/>
      </w:r>
      <w:r>
        <w:rPr>
          <w:sz w:val="20"/>
        </w:rPr>
        <w:t>32:15  phir aur bohat si cheezein darkaar theen. yaani ek taraf to marifat ke item unfold hue, communication unfold hua, aur doosri taraf yeh hai ke sari tareekh mein duniya mein religious persecution tha, yaani mazhabi jabr tha.</w:t>
      </w:r>
      <w:r>
        <w:br/>
      </w:r>
      <w:r>
        <w:rPr>
          <w:sz w:val="20"/>
        </w:rPr>
        <w:t>32:37  to pehli baar tareekh mein aaya woh inqilab ke religious persecution khatam hua aur duniya mein religious freedom aaya. aur yeh is ki takmeel hui hai 1948 mein jab United Nations mein sari qaumon ne pass kiya is ko jisko kehte hain Universal Declaration of Human Rights, jis mein keh diya gaya sare mulkon ki taraf se ke mukammal mazhabi azadi har aadmi ko hasil rahe gi.</w:t>
      </w:r>
      <w:r>
        <w:br/>
      </w:r>
      <w:r>
        <w:rPr>
          <w:sz w:val="20"/>
        </w:rPr>
        <w:t>33:03  jis mazhab ko chahe maane, jis mazhab ko chahe par chale, jis mazhab ki chahe ke tablegh tablegh kare, yeh sab azadi mil gayi.</w:t>
      </w:r>
      <w:r>
        <w:br/>
      </w:r>
      <w:r>
        <w:rPr>
          <w:sz w:val="20"/>
        </w:rPr>
        <w:t>33:13  yeh pehle kabhi nahi thi. yeh sab isi isi inqilab ka agla marhala hai. to buniyadi marhala to 30 saal mein mukammal ho gaya ashab e Rasool ke zamane mein, lekin is ke zariye jo ek process chala, process history mein,</w:t>
      </w:r>
      <w:r>
        <w:br/>
      </w:r>
      <w:r>
        <w:rPr>
          <w:sz w:val="20"/>
        </w:rPr>
        <w:t>33:30  history mein ek process chala, woh chalte chalte is ki takmeel hui atharveen sadi mein, unneesveen sadi mein, beesveen sadi mein. aur yeh sab cheezein zahir huin.</w:t>
      </w:r>
    </w:p>
    <w:p>
      <w:pPr>
        <w:pStyle w:val="Heading2"/>
      </w:pPr>
      <w:r>
        <w:t>Why non-reaction was the Prophet's secret to success</w:t>
      </w:r>
    </w:p>
    <w:p>
      <w:r>
        <w:rPr>
          <w:color w:val="666666"/>
          <w:sz w:val="18"/>
        </w:rPr>
        <w:t>Prophetic Wisdom July 23, 2016 Maulana Wahiduddin Khan · 4m 37s · at 14:05 · https://youtu.be/aaXBGgyvWOU?t=845</w:t>
      </w:r>
    </w:p>
    <w:p>
      <w:r>
        <w:rPr>
          <w:i/>
        </w:rPr>
        <w:t>“The Prophet did exactly what nature's way demands”</w:t>
      </w:r>
    </w:p>
    <w:p>
      <w:r>
        <w:rPr>
          <w:sz w:val="20"/>
        </w:rPr>
        <w:t>14:05  p</w:t>
      </w:r>
      <w:r>
        <w:br/>
      </w:r>
      <w:r>
        <w:rPr>
          <w:sz w:val="20"/>
        </w:rPr>
        <w:t>14:06  Raft ne wahi kiya jo jo jo nature ka tareeqa hai, jo fitrat fitrat tareeqa hai. Yaani aap ne react nahin kiya.</w:t>
      </w:r>
      <w:r>
        <w:br/>
      </w:r>
      <w:r>
        <w:rPr>
          <w:sz w:val="20"/>
        </w:rPr>
        <w:t>14:17  Basic baat hai, dekhiye ke jab bhi koi situation create ho to aap ko react nahin karna hai. React karte hi sab jhapta ho jata hai.</w:t>
      </w:r>
      <w:r>
        <w:br/>
      </w:r>
      <w:r>
        <w:rPr>
          <w:sz w:val="20"/>
        </w:rPr>
        <w:t>14:26  Aap normal nahin rahe, situation normal nahin rahi, aap ke andar normal thinking nahin rahi, sara mamla bigad gaya.</w:t>
      </w:r>
      <w:r>
        <w:br/>
      </w:r>
      <w:r>
        <w:rPr>
          <w:sz w:val="20"/>
        </w:rPr>
        <w:t>14:37  To Rasool Allah ka tareeqa yeh tha ke aap kabhi mustahil nahin hote the, react nahin karte the, balkeh sochte the. Maslan dekhiye, Rasool Allah ne Makkah mein dawati mission shuru kiya to Makkah mein har taraf but hi but the.</w:t>
      </w:r>
      <w:r>
        <w:br/>
      </w:r>
      <w:r>
        <w:rPr>
          <w:sz w:val="20"/>
        </w:rPr>
        <w:t>14:55  Is zamane mein jo qadeem Makkah tha, har ghar mein but, Kaaba mein but, har jagah but.</w:t>
      </w:r>
      <w:r>
        <w:br/>
      </w:r>
      <w:r>
        <w:rPr>
          <w:sz w:val="20"/>
        </w:rPr>
        <w:t>15:07  To agar yeh manzar dekh kar aap ghussa ho jate, react karte to buton se ladte, aur pehla aap ka naara yeh hota ke Makkah ko buton se pak karo.</w:t>
      </w:r>
      <w:r>
        <w:br/>
      </w:r>
      <w:r>
        <w:rPr>
          <w:sz w:val="20"/>
        </w:rPr>
        <w:t>15:20  Makkah muqaddas shehar hai, jidhar aap jate the, idhar but, jidhar jate the, idhar but. To aap ne kya kiya? Ke aap ne react nahin kiya, aap ne sabr kiya,</w:t>
      </w:r>
      <w:r>
        <w:br/>
      </w:r>
      <w:r>
        <w:rPr>
          <w:sz w:val="20"/>
        </w:rPr>
        <w:t>15:33  Aur aap ne agar time liya mein planning ka to sabr karne ki wajah se aap ko kya mauqa mila?</w:t>
      </w:r>
      <w:r>
        <w:br/>
      </w:r>
      <w:r>
        <w:rPr>
          <w:sz w:val="20"/>
        </w:rPr>
        <w:t>15:42  Ke khamoshi yaani peaceful da'wah karte rahe. Aap sabr na karte to peaceful da'wah nahin ho sakta tha.</w:t>
      </w:r>
      <w:r>
        <w:br/>
      </w:r>
      <w:r>
        <w:rPr>
          <w:sz w:val="20"/>
        </w:rPr>
        <w:t>15:53  Makkah mein aap ne yaani two point formula ikhtiyar kiya, jo har taraf but wahan the, us se ignore karna aur insanon ko le kar ke planning karna da'wah ki.</w:t>
      </w:r>
      <w:r>
        <w:br/>
      </w:r>
      <w:r>
        <w:rPr>
          <w:sz w:val="20"/>
        </w:rPr>
        <w:t>16:10  Yeh kya aap ne? Iska nateeja kya hua? Jin ko hum kehte hain ajill sahaba yaani bade bade sahaba, woh sab isi zamane mein mile, isi isi isi method ki wajah se.</w:t>
      </w:r>
      <w:r>
        <w:br/>
      </w:r>
      <w:r>
        <w:rPr>
          <w:sz w:val="20"/>
        </w:rPr>
        <w:t>16:26  Isi method yaani jo bade bade sahaba the, sab isi zamane mein mile, isi method ki wajah se. Agar aap burai chhod dete, butte ke masle ko le kar aap mushtael ho jate, aur bas isi par har taraf taqreerein karte, yeh kya mazaaq hai?</w:t>
      </w:r>
      <w:r>
        <w:br/>
      </w:r>
      <w:r>
        <w:rPr>
          <w:sz w:val="20"/>
        </w:rPr>
        <w:t>16:44  Yeh but hain, yeh to koi kaam nahin ho sakta tha. Ya jaisa ke aaj kal ho raha hai, Musalman ladai bhadai kar rahe hain to da'wah ka kaam tough hai.</w:t>
      </w:r>
      <w:r>
        <w:br/>
      </w:r>
      <w:r>
        <w:rPr>
          <w:sz w:val="20"/>
        </w:rPr>
        <w:t>16:58  Musalman ka asal mission jo hai, da'wah hai. Yaani Quran ki, Quran mein jo Allah taala ne message diya hai, us message ko saare insanon tak pahunchana yeh bhi mission hai Musalmanon ka ke Quran ke message ko saari duniya tak har zabaan mein pahunchana.</w:t>
      </w:r>
      <w:r>
        <w:br/>
      </w:r>
      <w:r>
        <w:rPr>
          <w:sz w:val="20"/>
        </w:rPr>
        <w:t>17:16  Yeh tough hai. Kyun? Ladai kar rahe hain, gun karte hain, bomb karte hain, suicide bombing, yeh sab kar rahe hain. To Rasool Allah sallallahu alaihi wasallam ko jo kamyabi mili, woh is liye mili ke aap ne reaction ka tareeqa bilkul hi khatam kar diya.</w:t>
      </w:r>
      <w:r>
        <w:br/>
      </w:r>
      <w:r>
        <w:rPr>
          <w:sz w:val="20"/>
        </w:rPr>
        <w:t>17:36  No reaction at all. To aaj ke jo Musalman hain, agar woh chahte hain kamyabi to unhein bhi yeh karna padega.</w:t>
      </w:r>
      <w:r>
        <w:br/>
      </w:r>
      <w:r>
        <w:rPr>
          <w:sz w:val="20"/>
        </w:rPr>
        <w:t>17:45  no reaction at all, kuch bhi ho, kahin quran ko yani musalman jo bhark uthte hain ke quran ki be-hurmati hui hai, kuch bhi hota rahe, aap aap apna kaam ko jaari rakhiye, kuch bhi hota rahe.</w:t>
      </w:r>
      <w:r>
        <w:br/>
      </w:r>
      <w:r>
        <w:rPr>
          <w:sz w:val="20"/>
        </w:rPr>
        <w:t>17:59  ek zara se kai waqea ki khabar aati hai, chahe hua hai ya na ho, musalman bhark uthte hain, likhte hain, ladne phirne. to rasool allah ka tareeqa yeh hai ke kuch bhi ho, kuch bhi ho, kuch bhi ho, react mat karo,</w:t>
      </w:r>
      <w:r>
        <w:br/>
      </w:r>
      <w:r>
        <w:rPr>
          <w:sz w:val="20"/>
        </w:rPr>
        <w:t>18:15  balkeh khamoshi ke saath positive planning karo, tab kamyabi hoti hai.</w:t>
      </w:r>
      <w:r>
        <w:br/>
      </w:r>
      <w:r>
        <w:rPr>
          <w:sz w:val="20"/>
        </w:rPr>
        <w:t>18:24  maulana sahib, you said not to react and keeping patience. in fact, in many of your writings, you have spoken about accepting defeat or taking a step back as a right course of action rather than advancing and confronting.</w:t>
      </w:r>
    </w:p>
    <w:p>
      <w:pPr>
        <w:pStyle w:val="Heading2"/>
      </w:pPr>
      <w:r>
        <w:t>Islam's foundational teaching of total religious freedom</w:t>
      </w:r>
    </w:p>
    <w:p>
      <w:r>
        <w:rPr>
          <w:color w:val="666666"/>
          <w:sz w:val="18"/>
        </w:rPr>
        <w:t>The Issue of Shatm-e-Rasool (Abuse of the Prophet) December 19, 2021 Prof. Farida Khanam · 5m 31s · at 4:25 · https://youtu.be/ExQS_PHirUc?t=265</w:t>
      </w:r>
    </w:p>
    <w:p>
      <w:r>
        <w:rPr>
          <w:i/>
        </w:rPr>
        <w:t>“This still happens among Muslims today, called shatm-e-rasool”</w:t>
      </w:r>
    </w:p>
    <w:p>
      <w:r>
        <w:rPr>
          <w:sz w:val="20"/>
        </w:rPr>
        <w:t>4:25  lekin abhi bhi aisa ho raha hai aur musalmanon mein bhi ho raha hai jis ko woh "shidd mein rasool" kehte hain ke jab bhi koi koi aisi nazeba alfaaz, woh nazeba bhi nahi, un ke religious sentiments jo hain, woh kehte hain ke hamare hurt ho gaye.</w:t>
      </w:r>
      <w:r>
        <w:br/>
      </w:r>
      <w:r>
        <w:rPr>
          <w:sz w:val="20"/>
        </w:rPr>
        <w:t>4:45  ek baar ek governor ne, hamare padosi mulk mein ek governor ne kaha ke rasool Allah sal Allah alaihi wasallam Khuda ke mohtaaj hain.</w:t>
      </w:r>
      <w:r>
        <w:br/>
      </w:r>
      <w:r>
        <w:rPr>
          <w:sz w:val="20"/>
        </w:rPr>
        <w:t>4:55  to us ko bhi unhon ne kaha ke yeh blasphemy ka case hai aur us ko maar dala. matlab unhein aisa lage ke yeh blasphemy ka case hai, haalankeh woh aisa ho ya na ho.</w:t>
      </w:r>
      <w:r>
        <w:br/>
      </w:r>
      <w:r>
        <w:rPr>
          <w:sz w:val="20"/>
        </w:rPr>
        <w:t>5:06  ek paagal aadmi ko bhi unhon ne maar dala. paagal aadmi to kuch bhi bolta hai. to yeh aaj kal yeh aisa bohat zyada jagah jagah yeh waqiyat ho rahe hain</w:t>
      </w:r>
      <w:r>
        <w:br/>
      </w:r>
      <w:r>
        <w:rPr>
          <w:sz w:val="20"/>
        </w:rPr>
        <w:t>5:19  aur jabkeh musalman aisa kar rahe hain, jabkeh Islam hi dunya mein religious freedom laya.</w:t>
      </w:r>
      <w:r>
        <w:br/>
      </w:r>
      <w:r>
        <w:rPr>
          <w:sz w:val="20"/>
        </w:rPr>
        <w:t>5:27  Qur'an mein aap dekhiye, bohat sari aisi aayatein hain, Rasool Allah salallahu alaihi wasallam ka ka iswa</w:t>
      </w:r>
      <w:r>
        <w:br/>
      </w:r>
      <w:r>
        <w:rPr>
          <w:sz w:val="20"/>
        </w:rPr>
        <w:t>5:33  hai, un hadees hai, practices hain jis se pata chalta hai ke aise jo cases hotey hain mazhab</w:t>
      </w:r>
      <w:r>
        <w:br/>
      </w:r>
      <w:r>
        <w:rPr>
          <w:sz w:val="20"/>
        </w:rPr>
        <w:t>5:40  ke khilaaf, kisi ne kuch bola ho ya kisi bhi secret cheez ke khilaaf, to is ko koi</w:t>
      </w:r>
      <w:r>
        <w:br/>
      </w:r>
      <w:r>
        <w:rPr>
          <w:sz w:val="20"/>
        </w:rPr>
        <w:t>5:47  bhi saza nahi di gayi.</w:t>
      </w:r>
      <w:r>
        <w:br/>
      </w:r>
      <w:r>
        <w:rPr>
          <w:sz w:val="20"/>
        </w:rPr>
        <w:t>5:50  Quran mein aaya hai "lakum deenukum wali deen" yeh hai chapter 109. to is ka matlab hai ke tumhara deen, deen tumhare liye, mera deen mere liye.</w:t>
      </w:r>
      <w:r>
        <w:br/>
      </w:r>
      <w:r>
        <w:rPr>
          <w:sz w:val="20"/>
        </w:rPr>
        <w:t>6:03  to is mein koi bhi aisi baat nahi hai ke jo hamara deen accept na kare, us ko saza ka mustahiq hota hai.</w:t>
      </w:r>
      <w:r>
        <w:br/>
      </w:r>
      <w:r>
        <w:rPr>
          <w:sz w:val="20"/>
        </w:rPr>
        <w:t>6:12  aisi ek jagah hai Quran mein "la ikraha fid deen" yeh Surah Al Baqarah mein hai.</w:t>
      </w:r>
      <w:r>
        <w:br/>
      </w:r>
      <w:r>
        <w:rPr>
          <w:sz w:val="20"/>
        </w:rPr>
        <w:t>6:18  to Islam mein asal mein sab se bari cheez jo hai, woh hai freedom of choice, freedom of expression, religious freedom.</w:t>
      </w:r>
      <w:r>
        <w:br/>
      </w:r>
      <w:r>
        <w:rPr>
          <w:sz w:val="20"/>
        </w:rPr>
        <w:t>6:29  to insaan ko is dunya mein is liye bhi bhejja gaya hai ke woh jo jab us ke saamne sachai aaye to apni marzi se us ko woh qabool kar e.</w:t>
      </w:r>
      <w:r>
        <w:br/>
      </w:r>
      <w:r>
        <w:rPr>
          <w:sz w:val="20"/>
        </w:rPr>
        <w:t>6:42  us ke upar koi zor zabardasti nahi, koi compulsion</w:t>
      </w:r>
      <w:r>
        <w:br/>
      </w:r>
      <w:r>
        <w:rPr>
          <w:sz w:val="20"/>
        </w:rPr>
        <w:t>6:45  nahi. to yahi to insaan ka test hai Quran ke mutabiq. to isi wajah se Quran mein Islam mein religious freedom di gayi hai aur jo rasool Allah sal Allah alaihi wasallam ka jo mission tha, woh yeh tha ke logon tak Khuda ka paigham pouncha diya jaye.</w:t>
      </w:r>
      <w:r>
        <w:br/>
      </w:r>
      <w:r>
        <w:rPr>
          <w:sz w:val="20"/>
        </w:rPr>
        <w:t>7:07  Quran mein aaya hai rasool par saaf saaf pouncha dena hai.</w:t>
      </w:r>
      <w:r>
        <w:br/>
      </w:r>
      <w:r>
        <w:rPr>
          <w:sz w:val="20"/>
        </w:rPr>
        <w:t>7:12  matlab jo balagh hai, communication hai, woh mission hai aap ka. koi zor zabardasti, koi compulsion nahi. to is tareeqe se total freedom hai, total religious freedom hai Quran mein, Islam mein.</w:t>
      </w:r>
      <w:r>
        <w:br/>
      </w:r>
      <w:r>
        <w:rPr>
          <w:sz w:val="20"/>
        </w:rPr>
        <w:t>7:28  to ek aur Quran mein hai, chapter 88: "tum sirf naseehat karne wale ho, tum logon ke upar darogha nahi ho."</w:t>
      </w:r>
      <w:r>
        <w:br/>
      </w:r>
      <w:r>
        <w:rPr>
          <w:sz w:val="20"/>
        </w:rPr>
        <w:t>7:39  rasool Allah sal Allah alaihi wasallam bohat zyada pareshan rehte the ke log hidayat ko accept nahi kar rahe hain. to is par aaya ke tum ko sirf paigham ko pouncha dena hai.</w:t>
      </w:r>
      <w:r>
        <w:br/>
      </w:r>
      <w:r>
        <w:rPr>
          <w:sz w:val="20"/>
        </w:rPr>
        <w:t>7:50  yeh un ka kaam hai, woh accept karein ya na karein, yeh Khuda ka kaam hai. Khuda un ko tofeeq de accept karne ki. jab Khuda kisi ke andar chingari dekhta hai to us ko Khuda tofeeq deta hai.</w:t>
      </w:r>
      <w:r>
        <w:br/>
      </w:r>
      <w:r>
        <w:rPr>
          <w:sz w:val="20"/>
        </w:rPr>
        <w:t>8:05  to baar baar rasool Allah sal Allah alaihi wasallam ko kaha gaya ke tum nazar andaaz karo kyunke is zamane mein bohat zyada aap ko sataya ja raha tha.</w:t>
      </w:r>
      <w:r>
        <w:br/>
      </w:r>
      <w:r>
        <w:rPr>
          <w:sz w:val="20"/>
        </w:rPr>
        <w:t>8:17  aap ko jab Quran aa ke parhte, namaz parhte Haram mein to log aa jate satane ke liye. to aap thoda buland awaz se parhte the.</w:t>
      </w:r>
      <w:r>
        <w:br/>
      </w:r>
      <w:r>
        <w:rPr>
          <w:sz w:val="20"/>
        </w:rPr>
        <w:t>8:26  to aap hi ko kaha gaya Quran mein ke tum qirat darmayani hisab se parho,</w:t>
      </w:r>
      <w:r>
        <w:br/>
      </w:r>
      <w:r>
        <w:rPr>
          <w:sz w:val="20"/>
        </w:rPr>
        <w:t>8:33  na zyada buland, na aahista. matlab yeh nahi kaha gaya ke mushrikeen jo hain, woh tum ko naahaq pareshan kar rahe hain, balkeh kaha gaya ke tum zor se mat parho ke woh aayein aur tum tumhein pareshan karein.</w:t>
      </w:r>
      <w:r>
        <w:br/>
      </w:r>
      <w:r>
        <w:rPr>
          <w:sz w:val="20"/>
        </w:rPr>
        <w:t>8:46  to is tareeqe se baar baar kaha gaya ke tum nazar andaaz karo kyunke yeh jahil hain, yeh baaton ko samajhte nahi hain aur Allah pe bharosa rakho.</w:t>
      </w:r>
      <w:r>
        <w:br/>
      </w:r>
      <w:r>
        <w:rPr>
          <w:sz w:val="20"/>
        </w:rPr>
        <w:t>8:56  yeh Surah Al Ahzab 48 aur us ke baad hum yeh Al Kahf mein aaya hai, Al Kahf 29: "yeh haq hai tumhare Rab ki taraf se, jo shakhs chahe maane, jo shakhs chahe na maane." to yeh insaan ki choice of freedom hai.</w:t>
      </w:r>
      <w:r>
        <w:br/>
      </w:r>
      <w:r>
        <w:rPr>
          <w:sz w:val="20"/>
        </w:rPr>
        <w:t>9:16  insaan ki choice hai ke chahe woh haq ko maanta hai ya nahi maanta, kyunke yeh bohat bara rewardable act hai.</w:t>
      </w:r>
      <w:r>
        <w:br/>
      </w:r>
      <w:r>
        <w:rPr>
          <w:sz w:val="20"/>
        </w:rPr>
        <w:t>9:23  to yeh Allah taala isi ko yeh reward denge jo apni marzi se karta hai, kyunke poori kainat to compulsorily Khuda ke aage surrender kiye hue hai.</w:t>
      </w:r>
      <w:r>
        <w:br/>
      </w:r>
      <w:r>
        <w:rPr>
          <w:sz w:val="20"/>
        </w:rPr>
        <w:t>9:33  lekin insaan ko bohat bara reward Allah ko dena hai, woh hai jannat ki sh</w:t>
      </w:r>
      <w:r>
        <w:br/>
      </w:r>
      <w:r>
        <w:rPr>
          <w:sz w:val="20"/>
        </w:rPr>
        <w:t>9:39  kal mein. to woh reward jbhi milega jb woh apni marzi se voluntarily woh submit kare khuda ke aage aur khuda ki hidayat ke mutabiq apni zindagi ko, khuda ki hidayat ko follow kare apni zindagi mein.</w:t>
      </w:r>
    </w:p>
    <w:p>
      <w:pPr>
        <w:pStyle w:val="Heading2"/>
      </w:pPr>
      <w:r>
        <w:t>The scholarly error that gave birth to the Qadiani movement</w:t>
      </w:r>
    </w:p>
    <w:p>
      <w:r>
        <w:rPr>
          <w:color w:val="666666"/>
          <w:sz w:val="18"/>
        </w:rPr>
        <w:t>The Importance of Wisdom February 22, 2009 · 6m 12s · at 25:02 · https://youtu.be/2E7WtpqtFgw?t=1502</w:t>
      </w:r>
    </w:p>
    <w:p>
      <w:r>
        <w:rPr>
          <w:i/>
        </w:rPr>
        <w:t>“Yeh sawaal tha logon ki taraf se ke Rasulullah khatam kyun hain? Nabuwwat khatam kyun?”</w:t>
      </w:r>
    </w:p>
    <w:p>
      <w:r>
        <w:rPr>
          <w:sz w:val="20"/>
        </w:rPr>
        <w:t>25:02  to yeh sawal tha logon ki taraf se ke bhai rasool Allah khatam kyun hain? khatam-e-nabuwat kyun?</w:t>
      </w:r>
      <w:r>
        <w:br/>
      </w:r>
      <w:r>
        <w:rPr>
          <w:sz w:val="20"/>
        </w:rPr>
        <w:t>25:12  nabuwat khatam kyun ho gayi? nabuwat jaisa pehlay thi, ab bhi chal rehna chahiye. is sawal ka jawab dene ke liye kya kiya unhon ne</w:t>
      </w:r>
      <w:r>
        <w:br/>
      </w:r>
      <w:r>
        <w:rPr>
          <w:sz w:val="20"/>
        </w:rPr>
        <w:t>25:21  ? taqreeban saaray ulama ne yeh ghalti ki hai. mujhe kisi aalim ka istisni nahi maloom is mamlay mein. unhon ne jawab yeh diya ke rasool Allah ka jo, yani jab dunya mein aap tashreef laye, jo zamanay tha aap ka, woh seven century ka first quarter tha.</w:t>
      </w:r>
      <w:r>
        <w:br/>
      </w:r>
      <w:r>
        <w:rPr>
          <w:sz w:val="20"/>
        </w:rPr>
        <w:t>25:42  seven century ad ka first quarter. to yeh kaha gaya hai ke us waqt insaniyat mein buloogh ko puhanch chuki thi. buloogh ka matlab hai maturity.</w:t>
      </w:r>
      <w:r>
        <w:br/>
      </w:r>
      <w:r>
        <w:rPr>
          <w:sz w:val="20"/>
        </w:rPr>
        <w:t>25:54  yani seven century ka first quarter jab ke aap dunya mein bahesiyat-e-nabi ke tashreef laye, us waqt insaniyat apne buloogh ko puhanch chuki thi.</w:t>
      </w:r>
      <w:r>
        <w:br/>
      </w:r>
      <w:r>
        <w:rPr>
          <w:sz w:val="20"/>
        </w:rPr>
        <w:t>26:05  to is se pehlay buloogh ko nahi puhanchi thi, im-mature thi. to pehlay jo nabi aaye, us mein kamil deen nahi aaya tha, kamil nabi bhi nahi aaya tha.</w:t>
      </w:r>
      <w:r>
        <w:br/>
      </w:r>
      <w:r>
        <w:rPr>
          <w:sz w:val="20"/>
        </w:rPr>
        <w:t>26:16  lekin jab insaniyat jo hai buloogh ko puhanch gayi, maturity tak puhanch gayi, to ab zaroorat thi ek kamil deen aaye, kamil nabi aaye. to woh aaye.</w:t>
      </w:r>
      <w:r>
        <w:br/>
      </w:r>
      <w:r>
        <w:rPr>
          <w:sz w:val="20"/>
        </w:rPr>
        <w:t>26:26  yeh bilkul false agreement hai, false. koi bhi aadmi jo parha likha ho, yeh nahi manay ga is ko. kyun? dekhiye, seven century kya thi?</w:t>
      </w:r>
      <w:r>
        <w:br/>
      </w:r>
      <w:r>
        <w:rPr>
          <w:sz w:val="20"/>
        </w:rPr>
        <w:t>26:37  that was traditional age aaj hum jee rahe hain scientific age mein.</w:t>
      </w:r>
      <w:r>
        <w:br/>
      </w:r>
      <w:r>
        <w:rPr>
          <w:sz w:val="20"/>
        </w:rPr>
        <w:t>26:44  seven century mein insaan samajhta tha ke zameen beech mein hai, suraj is ke gird ghoomta hai. geo-centric theory mein believe karta tha.</w:t>
      </w:r>
      <w:r>
        <w:br/>
      </w:r>
      <w:r>
        <w:rPr>
          <w:sz w:val="20"/>
        </w:rPr>
        <w:t>26:57  sari baatein us waqt tak jo hain theen, woh lam-alam theen. jo pre-civilization age tha, woh ab hum post-civilization age mein jee rahe hain.</w:t>
      </w:r>
      <w:r>
        <w:br/>
      </w:r>
      <w:r>
        <w:rPr>
          <w:sz w:val="20"/>
        </w:rPr>
        <w:t>27:09  to sari tarqqiyan kuch bhi nahi hui theen. na science ko, na philosophy ko, na technology ko, kisi cheez ko bhi nahi. to maturity kahan se aa gayi? maturity kahan se aa gayi?</w:t>
      </w:r>
      <w:r>
        <w:br/>
      </w:r>
      <w:r>
        <w:rPr>
          <w:sz w:val="20"/>
        </w:rPr>
        <w:t>27:22  yani seven century ad jo tha, woh to superstition ka daur tha. insaan superstition mein jeeta tha.</w:t>
      </w:r>
      <w:r>
        <w:br/>
      </w:r>
      <w:r>
        <w:rPr>
          <w:sz w:val="20"/>
        </w:rPr>
        <w:t>27:33  yani us waqt chemistry nahi aayi thi, woh alchemy thi us waqt.</w:t>
      </w:r>
      <w:r>
        <w:br/>
      </w:r>
      <w:r>
        <w:rPr>
          <w:sz w:val="20"/>
        </w:rPr>
        <w:t>27:38  is waqt astronomy nahi aai thi, woh to astrology thi is waqt. woh to heliocentric theory nahi aai thi, woh to geocentric theory thi is waqt. aap ghore kijiye, woh balogh aa gaya hai, woh</w:t>
      </w:r>
      <w:r>
        <w:br/>
      </w:r>
      <w:r>
        <w:rPr>
          <w:sz w:val="20"/>
        </w:rPr>
        <w:t>27:53  abhi yeh jo brier criterion, woh criterion galat tha, woh woh criterion galat tha. koi bhi aadmi jo parha likha hai, woh kahega bhai is waqt kahan se balogh aa jayega?</w:t>
      </w:r>
      <w:r>
        <w:br/>
      </w:r>
      <w:r>
        <w:rPr>
          <w:sz w:val="20"/>
        </w:rPr>
        <w:t>28:08  maturity kahan se aa jayegi? woh to superstition tha sari dunya mein. pre scientific age tha, woh ab hum jee rahe hain scientific age mein.</w:t>
      </w:r>
      <w:r>
        <w:br/>
      </w:r>
      <w:r>
        <w:rPr>
          <w:sz w:val="20"/>
        </w:rPr>
        <w:t>28:20  ab har cheez ko taraqqi ho chuki hai. is waqt printing press nahi tha, is waqt communication nahi tha, is waqt city planning, city planning nahi thi.</w:t>
      </w:r>
      <w:r>
        <w:br/>
      </w:r>
      <w:r>
        <w:rPr>
          <w:sz w:val="20"/>
        </w:rPr>
        <w:t>28:33  hata ke water supply system bhi nahi tha.</w:t>
      </w:r>
      <w:r>
        <w:br/>
      </w:r>
      <w:r>
        <w:rPr>
          <w:sz w:val="20"/>
        </w:rPr>
        <w:t>28:36  aaj jo aap tap kholte hain, pani dharate hain, nikalta hai, is waqt kahan tha yeh? koi janta bhi nahi tha, aisa ho sakta hai. aap shower kijiye, nahate hain, is waqt kon janta tha ke shower kijiye, bhi nah ana paas bhule?</w:t>
      </w:r>
      <w:r>
        <w:br/>
      </w:r>
      <w:r>
        <w:rPr>
          <w:sz w:val="20"/>
        </w:rPr>
        <w:t>28:49  badshah ke bathroom mein shower nahi hua karta tha. aisi hazaron hazaron cheezein. to yeh bilkul hi illogical hai, ghair scientific hai yeh kehna ke seven century AD mein insan balogh ke darje ko pahunch chuka tha.</w:t>
      </w:r>
      <w:r>
        <w:br/>
      </w:r>
      <w:r>
        <w:rPr>
          <w:sz w:val="20"/>
        </w:rPr>
        <w:t>29:09  to criterion galat hai. is se kya hua ke is zamane mein kuch log paida hue? dekhiye, ek baat ko aap ne socha nahi ke jamaat ahmadi mein qadiyani mein top ke log kaise aa gaye?</w:t>
      </w:r>
      <w:r>
        <w:br/>
      </w:r>
      <w:r>
        <w:rPr>
          <w:sz w:val="20"/>
        </w:rPr>
        <w:t>29:23  sir zafarullah khan, khwaja qamaruddin, aur woh muhammad ali, yeh top ke brain the.</w:t>
      </w:r>
      <w:r>
        <w:br/>
      </w:r>
      <w:r>
        <w:rPr>
          <w:sz w:val="20"/>
        </w:rPr>
        <w:t>29:33  yeh sab top ke brain the. aise bohat se log kaise is waqt aa gaye?</w:t>
      </w:r>
      <w:r>
        <w:br/>
      </w:r>
      <w:r>
        <w:rPr>
          <w:sz w:val="20"/>
        </w:rPr>
        <w:t>29:40  europe mein bohat se top ke logon ko kaise unhon ne islam mein dakhil kar liya? yeh sochiye. agar woh itna hi aadmi tha, established jaisa ke log batate hain un ko, to kaise aisa hua?</w:t>
      </w:r>
      <w:r>
        <w:br/>
      </w:r>
      <w:r>
        <w:rPr>
          <w:sz w:val="20"/>
        </w:rPr>
        <w:t>29:52  nahi, us ne ek aisi baat kahi jo logon ko appeal karne wali thi. woh kya? ab zamana badal gaya hai. ab hum we are living in the scientific age</w:t>
      </w:r>
      <w:r>
        <w:br/>
      </w:r>
      <w:r>
        <w:rPr>
          <w:sz w:val="20"/>
        </w:rPr>
        <w:t>30:05  ab scientific age hai, civilization hai, sare development ho chuke hain, insaniyat agle stage par pahunch chuki hai. to ab naya nabi chahiye.</w:t>
      </w:r>
      <w:r>
        <w:br/>
      </w:r>
      <w:r>
        <w:rPr>
          <w:sz w:val="20"/>
        </w:rPr>
        <w:t>30:15  khud ulama ke apne hi standard ke mutabiq, unhi ke set kiya hua jo criterion tha, us ke mutabiq. hua ke dekho, ulama to khud hi keh rahe hain.</w:t>
      </w:r>
      <w:r>
        <w:br/>
      </w:r>
      <w:r>
        <w:rPr>
          <w:sz w:val="20"/>
        </w:rPr>
        <w:t>30:25  to balogh is waqt kahan hua? ab balogh hua hai.</w:t>
      </w:r>
      <w:r>
        <w:br/>
      </w:r>
      <w:r>
        <w:rPr>
          <w:sz w:val="20"/>
        </w:rPr>
        <w:t>30:31  to sab ko samajh mein aa gayi baat ke ab to hamein naya nabi chahiye. woh nabi jo aaya trishal zamane mein, woh nabi aaj kaam nahi ayega.</w:t>
      </w:r>
      <w:r>
        <w:br/>
      </w:r>
      <w:r>
        <w:rPr>
          <w:sz w:val="20"/>
        </w:rPr>
        <w:t>30:43  jo oont par baithta tha, jo haddi par likhta tha.</w:t>
      </w:r>
      <w:r>
        <w:br/>
      </w:r>
      <w:r>
        <w:rPr>
          <w:sz w:val="20"/>
        </w:rPr>
        <w:t>30:49  yani kisi bhi aitbar se aap compare kijiye to logon ko laga ke bhai woh, woh to tha yani pehle ka zamana.</w:t>
      </w:r>
      <w:r>
        <w:br/>
      </w:r>
      <w:r>
        <w:rPr>
          <w:sz w:val="20"/>
        </w:rPr>
        <w:t>30:59  us ko woh nabi is zamane mein ho sakta tha. aaj to hamein naya nabi chahiye jo scientific age mein hamein guidance de. yeh bohat hi simple logic thi aur is ki wajah se qadiyani itna taraqqi kar gayi.</w:t>
      </w:r>
    </w:p>
    <w:p>
      <w:pPr>
        <w:pStyle w:val="Heading2"/>
      </w:pPr>
      <w:r>
        <w:t>buying the well of Rumah for free water charity</w:t>
      </w:r>
    </w:p>
    <w:p>
      <w:r>
        <w:rPr>
          <w:color w:val="666666"/>
          <w:sz w:val="18"/>
        </w:rPr>
        <w:t>Story of Uthman ibn Affan (ra) -</w:t>
        <w:br/>
        <w:t>Lives of the Sahabah -1 May 21, 2023 · 3m 38s · at 11:13 · https://youtu.be/rO43Eo-WWdY?t=673</w:t>
      </w:r>
    </w:p>
    <w:p>
      <w:r>
        <w:rPr>
          <w:i/>
        </w:rPr>
        <w:t>“When the Companions reached Medina, there was a severe water shortage”</w:t>
      </w:r>
    </w:p>
    <w:p>
      <w:r>
        <w:rPr>
          <w:sz w:val="20"/>
        </w:rPr>
        <w:t>11:13  et.</w:t>
      </w:r>
      <w:r>
        <w:br/>
      </w:r>
      <w:r>
        <w:rPr>
          <w:sz w:val="20"/>
        </w:rPr>
        <w:t>11:17  asal mein kya hua ke jab sahaba aaye 300 taqreeban 300 sahaba aaye the makka se madina to</w:t>
      </w:r>
      <w:r>
        <w:br/>
      </w:r>
      <w:r>
        <w:rPr>
          <w:sz w:val="20"/>
        </w:rPr>
        <w:t>11:22  us waqt pani ki kami hui thi wahan.</w:t>
      </w:r>
      <w:r>
        <w:br/>
      </w:r>
      <w:r>
        <w:rPr>
          <w:sz w:val="20"/>
        </w:rPr>
        <w:t>11:26  kyunki in makka there was zamzam. ji.</w:t>
      </w:r>
      <w:r>
        <w:br/>
      </w:r>
      <w:r>
        <w:rPr>
          <w:sz w:val="20"/>
        </w:rPr>
        <w:t>11:30  so pani was easily available.</w:t>
      </w:r>
      <w:r>
        <w:br/>
      </w:r>
      <w:r>
        <w:rPr>
          <w:sz w:val="20"/>
        </w:rPr>
        <w:t>11:35  but in in madina water was available at a price. ji.</w:t>
      </w:r>
      <w:r>
        <w:br/>
      </w:r>
      <w:r>
        <w:rPr>
          <w:sz w:val="20"/>
        </w:rPr>
        <w:t>11:39  water was not free. ji. to</w:t>
      </w:r>
      <w:r>
        <w:br/>
      </w:r>
      <w:r>
        <w:rPr>
          <w:sz w:val="20"/>
        </w:rPr>
        <w:t>11:44  ek kuan tha jiska naam tha be rooma.</w:t>
      </w:r>
      <w:r>
        <w:br/>
      </w:r>
      <w:r>
        <w:rPr>
          <w:sz w:val="20"/>
        </w:rPr>
        <w:t>11:47  well of rooma. ji.</w:t>
      </w:r>
      <w:r>
        <w:br/>
      </w:r>
      <w:r>
        <w:rPr>
          <w:sz w:val="20"/>
        </w:rPr>
        <w:t>11:51  to wo convenient tha sahaba ke liye.</w:t>
      </w:r>
      <w:r>
        <w:br/>
      </w:r>
      <w:r>
        <w:rPr>
          <w:sz w:val="20"/>
        </w:rPr>
        <w:t>11:55  to uska jo owner tha he used to charge he used to charge one handful of grain for</w:t>
      </w:r>
      <w:r>
        <w:br/>
      </w:r>
      <w:r>
        <w:rPr>
          <w:sz w:val="20"/>
        </w:rPr>
        <w:t>11:59  a bucket of water.</w:t>
      </w:r>
      <w:r>
        <w:br/>
      </w:r>
      <w:r>
        <w:rPr>
          <w:sz w:val="20"/>
        </w:rPr>
        <w:t>12:02  hum for every bucket of water they were giving one handful of grain. ji.</w:t>
      </w:r>
      <w:r>
        <w:br/>
      </w:r>
      <w:r>
        <w:rPr>
          <w:sz w:val="20"/>
        </w:rPr>
        <w:t>12:06  which was a lot. ji.</w:t>
      </w:r>
      <w:r>
        <w:br/>
      </w:r>
      <w:r>
        <w:rPr>
          <w:sz w:val="20"/>
        </w:rPr>
        <w:t>12:10  aur pani ki zahir hai kitni zar</w:t>
      </w:r>
      <w:r>
        <w:br/>
      </w:r>
      <w:r>
        <w:rPr>
          <w:sz w:val="20"/>
        </w:rPr>
        <w:t>12:14  urat hoti hai. ji.</w:t>
      </w:r>
      <w:r>
        <w:br/>
      </w:r>
      <w:r>
        <w:rPr>
          <w:sz w:val="20"/>
        </w:rPr>
        <w:t>12:18  peena bhi hai aur ghar mein bhi kaam hai.</w:t>
      </w:r>
      <w:r>
        <w:br/>
      </w:r>
      <w:r>
        <w:rPr>
          <w:sz w:val="20"/>
        </w:rPr>
        <w:t>12:22  to rasoolullah ko jab pata chala ke bahut pareshani hai pani ki to kaha ke jo ye khareede ga</w:t>
      </w:r>
      <w:r>
        <w:br/>
      </w:r>
      <w:r>
        <w:rPr>
          <w:sz w:val="20"/>
        </w:rPr>
        <w:t>12:27  well beer rooma hi will get paradise.</w:t>
      </w:r>
      <w:r>
        <w:br/>
      </w:r>
      <w:r>
        <w:rPr>
          <w:sz w:val="20"/>
        </w:rPr>
        <w:t>12:31  hum to kuch sahaba gaye us se milne. ji. owner se.</w:t>
      </w:r>
      <w:r>
        <w:br/>
      </w:r>
      <w:r>
        <w:rPr>
          <w:sz w:val="20"/>
        </w:rPr>
        <w:t>12:36  lekin usne bare price batai zyada to wo khareed nahi paye.</w:t>
      </w:r>
      <w:r>
        <w:br/>
      </w:r>
      <w:r>
        <w:rPr>
          <w:sz w:val="20"/>
        </w:rPr>
        <w:t>12:40  phir hazrat usman gaye</w:t>
      </w:r>
      <w:r>
        <w:br/>
      </w:r>
      <w:r>
        <w:rPr>
          <w:sz w:val="20"/>
        </w:rPr>
        <w:t>12:44  aur hazrat usman ne kaha ke i want to buy the well.</w:t>
      </w:r>
      <w:r>
        <w:br/>
      </w:r>
      <w:r>
        <w:rPr>
          <w:sz w:val="20"/>
        </w:rPr>
        <w:t>12:48  how much you will sell it?</w:t>
      </w:r>
      <w:r>
        <w:br/>
      </w:r>
      <w:r>
        <w:rPr>
          <w:sz w:val="20"/>
        </w:rPr>
        <w:t>12:52  to usne kaha ke 40,000 deham.</w:t>
      </w:r>
      <w:r>
        <w:br/>
      </w:r>
      <w:r>
        <w:rPr>
          <w:sz w:val="20"/>
        </w:rPr>
        <w:t>12:56  to hazrat usman kyunke businessman the unhone kaha i will buy half of it.</w:t>
      </w:r>
      <w:r>
        <w:br/>
      </w:r>
      <w:r>
        <w:rPr>
          <w:sz w:val="20"/>
        </w:rPr>
        <w:t>12:59  hum half ka matlab ye nahi hai ke wo aadha-aadha kaat ke de denge balki ye hai ke</w:t>
      </w:r>
      <w:r>
        <w:br/>
      </w:r>
      <w:r>
        <w:rPr>
          <w:sz w:val="20"/>
        </w:rPr>
        <w:t>13:03  alternate days pe use karenge. ji.</w:t>
      </w:r>
      <w:r>
        <w:br/>
      </w:r>
      <w:r>
        <w:rPr>
          <w:sz w:val="20"/>
        </w:rPr>
        <w:t>13:07  ek ek din aap use kariye ek din hum log use karenge.</w:t>
      </w:r>
      <w:r>
        <w:br/>
      </w:r>
      <w:r>
        <w:rPr>
          <w:sz w:val="20"/>
        </w:rPr>
        <w:t>13:11  to usne kaha theek hai 20,000 hum 20,000 mein khareed liya aadha.</w:t>
      </w:r>
      <w:r>
        <w:br/>
      </w:r>
      <w:r>
        <w:rPr>
          <w:sz w:val="20"/>
        </w:rPr>
        <w:t>13:14  ji.</w:t>
      </w:r>
      <w:r>
        <w:br/>
      </w:r>
      <w:r>
        <w:rPr>
          <w:sz w:val="20"/>
        </w:rPr>
        <w:t>13:17  aur usko waqf kar diya.</w:t>
      </w:r>
      <w:r>
        <w:br/>
      </w:r>
      <w:r>
        <w:rPr>
          <w:sz w:val="20"/>
        </w:rPr>
        <w:t>13:19  madina walon se kaha bharo pani jitna chahe bharo. ji.</w:t>
      </w:r>
      <w:r>
        <w:br/>
      </w:r>
      <w:r>
        <w:rPr>
          <w:sz w:val="20"/>
        </w:rPr>
        <w:t>13:22  jo din mera hai.</w:t>
      </w:r>
      <w:r>
        <w:br/>
      </w:r>
      <w:r>
        <w:rPr>
          <w:sz w:val="20"/>
        </w:rPr>
        <w:t>13:24  saare log us din aane lage.</w:t>
      </w:r>
      <w:r>
        <w:br/>
      </w:r>
      <w:r>
        <w:rPr>
          <w:sz w:val="20"/>
        </w:rPr>
        <w:t>13:26  jo doosra din tha uska owner ka koi aata nahi tha. ji.</w:t>
      </w:r>
      <w:r>
        <w:br/>
      </w:r>
      <w:r>
        <w:rPr>
          <w:sz w:val="20"/>
        </w:rPr>
        <w:t>13:29  to it back fired. ji.</w:t>
      </w:r>
      <w:r>
        <w:br/>
      </w:r>
      <w:r>
        <w:rPr>
          <w:sz w:val="20"/>
        </w:rPr>
        <w:t>13:31  then he came to hazrat usman and said you buy rest of pura kuan le lijiye.</w:t>
      </w:r>
      <w:r>
        <w:br/>
      </w:r>
      <w:r>
        <w:rPr>
          <w:sz w:val="20"/>
        </w:rPr>
        <w:t>13:33  pura le lijiye.</w:t>
      </w:r>
      <w:r>
        <w:br/>
      </w:r>
      <w:r>
        <w:rPr>
          <w:sz w:val="20"/>
        </w:rPr>
        <w:t>13:36  mera to nuksan ho raha hai. ji.</w:t>
      </w:r>
      <w:r>
        <w:br/>
      </w:r>
      <w:r>
        <w:rPr>
          <w:sz w:val="20"/>
        </w:rPr>
        <w:t>13:38  to unhone phir negotiate kiya.</w:t>
      </w:r>
      <w:r>
        <w:br/>
      </w:r>
      <w:r>
        <w:rPr>
          <w:sz w:val="20"/>
        </w:rPr>
        <w:t>13:41  to wo 10,000 mein usne aadha de diya.</w:t>
      </w:r>
      <w:r>
        <w:br/>
      </w:r>
      <w:r>
        <w:rPr>
          <w:sz w:val="20"/>
        </w:rPr>
        <w:t>13:43  30,000 kuch log 35 bhi kehte hain. hum to</w:t>
      </w:r>
      <w:r>
        <w:br/>
      </w:r>
      <w:r>
        <w:rPr>
          <w:sz w:val="20"/>
        </w:rPr>
        <w:t>13:45  30,000 dahm ka matlab kya hai?</w:t>
      </w:r>
      <w:r>
        <w:br/>
      </w:r>
      <w:r>
        <w:rPr>
          <w:sz w:val="20"/>
        </w:rPr>
        <w:t>13:50  aap samjhiye ke dahm chandi ka sikka hota tha.</w:t>
      </w:r>
      <w:r>
        <w:br/>
      </w:r>
      <w:r>
        <w:rPr>
          <w:sz w:val="20"/>
        </w:rPr>
        <w:t>13:54  hum pure chandi ka sikka agar aaj ke lihaz se dekhen to kam se kam 60-70 hum usd hai. ji. 70-80 usd. ji.</w:t>
      </w:r>
      <w:r>
        <w:br/>
      </w:r>
      <w:r>
        <w:rPr>
          <w:sz w:val="20"/>
        </w:rPr>
        <w:t>13:59  agar hum average maane ji.</w:t>
      </w:r>
      <w:r>
        <w:br/>
      </w:r>
      <w:r>
        <w:rPr>
          <w:sz w:val="20"/>
        </w:rPr>
        <w:t>14:03  ab 50 50 usd dollar bhi maane to 1.5 million usd dollar ji.</w:t>
      </w:r>
      <w:r>
        <w:br/>
      </w:r>
      <w:r>
        <w:rPr>
          <w:sz w:val="20"/>
        </w:rPr>
        <w:t>14:08  jo ke 12-13 crore bante hain.</w:t>
      </w:r>
      <w:r>
        <w:br/>
      </w:r>
      <w:r>
        <w:rPr>
          <w:sz w:val="20"/>
        </w:rPr>
        <w:t>14:12  itna zyada price diya.</w:t>
      </w:r>
      <w:r>
        <w:br/>
      </w:r>
      <w:r>
        <w:rPr>
          <w:sz w:val="20"/>
        </w:rPr>
        <w:t>14:17  itni zyada ji price di. mashaallah. to ye</w:t>
      </w:r>
      <w:r>
        <w:br/>
      </w:r>
      <w:r>
        <w:rPr>
          <w:sz w:val="20"/>
        </w:rPr>
        <w:t>14:21  aur phir usko waqf kar diya.</w:t>
      </w:r>
      <w:r>
        <w:br/>
      </w:r>
      <w:r>
        <w:rPr>
          <w:sz w:val="20"/>
        </w:rPr>
        <w:t>14:26  hum aur dilchasp baat ye hai ye baat maine news mein bhi padhi thi ke jo waqf us</w:t>
      </w:r>
      <w:r>
        <w:br/>
      </w:r>
      <w:r>
        <w:rPr>
          <w:sz w:val="20"/>
        </w:rPr>
        <w:t>14:31  waqt banaya tha beer roma ka wo waqf aaj bhi maujood hai. achha. haan.</w:t>
      </w:r>
      <w:r>
        <w:br/>
      </w:r>
      <w:r>
        <w:rPr>
          <w:sz w:val="20"/>
        </w:rPr>
        <w:t>14:36  endowment jo waqf unhone create kiya tha aaj bhi maujood hai aur uski wo ek charitable institute hai</w:t>
      </w:r>
      <w:r>
        <w:br/>
      </w:r>
      <w:r>
        <w:rPr>
          <w:sz w:val="20"/>
        </w:rPr>
        <w:t>14:41  aur bade-bade uske hotels hain aur businesses hain aur sari jo income hai wo jati hai charity ke</w:t>
      </w:r>
      <w:r>
        <w:br/>
      </w:r>
      <w:r>
        <w:rPr>
          <w:sz w:val="20"/>
        </w:rPr>
        <w:t>14:46  kaamon mein aur ek account hai wahan ke bank mein</w:t>
      </w:r>
    </w:p>
    <w:p>
      <w:pPr>
        <w:pStyle w:val="Heading2"/>
      </w:pPr>
      <w:r>
        <w:t>Mythology vs history and Muhammad record</w:t>
      </w:r>
    </w:p>
    <w:p>
      <w:r>
        <w:rPr>
          <w:color w:val="666666"/>
          <w:sz w:val="18"/>
        </w:rPr>
        <w:t>Maqaam-E-Mahmood (A Praiseworthy State ) 16 March 2007 - Maulana Wahiduddin Khan · 4m 47s · at 11:45 · https://youtu.be/aSv5G5V2X8U?t=705</w:t>
      </w:r>
    </w:p>
    <w:p>
      <w:r>
        <w:rPr>
          <w:i/>
        </w:rPr>
        <w:t>“No difference was recognized between mythology and history”</w:t>
      </w:r>
    </w:p>
    <w:p>
      <w:r>
        <w:rPr>
          <w:sz w:val="20"/>
        </w:rPr>
        <w:t>11:45  aur is tareeqay se sochana, yani in terms of history sochana jo hai pehle tha nahi. pehle mazhab mein is tarah se mutala nahi kiya jata tha.</w:t>
      </w:r>
      <w:r>
        <w:br/>
      </w:r>
      <w:r>
        <w:rPr>
          <w:sz w:val="20"/>
        </w:rPr>
        <w:t>11:58  Mythology mein aur history mein koi farq nahi mana jata tha pehle.</w:t>
      </w:r>
      <w:r>
        <w:br/>
      </w:r>
      <w:r>
        <w:rPr>
          <w:sz w:val="20"/>
        </w:rPr>
        <w:t>12:04  aik cheez agar mythology mein ho aur history mein na ho to log nahi samajhte thay ke is mein koi kami hai. woh mythology ko history ke barabar samajhte thay.</w:t>
      </w:r>
      <w:r>
        <w:br/>
      </w:r>
      <w:r>
        <w:rPr>
          <w:sz w:val="20"/>
        </w:rPr>
        <w:t>12:19  pehle zamanay mein aisa tha. yani pehle zamanay ka matlab hai ke pre-scientific period mein.</w:t>
      </w:r>
      <w:r>
        <w:br/>
      </w:r>
      <w:r>
        <w:rPr>
          <w:sz w:val="20"/>
        </w:rPr>
        <w:t>12:28  ke saare mazhab jo woh mythology thay woh. lekin insaan samajhta tha ke mythology bhi itni ahem hai jaise ke history.</w:t>
      </w:r>
      <w:r>
        <w:br/>
      </w:r>
      <w:r>
        <w:rPr>
          <w:sz w:val="20"/>
        </w:rPr>
        <w:t>12:38  koi farq nahi jante thay log pehle. to jab science ka aaya zamana to</w:t>
      </w:r>
      <w:r>
        <w:br/>
      </w:r>
      <w:r>
        <w:rPr>
          <w:sz w:val="20"/>
        </w:rPr>
        <w:t>12:48  scientific iraq mein kya hua? har cheez ki scrutiny hone lagi. har cheez ki scrutiny. pehle scrutiny nahi hoti thi.</w:t>
      </w:r>
      <w:r>
        <w:br/>
      </w:r>
      <w:r>
        <w:rPr>
          <w:sz w:val="20"/>
        </w:rPr>
        <w:t>12:59  to aap jante hain ke science jo hai woh kya cheez layi? woh spirit of inquiry layi.</w:t>
      </w:r>
      <w:r>
        <w:br/>
      </w:r>
      <w:r>
        <w:rPr>
          <w:sz w:val="20"/>
        </w:rPr>
        <w:t>13:07  mein samajhta hoon ke history of thought mein sab se bari cheez jo science le aayi hai woh hai scientific spirit, spirit of inquiry.</w:t>
      </w:r>
      <w:r>
        <w:br/>
      </w:r>
      <w:r>
        <w:rPr>
          <w:sz w:val="20"/>
        </w:rPr>
        <w:t>13:20  to pehle zamanay mein log inquiry nahi karte thay.</w:t>
      </w:r>
      <w:r>
        <w:br/>
      </w:r>
      <w:r>
        <w:rPr>
          <w:sz w:val="20"/>
        </w:rPr>
        <w:t>13:25  cheezon ko as it is maan lete thay. jo baap se suna woh maan liya. jo society mein suna us ko maan liya. woh kisi ne, kisi mazhabi leader ne jo kaha us ko maan liya.</w:t>
      </w:r>
      <w:r>
        <w:br/>
      </w:r>
      <w:r>
        <w:rPr>
          <w:sz w:val="20"/>
        </w:rPr>
        <w:t>13:41  scrutiny nahi karte thay is ki.</w:t>
      </w:r>
      <w:r>
        <w:br/>
      </w:r>
      <w:r>
        <w:rPr>
          <w:sz w:val="20"/>
        </w:rPr>
        <w:t>13:43  unhein pata nahi tha ke yeh mazhab jo to mythology hai, yeh history nahi hai. to yeh science ki den hai ke is ne mutarif karaya aik method of study jo pehle nahi tha.</w:t>
      </w:r>
      <w:r>
        <w:br/>
      </w:r>
      <w:r>
        <w:rPr>
          <w:sz w:val="20"/>
        </w:rPr>
        <w:t>14:00  to pehle chounke yeh tha nahi, yeh method of history, method of study,</w:t>
      </w:r>
      <w:r>
        <w:br/>
      </w:r>
      <w:r>
        <w:rPr>
          <w:sz w:val="20"/>
        </w:rPr>
        <w:t>14:06  is wajah se log makhsoos tor par yeh keh nahi paate thay pehle ke Muhammad jo hain historical prophet hain aur doosre log hain woh historical prophet nahi hain.</w:t>
      </w:r>
      <w:r>
        <w:br/>
      </w:r>
      <w:r>
        <w:rPr>
          <w:sz w:val="20"/>
        </w:rPr>
        <w:t>14:18  kyun ke is tarah mein sochte nahi thay log. ab jab science ka zamana aaya aur cheezon ko phir se</w:t>
      </w:r>
      <w:r>
        <w:br/>
      </w:r>
      <w:r>
        <w:rPr>
          <w:sz w:val="20"/>
        </w:rPr>
        <w:t>14:26  dobara jaancha jane laga tab alag alag hue. ab pata chala ke recorded history mein doosre prophet hain nahi. koi bhi prophet recorded history mein nahi hai.</w:t>
      </w:r>
      <w:r>
        <w:br/>
      </w:r>
      <w:r>
        <w:rPr>
          <w:sz w:val="20"/>
        </w:rPr>
        <w:t>14:39  sirf Rasool Allah hain is mein. jaise mein misaal doon aap ko</w:t>
      </w:r>
      <w:r>
        <w:br/>
      </w:r>
      <w:r>
        <w:rPr>
          <w:sz w:val="20"/>
        </w:rPr>
        <w:t>14:46  ke Roman ki history likhi gayi hai. kyun ke Roman Empire jo thi bohat bari empire thi.</w:t>
      </w:r>
      <w:r>
        <w:br/>
      </w:r>
      <w:r>
        <w:rPr>
          <w:sz w:val="20"/>
        </w:rPr>
        <w:t>14:56  Roman Empire bohat hi bari empire thi. is ki history likhi gayi hai. to Roman Empire ke aakhri zamanay mein aisa hua ke Roman Empire se followers jo thay aap ke us se takra hua un se.</w:t>
      </w:r>
      <w:r>
        <w:br/>
      </w:r>
      <w:r>
        <w:rPr>
          <w:sz w:val="20"/>
        </w:rPr>
        <w:t>15:16  is ki wajah se jo Roman historian thay unhon ne aap ko apne record mein liya.</w:t>
      </w:r>
      <w:r>
        <w:br/>
      </w:r>
      <w:r>
        <w:rPr>
          <w:sz w:val="20"/>
        </w:rPr>
        <w:t>15:24  to jo recorded history hai us mein pehli baar aap ka naam aaya. yani Roman Empire ko unhein likhna tha, historians ko.</w:t>
      </w:r>
      <w:r>
        <w:br/>
      </w:r>
      <w:r>
        <w:rPr>
          <w:sz w:val="20"/>
        </w:rPr>
        <w:t>15:33  kyun ke kings ki baatein to likhi jati theen. to Roman Empire ko ko</w:t>
      </w:r>
      <w:r>
        <w:br/>
      </w:r>
      <w:r>
        <w:rPr>
          <w:sz w:val="20"/>
        </w:rPr>
        <w:t>15:43  jin logon ne record kiya, jin historians ne to unhon ne dekha ke jis jis se Roman Empire ka siyasi takrao hua tha us us ko unhon ne liya record mein.</w:t>
      </w:r>
      <w:r>
        <w:br/>
      </w:r>
      <w:r>
        <w:rPr>
          <w:sz w:val="20"/>
        </w:rPr>
        <w:t>15:57  to unhon ne Rasool Allah ko bhi liya kyun ke Rasool Allah ka aur aap ke followers ka Roman Empire se takrao hua tha.</w:t>
      </w:r>
      <w:r>
        <w:br/>
      </w:r>
      <w:r>
        <w:rPr>
          <w:sz w:val="20"/>
        </w:rPr>
        <w:t>16:04  is ke liye aap aik kitaab dekh sakte hain jo is ki kitaab hai Gibbon ki. Gibbon ki jo kitaab hai Roman history par is mein aap dekh sakte hain ke kis tarah se recorded history mein Rasool Allah ka naam aaya hai.</w:t>
      </w:r>
      <w:r>
        <w:br/>
      </w:r>
      <w:r>
        <w:rPr>
          <w:sz w:val="20"/>
        </w:rPr>
        <w:t>16:22  yeh bohat hi bari baat hai. kyun ke is se kya hua? tareekhi aitbaar mil gaya aap ko.</w:t>
      </w:r>
    </w:p>
    <w:p>
      <w:pPr>
        <w:pStyle w:val="Heading2"/>
      </w:pPr>
      <w:r>
        <w:t>Modern global support for Islam's mission</w:t>
      </w:r>
    </w:p>
    <w:p>
      <w:r>
        <w:rPr>
          <w:color w:val="666666"/>
          <w:sz w:val="18"/>
        </w:rPr>
        <w:t>Divine Help 28 Sept, 2019 - Maulana Wahiduddin Khan · 5m 53s · at 16:04 · https://youtu.be/djYNA8XBXwM?t=964</w:t>
      </w:r>
    </w:p>
    <w:p>
      <w:r>
        <w:rPr>
          <w:i/>
        </w:rPr>
        <w:t>“Yeh outsourcing ka waqea hai”</w:t>
      </w:r>
    </w:p>
    <w:p>
      <w:r>
        <w:rPr>
          <w:sz w:val="20"/>
        </w:rPr>
        <w:t>16:04  woh bhi ajeeb hua. aaj Mr Khurram jo pilot hain woh aaye mere paas.</w:t>
      </w:r>
      <w:r>
        <w:br/>
      </w:r>
      <w:r>
        <w:rPr>
          <w:sz w:val="20"/>
        </w:rPr>
        <w:t>16:12  to abhi seedhe woh airport se aaye thay woh. woh koi flight le gaye thay Europe aur wahan se seedhe mere paas aaye thay.</w:t>
      </w:r>
      <w:r>
        <w:br/>
      </w:r>
      <w:r>
        <w:rPr>
          <w:sz w:val="20"/>
        </w:rPr>
        <w:t>16:23  to dekhiye har waqea aap ke mind ko agar agar aap ka mind aik hiar prepared ban rahe hain to trigger hoga.</w:t>
      </w:r>
      <w:r>
        <w:br/>
      </w:r>
      <w:r>
        <w:rPr>
          <w:sz w:val="20"/>
        </w:rPr>
        <w:t>16:32  to Mr Khurram jab aaye to mera mind trigger ho gaya. trigger ho gaya. trigger. yaani main ne socha keh dekhiye yeh jo yeh jo mission hamara hai jis ko hum CPS kehte hain Quran ka mission kehte hain.</w:t>
      </w:r>
      <w:r>
        <w:br/>
      </w:r>
      <w:r>
        <w:rPr>
          <w:sz w:val="20"/>
        </w:rPr>
        <w:t>16:46  yeh jo Quran ka mission hai yeh is ki outsourcing kitni bari hui hai. yeh outsourcing ka waqea yeh hai.</w:t>
      </w:r>
      <w:r>
        <w:br/>
      </w:r>
      <w:r>
        <w:rPr>
          <w:sz w:val="20"/>
        </w:rPr>
        <w:t>16:56  companies jo hain jo outsourcing karti hain to woh to bohat hi mamooli hai. mamooli. lekin yeh hai outsourcing. yeh Bombay ke log aaye hain.</w:t>
      </w:r>
      <w:r>
        <w:br/>
      </w:r>
      <w:r>
        <w:rPr>
          <w:sz w:val="20"/>
        </w:rPr>
        <w:t>17:06  woh babbri companiyon mein kaam karte hain. Mr Khurram aaye woh hawa jahaz chalate hain. koi kuch kar raha hai.</w:t>
      </w:r>
      <w:r>
        <w:br/>
      </w:r>
      <w:r>
        <w:rPr>
          <w:sz w:val="20"/>
        </w:rPr>
        <w:t>17:15  koi kuch kar raha hai. to is mein is mein apne kaam karte hue bhi woh hamara kaam kar raha hai.</w:t>
      </w:r>
      <w:r>
        <w:br/>
      </w:r>
      <w:r>
        <w:rPr>
          <w:sz w:val="20"/>
        </w:rPr>
        <w:t>17:26  chahe koi kahiye. koi kahiye. koi kahiye. ab aik nai shakal mein Allah Maulana wali Mola lakum ho raha hai. is ko is ko samjhiye keh yeh aik poora global jo infrastructure hai.</w:t>
      </w:r>
      <w:r>
        <w:br/>
      </w:r>
      <w:r>
        <w:rPr>
          <w:sz w:val="20"/>
        </w:rPr>
        <w:t>17:43  global infrastructure ab aap ki madad mein aa gaya hai. jaisa keh Bukhari mein riwayat hai keh aik waqt aaye ga jab Allah fajar logon se bhi fajar logon ko bhi Allah ki madad par kha Islam ki madad par kha kar dega.</w:t>
      </w:r>
      <w:r>
        <w:br/>
      </w:r>
      <w:r>
        <w:rPr>
          <w:sz w:val="20"/>
        </w:rPr>
        <w:t>18:06  yeh Bukhari mein riwayat hai keh aik waqt aaye ga yahan dekhiye fajar ke mani secular. fajar ke mani secular.</w:t>
      </w:r>
      <w:r>
        <w:br/>
      </w:r>
      <w:r>
        <w:rPr>
          <w:sz w:val="20"/>
        </w:rPr>
        <w:t>18:14  secular ke mani kya hain? yaani doosron ki companiyan, doosron ke idare, doosron ki taraqqiyan, hatta keh poori civilization.</w:t>
      </w:r>
      <w:r>
        <w:br/>
      </w:r>
      <w:r>
        <w:rPr>
          <w:sz w:val="20"/>
        </w:rPr>
        <w:t>18:25  poori civilization jo secular logon ne khari ki hai. to yeh sara infrastructure jo hai global infrastructure woh mere Muhammadi ke madad par aa jayega.</w:t>
      </w:r>
      <w:r>
        <w:br/>
      </w:r>
      <w:r>
        <w:rPr>
          <w:sz w:val="20"/>
        </w:rPr>
        <w:t>18:39  aur dobara aap ko yeh kehne ka moqa milega keh Allah Maulana wali Mola lakum. yaani jis ke haath mein poori kainat ki ko control kar raha hai jo zameen o aasman ko control kar raha hai.</w:t>
      </w:r>
      <w:r>
        <w:br/>
      </w:r>
      <w:r>
        <w:rPr>
          <w:sz w:val="20"/>
        </w:rPr>
        <w:t>18:52  jo suraj aur chand ko control kar raha hai. woh hasti is ki is ki madad par aa jayegi. tum tum phanse hue ho lat uzza mein ya to khud kainat ka jo creator hai woh hamari pusht aa jayega.</w:t>
      </w:r>
      <w:r>
        <w:br/>
      </w:r>
      <w:r>
        <w:rPr>
          <w:sz w:val="20"/>
        </w:rPr>
        <w:t>19:13  to ab main aap jante hain keh meri umar bohat ho chuki hai. main ne bohat se inqalabat dekhe hain. kai baar main ne apni aankhon se dekha hai keh koi political leader jeet gaya election mein.</w:t>
      </w:r>
      <w:r>
        <w:br/>
      </w:r>
      <w:r>
        <w:rPr>
          <w:sz w:val="20"/>
        </w:rPr>
        <w:t>19:27  koi political leader election mein jeet jeet gaya to Musalman kehne lage haaye aap ka hoga haaye aap ka hoga. yeh jhooti baatein hain.</w:t>
      </w:r>
      <w:r>
        <w:br/>
      </w:r>
      <w:r>
        <w:rPr>
          <w:sz w:val="20"/>
        </w:rPr>
        <w:t>19:36  yeh false. yaani yeh beganah dar hai. kisi se darne ki zaroorat nahi hai. aap ko sirf yeh dekhna hai keh Rasool Allah ki sunnat kya thi?</w:t>
      </w:r>
      <w:r>
        <w:br/>
      </w:r>
      <w:r>
        <w:rPr>
          <w:sz w:val="20"/>
        </w:rPr>
        <w:t>19:49  Quran kya batata hai? Sahaba ne kya kiya? yeh sab yeh sab sochiye. dar ko nikal dijiye. tension ko nikal dijiye.</w:t>
      </w:r>
      <w:r>
        <w:br/>
      </w:r>
      <w:r>
        <w:rPr>
          <w:sz w:val="20"/>
        </w:rPr>
        <w:t>19:58  jab bhi koi leader election mein jeete keh jeetne dijiye. koi government banaye to banane dijiye.</w:t>
      </w:r>
      <w:r>
        <w:br/>
      </w:r>
      <w:r>
        <w:rPr>
          <w:sz w:val="20"/>
        </w:rPr>
        <w:t>20:08  aap to yeh sochiye keh is moqay par Sahaba ne ko Rasool Allah ne kya kaha tha? Sahaba ne jo kaha tha woh tha keh un ke election hain to hamari Allah ki phir ki help hai.</w:t>
      </w:r>
      <w:r>
        <w:br/>
      </w:r>
      <w:r>
        <w:rPr>
          <w:sz w:val="20"/>
        </w:rPr>
        <w:t>20:25  koi election jeet ta jeetne dijiye. koi hukoomat banata hai to banane dijiye. aap ke liye to hakim jo suraj kainat ka jo hakim hai us ki madad hasil hai aap ko.</w:t>
      </w:r>
      <w:r>
        <w:br/>
      </w:r>
      <w:r>
        <w:rPr>
          <w:sz w:val="20"/>
        </w:rPr>
        <w:t>20:41  to yeh sunnat rasool jo hai jo uhud mein bani sunnat rasool jo uhud ki tareekh se bani woh abadi hai.</w:t>
      </w:r>
      <w:r>
        <w:br/>
      </w:r>
      <w:r>
        <w:rPr>
          <w:sz w:val="20"/>
        </w:rPr>
        <w:t>20:53  abadi hai. abadi hai. abadi hai. allah maulana wali maula lakum. har mauqe pe kehna seekhiye. chahe woh tatariyon ka waqea ho.</w:t>
      </w:r>
      <w:r>
        <w:br/>
      </w:r>
      <w:r>
        <w:rPr>
          <w:sz w:val="20"/>
        </w:rPr>
        <w:t>21:03  chahe crusades ka waqea ho. chahe woh yani material civilization ka waqea ho.</w:t>
      </w:r>
      <w:r>
        <w:br/>
      </w:r>
      <w:r>
        <w:rPr>
          <w:sz w:val="20"/>
        </w:rPr>
        <w:t>21:13  ya kisi bhi election ka waqea ho. koi bhi duniya mein har taraf se koi duniya mein yani jo bazahir anti muslim waqeat paish aein woh yahi kehna seekhiye.</w:t>
      </w:r>
      <w:r>
        <w:br/>
      </w:r>
      <w:r>
        <w:rPr>
          <w:sz w:val="20"/>
        </w:rPr>
        <w:t>21:36  yahi kehna seekhiye allah maulana wali maula lakum. yeh yeh sabak hai uhud ka. uhud ka yeh sabak hai.</w:t>
      </w:r>
      <w:r>
        <w:br/>
      </w:r>
      <w:r>
        <w:rPr>
          <w:sz w:val="20"/>
        </w:rPr>
        <w:t>21:46  uhud ka yeh sabak hai. uhud ka jo uhud mein jo tareekh bani thi us tareekh ka yeh sabak hai.</w:t>
      </w:r>
    </w:p>
    <w:p>
      <w:pPr>
        <w:pStyle w:val="Heading2"/>
      </w:pPr>
      <w:r>
        <w:t>knowing relevant from irrelevant, the Hudaybiyyah treaty</w:t>
      </w:r>
    </w:p>
    <w:p>
      <w:r>
        <w:rPr>
          <w:color w:val="666666"/>
          <w:sz w:val="18"/>
        </w:rPr>
        <w:t>Prophetic Wisdom November 13, 2022 · 5m 05s · at 23:47 · https://youtu.be/EUFD21PtjwM?t=1427</w:t>
      </w:r>
    </w:p>
    <w:p>
      <w:r>
        <w:rPr>
          <w:i/>
        </w:rPr>
        <w:t>“Wisdom means finding what's relevant, ignoring what's not”</w:t>
      </w:r>
    </w:p>
    <w:p>
      <w:r>
        <w:rPr>
          <w:sz w:val="20"/>
        </w:rPr>
        <w:t>23:47  We find that throughout his life the prophet has solved problems with great wisdom, understanding and insight." aap ab aik bar hi Maulana ne wisdom ki definition ko bhi define kiya tha.</w:t>
      </w:r>
      <w:r>
        <w:br/>
      </w:r>
      <w:r>
        <w:rPr>
          <w:sz w:val="20"/>
        </w:rPr>
        <w:t>24:03  He said that it is the ability to discover the relevant and sort by sorting out the irrelevant. to</w:t>
      </w:r>
      <w:r>
        <w:br/>
      </w:r>
      <w:r>
        <w:rPr>
          <w:sz w:val="20"/>
        </w:rPr>
        <w:t>24:10  yeh aap hum sab ko please bataiye ke yeh relevant aur irrelevant mein kya farq hai? What is the difference between the two?</w:t>
      </w:r>
      <w:r>
        <w:br/>
      </w:r>
      <w:r>
        <w:rPr>
          <w:sz w:val="20"/>
        </w:rPr>
        <w:t>24:19  is ke baray mein bataen. haan, yeh Maulana sahib ka khaas usool tha ke relevant aur irrelevant mein farq samjha jaye.</w:t>
      </w:r>
      <w:r>
        <w:br/>
      </w:r>
      <w:r>
        <w:rPr>
          <w:sz w:val="20"/>
        </w:rPr>
        <w:t>24:30  to is ke upar bohat zyada hum logon ko bataya karte thay ke dono mein farq janna yeh bohat bari hikmat ki baat hai.</w:t>
      </w:r>
      <w:r>
        <w:br/>
      </w:r>
      <w:r>
        <w:rPr>
          <w:sz w:val="20"/>
        </w:rPr>
        <w:t>24:38  to yeh bohat log samajhte nahi hain, bilkul mamooli mamooli baaton par stick karne lagte hain aur isi mein jo hai bade kaam reh jaate hain.</w:t>
      </w:r>
      <w:r>
        <w:br/>
      </w:r>
      <w:r>
        <w:rPr>
          <w:sz w:val="20"/>
        </w:rPr>
        <w:t>24:49  to main yahan par to prophet ki ek misaal se bataungi jaise jab sulah hudaybiyah hui us se asal mein woh gaye thay rasool Allah sal Allah alayh wasallam aur aap ke ashaab umray ke liye gaye thay.</w:t>
      </w:r>
      <w:r>
        <w:br/>
      </w:r>
      <w:r>
        <w:rPr>
          <w:sz w:val="20"/>
        </w:rPr>
        <w:t>25:02  to tamam log jo hain apne camel le kar gaye thay aur bilkul umray ke liye bilkul tayar thay lekin woh un logon ne makkah walon ne wahan jaane nahi diya.</w:t>
      </w:r>
      <w:r>
        <w:br/>
      </w:r>
      <w:r>
        <w:rPr>
          <w:sz w:val="20"/>
        </w:rPr>
        <w:t>25:13  to ab log jo hain bohat zyada pareshan ho gaye lekin rasool Allah sal Allah alayh wasallam ko dekhiye ke aap ne un ki baat ko maan liya aur bohat zyada dab kar jo hai sulah kar li.</w:t>
      </w:r>
      <w:r>
        <w:br/>
      </w:r>
      <w:r>
        <w:rPr>
          <w:sz w:val="20"/>
        </w:rPr>
        <w:t>25:25  to is mein yeh kaha rasool Allah sal Allah alayh wasallam ke samne jo relevant tha woh peace tha</w:t>
      </w:r>
      <w:r>
        <w:br/>
      </w:r>
      <w:r>
        <w:rPr>
          <w:sz w:val="20"/>
        </w:rPr>
        <w:t>25:32  ke har halat mein peace qaim hona chahiye kyunke agar peace nahi qaim hoga to hum koi bhi constructive kaam nahi kar sakte. Aur un logon ke nazar mein tha sahaba ke ke hum umrah karne aaye hain to humein umrah karne ki ijazat milni chahiye kyunke aaj tak kabhi aisa nahi hua tha ke log umrah karne ke liye aayein, hajj karne aayein aur un ko aane na diya jaye.</w:t>
      </w:r>
      <w:r>
        <w:br/>
      </w:r>
      <w:r>
        <w:rPr>
          <w:sz w:val="20"/>
        </w:rPr>
        <w:t>25:55  yeh pehla waqia tha.</w:t>
      </w:r>
      <w:r>
        <w:br/>
      </w:r>
      <w:r>
        <w:rPr>
          <w:sz w:val="20"/>
        </w:rPr>
        <w:t>25:57  to woh un logon ka dimagh wahan atak gaya aur rasool Allah sal Allah alayh wasallam is se aage barhe aur aap ne socha ke asal to hai hum peace qaim karna kyunke peace qaim hoga tabhi woh apna kaam kar sakte hain, tabhi jo Khuda ka paigham hai doosron ko pahuncha sakte hain.</w:t>
      </w:r>
      <w:r>
        <w:br/>
      </w:r>
      <w:r>
        <w:rPr>
          <w:sz w:val="20"/>
        </w:rPr>
        <w:t>26:13  to aap ne har halat mein peace at any cost ke usool par amal kiya. Aise aap ki zindagi mein bohat zyada hain, kya relevant hai, kya irrelev</w:t>
      </w:r>
      <w:r>
        <w:br/>
      </w:r>
      <w:r>
        <w:rPr>
          <w:sz w:val="20"/>
        </w:rPr>
        <w:t>26:26  ant hai, is ka bohat hi acute sense aap ke andar tha. Jaise misaal ke taur par jab hudaybiyah treaty likhi ja rahi thi to to jo makkah ka jo qasid tha us ne kaha ke jab likha gaya ke rasool Allah ki taraf se to us ne aitraaz kar diya ke rasool Allah aur is ka aitraaz us ke lehaz se woh sahi tha ke woh rasool Allah mante hi nahi.</w:t>
      </w:r>
      <w:r>
        <w:br/>
      </w:r>
      <w:r>
        <w:rPr>
          <w:sz w:val="20"/>
        </w:rPr>
        <w:t>26:52  to rasool Allah ki taraf se kyun likha ja raha</w:t>
      </w:r>
      <w:r>
        <w:br/>
      </w:r>
      <w:r>
        <w:rPr>
          <w:sz w:val="20"/>
        </w:rPr>
        <w:t>26:55  hai? Bas Muhammad Ibn Abdullah likha jaye. To log jo hain itna zyada is mein hassas thay ke Hazrat Ali likh rahe thay</w:t>
      </w:r>
      <w:r>
        <w:br/>
      </w:r>
      <w:r>
        <w:rPr>
          <w:sz w:val="20"/>
        </w:rPr>
        <w:t>27:04  , unhon ne kaha main to nahi mitaunga apne hath se rasool Allah ka lafz. Aur rasool Allah sal Allah alayh wasallam ne socha ke agar is par hum stick karte hain to hum jo hai sulah nahi hogi.</w:t>
      </w:r>
      <w:r>
        <w:br/>
      </w:r>
      <w:r>
        <w:rPr>
          <w:sz w:val="20"/>
        </w:rPr>
        <w:t>27:16  Aur asal relevant jo tha woh sulah, kisi na kisi tarike se sulah karna jo hai woh sab se bada masla tha aur wahi relevant tha.</w:t>
      </w:r>
      <w:r>
        <w:br/>
      </w:r>
      <w:r>
        <w:rPr>
          <w:sz w:val="20"/>
        </w:rPr>
        <w:t>27:27  Aur yeh lafz mita dena aur lafz qaim rakhna yeh jo hai irrelevant tha</w:t>
      </w:r>
      <w:r>
        <w:br/>
      </w:r>
      <w:r>
        <w:rPr>
          <w:sz w:val="20"/>
        </w:rPr>
        <w:t>27:33  kyunke aap ne yeh socha ke agar kaghaz pe hai ya nahi hai, ab hain to woh rasool Allah, Khuda ke paighambar hain, duniya janti hai ke Khuda ke paighambar hain.</w:t>
      </w:r>
      <w:r>
        <w:br/>
      </w:r>
      <w:r>
        <w:rPr>
          <w:sz w:val="20"/>
        </w:rPr>
        <w:t>27:42  To is se un ke mita dene se kya farq padta hai? To yeh hai ke peace at any cost jo hai woh relevant tha aur relevant par aap ne stick kiya.</w:t>
      </w:r>
      <w:r>
        <w:br/>
      </w:r>
      <w:r>
        <w:rPr>
          <w:sz w:val="20"/>
        </w:rPr>
        <w:t>27:53  Aur isi wajah se aap ko tamam jo hain kamyabiyan mili ke aap ko bohat zyada gehra sense tha ke kya relevant hai, kya irrelevant hai.</w:t>
      </w:r>
      <w:r>
        <w:br/>
      </w:r>
      <w:r>
        <w:rPr>
          <w:sz w:val="20"/>
        </w:rPr>
        <w:t>28:03  Peace ke liye aap bilkul har mamle mein bilkul jhuk jaate thay ke har halat mein peace qaim rehna hai kyunke peace agar nahi qaim rahega to koi kaam nahi ho sakta hai siwaye jang ke.</w:t>
      </w:r>
      <w:r>
        <w:br/>
      </w:r>
      <w:r>
        <w:rPr>
          <w:sz w:val="20"/>
        </w:rPr>
        <w:t>28:16  Aur ab wahan par Arab mein to jang chalis chalis saal tak chalti rehti thi. Kehte hain ke woh log yeh bhi bhool jaate thay kis baat par jang shuru hui, bas sab ladte rehte thay.</w:t>
      </w:r>
      <w:r>
        <w:br/>
      </w:r>
      <w:r>
        <w:rPr>
          <w:sz w:val="20"/>
        </w:rPr>
        <w:t>28:27  To aise Arab mein aap ne kis tarike se sulah qaim kar ke aisi kamyabi hasil ki ke jo Michael Hart ne kitab likhi hai ke "Most successful man of the whole human history." To is ke liye yeh sari jo hikmat ki baatein hain yeh hum log apni zindagi mein apnayenge to humein bhi har field mein yahi kamyabi milegi.</w:t>
      </w:r>
    </w:p>
    <w:p>
      <w:pPr>
        <w:pStyle w:val="Heading2"/>
      </w:pPr>
      <w:r>
        <w:t>Prophet's example of avoiding conflict by changing path</w:t>
      </w:r>
    </w:p>
    <w:p>
      <w:r>
        <w:rPr>
          <w:color w:val="666666"/>
          <w:sz w:val="18"/>
        </w:rPr>
        <w:t>Prophetic Model February 16, 2014 · 4m 31s · at 28:18 · https://youtu.be/ypIIqSmExzk?t=1698</w:t>
      </w:r>
    </w:p>
    <w:p>
      <w:r>
        <w:rPr>
          <w:i/>
        </w:rPr>
        <w:t>“Ek waqt Rasool Allah sallallahu alaihi wasallam ek safar mein thay”</w:t>
      </w:r>
    </w:p>
    <w:p>
      <w:r>
        <w:rPr>
          <w:sz w:val="20"/>
        </w:rPr>
        <w:t>28:18  ek waqt rasool Allah sal Allah alaihi wasallam ek safar mein the. hijrat ke baad ka waqea hai yeh. to us zamane mein sarakain nahi hoti thin. pahadi raston se guzarna padta tha.</w:t>
      </w:r>
      <w:r>
        <w:br/>
      </w:r>
      <w:r>
        <w:rPr>
          <w:sz w:val="20"/>
        </w:rPr>
        <w:t>28:30  aaj kal ki tarah se wahan sadkein nahin hoti theen wahan par. to ek maqam par aap ko yeh khabar mili ke idhar se samne ki taraf se yani makkah walon ki ek fauj chali aa rahi hai jis ke sardar thay ghalib bin khalid.</w:t>
      </w:r>
      <w:r>
        <w:br/>
      </w:r>
      <w:r>
        <w:rPr>
          <w:sz w:val="20"/>
        </w:rPr>
        <w:t>28:52  to isi rastay se woh aa rahay hain isi rastay se yeh ja rahay hain. to yaqeen tha ke takrao ho jaye.</w:t>
      </w:r>
      <w:r>
        <w:br/>
      </w:r>
      <w:r>
        <w:rPr>
          <w:sz w:val="20"/>
        </w:rPr>
        <w:t>29:01  aur is zamanay mein qabaili daur mein to sab log talwar le ke chalte thay. to agar isi rastay ko yeh bhi woh bhi aa rahay ho jis rastay se woh aa rahay thay isi rastay par aap barhtay rehtay aagay to to takrao yaqeeni tha.</w:t>
      </w:r>
      <w:r>
        <w:br/>
      </w:r>
      <w:r>
        <w:rPr>
          <w:sz w:val="20"/>
        </w:rPr>
        <w:t>29:15  bilk shat yaqeeni tha. to aap parao dala aap ne. sahaba se kaha ke mujh ko mashwara do.</w:t>
      </w:r>
      <w:r>
        <w:br/>
      </w:r>
      <w:r>
        <w:rPr>
          <w:sz w:val="20"/>
        </w:rPr>
        <w:t>29:27  sahaba se aap ne ek mashwara manga. to yeh yeh waqia mukhtalif kitabon mein maujood hai. seerat ibn e kaseer mein is ke jo alfaaz hain woh yeh hain ke mun yakhruj bina ala tareeq ghair tareeqihim.</w:t>
      </w:r>
      <w:r>
        <w:br/>
      </w:r>
      <w:r>
        <w:rPr>
          <w:sz w:val="20"/>
        </w:rPr>
        <w:t>29:45  yeh bohat ajeeb o ghareeb cheez hai is ko aap ghaur farmaiye. mun yakhruj bina ala tareeq ghair tareeqihim.</w:t>
      </w:r>
      <w:r>
        <w:br/>
      </w:r>
      <w:r>
        <w:rPr>
          <w:sz w:val="20"/>
        </w:rPr>
        <w:t>29:55  tum mein se kaun hai jo hum ko rasta badal kar kisi aur taraf se le jaye ta ke hamara takrao un se na ho? kaisi ajeeb baat hai yeh.</w:t>
      </w:r>
      <w:r>
        <w:br/>
      </w:r>
      <w:r>
        <w:rPr>
          <w:sz w:val="20"/>
        </w:rPr>
        <w:t>30:07  mun yakhruj bina ala tareeq ghair tareeqihim. ke woh jis rastay se aa rahay hain us ke siwa koi rasta koi jananay wala ho idhar se le ke chala humein aur takrao ki naubat na aaye to woh karo.</w:t>
      </w:r>
      <w:r>
        <w:br/>
      </w:r>
      <w:r>
        <w:rPr>
          <w:sz w:val="20"/>
        </w:rPr>
        <w:t>30:21  chunan che ek sahabi kharay hue un ka ke mujhe pata hai rasta ke main chalta hoon. to aap ne rasta badal kar ke idhar se janay lagay aap. ab is ko aaj kal ke halaat par apply kijiye.</w:t>
      </w:r>
      <w:r>
        <w:br/>
      </w:r>
      <w:r>
        <w:rPr>
          <w:sz w:val="20"/>
        </w:rPr>
        <w:t>30:33  to musalman is ke khilaf karte hain. yani doosra jaloos nikale yeh bhi jaloos nikalein. doosra political hungama kare to yeh bhi political hungamay karte hain.</w:t>
      </w:r>
      <w:r>
        <w:br/>
      </w:r>
      <w:r>
        <w:rPr>
          <w:sz w:val="20"/>
        </w:rPr>
        <w:t>30:48  yani doosra jis tareeqay ka ikhtiyar kiya usi tareeqay ka yeh bhi ikhtiyar karte hain. nateeja ke takrao, takrao, takrao. aap dekhiye har har jagah takrao ho raha hai.</w:t>
      </w:r>
      <w:r>
        <w:br/>
      </w:r>
      <w:r>
        <w:rPr>
          <w:sz w:val="20"/>
        </w:rPr>
        <w:t>31:00  aur bohat saray log maray jatay hain. to is is is sunnat ka matlab yeh hai ke jo tareeqa woh ikhtiyar kiye hue hain us mein agar takrao ka andesha hai to tareeqa badal do tareeqa.</w:t>
      </w:r>
      <w:r>
        <w:br/>
      </w:r>
      <w:r>
        <w:rPr>
          <w:sz w:val="20"/>
        </w:rPr>
        <w:t>31:15  yani fareeq insani jo tareeqa ikhtiyar kiye hue hain jis rastay se woh chal raha hai jis method ko woh apnaye hue hain wahi agar mein bhi karta hoon aur us mein takrao ki naubat aati hai to badal do is ko.</w:t>
      </w:r>
      <w:r>
        <w:br/>
      </w:r>
      <w:r>
        <w:rPr>
          <w:sz w:val="20"/>
        </w:rPr>
        <w:t>31:31  doosra tareeqa ikhtiyar karo. mislan woh demonstration ya street activism chala rahay hain to tum khamoshi se daawa work karo.</w:t>
      </w:r>
      <w:r>
        <w:br/>
      </w:r>
      <w:r>
        <w:rPr>
          <w:sz w:val="20"/>
        </w:rPr>
        <w:t>31:43  baghair yani sarak se sarak se hat jao. sarak se hat jao sarak se.</w:t>
      </w:r>
      <w:r>
        <w:br/>
      </w:r>
      <w:r>
        <w:rPr>
          <w:sz w:val="20"/>
        </w:rPr>
        <w:t>31:52  yani woh hate ka rasta ikhtiyar kiye hue hain to tum love ka tareeqa ikhtiyar karo. woh war ka tareeqa ikhtiyar kiye hue hain to tum peace ka tareeqa ikhtiyar karo.</w:t>
      </w:r>
      <w:r>
        <w:br/>
      </w:r>
      <w:r>
        <w:rPr>
          <w:sz w:val="20"/>
        </w:rPr>
        <w:t>32:05  woh ishtia'al dilanay wala tareeqa ikhtiyar kar rahay hain. woh ishtia'al dilanay walay tareeqay ikhtiyar kiye hue hain to tum forgive karo.</w:t>
      </w:r>
      <w:r>
        <w:br/>
      </w:r>
      <w:r>
        <w:rPr>
          <w:sz w:val="20"/>
        </w:rPr>
        <w:t>32:15  tum un ko maaf kar do. ishtia'al angizi se bachaao apnay aap ko.</w:t>
      </w:r>
      <w:r>
        <w:br/>
      </w:r>
      <w:r>
        <w:rPr>
          <w:sz w:val="20"/>
        </w:rPr>
        <w:t>32:25  to yeh ek aaj ek bohat bari sunnat hai ke mun yakhruj bina aap ne farmaya ke mun yakhruj bina ala tareeq ghair tareeqihim.</w:t>
      </w:r>
      <w:r>
        <w:br/>
      </w:r>
      <w:r>
        <w:rPr>
          <w:sz w:val="20"/>
        </w:rPr>
        <w:t>32:34  ke fareeq insani ki jis tareeqay ko ikhtiyar kiye hue hain. agar hum bhi usi pe chalain to takrao paish aye ga. to tum mein se koi khara ho aur bataye humein koi aur tareeqa, koi doosra tareeqa.</w:t>
      </w:r>
    </w:p>
    <w:p>
      <w:pPr>
        <w:pStyle w:val="Heading2"/>
      </w:pPr>
      <w:r>
        <w:t>Political interpretation of Islam is a modern, borrowed idea</w:t>
      </w:r>
    </w:p>
    <w:p>
      <w:r>
        <w:rPr>
          <w:color w:val="666666"/>
          <w:sz w:val="18"/>
        </w:rPr>
        <w:t>Political Interpretation of Islam January 3, 2011 · 4m 15s · at 0:31 · https://youtu.be/TUkU35oO640?t=31</w:t>
      </w:r>
    </w:p>
    <w:p>
      <w:r>
        <w:rPr>
          <w:i/>
        </w:rPr>
        <w:t>“The subject for the present talk is political interpretation of Islam.”</w:t>
      </w:r>
    </w:p>
    <w:p>
      <w:r>
        <w:rPr>
          <w:sz w:val="20"/>
        </w:rPr>
        <w:t>0:31  da subject for di present talk is political interpretation of Islam.</w:t>
      </w:r>
      <w:r>
        <w:br/>
      </w:r>
      <w:r>
        <w:rPr>
          <w:sz w:val="20"/>
        </w:rPr>
        <w:t>0:44  What is political interpretation? It is politicization of Islam.</w:t>
      </w:r>
      <w:r>
        <w:br/>
      </w:r>
      <w:r>
        <w:rPr>
          <w:sz w:val="20"/>
        </w:rPr>
        <w:t>0:56  It means that you try to give a description of Islam in which all the teaching of Islam are interpreted in terms of politics, of political power.</w:t>
      </w:r>
      <w:r>
        <w:br/>
      </w:r>
      <w:r>
        <w:rPr>
          <w:sz w:val="20"/>
        </w:rPr>
        <w:t>1:21  This kind of interpretation is quite alien in Islamic scheme.</w:t>
      </w:r>
      <w:r>
        <w:br/>
      </w:r>
      <w:r>
        <w:rPr>
          <w:sz w:val="20"/>
        </w:rPr>
        <w:t>1:30  You can not find a single reference in the Quran and Hadith or Sirah in favor of this interpretation.</w:t>
      </w:r>
      <w:r>
        <w:br/>
      </w:r>
      <w:r>
        <w:rPr>
          <w:sz w:val="20"/>
        </w:rPr>
        <w:t>1:46  Even you can not find a single book with the title "Political System of Islam" in previous centuries.</w:t>
      </w:r>
      <w:r>
        <w:br/>
      </w:r>
      <w:r>
        <w:rPr>
          <w:sz w:val="20"/>
        </w:rPr>
        <w:t>2:03  It is a phenomena of 20th century.</w:t>
      </w:r>
      <w:r>
        <w:br/>
      </w:r>
      <w:r>
        <w:rPr>
          <w:sz w:val="20"/>
        </w:rPr>
        <w:t>2:10  It is in the terms of Quran, it is mushaahat.</w:t>
      </w:r>
      <w:r>
        <w:br/>
      </w:r>
      <w:r>
        <w:rPr>
          <w:sz w:val="20"/>
        </w:rPr>
        <w:t>2:16  Mushaahat means imitation. Some thinkers, some Muslim thinkers, wanted to imitate</w:t>
      </w:r>
      <w:r>
        <w:br/>
      </w:r>
      <w:r>
        <w:rPr>
          <w:sz w:val="20"/>
        </w:rPr>
        <w:t>2:28  the concept of some secular</w:t>
      </w:r>
      <w:r>
        <w:br/>
      </w:r>
      <w:r>
        <w:rPr>
          <w:sz w:val="20"/>
        </w:rPr>
        <w:t>2:38  thinkers, mainly communist thinkers.</w:t>
      </w:r>
      <w:r>
        <w:br/>
      </w:r>
      <w:r>
        <w:rPr>
          <w:sz w:val="20"/>
        </w:rPr>
        <w:t>2:46  You know, communist ideology is a complete ideology. They wanted to give a holistic interpretation of life in terms of economics.</w:t>
      </w:r>
      <w:r>
        <w:br/>
      </w:r>
      <w:r>
        <w:rPr>
          <w:sz w:val="20"/>
        </w:rPr>
        <w:t>3:06  This kind of so called holistic interpretation of life was absent in the whole history of thought</w:t>
      </w:r>
      <w:r>
        <w:br/>
      </w:r>
      <w:r>
        <w:rPr>
          <w:sz w:val="20"/>
        </w:rPr>
        <w:t>3:19  . It was. It was communist thinkers like Karl Marx who wanted to give such interpretation.</w:t>
      </w:r>
      <w:r>
        <w:br/>
      </w:r>
      <w:r>
        <w:rPr>
          <w:sz w:val="20"/>
        </w:rPr>
        <w:t>3:32  It was a new interpretation. So, very soon it became popular throughout the world</w:t>
      </w:r>
      <w:r>
        <w:br/>
      </w:r>
      <w:r>
        <w:rPr>
          <w:sz w:val="20"/>
        </w:rPr>
        <w:t>3:46  . Almost all the educated mind was influenced with this concept.</w:t>
      </w:r>
      <w:r>
        <w:br/>
      </w:r>
      <w:r>
        <w:rPr>
          <w:sz w:val="20"/>
        </w:rPr>
        <w:t>3:57  And I think Muslim thinkers were not an exception.</w:t>
      </w:r>
      <w:r>
        <w:br/>
      </w:r>
      <w:r>
        <w:rPr>
          <w:sz w:val="20"/>
        </w:rPr>
        <w:t>4:03  So, some thinkers like Abu Al-Ala Maududi in Indian subcontinent and in the Arab world, Sheikh Qutb, they wanted to give Islam a political interpretation.</w:t>
      </w:r>
      <w:r>
        <w:br/>
      </w:r>
      <w:r>
        <w:rPr>
          <w:sz w:val="20"/>
        </w:rPr>
        <w:t>4:24  But if you try to find any reference in favor of this in the Quran and Hadith, you will see there is no, there is not a single reference in favor of this kind of interpretation.</w:t>
      </w:r>
    </w:p>
    <w:p>
      <w:pPr>
        <w:pStyle w:val="Heading2"/>
      </w:pPr>
      <w:r>
        <w:t>Quranic proof Islamic history begins with Adam</w:t>
      </w:r>
    </w:p>
    <w:p>
      <w:r>
        <w:rPr>
          <w:color w:val="666666"/>
          <w:sz w:val="18"/>
        </w:rPr>
        <w:t>A Brief Survey of Islamic History (Eng) February 15, 2007 · 4m 05s · at 1:24 · https://youtu.be/MdRtdA99UlA?t=84</w:t>
      </w:r>
    </w:p>
    <w:p>
      <w:r>
        <w:rPr>
          <w:i/>
        </w:rPr>
        <w:t>“This is not correct. History of Islam begins right from Adam.”</w:t>
      </w:r>
    </w:p>
    <w:p>
      <w:r>
        <w:rPr>
          <w:sz w:val="20"/>
        </w:rPr>
        <w:t>1:24  but, this is not correct.</w:t>
      </w:r>
      <w:r>
        <w:br/>
      </w:r>
      <w:r>
        <w:rPr>
          <w:sz w:val="20"/>
        </w:rPr>
        <w:t>1:33  in fact, the history of islam begins right from the first person, that is adam (adam).</w:t>
      </w:r>
      <w:r>
        <w:br/>
      </w:r>
      <w:r>
        <w:rPr>
          <w:sz w:val="20"/>
        </w:rPr>
        <w:t>1:47  because there are</w:t>
      </w:r>
      <w:r>
        <w:br/>
      </w:r>
      <w:r>
        <w:rPr>
          <w:sz w:val="20"/>
        </w:rPr>
        <w:t>1:58  references—many references in the qur'an and also in the hadith—that prove that islamic history</w:t>
      </w:r>
      <w:r>
        <w:br/>
      </w:r>
      <w:r>
        <w:rPr>
          <w:sz w:val="20"/>
        </w:rPr>
        <w:t>2:12  is the history of the prophets.</w:t>
      </w:r>
      <w:r>
        <w:br/>
      </w:r>
      <w:r>
        <w:rPr>
          <w:sz w:val="20"/>
        </w:rPr>
        <w:t>2:20  there is a verse in the qur'an:</w:t>
      </w:r>
      <w:r>
        <w:br/>
      </w:r>
      <w:r>
        <w:rPr>
          <w:sz w:val="20"/>
        </w:rPr>
        <w:t>2:30  "afaghayr deenillahi yabghuna wal yu'assama man fis samawati walaw laytahum karha?" "</w:t>
      </w:r>
      <w:r>
        <w:br/>
      </w:r>
      <w:r>
        <w:rPr>
          <w:sz w:val="20"/>
        </w:rPr>
        <w:t>2:40  innad deena indallahi al-islam." these verses</w:t>
      </w:r>
      <w:r>
        <w:br/>
      </w:r>
      <w:r>
        <w:rPr>
          <w:sz w:val="20"/>
        </w:rPr>
        <w:t>2:48  tell us that</w:t>
      </w:r>
      <w:r>
        <w:br/>
      </w:r>
      <w:r>
        <w:rPr>
          <w:sz w:val="20"/>
        </w:rPr>
        <w:t>2:54  all the</w:t>
      </w:r>
      <w:r>
        <w:br/>
      </w:r>
      <w:r>
        <w:rPr>
          <w:sz w:val="20"/>
        </w:rPr>
        <w:t>2:59  prophets were given the same religion, that is islam.</w:t>
      </w:r>
      <w:r>
        <w:br/>
      </w:r>
      <w:r>
        <w:rPr>
          <w:sz w:val="20"/>
        </w:rPr>
        <w:t>3:06  then there is a very relevant verse in the qur'an: "shar'a lakum raddina ma wassa bihi nuhun walladhi awhayna alayka." it means that prophet muhammad was given the same religion that was given to all other prophets.</w:t>
      </w:r>
      <w:r>
        <w:br/>
      </w:r>
      <w:r>
        <w:rPr>
          <w:sz w:val="20"/>
        </w:rPr>
        <w:t>3:29  There is a verse in the Qur'an about Adam</w:t>
      </w:r>
      <w:r>
        <w:br/>
      </w:r>
      <w:r>
        <w:rPr>
          <w:sz w:val="20"/>
        </w:rPr>
        <w:t>3:34  : "inna allaha istaba'a adama wa nuhhan wa 'ala ibrahima 'alal 'alamin." This verse is very clear about this notion that Adam was the first prophet.</w:t>
      </w:r>
      <w:r>
        <w:br/>
      </w:r>
      <w:r>
        <w:rPr>
          <w:sz w:val="20"/>
        </w:rPr>
        <w:t>3:49  Adam was the first person, as well as he was the first prophet of God.</w:t>
      </w:r>
      <w:r>
        <w:br/>
      </w:r>
      <w:r>
        <w:rPr>
          <w:sz w:val="20"/>
        </w:rPr>
        <w:t>3:58  Then in—there is a very important verse in the Qur'an: "ula'ika alladhina hada allahu fabihudahu muqtadi." It means that all the prophets were given guidance from God.</w:t>
      </w:r>
      <w:r>
        <w:br/>
      </w:r>
      <w:r>
        <w:rPr>
          <w:sz w:val="20"/>
        </w:rPr>
        <w:t>4:24  So, O Muhammad, you should follow their example.</w:t>
      </w:r>
      <w:r>
        <w:br/>
      </w:r>
      <w:r>
        <w:rPr>
          <w:sz w:val="20"/>
        </w:rPr>
        <w:t>4:34  Then there is a verse in the Qur'an: "la lafarruqu bayna ahadin min rusulihi." It means that we are not allowed to differentiate between different prophets.</w:t>
      </w:r>
      <w:r>
        <w:br/>
      </w:r>
      <w:r>
        <w:rPr>
          <w:sz w:val="20"/>
        </w:rPr>
        <w:t>4:53  Don't differentiate between the prophets of God. So, all these references—all those Qur'anic references—clearly</w:t>
      </w:r>
      <w:r>
        <w:br/>
      </w:r>
      <w:r>
        <w:rPr>
          <w:sz w:val="20"/>
        </w:rPr>
        <w:t>5:12  substantiate that the history of Islam begins from</w:t>
      </w:r>
      <w:r>
        <w:br/>
      </w:r>
      <w:r>
        <w:rPr>
          <w:sz w:val="20"/>
        </w:rPr>
        <w:t>5:21  Adam, who was the first prophet of God.</w:t>
      </w:r>
    </w:p>
    <w:p>
      <w:pPr>
        <w:pStyle w:val="Heading2"/>
      </w:pPr>
      <w:r>
        <w:t>Nations always course-correct after failed power grabs</w:t>
      </w:r>
    </w:p>
    <w:p>
      <w:r>
        <w:rPr>
          <w:color w:val="666666"/>
          <w:sz w:val="18"/>
        </w:rPr>
        <w:t>Time for Introspection February 26, 2012 Maulana Wahiduddin Khan · 4m 07s · at 2:03 · https://youtu.be/PjgdpJGybeE?t=123</w:t>
      </w:r>
    </w:p>
    <w:p>
      <w:r>
        <w:rPr>
          <w:i/>
        </w:rPr>
        <w:t>“Misaal ke tor par dekhiye”</w:t>
      </w:r>
    </w:p>
    <w:p>
      <w:r>
        <w:rPr>
          <w:sz w:val="20"/>
        </w:rPr>
        <w:t>2:03  misal ke tor par dekhiye</w:t>
      </w:r>
      <w:r>
        <w:br/>
      </w:r>
      <w:r>
        <w:rPr>
          <w:sz w:val="20"/>
        </w:rPr>
        <w:t>2:09  russia ne jab ke woh commerce empire tha apni faujein dakhil kar dein afghanistan mein woh chahta tha ke afghanistan par apna qabza kar le</w:t>
      </w:r>
      <w:r>
        <w:br/>
      </w:r>
      <w:r>
        <w:rPr>
          <w:sz w:val="20"/>
        </w:rPr>
        <w:t>2:28  lekin tajurbe ke baad maloom hua ke afghanistan par woh fauj ke zariye qabza nahi kar sakte to roos ne kiya kiya</w:t>
      </w:r>
      <w:r>
        <w:br/>
      </w:r>
      <w:r>
        <w:rPr>
          <w:sz w:val="20"/>
        </w:rPr>
        <w:t>2:41  naya faisla liya apni faujon ko wapas bula liya</w:t>
      </w:r>
      <w:r>
        <w:br/>
      </w:r>
      <w:r>
        <w:rPr>
          <w:sz w:val="20"/>
        </w:rPr>
        <w:t>2:48  yehi muamla khud doosri super power jo america hai is ka is ke sath hua america ke sath</w:t>
      </w:r>
      <w:r>
        <w:br/>
      </w:r>
      <w:r>
        <w:rPr>
          <w:sz w:val="20"/>
        </w:rPr>
        <w:t>2:57  kai bar hua is se pehle america vietnam mein dakhil ho gaya tha apni faujon ke sath phir 11 saal ke baad wapas hua</w:t>
      </w:r>
      <w:r>
        <w:br/>
      </w:r>
      <w:r>
        <w:rPr>
          <w:sz w:val="20"/>
        </w:rPr>
        <w:t>3:09  aise hi america dakhil ho gaya iraq mein afghanistan mein ab wahan se wapsi kar raha hai woh</w:t>
      </w:r>
      <w:r>
        <w:br/>
      </w:r>
      <w:r>
        <w:rPr>
          <w:sz w:val="20"/>
        </w:rPr>
        <w:t>3:19  kyun ke maloom hua ke yeh jo step liya tha woh step that was beyond its capacity</w:t>
      </w:r>
      <w:r>
        <w:br/>
      </w:r>
      <w:r>
        <w:rPr>
          <w:sz w:val="20"/>
        </w:rPr>
        <w:t>3:35  yehi misalein doosron ke bhi hain ab dekhiye second world war mein japan germany britain</w:t>
      </w:r>
      <w:r>
        <w:br/>
      </w:r>
      <w:r>
        <w:rPr>
          <w:sz w:val="20"/>
        </w:rPr>
        <w:t>3:47  yeh sab involve thay</w:t>
      </w:r>
      <w:r>
        <w:br/>
      </w:r>
      <w:r>
        <w:rPr>
          <w:sz w:val="20"/>
        </w:rPr>
        <w:t>3:49  france har ek ne dekha ke woh apni fauj ke zariye</w:t>
      </w:r>
      <w:r>
        <w:br/>
      </w:r>
      <w:r>
        <w:rPr>
          <w:sz w:val="20"/>
        </w:rPr>
        <w:t>3:57  apna goal jo hai woh hasil nahi kar sakte</w:t>
      </w:r>
      <w:r>
        <w:br/>
      </w:r>
      <w:r>
        <w:rPr>
          <w:sz w:val="20"/>
        </w:rPr>
        <w:t>4:01  tu har ek loTa peechay har ek ne youn turn liya</w:t>
      </w:r>
      <w:r>
        <w:br/>
      </w:r>
      <w:r>
        <w:rPr>
          <w:sz w:val="20"/>
        </w:rPr>
        <w:t>4:05  ab dekhen france jo hai afreeqa se wapas le afreeqa mein is ne apni foojain qaaim kar rakhi</w:t>
      </w:r>
      <w:r>
        <w:br/>
      </w:r>
      <w:r>
        <w:rPr>
          <w:sz w:val="20"/>
        </w:rPr>
        <w:t>4:11  theen afreeqa ke kai mulk jaise barako</w:t>
      </w:r>
      <w:r>
        <w:br/>
      </w:r>
      <w:r>
        <w:rPr>
          <w:sz w:val="20"/>
        </w:rPr>
        <w:t>4:16  aljiria waghera ko woh apna province manta tha</w:t>
      </w:r>
      <w:r>
        <w:br/>
      </w:r>
      <w:r>
        <w:rPr>
          <w:sz w:val="20"/>
        </w:rPr>
        <w:t>4:19  to</w:t>
      </w:r>
      <w:r>
        <w:br/>
      </w:r>
      <w:r>
        <w:rPr>
          <w:sz w:val="20"/>
        </w:rPr>
        <w:t>4:20  is ne apni faujein wapas le leen wahan se germany aur japan samajhte thay apne ko superior race woh samajhte thay ke germany ko aur japan ko haq hai ke woh doosron pe hukumat karein lekin second world war mein yeh khwab shatter ho gaya to dono simat gaye ab germany apne mulk mein kaam kar raha hai japan apne mulk mein kaam kar raha hai</w:t>
      </w:r>
      <w:r>
        <w:br/>
      </w:r>
      <w:r>
        <w:rPr>
          <w:sz w:val="20"/>
        </w:rPr>
        <w:t>4:48  expansion ka ki soch khatam kar di unhone aise hi UK ka haal hua britain ka ab dekhiye india mein qareeb do sau saal tak yani british company se le kar british government tak taqreeban do sau saal unhone hukumat ki</w:t>
      </w:r>
      <w:r>
        <w:br/>
      </w:r>
      <w:r>
        <w:rPr>
          <w:sz w:val="20"/>
        </w:rPr>
        <w:t>5:12  phir second world war hui unhone mehsoos kiya ke ab hum india ko apne qabze mein nahi rakh sakte to wapas chale gaye yani wahi angrez jo 1857 mein aap jante hain ke 1857 mein hindustan mein un ke khilaf ek revolt hua hathiyar le ke nikal pade log</w:t>
      </w:r>
      <w:r>
        <w:br/>
      </w:r>
      <w:r>
        <w:rPr>
          <w:sz w:val="20"/>
        </w:rPr>
        <w:t>5:41  us waqt britain ne is ko crush kar diya bandook ki taqat se wahi britain dekhiye 47 mein baghair gun ke wapas chala gaya</w:t>
      </w:r>
      <w:r>
        <w:br/>
      </w:r>
      <w:r>
        <w:rPr>
          <w:sz w:val="20"/>
        </w:rPr>
        <w:t>5:57  yani ahl e insaaf ki taqat se wapas chala gaya to yeh tamam qaumein karti hain lekin musalmanon ka case bohat ajeeb hai</w:t>
      </w:r>
    </w:p>
    <w:p>
      <w:pPr>
        <w:pStyle w:val="Heading2"/>
      </w:pPr>
      <w:r>
        <w:t>The 15-year-old question that started this whole inquiry</w:t>
      </w:r>
    </w:p>
    <w:p>
      <w:r>
        <w:rPr>
          <w:color w:val="666666"/>
          <w:sz w:val="18"/>
        </w:rPr>
        <w:t>The Prophetic Guidance February 18, 2007 · 3m 48s · at 1:52 · https://youtu.be/5K7MiAVqNNA?t=112</w:t>
      </w:r>
    </w:p>
    <w:p>
      <w:r>
        <w:rPr>
          <w:i/>
        </w:rPr>
        <w:t>“15 saal pehle ek meeting mein ek sawaal poocha gaya tha”</w:t>
      </w:r>
    </w:p>
    <w:p>
      <w:r>
        <w:rPr>
          <w:sz w:val="20"/>
        </w:rPr>
        <w:t>1:52  asal mein aisa hua ke ab se koi 15 saal pehle ki baat hai</w:t>
      </w:r>
      <w:r>
        <w:br/>
      </w:r>
      <w:r>
        <w:rPr>
          <w:sz w:val="20"/>
        </w:rPr>
        <w:t>2:03  ke jahan mein rehta hoon, C 29, azmatin west mein, wahan hum pehle aisa karte the ke kuch doosre logon ki speech dilwate the.</w:t>
      </w:r>
      <w:r>
        <w:br/>
      </w:r>
      <w:r>
        <w:rPr>
          <w:sz w:val="20"/>
        </w:rPr>
        <w:t>2:15  wahan ab toh humne band kar diya woh silsila.</w:t>
      </w:r>
      <w:r>
        <w:br/>
      </w:r>
      <w:r>
        <w:rPr>
          <w:sz w:val="20"/>
        </w:rPr>
        <w:t>2:22  toh</w:t>
      </w:r>
      <w:r>
        <w:br/>
      </w:r>
      <w:r>
        <w:rPr>
          <w:sz w:val="20"/>
        </w:rPr>
        <w:t>2:23  15 saal pehle aisa hua ke wahan par humne ek meeting mein ek sahab ko bolne ka mauqa diya tha. yeh sahab rehte hain america mein.</w:t>
      </w:r>
      <w:r>
        <w:br/>
      </w:r>
      <w:r>
        <w:rPr>
          <w:sz w:val="20"/>
        </w:rPr>
        <w:t>2:35  woh wahan par</w:t>
      </w:r>
      <w:r>
        <w:br/>
      </w:r>
      <w:r>
        <w:rPr>
          <w:sz w:val="20"/>
        </w:rPr>
        <w:t>2:39  second largest jo american center hai musalmanon ka, uske woh director hain.</w:t>
      </w:r>
      <w:r>
        <w:br/>
      </w:r>
      <w:r>
        <w:rPr>
          <w:sz w:val="20"/>
        </w:rPr>
        <w:t>2:50  abhi bhi director hain woh. toh woh bohat hi learned aadmi hain.</w:t>
      </w:r>
      <w:r>
        <w:br/>
      </w:r>
      <w:r>
        <w:rPr>
          <w:sz w:val="20"/>
        </w:rPr>
        <w:t>3:01  woh bohat achhi arabic zabaan jaante hain, bohat achhi english jaante hain. toh unki study bhi bohat achhi hai dono side ki.</w:t>
      </w:r>
      <w:r>
        <w:br/>
      </w:r>
      <w:r>
        <w:rPr>
          <w:sz w:val="20"/>
        </w:rPr>
        <w:t>3:14  toh beharhaal, american muslims mein woh in thode se logon mein se hain, maane jaate hain, jo islam ki kaafi study jinhone ki hai.</w:t>
      </w:r>
      <w:r>
        <w:br/>
      </w:r>
      <w:r>
        <w:rPr>
          <w:sz w:val="20"/>
        </w:rPr>
        <w:t>3:29  toh woh india aaye hue the, toh humne unka lecture rakha apne yahan.</w:t>
      </w:r>
      <w:r>
        <w:br/>
      </w:r>
      <w:r>
        <w:rPr>
          <w:sz w:val="20"/>
        </w:rPr>
        <w:t>3:38  unke lecture ka jo topic tha woh tha "islam in america". is par woh bole.</w:t>
      </w:r>
      <w:r>
        <w:br/>
      </w:r>
      <w:r>
        <w:rPr>
          <w:sz w:val="20"/>
        </w:rPr>
        <w:t>3:51  phir aakhir mein sawal jawab ka silsila tha. toh sam'een mein se ek sahab ne unse poocha ke hum india mein rehte hain.</w:t>
      </w:r>
      <w:r>
        <w:br/>
      </w:r>
      <w:r>
        <w:rPr>
          <w:sz w:val="20"/>
        </w:rPr>
        <w:t>4:04  india mein musalman aqalliyat mein hain.</w:t>
      </w:r>
      <w:r>
        <w:br/>
      </w:r>
      <w:r>
        <w:rPr>
          <w:sz w:val="20"/>
        </w:rPr>
        <w:t>4:07  yahan par doosri community jo hai woh aksariyat mein hai. aur jamhooriyat mein aap jaante hain ke aksariyat hi hukmarani karti hai.</w:t>
      </w:r>
      <w:r>
        <w:br/>
      </w:r>
      <w:r>
        <w:rPr>
          <w:sz w:val="20"/>
        </w:rPr>
        <w:t>4:21  toh yeh bataiye ke india jaise mulk mein humein islam kya rehnumai deta hai?</w:t>
      </w:r>
      <w:r>
        <w:br/>
      </w:r>
      <w:r>
        <w:rPr>
          <w:sz w:val="20"/>
        </w:rPr>
        <w:t>4:33  is sawal par woh thodi der chup rahe.</w:t>
      </w:r>
      <w:r>
        <w:br/>
      </w:r>
      <w:r>
        <w:rPr>
          <w:sz w:val="20"/>
        </w:rPr>
        <w:t>4:37  jisko english mein kehte hain "pause". So there was a pause</w:t>
      </w:r>
      <w:r>
        <w:br/>
      </w:r>
      <w:r>
        <w:rPr>
          <w:sz w:val="20"/>
        </w:rPr>
        <w:t>4:43  kuch der ke baad woh bole ke islam mein position of strength ka model toh hai,</w:t>
      </w:r>
      <w:r>
        <w:br/>
      </w:r>
      <w:r>
        <w:rPr>
          <w:sz w:val="20"/>
        </w:rPr>
        <w:t>4:57  lekin islam mein position of modesty ka model maujood nahin.</w:t>
      </w:r>
      <w:r>
        <w:br/>
      </w:r>
      <w:r>
        <w:rPr>
          <w:sz w:val="20"/>
        </w:rPr>
        <w:t>5:09  phir mein dohraunga ke unhon ne kaha ke "In Islam there is a model for the position of strength, but in Islam there is no model for the position of modesty."</w:t>
      </w:r>
      <w:r>
        <w:br/>
      </w:r>
      <w:r>
        <w:rPr>
          <w:sz w:val="20"/>
        </w:rPr>
        <w:t>5:29  yeh baat mein ne suni ab se 15 saal pehle. to mere zehn mein usi waqt yeh cheez sawal ban gai.</w:t>
      </w:r>
    </w:p>
    <w:p>
      <w:pPr>
        <w:pStyle w:val="Heading2"/>
      </w:pPr>
      <w:r>
        <w:t>Global warming as sign of prophethood</w:t>
      </w:r>
    </w:p>
    <w:p>
      <w:r>
        <w:rPr>
          <w:color w:val="666666"/>
          <w:sz w:val="18"/>
        </w:rPr>
        <w:t>Global Warming and Islam May 30, 2008 · 5m 45s · at 0:50 · https://youtu.be/aFMSQmrEfVU?t=50</w:t>
      </w:r>
    </w:p>
    <w:p>
      <w:r>
        <w:rPr>
          <w:i/>
        </w:rPr>
        <w:t>“Main is ko thore se change kar ke global warning kehta hoon”</w:t>
      </w:r>
    </w:p>
    <w:p>
      <w:r>
        <w:rPr>
          <w:sz w:val="20"/>
        </w:rPr>
        <w:t>0:50  yeh ek bada strange phenomenon hai is zamane mein, global warming ka phenomenon. Main is ko thode se change kar ke global warning kehta hoon,</w:t>
      </w:r>
      <w:r>
        <w:br/>
      </w:r>
      <w:r>
        <w:rPr>
          <w:sz w:val="20"/>
        </w:rPr>
        <w:t>1:10  kyun ke yeh nature ki taraf se ya creator ki taraf se ek alarm diya ja raha hai ke doomsday is near.</w:t>
      </w:r>
      <w:r>
        <w:br/>
      </w:r>
      <w:r>
        <w:rPr>
          <w:sz w:val="20"/>
        </w:rPr>
        <w:t>1:23  isi liye aap ne dekha hoga ke sari duniya ke jo scientific community hai, 131 countries ke top ke scientist ekattha hue aur bahut kaafi unhone is par survey kiya.</w:t>
      </w:r>
      <w:r>
        <w:br/>
      </w:r>
      <w:r>
        <w:rPr>
          <w:sz w:val="20"/>
        </w:rPr>
        <w:t>1:42  jo most modern cheezein chahiye thin, us se unhone madad li. Aur phir unhone bataya ke global warming ka jo phenomenon hai, woh irreversible hai.</w:t>
      </w:r>
      <w:r>
        <w:br/>
      </w:r>
      <w:r>
        <w:rPr>
          <w:sz w:val="20"/>
        </w:rPr>
        <w:t>1:57  bar bar in logon ne yeh kahi hai yeh baat ke irreversible hai. Yani is ka matlab kya hai ke history ab apne end ko pahunch rahi hai,</w:t>
      </w:r>
      <w:r>
        <w:br/>
      </w:r>
      <w:r>
        <w:rPr>
          <w:sz w:val="20"/>
        </w:rPr>
        <w:t>2:12  apne end ko pahunch rahi hai. Bahut pehle maine padha tha ke newton ke zamane mein yeh pata chala, jis ko kehte hain second law of thermodynamics.</w:t>
      </w:r>
      <w:r>
        <w:br/>
      </w:r>
      <w:r>
        <w:rPr>
          <w:sz w:val="20"/>
        </w:rPr>
        <w:t>2:26  insan ne yeh jaana tha ke duniya ki jo energy hai, woh khatam hoti ja rahi hai aur ek din duniya aisa hoga ke sab kuch dead ho jayega.</w:t>
      </w:r>
      <w:r>
        <w:br/>
      </w:r>
      <w:r>
        <w:rPr>
          <w:sz w:val="20"/>
        </w:rPr>
        <w:t>2:43  lekin yeh hone wala tha laakhon saal baad. Newton ke zamane mein yeh samjha jata tha ke ab yeh laakhon saal baad aisa hoga.</w:t>
      </w:r>
      <w:r>
        <w:br/>
      </w:r>
      <w:r>
        <w:rPr>
          <w:sz w:val="20"/>
        </w:rPr>
        <w:t>2:52  lekin jo global warming ka phenomenon hai, woh toh bata raha hai ke woh din bahut aas paas aa chuka. Koi scientist kehta hai ke bas 20 saal aur hain hum is duniya mein.</w:t>
      </w:r>
      <w:r>
        <w:br/>
      </w:r>
      <w:r>
        <w:rPr>
          <w:sz w:val="20"/>
        </w:rPr>
        <w:t>3:05  koi kehta hai ke 40 years, bahut se bahut 50 years tak. Bas toh yeh bahut hi strange phenomenon hai. Is ki report dete hue ek paper ne yeh bahut hi meaningful is ki head yani heading lagai thi ke "Doomsday Not Far".</w:t>
      </w:r>
      <w:r>
        <w:br/>
      </w:r>
      <w:r>
        <w:rPr>
          <w:sz w:val="20"/>
        </w:rPr>
        <w:t>3:28  yeh jo report aayi thi scientific scientist logon ki, us ki heading lagai is ne ke "Doomsday Not Far" ke garmi badh rahi hai, garmi badh rahi hai,</w:t>
      </w:r>
      <w:r>
        <w:br/>
      </w:r>
      <w:r>
        <w:rPr>
          <w:sz w:val="20"/>
        </w:rPr>
        <w:t>3:42  glacier pighal rahe hain. North pole aur south pole jo south cap hai, jo ice cap hai, woh pighal rahi hai toh kab tak?</w:t>
      </w:r>
      <w:r>
        <w:br/>
      </w:r>
      <w:r>
        <w:rPr>
          <w:sz w:val="20"/>
        </w:rPr>
        <w:t>3:52  aur sare globe ka jo bahut hi intricate balance tha, woh toot raha hai. Bahut hi intricate balance tha.</w:t>
      </w:r>
      <w:r>
        <w:br/>
      </w:r>
      <w:r>
        <w:rPr>
          <w:sz w:val="20"/>
        </w:rPr>
        <w:t>4:05  for example, aap jante hain ke jo insects hain, insects jo million trillion hote hain, un ka bahut bada function tha aur hai, woh hai pollination.</w:t>
      </w:r>
      <w:r>
        <w:br/>
      </w:r>
      <w:r>
        <w:rPr>
          <w:sz w:val="20"/>
        </w:rPr>
        <w:t>4:19  un ke zariye pollination hota hai. Abhi ek report aayi hai ke jo crops hain, toh har ghanta three species khatam ho rahi hain insects ki.</w:t>
      </w:r>
      <w:r>
        <w:br/>
      </w:r>
      <w:r>
        <w:rPr>
          <w:sz w:val="20"/>
        </w:rPr>
        <w:t>4:31  every hour three insects khatam ho rahi hain. Insect khatam hone ka matlab kya hai ke crops jo hain, two third depend karta hai insects par, unhi ke pollination par.</w:t>
      </w:r>
      <w:r>
        <w:br/>
      </w:r>
      <w:r>
        <w:rPr>
          <w:sz w:val="20"/>
        </w:rPr>
        <w:t>4:46  ab bataiye ke kya hone wala hai? to hamein bohat ziyada sochna hai is baat par. is ko lightly nahi lena hai.</w:t>
      </w:r>
      <w:r>
        <w:br/>
      </w:r>
      <w:r>
        <w:rPr>
          <w:sz w:val="20"/>
        </w:rPr>
        <w:t>4:58  main yahan ek baat arz karoon, ab se koi seventy years pehle, 70 saal pehle, main parhta tha ek madarse mein</w:t>
      </w:r>
      <w:r>
        <w:br/>
      </w:r>
      <w:r>
        <w:rPr>
          <w:sz w:val="20"/>
        </w:rPr>
        <w:t>5:14  UP mein. to madarse mein aap jante hain ke kya hota hai, wahan par quran o hadees parhaya jata hai. yahi hai woh ka ya course.</w:t>
      </w:r>
      <w:r>
        <w:br/>
      </w:r>
      <w:r>
        <w:rPr>
          <w:sz w:val="20"/>
        </w:rPr>
        <w:t>5:28  to wahan par hum ne yeh parha, yeh jana ke hadeeson mein yeh ek prediction aaya tha, prediction ke aage kya hone wala hai.</w:t>
      </w:r>
      <w:r>
        <w:br/>
      </w:r>
      <w:r>
        <w:rPr>
          <w:sz w:val="20"/>
        </w:rPr>
        <w:t>5:42  to is mein ek ek hadees is tarah se thi ke "adnati shams min al-ibad".</w:t>
      </w:r>
      <w:r>
        <w:br/>
      </w:r>
      <w:r>
        <w:rPr>
          <w:sz w:val="20"/>
        </w:rPr>
        <w:t>5:52  "adnati shams min al-ibad" kaisi anokhi baat hai, is par ghor kijiye aap ke jis prophet ne yeh baat kahi, woh aap se chaudah sau saal pehle aaye thay.</w:t>
      </w:r>
      <w:r>
        <w:br/>
      </w:r>
      <w:r>
        <w:rPr>
          <w:sz w:val="20"/>
        </w:rPr>
        <w:t>6:06  aap jante hain ke prophet alaihi assalam ka jo zamana hai, woh hai seven century AD ka first quarter.</w:t>
      </w:r>
      <w:r>
        <w:br/>
      </w:r>
      <w:r>
        <w:rPr>
          <w:sz w:val="20"/>
        </w:rPr>
        <w:t>6:16  us waqt unhon ne kaha tha ke "adnati shams min al-ibad" yani ek zamana aayega jab ke suraj bandon ke bohat qareeb aa jayega.</w:t>
      </w:r>
      <w:r>
        <w:br/>
      </w:r>
      <w:r>
        <w:rPr>
          <w:sz w:val="20"/>
        </w:rPr>
        <w:t>6:29  sun will be closer to man.</w:t>
      </w:r>
    </w:p>
    <w:p>
      <w:pPr>
        <w:pStyle w:val="Heading2"/>
      </w:pPr>
      <w:r>
        <w:t>Full case that political struggle alone cannot fix Muslim nations</w:t>
      </w:r>
    </w:p>
    <w:p>
      <w:r>
        <w:rPr>
          <w:color w:val="666666"/>
          <w:sz w:val="18"/>
        </w:rPr>
        <w:t>Politics and Nation Building May 19, 2013 · 3m 44s · at 2:12 · https://youtu.be/kmiMGq0Ki2Q?t=132</w:t>
      </w:r>
    </w:p>
    <w:p>
      <w:r>
        <w:rPr>
          <w:i/>
        </w:rPr>
        <w:t>“In this era, all Muslims believe politics builds nations best”</w:t>
      </w:r>
    </w:p>
    <w:p>
      <w:r>
        <w:rPr>
          <w:sz w:val="20"/>
        </w:rPr>
        <w:t>2:12  dekhiye,</w:t>
      </w:r>
      <w:r>
        <w:br/>
      </w:r>
      <w:r>
        <w:rPr>
          <w:sz w:val="20"/>
        </w:rPr>
        <w:t>2:16  is zamane mein tamam musalmanon ke zehn mein ek hi tarah ki soch hai. woh yeh hai ke millat ki taameer ka sab se zyada effective tareeqa politics hai.</w:t>
      </w:r>
      <w:r>
        <w:br/>
      </w:r>
      <w:r>
        <w:rPr>
          <w:sz w:val="20"/>
        </w:rPr>
        <w:t>2:34  jitne baray baray leader hain, jo jitne baray baray mind hain musalmanon ke, woh sab isi mein lage hue hain. lekin aap dekhiye ke sari qurbaniyan dene ke bawajood,</w:t>
      </w:r>
      <w:r>
        <w:br/>
      </w:r>
      <w:r>
        <w:rPr>
          <w:sz w:val="20"/>
        </w:rPr>
        <w:t>2:51  tamam baray baray muslim mind ki shirkat ke bawajood, result kya hai? zero hai.</w:t>
      </w:r>
      <w:r>
        <w:br/>
      </w:r>
      <w:r>
        <w:rPr>
          <w:sz w:val="20"/>
        </w:rPr>
        <w:t>3:00  result kuch bhi nahi.</w:t>
      </w:r>
      <w:r>
        <w:br/>
      </w:r>
      <w:r>
        <w:rPr>
          <w:sz w:val="20"/>
        </w:rPr>
        <w:t>3:04  to yeh tareeqa hi galat hai ke politics se nation building hoti hai. abhi dekhiye, Pakistan mein election hua hai 11 May ko, isi mahine mein.</w:t>
      </w:r>
      <w:r>
        <w:br/>
      </w:r>
      <w:r>
        <w:rPr>
          <w:sz w:val="20"/>
        </w:rPr>
        <w:t>3:19  wahan do bari parties aamne samne theen: Muslim League aur Insaaf Party.</w:t>
      </w:r>
      <w:r>
        <w:br/>
      </w:r>
      <w:r>
        <w:rPr>
          <w:sz w:val="20"/>
        </w:rPr>
        <w:t>3:31  is mein Insaaf Party ke jo leader hain,</w:t>
      </w:r>
      <w:r>
        <w:br/>
      </w:r>
      <w:r>
        <w:rPr>
          <w:sz w:val="20"/>
        </w:rPr>
        <w:t>3:37  unhon ne kaha tha election se pehle ke "there is no other way to bring change in Pakistan but politics".</w:t>
      </w:r>
      <w:r>
        <w:br/>
      </w:r>
      <w:r>
        <w:rPr>
          <w:sz w:val="20"/>
        </w:rPr>
        <w:t>3:57  Pakistan mein koi change lane ka wahid tareeqa hai politics ke zariye.</w:t>
      </w:r>
      <w:r>
        <w:br/>
      </w:r>
      <w:r>
        <w:rPr>
          <w:sz w:val="20"/>
        </w:rPr>
        <w:t>4:08  donon taraf ke leader yeh kehte rahe hain ke Pakistan mein tabdeeli ki zaroorat hai. tabdeeli ka matlab yeh hai ke koi rasta nikalna taraqqi ka.</w:t>
      </w:r>
      <w:r>
        <w:br/>
      </w:r>
      <w:r>
        <w:rPr>
          <w:sz w:val="20"/>
        </w:rPr>
        <w:t>4:19  kyun ke dekhiye, sab log yeh mante hain ke Pakistan is a failed state.</w:t>
      </w:r>
      <w:r>
        <w:br/>
      </w:r>
      <w:r>
        <w:rPr>
          <w:sz w:val="20"/>
        </w:rPr>
        <w:t>4:25  60 saal se zyada muddat guzar gayi, aur aakhri nateeja kya hai? ke Pakistan ek failed state hai.</w:t>
      </w:r>
      <w:r>
        <w:br/>
      </w:r>
      <w:r>
        <w:rPr>
          <w:sz w:val="20"/>
        </w:rPr>
        <w:t>4:36  Pakistan mein ajeeb o ghareeb soorat-e-haal hai ke wahan ek state hai aur sath sath ek pillar state bhi hai, jin ko kehte hain non-state actors.</w:t>
      </w:r>
      <w:r>
        <w:br/>
      </w:r>
      <w:r>
        <w:rPr>
          <w:sz w:val="20"/>
        </w:rPr>
        <w:t>4:53  to isi wajah se aap rozana wahan suntay hain</w:t>
      </w:r>
      <w:r>
        <w:br/>
      </w:r>
      <w:r>
        <w:rPr>
          <w:sz w:val="20"/>
        </w:rPr>
        <w:t>4:58  maar kaat, aapas mein log maarte hain ek doosre ko.</w:t>
      </w:r>
      <w:r>
        <w:br/>
      </w:r>
      <w:r>
        <w:rPr>
          <w:sz w:val="20"/>
        </w:rPr>
        <w:t>5:05  abhi aaj ki jo khabar hai, is mein yeh bataya gaya hai ke abhi jo election hua hai 11 may ko, to election campaign ke zamane mein wahan goliyan chali aur bomb phate.</w:t>
      </w:r>
      <w:r>
        <w:br/>
      </w:r>
      <w:r>
        <w:rPr>
          <w:sz w:val="20"/>
        </w:rPr>
        <w:t>5:20  is mein 150 se zyada aadmi mar gaye, abhi ki baat hai.</w:t>
      </w:r>
      <w:r>
        <w:br/>
      </w:r>
      <w:r>
        <w:rPr>
          <w:sz w:val="20"/>
        </w:rPr>
        <w:t>5:29  yeh ek bohat bari soch ka maamla hai.</w:t>
      </w:r>
      <w:r>
        <w:br/>
      </w:r>
      <w:r>
        <w:rPr>
          <w:sz w:val="20"/>
        </w:rPr>
        <w:t>5:34  is ka khulasa yeh hai ke jab tak dekhiye, society tayyar na ho, koi kamyab hukoomat wahan ban nahi sakti hai.</w:t>
      </w:r>
      <w:r>
        <w:br/>
      </w:r>
      <w:r>
        <w:rPr>
          <w:sz w:val="20"/>
        </w:rPr>
        <w:t>5:44  to Pakistan ka masla asal yeh hai ke wahan society tayyar nahi hai. to kaise aap hukoomat banayenge?</w:t>
      </w:r>
    </w:p>
    <w:p>
      <w:pPr>
        <w:pStyle w:val="Heading2"/>
      </w:pPr>
      <w:r>
        <w:t>defining ijtihad and the Banu Qurayza prayer story</w:t>
      </w:r>
    </w:p>
    <w:p>
      <w:r>
        <w:rPr>
          <w:color w:val="666666"/>
          <w:sz w:val="18"/>
        </w:rPr>
        <w:t>Evolution of Fiqh: The Journey</w:t>
        <w:br/>
        <w:t>of Islamic Jurisprudence Dec 22, 2024 · 3m 27s · at 21:02 · https://youtu.be/Iwtb-eFjp2c?t=1262</w:t>
      </w:r>
    </w:p>
    <w:p>
      <w:r>
        <w:rPr>
          <w:i/>
        </w:rPr>
        <w:t>“ab main aap se sawal karoonga ke ijtihad kya cheez hai”</w:t>
      </w:r>
    </w:p>
    <w:p>
      <w:r>
        <w:rPr>
          <w:sz w:val="20"/>
        </w:rPr>
        <w:t>21:02  yeh kehte hain. to quran mein bhi is par yeh ishara kiya gaya hai. aah ab main aap se ek sawaal yeh karunga jo bahut hi ahem sawaal hai ke ijtihad kya cheez hai?</w:t>
      </w:r>
      <w:r>
        <w:br/>
      </w:r>
      <w:r>
        <w:rPr>
          <w:sz w:val="20"/>
        </w:rPr>
        <w:t>21:13  ijtihad bohat bola jata hai ke ijtihad hona chahiye, ya yeh ke kehte hain ke ijtihad ka darwaza band ho gaya. Musalmanon mein kuch log hain to ijtihad kiya cheez hai?</w:t>
      </w:r>
      <w:r>
        <w:br/>
      </w:r>
      <w:r>
        <w:rPr>
          <w:sz w:val="20"/>
        </w:rPr>
        <w:t>21:23  Is ki haqeeqat kiya hai? Is par kuch bataein humein. Aap</w:t>
      </w:r>
      <w:r>
        <w:br/>
      </w:r>
      <w:r>
        <w:rPr>
          <w:sz w:val="20"/>
        </w:rPr>
        <w:t>21:26  Ijtihad ke maani wohi juhda se nikla hai ke khoob khoob mehnat karna, matlab kisi baat ki tehqeeq mein intehaii jad-o-jehad karna.</w:t>
      </w:r>
      <w:r>
        <w:br/>
      </w:r>
      <w:r>
        <w:rPr>
          <w:sz w:val="20"/>
        </w:rPr>
        <w:t>21:38  Angrezi mein kahenge "independent reasoning based on the principles of the Quran and Sunnah". To ijtihad ek process hai careful reasoning ka, jo ek aalim karta hai, mat</w:t>
      </w:r>
      <w:r>
        <w:br/>
      </w:r>
      <w:r>
        <w:rPr>
          <w:sz w:val="20"/>
        </w:rPr>
        <w:t>21:52  lub bohat soch samajh ke, ghor-o-fikr ke kar ke. Pehle zamaney mein to log itna zyada serious hote they ke koi masley ka hal agar unko nahi milta to poora poora Quran parhte they is ko samajhne ke liye.</w:t>
      </w:r>
      <w:r>
        <w:br/>
      </w:r>
      <w:r>
        <w:rPr>
          <w:sz w:val="20"/>
        </w:rPr>
        <w:t>22:06  To is ko ijtihad kehte hain ke khoob khoob mehnat karna taake sahi sahi tareeqey se Khuda ki mansha kiya hai, woh maloom ho sake.</w:t>
      </w:r>
      <w:r>
        <w:br/>
      </w:r>
      <w:r>
        <w:rPr>
          <w:sz w:val="20"/>
        </w:rPr>
        <w:t>22:16  Aur</w:t>
      </w:r>
      <w:r>
        <w:br/>
      </w:r>
      <w:r>
        <w:rPr>
          <w:sz w:val="20"/>
        </w:rPr>
        <w:t>22:17  Yeh wohi sawalat hote hain jin par itna zyada ijtihad ki zaroorat parti hai, jo Quran-o-Hadees mein directly address nahi hue hain.</w:t>
      </w:r>
      <w:r>
        <w:br/>
      </w:r>
      <w:r>
        <w:rPr>
          <w:sz w:val="20"/>
        </w:rPr>
        <w:t>22:28  To aalim jo hai, is ko interpret karta hai. Quran se koi ayat mil gayi ya Hadees mein koi Hadees mil gayi to is ka interpret karta hai aur Islami qanoon ko is ko apply karta hai naye naye masail par.</w:t>
      </w:r>
      <w:r>
        <w:br/>
      </w:r>
      <w:r>
        <w:rPr>
          <w:sz w:val="20"/>
        </w:rPr>
        <w:t>22:44  To khud Quran mein kaha gaya hai ke ghor-o-fikr karne ke liye Quran utara gaya hai taake log tafakkur-o-tadabbur karein. "That they may give thought".</w:t>
      </w:r>
      <w:r>
        <w:br/>
      </w:r>
      <w:r>
        <w:rPr>
          <w:sz w:val="20"/>
        </w:rPr>
        <w:t>22:53  Aaj kal to log yeh samajh nahi rahe na baaton ko? Woh samajhte hain ke Quran sirf tilawat ke liye hai, haalankey jo aap Quran-o-Hadees direct parhiye to pata chalta hai ke tadabbur-o-tafakkur jo hai na, woh sab se zyada important hai Quran ko samajhne ke liye.</w:t>
      </w:r>
      <w:r>
        <w:br/>
      </w:r>
      <w:r>
        <w:rPr>
          <w:sz w:val="20"/>
        </w:rPr>
        <w:t>23:11  Ek baar Rasool Allah (SAW) ne, eh yeh Ghazwa-e-Ahzab ka zamana tha, to Rasool Allah (SAW) ne wahan par Banu Quraiza ek basti thi, wahan par kuch logon ko bheja.</w:t>
      </w:r>
      <w:r>
        <w:br/>
      </w:r>
      <w:r>
        <w:rPr>
          <w:sz w:val="20"/>
        </w:rPr>
        <w:t>23:24  Woh taqreeban Zohr ke baad bheja tha. To wahan par kyunke haal log at war they, halaat kharab they, to aap ne chaha ke bohat jald wahan pahunch jaay</w:t>
      </w:r>
      <w:r>
        <w:br/>
      </w:r>
      <w:r>
        <w:rPr>
          <w:sz w:val="20"/>
        </w:rPr>
        <w:t>23:36  ein. To aap ne kaha ke tum log wahan ja kar hi namaz Asr parhna. Lekin ab jaldi, ab jaldi jaldi jaane ke bawajood bhi wahan pahunch nahi sake aur Asr ka time ho gaya.</w:t>
      </w:r>
      <w:r>
        <w:br/>
      </w:r>
      <w:r>
        <w:rPr>
          <w:sz w:val="20"/>
        </w:rPr>
        <w:t>23:51  To kuch Sahaba ne namaz beech mein Asr ki padh li aur kuch ne wahin Banu Quraiza ki basti mein ja ke padhi. To yeh un ka ijtihad tha.</w:t>
      </w:r>
      <w:r>
        <w:br/>
      </w:r>
      <w:r>
        <w:rPr>
          <w:sz w:val="20"/>
        </w:rPr>
        <w:t>24:00  To</w:t>
      </w:r>
      <w:r>
        <w:br/>
      </w:r>
      <w:r>
        <w:rPr>
          <w:sz w:val="20"/>
        </w:rPr>
        <w:t>24:01  Jin logon ne wahan namaz padh li, unhone kaha ke Prophet ka matlab yeh nahi tha ke hum jaan boojh ke namaz ko qaza karein, balkey un ka matlab tha ke bohat tezi se jao.</w:t>
      </w:r>
      <w:r>
        <w:br/>
      </w:r>
      <w:r>
        <w:rPr>
          <w:sz w:val="20"/>
        </w:rPr>
        <w:t>24:12  To yeh samajh ke unhone namaz padh li. Phir Rasool Allah ko jab bataya gaya to Rasool Allah ne is par koi aitraaz nahi kiya, balkey kuch jis ko silent approval bolte hain.</w:t>
      </w:r>
      <w:r>
        <w:br/>
      </w:r>
      <w:r>
        <w:rPr>
          <w:sz w:val="20"/>
        </w:rPr>
        <w:t>24:24  To is tareeqey se, is tareeqey se ijtihad hota hai. Halaat bilkul har waqt badalte rehte hain</w:t>
      </w:r>
      <w:r>
        <w:br/>
      </w:r>
      <w:r>
        <w:rPr>
          <w:sz w:val="20"/>
        </w:rPr>
        <w:t>24:30  , to is ke mutabiq ijtihad hota hai. Lekin jo log serious hote hain, sanjeeda hote hain, woh woh zaroor ijtihad karein.</w:t>
      </w:r>
    </w:p>
    <w:p>
      <w:pPr>
        <w:pStyle w:val="Heading2"/>
      </w:pPr>
      <w:r>
        <w:t>Umar as caliph: strict justice and total personal poverty</w:t>
      </w:r>
    </w:p>
    <w:p>
      <w:r>
        <w:rPr>
          <w:color w:val="666666"/>
          <w:sz w:val="18"/>
        </w:rPr>
        <w:t>The Companions of The Prophet January 15, 2023 · 3m 23s · at 21:11 · https://youtu.be/clnN0tUU9og?t=1271</w:t>
      </w:r>
    </w:p>
    <w:p>
      <w:r>
        <w:rPr>
          <w:i/>
        </w:rPr>
        <w:t>“Even Muawiya was afraid of Umar's iron discipline as ruler.”</w:t>
      </w:r>
    </w:p>
    <w:p>
      <w:r>
        <w:rPr>
          <w:sz w:val="20"/>
        </w:rPr>
        <w:t>21:11  to hazrat abubakar ke baad jo hain, hazrat umar jo hain wo second most senior companion second most devoted companion of the prophet they.</w:t>
      </w:r>
      <w:r>
        <w:br/>
      </w:r>
      <w:r>
        <w:rPr>
          <w:sz w:val="20"/>
        </w:rPr>
        <w:t>21:23  to bohat zyada unke andar strict discipline unke andar bohat zyada tha. yahan tak ke hazrat muawiya bhi unse darte they. to wo ek zabardast justice ke sath wo pura administration dekhte they.</w:t>
      </w:r>
      <w:r>
        <w:br/>
      </w:r>
      <w:r>
        <w:rPr>
          <w:sz w:val="20"/>
        </w:rPr>
        <w:t>21:37  wo apne upar bhi ek paisa kharch nahi karte they.</w:t>
      </w:r>
      <w:r>
        <w:br/>
      </w:r>
      <w:r>
        <w:rPr>
          <w:sz w:val="20"/>
        </w:rPr>
        <w:t>21:40  to baitulmal ka jo baad mein dekhi jab khulfa e rashideen ke baad log baitulmal ka paisa kharch karne lage to us waqt wo aisa nahi tha.</w:t>
      </w:r>
      <w:r>
        <w:br/>
      </w:r>
      <w:r>
        <w:rPr>
          <w:sz w:val="20"/>
        </w:rPr>
        <w:t>21:51  baitulmal ka paisa balke apna paisa bhi wo baitulmal mein daal diya karte they. to itna zyada unke bare mein mashhoor hai ke wo gasht lagate they.</w:t>
      </w:r>
      <w:r>
        <w:br/>
      </w:r>
      <w:r>
        <w:rPr>
          <w:sz w:val="20"/>
        </w:rPr>
        <w:t>22:00  wo</w:t>
      </w:r>
      <w:r>
        <w:br/>
      </w:r>
      <w:r>
        <w:rPr>
          <w:sz w:val="20"/>
        </w:rPr>
        <w:t>22:01  sochte they ke agar ek insan bhi unke daur hukumat mein, ek insan ko bhi takleef hui, bhooka wo so raha to uske bare mein usko unko Khuda ke haan jawab dena padega.</w:t>
      </w:r>
      <w:r>
        <w:br/>
      </w:r>
      <w:r>
        <w:rPr>
          <w:sz w:val="20"/>
        </w:rPr>
        <w:t>22:15  to is wajah se wo bohat zyada is mein bohat zyada uska khayal rakhte they. ek un ek qissa bhi hai ke ek bar wo gasht laga rahe they</w:t>
      </w:r>
      <w:r>
        <w:br/>
      </w:r>
      <w:r>
        <w:rPr>
          <w:sz w:val="20"/>
        </w:rPr>
        <w:t>22:27  to kisi ghar mein rone ki awaz aa rahi thi bachon ki. to unhone bahar se suna to maa keh rahi hai ke wo khana pak raha hai aur khana nahi pak raha tha balke us mein pathar daal diya tha aur bachon ko behlane ke liye ke bachhe samjhenge khana pak raha hai aur intezar karte karte wo so jayenge.</w:t>
      </w:r>
      <w:r>
        <w:br/>
      </w:r>
      <w:r>
        <w:rPr>
          <w:sz w:val="20"/>
        </w:rPr>
        <w:t>22:48  to</w:t>
      </w:r>
      <w:r>
        <w:br/>
      </w:r>
      <w:r>
        <w:rPr>
          <w:sz w:val="20"/>
        </w:rPr>
        <w:t>22:49  jab unhe yeh sari baat maloom hui to wo khud gaye aur ja ke baitulmal se apni peeth par saman khane ka ghalla le kar aaye aur usko diya.</w:t>
      </w:r>
      <w:r>
        <w:br/>
      </w:r>
      <w:r>
        <w:rPr>
          <w:sz w:val="20"/>
        </w:rPr>
        <w:t>23:00  aur wo boodhi ne kaha ke agar umar aise hi hote to kya hota? to unhone bataya bhi nahi ke main umar hoon, khud apni peeth par laad ke le gaye saman.</w:t>
      </w:r>
      <w:r>
        <w:br/>
      </w:r>
      <w:r>
        <w:rPr>
          <w:sz w:val="20"/>
        </w:rPr>
        <w:t>23:11  to isi tarah wo bilkul ek aam insan ki tarah rehte they. ek aam</w:t>
      </w:r>
      <w:r>
        <w:br/>
      </w:r>
      <w:r>
        <w:rPr>
          <w:sz w:val="20"/>
        </w:rPr>
        <w:t>23:15  insan kisi ne ek bar dekha ke masjid nabwi ke ke chabutre par zameen mein so rahe hain bilkul. to apne upar ek paisa nahi kharch karte they.</w:t>
      </w:r>
      <w:r>
        <w:br/>
      </w:r>
      <w:r>
        <w:rPr>
          <w:sz w:val="20"/>
        </w:rPr>
        <w:t>23:24  itna darte they Khuda se ke Khuda ke haan pooch hogi to main kya jawab dunga? ek bar wo ek kuch saman aaya jaise ab unke zamane mein bohat badi empire ban gayi thi.</w:t>
      </w:r>
      <w:r>
        <w:br/>
      </w:r>
      <w:r>
        <w:rPr>
          <w:sz w:val="20"/>
        </w:rPr>
        <w:t>23:37  to khiraj ke saman aate they dosre dosre mulkon se</w:t>
      </w:r>
      <w:r>
        <w:br/>
      </w:r>
      <w:r>
        <w:rPr>
          <w:sz w:val="20"/>
        </w:rPr>
        <w:t>23:40  to ek baar bohat bara sa thaan aaya kapron ka to woh us waqt woh sab ko banta jata tha. to sab ko ek ek joore ke hisab se sab ko banta gaya.</w:t>
      </w:r>
      <w:r>
        <w:br/>
      </w:r>
      <w:r>
        <w:rPr>
          <w:sz w:val="20"/>
        </w:rPr>
        <w:t>23:49  to hazrat umar bohat lambe the. jab woh kapra bana to hazrat umar ke mutabiq tha woh lamba lambe the. woh to itne hi kapra logon ko matlab laga ke unhon ne apne liye kapra zyada le liya warna un ka kurta to itne kapre mein hota nahi jitna hum sab ko mila hai.</w:t>
      </w:r>
      <w:r>
        <w:br/>
      </w:r>
      <w:r>
        <w:rPr>
          <w:sz w:val="20"/>
        </w:rPr>
        <w:t>24:07  to hazrat umar ghusse nahi hue.</w:t>
      </w:r>
      <w:r>
        <w:br/>
      </w:r>
      <w:r>
        <w:rPr>
          <w:sz w:val="20"/>
        </w:rPr>
        <w:t>24:11  unhon ne khare ho ke sab ke samne bataya ke dekho maine bhi itna hi kapra liya tha. mere chuki mera height zyada hai to mere itne kapre mein banta nahi mera kurta.</w:t>
      </w:r>
      <w:r>
        <w:br/>
      </w:r>
      <w:r>
        <w:rPr>
          <w:sz w:val="20"/>
        </w:rPr>
        <w:t>24:23  to mere bete ne mujhe apna karte ka kapra de diya. tab maine yeh kurta banaya hai. aisa nahi hai ke maine bait ul maal se kapra zyada le liya. to itna zyada woh zabardast hai.</w:t>
      </w:r>
    </w:p>
    <w:p>
      <w:pPr>
        <w:pStyle w:val="Heading2"/>
      </w:pPr>
      <w:r>
        <w:t>The hadith of Umm Zar comparing husbands</w:t>
      </w:r>
    </w:p>
    <w:p>
      <w:r>
        <w:rPr>
          <w:color w:val="666666"/>
          <w:sz w:val="18"/>
        </w:rPr>
        <w:t>The Story of Aisha Bint Abu Bakr Part 2 March 05, 2023 · 4m 46s · at 48:18 · https://youtu.be/od3Is6a9B7o?t=2898</w:t>
      </w:r>
    </w:p>
    <w:p>
      <w:r>
        <w:rPr>
          <w:i/>
        </w:rPr>
        <w:t>“Eleven women once gathered to describe their husbands”</w:t>
      </w:r>
    </w:p>
    <w:p>
      <w:r>
        <w:rPr>
          <w:sz w:val="20"/>
        </w:rPr>
        <w:t>48:18  Doctor sahib ek hadees hai hadees of Umm Zara</w:t>
      </w:r>
      <w:r>
        <w:br/>
      </w:r>
      <w:r>
        <w:rPr>
          <w:sz w:val="20"/>
        </w:rPr>
        <w:t>48:23  to main chahunga ke is ke bare mein bhi aap hum sab ko batayein ke kya hadees hai wo. Yeh hadees ek bari lambi hadees hai ji Umm Zara ki hadees darasal aisa hua yeh aur Hazrat Aisha ne narrate kiya hai Hazrat Aisha ne yeh hadees sunayi thi Prophet ko ek baar to</w:t>
      </w:r>
      <w:r>
        <w:br/>
      </w:r>
      <w:r>
        <w:rPr>
          <w:sz w:val="20"/>
        </w:rPr>
        <w:t>48:47  aisa hua Madina mein gyarah ladies jama huin aur unhone apne husbands ke bare mein kuch bataya ji aur bari interesting baatein kuch ne negative baatein boli kuch ne positive baatein boli to main poori baat to nahi ek do misaal leta hoon aur aakhir mein Umm Zara ki hai ki baat hai ji wo wahi lambi hai</w:t>
      </w:r>
      <w:r>
        <w:br/>
      </w:r>
      <w:r>
        <w:rPr>
          <w:sz w:val="20"/>
        </w:rPr>
        <w:t>49:09  to is ki waja se is hadees ka naam pad gaya hadees of umm zarra ji</w:t>
      </w:r>
      <w:r>
        <w:br/>
      </w:r>
      <w:r>
        <w:rPr>
          <w:sz w:val="20"/>
        </w:rPr>
        <w:t>49:15  to woh aik aik lady kehti hai</w:t>
      </w:r>
      <w:r>
        <w:br/>
      </w:r>
      <w:r>
        <w:rPr>
          <w:sz w:val="20"/>
        </w:rPr>
        <w:t>49:21  ke jo mera husband hai woh bahar to sher ki tarah rehta hai aur jab ghar mein aata</w:t>
      </w:r>
      <w:r>
        <w:br/>
      </w:r>
      <w:r>
        <w:rPr>
          <w:sz w:val="20"/>
        </w:rPr>
        <w:t>49:29  hai to woh billi ki tarah ho jata hai ji yani woh kehna yeh chah raha hai ke</w:t>
      </w:r>
      <w:r>
        <w:br/>
      </w:r>
      <w:r>
        <w:rPr>
          <w:sz w:val="20"/>
        </w:rPr>
        <w:t>49:33  bahar to sher hota hai ghar mein bheegi billi ban jata hai ji ji zyada tar husband aise</w:t>
      </w:r>
      <w:r>
        <w:br/>
      </w:r>
      <w:r>
        <w:rPr>
          <w:sz w:val="20"/>
        </w:rPr>
        <w:t>49:37  hi hote hain ji</w:t>
      </w:r>
      <w:r>
        <w:br/>
      </w:r>
      <w:r>
        <w:rPr>
          <w:sz w:val="20"/>
        </w:rPr>
        <w:t>49:39  to aur doosri ne kaha ke mera jo husband hai uska jo touch hai wo it's as soft as rabbit yani bohat hi soft hai wo hmm aur jo us ki smell hai wo zafran ki tarah hai hmm to is tarah se kai sari ladies ne hmm baatein batayin kisi ne negative bhi bola to phir baad mein Umm Zara ka number aaya aakhri number unka hi tha gyarvi</w:t>
      </w:r>
      <w:r>
        <w:br/>
      </w:r>
      <w:r>
        <w:rPr>
          <w:sz w:val="20"/>
        </w:rPr>
        <w:t>50:08  to unhone apne husband ki bohat tareef ki hmm aur kaha ke zawji Abu Zara wa ma Abu Zara hmm wa ma Abu Zara yani yeh ek usloob hai Arabic mein Quran mein bhi aaya hai ke</w:t>
      </w:r>
      <w:r>
        <w:br/>
      </w:r>
      <w:r>
        <w:rPr>
          <w:sz w:val="20"/>
        </w:rPr>
        <w:t>50:25  wa ma adraka ma yawm al din thumma ma adraka ma yawm al din yani tum kya jano day of judgement kya hai yani express nahi kiya ja sakta</w:t>
      </w:r>
      <w:r>
        <w:br/>
      </w:r>
      <w:r>
        <w:rPr>
          <w:sz w:val="20"/>
        </w:rPr>
        <w:t>50:36  to usi tarike se us ne kaha hai ke mera husband hai wo what a great person he is yani I cannot describe in words hmm</w:t>
      </w:r>
      <w:r>
        <w:br/>
      </w:r>
      <w:r>
        <w:rPr>
          <w:sz w:val="20"/>
        </w:rPr>
        <w:t>50:45  to bari achi baaten is ne kahen apne husband ke baray mein ke is ne meri jo mere</w:t>
      </w:r>
      <w:r>
        <w:br/>
      </w:r>
      <w:r>
        <w:rPr>
          <w:sz w:val="20"/>
        </w:rPr>
        <w:t>50:49  kaan hain woh jewelry se laad diye hain hmm aur he made me so happy hmm aur ah</w:t>
      </w:r>
      <w:r>
        <w:br/>
      </w:r>
      <w:r>
        <w:rPr>
          <w:sz w:val="20"/>
        </w:rPr>
        <w:t>50:58  ah mein mein mein moti ho gayi itna mujhe khilata pilata hai and i i become so so</w:t>
      </w:r>
      <w:r>
        <w:br/>
      </w:r>
      <w:r>
        <w:rPr>
          <w:sz w:val="20"/>
        </w:rPr>
        <w:t>51:03  happy and my soul is so happy aur bari izzat di aur bohat hi is ne mujhe wealthy</w:t>
      </w:r>
      <w:r>
        <w:br/>
      </w:r>
      <w:r>
        <w:rPr>
          <w:sz w:val="20"/>
        </w:rPr>
        <w:t>51:08  aah bana diya and he never rebuked me hmm aur main agar soti hoon to soti hi rehti</w:t>
      </w:r>
      <w:r>
        <w:br/>
      </w:r>
      <w:r>
        <w:rPr>
          <w:sz w:val="20"/>
        </w:rPr>
        <w:t>51:14  hoon yani koi uthane wala nahi hai mere paas koi kaam nahi hota</w:t>
      </w:r>
      <w:r>
        <w:br/>
      </w:r>
      <w:r>
        <w:rPr>
          <w:sz w:val="20"/>
        </w:rPr>
        <w:t>51:18  hai hmm to is tarah ki bohat achi achi baatein kahein aur phir Abu Zara ki mother ke bare mein bhi bari achi baatein kahein yani apni yani apni mother in law ke bare mein jo ke bohat kam log tareef karte hain ji to aah us ki bhi bari achi tareef ki ke wo bohat hi us ke paas kapde hain aur bohat hi kushada ghar hai aur bari achi lady hai and she is a very rich lady hmm phir Abu Zara ke bete ke bare mein bari achi tareef ki he is such a nice boy and so on p</w:t>
      </w:r>
      <w:r>
        <w:br/>
      </w:r>
      <w:r>
        <w:rPr>
          <w:sz w:val="20"/>
        </w:rPr>
        <w:t>51:48  har beti ke bare mein kaha ke wo bohat hi achi beti hai aur bohat acha hai aur she is proud of the neighbor and envy to is tarike se phir maid ki tareef ki ke Abu Zara ki jo maid hai wo bhi bohat achi hai wo hamari baatein bahar ja ke nahi batati aur ghar ko bohat saaf suthra rakhti hai ji jab</w:t>
      </w:r>
      <w:r>
        <w:br/>
      </w:r>
      <w:r>
        <w:rPr>
          <w:sz w:val="20"/>
        </w:rPr>
        <w:t>52:08  sari baat sun li Prophet ne to Prophet ne kaha kuntu laki ka Abi Zara li Ummi Zara ke I am to you like Abu Zara was to his wife Umm Zara ji to yeh aah yeh ek dilchasp hadees hai jis mein Rasool Allah ne kaha ke main main bhi tumhari tarah to Abu Zara ki tarah hoon</w:t>
      </w:r>
      <w:r>
        <w:br/>
      </w:r>
      <w:r>
        <w:rPr>
          <w:sz w:val="20"/>
        </w:rPr>
        <w:t>52:37  ji jis tarah un Abu Zara apni wife ke liye tha ji ji to yeh ek khasi lambi hadees hai jo kitabon mein aayi hai very interesting Doctor sahib ji and Doctor sahib that brings us to the last question of the session today kuch aur comments bhi hain sawal bhi hain but kyunke waqt ho gaya hai to hum nahi le sakte hain to yeh aakhri sawal Doctor sahib mein poochna chahunga important bhi hai ke kai log yeh samajhte hain ke Prophet bohat hi serious nature ke the bilkul hansi mazak</w:t>
      </w:r>
    </w:p>
    <w:p>
      <w:pPr>
        <w:pStyle w:val="Heading2"/>
      </w:pPr>
      <w:r>
        <w:t>Seeking guidance for going abroad</w:t>
      </w:r>
    </w:p>
    <w:p>
      <w:r>
        <w:rPr>
          <w:color w:val="666666"/>
          <w:sz w:val="18"/>
        </w:rPr>
        <w:t>Angle of Vision February 28, 2016 · 4m 41s · at 1:03:15 · https://youtu.be/dFZ7_x1Ul7A?t=3795</w:t>
      </w:r>
    </w:p>
    <w:p>
      <w:r>
        <w:rPr>
          <w:i/>
        </w:rPr>
        <w:t>“I don't have higher education nor permanent job”</w:t>
      </w:r>
    </w:p>
    <w:p>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r>
        <w:br/>
      </w:r>
      <w:r>
        <w:rPr>
          <w:sz w:val="20"/>
        </w:rPr>
        <w:t>1:07:14  Maulana agla sawal Dr Fareeda comment hai Maulana Dr Fareeda khanoom ka Delhi say aur unhon nay likha</w:t>
      </w:r>
      <w:r>
        <w:br/>
      </w:r>
      <w:r>
        <w:rPr>
          <w:sz w:val="20"/>
        </w:rPr>
        <w:t>1:07:20  hai ke the prophets belong to a different category, they are directly guided by God.</w:t>
      </w:r>
      <w:r>
        <w:br/>
      </w:r>
      <w:r>
        <w:rPr>
          <w:sz w:val="20"/>
        </w:rPr>
        <w:t>1:07:26  When we make any such comment as the greatest rationalist, we don't compare ourselves with prophets. Sahi baat hai. Okay, so we will end this session now. Thank you.</w:t>
      </w:r>
    </w:p>
    <w:p>
      <w:pPr>
        <w:pStyle w:val="Heading2"/>
      </w:pPr>
      <w:r>
        <w:t>Urgency for harmony now, and the Prophet's Medina Declaration</w:t>
      </w:r>
    </w:p>
    <w:p>
      <w:r>
        <w:rPr>
          <w:color w:val="666666"/>
          <w:sz w:val="18"/>
        </w:rPr>
        <w:t>How to Establish Harmony in a Multi-Religious Society April 4, 2009 Maulana Wahiduddin Khan · 5m 03s · at 7:50 · https://youtu.be/21fE3OxNqV8?t=470</w:t>
      </w:r>
    </w:p>
    <w:p>
      <w:r>
        <w:rPr>
          <w:i/>
        </w:rPr>
        <w:t>“Why waste our time? We have to adopt this formula”</w:t>
      </w:r>
    </w:p>
    <w:p>
      <w:r>
        <w:rPr>
          <w:sz w:val="20"/>
        </w:rPr>
        <w:t>7:50  so, why we why we waste our time? we have to adopt this formula, and this formula is already has been adopted already by everyone in the world.</w:t>
      </w:r>
      <w:r>
        <w:br/>
      </w:r>
      <w:r>
        <w:rPr>
          <w:sz w:val="20"/>
        </w:rPr>
        <w:t>8:07  you know, every where people say: "let us agree to disagree". what is this? this is a practical formula.</w:t>
      </w:r>
      <w:r>
        <w:br/>
      </w:r>
      <w:r>
        <w:rPr>
          <w:sz w:val="20"/>
        </w:rPr>
        <w:t>8:18  we all are familiar with this formula. let us agree to disagree. this is the same practical formula.</w:t>
      </w:r>
      <w:r>
        <w:br/>
      </w:r>
      <w:r>
        <w:rPr>
          <w:sz w:val="20"/>
        </w:rPr>
        <w:t>8:28  then in political field, countries have adopted the well known formula: "peaceful co existence" or "mutual co existence".</w:t>
      </w:r>
      <w:r>
        <w:br/>
      </w:r>
      <w:r>
        <w:rPr>
          <w:sz w:val="20"/>
        </w:rPr>
        <w:t>8:39  this is the same formula.</w:t>
      </w:r>
      <w:r>
        <w:br/>
      </w:r>
      <w:r>
        <w:rPr>
          <w:sz w:val="20"/>
        </w:rPr>
        <w:t>8:42  so, we have adopted this practical formula in in our daily life, also in our international life.</w:t>
      </w:r>
      <w:r>
        <w:br/>
      </w:r>
      <w:r>
        <w:rPr>
          <w:sz w:val="20"/>
        </w:rPr>
        <w:t>8:52  so, religion is not an exception. we must adopt the same formula in religion also.</w:t>
      </w:r>
      <w:r>
        <w:br/>
      </w:r>
      <w:r>
        <w:rPr>
          <w:sz w:val="20"/>
        </w:rPr>
        <w:t>9:05  here, i would like to refer one more.</w:t>
      </w:r>
      <w:r>
        <w:br/>
      </w:r>
      <w:r>
        <w:rPr>
          <w:sz w:val="20"/>
        </w:rPr>
        <w:t>9:12  here, i would like to mention one more reference from the from the islamic history. you know, prophet of islam was born in makkah, then he migrate to madinah.</w:t>
      </w:r>
      <w:r>
        <w:br/>
      </w:r>
      <w:r>
        <w:rPr>
          <w:sz w:val="20"/>
        </w:rPr>
        <w:t>9:27  that verse which i decided early was revealed in makkah, when he the prophet was in makkah.</w:t>
      </w:r>
      <w:r>
        <w:br/>
      </w:r>
      <w:r>
        <w:rPr>
          <w:sz w:val="20"/>
        </w:rPr>
        <w:t>9:38  then when prophet migrate to madinah, and he was able to establish a state state for there.</w:t>
      </w:r>
      <w:r>
        <w:br/>
      </w:r>
      <w:r>
        <w:rPr>
          <w:sz w:val="20"/>
        </w:rPr>
        <w:t>9:49  in this stage, he again adopted the same formula.</w:t>
      </w:r>
      <w:r>
        <w:br/>
      </w:r>
      <w:r>
        <w:rPr>
          <w:sz w:val="20"/>
        </w:rPr>
        <w:t>9:57  you know, the prophet of islam was head of that state. he was head the he was head of that that state state.</w:t>
      </w:r>
      <w:r>
        <w:br/>
      </w:r>
      <w:r>
        <w:rPr>
          <w:sz w:val="20"/>
        </w:rPr>
        <w:t>10:10  so, as the head of state, he he issued a declaration.</w:t>
      </w:r>
      <w:r>
        <w:br/>
      </w:r>
      <w:r>
        <w:rPr>
          <w:sz w:val="20"/>
        </w:rPr>
        <w:t>10:24  it is mentioned in our history as Sahifat al-Madinah.</w:t>
      </w:r>
      <w:r>
        <w:br/>
      </w:r>
      <w:r>
        <w:rPr>
          <w:sz w:val="20"/>
        </w:rPr>
        <w:t>10:34  Sahifat al-Madinah, it means Madinah declaration.</w:t>
      </w:r>
      <w:r>
        <w:br/>
      </w:r>
      <w:r>
        <w:rPr>
          <w:sz w:val="20"/>
        </w:rPr>
        <w:t>10:40  so, one provision in this Madinah declaration was: "lil-Yahud dinuhum, lil-Muslimin dinuhum".</w:t>
      </w:r>
      <w:r>
        <w:br/>
      </w:r>
      <w:r>
        <w:rPr>
          <w:sz w:val="20"/>
        </w:rPr>
        <w:t>10:51  again, it means that for you their religion, for muslim their religion.</w:t>
      </w:r>
      <w:r>
        <w:br/>
      </w:r>
      <w:r>
        <w:rPr>
          <w:sz w:val="20"/>
        </w:rPr>
        <w:t>10:59  so, this is this was the practical formula adopted by by islam,</w:t>
      </w:r>
      <w:r>
        <w:br/>
      </w:r>
      <w:r>
        <w:rPr>
          <w:sz w:val="20"/>
        </w:rPr>
        <w:t>11:08  and it was it was based on this principle that follow one and respect all. and then, so, if you want to establish religious harmony or commercial harmony or social harmony,</w:t>
      </w:r>
      <w:r>
        <w:br/>
      </w:r>
      <w:r>
        <w:rPr>
          <w:sz w:val="20"/>
        </w:rPr>
        <w:t>11:26  you have to you have to find a and instant formula. we are, we cannot we wait.</w:t>
      </w:r>
      <w:r>
        <w:br/>
      </w:r>
      <w:r>
        <w:rPr>
          <w:sz w:val="20"/>
        </w:rPr>
        <w:t>11:37  cannot we we are, we cannot afford this luxury to wait centuries and centuries. no, if you adopt that formula which i call plus philosophical formula that every religion is true, it is philosophical formula.</w:t>
      </w:r>
      <w:r>
        <w:br/>
      </w:r>
      <w:r>
        <w:rPr>
          <w:sz w:val="20"/>
        </w:rPr>
        <w:t>11:59  it is neither religious formula, nor practical formula.</w:t>
      </w:r>
      <w:r>
        <w:br/>
      </w:r>
      <w:r>
        <w:rPr>
          <w:sz w:val="20"/>
        </w:rPr>
        <w:t>12:03  simply a philosophical thought. so, we cannot afford to adopt this formula, because it it may take centuries and centuries to translate it into a society.</w:t>
      </w:r>
      <w:r>
        <w:br/>
      </w:r>
      <w:r>
        <w:rPr>
          <w:sz w:val="20"/>
        </w:rPr>
        <w:t>12:23  we it is it is in our urgent need to to bring about harmony in our society.</w:t>
      </w:r>
      <w:r>
        <w:br/>
      </w:r>
      <w:r>
        <w:rPr>
          <w:sz w:val="20"/>
        </w:rPr>
        <w:t>12:33  so, we cannot afford to. this luxury to wait of to wait for this philosophical formula of centuries and centuries.</w:t>
      </w:r>
      <w:r>
        <w:br/>
      </w:r>
      <w:r>
        <w:rPr>
          <w:sz w:val="20"/>
        </w:rPr>
        <w:t>12:45  so, i am i am great advocate of this practical formula.</w:t>
      </w:r>
    </w:p>
    <w:p>
      <w:pPr>
        <w:pStyle w:val="Heading2"/>
      </w:pPr>
      <w:r>
        <w:t>Mission to overcome unawareness and re-plan</w:t>
      </w:r>
    </w:p>
    <w:p>
      <w:r>
        <w:rPr>
          <w:color w:val="666666"/>
          <w:sz w:val="18"/>
        </w:rPr>
        <w:t>History of Kaaba March 19, 2017 · 5m 45s · at 36:50 · https://youtu.be/HPvWnoueeqg?t=2210</w:t>
      </w:r>
    </w:p>
    <w:p>
      <w:r>
        <w:rPr>
          <w:i/>
        </w:rPr>
        <w:t>“Our mission is to break unawareness and re-plan.”</w:t>
      </w:r>
    </w:p>
    <w:p>
      <w:r>
        <w:rPr>
          <w:sz w:val="20"/>
        </w:rPr>
        <w:t>36:50  to hamara jo mission hai wo yeh hai ke hum logon ko</w:t>
      </w:r>
      <w:r>
        <w:br/>
      </w:r>
      <w:r>
        <w:rPr>
          <w:sz w:val="20"/>
        </w:rPr>
        <w:t>36:56  logon ki unawareness ko toren logon ko ba-khabar banayen</w:t>
      </w:r>
      <w:r>
        <w:br/>
      </w:r>
      <w:r>
        <w:rPr>
          <w:sz w:val="20"/>
        </w:rPr>
        <w:t>37:02  taakeh woh apne saare mamlaat ki re-planning karen</w:t>
      </w:r>
      <w:r>
        <w:br/>
      </w:r>
      <w:r>
        <w:rPr>
          <w:sz w:val="20"/>
        </w:rPr>
        <w:t>37:07  abhi jo kar rahe hain woh woh to nothing hai</w:t>
      </w:r>
      <w:r>
        <w:br/>
      </w:r>
      <w:r>
        <w:rPr>
          <w:sz w:val="20"/>
        </w:rPr>
        <w:t>37:11  suicide bombing gun culture nafrat islamophobia ka hangama</w:t>
      </w:r>
      <w:r>
        <w:br/>
      </w:r>
      <w:r>
        <w:rPr>
          <w:sz w:val="20"/>
        </w:rPr>
        <w:t>37:17  nothing hai kuch bhi nahi futile hai futile</w:t>
      </w:r>
      <w:r>
        <w:br/>
      </w:r>
      <w:r>
        <w:rPr>
          <w:sz w:val="20"/>
        </w:rPr>
        <w:t>37:23  to hamara mission jo hai CPS ka mission woh yeh hai ke log janiye</w:t>
      </w:r>
      <w:r>
        <w:br/>
      </w:r>
      <w:r>
        <w:rPr>
          <w:sz w:val="20"/>
        </w:rPr>
        <w:t>37:36  is haqeeqat ko janen ke hamein history ko reshape nahin karna hai balkeh history ke paida ki hui opportunity ko avail karna hai</w:t>
      </w:r>
      <w:r>
        <w:br/>
      </w:r>
      <w:r>
        <w:rPr>
          <w:sz w:val="20"/>
        </w:rPr>
        <w:t>37:49  is zamane mein jitne bare bare leader paida hue kam az kam mere study ke mutabiq un mein</w:t>
      </w:r>
      <w:r>
        <w:br/>
      </w:r>
      <w:r>
        <w:rPr>
          <w:sz w:val="20"/>
        </w:rPr>
        <w:t>37:55  ek bhi exception nahi hai</w:t>
      </w:r>
      <w:r>
        <w:br/>
      </w:r>
      <w:r>
        <w:rPr>
          <w:sz w:val="20"/>
        </w:rPr>
        <w:t>37:57  jo yeh jaane is baat ko ke humein kya karna hai sab bas history ko reshape karne ka</w:t>
      </w:r>
      <w:r>
        <w:br/>
      </w:r>
      <w:r>
        <w:rPr>
          <w:sz w:val="20"/>
        </w:rPr>
        <w:t>38:04  narah lagate hain</w:t>
      </w:r>
      <w:r>
        <w:br/>
      </w:r>
      <w:r>
        <w:rPr>
          <w:sz w:val="20"/>
        </w:rPr>
        <w:t>38:06  aur avail karne ki baat koi nahi karne wala yeh kam az kam do so saal ki jo</w:t>
      </w:r>
      <w:r>
        <w:br/>
      </w:r>
      <w:r>
        <w:rPr>
          <w:sz w:val="20"/>
        </w:rPr>
        <w:t>38:13  hangama khez musalmanon ke darmiyan</w:t>
      </w:r>
      <w:r>
        <w:br/>
      </w:r>
      <w:r>
        <w:rPr>
          <w:sz w:val="20"/>
        </w:rPr>
        <w:t>38:16  dour hai ek bhi shakhs mere ilm mein nahi hai agar koi kehta hai ke hai to batao</w:t>
      </w:r>
      <w:r>
        <w:br/>
      </w:r>
      <w:r>
        <w:rPr>
          <w:sz w:val="20"/>
        </w:rPr>
        <w:t>38:22  mera naam batao is ka</w:t>
      </w:r>
      <w:r>
        <w:br/>
      </w:r>
      <w:r>
        <w:rPr>
          <w:sz w:val="20"/>
        </w:rPr>
        <w:t>38:25  mujhe naam batao</w:t>
      </w:r>
      <w:r>
        <w:br/>
      </w:r>
      <w:r>
        <w:rPr>
          <w:sz w:val="20"/>
        </w:rPr>
        <w:t>38:27  har ek ne hajj kiya har ek ne umrah kiya lekin is ko</w:t>
      </w:r>
      <w:r>
        <w:br/>
      </w:r>
      <w:r>
        <w:rPr>
          <w:sz w:val="20"/>
        </w:rPr>
        <w:t>38:34  kisi ne</w:t>
      </w:r>
      <w:r>
        <w:br/>
      </w:r>
      <w:r>
        <w:rPr>
          <w:sz w:val="20"/>
        </w:rPr>
        <w:t>38:34  samjha nahin ke wahan sangi tehreer hai yani pathar ki lakeeron mein likha hua hai ke history ko reshape karne ki koshish mat karo history ko avail karne ki koshish karo yahi right planning hai yahi right planning hai</w:t>
      </w:r>
      <w:r>
        <w:br/>
      </w:r>
      <w:r>
        <w:rPr>
          <w:sz w:val="20"/>
        </w:rPr>
        <w:t>38:58  to ab hamara mission jo hai is ka correction hai is correction hai hum chahte hain ke musalman is is is ghalati se bahar aayen is unawareness se bahar aayen</w:t>
      </w:r>
      <w:r>
        <w:br/>
      </w:r>
      <w:r>
        <w:rPr>
          <w:sz w:val="20"/>
        </w:rPr>
        <w:t>39:19  abhi tak wohi bane hue hain ke jo maine kaha aap se ke woh hajj kar ke</w:t>
      </w:r>
      <w:r>
        <w:br/>
      </w:r>
      <w:r>
        <w:rPr>
          <w:sz w:val="20"/>
        </w:rPr>
        <w:t>39:22  aaye to unhon ne kaha ke wahan kya hai wahan to bas khajoor hai aur zam zam hai</w:t>
      </w:r>
      <w:r>
        <w:br/>
      </w:r>
      <w:r>
        <w:rPr>
          <w:sz w:val="20"/>
        </w:rPr>
        <w:t>39:28  ab hum chahte hain ke aise log paida hon jo wapas aayen to kahen ke wahan hum ne</w:t>
      </w:r>
      <w:r>
        <w:br/>
      </w:r>
      <w:r>
        <w:rPr>
          <w:sz w:val="20"/>
        </w:rPr>
        <w:t>39:34  ek bohat bari cheez daryaft ki</w:t>
      </w:r>
      <w:r>
        <w:br/>
      </w:r>
      <w:r>
        <w:rPr>
          <w:sz w:val="20"/>
        </w:rPr>
        <w:t>39:38  kaba ki maujooda ble ki shakal mein</w:t>
      </w:r>
      <w:r>
        <w:br/>
      </w:r>
      <w:r>
        <w:rPr>
          <w:sz w:val="20"/>
        </w:rPr>
        <w:t>39:42  bohat bari cheez ke history ko reshape karne ki koshish mat karo history ko avail karne</w:t>
      </w:r>
      <w:r>
        <w:br/>
      </w:r>
      <w:r>
        <w:rPr>
          <w:sz w:val="20"/>
        </w:rPr>
        <w:t>39:49  ka plan banao</w:t>
      </w:r>
      <w:r>
        <w:br/>
      </w:r>
      <w:r>
        <w:rPr>
          <w:sz w:val="20"/>
        </w:rPr>
        <w:t>39:51  aise haji hamein darkar hain</w:t>
      </w:r>
      <w:r>
        <w:br/>
      </w:r>
      <w:r>
        <w:rPr>
          <w:sz w:val="20"/>
        </w:rPr>
        <w:t>39:56  hamein in hajiyon ke in hajiyon se koi nahin kuch hone wala nahin hai jo wahan</w:t>
      </w:r>
      <w:r>
        <w:br/>
      </w:r>
      <w:r>
        <w:rPr>
          <w:sz w:val="20"/>
        </w:rPr>
        <w:t>40:02  wahan se zam zam aur khajoor le ke aate hain</w:t>
      </w:r>
      <w:r>
        <w:br/>
      </w:r>
      <w:r>
        <w:rPr>
          <w:sz w:val="20"/>
        </w:rPr>
        <w:t>40:07  nahin aise haji chahiye jo wahan se is raaz hayat ko le kar aayen is sunnat rasool ko</w:t>
      </w:r>
      <w:r>
        <w:br/>
      </w:r>
      <w:r>
        <w:rPr>
          <w:sz w:val="20"/>
        </w:rPr>
        <w:t>40:15  le kar aayen is khudaai planning ko le kar aayen</w:t>
      </w:r>
      <w:r>
        <w:br/>
      </w:r>
      <w:r>
        <w:rPr>
          <w:sz w:val="20"/>
        </w:rPr>
        <w:t>40:20  ke history ko reshape karne ki koshish mat karo history ko avail karne ka plan banao</w:t>
      </w:r>
      <w:r>
        <w:br/>
      </w:r>
      <w:r>
        <w:rPr>
          <w:sz w:val="20"/>
        </w:rPr>
        <w:t>40:29  tab hamare liye ek naya mustaqbil paida hoga ek naya daur aayega ek nayi daan ek nayi</w:t>
      </w:r>
      <w:r>
        <w:br/>
      </w:r>
      <w:r>
        <w:rPr>
          <w:sz w:val="20"/>
        </w:rPr>
        <w:t>40:39  daan ek naya ujala hamare upar aayega</w:t>
      </w:r>
      <w:r>
        <w:br/>
      </w:r>
      <w:r>
        <w:rPr>
          <w:sz w:val="20"/>
        </w:rPr>
        <w:t>40:43  abhi</w:t>
      </w:r>
      <w:r>
        <w:br/>
      </w:r>
      <w:r>
        <w:rPr>
          <w:sz w:val="20"/>
        </w:rPr>
        <w:t>40:43  jo ho raha hai woh agar yahi yahi hota raha to siwaye tabaahi ke siwaye nuqsan ke kuch bhi nahin hai</w:t>
      </w:r>
      <w:r>
        <w:br/>
      </w:r>
      <w:r>
        <w:rPr>
          <w:sz w:val="20"/>
        </w:rPr>
        <w:t>40:52  to hamara mission yeh hai ke musalman you turn len zamane ko samjhen rasool Allah ki sunnat ko re-study karen phir se padhen</w:t>
      </w:r>
      <w:r>
        <w:br/>
      </w:r>
      <w:r>
        <w:rPr>
          <w:sz w:val="20"/>
        </w:rPr>
        <w:t>41:11  jo log zulm aur sazish subah se sham tak yahi bolte rehte hain yahi likhte rehte hain to woh unhon ne un ko yeh janna chahiye ke yeh to apne failure ka ailan hai jabke quran mein saaf saaf likha hua hai ke Allah ahl e iman ki madad karta hai</w:t>
      </w:r>
      <w:r>
        <w:br/>
      </w:r>
      <w:r>
        <w:rPr>
          <w:sz w:val="20"/>
        </w:rPr>
        <w:t>41:37  Allah ahl e iman ki madad karta hai to tumhari madad kyun nahin yani yeh sab jo log jo complaint ki baaten bol rahe hain sazish ka ailan kar rahe hain woh sach much yeh ailan kar rahe hain ke hum ko Allah ki madad nahin mili Allah ne hum ko chhod diya Allah ne apni rokhsat nahin bheji hamare liye to is cheez ko discover karo</w:t>
      </w:r>
      <w:r>
        <w:br/>
      </w:r>
      <w:r>
        <w:rPr>
          <w:sz w:val="20"/>
        </w:rPr>
        <w:t>42:06  discover karna yeh hai ke hum history ko reshape karne ka zehan khatam karen history ko avail karne ka zehan banayen aur apne mamlaat ki re-planning karen</w:t>
      </w:r>
      <w:r>
        <w:br/>
      </w:r>
      <w:r>
        <w:rPr>
          <w:sz w:val="20"/>
        </w:rPr>
        <w:t>42:23  aur woh re-planning sab se zyada yeh hai ke dawat ka kaam quran nabuwat ko pahunchane ka kaam</w:t>
      </w:r>
      <w:r>
        <w:br/>
      </w:r>
      <w:r>
        <w:rPr>
          <w:sz w:val="20"/>
        </w:rPr>
        <w:t>42:30  hamein anjam dena hai</w:t>
      </w:r>
    </w:p>
    <w:p>
      <w:pPr>
        <w:pStyle w:val="Heading2"/>
      </w:pPr>
      <w:r>
        <w:t>how the prophet won over mecca's elite without a single fight</w:t>
      </w:r>
    </w:p>
    <w:p>
      <w:r>
        <w:rPr>
          <w:color w:val="666666"/>
          <w:sz w:val="18"/>
        </w:rPr>
        <w:t>Importance of Creative Thinking December 11, 2011 · 5m 58s · at 15:29 · https://youtu.be/jfML9Arb0S4?t=929</w:t>
      </w:r>
    </w:p>
    <w:p>
      <w:r>
        <w:rPr>
          <w:i/>
        </w:rPr>
        <w:t>“Hazrat Ibrahim ne chaar hazaar saal pehle Makkah mein ek masjid banayi, Kaaba”</w:t>
      </w:r>
    </w:p>
    <w:p>
      <w:r>
        <w:rPr>
          <w:sz w:val="20"/>
        </w:rPr>
        <w:t>15:29  misal ke taur par dekhiye, Hazrat Ibrahim ne chaar hazar saal pehle</w:t>
      </w:r>
      <w:r>
        <w:br/>
      </w:r>
      <w:r>
        <w:rPr>
          <w:sz w:val="20"/>
        </w:rPr>
        <w:t>15:35  Makkah, idhar desert tha, us waqt Makkah nahi tha,</w:t>
      </w:r>
      <w:r>
        <w:br/>
      </w:r>
      <w:r>
        <w:rPr>
          <w:sz w:val="20"/>
        </w:rPr>
        <w:t>15:40  woh isi waqt se abad hua. woh to wahan par unhon ne ek masjid banai, Kaaba. Kaaba ek masjid thi, aur wahan par Hazrat Ibrahim aur Ismail, in logon ne namaz padhi wahan par.</w:t>
      </w:r>
      <w:r>
        <w:br/>
      </w:r>
      <w:r>
        <w:rPr>
          <w:sz w:val="20"/>
        </w:rPr>
        <w:t>15:56  aur phir un ke jo nasal badhi to woh namaz padhti rahi. lekin jab rasool Allah salallahu alaihi wasallam Makkah mein aaye, us waqt ka wahan par scene tha.</w:t>
      </w:r>
      <w:r>
        <w:br/>
      </w:r>
      <w:r>
        <w:rPr>
          <w:sz w:val="20"/>
        </w:rPr>
        <w:t>16:10  is is waqt yeh scene tha Kaaba mein, us ke jo premises the. to Kaaba mein</w:t>
      </w:r>
      <w:r>
        <w:br/>
      </w:r>
      <w:r>
        <w:rPr>
          <w:sz w:val="20"/>
        </w:rPr>
        <w:t>16:16  kai so but rakh diye the unhon ne, kyunke lambi muddat ke baad wahan par mushrikeen aa gaye, aur mushrikeen ka wahan par dabdaba ho gaya.</w:t>
      </w:r>
      <w:r>
        <w:br/>
      </w:r>
      <w:r>
        <w:rPr>
          <w:sz w:val="20"/>
        </w:rPr>
        <w:t>16:31  un logon ne Kaaba mein bohat sare but rakh diye. ab rasool Allah salallahu alaihi wasallam jo aaye the, rasool Allah salallahu alaihi wasallam ka tha Ibrahimi jo deen tha, us ko us us ko revive karna.</w:t>
      </w:r>
      <w:r>
        <w:br/>
      </w:r>
      <w:r>
        <w:rPr>
          <w:sz w:val="20"/>
        </w:rPr>
        <w:t>16:44  aap ka mission tha ke Ibrahimi deen ko revive karein, yeh mission tha aap ka. to aap sochte wahan se ke dekho, Hazrat Ibrahim ne Kaaba ko banaya tha, to wahan koi but nahi hota tha.</w:t>
      </w:r>
      <w:r>
        <w:br/>
      </w:r>
      <w:r>
        <w:rPr>
          <w:sz w:val="20"/>
        </w:rPr>
        <w:t>16:57  yeh to bohat hi gandi baat hai, us ko hatayo, us ko todo, us ko phenko. us ko yani sochte, yahan se sochte woh to kya hota?</w:t>
      </w:r>
      <w:r>
        <w:br/>
      </w:r>
      <w:r>
        <w:rPr>
          <w:sz w:val="20"/>
        </w:rPr>
        <w:t>17:07  ladai bhadai hoti hai. aap ne kya socha?</w:t>
      </w:r>
      <w:r>
        <w:br/>
      </w:r>
      <w:r>
        <w:rPr>
          <w:sz w:val="20"/>
        </w:rPr>
        <w:t>17:11  aap ne yeh socha ke Kaaba mein jo but rakhe hue hain, us ka ek ek aur bhi aspect hai. woh aspect kya hai?</w:t>
      </w:r>
      <w:r>
        <w:br/>
      </w:r>
      <w:r>
        <w:rPr>
          <w:sz w:val="20"/>
        </w:rPr>
        <w:t>17:20  isi ki wajah se us ke jo pujari hain, woh yahan jama hote hain. yani us ki wajah se ek gathering hoti hai. to ek hai, ek tha masla presence of models ka, ek masla tha gathering ka.</w:t>
      </w:r>
      <w:r>
        <w:br/>
      </w:r>
      <w:r>
        <w:rPr>
          <w:sz w:val="20"/>
        </w:rPr>
        <w:t>17:36  tum ne dealing kiya, rasool Allah salallahu alaihi wasallam ne dealing kiya, dono ko</w:t>
      </w:r>
      <w:r>
        <w:br/>
      </w:r>
      <w:r>
        <w:rPr>
          <w:sz w:val="20"/>
        </w:rPr>
        <w:t>17:40  dealing linking policy ikhtiyar ki aap ne ke for the time being aap ne us ko ignore kiya, buton ke hone ko, aur gathering ko as an audience istemal kiya.</w:t>
      </w:r>
      <w:r>
        <w:br/>
      </w:r>
      <w:r>
        <w:rPr>
          <w:sz w:val="20"/>
        </w:rPr>
        <w:t>17:55  aur 13 saal tak is mein aap yeh sa kaam karte rahe.</w:t>
      </w:r>
      <w:r>
        <w:br/>
      </w:r>
      <w:r>
        <w:rPr>
          <w:sz w:val="20"/>
        </w:rPr>
        <w:t>18:01  to dekhiye, us waqt jo jitne brain the, woh sab Makkah hi bhi to the wahan. yani yani Arab ka jo brain tha, woh Makkah mein tha.</w:t>
      </w:r>
      <w:r>
        <w:br/>
      </w:r>
      <w:r>
        <w:rPr>
          <w:sz w:val="20"/>
        </w:rPr>
        <w:t>18:13  makkah mein education thi, makkah mein leadership thi, makkah ke log yani poore arab mein in ka aik dabdaba hota tha.</w:t>
      </w:r>
      <w:r>
        <w:br/>
      </w:r>
      <w:r>
        <w:rPr>
          <w:sz w:val="20"/>
        </w:rPr>
        <w:t>18:24  to sara brain makkah mein ikattha tha. is brain ko nikalna tha aap ko</w:t>
      </w:r>
      <w:r>
        <w:br/>
      </w:r>
      <w:r>
        <w:rPr>
          <w:sz w:val="20"/>
        </w:rPr>
        <w:t>18:28  . agar aap larai chhed dete to kya hota? sab marte jeete. yeh yeh idhar ke log marte, kuch idhar ke log marte. qissa khatam.</w:t>
      </w:r>
      <w:r>
        <w:br/>
      </w:r>
      <w:r>
        <w:rPr>
          <w:sz w:val="20"/>
        </w:rPr>
        <w:t>18:37  to aap ne is yeh policy ikhtiyar ki ke ke bulton ko avoid karo, is gathering ko avail karo. daily wahan par ja ja kar aap quran sunate the, un ko islam ki baat batate the.</w:t>
      </w:r>
      <w:r>
        <w:br/>
      </w:r>
      <w:r>
        <w:rPr>
          <w:sz w:val="20"/>
        </w:rPr>
        <w:t>18:52  to dheere dheere, dheere dheere sara jo jo creamy layer tha makkah ka, woh aap ke hath mein aa gaya.</w:t>
      </w:r>
      <w:r>
        <w:br/>
      </w:r>
      <w:r>
        <w:rPr>
          <w:sz w:val="20"/>
        </w:rPr>
        <w:t>18:58  aaj kal ki zaban mein creamy layer. chunancha khalid bin waleed jab bohat baad kam musalman hue the, to jab woh hijrat ke baad to makkah se jab woh ja rahe the madina, rastay mein un ko aik sahib mile,</w:t>
      </w:r>
      <w:r>
        <w:br/>
      </w:r>
      <w:r>
        <w:rPr>
          <w:sz w:val="20"/>
        </w:rPr>
        <w:t>19:17  umar bin al-as. unhon ne poocha, "kahan ja rahe ho?" unhon ne kaha, "ke islam qabool karne ke liye."</w:t>
      </w:r>
      <w:r>
        <w:br/>
      </w:r>
      <w:r>
        <w:rPr>
          <w:sz w:val="20"/>
        </w:rPr>
        <w:t>19:24  us waqt unhon ne aik kalma kaha tha ke "دخل الناس فی الاسلام فلم یبقہ عہد بہ تعاون." matlab jitne yani people of taste the, woh sab to islam mein chale gaye.</w:t>
      </w:r>
      <w:r>
        <w:br/>
      </w:r>
      <w:r>
        <w:rPr>
          <w:sz w:val="20"/>
        </w:rPr>
        <w:t>19:40  ab to chhachh hai makkah mein. yani creamy layer jo tha, woh chala gaya madina. madina islam khol kar ke ab ab to makkah mein chhachh reh gaya hai.</w:t>
      </w:r>
      <w:r>
        <w:br/>
      </w:r>
      <w:r>
        <w:rPr>
          <w:sz w:val="20"/>
        </w:rPr>
        <w:t>19:51  yeh kaise possible hua?</w:t>
      </w:r>
      <w:r>
        <w:br/>
      </w:r>
      <w:r>
        <w:rPr>
          <w:sz w:val="20"/>
        </w:rPr>
        <w:t>19:53  yani itni bari cheez kaise possible hui ke is creamy layer jo tha, woh aap ke hath mein aa jaye? woh hua patience se, tolerance se, planning se.</w:t>
      </w:r>
      <w:r>
        <w:br/>
      </w:r>
      <w:r>
        <w:rPr>
          <w:sz w:val="20"/>
        </w:rPr>
        <w:t>20:04  wohi policy ke jo jo jo problem hai, us ko ignore karo, opportunity opportunity jo hai, us ko avail karo.</w:t>
      </w:r>
      <w:r>
        <w:br/>
      </w:r>
      <w:r>
        <w:rPr>
          <w:sz w:val="20"/>
        </w:rPr>
        <w:t>20:16  to 13 saal ki is planning ke nateejay mein makkah ke sare brain aap ke mil gaye.</w:t>
      </w:r>
      <w:r>
        <w:br/>
      </w:r>
      <w:r>
        <w:rPr>
          <w:sz w:val="20"/>
        </w:rPr>
        <w:t>20:21  yahi log hain jinhon ne islam ki tareekh banai. yani abubakar, umar, usman, ali, muadh bin jabal, yeh sare log jo hain, top ke jo jin ko hum kehte hain ajal sahaba, jo top ke sahabi hain, un ko ajal sahaba kaha jata hai.</w:t>
      </w:r>
      <w:r>
        <w:br/>
      </w:r>
      <w:r>
        <w:rPr>
          <w:sz w:val="20"/>
        </w:rPr>
        <w:t>20:38  woh isi mile the isi zamanay mein. yeh hai creative thinking. creative thinking se aap is qabil hote hain ke aap positive planning karen, aap opportunities ko dekh saken,</w:t>
      </w:r>
      <w:r>
        <w:br/>
      </w:r>
      <w:r>
        <w:rPr>
          <w:sz w:val="20"/>
        </w:rPr>
        <w:t>20:51  aap bajaye is ke complain karen, mayoosi mayoosim par jayen, aap mawaqe ko dhoond kar us ko avail karen.</w:t>
      </w:r>
      <w:r>
        <w:br/>
      </w:r>
      <w:r>
        <w:rPr>
          <w:sz w:val="20"/>
        </w:rPr>
        <w:t>21:00  yeh sab baaten hasil hoti hain. itni bari aap ghor kijiye ke itni bari, itna bara example tha rasool Allah ki zindagi mein.</w:t>
      </w:r>
      <w:r>
        <w:br/>
      </w:r>
      <w:r>
        <w:rPr>
          <w:sz w:val="20"/>
        </w:rPr>
        <w:t>21:10  itna bara example,</w:t>
      </w:r>
      <w:r>
        <w:br/>
      </w:r>
      <w:r>
        <w:rPr>
          <w:sz w:val="20"/>
        </w:rPr>
        <w:t>21:13  itna bara example tha. aur do sau saal se musalman kya kar rahe hain? sirf naat khwani kar rahe hain, rasool Allah ki naat khwani. to creative thinking jo hai, woh bohat hi important hai har jagah, har kaam ke liye.</w:t>
      </w:r>
    </w:p>
    <w:p>
      <w:pPr>
        <w:pStyle w:val="Heading2"/>
      </w:pPr>
      <w:r>
        <w:t>Hajj as symbolic performance and lifelong dawah mission</w:t>
      </w:r>
    </w:p>
    <w:p>
      <w:r>
        <w:rPr>
          <w:color w:val="666666"/>
          <w:sz w:val="18"/>
        </w:rPr>
        <w:t>Message of Eid Al-Adha June 29, 2023 · 4m 17s · at 11:24 · https://youtu.be/Tom30c7WwTw?t=684</w:t>
      </w:r>
    </w:p>
    <w:p>
      <w:r>
        <w:rPr>
          <w:i/>
        </w:rPr>
        <w:t>“Log hajj karne jaate hain aur chand rituals karke wapas aa jaate hain”</w:t>
      </w:r>
    </w:p>
    <w:p>
      <w:r>
        <w:rPr>
          <w:sz w:val="20"/>
        </w:rPr>
        <w:t>11:24  is liye yeh ho raha hai ke log haj karne jate hain aur chand jo rituals hain woh karke wapas aa jate hain samajhte yahi haj hai. halanki haj jaisa apa ne kaha ke haj toh haj karne ke baad darasal hota hai ke aap apni zindagi ko kaise badlen?</w:t>
      </w:r>
      <w:r>
        <w:br/>
      </w:r>
      <w:r>
        <w:rPr>
          <w:sz w:val="20"/>
        </w:rPr>
        <w:t>11:40  yaani jo haj ke aamal hain woh ek tareeqe se symbolic performance hai hazzat ibrahim ali salam ki zindagi ka aur maulana ne likha tha hajititya haj mein ke haj jo hai woh, ek international dawa conference hai daaiyon ki.</w:t>
      </w:r>
      <w:r>
        <w:br/>
      </w:r>
      <w:r>
        <w:rPr>
          <w:sz w:val="20"/>
        </w:rPr>
        <w:t>12:02  yaani haj ka maqsad yeh hai ke aap wahan jayen aur ajit ibrahim ali aur rasugullah salam aur sahaba ki zindagi se mutasir ho, inspire ho aur phir apne maqam par jaakar aap daavati sargharmi mein, lag jayen. rajat imrahi malij salam ne safa aur marwa ke dharmayan sahi ki, yaani is ka matlab yeh tha ke main duniya mein daur dhoop karunga allah ke kaam ke liye.</w:t>
      </w:r>
      <w:r>
        <w:br/>
      </w:r>
      <w:r>
        <w:rPr>
          <w:sz w:val="20"/>
        </w:rPr>
        <w:t>12:31  aise hi aaram ki shakal mein saada kapde pehne ki meri zindagi bahut hi saada andaaz ki hogi. aise hi hazrat ibrahim ali is aram ne kankariyan maari shaitan ko is ka matlab yeh tha ke shaitan ko har qeemat par main us se us ke bekave se bachoonga. toh ye ye sab baatein hathis mein aai hai aur quran mein jaise ek aayat aai hai innna saladati van usooki o mahia bamamaati lillahi rabbilalmeen.</w:t>
      </w:r>
      <w:r>
        <w:br/>
      </w:r>
      <w:r>
        <w:rPr>
          <w:sz w:val="20"/>
        </w:rPr>
        <w:t>13:01  My prayer and my sacrifice and my life and my death are all belongs to God, Lord of the world. toh hazrd ibrahim ali salam ka jo daavati mission tha, us ke liye hazrd ibrahim ali salam ne kaba ki taameer ki, yaani ek daavati marqaz ke taur par aur is ka tabab kiya aur is ka matlab yahi hai ke aap apni zindagi ko khuda ke liye khuda ke ird gird ghumenge.</w:t>
      </w:r>
      <w:r>
        <w:br/>
      </w:r>
      <w:r>
        <w:rPr>
          <w:sz w:val="20"/>
        </w:rPr>
        <w:t>13:29  tabab ka matlab yeh hai ke aap ki jo zindagi hogi, woh khuda ke ird gird hogi aur aap usi dawat ke kaam mein sargam sargam rahenge aur sari zindagi yeh aap ka safar jaari rahega aur khuda ke pyagam ko logon tak pahunchayenge. toh yahi yahi kaam sahaba ne kiya aur yahi kaam rasulla sallam ne kiya.</w:t>
      </w:r>
      <w:r>
        <w:br/>
      </w:r>
      <w:r>
        <w:rPr>
          <w:sz w:val="20"/>
        </w:rPr>
        <w:t>13:55  hazat ibrahim ali sallam ke raaste par chale aur yahi daavati mission ahle iman ka bhi hai.</w:t>
      </w:r>
      <w:r>
        <w:br/>
      </w:r>
      <w:r>
        <w:rPr>
          <w:sz w:val="20"/>
        </w:rPr>
        <w:t>14:03  kitabon mein aata hai ke jab hazbat Muhammad sallalah ullesalam ne khudba diya, Arfat ne, to itna asar hua sahaba ke upar ke kitabon mein aata hai ke jo jiska ghoda jis direction mein tha aur jiska oont jis direction mein tha woh usi direction mein nikal gaya.</w:t>
      </w:r>
      <w:r>
        <w:br/>
      </w:r>
      <w:r>
        <w:rPr>
          <w:sz w:val="20"/>
        </w:rPr>
        <w:t>14:27  iska matlab yeh hai yeh ek usloob hai kehne ka ke unhon ne yeh tay kar liya ke ab hum apni zindagi ko Allah ke raah mein lagayenge aur logon tak Khuda ka paigham ko pahunchayenge. To yahi hua ke saare sahaba Makka Madina se nikal gaye. Agar aap aaj dekhen to unki qabrein aur countries mein milti hain. Turkey mein, Jordan mein, Egypt mein, Ajakistan aur woh sab jo countries hain, doosri jagahon par milti hain. Makka Madina mein bahut kam hain.</w:t>
      </w:r>
      <w:r>
        <w:br/>
      </w:r>
      <w:r>
        <w:rPr>
          <w:sz w:val="20"/>
        </w:rPr>
        <w:t>14:57  uski wajah yahi thi ke woh log itna inspire hue the Rasoolullah ke paigham se ke unhon ne apni zindagi ka maqsad yeh banaya ke Khuda ke paigham ko, Quran ke paigham ko logon tak pahunchaye.</w:t>
      </w:r>
      <w:r>
        <w:br/>
      </w:r>
      <w:r>
        <w:rPr>
          <w:sz w:val="20"/>
        </w:rPr>
        <w:t>15:11  To yahi darasal Hajj ka paigham hai, Idul Azha ka paigham hai to main dua karta hoon ke Latala hum sabko Idul Azha ki spirit ko samajhne ki taufeeq ata farmaayein taake hum bhi is kaam mein apni zindagi ko waqt kar sakein. Wa aakhiru da'wana anil hamdulillahi rabbil aalameen.</w:t>
      </w:r>
    </w:p>
    <w:p>
      <w:pPr>
        <w:pStyle w:val="Heading2"/>
      </w:pPr>
      <w:r>
        <w:t>Why prophets teach the afterlife, not engineering</w:t>
      </w:r>
    </w:p>
    <w:p>
      <w:r>
        <w:rPr>
          <w:color w:val="666666"/>
          <w:sz w:val="18"/>
        </w:rPr>
        <w:t>Islam and Science March 18, 2014 Maulana Wahiduddin Khan · 3m 23s · at 20:00 · https://youtu.be/DCcqcQwpYWg?t=1200</w:t>
      </w:r>
    </w:p>
    <w:p>
      <w:r>
        <w:rPr>
          <w:i/>
        </w:rPr>
        <w:t>“پیغمبر جو آتا ہے، وہ آخرت کی فلاح بتانے کے لیے آتا ہے”</w:t>
      </w:r>
    </w:p>
    <w:p>
      <w:r>
        <w:rPr>
          <w:sz w:val="20"/>
        </w:rPr>
        <w:t>20:00  Phir aap ne yeh farmaya ke ke paighambar jo aata hai, woh ākhirat ki falāh batane ke liye aata hai. Yeh bohat clear ho gayi yeh baat ke paighambar jo aata hai,</w:t>
      </w:r>
      <w:r>
        <w:br/>
      </w:r>
      <w:r>
        <w:rPr>
          <w:sz w:val="20"/>
        </w:rPr>
        <w:t>20:15  woh yeh batata hai ke maut ke baad kya hai, ākhirat mein kya hai, jannat kya hai aur jahannum kya hai.</w:t>
      </w:r>
      <w:r>
        <w:br/>
      </w:r>
      <w:r>
        <w:rPr>
          <w:sz w:val="20"/>
        </w:rPr>
        <w:t>20:24  Insaan dunya ke jo mein jo amal karega, us amal ka nateeja ākhirat mein kis shakal mein us ko diya jayega.</w:t>
      </w:r>
      <w:r>
        <w:br/>
      </w:r>
      <w:r>
        <w:rPr>
          <w:sz w:val="20"/>
        </w:rPr>
        <w:t>20:33  In sab baaton ko insaan nahi jaan sakta ba-taur khud. Is ke liye paighambar aata hai.</w:t>
      </w:r>
      <w:r>
        <w:br/>
      </w:r>
      <w:r>
        <w:rPr>
          <w:sz w:val="20"/>
        </w:rPr>
        <w:t>20:44  Yaani paighambar jo hai,</w:t>
      </w:r>
      <w:r>
        <w:br/>
      </w:r>
      <w:r>
        <w:rPr>
          <w:sz w:val="20"/>
        </w:rPr>
        <w:t>20:48  a'alān-e-ākhirat ke liye aata hai. Inzār-e-ākhirat ke liye aata hai. Ta'leem-e-ākhirat ke liye aata hai. Kyun ke woh insaan jaan nahi jaan nahi sakta.</w:t>
      </w:r>
      <w:r>
        <w:br/>
      </w:r>
      <w:r>
        <w:rPr>
          <w:sz w:val="20"/>
        </w:rPr>
        <w:t>21:02  Is liye aata hai.</w:t>
      </w:r>
      <w:r>
        <w:br/>
      </w:r>
      <w:r>
        <w:rPr>
          <w:sz w:val="20"/>
        </w:rPr>
        <w:t>21:04  To bohat hi wāzeh kar diya is mein Rasool Allah Sal Allahu Alaihi Wasallam ne ke mazhabi taqseem ke a'tibār se rasool ka kaam yeh hai ke woh in baaton ko bataye jin ka ta'alluq falāh-e-ākhirat se hai.</w:t>
      </w:r>
      <w:r>
        <w:br/>
      </w:r>
      <w:r>
        <w:rPr>
          <w:sz w:val="20"/>
        </w:rPr>
        <w:t>21:17  Aur woh baatein jo purely dunyavi hain, jin ka ta'alluq scientific research se hai,</w:t>
      </w:r>
      <w:r>
        <w:br/>
      </w:r>
      <w:r>
        <w:rPr>
          <w:sz w:val="20"/>
        </w:rPr>
        <w:t>21:25  to woh</w:t>
      </w:r>
      <w:r>
        <w:br/>
      </w:r>
      <w:r>
        <w:rPr>
          <w:sz w:val="20"/>
        </w:rPr>
        <w:t>21:29  jo expert honge un sh'ubon ke, woh is ko research karenge aur is ko logon ko batate rahenge ke is mein kya hona chahiye, kya nahi hona chahiye.</w:t>
      </w:r>
      <w:r>
        <w:br/>
      </w:r>
      <w:r>
        <w:rPr>
          <w:sz w:val="20"/>
        </w:rPr>
        <w:t>21:40  Maslan pul banana hai. Farz kijiye ke pul banana hai. To pul banana jo hai, yeh ek scientific subject hai. Pul banana ek scientific subject hai.</w:t>
      </w:r>
      <w:r>
        <w:br/>
      </w:r>
      <w:r>
        <w:rPr>
          <w:sz w:val="20"/>
        </w:rPr>
        <w:t>21:52  To pul banane ka tareeqa science se liya jayega. Lekin is mein material sahi lagaya jaye. Aisa na ho ke bana khara kar diya.</w:t>
      </w:r>
      <w:r>
        <w:br/>
      </w:r>
      <w:r>
        <w:rPr>
          <w:sz w:val="20"/>
        </w:rPr>
        <w:t>22:01  Material acha nahi tha. Jab is par log chadhne lage to gir pada aur log mar gaye. Jaise aap aksar sunte honge akhbaron mein ke multi-story building banayi jati hai aur woh gir parti hai kyun ke material hi kharab tha.</w:t>
      </w:r>
      <w:r>
        <w:br/>
      </w:r>
      <w:r>
        <w:rPr>
          <w:sz w:val="20"/>
        </w:rPr>
        <w:t>22:17  To yeh deen ka mozu' hai.</w:t>
      </w:r>
      <w:r>
        <w:br/>
      </w:r>
      <w:r>
        <w:rPr>
          <w:sz w:val="20"/>
        </w:rPr>
        <w:t>22:19  Yahan par deen aap ko yaani is baat se darayega us waqt ke agar tum ne kharab material lagaya, kharab material laga kar multi-story building khara kar di,</w:t>
      </w:r>
      <w:r>
        <w:br/>
      </w:r>
      <w:r>
        <w:rPr>
          <w:sz w:val="20"/>
        </w:rPr>
        <w:t>22:35  kharab material laga kar ke pul bana diya aur is ke baad log is par chadhe to gir ke khatam ho gaye, to yeh aisi cheez hai jo bad-dāndārī hai.</w:t>
      </w:r>
      <w:r>
        <w:br/>
      </w:r>
      <w:r>
        <w:rPr>
          <w:sz w:val="20"/>
        </w:rPr>
        <w:t>22:46  Aur bad-dāndārī ka saza ākhirat mein tum ko sakht bhugtani padegi.</w:t>
      </w:r>
      <w:r>
        <w:br/>
      </w:r>
      <w:r>
        <w:rPr>
          <w:sz w:val="20"/>
        </w:rPr>
        <w:t>22:54  To building ki technique ya pul banane ki technique, yeh to science ka subject hai. Lekin is dauran kin usoolon ka yaani paalan kiya jaye,</w:t>
      </w:r>
      <w:r>
        <w:br/>
      </w:r>
      <w:r>
        <w:rPr>
          <w:sz w:val="20"/>
        </w:rPr>
        <w:t>23:11  kin akhlaqi usoolon ki ko follow kiya jaye, woh mazhab ka subject hai. yeh is hadith ka khulasa hai.</w:t>
      </w:r>
    </w:p>
    <w:p>
      <w:pPr>
        <w:pStyle w:val="Heading2"/>
      </w:pPr>
      <w:r>
        <w:t>Why the Quran calls Surah Yusuf the single best story</w:t>
      </w:r>
    </w:p>
    <w:p>
      <w:r>
        <w:rPr>
          <w:color w:val="666666"/>
          <w:sz w:val="18"/>
        </w:rPr>
        <w:t>Lessons from The Best Story 9 May 2014 · 5m 46s · at 0:23 · https://youtu.be/35AxTJhKx4s?t=23</w:t>
      </w:r>
    </w:p>
    <w:p>
      <w:r>
        <w:rPr>
          <w:i/>
        </w:rPr>
        <w:t>“Aaj main Quran ki Surah Yusuf ko lekar kuch arz karna chahta hoon”</w:t>
      </w:r>
    </w:p>
    <w:p>
      <w:r>
        <w:rPr>
          <w:sz w:val="20"/>
        </w:rPr>
        <w:t>0:23  aaj main Quran ki Surah Yusuf ko le kar kuch arz karna chahta hoon.</w:t>
      </w:r>
      <w:r>
        <w:br/>
      </w:r>
      <w:r>
        <w:rPr>
          <w:sz w:val="20"/>
        </w:rPr>
        <w:t>0:31  surah yusuf quran ki surah number 12 hai, aur yeh ek alag dhang ki surah hai.</w:t>
      </w:r>
      <w:r>
        <w:br/>
      </w:r>
      <w:r>
        <w:rPr>
          <w:sz w:val="20"/>
        </w:rPr>
        <w:t>0:43  yani quran mein aap parhenge to doosri jo surtein hain, us mein zyada tar baatein, yani yuh kehna chahiye ke, fragmentry andaaz mein hoti hain.</w:t>
      </w:r>
      <w:r>
        <w:br/>
      </w:r>
      <w:r>
        <w:rPr>
          <w:sz w:val="20"/>
        </w:rPr>
        <w:t>0:55  lekin surah yusuf mein ek hi qissa shuru se aakhir tak chala ja raha hai, ek different style hai.</w:t>
      </w:r>
      <w:r>
        <w:br/>
      </w:r>
      <w:r>
        <w:rPr>
          <w:sz w:val="20"/>
        </w:rPr>
        <w:t>1:06  is liye yeh surah ek exception si lagti hai poore quran mein.</w:t>
      </w:r>
      <w:r>
        <w:br/>
      </w:r>
      <w:r>
        <w:rPr>
          <w:sz w:val="20"/>
        </w:rPr>
        <w:t>1:15  doosri baat yeh hai ke ek hi surah aisi hai quran mein jis mein, jis ko shuru kiya is lafz se ke yeh "asal al qasas" hai.</w:t>
      </w:r>
      <w:r>
        <w:br/>
      </w:r>
      <w:r>
        <w:rPr>
          <w:sz w:val="20"/>
        </w:rPr>
        <w:t>1:28  yani surah yusuf mein jo baat kahi ja rahi hai, us ko quran ne "asal al qasas" bataya hai, yani best story.</w:t>
      </w:r>
      <w:r>
        <w:br/>
      </w:r>
      <w:r>
        <w:rPr>
          <w:sz w:val="20"/>
        </w:rPr>
        <w:t>1:38  saare quran mein aur bhi kai stories hain, kisi story ko quran mein best story nahi kaha gaya.</w:t>
      </w:r>
      <w:r>
        <w:br/>
      </w:r>
      <w:r>
        <w:rPr>
          <w:sz w:val="20"/>
        </w:rPr>
        <w:t>1:49  to yeh sochne ki baat hai ke yeh best story kaise hai?</w:t>
      </w:r>
      <w:r>
        <w:br/>
      </w:r>
      <w:r>
        <w:rPr>
          <w:sz w:val="20"/>
        </w:rPr>
        <w:t>1:56  ab is ko le kar jab mein sochna shuru kiya to mein ne socha ke hazrat yusuf ki zindagi mein to bohat zyada setback aaye, masla taqreeban 40 saal tak, ek ke baad ek setback.</w:t>
      </w:r>
      <w:r>
        <w:br/>
      </w:r>
      <w:r>
        <w:rPr>
          <w:sz w:val="20"/>
        </w:rPr>
        <w:t>2:09  to yeh kaise best story ban gaya? dekhiye, pehli baat yeh hai ke woh paida hue the ek gaon mein, ek village mein.</w:t>
      </w:r>
      <w:r>
        <w:br/>
      </w:r>
      <w:r>
        <w:rPr>
          <w:sz w:val="20"/>
        </w:rPr>
        <w:t>2:22  khud quran mein maujood hai yeh baat. wahan kya tha? bakri charana aur doodh pilana, yahi khana tha un ka.</w:t>
      </w:r>
      <w:r>
        <w:br/>
      </w:r>
      <w:r>
        <w:rPr>
          <w:sz w:val="20"/>
        </w:rPr>
        <w:t>2:32  yani din bhar bakri charana aur shaam ko doodh pi kar is ka, pi jaate, so jaana. aur kuch mamooli cheezein khane ko hoti hongi.</w:t>
      </w:r>
      <w:r>
        <w:br/>
      </w:r>
      <w:r>
        <w:rPr>
          <w:sz w:val="20"/>
        </w:rPr>
        <w:t>2:42  to yahan se un ki beginning hui. is ke baad dekhiye, jab chhote the woh, tabhi un ke bhaiyon ne un ko kunwein mein daal diya.</w:t>
      </w:r>
      <w:r>
        <w:br/>
      </w:r>
      <w:r>
        <w:rPr>
          <w:sz w:val="20"/>
        </w:rPr>
        <w:t>2:55  ab kaisi ajeeb baat thi ke kunwein mein kai din tak pad</w:t>
      </w:r>
      <w:r>
        <w:br/>
      </w:r>
      <w:r>
        <w:rPr>
          <w:sz w:val="20"/>
        </w:rPr>
        <w:t>3:00  e rahe woh, aur pata nahi kaise khate honge, kya karte honge. to kehta hoon un ko kaisi ajeeb, un ke kaise kaise sochte honge woh.</w:t>
      </w:r>
      <w:r>
        <w:br/>
      </w:r>
      <w:r>
        <w:rPr>
          <w:sz w:val="20"/>
        </w:rPr>
        <w:t>3:12  achha, is ke baad phir dekhiye, koi traders ka koi carvan guzar raha tha wahan se, us ne nikala un ko.</w:t>
      </w:r>
      <w:r>
        <w:br/>
      </w:r>
      <w:r>
        <w:rPr>
          <w:sz w:val="20"/>
        </w:rPr>
        <w:t>3:21  to us ne bhi kya</w:t>
      </w:r>
      <w:r>
        <w:br/>
      </w:r>
      <w:r>
        <w:rPr>
          <w:sz w:val="20"/>
        </w:rPr>
        <w:t>3:22  kya? yani use commodity ke taur par, use nikala aur market ki jo bikti hain cheezein, is tareeqe se ja ke bech diya.</w:t>
      </w:r>
      <w:r>
        <w:br/>
      </w:r>
      <w:r>
        <w:rPr>
          <w:sz w:val="20"/>
        </w:rPr>
        <w:t>3:33  ek commodity samajh lijiye. kaisi ajeeb baat hai ke ek bachche ko bech diya gaya bazaar mein, ek commodity ke taur par.</w:t>
      </w:r>
      <w:r>
        <w:br/>
      </w:r>
      <w:r>
        <w:rPr>
          <w:sz w:val="20"/>
        </w:rPr>
        <w:t>3:46  achha, is ke baad jis ne khareeda, us ne us ko slave banaya.</w:t>
      </w:r>
      <w:r>
        <w:br/>
      </w:r>
      <w:r>
        <w:rPr>
          <w:sz w:val="20"/>
        </w:rPr>
        <w:t>3:51  aap ghor kijiye ke slave ban kar rahe ek shakhs ke ghar mein, kuch arse tak woh. is ke baad kya hua?</w:t>
      </w:r>
      <w:r>
        <w:br/>
      </w:r>
      <w:r>
        <w:rPr>
          <w:sz w:val="20"/>
        </w:rPr>
        <w:t>4:03  ke un ko</w:t>
      </w:r>
      <w:r>
        <w:br/>
      </w:r>
      <w:r>
        <w:rPr>
          <w:sz w:val="20"/>
        </w:rPr>
        <w:t>4:06  kuch aise halaat paida hue ke un ko jail bhej diya gaya. aap ghor kijiye ke us zamane ki jail aaj kal ki jail jaisi nahi hoti thi.</w:t>
      </w:r>
      <w:r>
        <w:br/>
      </w:r>
      <w:r>
        <w:rPr>
          <w:sz w:val="20"/>
        </w:rPr>
        <w:t>4:17  ab jaisi jail hoti hai, wahi jail nahi thi un ki hoti thi is zamane mein</w:t>
      </w:r>
      <w:r>
        <w:br/>
      </w:r>
      <w:r>
        <w:rPr>
          <w:sz w:val="20"/>
        </w:rPr>
        <w:t>4:21  ۔ bohat hi mamooli zindagi jail mein.</w:t>
      </w:r>
      <w:r>
        <w:br/>
      </w:r>
      <w:r>
        <w:rPr>
          <w:sz w:val="20"/>
        </w:rPr>
        <w:t>4:26  is tarah bar bar in ko aise halaat pesh aaye jo hum mein se shayad kisi par aise guzre nahi hon ge. hum mein se kisi shakhs par nahi guzre hon ge.</w:t>
      </w:r>
      <w:r>
        <w:br/>
      </w:r>
      <w:r>
        <w:rPr>
          <w:sz w:val="20"/>
        </w:rPr>
        <w:t>4:41  aur yeh to chand cheezein hain jo quran mein mention ki gayi hain. aur 101 cheezein ho sakti hain jo mention nahi ki gayi hain.</w:t>
      </w:r>
      <w:r>
        <w:br/>
      </w:r>
      <w:r>
        <w:rPr>
          <w:sz w:val="20"/>
        </w:rPr>
        <w:t>4:49  ke gaon mein ho gaye to khane peena kuch theek se milta nahi hoga, kabhi bhooke hi sona padta hoga. aur aaj kal kis tareeqe se, jaise ke aaj kal ghar hote hain, attach bath hota hai, yeh sab kuch bhi nahi.</w:t>
      </w:r>
      <w:r>
        <w:br/>
      </w:r>
      <w:r>
        <w:rPr>
          <w:sz w:val="20"/>
        </w:rPr>
        <w:t>5:03  pani hota hai, pata nahi kis tareeqe se pani, kis tarah se khana, kya intezam karte hon ge, yeh sab to is mein mazkoor nahi hai.</w:t>
      </w:r>
      <w:r>
        <w:br/>
      </w:r>
      <w:r>
        <w:rPr>
          <w:sz w:val="20"/>
        </w:rPr>
        <w:t>5:13  aisi yeh bhi mazkoor nahi ke kuwein mein kaise guzara guzara unhon ne. yaani matlab jangla hai, kuwan hai, wahan koi aa gaya ya nahi, peechay, kaise woh raatein, woh din guzre hon ge un ke kuwein mein.</w:t>
      </w:r>
      <w:r>
        <w:br/>
      </w:r>
      <w:r>
        <w:rPr>
          <w:sz w:val="20"/>
        </w:rPr>
        <w:t>5:27  phir jab un ko bazaar mein ja ke, aik bazaar ki aik item ke tor par becha unhon ne, to kaisa dil, kya haal un ka hoga?</w:t>
      </w:r>
      <w:r>
        <w:br/>
      </w:r>
      <w:r>
        <w:rPr>
          <w:sz w:val="20"/>
        </w:rPr>
        <w:t>5:36  ke mein aik bazaar ka item ban gaya.</w:t>
      </w:r>
      <w:r>
        <w:br/>
      </w:r>
      <w:r>
        <w:rPr>
          <w:sz w:val="20"/>
        </w:rPr>
        <w:t>5:41  aap sochiye. phir jab saleeb bane to wahan bhi kaise kaise tajrube un ko hue hon ge. to kitni aur bhi baatein hain jo mazkoor nahi hui hui hain, lekin aap qayas kar sakte hain ke bohat hi ajeeb qism ke halaat the, bar bar un ko set back hua.</w:t>
      </w:r>
      <w:r>
        <w:br/>
      </w:r>
      <w:r>
        <w:rPr>
          <w:sz w:val="20"/>
        </w:rPr>
        <w:t>6:02  is ke bawajood quran kehta hai ke woh asal al-qasas tha, best story.</w:t>
      </w:r>
    </w:p>
    <w:p>
      <w:pPr>
        <w:pStyle w:val="Heading2"/>
      </w:pPr>
      <w:r>
        <w:t>Musa kills a man by accident, repents, then must flee</w:t>
      </w:r>
    </w:p>
    <w:p>
      <w:r>
        <w:rPr>
          <w:color w:val="666666"/>
          <w:sz w:val="18"/>
        </w:rPr>
        <w:t>Lessons from The Story of Prophet Moses Part 1, August 1, 2022 · 3m 43s · at 31:30 · https://youtu.be/JsRmjNQQHLY?t=1890</w:t>
      </w:r>
    </w:p>
    <w:p>
      <w:r>
        <w:rPr>
          <w:i/>
        </w:rPr>
        <w:t>“मूसा अल सलाम कहीं जा रहे थे, तो देखा दो लोग लड़ रहे हैं”</w:t>
      </w:r>
    </w:p>
    <w:p>
      <w:r>
        <w:rPr>
          <w:sz w:val="20"/>
        </w:rPr>
        <w:t>31:30  to hum chahenge ki us hadse ke bare mein aap hum sabko bataein. haan, jab a yeh taqreeban jawani ki jab age thi musa al salam ki, to wo kahin ja rahe the raste mein. dopahar ka time tha,</w:t>
      </w:r>
      <w:r>
        <w:br/>
      </w:r>
      <w:r>
        <w:rPr>
          <w:sz w:val="20"/>
        </w:rPr>
        <w:t>31:45  to unhone dekha ki do log aapas mein lad rahe hain.</w:t>
      </w:r>
      <w:r>
        <w:br/>
      </w:r>
      <w:r>
        <w:rPr>
          <w:sz w:val="20"/>
        </w:rPr>
        <w:t>31:49  ji, ek to tibbati tha, jo musa al salam, jo israili tha, yaani jo a firoun ke log the, wo kapati kahlate the. ji, kopt. ji, koptic. hum aur jo a bani israel ke log the, wo israili kahlate the. to ek israili aur ek koptic lad rahe the aapas mein. ji, do lad, do aadmi lad rahe the. to unhone a bachane ki ko</w:t>
      </w:r>
      <w:r>
        <w:br/>
      </w:r>
      <w:r>
        <w:rPr>
          <w:sz w:val="20"/>
        </w:rPr>
        <w:t>32:17  shish ki. hum to us bachane mein jo a koptic tha, wo ladne laga musa al salam se. ji, to wo galti se kuch unhone aisa ek ghunsa maar diya ki aisi galat jagah par lag gaya ki wo gir gaya aur wahin usne dam tod di. ji,</w:t>
      </w:r>
      <w:r>
        <w:br/>
      </w:r>
      <w:r>
        <w:rPr>
          <w:sz w:val="20"/>
        </w:rPr>
        <w:t>32:35  to yeh jab waqia hua, to a iski wajah se musa al salam bahut hi gamgeen ho gaye aur unhone dua ki, "kal rabbi inni zalam nafsy."</w:t>
      </w:r>
      <w:r>
        <w:br/>
      </w:r>
      <w:r>
        <w:rPr>
          <w:sz w:val="20"/>
        </w:rPr>
        <w:t>32:46  Ji, fag fili ki "Ae Allah, maine apne upar apni jaan par zulm kiya."</w:t>
      </w:r>
      <w:r>
        <w:br/>
      </w:r>
      <w:r>
        <w:rPr>
          <w:sz w:val="20"/>
        </w:rPr>
        <w:t>32:50  Ji, to Allah taala ne unko maaf kiya.</w:t>
      </w:r>
      <w:r>
        <w:br/>
      </w:r>
      <w:r>
        <w:rPr>
          <w:sz w:val="20"/>
        </w:rPr>
        <w:t>32:52  Yaani unhone yeh nahi kaha ki justify nahi kiya hum ki "Maine to galti se a maar diya,</w:t>
      </w:r>
      <w:r>
        <w:br/>
      </w:r>
      <w:r>
        <w:rPr>
          <w:sz w:val="20"/>
        </w:rPr>
        <w:t>33:00  maine jaanboojhkar nahi mara, koi meri intention nahi thi."</w:t>
      </w:r>
      <w:r>
        <w:br/>
      </w:r>
      <w:r>
        <w:rPr>
          <w:sz w:val="20"/>
        </w:rPr>
        <w:t>33:04  A yeh to bas galti se ho gaya.</w:t>
      </w:r>
      <w:r>
        <w:br/>
      </w:r>
      <w:r>
        <w:rPr>
          <w:sz w:val="20"/>
        </w:rPr>
        <w:t>33:06  Balki unhone kaha ki "haaz bin amal shaitan."</w:t>
      </w:r>
      <w:r>
        <w:br/>
      </w:r>
      <w:r>
        <w:rPr>
          <w:sz w:val="20"/>
        </w:rPr>
        <w:t>33:09  hum ki "Maine ek shaitani kaam kiya."</w:t>
      </w:r>
      <w:r>
        <w:br/>
      </w:r>
      <w:r>
        <w:rPr>
          <w:sz w:val="20"/>
        </w:rPr>
        <w:t>33:11  hum aur Allah se dua ki aur bahut hi kaha, "inhu ad mubin."</w:t>
      </w:r>
      <w:r>
        <w:br/>
      </w:r>
      <w:r>
        <w:rPr>
          <w:sz w:val="20"/>
        </w:rPr>
        <w:t>33:16  ki jo shaitan hai, wo bahut hi gumrah karne wala dushman hai insan ka.</w:t>
      </w:r>
      <w:r>
        <w:br/>
      </w:r>
      <w:r>
        <w:rPr>
          <w:sz w:val="20"/>
        </w:rPr>
        <w:t>33:21  ji, to is tarah se a yeh yaani a yeh bhi keh sakte the ki "maine to koi a jaan boojhkar nahi mara hai." hum hum yeh balki usko apne upar liya. hum hum kaha ki "yeh maine ek shaitani kaam kiya." aur phir allah se dua karne lage aur bahut hi gam aur yaani unko bahut hi shauk laga ki "yeh maine kaisa galat kaam kar diya, mujhse kaisa yeh galat kaam ho gaya." ji,</w:t>
      </w:r>
      <w:r>
        <w:br/>
      </w:r>
      <w:r>
        <w:rPr>
          <w:sz w:val="20"/>
        </w:rPr>
        <w:t>33:47  aur doctor sahib, phir kahani mein yeh bhi aata hai ke a us khippi ki a maut ke baad a prophet Musa ke liye khatra bohat barh gaya kyunke ab firoun ne yeh tay kar liya ke woh Musa ko phansi denge. to phir uske baad kya hota hai, doctor sahib?</w:t>
      </w:r>
      <w:r>
        <w:br/>
      </w:r>
      <w:r>
        <w:rPr>
          <w:sz w:val="20"/>
        </w:rPr>
        <w:t>34:06  to is dauran firoun ko pata chal jata hai ke Musa ke hathon se ek kapti ki maut ho gayi hai. to use mauqa mil mil gaya ke "ab hum arrest karein aur saza dein." to yeh sab baatein mahal mein chalne lagi. to wahan mahal mein ek shakhs tha, Musa al salam ka khairkhwa tha.</w:t>
      </w:r>
      <w:r>
        <w:br/>
      </w:r>
      <w:r>
        <w:rPr>
          <w:sz w:val="20"/>
        </w:rPr>
        <w:t>34:32  ek aadmi ka zikr aata hai Quran mein ke "ja rajal bin aksal madinat yasa." ke ek shakhs door se aaya, daudta hua Musa al salam ke paas aur kaha ke "bohat hi a danger hai tumhari life ke liye, tum foran yahan se nikal ja</w:t>
      </w:r>
      <w:r>
        <w:br/>
      </w:r>
      <w:r>
        <w:rPr>
          <w:sz w:val="20"/>
        </w:rPr>
        <w:t>34:49  o." ji, foran mahal se nikal jao aur a warna a jo a soldiers hain a firoun ke, woh tumhein a arrest kar lenge aur firoun tumko bohat hi sakht saza dene ek ke ka plan bana raha hai. to is tarah se Allah taala ne firoun ke mahal mein hi supporters paida kar diye Musa al salam ke liye.</w:t>
      </w:r>
    </w:p>
    <w:p>
      <w:pPr>
        <w:pStyle w:val="Heading2"/>
      </w:pPr>
      <w:r>
        <w:t>Hijra: Prophet's patient, well-considered exit from Mecca</w:t>
      </w:r>
    </w:p>
    <w:p>
      <w:r>
        <w:rPr>
          <w:color w:val="666666"/>
          <w:sz w:val="18"/>
        </w:rPr>
        <w:t>Living with Angels April 11, 2010 · 5m 39s · at 20:24 · https://youtu.be/u-SHIRgBE6M?t=1224</w:t>
      </w:r>
    </w:p>
    <w:p>
      <w:r>
        <w:rPr>
          <w:i/>
        </w:rPr>
        <w:t>“Makkah watan tha Rasul Allah ka, unhone bohot pareshan kiya.”</w:t>
      </w:r>
    </w:p>
    <w:p>
      <w:r>
        <w:rPr>
          <w:sz w:val="20"/>
        </w:rPr>
        <w:t>20:24  ab aap dekhiye, makka mein rasool Allah sal Allah alaihi wasallam, makka watan tha rasool Allah sal Allah alaihi wasallam ka. aur unhon ne itna pareshan kiya, itna pareshan kiya ke rasool Allah yaani majboor ho gaye makka chhodne ke liye.</w:t>
      </w:r>
      <w:r>
        <w:br/>
      </w:r>
      <w:r>
        <w:rPr>
          <w:sz w:val="20"/>
        </w:rPr>
        <w:t>20:42  boycott kar diya. boycott karne ka matlab jante hain kya tha?</w:t>
      </w:r>
      <w:r>
        <w:br/>
      </w:r>
      <w:r>
        <w:rPr>
          <w:sz w:val="20"/>
        </w:rPr>
        <w:t>20:46  yaani makka ka shahar chhod kar log chale gaye is mein, ghaati mein, jis ko kehte hain shib abi talib.</w:t>
      </w:r>
      <w:r>
        <w:br/>
      </w:r>
      <w:r>
        <w:rPr>
          <w:sz w:val="20"/>
        </w:rPr>
        <w:t>20:57  wahan kuch bhi nahi tha. patthar the, patthar bas. kuch khane ke liye nahi tha. darakhton ki jarrein khate the log. aur jante hain kya hua?</w:t>
      </w:r>
      <w:r>
        <w:br/>
      </w:r>
      <w:r>
        <w:rPr>
          <w:sz w:val="20"/>
        </w:rPr>
        <w:t>21:10  rasool Allah ki ahliya mohtarma khadija aap ke sath theen.</w:t>
      </w:r>
      <w:r>
        <w:br/>
      </w:r>
      <w:r>
        <w:rPr>
          <w:sz w:val="20"/>
        </w:rPr>
        <w:t>21:16  isi mein un ki wafat ho gayi, isi musibaton mein. kyunke woh bohat achhe ghar ki theen. woh aaram mein pali theen.</w:t>
      </w:r>
      <w:r>
        <w:br/>
      </w:r>
      <w:r>
        <w:rPr>
          <w:sz w:val="20"/>
        </w:rPr>
        <w:t>21:25  paise wali theen. ab rasool Allah se shadi ke baad un ko musibat pesh aayi aur jaana pada un ko. to kitabon mein aata hai ke Hazrat Khadija jo theen, woh saaf rang ki khatoon theen.</w:t>
      </w:r>
      <w:r>
        <w:br/>
      </w:r>
      <w:r>
        <w:rPr>
          <w:sz w:val="20"/>
        </w:rPr>
        <w:t>21:37  yaani safed rang ki.</w:t>
      </w:r>
      <w:r>
        <w:br/>
      </w:r>
      <w:r>
        <w:rPr>
          <w:sz w:val="20"/>
        </w:rPr>
        <w:t>21:39  aur un ka rang kala ho gaya. kyunke jarrein khate the, patte khate the. un ka rang jo tha safed, woh kala rang ho gaya.</w:t>
      </w:r>
      <w:r>
        <w:br/>
      </w:r>
      <w:r>
        <w:rPr>
          <w:sz w:val="20"/>
        </w:rPr>
        <w:t>21:50  yahan tak aata hai ke jo woh the, yaani bathroom pe jati theen to jaise ke bhed bakri ki woh hoti hai, is tarike se hoti thi. yaani aisi musibaten padin.</w:t>
      </w:r>
      <w:r>
        <w:br/>
      </w:r>
      <w:r>
        <w:rPr>
          <w:sz w:val="20"/>
        </w:rPr>
        <w:t>22:04  kyunke aap koi saboot nahi de sakte ke rasool Allah ne shikayat ki ho, ihtijaj kiya ho, hungama khada kiya ho.</w:t>
      </w:r>
      <w:r>
        <w:br/>
      </w:r>
      <w:r>
        <w:rPr>
          <w:sz w:val="20"/>
        </w:rPr>
        <w:t>22:13  bas sabr, sabr, sabr, sabr, sabr. aakhir mein kya hua? un logon ne faisla kiya ke aap ko qatl karwa lein. is waqt yaani terah saal ki tablegh ke nateeje mein kafi log makke ke andar aur makke ke bahar aap ke saathi ban chuke the.</w:t>
      </w:r>
      <w:r>
        <w:br/>
      </w:r>
      <w:r>
        <w:rPr>
          <w:sz w:val="20"/>
        </w:rPr>
        <w:t>22:35  aur woh log tayyar the jihad karne ke liye. woh log tayyar the jihad karne ke liye.</w:t>
      </w:r>
      <w:r>
        <w:br/>
      </w:r>
      <w:r>
        <w:rPr>
          <w:sz w:val="20"/>
        </w:rPr>
        <w:t>22:42  hamein ijazat di ke hum jihad karenge, un se ladenge.</w:t>
      </w:r>
      <w:r>
        <w:br/>
      </w:r>
      <w:r>
        <w:rPr>
          <w:sz w:val="20"/>
        </w:rPr>
        <w:t>22:48  to aap ne farmaya ke nahi, kabhi nahi. inni lam amr bil qatal mujhe Allah ki taraf se ladne ka hukum nahi aaya hai.</w:t>
      </w:r>
      <w:r>
        <w:br/>
      </w:r>
      <w:r>
        <w:rPr>
          <w:sz w:val="20"/>
        </w:rPr>
        <w:t>23:00  sabr karne ka hukum aaya hai, sabr karna hai. yahan tak ke terahveen saal aisa hua ke un logon ne aap ke ghar ko gher liya.</w:t>
      </w:r>
      <w:r>
        <w:br/>
      </w:r>
      <w:r>
        <w:rPr>
          <w:sz w:val="20"/>
        </w:rPr>
        <w:t>23:12  dekhein, arab ka kirdaar tha, ghar mein ghus kar nahi marte the woh. bohat kirdaar wale the log. un ka tareeqa aisa tha ke arab ghus kar nahi mar sakte the woh.</w:t>
      </w:r>
      <w:r>
        <w:br/>
      </w:r>
      <w:r>
        <w:rPr>
          <w:sz w:val="20"/>
        </w:rPr>
        <w:t>23:24  yeh jo aata hai kitabon mein ke ghar ke bahar talwar liye khade the, is ka raaz yeh hai ke woh ghus nahi sakte the woh.</w:t>
      </w:r>
      <w:r>
        <w:br/>
      </w:r>
      <w:r>
        <w:rPr>
          <w:sz w:val="20"/>
        </w:rPr>
        <w:t>23:32  aise ajib ghareeb log the woh. ek khayme mein ek aurat thi, zevar pehni hui.</w:t>
      </w:r>
      <w:r>
        <w:br/>
      </w:r>
      <w:r>
        <w:rPr>
          <w:sz w:val="20"/>
        </w:rPr>
        <w:t>23:40  to ek daku wahan aa gaya aur kaha ke tum apna zevar utaro. to jante hain kya kiya kiya is ne?</w:t>
      </w:r>
      <w:r>
        <w:br/>
      </w:r>
      <w:r>
        <w:rPr>
          <w:sz w:val="20"/>
        </w:rPr>
        <w:t>23:49  is se hukum diya ke tum apna chehra idhar karo, peeth meri taraf karo. aur utar ke do mujhe zevar, nahi to maar dalunga. yeh ajib ghareeb kirdaar tha arbon ka.</w:t>
      </w:r>
      <w:r>
        <w:br/>
      </w:r>
      <w:r>
        <w:rPr>
          <w:sz w:val="20"/>
        </w:rPr>
        <w:t>24:01  is ko al marwah kaha jata hai. al marwah. to woh log bahar khade the, ghar mein ghus nahi sakte the.</w:t>
      </w:r>
      <w:r>
        <w:br/>
      </w:r>
      <w:r>
        <w:rPr>
          <w:sz w:val="20"/>
        </w:rPr>
        <w:t>24:10  to raat ko rasool Allah sal Allah alaihi wasallam isi darwaze se nikal kar chale gaye madina.</w:t>
      </w:r>
      <w:r>
        <w:br/>
      </w:r>
      <w:r>
        <w:rPr>
          <w:sz w:val="20"/>
        </w:rPr>
        <w:t>24:19  yeh kya cheez thi? yeh al taani thi. al taani. agar aap ajala ka tareeqa ikhtiyar karte, jald bazi ka, to pukarte apne sathiyon ko, daudo, daudo, in ko marna hai.</w:t>
      </w:r>
      <w:r>
        <w:br/>
      </w:r>
      <w:r>
        <w:rPr>
          <w:sz w:val="20"/>
        </w:rPr>
        <w:t>24:29  dekho, yeh bohat sarkash ho gaye hain. bohat saathi jama ho jaate hain. balke aap ne sab ko hukum de diya ke sab chale jayen makka chhod kar.</w:t>
      </w:r>
      <w:r>
        <w:br/>
      </w:r>
      <w:r>
        <w:rPr>
          <w:sz w:val="20"/>
        </w:rPr>
        <w:t>24:41  to is waqt jab ke aap ko boycott kiya gaya, aap ko qatl karna chaha, aap ko jala watan karna chaha, to aap ne ajla wala tareeqa ikhtiyar nahi kiya, balkeh taani wala tareeqa ikhtiyar kiya.</w:t>
      </w:r>
      <w:r>
        <w:br/>
      </w:r>
      <w:r>
        <w:rPr>
          <w:sz w:val="20"/>
        </w:rPr>
        <w:t>24:59  ajla yeh tha hota ke aap logon ko kehte ke dekho, ab waqt agaya hai larai karne ka. ab hum bardasht nahi kar sakte, hamein larna hai in se.</w:t>
      </w:r>
      <w:r>
        <w:br/>
      </w:r>
      <w:r>
        <w:rPr>
          <w:sz w:val="20"/>
        </w:rPr>
        <w:t>25:13  jo ek nazariya khud bana rakha hai logon ne, na?</w:t>
      </w:r>
      <w:r>
        <w:br/>
      </w:r>
      <w:r>
        <w:rPr>
          <w:sz w:val="20"/>
        </w:rPr>
        <w:t>25:19  jihad ghazi marat shaheed yeh islam ka nazariya nahi hai, jhoota nazariya hai, jhoota. to rasool Allah sal Allah alaihi wasallam ne yeh mansooba nahi banaya ke in se larein, balkeh khamoshi se makkah hi chhod dein.</w:t>
      </w:r>
      <w:r>
        <w:br/>
      </w:r>
      <w:r>
        <w:rPr>
          <w:sz w:val="20"/>
        </w:rPr>
        <w:t>25:35  yani work place ko badalna.</w:t>
      </w:r>
      <w:r>
        <w:br/>
      </w:r>
      <w:r>
        <w:rPr>
          <w:sz w:val="20"/>
        </w:rPr>
        <w:t>25:39  aap ka work place jo tha, abhi tak makkah tha. to aap ne jab dekha ke makkah mein mawaqe nahi hain, to aap khamoshi se madine chale gaye.</w:t>
      </w:r>
      <w:r>
        <w:br/>
      </w:r>
      <w:r>
        <w:rPr>
          <w:sz w:val="20"/>
        </w:rPr>
        <w:t>25:53  to aap dekhein ke kitni bari misaal hai taani ki. yani well considered response dena soorat-e-haal ka.</w:t>
      </w:r>
      <w:r>
        <w:br/>
      </w:r>
      <w:r>
        <w:rPr>
          <w:sz w:val="20"/>
        </w:rPr>
        <w:t>26:03  jo soorat-e-haal paida hui hai, to jald bazi mein ek hai response dena. ek hai soch samajh kar, thande tareeqe se is ka response dena.</w:t>
      </w:r>
    </w:p>
    <w:p>
      <w:pPr>
        <w:pStyle w:val="Heading2"/>
      </w:pPr>
      <w:r>
        <w:t>360 idols in the Kaaba, and the Prophet's strategy</w:t>
      </w:r>
    </w:p>
    <w:p>
      <w:r>
        <w:rPr>
          <w:color w:val="666666"/>
          <w:sz w:val="18"/>
        </w:rPr>
        <w:t>A Brief Survey of Islamic History (Eng) February 15, 2007 · 4m 34s · at 59:22 · https://youtu.be/MdRtdA99UlA?t=3562</w:t>
      </w:r>
    </w:p>
    <w:p>
      <w:r>
        <w:rPr>
          <w:i/>
        </w:rPr>
        <w:t>“In Makkah, the Kaaba held 360 idols.”</w:t>
      </w:r>
    </w:p>
    <w:p>
      <w:r>
        <w:rPr>
          <w:sz w:val="20"/>
        </w:rPr>
        <w:t>59:22  So, this is the starting point of da'wah work. Then, you know, in Makkah, there was</w:t>
      </w:r>
      <w:r>
        <w:br/>
      </w:r>
      <w:r>
        <w:rPr>
          <w:sz w:val="20"/>
        </w:rPr>
        <w:t>59:36  the Kaaba. Kaaba was a mosque built by Prophet Abraham</w:t>
      </w:r>
      <w:r>
        <w:br/>
      </w:r>
      <w:r>
        <w:rPr>
          <w:sz w:val="20"/>
        </w:rPr>
        <w:t>59:46  . So, at that time, although Kaaba was built as a mosque, but</w:t>
      </w:r>
      <w:r>
        <w:br/>
      </w:r>
      <w:r>
        <w:rPr>
          <w:sz w:val="20"/>
        </w:rPr>
        <w:t>59:59  during that time, Kaaba was in the custody of mushrik people, idol worshippers.</w:t>
      </w:r>
      <w:r>
        <w:br/>
      </w:r>
      <w:r>
        <w:rPr>
          <w:sz w:val="20"/>
        </w:rPr>
        <w:t>1:00:10  So, they placed idols in the premises of Kaaba. And the number of these idols was no less than 360</w:t>
      </w:r>
      <w:r>
        <w:br/>
      </w:r>
      <w:r>
        <w:rPr>
          <w:sz w:val="20"/>
        </w:rPr>
        <w:t>1:00:27  . So, when the prophet of Islam started his mission, he found that there were 360 idols placed in the sacred Kaaba.</w:t>
      </w:r>
      <w:r>
        <w:br/>
      </w:r>
      <w:r>
        <w:rPr>
          <w:sz w:val="20"/>
        </w:rPr>
        <w:t>1:00:41  It was a very perturbing scene. But the prophet managed this problem.</w:t>
      </w:r>
      <w:r>
        <w:br/>
      </w:r>
      <w:r>
        <w:rPr>
          <w:sz w:val="20"/>
        </w:rPr>
        <w:t>1:00:54  He never touched any idol. E</w:t>
      </w:r>
      <w:r>
        <w:br/>
      </w:r>
      <w:r>
        <w:rPr>
          <w:sz w:val="20"/>
        </w:rPr>
        <w:t>1:00:58  ven he never questioned that you have to remove all these idols. You have noright to put these idols in the sacred Kaaba.</w:t>
      </w:r>
      <w:r>
        <w:br/>
      </w:r>
      <w:r>
        <w:rPr>
          <w:sz w:val="20"/>
        </w:rPr>
        <w:t>1:01:08  No. He never said like this. He never raised this question: "Why did you put these idols in the sacred Kaaba?" He never raised this question at all.</w:t>
      </w:r>
      <w:r>
        <w:br/>
      </w:r>
      <w:r>
        <w:rPr>
          <w:sz w:val="20"/>
        </w:rPr>
        <w:t>1:01:24  But he followed a very simple formula.</w:t>
      </w:r>
      <w:r>
        <w:br/>
      </w:r>
      <w:r>
        <w:rPr>
          <w:sz w:val="20"/>
        </w:rPr>
        <w:t>1:01:33  I can say that his formula at that time was, "Ignore the problem. Avail the opportunities."</w:t>
      </w:r>
      <w:r>
        <w:br/>
      </w:r>
      <w:r>
        <w:rPr>
          <w:sz w:val="20"/>
        </w:rPr>
        <w:t>1:01:42  Ignore the problem. Avail the opportunities." So, he ignored the problem of idols and availed the opportunities of da'wah work.</w:t>
      </w:r>
      <w:r>
        <w:br/>
      </w:r>
      <w:r>
        <w:rPr>
          <w:sz w:val="20"/>
        </w:rPr>
        <w:t>1:01:53  This was his strategy. This was his method.</w:t>
      </w:r>
      <w:r>
        <w:br/>
      </w:r>
      <w:r>
        <w:rPr>
          <w:sz w:val="20"/>
        </w:rPr>
        <w:t>1:02:00  So, what a great lesson! People generally—people used to engage themselves in problems, problems, problems.</w:t>
      </w:r>
      <w:r>
        <w:br/>
      </w:r>
      <w:r>
        <w:rPr>
          <w:sz w:val="20"/>
        </w:rPr>
        <w:t>1:02:12  But the prophet completely ignored the problems.</w:t>
      </w:r>
      <w:r>
        <w:br/>
      </w:r>
      <w:r>
        <w:rPr>
          <w:sz w:val="20"/>
        </w:rPr>
        <w:t>1:02:18  It was a great problem that there were 360 idols placed in the premises of the Holy Kaaba.</w:t>
      </w:r>
      <w:r>
        <w:br/>
      </w:r>
      <w:r>
        <w:rPr>
          <w:sz w:val="20"/>
        </w:rPr>
        <w:t>1:02:31  It is quite evident that it was a great problem. But the prophet adopted this formula: "Ignore the problem.</w:t>
      </w:r>
      <w:r>
        <w:br/>
      </w:r>
      <w:r>
        <w:rPr>
          <w:sz w:val="20"/>
        </w:rPr>
        <w:t>1:02:41  Avail the opportunities."</w:t>
      </w:r>
      <w:r>
        <w:br/>
      </w:r>
      <w:r>
        <w:rPr>
          <w:sz w:val="20"/>
        </w:rPr>
        <w:t>1:02:45  So, he never questioned. He completely ignored the presence of those idols in the Holy Kaaba.</w:t>
      </w:r>
      <w:r>
        <w:br/>
      </w:r>
      <w:r>
        <w:rPr>
          <w:sz w:val="20"/>
        </w:rPr>
        <w:t>1:02:57  At the same time, he tried to avail the opportunity to address people.</w:t>
      </w:r>
      <w:r>
        <w:br/>
      </w:r>
      <w:r>
        <w:rPr>
          <w:sz w:val="20"/>
        </w:rPr>
        <w:t>1:03:06  He used to say, "Ayyuhar naas, ulu la ilaha illallah tufluhu."</w:t>
      </w:r>
      <w:r>
        <w:br/>
      </w:r>
      <w:r>
        <w:rPr>
          <w:sz w:val="20"/>
        </w:rPr>
        <w:t>1:03:14  He never said that, "Oh people, you have to remove all these idols from the Holy Kaaba." No.</w:t>
      </w:r>
      <w:r>
        <w:br/>
      </w:r>
      <w:r>
        <w:rPr>
          <w:sz w:val="20"/>
        </w:rPr>
        <w:t>1:03:23  He simply said that—simply he said that, "Ayyuhar naas, ulu la ilaha illallah tufluhu.</w:t>
      </w:r>
      <w:r>
        <w:br/>
      </w:r>
      <w:r>
        <w:rPr>
          <w:sz w:val="20"/>
        </w:rPr>
        <w:t>1:03:34  Oh people, say that there is no God but one God and you will find success."</w:t>
      </w:r>
    </w:p>
    <w:p>
      <w:pPr>
        <w:pStyle w:val="Heading2"/>
      </w:pPr>
      <w:r>
        <w:t>Prophets Ibrahim, Yunus, Yusuf: reform and dawah</w:t>
      </w:r>
    </w:p>
    <w:p>
      <w:r>
        <w:rPr>
          <w:color w:val="666666"/>
          <w:sz w:val="18"/>
        </w:rPr>
        <w:t>Prophetic Models in Quran (English) - Part II March 05, 2007 Maulana Wahiduddin Khan · 17m 20s · at 0:10 · https://youtu.be/uk0vwl6YNcA?t=10</w:t>
      </w:r>
    </w:p>
    <w:p>
      <w:r>
        <w:rPr>
          <w:i/>
        </w:rPr>
        <w:t>“Bismillah ir-Rahman ir-Raheem. The model of Prophet Ibrahim is very important.”</w:t>
      </w:r>
    </w:p>
    <w:p>
      <w:r>
        <w:rPr>
          <w:sz w:val="20"/>
        </w:rPr>
        <w:t>0:10  Bismillah hir rahman nir raheem.</w:t>
      </w:r>
      <w:r>
        <w:br/>
      </w:r>
      <w:r>
        <w:rPr>
          <w:sz w:val="20"/>
        </w:rPr>
        <w:t>0:20  The model of Prophet Ibrahim is very important.</w:t>
      </w:r>
      <w:r>
        <w:br/>
      </w:r>
      <w:r>
        <w:rPr>
          <w:sz w:val="20"/>
        </w:rPr>
        <w:t>0:31  It gives us a very clear direction.</w:t>
      </w:r>
      <w:r>
        <w:br/>
      </w:r>
      <w:r>
        <w:rPr>
          <w:sz w:val="20"/>
        </w:rPr>
        <w:t>0:42  That when we want to reform or revival, the work of reform or work of revivalism should begin from deconditioning.</w:t>
      </w:r>
      <w:r>
        <w:br/>
      </w:r>
      <w:r>
        <w:rPr>
          <w:sz w:val="20"/>
        </w:rPr>
        <w:t>0:52  There may be different modes of this deconditioning according to the situation.</w:t>
      </w:r>
      <w:r>
        <w:br/>
      </w:r>
      <w:r>
        <w:rPr>
          <w:sz w:val="20"/>
        </w:rPr>
        <w:t>1:03  Every time we are not required to go to desert.</w:t>
      </w:r>
      <w:r>
        <w:br/>
      </w:r>
      <w:r>
        <w:rPr>
          <w:sz w:val="20"/>
        </w:rPr>
        <w:t>1:14  But the principle that must be followed in every age is that when we find ourselves in a</w:t>
      </w:r>
      <w:r>
        <w:br/>
      </w:r>
      <w:r>
        <w:rPr>
          <w:sz w:val="20"/>
        </w:rPr>
        <w:t>1:24  community, in a people who need to be reformed, who need to be revivalism, so we have to</w:t>
      </w:r>
      <w:r>
        <w:br/>
      </w:r>
      <w:r>
        <w:rPr>
          <w:sz w:val="20"/>
        </w:rPr>
        <w:t>1:35  begin our work from deconditioning.</w:t>
      </w:r>
      <w:r>
        <w:br/>
      </w:r>
      <w:r>
        <w:rPr>
          <w:sz w:val="20"/>
        </w:rPr>
        <w:t>1:46  Before deconditioning, nothing will yield any positive result.</w:t>
      </w:r>
      <w:r>
        <w:br/>
      </w:r>
      <w:r>
        <w:rPr>
          <w:sz w:val="20"/>
        </w:rPr>
        <w:t>1:57  For example, political change is not useful in such a situation.</w:t>
      </w:r>
      <w:r>
        <w:br/>
      </w:r>
      <w:r>
        <w:rPr>
          <w:sz w:val="20"/>
        </w:rPr>
        <w:t>2:12  Or giving the doze of prides through historical stories that also will not yield any positive result.</w:t>
      </w:r>
      <w:r>
        <w:br/>
      </w:r>
      <w:r>
        <w:rPr>
          <w:sz w:val="20"/>
        </w:rPr>
        <w:t>2:28  Or any other method is useless in such a situation when the people need reform, revivalism.</w:t>
      </w:r>
      <w:r>
        <w:br/>
      </w:r>
      <w:r>
        <w:rPr>
          <w:sz w:val="20"/>
        </w:rPr>
        <w:t>2:44  So the work of reform must begin from deconditioning. Deconditioning.</w:t>
      </w:r>
      <w:r>
        <w:br/>
      </w:r>
      <w:r>
        <w:rPr>
          <w:sz w:val="20"/>
        </w:rPr>
        <w:t>2:54  Prophet Ibrahim planned his deconditioning plan to decondition people in a very special his way was a very special way.</w:t>
      </w:r>
      <w:r>
        <w:br/>
      </w:r>
      <w:r>
        <w:rPr>
          <w:sz w:val="20"/>
        </w:rPr>
        <w:t>3:05  Now we don't need to go to desert.</w:t>
      </w:r>
      <w:r>
        <w:br/>
      </w:r>
      <w:r>
        <w:rPr>
          <w:sz w:val="20"/>
        </w:rPr>
        <w:t>3:16  But we have to adopt some method according to our situation.</w:t>
      </w:r>
      <w:r>
        <w:br/>
      </w:r>
      <w:r>
        <w:rPr>
          <w:sz w:val="20"/>
        </w:rPr>
        <w:t>3:26  But the purpose will be deconditioning.</w:t>
      </w:r>
      <w:r>
        <w:br/>
      </w:r>
      <w:r>
        <w:rPr>
          <w:sz w:val="20"/>
        </w:rPr>
        <w:t>3:37  We have to begin our work from deconditioning of the minds of people.</w:t>
      </w:r>
      <w:r>
        <w:br/>
      </w:r>
      <w:r>
        <w:rPr>
          <w:sz w:val="20"/>
        </w:rPr>
        <w:t>3:48  Then let us take the example of Prophet Yunus.</w:t>
      </w:r>
      <w:r>
        <w:br/>
      </w:r>
      <w:r>
        <w:rPr>
          <w:sz w:val="20"/>
        </w:rPr>
        <w:t>3:57  Yunus was a Prophet.</w:t>
      </w:r>
      <w:r>
        <w:br/>
      </w:r>
      <w:r>
        <w:rPr>
          <w:sz w:val="20"/>
        </w:rPr>
        <w:t>4:06  He was sent to a city that is called Nainava in Mesopotamia.</w:t>
      </w:r>
      <w:r>
        <w:br/>
      </w:r>
      <w:r>
        <w:rPr>
          <w:sz w:val="20"/>
        </w:rPr>
        <w:t>4:15  So what happened?</w:t>
      </w:r>
      <w:r>
        <w:br/>
      </w:r>
      <w:r>
        <w:rPr>
          <w:sz w:val="20"/>
        </w:rPr>
        <w:t>4:25  Prophet Yunus started his Dawa mission.</w:t>
      </w:r>
      <w:r>
        <w:br/>
      </w:r>
      <w:r>
        <w:rPr>
          <w:sz w:val="20"/>
        </w:rPr>
        <w:t>4:34  But after some time, he gathered that people are not ready to accept his message.</w:t>
      </w:r>
      <w:r>
        <w:br/>
      </w:r>
      <w:r>
        <w:rPr>
          <w:sz w:val="20"/>
        </w:rPr>
        <w:t>4:43  So he left the people of Nainava and wanted to go somewhere else.</w:t>
      </w:r>
      <w:r>
        <w:br/>
      </w:r>
      <w:r>
        <w:rPr>
          <w:sz w:val="20"/>
        </w:rPr>
        <w:t>4:52  But then it was against the scheme of God.</w:t>
      </w:r>
      <w:r>
        <w:br/>
      </w:r>
      <w:r>
        <w:rPr>
          <w:sz w:val="20"/>
        </w:rPr>
        <w:t>5:01  So what happened?</w:t>
      </w:r>
      <w:r>
        <w:br/>
      </w:r>
      <w:r>
        <w:rPr>
          <w:sz w:val="20"/>
        </w:rPr>
        <w:t>5:08  A fish swallowed him.</w:t>
      </w:r>
      <w:r>
        <w:br/>
      </w:r>
      <w:r>
        <w:rPr>
          <w:sz w:val="20"/>
        </w:rPr>
        <w:t>5:15  Maybe it was a whale.</w:t>
      </w:r>
      <w:r>
        <w:br/>
      </w:r>
      <w:r>
        <w:rPr>
          <w:sz w:val="20"/>
        </w:rPr>
        <w:t>5:22  Because a whale is big enough to swallow a man.</w:t>
      </w:r>
      <w:r>
        <w:br/>
      </w:r>
      <w:r>
        <w:rPr>
          <w:sz w:val="20"/>
        </w:rPr>
        <w:t>5:29  So according to the God's order, a fish swallowed Prophet Yunus.</w:t>
      </w:r>
      <w:r>
        <w:br/>
      </w:r>
      <w:r>
        <w:rPr>
          <w:sz w:val="20"/>
        </w:rPr>
        <w:t>5:36  And he compelled to stay in his I'tikaf up to 40 days.</w:t>
      </w:r>
      <w:r>
        <w:br/>
      </w:r>
      <w:r>
        <w:rPr>
          <w:sz w:val="20"/>
        </w:rPr>
        <w:t>5:43  Then he repented.</w:t>
      </w:r>
      <w:r>
        <w:br/>
      </w:r>
      <w:r>
        <w:rPr>
          <w:sz w:val="20"/>
        </w:rPr>
        <w:t>5:50  He asked forgiveness from God.</w:t>
      </w:r>
      <w:r>
        <w:br/>
      </w:r>
      <w:r>
        <w:rPr>
          <w:sz w:val="20"/>
        </w:rPr>
        <w:t>5:58  And God accepted his tawba, his repentance. And then that fish put him in some land.</w:t>
      </w:r>
      <w:r>
        <w:br/>
      </w:r>
      <w:r>
        <w:rPr>
          <w:sz w:val="20"/>
        </w:rPr>
        <w:t>6:12  Here he admitted his mistake.</w:t>
      </w:r>
      <w:r>
        <w:br/>
      </w:r>
      <w:r>
        <w:rPr>
          <w:sz w:val="20"/>
        </w:rPr>
        <w:t>6:19  And he returned again to the people of Nainava.</w:t>
      </w:r>
      <w:r>
        <w:br/>
      </w:r>
      <w:r>
        <w:rPr>
          <w:sz w:val="20"/>
        </w:rPr>
        <w:t>6:27  Prophet Yunus again returned to the people of Nainava.</w:t>
      </w:r>
      <w:r>
        <w:br/>
      </w:r>
      <w:r>
        <w:rPr>
          <w:sz w:val="20"/>
        </w:rPr>
        <w:t>6:35  And again he started his mission, his Dawa mission.</w:t>
      </w:r>
      <w:r>
        <w:br/>
      </w:r>
      <w:r>
        <w:rPr>
          <w:sz w:val="20"/>
        </w:rPr>
        <w:t>6:43  And then the result was quite positive.</w:t>
      </w:r>
      <w:r>
        <w:br/>
      </w:r>
      <w:r>
        <w:rPr>
          <w:sz w:val="20"/>
        </w:rPr>
        <w:t>6:49  All those people who are living in Nainava, they accepted his call.</w:t>
      </w:r>
      <w:r>
        <w:br/>
      </w:r>
      <w:r>
        <w:rPr>
          <w:sz w:val="20"/>
        </w:rPr>
        <w:t>6:55  They accepted the Divine religion.</w:t>
      </w:r>
      <w:r>
        <w:br/>
      </w:r>
      <w:r>
        <w:rPr>
          <w:sz w:val="20"/>
        </w:rPr>
        <w:t>7:01  So this is an example.</w:t>
      </w:r>
      <w:r>
        <w:br/>
      </w:r>
      <w:r>
        <w:rPr>
          <w:sz w:val="20"/>
        </w:rPr>
        <w:t>7:07  You can find this example in the Quran as well as in the Bible.</w:t>
      </w:r>
      <w:r>
        <w:br/>
      </w:r>
      <w:r>
        <w:rPr>
          <w:sz w:val="20"/>
        </w:rPr>
        <w:t>7:14  So this is also a model. This model tells us that that Dawa work that we cannot abandon Dawa work. We have to do Dawa work continuously.</w:t>
      </w:r>
      <w:r>
        <w:br/>
      </w:r>
      <w:r>
        <w:rPr>
          <w:sz w:val="20"/>
        </w:rPr>
        <w:t>7:43  We are not allowed to go to despair. We are not allowed to go to be disappointed. This example or this model tells us that we have to be hopeful forever. We have to do Dawa work.</w:t>
      </w:r>
      <w:r>
        <w:br/>
      </w:r>
      <w:r>
        <w:rPr>
          <w:sz w:val="20"/>
        </w:rPr>
        <w:t>8:10  And also we do prayer. We have to pray and be hopeful. Be hopeful. Because Prophet Yunus fell into disappointment.</w:t>
      </w:r>
      <w:r>
        <w:br/>
      </w:r>
      <w:r>
        <w:rPr>
          <w:sz w:val="20"/>
        </w:rPr>
        <w:t>8:39  But after more work, after doing more Dawa work, the same nation accepted his message.</w:t>
      </w:r>
      <w:r>
        <w:br/>
      </w:r>
      <w:r>
        <w:rPr>
          <w:sz w:val="20"/>
        </w:rPr>
        <w:t>8:49  The same nation accepted the religion of Islam, the religion of God.</w:t>
      </w:r>
      <w:r>
        <w:br/>
      </w:r>
      <w:r>
        <w:rPr>
          <w:sz w:val="20"/>
        </w:rPr>
        <w:t>8:59  So there is no room for disappointment in Dawa work.</w:t>
      </w:r>
      <w:r>
        <w:br/>
      </w:r>
      <w:r>
        <w:rPr>
          <w:sz w:val="20"/>
        </w:rPr>
        <w:t>9:10  There is no room for frustration in Dawa work.</w:t>
      </w:r>
      <w:r>
        <w:br/>
      </w:r>
      <w:r>
        <w:rPr>
          <w:sz w:val="20"/>
        </w:rPr>
        <w:t>9:20  So Prophet Yunus also provides a very, very important model.</w:t>
      </w:r>
      <w:r>
        <w:br/>
      </w:r>
      <w:r>
        <w:rPr>
          <w:sz w:val="20"/>
        </w:rPr>
        <w:t>9:30  In this model, Dai must be hopeful in every situation, in every condition.</w:t>
      </w:r>
      <w:r>
        <w:br/>
      </w:r>
      <w:r>
        <w:rPr>
          <w:sz w:val="20"/>
        </w:rPr>
        <w:t>9:41  Hope is an integral part of the Dai.</w:t>
      </w:r>
      <w:r>
        <w:br/>
      </w:r>
      <w:r>
        <w:rPr>
          <w:sz w:val="20"/>
        </w:rPr>
        <w:t>9:53  Hope, hope, hope.</w:t>
      </w:r>
      <w:r>
        <w:br/>
      </w:r>
      <w:r>
        <w:rPr>
          <w:sz w:val="20"/>
        </w:rPr>
        <w:t>10:05  Then we have to know that if Dai leaves his Badu people, he will be disgraced by God.</w:t>
      </w:r>
      <w:r>
        <w:br/>
      </w:r>
      <w:r>
        <w:rPr>
          <w:sz w:val="20"/>
        </w:rPr>
        <w:t>10:18  If a Dai abandons his Dawa work and leaves his Madhu, he will be disgraced by God.</w:t>
      </w:r>
      <w:r>
        <w:br/>
      </w:r>
      <w:r>
        <w:rPr>
          <w:sz w:val="20"/>
        </w:rPr>
        <w:t>10:38  It is very risky. Very risky. So the model of Prophet Yunus gives us a very, very important example as well as a very important lesson. Then let us take the model of Prophet Yusuf.</w:t>
      </w:r>
      <w:r>
        <w:br/>
      </w:r>
      <w:r>
        <w:rPr>
          <w:sz w:val="20"/>
        </w:rPr>
        <w:t>11:07  Prophet Yusuf is called in Biblical literature as Joseph.</w:t>
      </w:r>
      <w:r>
        <w:br/>
      </w:r>
      <w:r>
        <w:rPr>
          <w:sz w:val="20"/>
        </w:rPr>
        <w:t>11:14  So Prophet Yusuf was sent to Egypt.</w:t>
      </w:r>
      <w:r>
        <w:br/>
      </w:r>
      <w:r>
        <w:rPr>
          <w:sz w:val="20"/>
        </w:rPr>
        <w:t>11:22  At that time, there was a Mushrik ruler.</w:t>
      </w:r>
      <w:r>
        <w:br/>
      </w:r>
      <w:r>
        <w:rPr>
          <w:sz w:val="20"/>
        </w:rPr>
        <w:t>11:30  There was a king whose religion was Shirk.</w:t>
      </w:r>
      <w:r>
        <w:br/>
      </w:r>
      <w:r>
        <w:rPr>
          <w:sz w:val="20"/>
        </w:rPr>
        <w:t>11:38  He was a patron of Mushrik culture. But what happened? This king was impressed by the personality of Prophet Joseph.</w:t>
      </w:r>
      <w:r>
        <w:br/>
      </w:r>
      <w:r>
        <w:rPr>
          <w:sz w:val="20"/>
        </w:rPr>
        <w:t>11:59  And he offered an office in his government.</w:t>
      </w:r>
      <w:r>
        <w:br/>
      </w:r>
      <w:r>
        <w:rPr>
          <w:sz w:val="20"/>
        </w:rPr>
        <w:t>12:07  That was like a Ministry of Food.</w:t>
      </w:r>
      <w:r>
        <w:br/>
      </w:r>
      <w:r>
        <w:rPr>
          <w:sz w:val="20"/>
        </w:rPr>
        <w:t>12:15  So Prophet Joseph, Prophet Yusuf accepted this offer.</w:t>
      </w:r>
      <w:r>
        <w:br/>
      </w:r>
      <w:r>
        <w:rPr>
          <w:sz w:val="20"/>
        </w:rPr>
        <w:t>12:23  He accepted this offer.</w:t>
      </w:r>
      <w:r>
        <w:br/>
      </w:r>
      <w:r>
        <w:rPr>
          <w:sz w:val="20"/>
        </w:rPr>
        <w:t>12:31  He accepted food Ministry under the rule of a Mushrik king.</w:t>
      </w:r>
      <w:r>
        <w:br/>
      </w:r>
      <w:r>
        <w:rPr>
          <w:sz w:val="20"/>
        </w:rPr>
        <w:t>12:39  Then what happened?</w:t>
      </w:r>
      <w:r>
        <w:br/>
      </w:r>
      <w:r>
        <w:rPr>
          <w:sz w:val="20"/>
        </w:rPr>
        <w:t>12:47  Acceptance of this offer means he adjusted with the Mushrik king. He tried to avoid confrontation with that Mushrik king. And then what happened?</w:t>
      </w:r>
      <w:r>
        <w:br/>
      </w:r>
      <w:r>
        <w:rPr>
          <w:sz w:val="20"/>
        </w:rPr>
        <w:t>13:06  When he avoided the confrontation, he was able to avail the opportunities of Dava. So Prophet Yusuf organized Dawa work. One example of his Dawa is mentioned in the Quran in Chapter Yusuf.</w:t>
      </w:r>
      <w:r>
        <w:br/>
      </w:r>
      <w:r>
        <w:rPr>
          <w:sz w:val="20"/>
        </w:rPr>
        <w:t>13:34  Very beautiful sermon of Dava.</w:t>
      </w:r>
      <w:r>
        <w:br/>
      </w:r>
      <w:r>
        <w:rPr>
          <w:sz w:val="20"/>
        </w:rPr>
        <w:t>13:45  And also he was able to settle Banu Israel in Egypt.</w:t>
      </w:r>
      <w:r>
        <w:br/>
      </w:r>
      <w:r>
        <w:rPr>
          <w:sz w:val="20"/>
        </w:rPr>
        <w:t>13:56  At that time, his father Yaqub and his sons, they were Banu Israel.</w:t>
      </w:r>
      <w:r>
        <w:br/>
      </w:r>
      <w:r>
        <w:rPr>
          <w:sz w:val="20"/>
        </w:rPr>
        <w:t>14:07  They were belonging to Banu Israel.</w:t>
      </w:r>
      <w:r>
        <w:br/>
      </w:r>
      <w:r>
        <w:rPr>
          <w:sz w:val="20"/>
        </w:rPr>
        <w:t>14:19  So he was able to settle his family or Banu Israel in Egypt.</w:t>
      </w:r>
      <w:r>
        <w:br/>
      </w:r>
      <w:r>
        <w:rPr>
          <w:sz w:val="20"/>
        </w:rPr>
        <w:t>14:30  They settled in Egypt and remained up to several hundred years.</w:t>
      </w:r>
      <w:r>
        <w:br/>
      </w:r>
      <w:r>
        <w:rPr>
          <w:sz w:val="20"/>
        </w:rPr>
        <w:t>14:41  So when he adopted the principle of avoidance against the Mushrik rule, he was able to avail the opportunities.</w:t>
      </w:r>
      <w:r>
        <w:br/>
      </w:r>
      <w:r>
        <w:rPr>
          <w:sz w:val="20"/>
        </w:rPr>
        <w:t>14:53  Opportunities of Dava.</w:t>
      </w:r>
      <w:r>
        <w:br/>
      </w:r>
      <w:r>
        <w:rPr>
          <w:sz w:val="20"/>
        </w:rPr>
        <w:t>15:00  And also he was able to settle Banu Israel in Egypt.</w:t>
      </w:r>
      <w:r>
        <w:br/>
      </w:r>
      <w:r>
        <w:rPr>
          <w:sz w:val="20"/>
        </w:rPr>
        <w:t>15:07  So this is a very, very important Prophet Yusuf model gives us a very important lesson.</w:t>
      </w:r>
      <w:r>
        <w:br/>
      </w:r>
      <w:r>
        <w:rPr>
          <w:sz w:val="20"/>
        </w:rPr>
        <w:t>15:15  That if you find yourself in a situation where the ruler is Mushrik or according to modern time,</w:t>
      </w:r>
      <w:r>
        <w:br/>
      </w:r>
      <w:r>
        <w:rPr>
          <w:sz w:val="20"/>
        </w:rPr>
        <w:t>15:22  the ruler is secular.</w:t>
      </w:r>
      <w:r>
        <w:br/>
      </w:r>
      <w:r>
        <w:rPr>
          <w:sz w:val="20"/>
        </w:rPr>
        <w:t>15:30  In modern according to the modern time, we can say that if the ruler is secular, then don't</w:t>
      </w:r>
      <w:r>
        <w:br/>
      </w:r>
      <w:r>
        <w:rPr>
          <w:sz w:val="20"/>
        </w:rPr>
        <w:t>15:36  go to confrontation.</w:t>
      </w:r>
      <w:r>
        <w:br/>
      </w:r>
      <w:r>
        <w:rPr>
          <w:sz w:val="20"/>
        </w:rPr>
        <w:t>15:42  Don't try to change his rule.</w:t>
      </w:r>
      <w:r>
        <w:br/>
      </w:r>
      <w:r>
        <w:rPr>
          <w:sz w:val="20"/>
        </w:rPr>
        <w:t>15:48  Don't try to change his secular rule.</w:t>
      </w:r>
      <w:r>
        <w:br/>
      </w:r>
      <w:r>
        <w:rPr>
          <w:sz w:val="20"/>
        </w:rPr>
        <w:t>15:54  But try to find the opportunities.</w:t>
      </w:r>
      <w:r>
        <w:br/>
      </w:r>
      <w:r>
        <w:rPr>
          <w:sz w:val="20"/>
        </w:rPr>
        <w:t>16:01  You will find that there are opportunities in terms of Dava. There are opportunities in terms of education. There are opportunities in terms of economic progress. There are opportunities in terms of social reform. So this is the model of Prophet Joseph, Prophet Yusuf.</w:t>
      </w:r>
      <w:r>
        <w:br/>
      </w:r>
      <w:r>
        <w:rPr>
          <w:sz w:val="20"/>
        </w:rPr>
        <w:t>16:24  It is very, very important that if you find yourself in an environment, in a country where where</w:t>
      </w:r>
      <w:r>
        <w:br/>
      </w:r>
      <w:r>
        <w:rPr>
          <w:sz w:val="20"/>
        </w:rPr>
        <w:t>16:30  there are rulers who are secular, accept their rule.</w:t>
      </w:r>
      <w:r>
        <w:br/>
      </w:r>
      <w:r>
        <w:rPr>
          <w:sz w:val="20"/>
        </w:rPr>
        <w:t>16:36  Don't try to change their rule.</w:t>
      </w:r>
      <w:r>
        <w:br/>
      </w:r>
      <w:r>
        <w:rPr>
          <w:sz w:val="20"/>
        </w:rPr>
        <w:t>16:43  Don't go to confrontation.</w:t>
      </w:r>
      <w:r>
        <w:br/>
      </w:r>
      <w:r>
        <w:rPr>
          <w:sz w:val="20"/>
        </w:rPr>
        <w:t>16:49  Don't organize opposition to that secular rule.</w:t>
      </w:r>
      <w:r>
        <w:br/>
      </w:r>
      <w:r>
        <w:rPr>
          <w:sz w:val="20"/>
        </w:rPr>
        <w:t>16:55  But avail the opportunities.</w:t>
      </w:r>
      <w:r>
        <w:br/>
      </w:r>
      <w:r>
        <w:rPr>
          <w:sz w:val="20"/>
        </w:rPr>
        <w:t>17:02  And then if you adopt this principle, you will find that everywhere there are opportunities. Just like Prophet Joseph's period. And now in our age, there are so many opportunities open to all.</w:t>
      </w:r>
      <w:r>
        <w:br/>
      </w:r>
      <w:r>
        <w:rPr>
          <w:sz w:val="20"/>
        </w:rPr>
        <w:t>17:30  So this means Prophet Joseph gives us a formula: avoid political confrontation and avail the opportunities in other</w:t>
      </w:r>
    </w:p>
    <w:p>
      <w:pPr>
        <w:pStyle w:val="Heading2"/>
      </w:pPr>
      <w:r>
        <w:t>The Prophet as the first and greatest mujtahid, solving the idols-at-Kaaba problem</w:t>
      </w:r>
    </w:p>
    <w:p>
      <w:r>
        <w:rPr>
          <w:color w:val="666666"/>
          <w:sz w:val="18"/>
        </w:rPr>
        <w:t>Ijtihad in Islam December 28, 2008 · 4m 55s · at 35:19 · https://youtu.be/tQL9OXuyYFk?t=2119</w:t>
      </w:r>
    </w:p>
    <w:p>
      <w:r>
        <w:rPr>
          <w:i/>
        </w:rPr>
        <w:t>“Rasool Allah sab se pehle mujtahid thay”</w:t>
      </w:r>
    </w:p>
    <w:p>
      <w:r>
        <w:rPr>
          <w:sz w:val="20"/>
        </w:rPr>
        <w:t>35:19  ab mein aap ko chand misalein rasool Allah salallahu alaihi wasallam ki dena chahta hoon ke kis tarah se rasool Allah salallahu alaihi wasallam sab se bare, sab se pehle mujtahid the.</w:t>
      </w:r>
      <w:r>
        <w:br/>
      </w:r>
      <w:r>
        <w:rPr>
          <w:sz w:val="20"/>
        </w:rPr>
        <w:t>35:28  wo aik aam tasawwur ghalat qism ka yeh bana hua hai ke rasool Allah salallahu alaihi wasallam ne har waqt wahi aati rehti thi. yeh wasta hi nahi hai.</w:t>
      </w:r>
      <w:r>
        <w:br/>
      </w:r>
      <w:r>
        <w:rPr>
          <w:sz w:val="20"/>
        </w:rPr>
        <w:t>35:38  wahi plus ijtihad, rasool Allah ka naam hai aik aise insan ka jo wahi plus ijtihad par khara hua tha.</w:t>
      </w:r>
      <w:r>
        <w:br/>
      </w:r>
      <w:r>
        <w:rPr>
          <w:sz w:val="20"/>
        </w:rPr>
        <w:t>35:48  yaad rakhiye, is ko agar rasool Allah ko ijtihad ka mauqa Khuda na deta to aap ki shakhsiyat ka irtaqa kaise hota? aap super intellectual kaise bante?</w:t>
      </w:r>
      <w:r>
        <w:br/>
      </w:r>
      <w:r>
        <w:rPr>
          <w:sz w:val="20"/>
        </w:rPr>
        <w:t>36:00  rasool Allah salallahu alaihi wasallam super intellectual the. to agar rasool Allah salallahu alaihi wasallam ko aisa mamla hota ke bas har waqt jibril khare hue hain, to us waqt self thinking kahan se aati?</w:t>
      </w:r>
      <w:r>
        <w:br/>
      </w:r>
      <w:r>
        <w:rPr>
          <w:sz w:val="20"/>
        </w:rPr>
        <w:t>36:11  khud apne dimagh ko kaise active karte hain? wo</w:t>
      </w:r>
      <w:r>
        <w:br/>
      </w:r>
      <w:r>
        <w:rPr>
          <w:sz w:val="20"/>
        </w:rPr>
        <w:t>36:15  to paighambar naam hota hai, revelation plus ijtihad. yaad rakhiye is ko. ab mein aap ko chand aik misal deta hoon.</w:t>
      </w:r>
      <w:r>
        <w:br/>
      </w:r>
      <w:r>
        <w:rPr>
          <w:sz w:val="20"/>
        </w:rPr>
        <w:t>36:28  rasool Allah salallahu alaihi wasallam dekhiye, aap jante hain ke 570 mein paida hue arab mein,</w:t>
      </w:r>
      <w:r>
        <w:br/>
      </w:r>
      <w:r>
        <w:rPr>
          <w:sz w:val="20"/>
        </w:rPr>
        <w:t>36:39  570 mein. to wahan par ab makkah mein paida hue. aap</w:t>
      </w:r>
      <w:r>
        <w:br/>
      </w:r>
      <w:r>
        <w:rPr>
          <w:sz w:val="20"/>
        </w:rPr>
        <w:t>36:45  makkah ke paas aik mountain tha, hira. is mein aik cave tha, cave kho. is wahan pe jaya karte the aap.</w:t>
      </w:r>
      <w:r>
        <w:br/>
      </w:r>
      <w:r>
        <w:rPr>
          <w:sz w:val="20"/>
        </w:rPr>
        <w:t>36:57  to 40 saal tak jo hai aap ka isi tarah guzra. matlab har din nahi jate the. zyada tar aisa hota tha ke jab aap mature age ko pahunche to kho mein chalate</w:t>
      </w:r>
      <w:r>
        <w:br/>
      </w:r>
      <w:r>
        <w:rPr>
          <w:sz w:val="20"/>
        </w:rPr>
        <w:t>37:10  the, seclusion mein. wahan par aap ibadat karte the aur ya jo bhi karte the.</w:t>
      </w:r>
      <w:r>
        <w:br/>
      </w:r>
      <w:r>
        <w:rPr>
          <w:sz w:val="20"/>
        </w:rPr>
        <w:t>37:19  yeh logon se alag ho kar ke jab rasool Allah salallahu alaihi wasallam ko dawat, rasool Allah salallahu alaihi wasallam ko paighambar banaya gaya to yeh hukum hua ke kun fanzir logon mein ailan karo, logon ko ja kar ke Khuda ka message pahunchao.</w:t>
      </w:r>
      <w:r>
        <w:br/>
      </w:r>
      <w:r>
        <w:rPr>
          <w:sz w:val="20"/>
        </w:rPr>
        <w:t>37:37  to hira mein aap insanon se alag raha karte the. ab yeh hua ke insanon ke darmiyan jao, insanon ko ja kar Khuda ki baat pahunchao.</w:t>
      </w:r>
      <w:r>
        <w:br/>
      </w:r>
      <w:r>
        <w:rPr>
          <w:sz w:val="20"/>
        </w:rPr>
        <w:t>37:52  ab bohat se naye naye problem. pehla problem yeh tha ke makkah mein kahan aik aik aik aik insan ko to un ke ja kar mil sakte hain, lekin gathering kahan milegi?</w:t>
      </w:r>
      <w:r>
        <w:br/>
      </w:r>
      <w:r>
        <w:rPr>
          <w:sz w:val="20"/>
        </w:rPr>
        <w:t>38:06  aik hai individual ko kahein pa jaein ya aik aadmi kahein hai, woh ja kar us ko bata diya. Lekin gathering kahan mile gi? To Makkah mein gathering ka sirf aik hi jagah thi, woh thi Ka'aba.</w:t>
      </w:r>
      <w:r>
        <w:br/>
      </w:r>
      <w:r>
        <w:rPr>
          <w:sz w:val="20"/>
        </w:rPr>
        <w:t>38:20  Kyun? 360 but thay wahan par, 360. To Makkah mein us zamane mein log audio worshipers thay, un buton ki wajah se wahan atay thay, atay rehtay thay.</w:t>
      </w:r>
      <w:r>
        <w:br/>
      </w:r>
      <w:r>
        <w:rPr>
          <w:sz w:val="20"/>
        </w:rPr>
        <w:t>38:31  To woh aik assembly hoti thi, wahan par gathering hoti thi.</w:t>
      </w:r>
      <w:r>
        <w:br/>
      </w:r>
      <w:r>
        <w:rPr>
          <w:sz w:val="20"/>
        </w:rPr>
        <w:t>38:35  Ab wahan par gaya to wahan aik naya problem, wahan se but rakhe hue hain.</w:t>
      </w:r>
      <w:r>
        <w:br/>
      </w:r>
      <w:r>
        <w:rPr>
          <w:sz w:val="20"/>
        </w:rPr>
        <w:t>38:42  To aap ne, aap yeh samajhta hoon ke yeh aik ijtihad ka waqia tha ke Rasool Allah Sal Allah Alayhi Wasallam ne dealing kiya dono ko, yani buton ke ke moamle ko gathering ke moamle ko dealing kiya.</w:t>
      </w:r>
      <w:r>
        <w:br/>
      </w:r>
      <w:r>
        <w:rPr>
          <w:sz w:val="20"/>
        </w:rPr>
        <w:t>38:55  Aap ne bhai but hai to hua karein, lekin yahan gathering to hai, hum gathering ko address karein ge.</w:t>
      </w:r>
      <w:r>
        <w:br/>
      </w:r>
      <w:r>
        <w:rPr>
          <w:sz w:val="20"/>
        </w:rPr>
        <w:t>39:03  To dekhiye, jab aap thay yani cave mein, Ghar-e-Hira mein, to wahan koi gathering nahi, koi insan nahi. Yeh aik nai nai situation se aap ko yahan par face karna para.</w:t>
      </w:r>
      <w:r>
        <w:br/>
      </w:r>
      <w:r>
        <w:rPr>
          <w:sz w:val="20"/>
        </w:rPr>
        <w:t>39:16  Nai situation, 40 saal tak aap ko yeh situation nahi pesh aayi thi. Ab achaanak aik nai situation pesh aayi ke pehle to aap akele mein mein ghor-o-fikr kar rahe hain, meditation kar rahe hain, ibadat kar rahe hain, akele mein bas.</w:t>
      </w:r>
      <w:r>
        <w:br/>
      </w:r>
      <w:r>
        <w:rPr>
          <w:sz w:val="20"/>
        </w:rPr>
        <w:t>39:34  Ab insano ke beech mein aap ko khara hona hai. Jahan insan rahein ge, wahan problem bhi rahega, un ke but bhi wahan rakhe hue hain. To aap ne dealing ki policy ikhtiyar ki ke but hai to hua karein, insan to hain, un ko hum address karein ge.</w:t>
      </w:r>
      <w:r>
        <w:br/>
      </w:r>
      <w:r>
        <w:rPr>
          <w:sz w:val="20"/>
        </w:rPr>
        <w:t>39:52  Yeh tha Rasool Allah ka ijtihad, yeh tha Rasool Allah ka ijtihad, yeh tha creative thinking ki aik aik misaal,</w:t>
      </w:r>
      <w:r>
        <w:br/>
      </w:r>
      <w:r>
        <w:rPr>
          <w:sz w:val="20"/>
        </w:rPr>
        <w:t>40:04  aik re-assess karna, re-think karna, re-planning karna, us ki aik misaal. Yahi hai creativity, yahi ijtihad.</w:t>
      </w:r>
    </w:p>
    <w:p>
      <w:pPr>
        <w:pStyle w:val="Heading2"/>
      </w:pPr>
      <w:r>
        <w:t>Decline of self-control from Prophet to Muawiya</w:t>
      </w:r>
    </w:p>
    <w:p>
      <w:r>
        <w:rPr>
          <w:color w:val="666666"/>
          <w:sz w:val="18"/>
        </w:rPr>
        <w:t>Characteristics of the Sahaba 6July, 2019 - Maulana Wahiduddin Khan · 5m 45s · at 2:05 · https://youtu.be/2wktpPu1O8Q?t=125</w:t>
      </w:r>
    </w:p>
    <w:p>
      <w:r>
        <w:rPr>
          <w:i/>
        </w:rPr>
        <w:t>“Rasool Allah sallallahu alaihi wa sallam ke zamane mein”</w:t>
      </w:r>
    </w:p>
    <w:p>
      <w:r>
        <w:rPr>
          <w:sz w:val="20"/>
        </w:rPr>
        <w:t>2:05  rasool Allah sal Allah alaih wasalam kay zamanay mein, zamanay mein, jab aap kuch boltay thay, kuch, kuch lecture detay thay, koi baat kehtay thay,</w:t>
      </w:r>
      <w:r>
        <w:br/>
      </w:r>
      <w:r>
        <w:rPr>
          <w:sz w:val="20"/>
        </w:rPr>
        <w:t>2:22  to aakhir mein aap kehtay thay kay "ashiri ashari al nas".</w:t>
      </w:r>
      <w:r>
        <w:br/>
      </w:r>
      <w:r>
        <w:rPr>
          <w:sz w:val="20"/>
        </w:rPr>
        <w:t>2:33  koi masla darpesh hota tha to aap logon ko ikatha kartay thay aur batatay thay, aur farmatay thay kay "ashiri ala aiha al nas".</w:t>
      </w:r>
      <w:r>
        <w:br/>
      </w:r>
      <w:r>
        <w:rPr>
          <w:sz w:val="20"/>
        </w:rPr>
        <w:t>2:46  aay logon, yeh masla hai, is mein tum log mujhe mashwara do.</w:t>
      </w:r>
      <w:r>
        <w:br/>
      </w:r>
      <w:r>
        <w:rPr>
          <w:sz w:val="20"/>
        </w:rPr>
        <w:t>2:55  aay logon, yeh masla meray samnay hai is waqt, tum log is mein mujhe mashwara do. to jantay hain kya hota tha?</w:t>
      </w:r>
      <w:r>
        <w:br/>
      </w:r>
      <w:r>
        <w:rPr>
          <w:sz w:val="20"/>
        </w:rPr>
        <w:t>3:08  aaj main ne majlisain dekhi hain, bohat majlisain dekhi hain. log har aadmi bolnay lagta hai, kuch samajh nahi aata kay kya keh rahay hain log.</w:t>
      </w:r>
      <w:r>
        <w:br/>
      </w:r>
      <w:r>
        <w:rPr>
          <w:sz w:val="20"/>
        </w:rPr>
        <w:t>3:17  wohi bol rahay hain, wohi bol rahay hain, wohi bol rahay hain. aur wahan par sunata hota rehta tha kay rasool Allah ne kaha kay batao, aur woh to sunata sunata.</w:t>
      </w:r>
      <w:r>
        <w:br/>
      </w:r>
      <w:r>
        <w:rPr>
          <w:sz w:val="20"/>
        </w:rPr>
        <w:t>3:32  yeh kyun hota tha? main ne bohat socha</w:t>
      </w:r>
      <w:r>
        <w:br/>
      </w:r>
      <w:r>
        <w:rPr>
          <w:sz w:val="20"/>
        </w:rPr>
        <w:t>3:38  kay aisa kyun hota tha? rasool Allah to kehtay hain kay bol kar batao, aur koi bol hi nahi raha.</w:t>
      </w:r>
      <w:r>
        <w:br/>
      </w:r>
      <w:r>
        <w:rPr>
          <w:sz w:val="20"/>
        </w:rPr>
        <w:t>3:51  to kuch din ka pause hota tha, lamba pause. phir kya hota tha?</w:t>
      </w:r>
      <w:r>
        <w:br/>
      </w:r>
      <w:r>
        <w:rPr>
          <w:sz w:val="20"/>
        </w:rPr>
        <w:t>4:01  hamesha ab oopar kay kharay hotay thay.</w:t>
      </w:r>
      <w:r>
        <w:br/>
      </w:r>
      <w:r>
        <w:rPr>
          <w:sz w:val="20"/>
        </w:rPr>
        <w:t>4:10  is par main ne socha kay aisa kyun hota tha?</w:t>
      </w:r>
      <w:r>
        <w:br/>
      </w:r>
      <w:r>
        <w:rPr>
          <w:sz w:val="20"/>
        </w:rPr>
        <w:t>4:16  to woh log jantay thay kay pehlay bolnay ka haq jo hai, woh abubakar ko hai. hum bolain to kyun bolain? pehlay bolain to abubakar bolain, hum kyun bolain?</w:t>
      </w:r>
      <w:r>
        <w:br/>
      </w:r>
      <w:r>
        <w:rPr>
          <w:sz w:val="20"/>
        </w:rPr>
        <w:t>4:32  yeh anokhi sifat thi jo aaj main ne, main ne musalmanon ki bohat bari dekhi hain, kisi ko main ne paya nahi.</w:t>
      </w:r>
      <w:r>
        <w:br/>
      </w:r>
      <w:r>
        <w:rPr>
          <w:sz w:val="20"/>
        </w:rPr>
        <w:t>4:45  to woh is liye rasool Allah kehtay thay kay bolo. log chup rehtay thay. kyun? is liye kay log jab zaroor jantay thay kay sab say pehlay bolna hai abubakar ko, hum kyun bolain?</w:t>
      </w:r>
      <w:r>
        <w:br/>
      </w:r>
      <w:r>
        <w:rPr>
          <w:sz w:val="20"/>
        </w:rPr>
        <w:t>5:03  chunanche ek lambe pause ke baad abubakar khade hote the, woh apni rai dete the.</w:t>
      </w:r>
      <w:r>
        <w:br/>
      </w:r>
      <w:r>
        <w:rPr>
          <w:sz w:val="20"/>
        </w:rPr>
        <w:t>5:17  phir is ke baad doosra daur aaya umar ka. umar ke daur ka matlab yeh hai ke rasool Allah hi ke zamane mein abubakar chale gaye, ab abubakar,</w:t>
      </w:r>
      <w:r>
        <w:br/>
      </w:r>
      <w:r>
        <w:rPr>
          <w:sz w:val="20"/>
        </w:rPr>
        <w:t>5:33  abubakar chale gaye, ab umar reh gaya.</w:t>
      </w:r>
      <w:r>
        <w:br/>
      </w:r>
      <w:r>
        <w:rPr>
          <w:sz w:val="20"/>
        </w:rPr>
        <w:t>5:39  to ab abubakar ka bhi tareeqa wahi tha. koi masla pesh aaya to aap ne kaha ke bhai yeh masla hai, aap rai dijiye,</w:t>
      </w:r>
      <w:r>
        <w:br/>
      </w:r>
      <w:r>
        <w:rPr>
          <w:sz w:val="20"/>
        </w:rPr>
        <w:t>5:52  rai dijiye.</w:t>
      </w:r>
      <w:r>
        <w:br/>
      </w:r>
      <w:r>
        <w:rPr>
          <w:sz w:val="20"/>
        </w:rPr>
        <w:t>5:59  to dobara wahan pause ho jata tha, chup log chup rehte the, chup rehte the. is ke baad lambe pause ke baad khade hote the kaun?</w:t>
      </w:r>
      <w:r>
        <w:br/>
      </w:r>
      <w:r>
        <w:rPr>
          <w:sz w:val="20"/>
        </w:rPr>
        <w:t>6:12  umar. to yeh pause kyon tha? hota tha. ab log yeh sochte the ke pehle bolen to umar bol rahe hain, hum kyon bolen?</w:t>
      </w:r>
      <w:r>
        <w:br/>
      </w:r>
      <w:r>
        <w:rPr>
          <w:sz w:val="20"/>
        </w:rPr>
        <w:t>6:25  to pehle log abubakar ko mauqa dete the bolne ka, phir log umar ko mauqa dete the bolne ka.</w:t>
      </w:r>
      <w:r>
        <w:br/>
      </w:r>
      <w:r>
        <w:rPr>
          <w:sz w:val="20"/>
        </w:rPr>
        <w:t>6:40  is waqt matlab yeh tha ke bhai yeh rai hai to rai dene ka hamein, hum to follower hain,</w:t>
      </w:r>
      <w:r>
        <w:br/>
      </w:r>
      <w:r>
        <w:rPr>
          <w:sz w:val="20"/>
        </w:rPr>
        <w:t>6:50  rai dene wale to abubakar hain. jab doosra dafa na aaya tab yeh hoga ke rai dena chahiye umar ko, hamein to follow karna hai.</w:t>
      </w:r>
      <w:r>
        <w:br/>
      </w:r>
      <w:r>
        <w:rPr>
          <w:sz w:val="20"/>
        </w:rPr>
        <w:t>7:04  ab yeh cheez khatm ho gayi. is zamane mein baat ko, is ke baad jab daur aaya usman ka, to haal soojhra ho gaya.</w:t>
      </w:r>
      <w:r>
        <w:br/>
      </w:r>
      <w:r>
        <w:rPr>
          <w:sz w:val="20"/>
        </w:rPr>
        <w:t>7:16  yahi bol rahe hain, wahi bol rahe hain, wahi bol rahe hain. yahan tak ke yeh samajhna hi mushkil hai ke kya logon ne kaha.</w:t>
      </w:r>
      <w:r>
        <w:br/>
      </w:r>
      <w:r>
        <w:rPr>
          <w:sz w:val="20"/>
        </w:rPr>
        <w:t>7:29  yahi haal hua umar ke zamane mein, yahi haal hua ali ke zamane mein. to is ke baad kya hua? is ke baad ameer muawiya ne dekha ke yeh to self control ka zamana khatm ho gaya.</w:t>
      </w:r>
      <w:r>
        <w:br/>
      </w:r>
      <w:r>
        <w:rPr>
          <w:sz w:val="20"/>
        </w:rPr>
        <w:t>7:46  khud se koi chup hone wala hai nahin.</w:t>
      </w:r>
    </w:p>
    <w:p>
      <w:pPr>
        <w:pStyle w:val="Heading2"/>
      </w:pPr>
      <w:r>
        <w:t>why so many differences exist among scholars</w:t>
      </w:r>
    </w:p>
    <w:p>
      <w:r>
        <w:rPr>
          <w:color w:val="666666"/>
          <w:sz w:val="18"/>
        </w:rPr>
        <w:t>Evolution of Fiqh: The Journey</w:t>
        <w:br/>
        <w:t>of Islamic Jurisprudence Dec 22, 2024 · 5m 09s · at 31:54 · https://youtu.be/Iwtb-eFjp2c?t=1914</w:t>
      </w:r>
    </w:p>
    <w:p>
      <w:r>
        <w:rPr>
          <w:i/>
        </w:rPr>
        <w:t>“ikhtilaaf itne badhe hue hain ke lagta hai kabhi khatam nahi honge”</w:t>
      </w:r>
    </w:p>
    <w:p>
      <w:r>
        <w:rPr>
          <w:sz w:val="20"/>
        </w:rPr>
        <w:t>31:54  ikhtilaf itnay barhay hue hain, itnay barhay hue hain ke yeh kabhi jaisay lagta hai ke lam itna hi hai, kabhi khatam nahi honay walay hain aur bilkul bila sabab hai,</w:t>
      </w:r>
      <w:r>
        <w:br/>
      </w:r>
      <w:r>
        <w:rPr>
          <w:sz w:val="20"/>
        </w:rPr>
        <w:t>32:04  kyun ke masla kuch bhi nahi tha. ab ab daur oosl mein jab hadisein collect nahi hui theen, jama nahi hui theen to us waqt yeh masla paida hi nahi hua tha.</w:t>
      </w:r>
      <w:r>
        <w:br/>
      </w:r>
      <w:r>
        <w:rPr>
          <w:sz w:val="20"/>
        </w:rPr>
        <w:t>32:17  baad mein jab hadisein jama huien to logon ne dekha ke bohat sari cheezon mein mutazad raaye hai, bohat sari cheezon mein.</w:t>
      </w:r>
      <w:r>
        <w:br/>
      </w:r>
      <w:r>
        <w:rPr>
          <w:sz w:val="20"/>
        </w:rPr>
        <w:t>32:27  to kabhi rasool allah salallaho alaihi wasallam ne yahan tak hai ke kabhi joota pehan ke bhi namaz parhi hai.</w:t>
      </w:r>
      <w:r>
        <w:br/>
      </w:r>
      <w:r>
        <w:rPr>
          <w:sz w:val="20"/>
        </w:rPr>
        <w:t>32:33  to yeh is tareeqay se kabhi "ameen" ahista kaha, kabhi zor kaha, kabhi "bismillah" ahista kaha, kabhi zor kaha. kabhi hazrat umar aik bar aaye, unho ne masjid mein jab dakhil hotay hain to namaz parhte hain.</w:t>
      </w:r>
      <w:r>
        <w:br/>
      </w:r>
      <w:r>
        <w:rPr>
          <w:sz w:val="20"/>
        </w:rPr>
        <w:t>32:47  hazrat umar ne aik ne aik rakat bhi namaz parhi hai. unho ne kisi ne poocha ke aap ne aik rakat parhi hai? unho ne kaha yeh to nafila hai. to is tareeqay ki cheezein pehle pehle logon ko maloom</w:t>
      </w:r>
      <w:r>
        <w:br/>
      </w:r>
      <w:r>
        <w:rPr>
          <w:sz w:val="20"/>
        </w:rPr>
        <w:t>32:59  nahi theen. jab hadisein jama huien, tab logon ne dekha ke aik hi masail mein kai kai raaye hain sahaba ki. to us ko woh lagay tarjeeh denay ke kiya behtar hai, kiya kiya preference ke usool se us ko dekhnay lagay.</w:t>
      </w:r>
      <w:r>
        <w:br/>
      </w:r>
      <w:r>
        <w:rPr>
          <w:sz w:val="20"/>
        </w:rPr>
        <w:t>33:17  to us waqt wahi tha ke sari hadisein samnay nahi theen. ab jaisay tahajjud, ab sab log yeh samajhtay hain ke tahajjud ke liye hum ko bees rakat hi namaz parh</w:t>
      </w:r>
      <w:r>
        <w:br/>
      </w:r>
      <w:r>
        <w:rPr>
          <w:sz w:val="20"/>
        </w:rPr>
        <w:t>33:27  ni hai. ab bohat si khaas tor par ladies, ab ramzan ka zamana, kaam bhi bohat hota hai, phir roza rakhti hain, ndhaal ho ho jati hain.</w:t>
      </w:r>
      <w:r>
        <w:br/>
      </w:r>
      <w:r>
        <w:rPr>
          <w:sz w:val="20"/>
        </w:rPr>
        <w:t>33:35  un ko bees rakat parhna bohat logon ko mushkil lagta hai. to tahajjud jo hai, do rakat se bees rakat tak aap kuch bhi parh sakte hain, jitna aap ke andar capacity hai.</w:t>
      </w:r>
      <w:r>
        <w:br/>
      </w:r>
      <w:r>
        <w:rPr>
          <w:sz w:val="20"/>
        </w:rPr>
        <w:t>33:46  to</w:t>
      </w:r>
      <w:r>
        <w:br/>
      </w:r>
      <w:r>
        <w:rPr>
          <w:sz w:val="20"/>
        </w:rPr>
        <w:t>33:47  isi tareeqay se namaz mein, jaisay rasool allah salallaho alaihi wasallam namaz mein kabhi quran ka portion parha jata hai, kabhi kam parhtay, kabhi ziyada parhtay, aur kabhi dekhtay ke aur aurat apna bachcha le kar aai hai, bachcha ro raha hai to us ko short kar detay hain.</w:t>
      </w:r>
      <w:r>
        <w:br/>
      </w:r>
      <w:r>
        <w:rPr>
          <w:sz w:val="20"/>
        </w:rPr>
        <w:t>34:04  to yeh halaat ke hisab se bohat kuch karna parta hai.</w:t>
      </w:r>
      <w:r>
        <w:br/>
      </w:r>
      <w:r>
        <w:rPr>
          <w:sz w:val="20"/>
        </w:rPr>
        <w:t>34:08  to jo aik usool hai "qillat takleef" ke islam jo hai, aasani chahta hai, khuda aasani chahta hai, mushkil nahi chahta hai.</w:t>
      </w:r>
      <w:r>
        <w:br/>
      </w:r>
      <w:r>
        <w:rPr>
          <w:sz w:val="20"/>
        </w:rPr>
        <w:t>34:18  jo hazrat ayesha ne kaha ke easier option aur harder option ke rasool allah salallaho alaihi wasallam hamesha dekhtay thay ke kiya asan hai, wahi option letay thay.</w:t>
      </w:r>
      <w:r>
        <w:br/>
      </w:r>
      <w:r>
        <w:rPr>
          <w:sz w:val="20"/>
        </w:rPr>
        <w:t>34:31  to yahi baat thi is mein bhi.</w:t>
      </w:r>
      <w:r>
        <w:br/>
      </w:r>
      <w:r>
        <w:rPr>
          <w:sz w:val="20"/>
        </w:rPr>
        <w:t>34:34  aur jab aik jo ikhtilafat hain, woh basics mein nahi hain balkay non basics mein hain, jis ko hum juziyat kehtay hain.</w:t>
      </w:r>
      <w:r>
        <w:br/>
      </w:r>
      <w:r>
        <w:rPr>
          <w:sz w:val="20"/>
        </w:rPr>
        <w:t>34:43  matlab hai ke namaz mein kitnay waqt ki namazein hain, farz namazein kitni hain, is mein kisi mein bhi ikhtilaf nahi hai.</w:t>
      </w:r>
      <w:r>
        <w:br/>
      </w:r>
      <w:r>
        <w:rPr>
          <w:sz w:val="20"/>
        </w:rPr>
        <w:t>34:53  ab nafl namazon mein ikhtilaf hoga, hath yahan rakhna hai ke neeche rakhna hai, is mein ikhtilaf hoga. hanafi musafaha kaisay karna</w:t>
      </w:r>
      <w:r>
        <w:br/>
      </w:r>
      <w:r>
        <w:rPr>
          <w:sz w:val="20"/>
        </w:rPr>
        <w:t>35:01  hai? hanfi kehte hain do hath se musafaha karna hai, ahle hadith kehte hain ek hath se musafaha karna hai. is mein itne jhagde hain, itne jhagde hain ke kuch baat nahin.</w:t>
      </w:r>
      <w:r>
        <w:br/>
      </w:r>
      <w:r>
        <w:rPr>
          <w:sz w:val="20"/>
        </w:rPr>
        <w:t>35:11  aur is mein kya hai? ek hath se bhi kar sakte hain, do hath se bhi kar sakte hain, kyunke sahaba ke bare mein aya hai ke tamam sahabi guided hain.</w:t>
      </w:r>
      <w:r>
        <w:br/>
      </w:r>
      <w:r>
        <w:rPr>
          <w:sz w:val="20"/>
        </w:rPr>
        <w:t>35:20  to hum kisi bhi ek sahabi ki baat ko maan sakte hain aur hum guided honge.</w:t>
      </w:r>
      <w:r>
        <w:br/>
      </w:r>
      <w:r>
        <w:rPr>
          <w:sz w:val="20"/>
        </w:rPr>
        <w:t>35:29  is mein hadith mein aya hai ke mere sahabi sab ke sab sitaron ke manind hain, tum kisi ko bhi follow karo, tum guided ho ge. ab hanfi hain, do namaz ekatha nahin karte siwaye safar ke aur hajj ke.</w:t>
      </w:r>
      <w:r>
        <w:br/>
      </w:r>
      <w:r>
        <w:rPr>
          <w:sz w:val="20"/>
        </w:rPr>
        <w:t>35:43  aur do namaz ekatha ki ja sakti hain. hum kahin ja rahe hain, hamein pata hai ke hamein time nahin milega namaz ka, jo zuhr, asr aur maghrib aur isha mein pata hai ke time nahin milega.</w:t>
      </w:r>
      <w:r>
        <w:br/>
      </w:r>
      <w:r>
        <w:rPr>
          <w:sz w:val="20"/>
        </w:rPr>
        <w:t>35:54  to hum ekatha kar sakte</w:t>
      </w:r>
      <w:r>
        <w:br/>
      </w:r>
      <w:r>
        <w:rPr>
          <w:sz w:val="20"/>
        </w:rPr>
        <w:t>35:55  hain, kyunke school of thought bhi to school of fiqh bhi to kai hain. ek ek hai hanfi, maliki, shafi, hanbali aur shion ka hai fiqh jafri.</w:t>
      </w:r>
      <w:r>
        <w:br/>
      </w:r>
      <w:r>
        <w:rPr>
          <w:sz w:val="20"/>
        </w:rPr>
        <w:t>36:08  to sab hi chunki hadithon ka bahut zyada chhanbeen hui hai aur jo zaeef hadithain alag kar di gayi hain</w:t>
      </w:r>
      <w:r>
        <w:br/>
      </w:r>
      <w:r>
        <w:rPr>
          <w:sz w:val="20"/>
        </w:rPr>
        <w:t>36:17  , to jo bhi achhe collections hain, jaise mishkat al-masabih, jo bhi achhe collection hain, is mein sahih bukhari, sahih muslim, is mein zyada tar sahih hadithain hi hain.</w:t>
      </w:r>
      <w:r>
        <w:br/>
      </w:r>
      <w:r>
        <w:rPr>
          <w:sz w:val="20"/>
        </w:rPr>
        <w:t>36:29  to hum is ke mutabiq amal kar sakte hain apni sahulat ke mutabiq. to isi tarah asal ikhtilaf ki aur bhi waj</w:t>
      </w:r>
      <w:r>
        <w:br/>
      </w:r>
      <w:r>
        <w:rPr>
          <w:sz w:val="20"/>
        </w:rPr>
        <w:t>36:41  uhat hain, jaise rasool Allah salallahu alaihi wasallam ne ek bar yahudi ka janaza dekha ja raha tha, to aap khade ho gaye. ab is mein har sahabi ne alag is ko bataya reason.</w:t>
      </w:r>
      <w:r>
        <w:br/>
      </w:r>
      <w:r>
        <w:rPr>
          <w:sz w:val="20"/>
        </w:rPr>
        <w:t>36:54  koi keh raha hai ke janaza upar tha, aap niche baithe the, to aap khade ho gaye. jab koi keh raha hai farishte sath mein chal rahe the, to farishton ki ta'zeem ke liye aap khade ho gaye.</w:t>
      </w:r>
    </w:p>
    <w:p>
      <w:pPr>
        <w:pStyle w:val="Heading2"/>
      </w:pPr>
      <w:r>
        <w:t>When to intervene against wrongdoing: the capacity principle</w:t>
      </w:r>
    </w:p>
    <w:p>
      <w:r>
        <w:rPr>
          <w:color w:val="666666"/>
          <w:sz w:val="18"/>
        </w:rPr>
        <w:t xml:space="preserve">Life of the Prophet of Islam </w:t>
        <w:br/>
        <w:t>March 15, 2009 · 4m 55s · at 1:12:18 · https://youtu.be/qk9NiFqVwoo?t=4338</w:t>
      </w:r>
    </w:p>
    <w:p>
      <w:r>
        <w:rPr>
          <w:i/>
        </w:rPr>
        <w:t>“Should you intervene against wrongdoing? First look at the result.”</w:t>
      </w:r>
    </w:p>
    <w:p>
      <w:r>
        <w:rPr>
          <w:sz w:val="20"/>
        </w:rPr>
        <w:t>1:12:18  das question is from Mr. Muhammad Adil</w:t>
      </w:r>
      <w:r>
        <w:br/>
      </w:r>
      <w:r>
        <w:rPr>
          <w:sz w:val="20"/>
        </w:rPr>
        <w:t>1:12:22  . agar kisi mein koi baat dekhe jo Islam ke khilaaf ho to kya use wohi tok dena sahi hai jabke tokne se inteshaar paida hone ka khatra rehta hai?</w:t>
      </w:r>
      <w:r>
        <w:br/>
      </w:r>
      <w:r>
        <w:rPr>
          <w:sz w:val="20"/>
        </w:rPr>
        <w:t>1:12:35  na tokne se Allah pakar kar sakta hai ke jab maine tumhein aql di thi to tum ne apne saathi ko kyun nahi kaha?</w:t>
      </w:r>
      <w:r>
        <w:br/>
      </w:r>
      <w:r>
        <w:rPr>
          <w:sz w:val="20"/>
        </w:rPr>
        <w:t>1:12:44  humein kya karna chahiye? dekhein, yeh bohat bari fallacy hai.</w:t>
      </w:r>
      <w:r>
        <w:br/>
      </w:r>
      <w:r>
        <w:rPr>
          <w:sz w:val="20"/>
        </w:rPr>
        <w:t>1:12:49  hadees mein aata hai ke man raah minkarankara bil yadi wa man liyusat bilisani wa bilist qalbi is se log nikalte hain aisa.</w:t>
      </w:r>
      <w:r>
        <w:br/>
      </w:r>
      <w:r>
        <w:rPr>
          <w:sz w:val="20"/>
        </w:rPr>
        <w:t>1:12:58  dekhein, in every situation you have to see the result. man hasan israil mar taraka balayani. result dekhe baghair jo log is mein jump karte hain, woh bilashubah woh gunah ka kaam karte hain.</w:t>
      </w:r>
      <w:r>
        <w:br/>
      </w:r>
      <w:r>
        <w:rPr>
          <w:sz w:val="20"/>
        </w:rPr>
        <w:t>1:13:15  main zindagi mein bohat dekhta raha hoon logon ko ke jump kiya unhone aur baat ko bigaad diya aur jhagda badha aur fasad badha. yeh bilkul hi Islam ke khilaaf hai, bilkul baseless hai.</w:t>
      </w:r>
      <w:r>
        <w:br/>
      </w:r>
      <w:r>
        <w:rPr>
          <w:sz w:val="20"/>
        </w:rPr>
        <w:t>1:13:26  is hadees se yeh nikalna har har har practice ke upar, yaani har koi bhi, koi bhi aap karne ja rahe hon to so you have to see result.</w:t>
      </w:r>
      <w:r>
        <w:br/>
      </w:r>
      <w:r>
        <w:rPr>
          <w:sz w:val="20"/>
        </w:rPr>
        <w:t>1:13:38  agar woh positive result nikalta ho to aap is mein intervene kijiye.</w:t>
      </w:r>
      <w:r>
        <w:br/>
      </w:r>
      <w:r>
        <w:rPr>
          <w:sz w:val="20"/>
        </w:rPr>
        <w:t>1:13:45  positive result nahi nikalta hai to dua kijiye, ja kar masjid mein khade ho ke dua kijiye.</w:t>
      </w:r>
      <w:r>
        <w:br/>
      </w:r>
      <w:r>
        <w:rPr>
          <w:sz w:val="20"/>
        </w:rPr>
        <w:t>1:13:51  Islam mein dekhein, har cheez mein yeh result laga hua hai. har cheez mein, jaise Rasool Allah jab Makah mein thay to wahan par Hazrat Umar jo hain, bohat bahadur aadmi thay.</w:t>
      </w:r>
      <w:r>
        <w:br/>
      </w:r>
      <w:r>
        <w:rPr>
          <w:sz w:val="20"/>
        </w:rPr>
        <w:t>1:14:05  Hazrat Umar bohat pehalwan aadmi thay, woh bohat lambe oonche thay.</w:t>
      </w:r>
      <w:r>
        <w:br/>
      </w:r>
      <w:r>
        <w:rPr>
          <w:sz w:val="20"/>
        </w:rPr>
        <w:t>1:14:09  jab Masjid Nabwi bani thi Madinah mein to jab woh dakhil hue to unka sar takra gaya kyunke bohat oonche darwaze nahi thay. yeh itne lambe oonche aadmi thay ke unka sar takra gaya is se, Masjid Nabwi ke darwaze se.</w:t>
      </w:r>
      <w:r>
        <w:br/>
      </w:r>
      <w:r>
        <w:rPr>
          <w:sz w:val="20"/>
        </w:rPr>
        <w:t>1:14:25  to unhone kaha Rasool Allah se ke hum jihad karenge, pareshan karte hain Makah wale, hum se ladenge. to aap ne kya farmaya? ya Umar ana qaleel aey Umar, hum thode hain.</w:t>
      </w:r>
      <w:r>
        <w:br/>
      </w:r>
      <w:r>
        <w:rPr>
          <w:sz w:val="20"/>
        </w:rPr>
        <w:t>1:14:37  dekhein, aap ne result ko dekha, hum thode hain, woh zyada hain. lad jayenge to wahi hum ko marenge. aap ne farmaya ya Umar ana qaleel to koi bhi cheez ho, yaad rakhiye, chahe woh jihad ho, chahe tokna ho ya kahin koi kisi ki islaah karna ho,</w:t>
      </w:r>
      <w:r>
        <w:br/>
      </w:r>
      <w:r>
        <w:rPr>
          <w:sz w:val="20"/>
        </w:rPr>
        <w:t>1:14:59  to sab se pehle sochiye ke kya main is mein agar intervene karta hoon to main koi positive result nikaal sakta hoon? nahi to haram hai is mein kudna.</w:t>
      </w:r>
      <w:r>
        <w:br/>
      </w:r>
      <w:r>
        <w:rPr>
          <w:sz w:val="20"/>
        </w:rPr>
        <w:t>1:15:10  yaad rakhiye, aap ja ke dua kijiye, masjid mein baith kar ke, apne ghar baith kar ke dua kijiye. kuch is mein jump kyun karte hain aap? main baat is liye keh raha hoon ke bar bar maine dekha apni zindagi mein ke log jump karte hain aur baat ko bigaad dete hain.</w:t>
      </w:r>
      <w:r>
        <w:br/>
      </w:r>
      <w:r>
        <w:rPr>
          <w:sz w:val="20"/>
        </w:rPr>
        <w:t>1:15:26  baat ko bigaad dete hain. yeh ho raha hai Kashmir mein, yeh ho raha hai Falasteen mein, har jagah yeh ho raha hai. abhi jo, abhi, abhi jo fasad hua tha</w:t>
      </w:r>
      <w:r>
        <w:br/>
      </w:r>
      <w:r>
        <w:rPr>
          <w:sz w:val="20"/>
        </w:rPr>
        <w:t>1:15:35  ke kahin Holi ka rang pad gaya, ab jump kar ke pahunche wahan, koi rok dra tum ne? aur bohat hi galat qism ka bana rakha hai ke Holi Holi ka rang padne se koi shirk ho gaya.</w:t>
      </w:r>
      <w:r>
        <w:br/>
      </w:r>
      <w:r>
        <w:rPr>
          <w:sz w:val="20"/>
        </w:rPr>
        <w:t>1:15:46  sab jhooti baatein hain yeh sab, kya Islam se koi ta'alluq nahi hai? yaad rakhiye ke jo log yeh kehte hon ke Holi ka rang padne se aap ka Islam khatre mein pad gaya, yeh shirk hai, yeh bilkul jhooti baat bolte hain.</w:t>
      </w:r>
      <w:r>
        <w:br/>
      </w:r>
      <w:r>
        <w:rPr>
          <w:sz w:val="20"/>
        </w:rPr>
        <w:t>1:15:59  Khuda ke haan bohat zyada pakad hogi in ki. kuch bhi nahi, is ki koi haqeeqat nahi hai. bas</w:t>
      </w:r>
      <w:r>
        <w:br/>
      </w:r>
      <w:r>
        <w:rPr>
          <w:sz w:val="20"/>
        </w:rPr>
        <w:t>1:16:05  pad gaya to pad gaya. Rasool Allah ke zamane mein Masjid Nabwi mein ek aadmi ne aaya, woh ganda kar diya to log us ko marna chahte thay.</w:t>
      </w:r>
      <w:r>
        <w:br/>
      </w:r>
      <w:r>
        <w:rPr>
          <w:sz w:val="20"/>
        </w:rPr>
        <w:t>1:16:14  Rasool Allah ne kaha ke pani lao, daal do, sab baqi saaf ho jayega. Rasool Allah ne gandagi ko Masjid mein nahi, nahi, is ke liye kuch karne diya.</w:t>
      </w:r>
      <w:r>
        <w:br/>
      </w:r>
      <w:r>
        <w:rPr>
          <w:sz w:val="20"/>
        </w:rPr>
        <w:t>1:16:25  aur yahan aap rang par aap shor machate hain aur ladte hain, aur jab fasad hota hai to bura bhala kehte hain doosron ko.</w:t>
      </w:r>
      <w:r>
        <w:br/>
      </w:r>
      <w:r>
        <w:rPr>
          <w:sz w:val="20"/>
        </w:rPr>
        <w:t>1:16:33  bilashubah yeh baatil hai, baatil hai, baatil hai. to behal main yeh kahunga ke chahe tokna ho, chahe ladna ho ya koi aur qism ka intervention ho, first of all you have to see the result.</w:t>
      </w:r>
      <w:r>
        <w:br/>
      </w:r>
      <w:r>
        <w:rPr>
          <w:sz w:val="20"/>
        </w:rPr>
        <w:t>1:16:48  agar positive result nikaal sakte hon aap to aap wahan dakhal dijiye, nahi to chup chap ghar baithiye, dua kijiye, masjid mein ja kar ke namaz padh ke dua kijiye.</w:t>
      </w:r>
      <w:r>
        <w:br/>
      </w:r>
      <w:r>
        <w:rPr>
          <w:sz w:val="20"/>
        </w:rPr>
        <w:t>1:17:00  Khuda ke haan pakad us waqt hogi jab ke aap jump karein aur maamle ko bigaad dein. is mein pakad hogi, is mein pakad nahi hogi ke aap, aap ko, aap ko yeh taqat nahi thi ke aap kuch wahan kar sakein to aap kyun nahi kiya?</w:t>
      </w:r>
    </w:p>
    <w:p>
      <w:pPr>
        <w:pStyle w:val="Heading2"/>
      </w:pPr>
      <w:r>
        <w:t>The Treaty of Hudaybiyyah and turning enemies into friends</w:t>
      </w:r>
    </w:p>
    <w:p>
      <w:r>
        <w:rPr>
          <w:color w:val="666666"/>
          <w:sz w:val="18"/>
        </w:rPr>
        <w:t>How to Develop Pratical Wisdom May 5, 2024 · 4m 11s · at 57:30 · https://youtu.be/QIKxtH-MyMM?t=3450</w:t>
      </w:r>
    </w:p>
    <w:p>
      <w:r>
        <w:rPr>
          <w:i/>
        </w:rPr>
        <w:t>“Wars kept happening, and nothing came of them but destruction.”</w:t>
      </w:r>
    </w:p>
    <w:p>
      <w:r>
        <w:rPr>
          <w:sz w:val="20"/>
        </w:rPr>
        <w:t>57:30  isi tarike se usool Hudaibiyah hai. baar baar jangain hoti rahin, jangon se koi nateeja nahin nikla, sirf barbadi aur tabaahi aai.</w:t>
      </w:r>
      <w:r>
        <w:br/>
      </w:r>
      <w:r>
        <w:rPr>
          <w:sz w:val="20"/>
        </w:rPr>
        <w:t>57:41  to phir finally aap ne enemy ki tamam sharaait ko le kar ke aap ne sulah kar li, jis ko hum treaty of Hudaibiyah kehte hain.</w:t>
      </w:r>
      <w:r>
        <w:br/>
      </w:r>
      <w:r>
        <w:rPr>
          <w:sz w:val="20"/>
        </w:rPr>
        <w:t>57:52  to us waqt mutalliq pehlu, ghair mutalliq pehlu yeh tha ke woh log bohat zyada pareshan kar rahe the aur chahte hi nahin the sulah, balkeh woh jang hi chahte the.</w:t>
      </w:r>
      <w:r>
        <w:br/>
      </w:r>
      <w:r>
        <w:rPr>
          <w:sz w:val="20"/>
        </w:rPr>
        <w:t>58:03  to jab mu'ahida likha jaane laga to us par likha Hazrat Ali ne Rasool Allah ki taraf se. to us par bhi unhon ne hungama machaya ke Rasool Allah ko agar hum Rasool Allah maante to hum hum yeh jang hi kyun karte?</w:t>
      </w:r>
      <w:r>
        <w:br/>
      </w:r>
      <w:r>
        <w:rPr>
          <w:sz w:val="20"/>
        </w:rPr>
        <w:t>58:19  to woh Rasool Allah ka lafz mittwaya, woh bhi aap ne mita diya kyunke woh ghair mutalliq, irrelevant expect tha ke jo relevant tha woh yeh tha ke kisi na kisi tarah peace qaim ho jaye.</w:t>
      </w:r>
      <w:r>
        <w:br/>
      </w:r>
      <w:r>
        <w:rPr>
          <w:sz w:val="20"/>
        </w:rPr>
        <w:t>58:32  kyun</w:t>
      </w:r>
      <w:r>
        <w:br/>
      </w:r>
      <w:r>
        <w:rPr>
          <w:sz w:val="20"/>
        </w:rPr>
        <w:t>58:33  ke peace qaim ho jayega to phir tamam jo hai jo peaceful activities hain, da'wa work hai, woh tamam jaari ho jayengi.</w:t>
      </w:r>
      <w:r>
        <w:br/>
      </w:r>
      <w:r>
        <w:rPr>
          <w:sz w:val="20"/>
        </w:rPr>
        <w:t>58:42  aur bilkul wahi hua ke peace qaim ho gaya to bilkul normal situation ho gayi aur saara kaam hone laga aur bohat jald jo hai Makka fateh ho gaya.</w:t>
      </w:r>
      <w:r>
        <w:br/>
      </w:r>
      <w:r>
        <w:rPr>
          <w:sz w:val="20"/>
        </w:rPr>
        <w:t>58:55  phir ek rehnuma usool hai practical wisdom ka, potential friend aur actual</w:t>
      </w:r>
      <w:r>
        <w:br/>
      </w:r>
      <w:r>
        <w:rPr>
          <w:sz w:val="20"/>
        </w:rPr>
        <w:t>59:01  friend. ab hum log jo hain yahi jaante the ke yeh hamara dost hai, yeh hamara dushman hai. to pehli baar yeh saari rehnuma usoolon ko Maulana ne nikala Quran se, Hadees se, Prophet ke sunnaton se,</w:t>
      </w:r>
      <w:r>
        <w:br/>
      </w:r>
      <w:r>
        <w:rPr>
          <w:sz w:val="20"/>
        </w:rPr>
        <w:t>59:16  practices se, aur phir us ke us par likha. to is mein bataya ke jo potential friend aur actual friend hai, to ab hum jab burai ka jawab bhalaai se denge na to to wahi potential friend jo hai woh actual friend ban jayega.</w:t>
      </w:r>
      <w:r>
        <w:br/>
      </w:r>
      <w:r>
        <w:rPr>
          <w:sz w:val="20"/>
        </w:rPr>
        <w:t>59:32  to</w:t>
      </w:r>
      <w:r>
        <w:br/>
      </w:r>
      <w:r>
        <w:rPr>
          <w:sz w:val="20"/>
        </w:rPr>
        <w:t>59:33  is tarike se Quran mein aaya hai chapter 41 mein verse 34. to aur sab yahi hua, tamam jo log saare Makka wale, Arab wale, itne zabardast dushman the aap ke, aap ne sab ko maaf karte rahe, maaf karte rahe, jab fateh Makka ke baad sab ko maaf kar diya, sab dost ban gaye.</w:t>
      </w:r>
      <w:r>
        <w:br/>
      </w:r>
      <w:r>
        <w:rPr>
          <w:sz w:val="20"/>
        </w:rPr>
        <w:t>59:57  to isi tarike se doosra ek rehnuma usool hai ke jo problems hain un ko ignore karo, yani problems jo hain na woh irrelevant aspect hain aur opportunities jo hain woh relevant aspect hain.</w:t>
      </w:r>
      <w:r>
        <w:br/>
      </w:r>
      <w:r>
        <w:rPr>
          <w:sz w:val="20"/>
        </w:rPr>
        <w:t>1:00:09  to problems ko ignore karo aur opportunities ko avail karo. to aur hum log hamesha masail se takrate rehte hain, problems se takrate</w:t>
      </w:r>
      <w:r>
        <w:br/>
      </w:r>
      <w:r>
        <w:rPr>
          <w:sz w:val="20"/>
        </w:rPr>
        <w:t>1:00:18  rehte hain, milta kuch bhi nahin hai. aur agar hum opportunities ko discover karen aur us par kaam karen to hum bohat zyada kamyabi hasil kar sakte hain.</w:t>
      </w:r>
      <w:r>
        <w:br/>
      </w:r>
      <w:r>
        <w:rPr>
          <w:sz w:val="20"/>
        </w:rPr>
        <w:t>1:00:29  to doosri woh hai ke woh to bohat zyada maine thode se usool liye hain ke result oriented action. to jab wahan bohat zyada zulm badh gaya aur Hazrat Umar bhi Islam le aaye to Hazrat Umar to pehelwan the, unhon ne kaha hum kab tak zulm ko bardasht karenge?</w:t>
      </w:r>
      <w:r>
        <w:br/>
      </w:r>
      <w:r>
        <w:rPr>
          <w:sz w:val="20"/>
        </w:rPr>
        <w:t>1:00:47  to aap ne kaha nahin, aap ne dekha ke nateeja kya niklega? to aap ne kaha ya Umar inna qaleel, hum bohat thode hain, to humein to thode hain, to humein bardasht</w:t>
      </w:r>
      <w:r>
        <w:br/>
      </w:r>
      <w:r>
        <w:rPr>
          <w:sz w:val="20"/>
        </w:rPr>
        <w:t>1:00:57  karna hai. to baqi un ka zulm, zulm jo hai woh us ko sabr o bardasht ke zariye se hum sahenge. to hamare andar jitni taqat hai utna kaam karna chahiye, tabhi hum koi bhi nateeja khez amal, result oriented amal kar sakte hain.</w:t>
      </w:r>
      <w:r>
        <w:br/>
      </w:r>
      <w:r>
        <w:rPr>
          <w:sz w:val="20"/>
        </w:rPr>
        <w:t>1:01:18  to isi tarike se lesser evil aur greater evil. to bohat sari cheezain jo hoti hain na lesser evil hoti</w:t>
      </w:r>
      <w:r>
        <w:br/>
      </w:r>
      <w:r>
        <w:rPr>
          <w:sz w:val="20"/>
        </w:rPr>
        <w:t>1:01:24  hain. agar hum lesser evil ko bardasht nahin karte to humein greater evil ka saamna karna padta hai. to is liye humein jaise farz kariye raaste mein koi woh ho jata hai, gaadi chala rahe hain, koi accident ho gaya, thoda sa koi chot lag gayi, kisi ne kuch keh diya.</w:t>
      </w:r>
    </w:p>
    <w:p>
      <w:pPr>
        <w:pStyle w:val="Heading2"/>
      </w:pPr>
      <w:r>
        <w:t>Hajj as a global dawah conference that lost its spirit</w:t>
      </w:r>
    </w:p>
    <w:p>
      <w:r>
        <w:rPr>
          <w:color w:val="666666"/>
          <w:sz w:val="18"/>
        </w:rPr>
        <w:t>Message of Eid Al-Adha July 10, 2022 · 3m 20s · at 18:31 · https://youtu.be/3UrMEgt8GYA?t=1111</w:t>
      </w:r>
    </w:p>
    <w:p>
      <w:r>
        <w:rPr>
          <w:i/>
        </w:rPr>
        <w:t>“Hajj dar-asal Islam ke daaiyon ka ek aalmi ijtima hai”</w:t>
      </w:r>
    </w:p>
    <w:p>
      <w:r>
        <w:rPr>
          <w:sz w:val="20"/>
        </w:rPr>
        <w:t>18:31  to ye, um, um, maulana ne kaha hai ke hajj darasal islam ke da'iyon ka ek aalmi ijtimah hai, yani ek salana dawatii conference hai.</w:t>
      </w:r>
      <w:r>
        <w:br/>
      </w:r>
      <w:r>
        <w:rPr>
          <w:sz w:val="20"/>
        </w:rPr>
        <w:t>18:46  aur rasool allah sallallahu alaihi wasallam ne, prophet muhammad sallallahu alaihi wasallam ne, apne aakhri khutbe mein, um, kaha tha ke jo log maujood hain, wo ghair maujood logon ko mera paigham pahuncha dein.</w:t>
      </w:r>
      <w:r>
        <w:br/>
      </w:r>
      <w:r>
        <w:rPr>
          <w:sz w:val="20"/>
        </w:rPr>
        <w:t>18:58  aur phir kaha sahaba se ke tum se mere baare mein poocha jayega to tum kya jawab do g</w:t>
      </w:r>
      <w:r>
        <w:br/>
      </w:r>
      <w:r>
        <w:rPr>
          <w:sz w:val="20"/>
        </w:rPr>
        <w:t>19:05  e? yani allah tum se poochega ke maine kya tumhein paigham pahuncha diya? to sahaba ne kaha ke aap ne humein paigham pahuncha diya, bahut achhi tarah se aur khair khwahi ke saath aur bahut hi, um, amanat ke saath paigham ko pahuncha diya.</w:t>
      </w:r>
      <w:r>
        <w:br/>
      </w:r>
      <w:r>
        <w:rPr>
          <w:sz w:val="20"/>
        </w:rPr>
        <w:t>19:22  to rasool allah sallallahu alaihi wasallam ne haath aasman ki taraf uthaya, phir sahaba ki taraf kiya aur kaha ke ke aye allah, tu gawah hai, aye allah, tu gawah hai.</w:t>
      </w:r>
      <w:r>
        <w:br/>
      </w:r>
      <w:r>
        <w:rPr>
          <w:sz w:val="20"/>
        </w:rPr>
        <w:t>19:34  to is tareeqe se jab rasool allah sallallahu alaihi wasallam ne khutba diya to itna asar hua sahaba ke upar ke wo usi waqt nikal gaye aur saari jo, um, aabad duniya thi, wahan ja ke islam ka paigham pahunchaya.</w:t>
      </w:r>
      <w:r>
        <w:br/>
      </w:r>
      <w:r>
        <w:rPr>
          <w:sz w:val="20"/>
        </w:rPr>
        <w:t>19:50  aur aaj hum dekhte hain ke saari duniya mein jo islam ke log hain, wo isi, um, dawatii shauq se, isi dawatii, um, kaam se, sahaba ke, ke dawatii mission se, in logon tak ye baat pahunchi.</w:t>
      </w:r>
      <w:r>
        <w:br/>
      </w:r>
      <w:r>
        <w:rPr>
          <w:sz w:val="20"/>
        </w:rPr>
        <w:t>20:10  aaj halaanke bahut bade paimaane pe hajj hota hai, tab to sirf ek lakh pachis hazaar log the jab sahaba gaye the, ab to do million, do million se zyada bhi kabhi ho jate hain.</w:t>
      </w:r>
      <w:r>
        <w:br/>
      </w:r>
      <w:r>
        <w:rPr>
          <w:sz w:val="20"/>
        </w:rPr>
        <w:t>20:22  lekin abhi wo spirit chunke nahi hai, to is liye koi, koi khaas dawatii jazba nahi bed</w:t>
      </w:r>
      <w:r>
        <w:br/>
      </w:r>
      <w:r>
        <w:rPr>
          <w:sz w:val="20"/>
        </w:rPr>
        <w:t>20:28  aar hota. maulana ne likha hai ke jab tak dawatii spirit ko jagaya na jaye to musalmanon mein dawat ka gehra shaoor na, um, jab tak dawat ka gehra shaoor paida na kiya jaye, tab tak hajj ek be-asr, um, ibadat ke taur par baqi rahega.</w:t>
      </w:r>
      <w:r>
        <w:br/>
      </w:r>
      <w:r>
        <w:rPr>
          <w:sz w:val="20"/>
        </w:rPr>
        <w:t>20:45  aur maulana ne ek misaal di hai ke jaise ek bandook hai, wo kharab ho gayi hai to aap us ki, us ke trigger ko dabayenge to wo fire nahi karegi.</w:t>
      </w:r>
      <w:r>
        <w:br/>
      </w:r>
      <w:r>
        <w:rPr>
          <w:sz w:val="20"/>
        </w:rPr>
        <w:t>20:57  to yahi haal ho gaya hai is waqt ke spirit na hone ki wajah se dawatii zauq paida nahi ho raha hai. bas ek rasam ke taur par hajj log ada kar lete hain.</w:t>
      </w:r>
      <w:r>
        <w:br/>
      </w:r>
      <w:r>
        <w:rPr>
          <w:sz w:val="20"/>
        </w:rPr>
        <w:t>21:08  to allah ta'ala se dua hai ke hum sab ko hazrat ibrahim alaihis salam, hazrat ibrahim alaihis salam ke naqsh-e-qadam par chalne ki taufiq ata farmaye taake hum, um, qurbani ke satah par dawat ka kaam kar saken.</w:t>
      </w:r>
      <w:r>
        <w:br/>
      </w:r>
      <w:r>
        <w:rPr>
          <w:sz w:val="20"/>
        </w:rPr>
        <w:t>21:25  aur, um, hum aur allah ta'ala se dua hai ke jo daur aakhir mein, um, dawat ka kaam muqaddar hai, us mein hum sab ko shamil far</w:t>
      </w:r>
      <w:r>
        <w:br/>
      </w:r>
      <w:r>
        <w:rPr>
          <w:sz w:val="20"/>
        </w:rPr>
        <w:t>21:36  ma. wa aakhiru da'wana anil hamdu lillahi rabbil aalameen ab maulana, um, yaqoob sahab dua farmayenge.</w:t>
      </w:r>
    </w:p>
    <w:p>
      <w:pPr>
        <w:pStyle w:val="Heading2"/>
      </w:pPr>
      <w:r>
        <w:t>Prophet's peaceful policy toward idols and the value of peace</w:t>
      </w:r>
    </w:p>
    <w:p>
      <w:r>
        <w:rPr>
          <w:color w:val="666666"/>
          <w:sz w:val="18"/>
        </w:rPr>
        <w:t>Spirit of Hajj 15 May 2007 - Maulana Wahiduddin Khan · 6m 00s · at 52:52 · https://youtu.be/ZoOJXrOeYww?t=3172</w:t>
      </w:r>
    </w:p>
    <w:p>
      <w:r>
        <w:rPr>
          <w:i/>
        </w:rPr>
        <w:t>“When you see the Kaaba, the oldest mosque, called Baitullah”</w:t>
      </w:r>
    </w:p>
    <w:p>
      <w:r>
        <w:rPr>
          <w:sz w:val="20"/>
        </w:rPr>
        <w:t>52:52  for example, when you see kaaba, the oldest, the oldest mosque that is called baitullah, house of god.</w:t>
      </w:r>
      <w:r>
        <w:br/>
      </w:r>
      <w:r>
        <w:rPr>
          <w:sz w:val="20"/>
        </w:rPr>
        <w:t>53:10  so, when you see kaaba, you remember that when prophet of islam started his mission in the first quarter of seven century, at the time, there were 360 idols in kaaba.</w:t>
      </w:r>
      <w:r>
        <w:br/>
      </w:r>
      <w:r>
        <w:rPr>
          <w:sz w:val="20"/>
        </w:rPr>
        <w:t>53:33  at the time, there were 360 idols in kaaba. so, this reference gives you a high kind of inspiration, because you recall</w:t>
      </w:r>
      <w:r>
        <w:br/>
      </w:r>
      <w:r>
        <w:rPr>
          <w:sz w:val="20"/>
        </w:rPr>
        <w:t>53:51  that prophet never touch this, this idols,</w:t>
      </w:r>
      <w:r>
        <w:br/>
      </w:r>
      <w:r>
        <w:rPr>
          <w:sz w:val="20"/>
        </w:rPr>
        <w:t>54:00  but he avoided. he adopted a very unique kind of policy. prophet was prophet of, prophet of islam was prophet of tauheed.</w:t>
      </w:r>
      <w:r>
        <w:br/>
      </w:r>
      <w:r>
        <w:rPr>
          <w:sz w:val="20"/>
        </w:rPr>
        <w:t>54:15  his mission was mission of tauheed.</w:t>
      </w:r>
      <w:r>
        <w:br/>
      </w:r>
      <w:r>
        <w:rPr>
          <w:sz w:val="20"/>
        </w:rPr>
        <w:t>54:20  his message was message of tauheed. so, so the presence of those idols were quite against his message,</w:t>
      </w:r>
      <w:r>
        <w:br/>
      </w:r>
      <w:r>
        <w:rPr>
          <w:sz w:val="20"/>
        </w:rPr>
        <w:t>54:34  quite against his message, but he never touch those, never touch those, those idols.</w:t>
      </w:r>
      <w:r>
        <w:br/>
      </w:r>
      <w:r>
        <w:rPr>
          <w:sz w:val="20"/>
        </w:rPr>
        <w:t>54:49  every day, he used to visit kaaba</w:t>
      </w:r>
      <w:r>
        <w:br/>
      </w:r>
      <w:r>
        <w:rPr>
          <w:sz w:val="20"/>
        </w:rPr>
        <w:t>54:53  and perform his salat, although there were idols, without any,</w:t>
      </w:r>
      <w:r>
        <w:br/>
      </w:r>
      <w:r>
        <w:rPr>
          <w:sz w:val="20"/>
        </w:rPr>
        <w:t>55:11  with complete, with peace.</w:t>
      </w:r>
      <w:r>
        <w:br/>
      </w:r>
      <w:r>
        <w:rPr>
          <w:sz w:val="20"/>
        </w:rPr>
        <w:t>55:18  every day, he used to visit kaaba and perform the salat with complete peace, no anger, no negative thought.</w:t>
      </w:r>
      <w:r>
        <w:br/>
      </w:r>
      <w:r>
        <w:rPr>
          <w:sz w:val="20"/>
        </w:rPr>
        <w:t>55:29  then, he used to preach those people</w:t>
      </w:r>
      <w:r>
        <w:br/>
      </w:r>
      <w:r>
        <w:rPr>
          <w:sz w:val="20"/>
        </w:rPr>
        <w:t>55:38  who were present at the place, this people mushrik.</w:t>
      </w:r>
      <w:r>
        <w:br/>
      </w:r>
      <w:r>
        <w:rPr>
          <w:sz w:val="20"/>
        </w:rPr>
        <w:t>55:48  so, he used to say, o people, ever nas, qulu la ilaha illallah. tifl,</w:t>
      </w:r>
      <w:r>
        <w:br/>
      </w:r>
      <w:r>
        <w:rPr>
          <w:sz w:val="20"/>
        </w:rPr>
        <w:t>55:59  here you can see what was the prophetic policy in such a situation.</w:t>
      </w:r>
      <w:r>
        <w:br/>
      </w:r>
      <w:r>
        <w:rPr>
          <w:sz w:val="20"/>
        </w:rPr>
        <w:t>56:08  he avoided the presence of idols, so that he may perform his salat peacefully, so that he may perform his preaching peacefully.</w:t>
      </w:r>
      <w:r>
        <w:br/>
      </w:r>
      <w:r>
        <w:rPr>
          <w:sz w:val="20"/>
        </w:rPr>
        <w:t>56:24  this was the prophetic policy. so, when you are in kaaba, you remember all these things.</w:t>
      </w:r>
      <w:r>
        <w:br/>
      </w:r>
      <w:r>
        <w:rPr>
          <w:sz w:val="20"/>
        </w:rPr>
        <w:t>56:34  here you learn what is the right way of doing the work,</w:t>
      </w:r>
      <w:r>
        <w:br/>
      </w:r>
      <w:r>
        <w:rPr>
          <w:sz w:val="20"/>
        </w:rPr>
        <w:t>56:44  what is the right way of doing the work.</w:t>
      </w:r>
      <w:r>
        <w:br/>
      </w:r>
      <w:r>
        <w:rPr>
          <w:sz w:val="20"/>
        </w:rPr>
        <w:t>56:52  then, there are so many other historical references. for example, hudaybiyyah. hudaybiyyah is a place.</w:t>
      </w:r>
      <w:r>
        <w:br/>
      </w:r>
      <w:r>
        <w:rPr>
          <w:sz w:val="20"/>
        </w:rPr>
        <w:t>57:02  when you are in hudaybiyyah, you remember the sulh al-hudaybiyyah, hudaybiyyah agreement.</w:t>
      </w:r>
      <w:r>
        <w:br/>
      </w:r>
      <w:r>
        <w:rPr>
          <w:sz w:val="20"/>
        </w:rPr>
        <w:t>57:12  in this agreement, prophet accepted all those conditions presented by the other party,</w:t>
      </w:r>
      <w:r>
        <w:br/>
      </w:r>
      <w:r>
        <w:rPr>
          <w:sz w:val="20"/>
        </w:rPr>
        <w:t>57:25  only for, for, for one reason, to establish peace</w:t>
      </w:r>
      <w:r>
        <w:br/>
      </w:r>
      <w:r>
        <w:rPr>
          <w:sz w:val="20"/>
        </w:rPr>
        <w:t>57:35  . so, peace was, peace was</w:t>
      </w:r>
      <w:r>
        <w:br/>
      </w:r>
      <w:r>
        <w:rPr>
          <w:sz w:val="20"/>
        </w:rPr>
        <w:t>57:41  most important thing for prophet of islam. he gave all the prices, even all the prices,</w:t>
      </w:r>
      <w:r>
        <w:br/>
      </w:r>
      <w:r>
        <w:rPr>
          <w:sz w:val="20"/>
        </w:rPr>
        <w:t>57:55  ayon hi arez the word Rasool Allah from the paper.</w:t>
      </w:r>
      <w:r>
        <w:br/>
      </w:r>
      <w:r>
        <w:rPr>
          <w:sz w:val="20"/>
        </w:rPr>
        <w:t>58:03  so, he gave all da prices they wanted, so that their may be peace.</w:t>
      </w:r>
      <w:r>
        <w:br/>
      </w:r>
      <w:r>
        <w:rPr>
          <w:sz w:val="20"/>
        </w:rPr>
        <w:t>58:16  so, by giving all those prices, he was able to establish peace, and that peace gave him opportunities, gave him.</w:t>
      </w:r>
      <w:r>
        <w:br/>
      </w:r>
      <w:r>
        <w:rPr>
          <w:sz w:val="20"/>
        </w:rPr>
        <w:t>58:29  when there was peace, prophet was able to avail all those opportunities.</w:t>
      </w:r>
      <w:r>
        <w:br/>
      </w:r>
      <w:r>
        <w:rPr>
          <w:sz w:val="20"/>
        </w:rPr>
        <w:t>58:36  when there was peace, prophet was able to avail all those opportunities in term of dawa.</w:t>
      </w:r>
      <w:r>
        <w:br/>
      </w:r>
      <w:r>
        <w:rPr>
          <w:sz w:val="20"/>
        </w:rPr>
        <w:t>58:46  so, this was the prophetic policy.</w:t>
      </w:r>
    </w:p>
    <w:p>
      <w:pPr>
        <w:pStyle w:val="Heading2"/>
      </w:pPr>
      <w:r>
        <w:t>Jesus's virgin birth through his baptism and spiritual calling</w:t>
      </w:r>
    </w:p>
    <w:p>
      <w:r>
        <w:rPr>
          <w:color w:val="666666"/>
          <w:sz w:val="18"/>
        </w:rPr>
        <w:t>Jesus A Shared Figure in Islam and Christianity September 1, 2024 · 4m 24s · at 1:06 · https://youtu.be/UH7pvUeeOc4?t=66</w:t>
      </w:r>
    </w:p>
    <w:p>
      <w:r>
        <w:rPr>
          <w:i/>
        </w:rPr>
        <w:t>“Let's briefly cover the account of Jesus's birth”</w:t>
      </w:r>
    </w:p>
    <w:p>
      <w:r>
        <w:rPr>
          <w:sz w:val="20"/>
        </w:rPr>
        <w:t>1:06  ab hum isiliye yeh baat aap birth ki aapke bahut mukhtasar se lenge. to Hazrat Isa alaihissalam is the only prophet who was born without a father. to yeh bahut badi baat hai ke Allah taala ne Hazrat Maryam ko is kaam ke liye chuna. Maulana ne ek kaha tha ke asal mein log itne kharab ho gaye the,</w:t>
      </w:r>
      <w:r>
        <w:br/>
      </w:r>
      <w:r>
        <w:rPr>
          <w:sz w:val="20"/>
        </w:rPr>
        <w:t>1:30  hypocrisy itni zyada ho gayi thi wahan par.</w:t>
      </w:r>
      <w:r>
        <w:br/>
      </w:r>
      <w:r>
        <w:rPr>
          <w:sz w:val="20"/>
        </w:rPr>
        <w:t>1:34  to Allah taala ne isiliye direct paida kiya aakhri paighambar ko. Bani Israel ke woh aakhri paighambar the, to isiliye woh koi aisa nahin tha jo unka baap ban sake. to is tareeqe se poori detail ke saath aaya hai Quran mein bhi, Surah Maryam aur Surah Aal-e-Imran mein.</w:t>
      </w:r>
      <w:r>
        <w:br/>
      </w:r>
      <w:r>
        <w:rPr>
          <w:sz w:val="20"/>
        </w:rPr>
        <w:t>1:57  to jab Hazrat Maryam ke paas Hazrat Jibril aaye aur unhone khushkhabri di, to unko bahut pareshan hui. lekin baharhaal, Khuda ka hukum tha, to usko accept karna tha. to us waqt woh haikal mein thi. haikal mein woh ibaadat karti rehti thi aur unka saara waqt ibaadat mein hi guzarta tha. isi liye unki bahut bada darja hai Islam mein bhi aur Christianity mein bhi.</w:t>
      </w:r>
      <w:r>
        <w:br/>
      </w:r>
      <w:r>
        <w:rPr>
          <w:sz w:val="20"/>
        </w:rPr>
        <w:t>2:25  to jab birth ka waqt aaya, to Allah ke hukum se woh ek door zara chali gayi, ek ped ke neeche. aur jab bachche ki paidaish ho gayi, to woh bachche ko lekar aayi. to saare log bolne lage ke bhai, yeh to bahut achhe khandan ki thi. aisi khandan mein to aisi galat baat kabhi hui nahin. to unhone bachche ki taraf ishara kiya. to logon ne kaha, bachcha kya bolega? lekin</w:t>
      </w:r>
      <w:r>
        <w:br/>
      </w:r>
      <w:r>
        <w:rPr>
          <w:sz w:val="20"/>
        </w:rPr>
        <w:t>2:52  Allah ke hukum se Hazrat Isa alaihissalam jab god mein the, tabhi bole ke main Allah ka banda hoon. usne mujhe kitab di aur mujhko nabi banaya, jaisa ke Surah Maryam mein aaya hai. to phir uske baad unhone kaha, mujh par salamati hai jis din main paida hua aur jis din main marunga aur jis din main zinda karke uthaya jaunga.</w:t>
      </w:r>
      <w:r>
        <w:br/>
      </w:r>
      <w:r>
        <w:rPr>
          <w:sz w:val="20"/>
        </w:rPr>
        <w:t>3:19  phir uske baad Hazrat Maryam unko lekar Nazreth chali gayi aur wahan unhone shadi ki. aur ek unke husband ka naam Joseph tha. lekin yeh poora daur jo hai 30 saal ka, yeh gumnaami ka daur hai. iske bare mein kuch zyada historical record mein milta nahin.</w:t>
      </w:r>
      <w:r>
        <w:br/>
      </w:r>
      <w:r>
        <w:rPr>
          <w:sz w:val="20"/>
        </w:rPr>
        <w:t>3:38  to jab woh 30 saal ke ho gaye, to us waqt ek Hazrat Yahya prophet the aur woh baptize karte the logon ko. kyunke yeh Yahudi rasam thi ke jab koi us mein dakhil hota tha unke mazhab mein, to usko baptize kiya jata tha, jaise taskiya hota hai. to us tareeqe se unka taskiya karte aur unko repentance ke liye kehte aur Khuda ki taraf zyada dhyan dene ke liye unko bataya jata. to</w:t>
      </w:r>
      <w:r>
        <w:br/>
      </w:r>
      <w:r>
        <w:rPr>
          <w:sz w:val="20"/>
        </w:rPr>
        <w:t>4:08  woh unhone bhi suna tha Hazrat Yahya ke bare mein. to woh kuch aur logon ko bhi lekar ke unke paas aaye baptism ke liye. to Hazrat Yahya ne jab unko dekha, to woh pehchan gaye ke yeh to bahut bade paighambar hain. to woh hesitation kar rahe the unko baptize karne ke liye. lekin unhone israr kiya. kyunke shuru mein aap dekhte hain ke Hazrat Isa ne jo Jewish traditional zindagi guzari,</w:t>
      </w:r>
      <w:r>
        <w:br/>
      </w:r>
      <w:r>
        <w:rPr>
          <w:sz w:val="20"/>
        </w:rPr>
        <w:t>4:38  to unhone poori koshish ki usko apnane ki. to yahi baptism bhi Jewish traditional tha. to unhone baptism liya aur uske baad jab woh bahar nikle, to zabardast spiritual experience unko hua. unhone matlab divine presence ko feel kiya. asal mein us waqt unko consciously unko paighambari ata hui</w:t>
      </w:r>
      <w:r>
        <w:br/>
      </w:r>
      <w:r>
        <w:rPr>
          <w:sz w:val="20"/>
        </w:rPr>
        <w:t>5:02  . woh to ibtida se hi paighambari paida hi hue. lekin us waqt woh unconscious state mein tha aur ab conscious state mein ho gaya. to uske baad unko samajh mein aa gaya ke unka kya mission hai aur unko kis liye Khuda ne chuna hai. phir unhone Khuda ka paigham pahunchane ke liye safar karna shuru kar diye. ji, aap apne abhi jis tarah mention bhi kiya ke unka baptis</w:t>
      </w:r>
    </w:p>
    <w:p>
      <w:pPr>
        <w:pStyle w:val="Heading2"/>
      </w:pPr>
      <w:r>
        <w:t>full explanation of Laylatul Qadr, its history and the dua for it</w:t>
      </w:r>
    </w:p>
    <w:p>
      <w:r>
        <w:rPr>
          <w:color w:val="666666"/>
          <w:sz w:val="18"/>
        </w:rPr>
        <w:t>Itikaf (Intellectual Seclusion) April 16, 2023 · 5m 28s · at 35:31 · https://youtu.be/Yci8zFmfCU4?t=2131</w:t>
      </w:r>
    </w:p>
    <w:p>
      <w:r>
        <w:rPr>
          <w:i/>
        </w:rPr>
        <w:t>“Itikaf ka maqsad shab-e-qadr ki talaash karna hota hai”</w:t>
      </w:r>
    </w:p>
    <w:p>
      <w:r>
        <w:rPr>
          <w:sz w:val="20"/>
        </w:rPr>
        <w:t>35:31  iske baad main aap se yeh sawal karunga, itikaf ki baat chal hi rahi hai, aur aap ne yeh kaha ke itikaf ka maqsad yeh hota hai ke aadmi Lailat ul Qadr ya Shab e Qadr talash kare.</w:t>
      </w:r>
      <w:r>
        <w:br/>
      </w:r>
      <w:r>
        <w:rPr>
          <w:sz w:val="20"/>
        </w:rPr>
        <w:t>35:41  toh is par hamein kuch bataein.</w:t>
      </w:r>
      <w:r>
        <w:br/>
      </w:r>
      <w:r>
        <w:rPr>
          <w:sz w:val="20"/>
        </w:rPr>
        <w:t>35:47  asal mein yeh baat Hazrat Jibrael ne bata di thi ke Ramzan ke aakhri ashre mein hai Lailat ul Qadr, aur Quran ka nazool bhi hua tha Ramzan ki hi kisi tareekh mein.</w:t>
      </w:r>
      <w:r>
        <w:br/>
      </w:r>
      <w:r>
        <w:rPr>
          <w:sz w:val="20"/>
        </w:rPr>
        <w:t>36:04  toh yeh tareekh bahut aham hai Lailat ul Qadr ki, kyun ke isko night of destiny kehte hain. Tamam Allah Ta'ala ke faisle jo hain is duniya ke bare mein, woh is raat ko hote hain. Aur khaas baat yeh hai ke is raat ko bahut farishte utarte hain.</w:t>
      </w:r>
      <w:r>
        <w:br/>
      </w:r>
      <w:r>
        <w:rPr>
          <w:sz w:val="20"/>
        </w:rPr>
        <w:t>36:10  toh ek poora mahol spiritualize ho jata hai yahan ka. Toh isi liye yeh raat jo kehte hain ke ek hazar, kehte hain nahin, yeh toh Quran mein hi aaya hai ke ek hazar mahine se zyada afzal afzal hai.</w:t>
      </w:r>
      <w:r>
        <w:br/>
      </w:r>
      <w:r>
        <w:rPr>
          <w:sz w:val="20"/>
        </w:rPr>
        <w:t>36:21  toh asal mein iska background yeh hai ke ek yeh wadi tha, Shaimoon,</w:t>
      </w:r>
      <w:r>
        <w:br/>
      </w:r>
      <w:r>
        <w:rPr>
          <w:sz w:val="20"/>
        </w:rPr>
        <w:t>36:34  uske baad mein aap se yeh sawal karunga, itikaf ki baat chal hi rahi hai, aur aap ne yeh kaha ke itikaf ka maqsad yeh hota hai ke aadmi Lailat ul Qadr ya Shab e Qadr talash kare.</w:t>
      </w:r>
      <w:r>
        <w:br/>
      </w:r>
      <w:r>
        <w:rPr>
          <w:sz w:val="20"/>
        </w:rPr>
        <w:t>36:40  woh bohat ziyada ibadat usne ki thi. to logon ko rashk aata tha ke usne itni ziyada ibadat ki hai, shayad ek hazar mahine ibadat kar chuka tha. woh pehle zamanay mein logon ki umar bhi bohat lambi lambi hoti thi.</w:t>
      </w:r>
      <w:r>
        <w:br/>
      </w:r>
      <w:r>
        <w:rPr>
          <w:sz w:val="20"/>
        </w:rPr>
        <w:t>36:54  to sahaba ko rishk hua ke hum log doosre kamon mein bazeed thay. bohat saray wahan par kaam thay jisko karna parta tha, mission ke kaam.</w:t>
      </w:r>
      <w:r>
        <w:br/>
      </w:r>
      <w:r>
        <w:rPr>
          <w:sz w:val="20"/>
        </w:rPr>
        <w:t>37:04  to hum itna ibadat nahi kar paate, aur itni itni sabki woh bhen nahi hoti umar bhi. to jab yeh surat utri, iske baad hi jab sahaba ne yeh sawal kiya Rasool Allah (SAW) se, to iske baad yeh surat utri ke hum ne tum ko ek aisi raat de di hai jo hazar mahine ki ibadat se afzal hai.</w:t>
      </w:r>
      <w:r>
        <w:br/>
      </w:r>
      <w:r>
        <w:rPr>
          <w:sz w:val="20"/>
        </w:rPr>
        <w:t>37:25  to sahaba bohat ziyada khush hue. iska tarjuma yeh hai: hum ne isko utara hai, yeh chapter 97</w:t>
      </w:r>
      <w:r>
        <w:br/>
      </w:r>
      <w:r>
        <w:rPr>
          <w:sz w:val="20"/>
        </w:rPr>
        <w:t>37:33  , hum ne isko utara hai Shab e Qadr mein. aur tum kya jano Shab e Qadr kya hai? Shab e Qadr hazar mahinon se behtar hai.</w:t>
      </w:r>
      <w:r>
        <w:br/>
      </w:r>
      <w:r>
        <w:rPr>
          <w:sz w:val="20"/>
        </w:rPr>
        <w:t>37:43  farishtay is mein apne Rab ki ijazat se utarte hain, har hukum le kar. aur woh raat jo hai salamti hai subah ke nikalne tak.</w:t>
      </w:r>
      <w:r>
        <w:br/>
      </w:r>
      <w:r>
        <w:rPr>
          <w:sz w:val="20"/>
        </w:rPr>
        <w:t>37:52  acha, raat jo hai jab tak ajalan nahi ho jata na, tab tak woh raat is mein ibadat hum kar sakte hain.</w:t>
      </w:r>
      <w:r>
        <w:br/>
      </w:r>
      <w:r>
        <w:rPr>
          <w:sz w:val="20"/>
        </w:rPr>
        <w:t>38:02  to is mein ek aur baat hai, is mein ke jab Rasool Allah (SAW) ko maloom hua ke is raat ko itkaf hai, is raat ko Lailat ul Qadr hai, to aap masjid se bahar nikle ke doosron jo sahaba ko bata</w:t>
      </w:r>
      <w:r>
        <w:br/>
      </w:r>
      <w:r>
        <w:rPr>
          <w:sz w:val="20"/>
        </w:rPr>
        <w:t>38:19  ein. lekin aap ne dekha ke do log jhagda kar rahay thay, to aap ne kaha ke woh ilm mujhe diya gaya tha ke aaj ya aaj ya matlab kis din kis raat ko yeh Lailat ul Qadr hai. to aur do log jhagda kar rahay thay, to woh ilm mujh se utha liya gaya.</w:t>
      </w:r>
      <w:r>
        <w:br/>
      </w:r>
      <w:r>
        <w:rPr>
          <w:sz w:val="20"/>
        </w:rPr>
        <w:t>38:39  to is mein ek aur important baat hai ke jhagda karna yani hatred hai, revenge hai, negativity hai, yeh sab itni bari evil hain ke aai hui nemat jo hai woh chali jati hai.</w:t>
      </w:r>
      <w:r>
        <w:br/>
      </w:r>
      <w:r>
        <w:rPr>
          <w:sz w:val="20"/>
        </w:rPr>
        <w:t>38:54  to hum ko har haal mein positive rehna hai, kyun ke agar hum ko Ramzan ki barkaton aur rehmaton mein share karna hai to humein positive rehna paray ga.</w:t>
      </w:r>
      <w:r>
        <w:br/>
      </w:r>
      <w:r>
        <w:rPr>
          <w:sz w:val="20"/>
        </w:rPr>
        <w:t>39:05  is hadith se pata chalta hai,</w:t>
      </w:r>
      <w:r>
        <w:br/>
      </w:r>
      <w:r>
        <w:rPr>
          <w:sz w:val="20"/>
        </w:rPr>
        <w:t>39:07  kyun ke Ramzan mein woh is raat ko bohat bari tadad mein farishtay aate hain. ab farishtay to sab se ziyada positive hain, to woh unke woh jo mahol ko spiritualize karte hain, to is mahol se tabhi humein faida hoga jab hum bhi woh ho jayein, positive ho jayein, bilkul total sense mein.</w:t>
      </w:r>
      <w:r>
        <w:br/>
      </w:r>
      <w:r>
        <w:rPr>
          <w:sz w:val="20"/>
        </w:rPr>
        <w:t>39:31  to majority ka yehi view hai ke sataisween shab ko hai, lekin phir bhi Rasool Allah (SAW) ki hadith hai ke 21, 23, 25, 27 aur 29 ko humein is ko dhoondhna hai.</w:t>
      </w:r>
      <w:r>
        <w:br/>
      </w:r>
      <w:r>
        <w:rPr>
          <w:sz w:val="20"/>
        </w:rPr>
        <w:t>39:46  to ziyada tar 27 ya 29 ko hoti hai, kabhi 25 ko bhi hoti hai. to agar humein yeh raat mil jaye aur hum is ko achi tarah se poori ikhlas niyat ke sath is ki ibadat kar sakein,</w:t>
      </w:r>
      <w:r>
        <w:br/>
      </w:r>
      <w:r>
        <w:rPr>
          <w:sz w:val="20"/>
        </w:rPr>
        <w:t>40:00  to is mein ibadat kar sakein, to hamare tamam gunah maaf ho jate hain. itni ahmiyat hai is raat ki. kehte hain ke is is raat mein jo shakhs is raat se mehroom reh gaya, goya woh tamam bhalai se mehroom reh gaya.</w:t>
      </w:r>
      <w:r>
        <w:br/>
      </w:r>
      <w:r>
        <w:rPr>
          <w:sz w:val="20"/>
        </w:rPr>
        <w:t>40:16  to ek bar Hazrat Aisha ne poocha Rasool Allah (SAW) se kaha agar mein yeh raat paoon to kya dua karoon? ab aap us dua se samajh sakte hain ke Allah se mangne ki kya sab se bari cheez hai.</w:t>
      </w:r>
      <w:r>
        <w:br/>
      </w:r>
      <w:r>
        <w:rPr>
          <w:sz w:val="20"/>
        </w:rPr>
        <w:t>40:29  to aap ne kaha: Allah se maghfirat mango. to yeh dua batai: Allahumma inna ka afuwwun tuhibbul afwa fa'fu anni.</w:t>
      </w:r>
      <w:r>
        <w:br/>
      </w:r>
      <w:r>
        <w:rPr>
          <w:sz w:val="20"/>
        </w:rPr>
        <w:t>40:39  Aye Allah! beshak tu maaf karne wala hai, tu maaf ko pasand karta hai, pas tu mujhe maaf kar. to Khuda se mangne ki jo sab se bari cheez hai, woh maghfirat hai.</w:t>
      </w:r>
      <w:r>
        <w:br/>
      </w:r>
      <w:r>
        <w:rPr>
          <w:sz w:val="20"/>
        </w:rPr>
        <w:t>40:51  maghfirat ka matlab bakhshish hai, bakhshish ka matlab jannat hai. ab is se bara aur to koi cheez ho nahi sakti.</w:t>
      </w:r>
    </w:p>
    <w:p>
      <w:pPr>
        <w:pStyle w:val="Heading2"/>
      </w:pPr>
      <w:r>
        <w:t>Muslims ungrateful despite better conditions</w:t>
      </w:r>
    </w:p>
    <w:p>
      <w:r>
        <w:rPr>
          <w:color w:val="666666"/>
          <w:sz w:val="18"/>
        </w:rPr>
        <w:t>Islam and Peace Voilence  27 7 08 · 5m 06s · at 1:20:19 · https://youtu.be/aNMv0hKp-lw?t=4819</w:t>
      </w:r>
    </w:p>
    <w:p>
      <w:r>
        <w:rPr>
          <w:i/>
        </w:rPr>
        <w:t>“Muslims are better off now but they complain”</w:t>
      </w:r>
    </w:p>
    <w:p>
      <w:r>
        <w:rPr>
          <w:sz w:val="20"/>
        </w:rPr>
        <w:t>1:20:19  their misguided leaders haan mein apna ek qissa bataoon aap ko aise bahut kai baar aise hue hain mere bahut baar yahi deen mein jahan mein rehta hoon ek sahib aaye ek baar milne ke liye badi gaadi pe aaye the woh hamare ghar ke saamne badi gaadi un ki khadi hui ab woh upar aaye woh khoob kapda achha kapda pehne hue the yani aalim wala kapda tha un ka bilkul safed aur topi</w:t>
      </w:r>
      <w:r>
        <w:br/>
      </w:r>
      <w:r>
        <w:rPr>
          <w:sz w:val="20"/>
        </w:rPr>
        <w:t>1:20:49  aur yeh woh khoob achhi health bhi thi un ki to baithe ab yeh baatein kar rahe the ke musalmanon ko zulm ho raha hai musalmanon par musalman bahut hi buri halat mein hain musalmanon ko koi job nahi hai musalmanon ko koi scope nahi hai yeh waghera waghera to khair woh bole chale ja rahe the aise hi ya is tarah qisse baar baar hui hain mere saath to un ke mobile jo tha un ki jeb mein us ki ghanti baji to nikala unhone aur baat kiya</w:t>
      </w:r>
      <w:r>
        <w:br/>
      </w:r>
      <w:r>
        <w:rPr>
          <w:sz w:val="20"/>
        </w:rPr>
        <w:t>1:21:19  tab mein bola mujhe yeh bataiye ke aap yaad karte hain mughal daur ko mughal daur ko badi cheez samajhte hain kis mughal ruler ke paas mobile hota tha bataiye is ka naam koi mughal ruler jo tha us ka mobile hota tha communication ke liye phir un ke haath bandhi hui thi golden wrist watch maine kaha kis mughal ruler ke paas aisi rich watch wrist watch hoti thi itni khoobsurat ghadi jab bandhi hui hai apne us par</w:t>
      </w:r>
      <w:r>
        <w:br/>
      </w:r>
      <w:r>
        <w:rPr>
          <w:sz w:val="20"/>
        </w:rPr>
        <w:t>1:21:51  phir unhone kaha kaun mughal ruler aisi car par baithta hai jo jis car par baith ke aap aaye hain hamare paas kis mughal shehenshah ke paas aisi car hoti thi phir woh jo kapda pehne hue hain aap mulk ka mulk ka bana hua kaun mughal ruler tha jo aisa kapda pehanta tha to aap log nashukri ki baat kyun karte hain yeh nahi kyun nahi kehte aap ke yani mughal rule khatam ho gaya hum is se bhi achhi halat mein aajayein is se bhi achhi halat mein aap hain to shukr kyun nahi karte aap</w:t>
      </w:r>
      <w:r>
        <w:br/>
      </w:r>
      <w:r>
        <w:rPr>
          <w:sz w:val="20"/>
        </w:rPr>
        <w:t>1:22:23  aise hi mein wahan hyderabad ek baar gaya to wahan par mujhe jo jo topic diya gaya tha ke hyderabad ka musalman kya karein background yeh tha ke nizam ki hukumat khatam ho gayi to yeh aur woh to mein ne kaha ke aap log bilkul blind hain shayad mein ne kaha mein pehle bhi aaya hoon hyderabad mein 47 se pehle 47 se pehle bhi mein hyderabad gaya hoon ek baar to wahan kya tha ek road par mein chal raha tha</w:t>
      </w:r>
      <w:r>
        <w:br/>
      </w:r>
      <w:r>
        <w:rPr>
          <w:sz w:val="20"/>
        </w:rPr>
        <w:t>1:22:54  yeh naujawani ke zamane ki baat hai to achaanak police wale is road par aaye aur sab ko hatane lage saari road khali kar di gayi phir teen carain aayin teen carain maloom hua ke yeh rozana nizam sahib jo hain nawab sahib jaate hain kahin to beech mein un ki car hoti thi aage ek aur car peechhe ek aur car to us waqt saare hyderabad mein sirf teen carain thi</w:t>
      </w:r>
      <w:r>
        <w:br/>
      </w:r>
      <w:r>
        <w:rPr>
          <w:sz w:val="20"/>
        </w:rPr>
        <w:t>1:23:24  aaj hyderabad mein hazaron carain hain hazaron hazar carain hain musalmanon ke paas achhi buildingon mein rehte hain log achhe school wahan bane hue hain masjidain shandar bani hui hain to mein ne kaha ke aap shukr kijiye hyderabad mein ne kaha hyderabad ko yeh karein ke shukr karein aur kuch nahi karna hai phir mein ne kai baar aisa hua ke mein jalse mein musalmanon ke mein ne address kiya mein ne un ko to mein ne kaha ke aap mein se kyon</w:t>
      </w:r>
      <w:r>
        <w:br/>
      </w:r>
      <w:r>
        <w:rPr>
          <w:sz w:val="20"/>
        </w:rPr>
        <w:t>1:23:54  keh har jagah hi shikayat liye baithe hain log har jagah shikayat aap mein se ek shakhs khada ho koi shakhs koi shakhs yeh kahe ke 47 se pehle in ke baap dada zyada achhi halat mein the aaj hum kharab halat mein hain ek aadmi khada ho ke aap ke baap dada bahut achhi halat mein hua karte the aur aap bahut hi buri halat mein hain aap hain yaqeen kijiye ke ek aadmi khada nahi hua kyunke sab log jante hain ke pehle se hum aaj achhe hain</w:t>
      </w:r>
      <w:r>
        <w:br/>
      </w:r>
      <w:r>
        <w:rPr>
          <w:sz w:val="20"/>
        </w:rPr>
        <w:t>1:24:25  pehle kacha ghar tha to aap paka ghar hai pehle bicycle chalte the aap car par chalte hain hamare bachche pehle mamooli school mein padhte the aaj se school mein padh rahe hain to musalmanon par nashukri chhai hui hai yaqeen kijiye aur bahut buri baat hai yeh yani saari duniya ke musalmanon par nashukri chhai hui hai america mein musalman that se rehte hain phir bhi wahan bhi woh shikayatein karte hain america mein musalman bhi shikayatein karte hain mein to hairaan hoon ke musalman jo hain</w:t>
      </w:r>
      <w:r>
        <w:br/>
      </w:r>
      <w:r>
        <w:rPr>
          <w:sz w:val="20"/>
        </w:rPr>
        <w:t>1:24:55  khuda ki pakad se darte kyun nahi darte kyun nahi pakad se nashukri yani aaj ke sab se bada gunah hai nashukri jo hai yani acknowledge na karna khuda ki blessing ho aur aap acknowledge na karein is se bada koi gunah hi nahi hai to beharhaal yeh to saari duniya mein musalmanon par nashukri chhai hui hai aaj saari duniya mein musalman better halat mein</w:t>
      </w:r>
    </w:p>
    <w:p>
      <w:pPr>
        <w:pStyle w:val="Heading2"/>
      </w:pPr>
      <w:r>
        <w:t>Full story from intro to giving of book</w:t>
      </w:r>
    </w:p>
    <w:p>
      <w:r>
        <w:rPr>
          <w:color w:val="666666"/>
          <w:sz w:val="18"/>
        </w:rPr>
        <w:t>2 51 73 Chapter Al Baqrah, Aug 23, 2015 · 4m 59s · at 0:21 · https://youtu.be/ek71udLfgbI?t=21</w:t>
      </w:r>
    </w:p>
    <w:p>
      <w:r>
        <w:rPr>
          <w:i/>
        </w:rPr>
        <w:t>“Bismillah ir-Rahman ir-Rahim”</w:t>
      </w:r>
    </w:p>
    <w:p>
      <w:r>
        <w:rPr>
          <w:sz w:val="20"/>
        </w:rPr>
        <w:t>0:21  bismillah rahman al rahim,</w:t>
      </w:r>
      <w:r>
        <w:br/>
      </w:r>
      <w:r>
        <w:rPr>
          <w:sz w:val="20"/>
        </w:rPr>
        <w:t>0:24  wasalli allah ala al nabbi al karim.</w:t>
      </w:r>
      <w:r>
        <w:br/>
      </w:r>
      <w:r>
        <w:rPr>
          <w:sz w:val="20"/>
        </w:rPr>
        <w:t>0:28  rab ishrah li sadri,</w:t>
      </w:r>
      <w:r>
        <w:br/>
      </w:r>
      <w:r>
        <w:rPr>
          <w:sz w:val="20"/>
        </w:rPr>
        <w:t>0:31  waisir li amri,</w:t>
      </w:r>
      <w:r>
        <w:br/>
      </w:r>
      <w:r>
        <w:rPr>
          <w:sz w:val="20"/>
        </w:rPr>
        <w:t>0:33  wahal al uqdata min lisani</w:t>
      </w:r>
      <w:r>
        <w:br/>
      </w:r>
      <w:r>
        <w:rPr>
          <w:sz w:val="20"/>
        </w:rPr>
        <w:t>0:36  yafqa qawli. dars quran:</w:t>
      </w:r>
      <w:r>
        <w:br/>
      </w:r>
      <w:r>
        <w:rPr>
          <w:sz w:val="20"/>
        </w:rPr>
        <w:t>0:43  aaj surah al baqarah ka</w:t>
      </w:r>
      <w:r>
        <w:br/>
      </w:r>
      <w:r>
        <w:rPr>
          <w:sz w:val="20"/>
        </w:rPr>
        <w:t>0:46  woh hissa dars ke liye muntakhib kiya gaya hai jo</w:t>
      </w:r>
      <w:r>
        <w:br/>
      </w:r>
      <w:r>
        <w:rPr>
          <w:sz w:val="20"/>
        </w:rPr>
        <w:t>0:54  wars number 51 se shuru hota hai.</w:t>
      </w:r>
      <w:r>
        <w:br/>
      </w:r>
      <w:r>
        <w:rPr>
          <w:sz w:val="20"/>
        </w:rPr>
        <w:t>0:58  al baqarah, ayat number</w:t>
      </w:r>
      <w:r>
        <w:br/>
      </w:r>
      <w:r>
        <w:rPr>
          <w:sz w:val="20"/>
        </w:rPr>
        <w:t>1:01  51.</w:t>
      </w:r>
      <w:r>
        <w:br/>
      </w:r>
      <w:r>
        <w:rPr>
          <w:sz w:val="20"/>
        </w:rPr>
        <w:t>1:03  wa iz waadna musa arbaeen lailatan.</w:t>
      </w:r>
      <w:r>
        <w:br/>
      </w:r>
      <w:r>
        <w:rPr>
          <w:sz w:val="20"/>
        </w:rPr>
        <w:t>1:06  jab hum ne wada liya musa se chalis dinon ka.</w:t>
      </w:r>
      <w:r>
        <w:br/>
      </w:r>
      <w:r>
        <w:rPr>
          <w:sz w:val="20"/>
        </w:rPr>
        <w:t>1:11  dekhein, yeh jo hissa hai, is mein</w:t>
      </w:r>
      <w:r>
        <w:br/>
      </w:r>
      <w:r>
        <w:rPr>
          <w:sz w:val="20"/>
        </w:rPr>
        <w:t>1:15  bani israel ki tareekh ke aik lambe daur ka zikr hai, lekin tareekhi andaaz mein nahi hai.</w:t>
      </w:r>
      <w:r>
        <w:br/>
      </w:r>
      <w:r>
        <w:rPr>
          <w:sz w:val="20"/>
        </w:rPr>
        <w:t>1:24  to yahan par jo farmaya ke jab hum ne wada liya musa se chalis din ka, yeh "laillah"</w:t>
      </w:r>
      <w:r>
        <w:br/>
      </w:r>
      <w:r>
        <w:rPr>
          <w:sz w:val="20"/>
        </w:rPr>
        <w:t>1:30  jo arabi zaban mein hota hai, yeh raat din dono ke liye bola jata hai, yani chalis din</w:t>
      </w:r>
      <w:r>
        <w:br/>
      </w:r>
      <w:r>
        <w:rPr>
          <w:sz w:val="20"/>
        </w:rPr>
        <w:t>1:36  raat. to hazrat musa ko allah taala ne bulaya tha toor par,</w:t>
      </w:r>
      <w:r>
        <w:br/>
      </w:r>
      <w:r>
        <w:rPr>
          <w:sz w:val="20"/>
        </w:rPr>
        <w:t>1:43  aur is mauqe par un ko torah di gayi thi.</w:t>
      </w:r>
      <w:r>
        <w:br/>
      </w:r>
      <w:r>
        <w:rPr>
          <w:sz w:val="20"/>
        </w:rPr>
        <w:t>1:46  to bani israel, woh saath thay un ke, pahaar se un ko chhora unhon ne,</w:t>
      </w:r>
      <w:r>
        <w:br/>
      </w:r>
      <w:r>
        <w:rPr>
          <w:sz w:val="20"/>
        </w:rPr>
        <w:t>1:55  aur oopar woh gaye wahan par.</w:t>
      </w:r>
      <w:r>
        <w:br/>
      </w:r>
      <w:r>
        <w:rPr>
          <w:sz w:val="20"/>
        </w:rPr>
        <w:t>1:58  is tareekh ka zikr hai.</w:t>
      </w:r>
      <w:r>
        <w:br/>
      </w:r>
      <w:r>
        <w:rPr>
          <w:sz w:val="20"/>
        </w:rPr>
        <w:t>2:01  yeh woh lamha hai jab ke bani israel ko Hazrat Musa ne nikala Misr se, nikaal kar ke</w:t>
      </w:r>
      <w:r>
        <w:br/>
      </w:r>
      <w:r>
        <w:rPr>
          <w:sz w:val="20"/>
        </w:rPr>
        <w:t>2:06  un ko gaye sehraaye Seena mein.</w:t>
      </w:r>
      <w:r>
        <w:br/>
      </w:r>
      <w:r>
        <w:rPr>
          <w:sz w:val="20"/>
        </w:rPr>
        <w:t>2:09  wohin par yeh Toor ka pahaar hai.</w:t>
      </w:r>
      <w:r>
        <w:br/>
      </w:r>
      <w:r>
        <w:rPr>
          <w:sz w:val="20"/>
        </w:rPr>
        <w:t>2:12  to Allah taala ne un ko bulaya Toor par.</w:t>
      </w:r>
      <w:r>
        <w:br/>
      </w:r>
      <w:r>
        <w:rPr>
          <w:sz w:val="20"/>
        </w:rPr>
        <w:t>2:17  bulane ka maani yeh hai ke kahin bhi ho sakta tha ke un ko utar jaye kalam.</w:t>
      </w:r>
      <w:r>
        <w:br/>
      </w:r>
      <w:r>
        <w:rPr>
          <w:sz w:val="20"/>
        </w:rPr>
        <w:t>2:24  lekin yeh kisi cheez ko khusoosi ahmiyat dene ki wajah se kiya jata hai, khusoosi ahmiyat.</w:t>
      </w:r>
      <w:r>
        <w:br/>
      </w:r>
      <w:r>
        <w:rPr>
          <w:sz w:val="20"/>
        </w:rPr>
        <w:t>2:29  warna Toor par jaane ki zaroorat nahi thi.</w:t>
      </w:r>
      <w:r>
        <w:br/>
      </w:r>
      <w:r>
        <w:rPr>
          <w:sz w:val="20"/>
        </w:rPr>
        <w:t>2:32  jaise Rasool Allah salla Allahu alaihi wasallam ko kisi pahaar par nahi bulaya gaya tha.</w:t>
      </w:r>
      <w:r>
        <w:br/>
      </w:r>
      <w:r>
        <w:rPr>
          <w:sz w:val="20"/>
        </w:rPr>
        <w:t>2:36  aam halaat mein kahin bhi wahi aa jati thi.</w:t>
      </w:r>
      <w:r>
        <w:br/>
      </w:r>
      <w:r>
        <w:rPr>
          <w:sz w:val="20"/>
        </w:rPr>
        <w:t>2:40  to yeh khaas ahmiyat dene ke liye aisa kiya jata hai.</w:t>
      </w:r>
      <w:r>
        <w:br/>
      </w:r>
      <w:r>
        <w:rPr>
          <w:sz w:val="20"/>
        </w:rPr>
        <w:t>2:45  thumma ittakhadtum al-'ijla min ba'dihi. to tum ne ajal kehte hain bachhda. yani poora na ho ho balkay abhi kam umr ka ho us ko kehte hain bachhda. to tum ne bachhde ko bana liya. bana liya ke ma'bud bana liya. wa antum zaliimun.</w:t>
      </w:r>
      <w:r>
        <w:br/>
      </w:r>
      <w:r>
        <w:rPr>
          <w:sz w:val="20"/>
        </w:rPr>
        <w:t>3:11  alamoon. aur tum zalim thay.</w:t>
      </w:r>
      <w:r>
        <w:br/>
      </w:r>
      <w:r>
        <w:rPr>
          <w:sz w:val="20"/>
        </w:rPr>
        <w:t>3:14  to yeh jo chaalees din ke liye Hazrat Musa ko un se bahar bheja gaya tha, woh tha</w:t>
      </w:r>
      <w:r>
        <w:br/>
      </w:r>
      <w:r>
        <w:rPr>
          <w:sz w:val="20"/>
        </w:rPr>
        <w:t>3:21  ba-taur test ke chaalees dinon mein yeh kya karte hain.</w:t>
      </w:r>
      <w:r>
        <w:br/>
      </w:r>
      <w:r>
        <w:rPr>
          <w:sz w:val="20"/>
        </w:rPr>
        <w:t>3:26  to chunke Misr se aaye thay, jahan bachhde ki pooja hoti thi, us se woh bohat zyada is</w:t>
      </w:r>
      <w:r>
        <w:br/>
      </w:r>
      <w:r>
        <w:rPr>
          <w:sz w:val="20"/>
        </w:rPr>
        <w:t>3:34  mahaul se mutaasir ho chuke thay.</w:t>
      </w:r>
      <w:r>
        <w:br/>
      </w:r>
      <w:r>
        <w:rPr>
          <w:sz w:val="20"/>
        </w:rPr>
        <w:t>3:36  to kuch log aisay thay jin par is ka bohat zyada asar tha, to unhon ne aik bachhda</w:t>
      </w:r>
      <w:r>
        <w:br/>
      </w:r>
      <w:r>
        <w:rPr>
          <w:sz w:val="20"/>
        </w:rPr>
        <w:t>3:41  ko liya aur kaha ke dekho yeh hamara maabood hai.</w:t>
      </w:r>
      <w:r>
        <w:br/>
      </w:r>
      <w:r>
        <w:rPr>
          <w:sz w:val="20"/>
        </w:rPr>
        <w:t>3:46  woh bachhde ki woh banai, shakal banai,</w:t>
      </w:r>
      <w:r>
        <w:br/>
      </w:r>
      <w:r>
        <w:rPr>
          <w:sz w:val="20"/>
        </w:rPr>
        <w:t>3:50  shakal banai aur Samri ne to is ko, yaani bachhde ka but banaya, aur kaha ke yeh hamara</w:t>
      </w:r>
      <w:r>
        <w:br/>
      </w:r>
      <w:r>
        <w:rPr>
          <w:sz w:val="20"/>
        </w:rPr>
        <w:t>3:58  maabood hai. apne log lagay is ko sajda karne, saare bani Israel nahi, kuch log.</w:t>
      </w:r>
      <w:r>
        <w:br/>
      </w:r>
      <w:r>
        <w:rPr>
          <w:sz w:val="20"/>
        </w:rPr>
        <w:t>4:05  to yeh hua us waqt jab ke Hazrat Musa wahan maujood na thay, Toor par gaye hue thay.</w:t>
      </w:r>
      <w:r>
        <w:br/>
      </w:r>
      <w:r>
        <w:rPr>
          <w:sz w:val="20"/>
        </w:rPr>
        <w:t>4:13  thumma afawna ankum min ba'di zalika la allakum tashkuroon.</w:t>
      </w:r>
      <w:r>
        <w:br/>
      </w:r>
      <w:r>
        <w:rPr>
          <w:sz w:val="20"/>
        </w:rPr>
        <w:t>4:17  haan, phir hum ne maaf kar diya tum ko is ke baad, yaani is gunah ke baad ke</w:t>
      </w:r>
      <w:r>
        <w:br/>
      </w:r>
      <w:r>
        <w:rPr>
          <w:sz w:val="20"/>
        </w:rPr>
        <w:t>4:23  tum dobara shukr karne wale bano.</w:t>
      </w:r>
      <w:r>
        <w:br/>
      </w:r>
      <w:r>
        <w:rPr>
          <w:sz w:val="20"/>
        </w:rPr>
        <w:t>4:26  ab yahan par dekhen, ek poori tareekh hadaf hai.</w:t>
      </w:r>
      <w:r>
        <w:br/>
      </w:r>
      <w:r>
        <w:rPr>
          <w:sz w:val="20"/>
        </w:rPr>
        <w:t>4:32  yaani Hazrat Musa wapas aaye, unhon ne dekha ke qaum jo hai bichhde ko pooj rahi hai, is</w:t>
      </w:r>
      <w:r>
        <w:br/>
      </w:r>
      <w:r>
        <w:rPr>
          <w:sz w:val="20"/>
        </w:rPr>
        <w:t>4:38  ko murti bana kar ke, to bohat ghussa hua.</w:t>
      </w:r>
      <w:r>
        <w:br/>
      </w:r>
      <w:r>
        <w:rPr>
          <w:sz w:val="20"/>
        </w:rPr>
        <w:t>4:42  aur tafseel doosre maqam par Quran mein aayi hai, wahan aap dekh sakte hain.</w:t>
      </w:r>
      <w:r>
        <w:br/>
      </w:r>
      <w:r>
        <w:rPr>
          <w:sz w:val="20"/>
        </w:rPr>
        <w:t>4:47  aur un ko saza di, aur is bichhda jo banaya tha, unhon ne us ko tod phod kar</w:t>
      </w:r>
      <w:r>
        <w:br/>
      </w:r>
      <w:r>
        <w:rPr>
          <w:sz w:val="20"/>
        </w:rPr>
        <w:t>4:51  phenk diya. yeh sab hua.</w:t>
      </w:r>
      <w:r>
        <w:br/>
      </w:r>
      <w:r>
        <w:rPr>
          <w:sz w:val="20"/>
        </w:rPr>
        <w:t>4:53  to is ke baad Bani Israel ke andar nadamat aayi, unhon ne tauba ki, aur Allah ki taraf</w:t>
      </w:r>
      <w:r>
        <w:br/>
      </w:r>
      <w:r>
        <w:rPr>
          <w:sz w:val="20"/>
        </w:rPr>
        <w:t>5:00  dobara rujoo kiya.</w:t>
      </w:r>
      <w:r>
        <w:br/>
      </w:r>
      <w:r>
        <w:rPr>
          <w:sz w:val="20"/>
        </w:rPr>
        <w:t>5:01  is ka zikr hai is aayat mein.</w:t>
      </w:r>
      <w:r>
        <w:br/>
      </w:r>
      <w:r>
        <w:rPr>
          <w:sz w:val="20"/>
        </w:rPr>
        <w:t>5:04  wa iz atayna musa al-kitaba wa al-furqana la'allakum tahtadun. haan aur hum ne ab dekhen yeh waqea pehle ka hai har baat ka zikr ho raha hai yani. ja hamna musa goti kitaban wa al-furqanan. la'allakum tahtadun.</w:t>
      </w:r>
    </w:p>
    <w:p>
      <w:pPr>
        <w:pStyle w:val="Heading2"/>
      </w:pPr>
      <w:r>
        <w:t>Introduction to realistic approach and its importance</w:t>
      </w:r>
    </w:p>
    <w:p>
      <w:r>
        <w:rPr>
          <w:color w:val="666666"/>
          <w:sz w:val="18"/>
        </w:rPr>
        <w:t>The Importance of Realistic Approach 2 January 2011 - Maulana Wahiduddin Khan · 5m 55s · at 0:36 · https://youtu.be/tIQjWjaktIY?t=36</w:t>
      </w:r>
    </w:p>
    <w:p>
      <w:r>
        <w:rPr>
          <w:i/>
        </w:rPr>
        <w:t>“Today's topic is: 'The Importance of Realistic Approach'.”</w:t>
      </w:r>
    </w:p>
    <w:p>
      <w:r>
        <w:rPr>
          <w:sz w:val="20"/>
        </w:rPr>
        <w:t>0:36  aaj ka topic hai: "the importance of realistic approach"—haqiqat pasandana mizaj ki ahmiyat.</w:t>
      </w:r>
      <w:r>
        <w:br/>
      </w:r>
      <w:r>
        <w:rPr>
          <w:sz w:val="20"/>
        </w:rPr>
        <w:t>0:56  yeh topic mere zehn mein is tarah aaya: aaj hi ke akhbar mein ek khabar hai, aaj aap ne dekha hoga, ke ek muslim expert</w:t>
      </w:r>
      <w:r>
        <w:br/>
      </w:r>
      <w:r>
        <w:rPr>
          <w:sz w:val="20"/>
        </w:rPr>
        <w:t>1:13  air raid mein mare gaye. woh kahe jaate thay "ustaad fidaeen".</w:t>
      </w:r>
      <w:r>
        <w:br/>
      </w:r>
      <w:r>
        <w:rPr>
          <w:sz w:val="20"/>
        </w:rPr>
        <w:t>1:23  ustaad fidaeen ka matlab hai,</w:t>
      </w:r>
      <w:r>
        <w:br/>
      </w:r>
      <w:r>
        <w:rPr>
          <w:sz w:val="20"/>
        </w:rPr>
        <w:t>1:28  yani suicide bombers ki training ka expert,</w:t>
      </w:r>
      <w:r>
        <w:br/>
      </w:r>
      <w:r>
        <w:rPr>
          <w:sz w:val="20"/>
        </w:rPr>
        <w:t>1:37  teacher of suicide bombers. is ke woh expert thay, aur woh phir air raid mein mare gaye.</w:t>
      </w:r>
      <w:r>
        <w:br/>
      </w:r>
      <w:r>
        <w:rPr>
          <w:sz w:val="20"/>
        </w:rPr>
        <w:t>1:50  to is khabar ko sun kar main sochne laga ke log kyun suicide karte hain, aur kyun suicide karne walon ko train karte hain, jabke woh khud bhi mare jaane walay hain.</w:t>
      </w:r>
      <w:r>
        <w:br/>
      </w:r>
      <w:r>
        <w:rPr>
          <w:sz w:val="20"/>
        </w:rPr>
        <w:t>2:04  yani maut ko kyun logon ne le rakha hai? kaisi ajeeb baat hai ke Khuda ne hamein zindagi di hai, zindagi.</w:t>
      </w:r>
      <w:r>
        <w:br/>
      </w:r>
      <w:r>
        <w:rPr>
          <w:sz w:val="20"/>
        </w:rPr>
        <w:t>2:15  Khuda ki taraf se hamein jo cheez mili hai, woh zindagi hai, woh life hai.</w:t>
      </w:r>
      <w:r>
        <w:br/>
      </w:r>
      <w:r>
        <w:rPr>
          <w:sz w:val="20"/>
        </w:rPr>
        <w:t>2:21  hum apne liye kya karte hain? maut ko le lete hain. dekhiye, maut hamara choice nahi hona chahiye, kabhi bhi nahi.</w:t>
      </w:r>
      <w:r>
        <w:br/>
      </w:r>
      <w:r>
        <w:rPr>
          <w:sz w:val="20"/>
        </w:rPr>
        <w:t>2:34  maut to Allah ke hukum se aati hai. jab Allah ke nazdeek waqt poora ho jata hai to maut aati hai. lekin maut hamara choice nahi hona chahiye, kabhi bhi nahi.</w:t>
      </w:r>
      <w:r>
        <w:br/>
      </w:r>
      <w:r>
        <w:rPr>
          <w:sz w:val="20"/>
        </w:rPr>
        <w:t>2:46  woh haram hai Islam mein.</w:t>
      </w:r>
      <w:r>
        <w:br/>
      </w:r>
      <w:r>
        <w:rPr>
          <w:sz w:val="20"/>
        </w:rPr>
        <w:t>2:52  Khuda ne paida kiya hai ke hum kuch kaam karein. hamein jo yeh diya hai, tamam qualities—life hai,</w:t>
      </w:r>
      <w:r>
        <w:br/>
      </w:r>
      <w:r>
        <w:rPr>
          <w:sz w:val="20"/>
        </w:rPr>
        <w:t>3:05  mind hai, dekhna sunna, bohat sari cheezein hain—ek poora wajood hai.</w:t>
      </w:r>
      <w:r>
        <w:br/>
      </w:r>
      <w:r>
        <w:rPr>
          <w:sz w:val="20"/>
        </w:rPr>
        <w:t>3:16  yeh is liye hai ke is ko hum istemal karein, koi kaam karein.</w:t>
      </w:r>
      <w:r>
        <w:br/>
      </w:r>
      <w:r>
        <w:rPr>
          <w:sz w:val="20"/>
        </w:rPr>
        <w:t>3:23  to yaad rakhiye, death hamara choice nahi ho sakta, kabhi bhi nahi.</w:t>
      </w:r>
      <w:r>
        <w:br/>
      </w:r>
      <w:r>
        <w:rPr>
          <w:sz w:val="20"/>
        </w:rPr>
        <w:t>3:32  isi ko kehte hain suicide, isi ko kehte hain khudkushi. aur Islam mein khudkushi bilashuba haram hai, kyunke woh choice nahi hai.</w:t>
      </w:r>
      <w:r>
        <w:br/>
      </w:r>
      <w:r>
        <w:rPr>
          <w:sz w:val="20"/>
        </w:rPr>
        <w:t>3:45  to is ko sochte hue phir mujhe ek waqia yaad aaya.</w:t>
      </w:r>
      <w:r>
        <w:br/>
      </w:r>
      <w:r>
        <w:rPr>
          <w:sz w:val="20"/>
        </w:rPr>
        <w:t>3:51  ek baar to main bahar ke safar mein tha, to Canada ka ek professor se mulaqat hui. woh biology mein professor thay, Canada mein.</w:t>
      </w:r>
      <w:r>
        <w:br/>
      </w:r>
      <w:r>
        <w:rPr>
          <w:sz w:val="20"/>
        </w:rPr>
        <w:t>4:05  Islam par baat ho rahi thi. to main ne kaha ke Islam means realism. Islam ka matlab hai haqeeqat pasandi.</w:t>
      </w:r>
      <w:r>
        <w:br/>
      </w:r>
      <w:r>
        <w:rPr>
          <w:sz w:val="20"/>
        </w:rPr>
        <w:t>4:20  woh bohat hajeb mein par gaye.</w:t>
      </w:r>
      <w:r>
        <w:br/>
      </w:r>
      <w:r>
        <w:rPr>
          <w:sz w:val="20"/>
        </w:rPr>
        <w:t>4:23  unhone kaha ke hum to samajhte thay ke Islam means jihad activism.</w:t>
      </w:r>
      <w:r>
        <w:br/>
      </w:r>
      <w:r>
        <w:rPr>
          <w:sz w:val="20"/>
        </w:rPr>
        <w:t>4:30  to aap ulta keh rahe hain.</w:t>
      </w:r>
      <w:r>
        <w:br/>
      </w:r>
      <w:r>
        <w:rPr>
          <w:sz w:val="20"/>
        </w:rPr>
        <w:t>4:35  main ne kaha nahi, Islam means realism. phir main ne kaha ke realism ka matlab kya hai? matlab kya hai?</w:t>
      </w:r>
      <w:r>
        <w:br/>
      </w:r>
      <w:r>
        <w:rPr>
          <w:sz w:val="20"/>
        </w:rPr>
        <w:t>4:47  is ka matlab hai: to accept what we cannot change.</w:t>
      </w:r>
      <w:r>
        <w:br/>
      </w:r>
      <w:r>
        <w:rPr>
          <w:sz w:val="20"/>
        </w:rPr>
        <w:t>4:53  jis ko hum badal nahi sakte, us ko hum accept kar lein. to jo log suicide bombing karte hain, woh kya karte hain?</w:t>
      </w:r>
      <w:r>
        <w:br/>
      </w:r>
      <w:r>
        <w:rPr>
          <w:sz w:val="20"/>
        </w:rPr>
        <w:t>5:03  jis ko badal nahin sakte, to badal to paate nahin hain, khud hi ko maar liya.</w:t>
      </w:r>
      <w:r>
        <w:br/>
      </w:r>
      <w:r>
        <w:rPr>
          <w:sz w:val="20"/>
        </w:rPr>
        <w:t>5:11  kaisi ajeeb baat hai?</w:t>
      </w:r>
      <w:r>
        <w:br/>
      </w:r>
      <w:r>
        <w:rPr>
          <w:sz w:val="20"/>
        </w:rPr>
        <w:t>5:16  yeh chounke aap doosre ko badal nahin sakte, to apne hi ko aap punishment dete hain, khud hi ko maar lete hain.</w:t>
      </w:r>
      <w:r>
        <w:br/>
      </w:r>
      <w:r>
        <w:rPr>
          <w:sz w:val="20"/>
        </w:rPr>
        <w:t>5:24  kyunke</w:t>
      </w:r>
      <w:r>
        <w:br/>
      </w:r>
      <w:r>
        <w:rPr>
          <w:sz w:val="20"/>
        </w:rPr>
        <w:t>5:28  suicide bombing jo log karte hain, woh khud bhi jaante hain ke suicide bombing kar ke woh course of history ko badal nahin sakte.</w:t>
      </w:r>
      <w:r>
        <w:br/>
      </w:r>
      <w:r>
        <w:rPr>
          <w:sz w:val="20"/>
        </w:rPr>
        <w:t>5:42  woh situation ko badal nahin sakte. to Islam ke bilkul against mein hai yeh.</w:t>
      </w:r>
      <w:r>
        <w:br/>
      </w:r>
      <w:r>
        <w:rPr>
          <w:sz w:val="20"/>
        </w:rPr>
        <w:t>5:52  Islam poora ka poora acceptance of reality par qaim hai, yaad rakhiye.</w:t>
      </w:r>
      <w:r>
        <w:br/>
      </w:r>
      <w:r>
        <w:rPr>
          <w:sz w:val="20"/>
        </w:rPr>
        <w:t>6:00  acceptance of reality.</w:t>
      </w:r>
      <w:r>
        <w:br/>
      </w:r>
      <w:r>
        <w:rPr>
          <w:sz w:val="20"/>
        </w:rPr>
        <w:t>6:07  jo aap badal sakte hain, us ko badlie. jo badal nahin sakte, to us ke saath adjust kijiye. simple formula hai.</w:t>
      </w:r>
      <w:r>
        <w:br/>
      </w:r>
      <w:r>
        <w:rPr>
          <w:sz w:val="20"/>
        </w:rPr>
        <w:t>6:15  simple formula hai. jis ko aap badal sakte hain, to us ko badlie.</w:t>
      </w:r>
      <w:r>
        <w:br/>
      </w:r>
      <w:r>
        <w:rPr>
          <w:sz w:val="20"/>
        </w:rPr>
        <w:t>6:21  jis ko nahin badal sakte hain, to use adjust kar lijie. asal o khair ka muamla kijiye us ke saath.</w:t>
      </w:r>
    </w:p>
    <w:p>
      <w:pPr>
        <w:pStyle w:val="Heading2"/>
      </w:pPr>
      <w:r>
        <w:t>Prophet's Sunnah of ignoring idols for dawah</w:t>
      </w:r>
    </w:p>
    <w:p>
      <w:r>
        <w:rPr>
          <w:color w:val="666666"/>
          <w:sz w:val="18"/>
        </w:rPr>
        <w:t>Time for Introspection 26 Feb 2012 Maulana Wahiduddin Khan · 5m 49s · at 21:55 · https://youtu.be/BcLQtml1o1E?t=1315</w:t>
      </w:r>
    </w:p>
    <w:p>
      <w:r>
        <w:rPr>
          <w:i/>
        </w:rPr>
        <w:t>“The Sunnah that Muslims have missed.”</w:t>
      </w:r>
    </w:p>
    <w:p>
      <w:r>
        <w:rPr>
          <w:sz w:val="20"/>
        </w:rPr>
        <w:t>21:55  ab main aap ko ek sunnat rasool ka arz karta hoon jis ko koi sunnat rasool ke taur par kisi ne kabhi socha bhi nahi, lekin woh maujood hai kitabon mein.</w:t>
      </w:r>
      <w:r>
        <w:br/>
      </w:r>
      <w:r>
        <w:rPr>
          <w:sz w:val="20"/>
        </w:rPr>
        <w:t>22:07  dekhiye, rasool Allah sallallahu alaihi wasallam</w:t>
      </w:r>
      <w:r>
        <w:br/>
      </w:r>
      <w:r>
        <w:rPr>
          <w:sz w:val="20"/>
        </w:rPr>
        <w:t>22:12  ne kaam shuru kiya, aap ne apna mission toheed ka mission 610 eesvi mein arab mein, 610 adri mein shuru kiya.</w:t>
      </w:r>
      <w:r>
        <w:br/>
      </w:r>
      <w:r>
        <w:rPr>
          <w:sz w:val="20"/>
        </w:rPr>
        <w:t>22:23  aap ne makkah mein thay, aap us waqt aap ka mission toheed ka mission tha,</w:t>
      </w:r>
      <w:r>
        <w:br/>
      </w:r>
      <w:r>
        <w:rPr>
          <w:sz w:val="20"/>
        </w:rPr>
        <w:t>22:32  yani ek Khuda ki parastish.</w:t>
      </w:r>
      <w:r>
        <w:br/>
      </w:r>
      <w:r>
        <w:rPr>
          <w:sz w:val="20"/>
        </w:rPr>
        <w:t>22:39  yahi mission tha aap ka, yani shirk, shirk ko na manna aur ek Khuda ki parastish karna, yeh tha mission aap ka.</w:t>
      </w:r>
      <w:r>
        <w:br/>
      </w:r>
      <w:r>
        <w:rPr>
          <w:sz w:val="20"/>
        </w:rPr>
        <w:t>22:50  ab dekhen, wahan par kya situation thi makkah mein.</w:t>
      </w:r>
      <w:r>
        <w:br/>
      </w:r>
      <w:r>
        <w:rPr>
          <w:sz w:val="20"/>
        </w:rPr>
        <w:t>22:58  hazrat ibrahim ne jin ka zamana aap se char hazar saal pehle ka hai, makka mein unhon ne ek masjid banai, "an awwal al bait wa dar al nas alladhi bi waqt mubarak",</w:t>
      </w:r>
      <w:r>
        <w:br/>
      </w:r>
      <w:r>
        <w:rPr>
          <w:sz w:val="20"/>
        </w:rPr>
        <w:t>23:15  is ka naam kaba hai. kaba unhon ne bataya tha bator masjid ke,</w:t>
      </w:r>
      <w:r>
        <w:br/>
      </w:r>
      <w:r>
        <w:rPr>
          <w:sz w:val="20"/>
        </w:rPr>
        <w:t>23:22  yani masjid ek khuda ki ibadat ke liye.</w:t>
      </w:r>
      <w:r>
        <w:br/>
      </w:r>
      <w:r>
        <w:rPr>
          <w:sz w:val="20"/>
        </w:rPr>
        <w:t>23:28  to jo masjid ek khuda ki ibadat ke liye banai gai thi, wahan par sankaron but rakhe hue hain.</w:t>
      </w:r>
      <w:r>
        <w:br/>
      </w:r>
      <w:r>
        <w:rPr>
          <w:sz w:val="20"/>
        </w:rPr>
        <w:t>23:41  sankaron but ke mani yeh hote hain ke arab mein woh zamana tha, tribal age tha. tribal age, sara arab peninsula jo tha, woh sab tribe the, jagah jagah.</w:t>
      </w:r>
      <w:r>
        <w:br/>
      </w:r>
      <w:r>
        <w:rPr>
          <w:sz w:val="20"/>
        </w:rPr>
        <w:t>23:56  to har qabile ka</w:t>
      </w:r>
      <w:r>
        <w:br/>
      </w:r>
      <w:r>
        <w:rPr>
          <w:sz w:val="20"/>
        </w:rPr>
        <w:t>23:58  ek but quraish ne wahan par rakh diya tha. quraish jo ke yani leader the arab ke, to sab ko attract karne ke liye unhon ne but rakh diye.</w:t>
      </w:r>
      <w:r>
        <w:br/>
      </w:r>
      <w:r>
        <w:rPr>
          <w:sz w:val="20"/>
        </w:rPr>
        <w:t>24:12  kaha jata hai ke 300,</w:t>
      </w:r>
      <w:r>
        <w:br/>
      </w:r>
      <w:r>
        <w:rPr>
          <w:sz w:val="20"/>
        </w:rPr>
        <w:t>24:19  360 but the. koi log tadad farq bhi batate hain. to behal is ki wajah se kya hua?</w:t>
      </w:r>
      <w:r>
        <w:br/>
      </w:r>
      <w:r>
        <w:rPr>
          <w:sz w:val="20"/>
        </w:rPr>
        <w:t>24:30  wahan par ek ek mobilization tha, is ki wajah se "that was a source of mobilization", yani log aate the, aate aa rahe hain, ja rahe hain, aa rahe hain, ja rahe hain.</w:t>
      </w:r>
      <w:r>
        <w:br/>
      </w:r>
      <w:r>
        <w:rPr>
          <w:sz w:val="20"/>
        </w:rPr>
        <w:t>24:42  yani presence of idols in Kaba was at the time source of mobilization of Arab people. daily wahan aa rahe hain, ja rahe hain, aa rahe hain, ja rahe hain.</w:t>
      </w:r>
      <w:r>
        <w:br/>
      </w:r>
      <w:r>
        <w:rPr>
          <w:sz w:val="20"/>
        </w:rPr>
        <w:t>24:58  is ka matlab kya tha? ke do chezen aap ke samne theen: ek hai kaba mein bton ka hona, jo aap ke mission ke sirtasar khilaf tha; doosri taraf ke isi ki wajah se</w:t>
      </w:r>
      <w:r>
        <w:br/>
      </w:r>
      <w:r>
        <w:rPr>
          <w:sz w:val="20"/>
        </w:rPr>
        <w:t>25:15  log aa rahe hain, jo ke aap ke liye madu the, madu, kyunke aap ko insan chahiye.</w:t>
      </w:r>
      <w:r>
        <w:br/>
      </w:r>
      <w:r>
        <w:rPr>
          <w:sz w:val="20"/>
        </w:rPr>
        <w:t>25:25  and patthar ko to nahi aap address kar sakte hain. to insan agar aap sare arab mein ghoomen</w:t>
      </w:r>
      <w:r>
        <w:br/>
      </w:r>
      <w:r>
        <w:rPr>
          <w:sz w:val="20"/>
        </w:rPr>
        <w:t>25:32  to bohat mushkil hai. is zamane mein aap jante hain ke sawariyan nahi theen, sarakain nahi theen, communication nahi tha. to khud hi khud log chale aa rahe hain, khud hi khud chale aa rahe hain.</w:t>
      </w:r>
      <w:r>
        <w:br/>
      </w:r>
      <w:r>
        <w:rPr>
          <w:sz w:val="20"/>
        </w:rPr>
        <w:t>25:45  to rasool allah ne is ko liya ek bohat bari opportunity ke taur par</w:t>
      </w:r>
      <w:r>
        <w:br/>
      </w:r>
      <w:r>
        <w:rPr>
          <w:sz w:val="20"/>
        </w:rPr>
        <w:t>25:52  ke dekho, ab mein makke mein hoon aur sab chale aa rahe hain mere pas, mere madu jo hain.</w:t>
      </w:r>
      <w:r>
        <w:br/>
      </w:r>
      <w:r>
        <w:rPr>
          <w:sz w:val="20"/>
        </w:rPr>
        <w:t>26:01  the prophet of islam adopted a very great wisdom.</w:t>
      </w:r>
      <w:r>
        <w:br/>
      </w:r>
      <w:r>
        <w:rPr>
          <w:sz w:val="20"/>
        </w:rPr>
        <w:t>26:11  woh kya thi? to differentiate between two things. yani ek hai presence bton ka, ek hai logon ka wahan ana.</w:t>
      </w:r>
      <w:r>
        <w:br/>
      </w:r>
      <w:r>
        <w:rPr>
          <w:sz w:val="20"/>
        </w:rPr>
        <w:t>26:26  to aap ne kya kiya? bohat simple formula aap ne liya.</w:t>
      </w:r>
      <w:r>
        <w:br/>
      </w:r>
      <w:r>
        <w:rPr>
          <w:sz w:val="20"/>
        </w:rPr>
        <w:t>26:34  woh formula kya tha? ke bton ke presence ko ignore karo aur un logon ko bator madu ka istemal karo.</w:t>
      </w:r>
      <w:r>
        <w:br/>
      </w:r>
      <w:r>
        <w:rPr>
          <w:sz w:val="20"/>
        </w:rPr>
        <w:t>26:48  yani but jo wahan par the, wahan par but ke mani kya the? wahan shirk ki, shirk ki woh hoti theen, shirk rasmain. aaj to hamare ulma shirk rasmain jahan hon to la ilaha illallah ko zikr bhagenge.</w:t>
      </w:r>
      <w:r>
        <w:br/>
      </w:r>
      <w:r>
        <w:rPr>
          <w:sz w:val="20"/>
        </w:rPr>
        <w:t>27:01  wahan se kisi jagah pahunch jayen jahan shirk rasmain ho rahi hon to la ilaha illallah, wa la quwwat keh ke bhagenge.</w:t>
      </w:r>
      <w:r>
        <w:br/>
      </w:r>
      <w:r>
        <w:rPr>
          <w:sz w:val="20"/>
        </w:rPr>
        <w:t>27:11  rasool allah nahi bhage, kyunke isi ki wajah se to woh log aa rahe the. aaj ka koi bhi aalim jo hai, woh wohi karega ke aise shirk ke markaz mein pahunch jaye jahan par shirk rasmain ho rahi hon to dekh kar la ilaha illallah quwwat keh ke bhagega.</w:t>
      </w:r>
      <w:r>
        <w:br/>
      </w:r>
      <w:r>
        <w:rPr>
          <w:sz w:val="20"/>
        </w:rPr>
        <w:t>27:29  bhagega.</w:t>
      </w:r>
      <w:r>
        <w:br/>
      </w:r>
      <w:r>
        <w:rPr>
          <w:sz w:val="20"/>
        </w:rPr>
        <w:t>27:32  woh nahi dekha ke yahan isi ki wajah se yahan itne saare log aa rahe hain, in ko dawat do, in ko quran pohanchao. yeh nahi sochega. toh yeh sunnat chhod chhod rakhi hai logon ne.</w:t>
      </w:r>
    </w:p>
    <w:p>
      <w:pPr>
        <w:pStyle w:val="Heading2"/>
      </w:pPr>
      <w:r>
        <w:t>Examples of high spirituality: Umar and Abu Dharr</w:t>
      </w:r>
    </w:p>
    <w:p>
      <w:r>
        <w:rPr>
          <w:color w:val="666666"/>
          <w:sz w:val="18"/>
        </w:rPr>
        <w:t>Islah e Ummat August 10, 2014 · 5m 30s · at 26:28 · https://youtu.be/a7ohKq4Xf0Y?t=1588</w:t>
      </w:r>
    </w:p>
    <w:p>
      <w:r>
        <w:rPr>
          <w:i/>
        </w:rPr>
        <w:t>“Aise hi dekhiye ek aur mein waqea bataata hoon”</w:t>
      </w:r>
    </w:p>
    <w:p>
      <w:r>
        <w:rPr>
          <w:sz w:val="20"/>
        </w:rPr>
        <w:t>26:28  aise hi dekhiye aik aur mein waqia batata hoon aik sahabi ka aik sahabi thay un ka naam tha Abu Dharr</w:t>
      </w:r>
      <w:r>
        <w:br/>
      </w:r>
      <w:r>
        <w:rPr>
          <w:sz w:val="20"/>
        </w:rPr>
        <w:t>26:41  dosre sahabi the un ka naam tha bilal</w:t>
      </w:r>
      <w:r>
        <w:br/>
      </w:r>
      <w:r>
        <w:rPr>
          <w:sz w:val="20"/>
        </w:rPr>
        <w:t>26:44  to bilal jo the woh</w:t>
      </w:r>
      <w:r>
        <w:br/>
      </w:r>
      <w:r>
        <w:rPr>
          <w:sz w:val="20"/>
        </w:rPr>
        <w:t>26:47  yani siyah faam the yani black the woh abu zar the woh safed faam the yani white the</w:t>
      </w:r>
      <w:r>
        <w:br/>
      </w:r>
      <w:r>
        <w:rPr>
          <w:sz w:val="20"/>
        </w:rPr>
        <w:t>26:57  tu aik martaba do ram mein kuch kisi baat par</w:t>
      </w:r>
      <w:r>
        <w:br/>
      </w:r>
      <w:r>
        <w:rPr>
          <w:sz w:val="20"/>
        </w:rPr>
        <w:t>27:02  kuch takrar ho gayi</w:t>
      </w:r>
      <w:r>
        <w:br/>
      </w:r>
      <w:r>
        <w:rPr>
          <w:sz w:val="20"/>
        </w:rPr>
        <w:t>27:06  tu abu zar ki zuban se nikla yabna al-sawdah</w:t>
      </w:r>
      <w:r>
        <w:br/>
      </w:r>
      <w:r>
        <w:rPr>
          <w:sz w:val="20"/>
        </w:rPr>
        <w:t>27:13  aye kali yani aye black maa ke betay يَا ابْنَ السَّوْدَاءِ ka matlab hai aye black maa ke betay</w:t>
      </w:r>
      <w:r>
        <w:br/>
      </w:r>
      <w:r>
        <w:rPr>
          <w:sz w:val="20"/>
        </w:rPr>
        <w:t>27:26  to Rasool Allah ko jab yeh maloom hua aap ne farmaya Abu Dharr se أَنْتَ امْرُؤٌ فِيهِ جَاهِلِيَّةٌ aye Abu Dharr tumharay andar abhi tak jahiliyat baqi hai</w:t>
      </w:r>
      <w:r>
        <w:br/>
      </w:r>
      <w:r>
        <w:rPr>
          <w:sz w:val="20"/>
        </w:rPr>
        <w:t>27:41  to foran un ko ehsaas ho gaya ke mein ne ghalti ki ghalti yeh ki ke insaan ko black and white mein banta mein ne insaan sab insaan hotay hain yeh taqseem ki safaid faam aur siyah faam mein farq hai black mein aur white mein farq hai yeh meri ghalt soch thi woh sab color Allah ke diye hue hain</w:t>
      </w:r>
      <w:r>
        <w:br/>
      </w:r>
      <w:r>
        <w:rPr>
          <w:sz w:val="20"/>
        </w:rPr>
        <w:t>28:10  color aadmi ne khud nahi banaya hai</w:t>
      </w:r>
      <w:r>
        <w:br/>
      </w:r>
      <w:r>
        <w:rPr>
          <w:sz w:val="20"/>
        </w:rPr>
        <w:t>28:14  jo kisi ka bhi jo color hai woh to Allah ki creation hai to is mein humein kehne ka haq nahi hai ke humein yeh haq nahi hai ke hum samjhein ke yeh afzal hai woh ghair afzal hai yeh chota hai woh bara hai sab insaan hain sab insaan hain to jab Rasool Allah ne yaad dilaya to is tarah un ke zehan ne socha</w:t>
      </w:r>
      <w:r>
        <w:br/>
      </w:r>
      <w:r>
        <w:rPr>
          <w:sz w:val="20"/>
        </w:rPr>
        <w:t>28:40  is tarah zehan ne socha unhon ne</w:t>
      </w:r>
      <w:r>
        <w:br/>
      </w:r>
      <w:r>
        <w:rPr>
          <w:sz w:val="20"/>
        </w:rPr>
        <w:t>28:46  aur phir un ka poora matlab badal gaya aik riwayat mein aata hai ke woh lait gaye</w:t>
      </w:r>
      <w:r>
        <w:br/>
      </w:r>
      <w:r>
        <w:rPr>
          <w:sz w:val="20"/>
        </w:rPr>
        <w:t>29:00  woh lait gaye aur bilal se kaha</w:t>
      </w:r>
      <w:r>
        <w:br/>
      </w:r>
      <w:r>
        <w:rPr>
          <w:sz w:val="20"/>
        </w:rPr>
        <w:t>29:09  tum apna paon mere face par rakho yaani apna paon yahan rakho</w:t>
      </w:r>
      <w:r>
        <w:br/>
      </w:r>
      <w:r>
        <w:rPr>
          <w:sz w:val="20"/>
        </w:rPr>
        <w:t>29:16  tab meri ghalti ki talafi hogi</w:t>
      </w:r>
      <w:r>
        <w:br/>
      </w:r>
      <w:r>
        <w:rPr>
          <w:sz w:val="20"/>
        </w:rPr>
        <w:t>29:24  to yeh tha is tarah se unhon ne is ko diffuse kiya to shaitan un ke liye ineffective ho gaya yaani pehle shaitan ne un ko yeh ehsas dilaya ke tum white race se ho woh black race se hai woh siyah faam hai tum safed faam ho yeh shaitan ne dala tha</w:t>
      </w:r>
      <w:r>
        <w:br/>
      </w:r>
      <w:r>
        <w:rPr>
          <w:sz w:val="20"/>
        </w:rPr>
        <w:t>29:50  lekin jab un ko rasool Allah ne yaad dilaya to yeh baat rasool Allah ki nahi ke koi bhi insan yaad dilaye to aap ko foran rukna chahiye yeh matlab hai ke peghambar ho woh bhi yaad dilaye tab to aap is ka asar lein warna asar na lein koi bhi insan aap ko yaad dila de to aap ko foran chakar dalna chahiye</w:t>
      </w:r>
      <w:r>
        <w:br/>
      </w:r>
      <w:r>
        <w:rPr>
          <w:sz w:val="20"/>
        </w:rPr>
        <w:t>30:15  to unhon ne is ki dahani ko foran pakda aur phir sochne lage woh yeh siyah faam aur safed faam kya hai yeh to Allah ki dein hai</w:t>
      </w:r>
      <w:r>
        <w:br/>
      </w:r>
      <w:r>
        <w:rPr>
          <w:sz w:val="20"/>
        </w:rPr>
        <w:t>30:34  jaise rasool Allah ne ailan kiya tha hajja al wida mein la fazda lil arbiina ala al ajmiina wa la la fazda ala al ahmar yaani white ko black par koi fazilat nahi hai</w:t>
      </w:r>
      <w:r>
        <w:br/>
      </w:r>
      <w:r>
        <w:rPr>
          <w:sz w:val="20"/>
        </w:rPr>
        <w:t>30:55  to dekhye is hadith mein jo baat hai ke umar ke rastay mein agar shaitan aata hai to shaitan hat jata hai yaani doosra rasta ikhtiyar kar leta hai yeh yeh ek symbolic language hai</w:t>
      </w:r>
      <w:r>
        <w:br/>
      </w:r>
      <w:r>
        <w:rPr>
          <w:sz w:val="20"/>
        </w:rPr>
        <w:t>31:13  aur un ke intellectual awakening ki baat is mein batai gayi hai un ki aala marifat ki baat</w:t>
      </w:r>
      <w:r>
        <w:br/>
      </w:r>
      <w:r>
        <w:rPr>
          <w:sz w:val="20"/>
        </w:rPr>
        <w:t>31:19  batai gayi hai is lihaz se wo iswa hai hamare aap ke liye bhi</w:t>
      </w:r>
      <w:r>
        <w:br/>
      </w:r>
      <w:r>
        <w:rPr>
          <w:sz w:val="20"/>
        </w:rPr>
        <w:t>31:24  ye fazilat nahi hai</w:t>
      </w:r>
      <w:r>
        <w:br/>
      </w:r>
      <w:r>
        <w:rPr>
          <w:sz w:val="20"/>
        </w:rPr>
        <w:t>31:26  tamam kitabon mein yahi likha hua hai ke fazilat umar fazilat umar</w:t>
      </w:r>
      <w:r>
        <w:br/>
      </w:r>
      <w:r>
        <w:rPr>
          <w:sz w:val="20"/>
        </w:rPr>
        <w:t>31:31  har giz nahi hum aap ko aap ko bhi isi tarike se apne ko apna asar zehni irtaqa karna</w:t>
      </w:r>
      <w:r>
        <w:br/>
      </w:r>
      <w:r>
        <w:rPr>
          <w:sz w:val="20"/>
        </w:rPr>
        <w:t>31:37  chahiye ye marifat paida karni chahiye ke hum isi tarah se access kar sakein isi tarah se hum</w:t>
      </w:r>
      <w:r>
        <w:br/>
      </w:r>
      <w:r>
        <w:rPr>
          <w:sz w:val="20"/>
        </w:rPr>
        <w:t>31:43  diffuse kar sakein tu ye</w:t>
      </w:r>
      <w:r>
        <w:br/>
      </w:r>
      <w:r>
        <w:rPr>
          <w:sz w:val="20"/>
        </w:rPr>
        <w:t>31:48  jo baad ke zamane mein jo zawal aata hai us ki wajah ye hai</w:t>
      </w:r>
      <w:r>
        <w:br/>
      </w:r>
      <w:r>
        <w:rPr>
          <w:sz w:val="20"/>
        </w:rPr>
        <w:t>31:53  ke ye jo convert hue hain convert log jo deen</w:t>
      </w:r>
    </w:p>
    <w:p>
      <w:pPr>
        <w:pStyle w:val="Heading2"/>
      </w:pPr>
      <w:r>
        <w:t>Full exposition of the creation of human caliphate</w:t>
      </w:r>
    </w:p>
    <w:p>
      <w:r>
        <w:rPr>
          <w:color w:val="666666"/>
          <w:sz w:val="18"/>
        </w:rPr>
        <w:t>Dars-e-Quran, Chapter 2, Verse 30 November 12, 2017 · 4m 04s · at 0:51 · https://youtu.be/PcGb3fWDHg4?t=51</w:t>
      </w:r>
    </w:p>
    <w:p>
      <w:r>
        <w:rPr>
          <w:i/>
        </w:rPr>
        <w:t>“Aaj ka dars surah baqarah ki aayaton par hai”</w:t>
      </w:r>
    </w:p>
    <w:p>
      <w:r>
        <w:rPr>
          <w:sz w:val="20"/>
        </w:rPr>
        <w:t>0:51  to aaj ka jo dars hai woh surah baqarah ki kuch ayaton ko le kar hai. to pehla aap ko is ka matan aur tarjuma parha jayega, is ke baad inshallah kuch kuch sharah hogi.</w:t>
      </w:r>
      <w:r>
        <w:br/>
      </w:r>
      <w:r>
        <w:rPr>
          <w:sz w:val="20"/>
        </w:rPr>
        <w:t>1:07  bismillah rahman rahim. wa iz qala rabbuka lil malaikah: "inni ja'ilun fil ardi khalifah".</w:t>
      </w:r>
      <w:r>
        <w:br/>
      </w:r>
      <w:r>
        <w:rPr>
          <w:sz w:val="20"/>
        </w:rPr>
        <w:t>1:16  qalu: "ataj'alu fiha man yufsidu fiha wa yasfikud dimaa' wa nahnu nusabbihu bihamdika wa nuqaddisu lak".</w:t>
      </w:r>
      <w:r>
        <w:br/>
      </w:r>
      <w:r>
        <w:rPr>
          <w:sz w:val="20"/>
        </w:rPr>
        <w:t>1:29  qala: "inni a'lamu ma la ta'lamun".</w:t>
      </w:r>
      <w:r>
        <w:br/>
      </w:r>
      <w:r>
        <w:rPr>
          <w:sz w:val="20"/>
        </w:rPr>
        <w:t>1:44  surah al-baqarah, surah number do, ayat number 30. aur jab tere rab ne farishton se kaha ke main zameen mein aik khalifah banane wala hoon,</w:t>
      </w:r>
      <w:r>
        <w:br/>
      </w:r>
      <w:r>
        <w:rPr>
          <w:sz w:val="20"/>
        </w:rPr>
        <w:t>1:58  farishton ne kaha: "kya tu zameen mein aise logon ko basayega jo is mein fasad karenge aur khoon bahayenge?" aur hum teri hamd karte hain aur teri pakki bayan karte hain.</w:t>
      </w:r>
      <w:r>
        <w:br/>
      </w:r>
      <w:r>
        <w:rPr>
          <w:sz w:val="20"/>
        </w:rPr>
        <w:t>2:04  allah ne kaha: "main woh janta hoon jo tum nahin jante".</w:t>
      </w:r>
      <w:r>
        <w:br/>
      </w:r>
      <w:r>
        <w:rPr>
          <w:sz w:val="20"/>
        </w:rPr>
        <w:t>2:26  when your lord said to the angels: "i am putting a successor on earth", they said: "will you place someone there who will cause corruption in it and shed blood?" while we glorify you with your praise and extol your holiness.</w:t>
      </w:r>
      <w:r>
        <w:br/>
      </w:r>
      <w:r>
        <w:rPr>
          <w:sz w:val="20"/>
        </w:rPr>
        <w:t>2:34  god answered: "surely, i know that which you do not know".</w:t>
      </w:r>
      <w:r>
        <w:br/>
      </w:r>
      <w:r>
        <w:rPr>
          <w:sz w:val="20"/>
        </w:rPr>
        <w:t>2:51  aap jante hain ke yeh ayat quran ki bohat mashhoor ayat hai, kyunke is ayat mein bataya gaya hai ke allah ne insaan ko</w:t>
      </w:r>
      <w:r>
        <w:br/>
      </w:r>
      <w:r>
        <w:rPr>
          <w:sz w:val="20"/>
        </w:rPr>
        <w:t>2:56  zameen par khalifah banaya.</w:t>
      </w:r>
      <w:r>
        <w:br/>
      </w:r>
      <w:r>
        <w:rPr>
          <w:sz w:val="20"/>
        </w:rPr>
        <w:t>3:00  aur</w:t>
      </w:r>
      <w:r>
        <w:br/>
      </w:r>
      <w:r>
        <w:rPr>
          <w:sz w:val="20"/>
        </w:rPr>
        <w:t>3:19  zahiri hai ke yeh lafz sirf insaan ke liye aaya hai aur kisi ke liye nahin aaya. to main soch raha tha ke khalifah ke baray mein allah se jo dialogue hua farishton ka,</w:t>
      </w:r>
      <w:r>
        <w:br/>
      </w:r>
      <w:r>
        <w:rPr>
          <w:sz w:val="20"/>
        </w:rPr>
        <w:t>3:29  us ke baray mein bataya ke farishton ko bhi allah ne bataya nahin tha ke insaan ka</w:t>
      </w:r>
      <w:r>
        <w:br/>
      </w:r>
      <w:r>
        <w:rPr>
          <w:sz w:val="20"/>
        </w:rPr>
        <w:t>3:48  yani purpose of creation kya hai. bohat anokhi baat hai, kyunke aap jante hain ke farishte sari baaton ko jante hain, allah ke qareeb rehte hain woh.</w:t>
      </w:r>
      <w:r>
        <w:br/>
      </w:r>
      <w:r>
        <w:rPr>
          <w:sz w:val="20"/>
        </w:rPr>
        <w:t>4:03  lekin allah ne un ko nahin bataya ke insaan ke naam se jo aik nai makhlooq woh bana raha hai, to uska purpose of creation kya hai.</w:t>
      </w:r>
      <w:r>
        <w:br/>
      </w:r>
      <w:r>
        <w:rPr>
          <w:sz w:val="20"/>
        </w:rPr>
        <w:t>4:19  is par sochte hue mere samne yeh baat aati hai ke yeh insaan ko bohat bara credit dene ke liye tha, bohat bara.</w:t>
      </w:r>
      <w:r>
        <w:br/>
      </w:r>
      <w:r>
        <w:rPr>
          <w:sz w:val="20"/>
        </w:rPr>
        <w:t>4:33  yani insaan ko banaya tha allah taala ne ke woh discovery ki satah par khada ho, kuch creative kaam kare,</w:t>
      </w:r>
      <w:r>
        <w:br/>
      </w:r>
      <w:r>
        <w:rPr>
          <w:sz w:val="20"/>
        </w:rPr>
        <w:t>4:41  kuch aisa kaam kare jo doosri makhlooqat nahin kar rahi hain.</w:t>
      </w:r>
    </w:p>
    <w:p>
      <w:pPr>
        <w:pStyle w:val="Heading2"/>
      </w:pPr>
      <w:r>
        <w:t>Moses' prayer before facing Pharaoh, explained line by line</w:t>
      </w:r>
    </w:p>
    <w:p>
      <w:r>
        <w:rPr>
          <w:color w:val="666666"/>
          <w:sz w:val="18"/>
        </w:rPr>
        <w:t>Lessons from The Story of Prophet Moses Part 2, August 28, 2022 · 5m 54s · at 42:15 · https://youtu.be/2grjIPh0AFc?t=2535</w:t>
      </w:r>
    </w:p>
    <w:p>
      <w:r>
        <w:rPr>
          <w:i/>
        </w:rPr>
        <w:t>“My Lord, open my chest for this task”</w:t>
      </w:r>
    </w:p>
    <w:p>
      <w:r>
        <w:rPr>
          <w:sz w:val="20"/>
        </w:rPr>
        <w:t>42:15  ji koi baat kehne se pehle Rab israil is sadri</w:t>
      </w:r>
      <w:r>
        <w:br/>
      </w:r>
      <w:r>
        <w:rPr>
          <w:sz w:val="20"/>
        </w:rPr>
        <w:t>42:19  ah balkeh yeh dua bohat hi ahem dua hai yaani is sense mein ke yeh ek daayi ke dil ki awaaz hai</w:t>
      </w:r>
      <w:r>
        <w:br/>
      </w:r>
      <w:r>
        <w:rPr>
          <w:sz w:val="20"/>
        </w:rPr>
        <w:t>42:28  aur ah Maulana ne likha hai</w:t>
      </w:r>
      <w:r>
        <w:br/>
      </w:r>
      <w:r>
        <w:rPr>
          <w:sz w:val="20"/>
        </w:rPr>
        <w:t>42:32  ke Rab israil is sadri jo pehli line hai uske bare mein Maulana ne likha hai ke</w:t>
      </w:r>
      <w:r>
        <w:br/>
      </w:r>
      <w:r>
        <w:rPr>
          <w:sz w:val="20"/>
        </w:rPr>
        <w:t>42:39  daayi ke seenay ka khulna yeh hai</w:t>
      </w:r>
      <w:r>
        <w:br/>
      </w:r>
      <w:r>
        <w:rPr>
          <w:sz w:val="20"/>
        </w:rPr>
        <w:t>42:42  iska matlab hota hai ke Rab israil is sadri ka matlab hota hai ke O Lord open up my heart</w:t>
      </w:r>
      <w:r>
        <w:br/>
      </w:r>
      <w:r>
        <w:rPr>
          <w:sz w:val="20"/>
        </w:rPr>
        <w:t>42:48  hum mutawassil mein Maulana ne boht acha likha hai tazkir ul quran mein keh da'ee ke liye sine ka khulna yeh hai keh hasb e mauqa iske andar moassar mazameen ka wird ho</w:t>
      </w:r>
      <w:r>
        <w:br/>
      </w:r>
      <w:r>
        <w:rPr>
          <w:sz w:val="20"/>
        </w:rPr>
        <w:t>43:01  yani sine ka khulna yeh hai keh jo hesitation hai humm woh khatm ho aur allah ta'ala ki taraf se hasb e mauqa matlab jaisa mauqa hai usi tarah ke boht achhe ah mazameen achhi baatein aayein taakeh woh apni baat present kar sake</w:t>
      </w:r>
      <w:r>
        <w:br/>
      </w:r>
      <w:r>
        <w:rPr>
          <w:sz w:val="20"/>
        </w:rPr>
        <w:t>43:19  to yeh ah jo alfaaz ah ah nikle moosa alehislam ke dil se yeh matlab jo dawat ki ek boht hi nazuk zimmedari hai uski akkas hai yeh in alfaaz</w:t>
      </w:r>
      <w:r>
        <w:br/>
      </w:r>
      <w:r>
        <w:rPr>
          <w:sz w:val="20"/>
        </w:rPr>
        <w:t>43:34  mein mashallah aur ah matlab iska yeh hai keh gehri marifat yeh kehne ko toh yeh dil ko kholne ki dua hai matlab dil ko narm ah dil mein aasani paida karne ke liye lekin yeh ek da'ee ke liye apni dua bhi hai ji apni bhi dua hai keh mere mere andar gehri marifat jagh de mere andar gehra shauq aur gehri marifat ah paida kar de</w:t>
      </w:r>
      <w:r>
        <w:br/>
      </w:r>
      <w:r>
        <w:rPr>
          <w:sz w:val="20"/>
        </w:rPr>
        <w:t>44:02  dawat ke liye to boht hi acha acha acha yeh lafz hai Rabbi ishrah li sadri mere rab mere sine ko mere liye khol de to yeh baat matlab dawat ke liye yeh dua boht achhi hai aur ismein is dua mein taqriban sari baat aa jati hai jo ek da'ee ke liye boht hi</w:t>
      </w:r>
      <w:r>
        <w:br/>
      </w:r>
      <w:r>
        <w:rPr>
          <w:sz w:val="20"/>
        </w:rPr>
        <w:t>44:20  zaroori hai ji aur aur doctor sahib ah Maulana ne yeh bhi kaha tha ek martaba keh ah jis tarah moosa alehislam ki dua qabool hui agar aap bhi uskiifiyat ke sath jaise apne kaha marifat ke andaz mein agar apni yeh dua karein to allah aapki bhi dua zaroor ah qabool karega</w:t>
      </w:r>
      <w:r>
        <w:br/>
      </w:r>
      <w:r>
        <w:rPr>
          <w:sz w:val="20"/>
        </w:rPr>
        <w:t>44:39  to ah yeh ek boht hi important dua hai to doctor sahib hum is dua ko lekar hi aagle do teen sawal karenge ji aur isi pe hum session ko bhi khatm karenge to uske baad phir woh dua karte hain keh ah make my task easy for me and lose the knot that is in my tongue so that they may understand me matlab meri zuban ke girah ko khol de taakeh woh meri baat ko samajh sake to doctor sahib is hisse ko main chahunga keh aap achhe se wazeh karein</w:t>
      </w:r>
      <w:r>
        <w:br/>
      </w:r>
      <w:r>
        <w:rPr>
          <w:sz w:val="20"/>
        </w:rPr>
        <w:t>45:08  haan jaise apne kaha hai keh wa yassir li amri keh mere kaam ko mere liye aasan kar de and make my task easy for me to ismein bhi Maulana ne likha hai keh ah task ka aasan karna yeh hai keh ah jo mukhatib hai jo addressee hai us us ko woh baat samajh sake</w:t>
      </w:r>
      <w:r>
        <w:br/>
      </w:r>
      <w:r>
        <w:rPr>
          <w:sz w:val="20"/>
        </w:rPr>
        <w:t>45:32  aah tawaaj kal yani dawat ke imkanat bohat barh gaye hain to yeh jo dua hai wae sarliya mere mere kaam ko mere liye aasan kar de</w:t>
      </w:r>
      <w:r>
        <w:br/>
      </w:r>
      <w:r>
        <w:rPr>
          <w:sz w:val="20"/>
        </w:rPr>
        <w:t>45:45  yani ek zimmedari ka ehsas jo hazrat musa alaihissalam ke dil mein tha ke bohat bari zimmedari hai fir'on ko aah paigham dena hai to uske uske uske samne rakhte hue hazrat musa alaihissalam ne kaha ke aey Allah mere is mushkil kaam ko to aasan kar de</w:t>
      </w:r>
      <w:r>
        <w:br/>
      </w:r>
      <w:r>
        <w:rPr>
          <w:sz w:val="20"/>
        </w:rPr>
        <w:t>46:07  jo mera yeh task hai woh usko mere liye aasan kar de aur jo rukawat hai aah is mein woh door kar de to yeh aah bohat hi achhi dua hai aur phir kaha ke wa ahl al-uqdat min lisani yafqahu qawli ke jo meri zuban mein girah hai aah jo knot hai use khol de taake woh meri baat samajh saken kuch logon ka kehna hai ke woh stammering karte the</w:t>
      </w:r>
      <w:r>
        <w:br/>
      </w:r>
      <w:r>
        <w:rPr>
          <w:sz w:val="20"/>
        </w:rPr>
        <w:t>46:35  aah ho sakta hai balke kuch log kehte hain ke unhone bachpan mein koi angara munh mein le liya tha woh baat thoda bahut zyada samajh mein nahin aati hai lekin kitabon mein aati hai aisi baat Maulana ne usko explain kiya hai ke girah jo hai knot ka khulna kya hai</w:t>
      </w:r>
      <w:r>
        <w:br/>
      </w:r>
      <w:r>
        <w:rPr>
          <w:sz w:val="20"/>
        </w:rPr>
        <w:t>46:53  to is mein likha hai tazkir al-quran mein ke zuban ki girah khulna yeh hai ke bare bare majme mein bare bare gathering mein bila jhijhak dawat ko pesh karne ka saleeqa mil jaye ji yani aap ke andar woh art paida ho jaye ke aap bari gathering mein bhi to aap dawat ko pesh kar saken</w:t>
      </w:r>
      <w:r>
        <w:br/>
      </w:r>
      <w:r>
        <w:rPr>
          <w:sz w:val="20"/>
        </w:rPr>
        <w:t>47:12  is sense mein yeh baat kahi gayi hai ke jo girah hai jo hesitation hai woh woh khatm ho jaye aur bari bari gathering mein bhi aap achhe andaaz mein Islam ke paigham ko pesh kar saken ji aah doctor sahib phir woh apni dua mein hi kehte hain ke and appoint for me a helper my brother haroon and strengthen me with him so that they may share my task</w:t>
      </w:r>
      <w:r>
        <w:br/>
      </w:r>
      <w:r>
        <w:rPr>
          <w:sz w:val="20"/>
        </w:rPr>
        <w:t>47:41  to usko bhi doctor sahib aap wazeh kar dein is hisse ki is dua ke is hisse ko hisse ko bhi haan yeh bohat hi aham tareen hissa hai waj'al li waziran min ahli haroon akhi ke mere mere qareebi rishtedaron mein se ek helper appoint kar de mere bhai haroon ko yeh basically team ki taraf ishara hai ji jab aap log aaye 2001 mein</w:t>
      </w:r>
    </w:p>
    <w:p>
      <w:pPr>
        <w:pStyle w:val="Heading2"/>
      </w:pPr>
      <w:r>
        <w:t>Redefine Dar al-Islam to Dar al-Insan</w:t>
      </w:r>
    </w:p>
    <w:p>
      <w:r>
        <w:rPr>
          <w:color w:val="666666"/>
          <w:sz w:val="18"/>
        </w:rPr>
        <w:t>Redefining Islam July 05, 2009 Maulana Wahiduddin Khan · 4m 02s · at 37:53 · https://youtu.be/JXY-MlXBy3Q?t=2273</w:t>
      </w:r>
    </w:p>
    <w:p>
      <w:r>
        <w:rPr>
          <w:i/>
        </w:rPr>
        <w:t>“Aise hi dekhiye hamare fuqaha ne hamari fiqh bani hai kab?”</w:t>
      </w:r>
    </w:p>
    <w:p>
      <w:r>
        <w:rPr>
          <w:sz w:val="20"/>
        </w:rPr>
        <w:t>37:53  jo cheezein Quran mein nahi theen, Hadees mein nahi theen wo fiqah mein aa gayeen. to zamanay ke lihaaz se unhon ne Islam ki aik taabeer ki.</w:t>
      </w:r>
      <w:r>
        <w:br/>
      </w:r>
      <w:r>
        <w:rPr>
          <w:sz w:val="20"/>
        </w:rPr>
        <w:t>38:04  misal ke tor par dekhiye unhon ne dunya ko banta. is mein Dar-ul-Kufar mein aur Dar-ul-Islam mein. jahan Musalmanon ki hukoomat hai wo Dar-ul-Islam hai.</w:t>
      </w:r>
      <w:r>
        <w:br/>
      </w:r>
      <w:r>
        <w:rPr>
          <w:sz w:val="20"/>
        </w:rPr>
        <w:t>38:14  jo Musalmanon ki hukoomat mein nahi hai wo Dar-ul-Kufar hai. haalankay na Quran mein aisa tha na Hadees mein aisa tha. ab fiqah mein yeh sab baatein aa gayeen.</w:t>
      </w:r>
      <w:r>
        <w:br/>
      </w:r>
      <w:r>
        <w:rPr>
          <w:sz w:val="20"/>
        </w:rPr>
        <w:t>38:26  aik aik Dar-ul-Islam hota hai, aik Dar-ul-Kufar hota hai. yani Land of Islam aur Land of Kufr. ab jo dunya badal gayi dunya, Musalmanon ka Empire khatam ho gaya.</w:t>
      </w:r>
      <w:r>
        <w:br/>
      </w:r>
      <w:r>
        <w:rPr>
          <w:sz w:val="20"/>
        </w:rPr>
        <w:t>38:39  yeh Nationalism ka zamana hai, Nationalism hukoomatein har jagah hain. Empire jo hua karte thay tab Nationalism nahi tha. bohat saaray Country mil kar ke aik Empire banta tha.</w:t>
      </w:r>
      <w:r>
        <w:br/>
      </w:r>
      <w:r>
        <w:rPr>
          <w:sz w:val="20"/>
        </w:rPr>
        <w:t>38:51  isi se phir Khilafat bani Musalmanon ki, Khilafat bhi aik Empire tha. ab Democracy hai, Nationalism hai, Self Determinism hai.</w:t>
      </w:r>
      <w:r>
        <w:br/>
      </w:r>
      <w:r>
        <w:rPr>
          <w:sz w:val="20"/>
        </w:rPr>
        <w:t>39:04  ab yahan par Musalman Misfit ho gaye. wohi Dar-ul-Kufar ka Concept, wohi Dar-ul-Islam ka Concept. yahan aap ko Redefine karna hai, Redefine karna hai.</w:t>
      </w:r>
      <w:r>
        <w:br/>
      </w:r>
      <w:r>
        <w:rPr>
          <w:sz w:val="20"/>
        </w:rPr>
        <w:t>39:18  woh yeh jab aap Quran ko parhengay to aap dekhengay kyun ke Musalman to sirf tilawat karte hain, is mein sochtay to hain nahi.</w:t>
      </w:r>
      <w:r>
        <w:br/>
      </w:r>
      <w:r>
        <w:rPr>
          <w:sz w:val="20"/>
        </w:rPr>
        <w:t>39:29  to saare Quran mein aap dekhengay ke Quran jo hai Address kar raha hai Eyyuha Al-Naas, Eyyuha Al-Naas, Eyyuha Al-Naas kar ke.</w:t>
      </w:r>
      <w:r>
        <w:br/>
      </w:r>
      <w:r>
        <w:rPr>
          <w:sz w:val="20"/>
        </w:rPr>
        <w:t>39:41  to is se kya nikalengay aap? ke dunya Dar-ul-Kufar nahi hai, wo hai Dar-ul-Naas. yeh to fuqaha ne bana diya tha.</w:t>
      </w:r>
      <w:r>
        <w:br/>
      </w:r>
      <w:r>
        <w:rPr>
          <w:sz w:val="20"/>
        </w:rPr>
        <w:t>39:51  ya hamare fuqaha ne bana diya tha Dar-ul-Kufar aur Dar-ul-Islam. Quran ke mutabiq sab Dar-ul-Naas hain, sab Insan hain, sab Insan hain, sab Insan hain.</w:t>
      </w:r>
      <w:r>
        <w:br/>
      </w:r>
      <w:r>
        <w:rPr>
          <w:sz w:val="20"/>
        </w:rPr>
        <w:t>40:02  yeh hai Redefine karna. to aap yeh keh sakein ke fuqaha ne apne zamanay ke lihaaz se kuch Term banaye, aaj ke lihaaz se wo Applicable nahi hain, wo ghlat hain.</w:t>
      </w:r>
      <w:r>
        <w:br/>
      </w:r>
      <w:r>
        <w:rPr>
          <w:sz w:val="20"/>
        </w:rPr>
        <w:t>40:14  aaj ke lihaaz se jo Term banaya jaye ga wo hoga Dar-ul-Naas. ab ab agar aap yeh yeh diya hota Musalmanon ko, abhi bhi saare Musalman taqreeban sab Musalman jo nahi hain usay Kafir samajhtay hain.</w:t>
      </w:r>
      <w:r>
        <w:br/>
      </w:r>
      <w:r>
        <w:rPr>
          <w:sz w:val="20"/>
        </w:rPr>
        <w:t>40:29  koi log mujh se bolen ge, kuch na bolen ge tab bhi mind mein yahi rahe ga. yani woh musalman nahin hain, woh sab kaafir hain. yeh bilkul baseless baat hai, baseless.</w:t>
      </w:r>
      <w:r>
        <w:br/>
      </w:r>
      <w:r>
        <w:rPr>
          <w:sz w:val="20"/>
        </w:rPr>
        <w:t>40:42  musalman bhi insan, woh bhi insan. musalman bhi insan, woh bhi insan, sab insan hain.</w:t>
      </w:r>
      <w:r>
        <w:br/>
      </w:r>
      <w:r>
        <w:rPr>
          <w:sz w:val="20"/>
        </w:rPr>
        <w:t>40:53  mein aik martaba aik university mein jahan sari majority non-muslims ki thi, wahan par meri speech hui. toh maine wahan par yeh baat kahi ke islam jo hai logon ko insan friendly banata hai, insan friendly.</w:t>
      </w:r>
      <w:r>
        <w:br/>
      </w:r>
      <w:r>
        <w:rPr>
          <w:sz w:val="20"/>
        </w:rPr>
        <w:t>41:11  aur positive thinker banata hai. yeh sab baatein kahin. toh aik professor khara hua meri taqreer ke baad. us ne kaha ke if this is islam then where is the problem?</w:t>
      </w:r>
      <w:r>
        <w:br/>
      </w:r>
      <w:r>
        <w:rPr>
          <w:sz w:val="20"/>
        </w:rPr>
        <w:t>41:26  if this is islam then where is the problem? toh yeh problem kahan se aya hai? hum redefine nahin kar sake. wohi purane zamane ke jo fiqh mein term bane the usi ko aaj bhi mind mein liye hue hain.</w:t>
      </w:r>
      <w:r>
        <w:br/>
      </w:r>
      <w:r>
        <w:rPr>
          <w:sz w:val="20"/>
        </w:rPr>
        <w:t>41:43  aise democracy ka hum matlab nahin kar sake kyunke hamare mind mein bhara hua hai khilafat. phir khilafat toh khud aik tareekh ki pedawar hai. khilafat is a production of history, it is not a production of islam.</w:t>
      </w:r>
    </w:p>
    <w:p>
      <w:pPr>
        <w:pStyle w:val="Heading2"/>
      </w:pPr>
      <w:r>
        <w:t>What is marifat, and how the sahaba lived it</w:t>
      </w:r>
    </w:p>
    <w:p>
      <w:r>
        <w:rPr>
          <w:color w:val="666666"/>
          <w:sz w:val="18"/>
        </w:rPr>
        <w:t>CPS Mission Conference 2023 April 30, 2023 · 4m 56s · at 30:43 · https://youtu.be/sfTBajRastM?t=1843</w:t>
      </w:r>
    </w:p>
    <w:p>
      <w:r>
        <w:rPr>
          <w:i/>
        </w:rPr>
        <w:t>“मारिफत जो वर्ड है, उसका मतलब है पहचानना”</w:t>
      </w:r>
    </w:p>
    <w:p>
      <w:r>
        <w:rPr>
          <w:sz w:val="20"/>
        </w:rPr>
        <w:t>30:43  Inshallah, معرفت jo word hai, is ka matlab hai pehchanna, yani to recognize. Aur jab ek as Islamic terminology, it means that means realization of God.</w:t>
      </w:r>
      <w:r>
        <w:br/>
      </w:r>
      <w:r>
        <w:rPr>
          <w:sz w:val="20"/>
        </w:rPr>
        <w:t>31:01  To Maulana ne kaha yeh bohat hi mehboob subject tha, aur Maulana ka kehna hai ke معرفت hasil karne ka sirf ek tareeqa hai, aur woh hai ghor o fikar, yani contemplation aur deep thinking.</w:t>
      </w:r>
      <w:r>
        <w:br/>
      </w:r>
      <w:r>
        <w:rPr>
          <w:sz w:val="20"/>
        </w:rPr>
        <w:t>31:15  Yani is ke zariye woh apne andar yeh salahiyat paida kar sakta hai, insaan apne andar yeh salahiyat paida kar sakta hai ke study aur observation ke dauran معرفت ka rizq pata rahe.</w:t>
      </w:r>
      <w:r>
        <w:br/>
      </w:r>
      <w:r>
        <w:rPr>
          <w:sz w:val="20"/>
        </w:rPr>
        <w:t>31:30  معرفت ka nectar Maulana kehte the, aur rozmarra ke waqiat ko reference point bana kar معرفت ki daryaft karna, yani jo tajrubaat aur waqiat hote hain, us se معرفت ka food hasil karte rahe.</w:t>
      </w:r>
      <w:r>
        <w:br/>
      </w:r>
      <w:r>
        <w:rPr>
          <w:sz w:val="20"/>
        </w:rPr>
        <w:t>31:48  Aur shiddat se introspection karna, shiddat se introspection karna,</w:t>
      </w:r>
      <w:r>
        <w:br/>
      </w:r>
      <w:r>
        <w:rPr>
          <w:sz w:val="20"/>
        </w:rPr>
        <w:t>31:57  In sab cheezon ki wajah se Maulana ne likha hai ke ek عارفانہ nigah paida ho jati hai. Is ki wajah se farishton ki hamnishini faraham hoti hai, yani farishte inspire karte hain.</w:t>
      </w:r>
      <w:r>
        <w:br/>
      </w:r>
      <w:r>
        <w:rPr>
          <w:sz w:val="20"/>
        </w:rPr>
        <w:t>32:10  Farishte inspire karte hain, aur in cheezon se zyada lagao ho jata hai aise shakhs ko jis ke andar معرفت ki ghiza milti ho, yani jo aur baqi kaam hain, un se dilchaspi kam hoti ch</w:t>
      </w:r>
      <w:r>
        <w:br/>
      </w:r>
      <w:r>
        <w:rPr>
          <w:sz w:val="20"/>
        </w:rPr>
        <w:t>32:26  li jati hai. Maulana ne likha hai ke woh معرفت ki hawaon mein saans leta hai, aur معرفت ke mahol mein jeeta hai. Aur Maulana likhte hain ke jo kainat hai, universe,</w:t>
      </w:r>
      <w:r>
        <w:br/>
      </w:r>
      <w:r>
        <w:rPr>
          <w:sz w:val="20"/>
        </w:rPr>
        <w:t>32:39  woh ek معرفت ki dastan hai, yani Allah taala ne is tareeqe se banai hai poori universe ke zara zara mein humein koi na koi Allah taala ka sabak mil sakta hai.</w:t>
      </w:r>
      <w:r>
        <w:br/>
      </w:r>
      <w:r>
        <w:rPr>
          <w:sz w:val="20"/>
        </w:rPr>
        <w:t>32:54  Khuda ki glory, aur us ki azmat, aur us ki barhai, us ki kibriyai, yeh sab cheezein dil mein paida ho jati hain. Aur hadith mein aata hai Quran ke bare mein, yani is ke wonders kabhi khatam nahi honge.</w:t>
      </w:r>
      <w:r>
        <w:br/>
      </w:r>
      <w:r>
        <w:rPr>
          <w:sz w:val="20"/>
        </w:rPr>
        <w:t>33:10  To main ek do waqiat leta hoon jis se pata chale jo yaar معرفت yafata log the, bare bare Sahaba waghera, to un ka un ka kya kya kaise sochte the.</w:t>
      </w:r>
      <w:r>
        <w:br/>
      </w:r>
      <w:r>
        <w:rPr>
          <w:sz w:val="20"/>
        </w:rPr>
        <w:t>33:29  Woh</w:t>
      </w:r>
      <w:r>
        <w:br/>
      </w:r>
      <w:r>
        <w:rPr>
          <w:sz w:val="20"/>
        </w:rPr>
        <w:t>33:30  Ab Hazrat Aisha ke bare mein, Hazrat Aisha Razi Allah Anha ke bare mein aata hai ke jab woh bohat bimar ho gayin, aakhri waqt qareeb tha, to Hazrat Abdullah Ibn Abbas Razi Allah Anhu aaye milne ke liye.</w:t>
      </w:r>
      <w:r>
        <w:br/>
      </w:r>
      <w:r>
        <w:rPr>
          <w:sz w:val="20"/>
        </w:rPr>
        <w:t>33:42  To bahar koi darban the ghar ke, to un se kaha ke main milna chahta hoon, ijazat chahta hoon. To ja ke unhone kaha ke Abdullah Ibn Abbas aaye hain, milna chahte hain.</w:t>
      </w:r>
      <w:r>
        <w:br/>
      </w:r>
      <w:r>
        <w:rPr>
          <w:sz w:val="20"/>
        </w:rPr>
        <w:t>33:57  To wahan par us waqt Hazrat Aisha ke neffu baithe hue the jinka naam tha Abdullah bin Abdur Rehman, bare bhai ke bete the Hazrat Aisha Razi Allah Anha ke.</w:t>
      </w:r>
      <w:r>
        <w:br/>
      </w:r>
      <w:r>
        <w:rPr>
          <w:sz w:val="20"/>
        </w:rPr>
        <w:t>34:12  To unhone jhuk ke kaha Hazrat Aisha se ke Ibn Abbas aaye hain, aap se milna chahte hain. To Hazrat Aisha ne kaha chhod do, chhod do Ibn Abbas ko, matlab milne ki zaroorat nahi hai.</w:t>
      </w:r>
      <w:r>
        <w:br/>
      </w:r>
      <w:r>
        <w:rPr>
          <w:sz w:val="20"/>
        </w:rPr>
        <w:t>34:25  To phir unhone kaha ke Ibn Abbas aap ke bete ki tarah hain, saleheen mein se hain, aap se ijazat mang rahe hain milne ke liye. To kaha ke achha tum chahte ho to bula lo.</w:t>
      </w:r>
      <w:r>
        <w:br/>
      </w:r>
      <w:r>
        <w:rPr>
          <w:sz w:val="20"/>
        </w:rPr>
        <w:t>34:36  To Hazrat Hazrat Ibn Abbas Razi Allah Anhu aaye aur baithe, aur dekha ke Hazrat Aisha aakhri stage mein hain.</w:t>
      </w:r>
      <w:r>
        <w:br/>
      </w:r>
      <w:r>
        <w:rPr>
          <w:sz w:val="20"/>
        </w:rPr>
        <w:t>34:45  To phir kuch taareefi baatein karne lage ke aap jald hi Rasool Allah se milengi, Sahaba se milengi, aur aap ki ki wajah se tayammum ki ayat nazil hui, logon ko bada badi aasani ho gayi.</w:t>
      </w:r>
      <w:r>
        <w:br/>
      </w:r>
      <w:r>
        <w:rPr>
          <w:sz w:val="20"/>
        </w:rPr>
        <w:t>35:01  Jibril saatwein aasman se aaye, aap ko jo ilzaam lagaya tha us se bari kiya, aur log aap ke bare mein par</w:t>
      </w:r>
      <w:r>
        <w:br/>
      </w:r>
      <w:r>
        <w:rPr>
          <w:sz w:val="20"/>
        </w:rPr>
        <w:t>35:10  hanay lagay. to yeh sab baatein, kai is tarah ki baatein kaheen to</w:t>
      </w:r>
      <w:r>
        <w:br/>
      </w:r>
      <w:r>
        <w:rPr>
          <w:sz w:val="20"/>
        </w:rPr>
        <w:t>35:18  hazrat aisha ko pasand nahin aaein. unhon ne kaha chhoro in sab baaton ko, main to bas yeh chahti hoon ke main bhooli bisri ban jaon, nasia mansia, yaani na koi mujhe yaad kare, na koi mera jananay wala ho.</w:t>
      </w:r>
      <w:r>
        <w:br/>
      </w:r>
      <w:r>
        <w:rPr>
          <w:sz w:val="20"/>
        </w:rPr>
        <w:t>35:31  to jo marifat yafta log hotay hain, un un ke liye duniyavi cheezein bari haqeer ban jati hain.</w:t>
      </w:r>
    </w:p>
    <w:p>
      <w:pPr>
        <w:pStyle w:val="Heading2"/>
      </w:pPr>
      <w:r>
        <w:t>Why dawah work gets less support than social work</w:t>
      </w:r>
    </w:p>
    <w:p>
      <w:r>
        <w:rPr>
          <w:color w:val="666666"/>
          <w:sz w:val="18"/>
        </w:rPr>
        <w:t>Conciliatory Approach vs Confrontational Approach March 21, 2010 Maulana Wahiduddin Khan · 4m 56s · at 48:56 · https://youtu.be/GTMfVIxatRM?t=2936</w:t>
      </w:r>
    </w:p>
    <w:p>
      <w:r>
        <w:rPr>
          <w:i/>
        </w:rPr>
        <w:t>“Madina mein pahunch kar aapka pehla khutba kya tha?”</w:t>
      </w:r>
    </w:p>
    <w:p>
      <w:r>
        <w:rPr>
          <w:sz w:val="20"/>
        </w:rPr>
        <w:t>48:56  ab rasool Allah sal Allah alaihi wasallam makkah se madinah pohanchte hain. wahan aap ne jo pata kiya un logon ko, madinah walon ko. awwal khutba khataba rasool Allah sal Allah alaihi wasallam fil madinah yani madinah mein aap ka pehla pata,</w:t>
      </w:r>
      <w:r>
        <w:br/>
      </w:r>
      <w:r>
        <w:rPr>
          <w:sz w:val="20"/>
        </w:rPr>
        <w:t>49:13  madinah pohanch kar jo aap ne pata kiya un logon ko, us ka pehla. to woh pehla pata kya tha? is ko parh lijiye aap.</w:t>
      </w:r>
      <w:r>
        <w:br/>
      </w:r>
      <w:r>
        <w:rPr>
          <w:sz w:val="20"/>
        </w:rPr>
        <w:t>49:23  is mein kuch bhi nahin hai siwaye akhirat ki baat ke.</w:t>
      </w:r>
      <w:r>
        <w:br/>
      </w:r>
      <w:r>
        <w:rPr>
          <w:sz w:val="20"/>
        </w:rPr>
        <w:t>49:26  koi shikayat nahin ke hum ko makkah walon ne sataya, hum ko watan se nikalne par majboor kiya, hum ko qatal karne ki sazish ki. yani aik so aik dastaanain theen zulm ki.</w:t>
      </w:r>
      <w:r>
        <w:br/>
      </w:r>
      <w:r>
        <w:rPr>
          <w:sz w:val="20"/>
        </w:rPr>
        <w:t>49:39  kuch nahin, kuch nahin, kuch nahin, kuch nahin, kuch nahin. yani asli dastaanain theen insaaf ki, zulm ki, sazish ki, hatta ke qatal ki.</w:t>
      </w:r>
      <w:r>
        <w:br/>
      </w:r>
      <w:r>
        <w:rPr>
          <w:sz w:val="20"/>
        </w:rPr>
        <w:t>49:54  aap ka woh khutba jo hai, us ka just yeh hai attaqoo an-naara walaw bi shaqq tamratin</w:t>
      </w:r>
      <w:r>
        <w:br/>
      </w:r>
      <w:r>
        <w:rPr>
          <w:sz w:val="20"/>
        </w:rPr>
        <w:t>50:07  ae logon, ae logon! apne aap ko aag se bachao.</w:t>
      </w:r>
      <w:r>
        <w:br/>
      </w:r>
      <w:r>
        <w:rPr>
          <w:sz w:val="20"/>
        </w:rPr>
        <w:t>50:16  apne aap ko aag se bachao, chahe khajoor ka aik tukra hi de kar kyun na ho.</w:t>
      </w:r>
      <w:r>
        <w:br/>
      </w:r>
      <w:r>
        <w:rPr>
          <w:sz w:val="20"/>
        </w:rPr>
        <w:t>50:25  kal mein soch raha tha, kuch mein ne akhbar mein parha ke social work ke baray mein. har jagah dhoom hai social work ki.</w:t>
      </w:r>
      <w:r>
        <w:br/>
      </w:r>
      <w:r>
        <w:rPr>
          <w:sz w:val="20"/>
        </w:rPr>
        <w:t>50:36  matlab gharibon ki madad karna, museebat grozon ki madad karna. jis ka aik model hai, madad tessa ka model. yeh madad tessa ka model bohat ziyada mutawajjah karta hai logon ko.</w:t>
      </w:r>
      <w:r>
        <w:br/>
      </w:r>
      <w:r>
        <w:rPr>
          <w:sz w:val="20"/>
        </w:rPr>
        <w:t>50:49  dunya bhar mein. is ke bar aks da'wa model hai.</w:t>
      </w:r>
      <w:r>
        <w:br/>
      </w:r>
      <w:r>
        <w:rPr>
          <w:sz w:val="20"/>
        </w:rPr>
        <w:t>50:55  to madad tessa model mein insaan ko dunyavi museebaton se bachane ka model hai. woh aaj dunya jo safar kar raha hai, aaj jo insaan safar kar raha hai, museebaten utha raha hai, is se bachao is ko.</w:t>
      </w:r>
      <w:r>
        <w:br/>
      </w:r>
      <w:r>
        <w:rPr>
          <w:sz w:val="20"/>
        </w:rPr>
        <w:t>51:08  acha, da'wa model jo hai, akhirat mein jo safar karne wala hai, is se bachao insaan ko. attaqoo an-naara walaw bi shaqq tamratin apne aap ko aag se bachao.</w:t>
      </w:r>
      <w:r>
        <w:br/>
      </w:r>
      <w:r>
        <w:rPr>
          <w:sz w:val="20"/>
        </w:rPr>
        <w:t>51:19  yani marne ke baad jo samne aane wala hai masla, is se bachao.</w:t>
      </w:r>
      <w:r>
        <w:br/>
      </w:r>
      <w:r>
        <w:rPr>
          <w:sz w:val="20"/>
        </w:rPr>
        <w:t>51:23  to kal mein soch raha tha ke kyun aisa hai ke social work mein dhoom se log sath dete hain, khoob paisa dete hain, khoob waqt dete hain.</w:t>
      </w:r>
      <w:r>
        <w:br/>
      </w:r>
      <w:r>
        <w:rPr>
          <w:sz w:val="20"/>
        </w:rPr>
        <w:t>51:34  aur da'wa work mein koi sath nahin deta. is ka raaz kya hai? ke social work ke liye un ko zabardasti un ke andar insentive hai.</w:t>
      </w:r>
      <w:r>
        <w:br/>
      </w:r>
      <w:r>
        <w:rPr>
          <w:sz w:val="20"/>
        </w:rPr>
        <w:t>51:45  da'wa work ke liye insentive nahin hai un ke andar.</w:t>
      </w:r>
      <w:r>
        <w:br/>
      </w:r>
      <w:r>
        <w:rPr>
          <w:sz w:val="20"/>
        </w:rPr>
        <w:t>51:48  to meri isi se samajh mein aai baat. ke social work jo hai, dunya ki takleef par mabni karta hai.</w:t>
      </w:r>
      <w:r>
        <w:br/>
      </w:r>
      <w:r>
        <w:rPr>
          <w:sz w:val="20"/>
        </w:rPr>
        <w:t>51:57  woh dikhai de rahi hai.</w:t>
      </w:r>
      <w:r>
        <w:br/>
      </w:r>
      <w:r>
        <w:rPr>
          <w:sz w:val="20"/>
        </w:rPr>
        <w:t>52:01  koi beemar hai, koi museebat zada hai, koi fāqa hai, kisi ke pas ghar gir gaya hai, woh aankhon se dikhai de raha hai. yani dikhai dene wali takleef. aur da'wa work ko in dikhai dene wali takleef par mabni karta hai.</w:t>
      </w:r>
      <w:r>
        <w:br/>
      </w:r>
      <w:r>
        <w:rPr>
          <w:sz w:val="20"/>
        </w:rPr>
        <w:t>52:13  un jo dikhai nahin de rahi hai.</w:t>
      </w:r>
      <w:r>
        <w:br/>
      </w:r>
      <w:r>
        <w:rPr>
          <w:sz w:val="20"/>
        </w:rPr>
        <w:t>52:17  to chounke woh dikhai nahi de rahi, chahe agarchay uss se arb guna zyada hai woh. jo akhirat ki jo takleef hai, woh arb guna zyada hai.</w:t>
      </w:r>
      <w:r>
        <w:br/>
      </w:r>
      <w:r>
        <w:rPr>
          <w:sz w:val="20"/>
        </w:rPr>
        <w:t>52:27  kyunke abadi hai woh. to log iss social work par jaldi se tayyar ho jatay hain karne ke liye. khoob paisa detay hain. kyunke woh dikhai denay wali takleef hai woh.</w:t>
      </w:r>
      <w:r>
        <w:br/>
      </w:r>
      <w:r>
        <w:rPr>
          <w:sz w:val="20"/>
        </w:rPr>
        <w:t>52:39  aankhon se dekh rahay hain woh. ab woh to in dikhai denay wali takleef hai.</w:t>
      </w:r>
      <w:r>
        <w:br/>
      </w:r>
      <w:r>
        <w:rPr>
          <w:sz w:val="20"/>
        </w:rPr>
        <w:t>52:45  to aadmi jo hai, yeh insaan ki kamzori hai ke jo dikhai denay wali cheez ho, uss ko foran maan leta hai. jo na dikhai de, woh uss ki samajh mein nahi aata uss ko.</w:t>
      </w:r>
      <w:r>
        <w:br/>
      </w:r>
      <w:r>
        <w:rPr>
          <w:sz w:val="20"/>
        </w:rPr>
        <w:t>52:56  to aap rasool Allah sal Allah alayh wasallam jab puhnchay hain madina, aur aap ne pehli jo taqreer ki, aur uss ke baad bhi das saal tak wahan rahay, kabhi makkah walon ki shikayat nahi.</w:t>
      </w:r>
      <w:r>
        <w:br/>
      </w:r>
      <w:r>
        <w:rPr>
          <w:sz w:val="20"/>
        </w:rPr>
        <w:t>53:08  kabhi makkah walon ke zulm ki dastaan wahan nahi. kuch bhi nahi, kuch bhi nahi, kuch</w:t>
      </w:r>
      <w:r>
        <w:br/>
      </w:r>
      <w:r>
        <w:rPr>
          <w:sz w:val="20"/>
        </w:rPr>
        <w:t>53:12  bhi nahi.</w:t>
      </w:r>
      <w:r>
        <w:br/>
      </w:r>
      <w:r>
        <w:rPr>
          <w:sz w:val="20"/>
        </w:rPr>
        <w:t>53:16  yeh hai daai ka andaaz. uss ko daal diya bhlaway ke khaane mein. jo makkah walon ne kiya, uss ko bhool jao.</w:t>
      </w:r>
      <w:r>
        <w:br/>
      </w:r>
      <w:r>
        <w:rPr>
          <w:sz w:val="20"/>
        </w:rPr>
        <w:t>53:26  aagay jo maamla hai, aagay akhirat ka maamla, jannat o jahannum ka maamla, Khuda ke samnay peshi ka maamla, wohi uss ke dimagh mein chhaye rehta hai daai ke zehan mein.</w:t>
      </w:r>
      <w:r>
        <w:br/>
      </w:r>
      <w:r>
        <w:rPr>
          <w:sz w:val="20"/>
        </w:rPr>
        <w:t>53:37  aur woh usi ko bayan karta hai.</w:t>
      </w:r>
      <w:r>
        <w:br/>
      </w:r>
      <w:r>
        <w:rPr>
          <w:sz w:val="20"/>
        </w:rPr>
        <w:t>53:41  to hijrat jo hai, yahi theek. hijrat bhi yeh hai ke yani takraao ke rastay ko avoid kar ke sulah ke rastay mein chalay jana.</w:t>
      </w:r>
    </w:p>
    <w:p>
      <w:pPr>
        <w:pStyle w:val="Heading2"/>
      </w:pPr>
      <w:r>
        <w:t>Jesus's disciples and the worldwide spread of Christianity</w:t>
      </w:r>
    </w:p>
    <w:p>
      <w:r>
        <w:rPr>
          <w:color w:val="666666"/>
          <w:sz w:val="18"/>
        </w:rPr>
        <w:t>Muslims in Diaspora 9 jan 2007 (English) · 4m 13s · at 10:16 · https://youtu.be/oAi49l7nuOI?t=616</w:t>
      </w:r>
    </w:p>
    <w:p>
      <w:r>
        <w:rPr>
          <w:i/>
        </w:rPr>
        <w:t>“The second positive diaspora occurred during Jesus Christ.”</w:t>
      </w:r>
    </w:p>
    <w:p>
      <w:r>
        <w:rPr>
          <w:sz w:val="20"/>
        </w:rPr>
        <w:t>10:16  Then the second positive diaspora was that which occurred during Jesus Christ, Hazrat Isa alaihis salam.</w:t>
      </w:r>
      <w:r>
        <w:br/>
      </w:r>
      <w:r>
        <w:rPr>
          <w:sz w:val="20"/>
        </w:rPr>
        <w:t>10:28  There is a hadith that tells us that Jesus Christ</w:t>
      </w:r>
      <w:r>
        <w:br/>
      </w:r>
      <w:r>
        <w:rPr>
          <w:sz w:val="20"/>
        </w:rPr>
        <w:t>10:37  addressed to his disciples</w:t>
      </w:r>
      <w:r>
        <w:br/>
      </w:r>
      <w:r>
        <w:rPr>
          <w:sz w:val="20"/>
        </w:rPr>
        <w:t>10:42  and said, "O my disciples or havari."</w:t>
      </w:r>
      <w:r>
        <w:br/>
      </w:r>
      <w:r>
        <w:rPr>
          <w:sz w:val="20"/>
        </w:rPr>
        <w:t>10:47  The word used in the Quran is havari. "O my disciples or my havari,</w:t>
      </w:r>
      <w:r>
        <w:br/>
      </w:r>
      <w:r>
        <w:rPr>
          <w:sz w:val="20"/>
        </w:rPr>
        <w:t>10:58  you have to spread the word of God throughout the world.</w:t>
      </w:r>
      <w:r>
        <w:br/>
      </w:r>
      <w:r>
        <w:rPr>
          <w:sz w:val="20"/>
        </w:rPr>
        <w:t>11:07  So, go out the " At that time, they were in Jerusalem, in Palestine.</w:t>
      </w:r>
      <w:r>
        <w:br/>
      </w:r>
      <w:r>
        <w:rPr>
          <w:sz w:val="20"/>
        </w:rPr>
        <w:t>11:19  So, Jesus Christ said, "Leave Palestine and go to other countries and spread the message of God."</w:t>
      </w:r>
      <w:r>
        <w:br/>
      </w:r>
      <w:r>
        <w:rPr>
          <w:sz w:val="20"/>
        </w:rPr>
        <w:t>11:30  So, these disciples said, "How can we spread how can we fulfill this mission?</w:t>
      </w:r>
      <w:r>
        <w:br/>
      </w:r>
      <w:r>
        <w:rPr>
          <w:sz w:val="20"/>
        </w:rPr>
        <w:t>11:40  We don't know the language of other countries. In those countries where you are sending us, they speak different languages.</w:t>
      </w:r>
      <w:r>
        <w:br/>
      </w:r>
      <w:r>
        <w:rPr>
          <w:sz w:val="20"/>
        </w:rPr>
        <w:t>11:53  We don't know their languages." Jesus Christ said, "No. God will help you. Go."</w:t>
      </w:r>
      <w:r>
        <w:br/>
      </w:r>
      <w:r>
        <w:rPr>
          <w:sz w:val="20"/>
        </w:rPr>
        <w:t>12:03  So, they traveled and settled in different countries. And hadith says that when they settled in those countries, they were able to speak the language of those people.</w:t>
      </w:r>
      <w:r>
        <w:br/>
      </w:r>
      <w:r>
        <w:rPr>
          <w:sz w:val="20"/>
        </w:rPr>
        <w:t>12:19  How did it happen? I think it was not a miracle. No. It was a simple phenomenon, a simple historic phenomenon.</w:t>
      </w:r>
      <w:r>
        <w:br/>
      </w:r>
      <w:r>
        <w:rPr>
          <w:sz w:val="20"/>
        </w:rPr>
        <w:t>12:31  You know, when they settled over there, they tried to interact with those people.</w:t>
      </w:r>
      <w:r>
        <w:br/>
      </w:r>
      <w:r>
        <w:rPr>
          <w:sz w:val="20"/>
        </w:rPr>
        <w:t>12:40  So, during interaction during interaction, rather than through miracle, during interaction, they began learning their languages.</w:t>
      </w:r>
      <w:r>
        <w:br/>
      </w:r>
      <w:r>
        <w:rPr>
          <w:sz w:val="20"/>
        </w:rPr>
        <w:t>12:55  It is a natural process</w:t>
      </w:r>
      <w:r>
        <w:br/>
      </w:r>
      <w:r>
        <w:rPr>
          <w:sz w:val="20"/>
        </w:rPr>
        <w:t>12:57  . Everywhere, you find some people who are living in countries other than their homeland, and they speak fluently that language.</w:t>
      </w:r>
      <w:r>
        <w:br/>
      </w:r>
      <w:r>
        <w:rPr>
          <w:sz w:val="20"/>
        </w:rPr>
        <w:t>13:10  How? Not by miracle. Simple for the simple reason that when they settled over there and so, during interaction, they began learning that language.</w:t>
      </w:r>
      <w:r>
        <w:br/>
      </w:r>
      <w:r>
        <w:rPr>
          <w:sz w:val="20"/>
        </w:rPr>
        <w:t>13:25  And finally, they were experts of that language. They became experts of that language. So happened with the disciples of Jesus Christ.</w:t>
      </w:r>
      <w:r>
        <w:br/>
      </w:r>
      <w:r>
        <w:rPr>
          <w:sz w:val="20"/>
        </w:rPr>
        <w:t>13:36  It was not a miracle that they began speaking the language of those people. It was simply a social process, simply a result of interaction,</w:t>
      </w:r>
      <w:r>
        <w:br/>
      </w:r>
      <w:r>
        <w:rPr>
          <w:sz w:val="20"/>
        </w:rPr>
        <w:t>13:49  simply a result of dialogue, simply living with those people</w:t>
      </w:r>
      <w:r>
        <w:br/>
      </w:r>
      <w:r>
        <w:rPr>
          <w:sz w:val="20"/>
        </w:rPr>
        <w:t>13:56  . So, it happened. So, according to my knowledge, this was the second positive diaspora. And you know, this diaspora was a great success.</w:t>
      </w:r>
      <w:r>
        <w:br/>
      </w:r>
      <w:r>
        <w:rPr>
          <w:sz w:val="20"/>
        </w:rPr>
        <w:t>14:12  Due to this diaspora, Christianity spread all over the world.</w:t>
      </w:r>
      <w:r>
        <w:br/>
      </w:r>
      <w:r>
        <w:rPr>
          <w:sz w:val="20"/>
        </w:rPr>
        <w:t>14:17  Now, Christianity is the largest religion in the world, largest religion of the world in terms of number.</w:t>
      </w:r>
      <w:r>
        <w:br/>
      </w:r>
      <w:r>
        <w:rPr>
          <w:sz w:val="20"/>
        </w:rPr>
        <w:t>14:30  So, here is the here is a comparison.</w:t>
      </w:r>
    </w:p>
    <w:p>
      <w:pPr>
        <w:pStyle w:val="Heading2"/>
      </w:pPr>
      <w:r>
        <w:t>Muslim militancy failure and need for reassessment</w:t>
      </w:r>
    </w:p>
    <w:p>
      <w:r>
        <w:rPr>
          <w:color w:val="666666"/>
          <w:sz w:val="18"/>
        </w:rPr>
        <w:t>Muslims: A Reassessment | July 23, 2007 · 4m 44s · at 9:30 · https://youtu.be/GGbpsnYmdT0?t=570</w:t>
      </w:r>
    </w:p>
    <w:p>
      <w:r>
        <w:rPr>
          <w:i/>
        </w:rPr>
        <w:t>“What happened? All the Muslims involved in militancy.”</w:t>
      </w:r>
    </w:p>
    <w:p>
      <w:r>
        <w:rPr>
          <w:sz w:val="20"/>
        </w:rPr>
        <w:t>9:30  Both the problems started almost in 1948.</w:t>
      </w:r>
      <w:r>
        <w:br/>
      </w:r>
      <w:r>
        <w:rPr>
          <w:sz w:val="20"/>
        </w:rPr>
        <w:t>9:39  So what happened?</w:t>
      </w:r>
      <w:r>
        <w:br/>
      </w:r>
      <w:r>
        <w:rPr>
          <w:sz w:val="20"/>
        </w:rPr>
        <w:t>9:48  All the Muslims involved in militancy.</w:t>
      </w:r>
      <w:r>
        <w:br/>
      </w:r>
      <w:r>
        <w:rPr>
          <w:sz w:val="20"/>
        </w:rPr>
        <w:t>9:57  Some Muslims engaged themselves in a practical sense, and other Muslims,</w:t>
      </w:r>
      <w:r>
        <w:br/>
      </w:r>
      <w:r>
        <w:rPr>
          <w:sz w:val="20"/>
        </w:rPr>
        <w:t>10:06  although those Muslims who involved themselves practically, they were not very large numbers, but other Muslims accepted it as theright action. So the whole Muslim Ummah endorsed this kind of action in both the places, in Pal</w:t>
      </w:r>
      <w:r>
        <w:br/>
      </w:r>
      <w:r>
        <w:rPr>
          <w:sz w:val="20"/>
        </w:rPr>
        <w:t>10:36  estine and Kashmir.</w:t>
      </w:r>
      <w:r>
        <w:br/>
      </w:r>
      <w:r>
        <w:rPr>
          <w:sz w:val="20"/>
        </w:rPr>
        <w:t>10:46  Muslims engaged in militancy, that is armed struggle, armed struggle, and all the other Muslims endorsed their action.</w:t>
      </w:r>
      <w:r>
        <w:br/>
      </w:r>
      <w:r>
        <w:rPr>
          <w:sz w:val="20"/>
        </w:rPr>
        <w:t>10:57  Perhaps I was the only exception in the Muslim world who was</w:t>
      </w:r>
      <w:r>
        <w:br/>
      </w:r>
      <w:r>
        <w:rPr>
          <w:sz w:val="20"/>
        </w:rPr>
        <w:t>11:07  against this kind of militancy.</w:t>
      </w:r>
      <w:r>
        <w:br/>
      </w:r>
      <w:r>
        <w:rPr>
          <w:sz w:val="20"/>
        </w:rPr>
        <w:t>11:15  So now, after sixty years, we find the whole plan flopped.</w:t>
      </w:r>
      <w:r>
        <w:br/>
      </w:r>
      <w:r>
        <w:rPr>
          <w:sz w:val="20"/>
        </w:rPr>
        <w:t>11:22  Muslims achieved nothing.</w:t>
      </w:r>
      <w:r>
        <w:br/>
      </w:r>
      <w:r>
        <w:rPr>
          <w:sz w:val="20"/>
        </w:rPr>
        <w:t>11:30  It was completely a loss, loss of money, loss of lives.</w:t>
      </w:r>
      <w:r>
        <w:br/>
      </w:r>
      <w:r>
        <w:rPr>
          <w:sz w:val="20"/>
        </w:rPr>
        <w:t>11:38  Everything was lost without any gain.</w:t>
      </w:r>
      <w:r>
        <w:br/>
      </w:r>
      <w:r>
        <w:rPr>
          <w:sz w:val="20"/>
        </w:rPr>
        <w:t>11:46  So we have to reassess why it happened.</w:t>
      </w:r>
      <w:r>
        <w:br/>
      </w:r>
      <w:r>
        <w:rPr>
          <w:sz w:val="20"/>
        </w:rPr>
        <w:t>11:53  Although there is a verse in the Quran, "antumul aaloona in kuntum mu'mineen, qataf lahul mu'minoon." The Muslims</w:t>
      </w:r>
      <w:r>
        <w:br/>
      </w:r>
      <w:r>
        <w:rPr>
          <w:sz w:val="20"/>
        </w:rPr>
        <w:t>12:01  are bound to gain success</w:t>
      </w:r>
      <w:r>
        <w:br/>
      </w:r>
      <w:r>
        <w:rPr>
          <w:sz w:val="20"/>
        </w:rPr>
        <w:t xml:space="preserve">12:09  </w:t>
      </w:r>
      <w:r>
        <w:br/>
      </w:r>
      <w:r>
        <w:rPr>
          <w:sz w:val="20"/>
        </w:rPr>
        <w:t>12:16  So why this happened?</w:t>
      </w:r>
      <w:r>
        <w:br/>
      </w:r>
      <w:r>
        <w:rPr>
          <w:sz w:val="20"/>
        </w:rPr>
        <w:t>12:24  That after sixty years of struggle, Muslims are facing nothing but loss in terms of money, in terms of life.</w:t>
      </w:r>
      <w:r>
        <w:br/>
      </w:r>
      <w:r>
        <w:rPr>
          <w:sz w:val="20"/>
        </w:rPr>
        <w:t>12:31  They sacrificed everything on these two fronts, but they failed completely because they deviated from the</w:t>
      </w:r>
      <w:r>
        <w:br/>
      </w:r>
      <w:r>
        <w:rPr>
          <w:sz w:val="20"/>
        </w:rPr>
        <w:t>12:39  path of the Prophet.</w:t>
      </w:r>
      <w:r>
        <w:br/>
      </w:r>
      <w:r>
        <w:rPr>
          <w:sz w:val="20"/>
        </w:rPr>
        <w:t>12:46  It was a case of deviation rather than a case of following.</w:t>
      </w:r>
      <w:r>
        <w:br/>
      </w:r>
      <w:r>
        <w:rPr>
          <w:sz w:val="20"/>
        </w:rPr>
        <w:t>12:54  So this is a case, and we have to apply the Prophet's hadith on this case.</w:t>
      </w:r>
      <w:r>
        <w:br/>
      </w:r>
      <w:r>
        <w:rPr>
          <w:sz w:val="20"/>
        </w:rPr>
        <w:t>13:02  Here I would like to refer to a well-known hadith</w:t>
      </w:r>
      <w:r>
        <w:br/>
      </w:r>
      <w:r>
        <w:rPr>
          <w:sz w:val="20"/>
        </w:rPr>
        <w:t>13:10  from Al-Bukhari.</w:t>
      </w:r>
      <w:r>
        <w:br/>
      </w:r>
      <w:r>
        <w:rPr>
          <w:sz w:val="20"/>
        </w:rPr>
        <w:t>13:16  There is a hadith narrated by Aisha.</w:t>
      </w:r>
      <w:r>
        <w:br/>
      </w:r>
      <w:r>
        <w:rPr>
          <w:sz w:val="20"/>
        </w:rPr>
        <w:t>13:23  In this hadith, we find the general policy of the Prophet of Islam.</w:t>
      </w:r>
      <w:r>
        <w:br/>
      </w:r>
      <w:r>
        <w:rPr>
          <w:sz w:val="20"/>
        </w:rPr>
        <w:t>13:29  In this hadith, we find the general policy of the Prophet of Islam.</w:t>
      </w:r>
      <w:r>
        <w:br/>
      </w:r>
      <w:r>
        <w:rPr>
          <w:sz w:val="20"/>
        </w:rPr>
        <w:t>13:36  This hadith says,</w:t>
      </w:r>
      <w:r>
        <w:br/>
      </w:r>
      <w:r>
        <w:rPr>
          <w:sz w:val="20"/>
        </w:rPr>
        <w:t>13:42  "Ma khaira rasoolullahi sallallahu alaihi wasallam bayna amrain illa ikhtaara aishah rahimah." Whenever the Prophet had</w:t>
      </w:r>
      <w:r>
        <w:br/>
      </w:r>
      <w:r>
        <w:rPr>
          <w:sz w:val="20"/>
        </w:rPr>
        <w:t>13:53  to choose between the two, he always opted for an easier course of action rather than a harder</w:t>
      </w:r>
      <w:r>
        <w:br/>
      </w:r>
      <w:r>
        <w:rPr>
          <w:sz w:val="20"/>
        </w:rPr>
        <w:t>14:04  course of action.</w:t>
      </w:r>
    </w:p>
    <w:p>
      <w:pPr>
        <w:pStyle w:val="Heading2"/>
      </w:pPr>
      <w:r>
        <w:t>you cannot invite people you secretly hate</w:t>
      </w:r>
    </w:p>
    <w:p>
      <w:r>
        <w:rPr>
          <w:color w:val="666666"/>
          <w:sz w:val="18"/>
        </w:rPr>
        <w:t>Spirituality vs Materialism July 10, 2011 Maulana Wahiduddin Khan · 4m 17s · at 47:07 · https://youtu.be/oLx-EARR2fI?t=2827</w:t>
      </w:r>
    </w:p>
    <w:p>
      <w:r>
        <w:rPr>
          <w:i/>
        </w:rPr>
        <w:t>“Why isn't outreach work happening anywhere else?”</w:t>
      </w:r>
    </w:p>
    <w:p>
      <w:r>
        <w:rPr>
          <w:sz w:val="20"/>
        </w:rPr>
        <w:t>47:07  to yeh baatein bohat zyada isi liye daawa work nahin ho raha hai. dekhiye, daawa work kahin nahin ho raha hai. hamari jo team hai, chhoti si, yeh to kar rahi hai.</w:t>
      </w:r>
      <w:r>
        <w:br/>
      </w:r>
      <w:r>
        <w:rPr>
          <w:sz w:val="20"/>
        </w:rPr>
        <w:t>47:17  yani main jab wahan gaya Philadelphia mein to main wahan thehra tha Khwaja Kaleemuddin sahib ke haan. to wahan ek ajeeb ghareeb manzar maine dekha.</w:t>
      </w:r>
      <w:r>
        <w:br/>
      </w:r>
      <w:r>
        <w:rPr>
          <w:sz w:val="20"/>
        </w:rPr>
        <w:t>47:29  ek din subah ko wo baitha hua tha, un ka ghar bohat bara hai, bohat bara lawn hai is mein. to main baitha bahar, itne mein ek bohat bari truck aai. yani hamari jo India mein truck hoti hai, us ki double, us ki double aage khari hui un ke ghar ke samne.</w:t>
      </w:r>
      <w:r>
        <w:br/>
      </w:r>
      <w:r>
        <w:rPr>
          <w:sz w:val="20"/>
        </w:rPr>
        <w:t>47:46  ab is ke baad maloom hua ke is mein yeh hamare jo Quran chhupa hai, Quran English translation, wo bohat bari tadad mein mangwaaya unhon ne.</w:t>
      </w:r>
      <w:r>
        <w:br/>
      </w:r>
      <w:r>
        <w:rPr>
          <w:sz w:val="20"/>
        </w:rPr>
        <w:t>47:56  ab is ke baad unloading hone lagi is ki.</w:t>
      </w:r>
      <w:r>
        <w:br/>
      </w:r>
      <w:r>
        <w:rPr>
          <w:sz w:val="20"/>
        </w:rPr>
        <w:t>47:59  to wo itna bara kaam tha ke subah shaam tak hota raha wo. is ko unload kiya gaya, is ko rakha gaya, is ko yeh kiya gaya, wo kiya gaya. to wahan par ek ajeeb ghareeb manzar tha.</w:t>
      </w:r>
      <w:r>
        <w:br/>
      </w:r>
      <w:r>
        <w:rPr>
          <w:sz w:val="20"/>
        </w:rPr>
        <w:t>48:11  to maine kaha ke Kaleemuddin sahib se ke aap ne to masha Allah yahan daawat ki industry khol di hai. daawa industry, ek aisi activities thin wahan par loading unloading ki aur us ko rakhne ki aur yeh karne ki, wo karne ki.</w:t>
      </w:r>
      <w:r>
        <w:br/>
      </w:r>
      <w:r>
        <w:rPr>
          <w:sz w:val="20"/>
        </w:rPr>
        <w:t>48:26  bilkul jaise ke koi industrial house yeh hai.</w:t>
      </w:r>
      <w:r>
        <w:br/>
      </w:r>
      <w:r>
        <w:rPr>
          <w:sz w:val="20"/>
        </w:rPr>
        <w:t>48:30  to maine kaha ke aap ne to daawa industry khol di hai.</w:t>
      </w:r>
      <w:r>
        <w:br/>
      </w:r>
      <w:r>
        <w:rPr>
          <w:sz w:val="20"/>
        </w:rPr>
        <w:t>48:35  to hamare sath yeh jo team hai, yeh to kar rahi hai daawat ka kaam. baqi kahin daawat ka kaam nahin ho raha. kyun?</w:t>
      </w:r>
      <w:r>
        <w:br/>
      </w:r>
      <w:r>
        <w:rPr>
          <w:sz w:val="20"/>
        </w:rPr>
        <w:t>48:45  logon ko mad'u se, log mad'u se negative hain.</w:t>
      </w:r>
      <w:r>
        <w:br/>
      </w:r>
      <w:r>
        <w:rPr>
          <w:sz w:val="20"/>
        </w:rPr>
        <w:t>48:50  hamara kehna yeh hai ke har ek aap ko mad'u hai.</w:t>
      </w:r>
      <w:r>
        <w:br/>
      </w:r>
      <w:r>
        <w:rPr>
          <w:sz w:val="20"/>
        </w:rPr>
        <w:t>48:53  Yahoodi aap ko mad'u hai. Hindu aap ko mad'u hai. American aap ko mad'u hai. Britishs aap ko mad'u hai. aur mad'u se nafrat karna jaiz hi nahin hai.</w:t>
      </w:r>
      <w:r>
        <w:br/>
      </w:r>
      <w:r>
        <w:rPr>
          <w:sz w:val="20"/>
        </w:rPr>
        <w:t>49:04  kyun? agar aap mad'u se nafrat karenge to aap daawat nahin de sakte.</w:t>
      </w:r>
      <w:r>
        <w:br/>
      </w:r>
      <w:r>
        <w:rPr>
          <w:sz w:val="20"/>
        </w:rPr>
        <w:t>49:11  yahan par theek wahi hai jo business ka muamla hai. ke ek ek ek taajir agar apne customer se nafrat kare to to tijarat nahin kar sakta wo.</w:t>
      </w:r>
      <w:r>
        <w:br/>
      </w:r>
      <w:r>
        <w:rPr>
          <w:sz w:val="20"/>
        </w:rPr>
        <w:t>49:27  ek taajir jo hai, ek businessman jo hai, apne customer se nafrat karne lage to wo kabhi bhi business nahin chala sakta wo. isi liye kaha jata hai ke customer is always right</w:t>
      </w:r>
      <w:r>
        <w:br/>
      </w:r>
      <w:r>
        <w:rPr>
          <w:sz w:val="20"/>
        </w:rPr>
        <w:t>49:39  business culture mein yeh mana jata hai ke customer is always right yani customer friendly behavior aap ka hoga tab aap business chalegi aap ki. isi tarah se yaad rakhiye, mad'u friendly behavior aap ka hoga tab aap daawat ka kaam kar payenge.</w:t>
      </w:r>
      <w:r>
        <w:br/>
      </w:r>
      <w:r>
        <w:rPr>
          <w:sz w:val="20"/>
        </w:rPr>
        <w:t>49:57  mad'u friendly behavior nahin hai to daawat bhi nahin hai. to sari duniya ke musalman ek na ek baat ko le kar ke doosron se negative bane hue hain.</w:t>
      </w:r>
      <w:r>
        <w:br/>
      </w:r>
      <w:r>
        <w:rPr>
          <w:sz w:val="20"/>
        </w:rPr>
        <w:t>50:09  Hindu se nafrat, Israel se nafrat, Yahoodi se nafrat, Isai se nafrat. ab maslan Isaiyon se nafrat kyun karte hain musalman?</w:t>
      </w:r>
      <w:r>
        <w:br/>
      </w:r>
      <w:r>
        <w:rPr>
          <w:sz w:val="20"/>
        </w:rPr>
        <w:t>50:20  ke Israel ke muamle mein Christian jo hain, un ki hum himayat kyun nahin karte? main kehta hoon, kyun himayat karenge tumhari bhai wo? tum apna kaam jo chahe karo, wo kyun tumhari himayat karenge?</w:t>
      </w:r>
      <w:r>
        <w:br/>
      </w:r>
      <w:r>
        <w:rPr>
          <w:sz w:val="20"/>
        </w:rPr>
        <w:t>50:34  to musalmanon ka haal yeh hai ke Christian se negative, Yahoodi se negative,</w:t>
      </w:r>
      <w:r>
        <w:br/>
      </w:r>
      <w:r>
        <w:rPr>
          <w:sz w:val="20"/>
        </w:rPr>
        <w:t>50:38  hindu se negative, american se negative, britishz se negative, sab se negative. is ki price kiya deni parti hai?</w:t>
      </w:r>
      <w:r>
        <w:br/>
      </w:r>
      <w:r>
        <w:rPr>
          <w:sz w:val="20"/>
        </w:rPr>
        <w:t>50:48  jo sab se bari responsibility un ki thi, jo un ki jo zimmedari, isi ko ada karne ke liye un ke andar spirit nahi paida hoti. yani daawa work.</w:t>
      </w:r>
      <w:r>
        <w:br/>
      </w:r>
      <w:r>
        <w:rPr>
          <w:sz w:val="20"/>
        </w:rPr>
        <w:t>51:00  yaad rakhiye, daawa work hi woh cheez hai jis se ummat e muslema ka ummat e muslema hona yani muthaqiq hota hai.</w:t>
      </w:r>
      <w:r>
        <w:br/>
      </w:r>
      <w:r>
        <w:rPr>
          <w:sz w:val="20"/>
        </w:rPr>
        <w:t>51:12  quran majeed mein aik ayat hai ya ayyuhal rasool balagh ma unzila ilaik min rabbik wa lam taf al fa ma balaght risalatah wallahu ya'su minan naas</w:t>
      </w:r>
    </w:p>
    <w:p>
      <w:pPr>
        <w:pStyle w:val="Heading2"/>
      </w:pPr>
      <w:r>
        <w:t>Companions as a nursery of heroes who recognized truth</w:t>
      </w:r>
    </w:p>
    <w:p>
      <w:r>
        <w:rPr>
          <w:color w:val="666666"/>
          <w:sz w:val="18"/>
        </w:rPr>
        <w:t>The Companions of The Prophet January 15, 2023 · 4m 05s · at 1:57 · https://youtu.be/clnN0tUU9og?t=117</w:t>
      </w:r>
    </w:p>
    <w:p>
      <w:r>
        <w:rPr>
          <w:i/>
        </w:rPr>
        <w:t>“Philip Hitti said: a nursery of heroes was born in Arabia.”</w:t>
      </w:r>
    </w:p>
    <w:p>
      <w:r>
        <w:rPr>
          <w:sz w:val="20"/>
        </w:rPr>
        <w:t>1:57  Philip Hitti ne to yahan tak kaha hai ke "They were like the nursery of heroes." To is ke baray mein apa aap batayein. Is dunya mein jo sab se behtareen log thay woh paygambar thay.</w:t>
      </w:r>
      <w:r>
        <w:br/>
      </w:r>
      <w:r>
        <w:rPr>
          <w:sz w:val="20"/>
        </w:rPr>
        <w:t>2:13  is ke baad second best jo hain woh Sahaba hain. To Sahaba ki jo bohat zabardast un ke andar salahiyat thi,</w:t>
      </w:r>
      <w:r>
        <w:br/>
      </w:r>
      <w:r>
        <w:rPr>
          <w:sz w:val="20"/>
        </w:rPr>
        <w:t>2:24  isi liye Hitti ne kaha hai ke Arab ke sehra mein ek nursery of heroes paida hui. Tamam ke tamam log hero thay.</w:t>
      </w:r>
      <w:r>
        <w:br/>
      </w:r>
      <w:r>
        <w:rPr>
          <w:sz w:val="20"/>
        </w:rPr>
        <w:t>2:33  un ke andar jo salahiyatein theen, jis ko Arab al-marwah kehte thay, mardangi, manliness, matlab fitrat ke zor par un ke andar woh tamam salahiyatein theen jo Allah chahta hai insan ke andar.</w:t>
      </w:r>
      <w:r>
        <w:br/>
      </w:r>
      <w:r>
        <w:rPr>
          <w:sz w:val="20"/>
        </w:rPr>
        <w:t>2:48  Allah ne jis jin salahiyaton ke sath insan ko potentially paida kiya hai.</w:t>
      </w:r>
      <w:r>
        <w:br/>
      </w:r>
      <w:r>
        <w:rPr>
          <w:sz w:val="20"/>
        </w:rPr>
        <w:t>2:53  to lekin jab aadmi tamaddun mein rehta hai to tamaddun ki kharabiyon ko woh apne andar is ka is ka influence mein aa jata hai.</w:t>
      </w:r>
      <w:r>
        <w:br/>
      </w:r>
      <w:r>
        <w:rPr>
          <w:sz w:val="20"/>
        </w:rPr>
        <w:t>3:03  woh sehra mein thay, woh fitrat ke mahol mein thay, to un ke andar kisi qism ki kharabiyan paida nahi huin. Agar thora moora kuch tha to woh oopri thi.</w:t>
      </w:r>
      <w:r>
        <w:br/>
      </w:r>
      <w:r>
        <w:rPr>
          <w:sz w:val="20"/>
        </w:rPr>
        <w:t>3:12  bohat aram se woh sab deconditioning is ki ho</w:t>
      </w:r>
      <w:r>
        <w:br/>
      </w:r>
      <w:r>
        <w:rPr>
          <w:sz w:val="20"/>
        </w:rPr>
        <w:t>3:16  gayi. Gehri conditioned jo hotay hain log, gehra gehrai se conditioning hoti hai to woh kisi tarah khatam nahi hoti.</w:t>
      </w:r>
      <w:r>
        <w:br/>
      </w:r>
      <w:r>
        <w:rPr>
          <w:sz w:val="20"/>
        </w:rPr>
        <w:t>3:24  to is wajah se Sahaba jo hain hamare liye role model hain. Humein samajhna chahiye Sahaba ki zindagi ko parhna chahiye aur un se humein bohat ziyada seekhna chahiye.</w:t>
      </w:r>
      <w:r>
        <w:br/>
      </w:r>
      <w:r>
        <w:rPr>
          <w:sz w:val="20"/>
        </w:rPr>
        <w:t>3:37  to jo Sahaba thay un ke andar ek to sab se pehle to woh bohat ziyada bahadur thay.</w:t>
      </w:r>
      <w:r>
        <w:br/>
      </w:r>
      <w:r>
        <w:rPr>
          <w:sz w:val="20"/>
        </w:rPr>
        <w:t>3:43  ab is ke jo alfaaz bol dete thay us par poore utarte thay. Wada ke pakay thay. Jhoot bolna to un ko aata hi nahi tha.</w:t>
      </w:r>
      <w:r>
        <w:br/>
      </w:r>
      <w:r>
        <w:rPr>
          <w:sz w:val="20"/>
        </w:rPr>
        <w:t>3:54  isi liye unhon ne paygambar ki itni ziyada mukhalifat ki lekin kabhi nahi kaha ke woh jhootay hain. Kyunke woh jantay hi nahi thay jhoot bolna to doosray ko kaise keh sakte thay.</w:t>
      </w:r>
      <w:r>
        <w:br/>
      </w:r>
      <w:r>
        <w:rPr>
          <w:sz w:val="20"/>
        </w:rPr>
        <w:t>4:04  aur jo shayad sab se bari baat hai ke woh haqiqat pasand thay, realist thay. Foran haqiqat ke samnay woh surrender kar dete thay.</w:t>
      </w:r>
      <w:r>
        <w:br/>
      </w:r>
      <w:r>
        <w:rPr>
          <w:sz w:val="20"/>
        </w:rPr>
        <w:t>4:13  aaj jaise koi surrender nahi karta, woh apna kuch na kuch false excuses paish karta rehta hai. Un ke haan koi excuse nahi tha. Ek bar unhon ne haq ko maan liya to maan liya, poori zindagi us ke liye woh qurbaaniyan detay rahay.</w:t>
      </w:r>
      <w:r>
        <w:br/>
      </w:r>
      <w:r>
        <w:rPr>
          <w:sz w:val="20"/>
        </w:rPr>
        <w:t>4:28  to yeh sab se bari baat hai ke mujarrad haq ko pehchanna, jo Maulana ne likha hai apni kitab "Paygambar e Inqilab" mein, ke unhon ne us waqt haq ko pehchana jab haq ke agay peechay koi madi, ah, madi jo hain barhaiyan paida nahi huin theen.</w:t>
      </w:r>
      <w:r>
        <w:br/>
      </w:r>
      <w:r>
        <w:rPr>
          <w:sz w:val="20"/>
        </w:rPr>
        <w:t>4:47  Rasool Allah sal Allah o alaihi wasallam ek aam aadmi nazar atay thay logon ko. Wahan na woh wahan ke Arab ke leader thay, na koi bohat bari un ki dashing personality</w:t>
      </w:r>
      <w:r>
        <w:br/>
      </w:r>
      <w:r>
        <w:rPr>
          <w:sz w:val="20"/>
        </w:rPr>
        <w:t>4:58  thi, na aur kisi lehaz se woh koi towering personality jis ko kehte hain. To is tarah ka kuch nahi tha. Ek aam aadmi lagte thay logon ko.</w:t>
      </w:r>
      <w:r>
        <w:br/>
      </w:r>
      <w:r>
        <w:rPr>
          <w:sz w:val="20"/>
        </w:rPr>
        <w:t>5:07  jaisa ke aap samajh sakte hain Taif walon ne kitna ziyada humiliate kiya isi baat par ke Khuda ko koi nahi mila tha paygambar banane ke liye.</w:t>
      </w:r>
      <w:r>
        <w:br/>
      </w:r>
      <w:r>
        <w:rPr>
          <w:sz w:val="20"/>
        </w:rPr>
        <w:t>5:16  tum ko peghambar banaya hai. Kaba ki be izzati karni hai Khuda ko kya? To is tareeqay ki baatein theen.</w:t>
      </w:r>
      <w:r>
        <w:br/>
      </w:r>
      <w:r>
        <w:rPr>
          <w:sz w:val="20"/>
        </w:rPr>
        <w:t>5:23  Aur is is mahaul mein, ah, peghambar ko pehchanna aur un ki aik aik baat ko manna, sari zindagi manna, waqti tor par log maan bhi lete hain lekin baad mein woh peechay hatt jatay hain.</w:t>
      </w:r>
      <w:r>
        <w:br/>
      </w:r>
      <w:r>
        <w:rPr>
          <w:sz w:val="20"/>
        </w:rPr>
        <w:t>5:38  Jab dekhte hain ke is mein to hamara maadi nuqsan ho raha hai to woh peechay hatt jatay hain. To woh is zamanay mein jab ke aap ko log muzammam kehte thay, muzammam aap ka naam rakh diya tha, us zamanay mein unhon ne Muhammad ke ko pehchana.</w:t>
      </w:r>
      <w:r>
        <w:br/>
      </w:r>
      <w:r>
        <w:rPr>
          <w:sz w:val="20"/>
        </w:rPr>
        <w:t>5:53  Un ke aap ke aap peghambar hain. Is ko aik baar unhon ne maan liya to maan liya. Phir koi koi cheez un ko peechay nahi hata sakti thi.</w:t>
      </w:r>
    </w:p>
    <w:p>
      <w:pPr>
        <w:pStyle w:val="Heading2"/>
      </w:pPr>
      <w:r>
        <w:t>How the Prophet targeted root causes without disrupting society</w:t>
      </w:r>
    </w:p>
    <w:p>
      <w:r>
        <w:rPr>
          <w:color w:val="666666"/>
          <w:sz w:val="18"/>
        </w:rPr>
        <w:t>How to Develop Pratical Wisdom May 5, 2024 · 4m 38s · at 26:44 · https://youtu.be/QIKxtH-MyMM?t=1604</w:t>
      </w:r>
    </w:p>
    <w:p>
      <w:r>
        <w:rPr>
          <w:i/>
        </w:rPr>
        <w:t>“When the Prophet started his work in Mecca, society was full of every kind of vice.”</w:t>
      </w:r>
    </w:p>
    <w:p>
      <w:r>
        <w:rPr>
          <w:sz w:val="20"/>
        </w:rPr>
        <w:t>26:44  aur is ki misalein itni zyada Rasool Allah salallaho alaihi wasallam ki zindagi mein milti hain ke Rasool Allah salallaho alaihi wasallam ne jab Makah mein kaam shuru kiya to society mein tarah tarah ki buraiyan theen.</w:t>
      </w:r>
      <w:r>
        <w:br/>
      </w:r>
      <w:r>
        <w:rPr>
          <w:sz w:val="20"/>
        </w:rPr>
        <w:t>26:57  wahan tarah tarah ke jurm hotay thay, wahan tarah tarah ke jo hain aik doosre par log zulm karte thay. das das bees bees saal tak jangain ladte rehte thay.</w:t>
      </w:r>
      <w:r>
        <w:br/>
      </w:r>
      <w:r>
        <w:rPr>
          <w:sz w:val="20"/>
        </w:rPr>
        <w:t>27:08  tribal society mein yahi hota tha. Rome o Iran ki siyasi intervention barabar rehta tha. to tarah tarah se Ka'bah mein but rakhe hue thay.</w:t>
      </w:r>
      <w:r>
        <w:br/>
      </w:r>
      <w:r>
        <w:rPr>
          <w:sz w:val="20"/>
        </w:rPr>
        <w:t>27:18  lekin Rasool Allah salallaho alaihi wasallam in tamam cheezon se nahi disturb</w:t>
      </w:r>
      <w:r>
        <w:br/>
      </w:r>
      <w:r>
        <w:rPr>
          <w:sz w:val="20"/>
        </w:rPr>
        <w:t>27:25  huye. unhon ne dekha ke sirf aik root cause dekha. root cause kya hai? ke un ko tauheed ka message nahi mila hua hai.</w:t>
      </w:r>
      <w:r>
        <w:br/>
      </w:r>
      <w:r>
        <w:rPr>
          <w:sz w:val="20"/>
        </w:rPr>
        <w:t>27:34  un ko Khuda se taluq, Khuda se mohabbat, Khuda ka khauf, yeh sab cheezein un ke andar paida karna hai. aakhirat ka shauq, to yeh sab paida ho jayega.</w:t>
      </w:r>
      <w:r>
        <w:br/>
      </w:r>
      <w:r>
        <w:rPr>
          <w:sz w:val="20"/>
        </w:rPr>
        <w:t>27:45  to yeh sari cheezein jo hain khud ba khud khatam ho jayen gi.</w:t>
      </w:r>
      <w:r>
        <w:br/>
      </w:r>
      <w:r>
        <w:rPr>
          <w:sz w:val="20"/>
        </w:rPr>
        <w:t>27:48  to wahi hua. Rasool Allah salallaho alaihi wasallam ne aik taraf to tauheed par bohat zyada zor diya, aur phir ilm par bohat zyada zor diya.</w:t>
      </w:r>
      <w:r>
        <w:br/>
      </w:r>
      <w:r>
        <w:rPr>
          <w:sz w:val="20"/>
        </w:rPr>
        <w:t>27:58  yahan tak ke auraton ki taleem ka bhi bohat achhe tareeqe se intezam kiya taake kyunke auratein jo hain kisi bhi society ka taqreeban aadha hissa hoti hain, to agar woh educated nahi hain to phir bohat mushkil ho jayegi society mein education phail nahi payegi.</w:t>
      </w:r>
      <w:r>
        <w:br/>
      </w:r>
      <w:r>
        <w:rPr>
          <w:sz w:val="20"/>
        </w:rPr>
        <w:t>28:18  to phir rasool Allah sal Allah alaihi wasallam ne status ko dekha ke status ko agar hai koi prevail kar raha hai to usko khatam nahi karein, kyunke khatam karne se bohat zyada disturbance hoti hai.</w:t>
      </w:r>
      <w:r>
        <w:br/>
      </w:r>
      <w:r>
        <w:rPr>
          <w:sz w:val="20"/>
        </w:rPr>
        <w:t>28:31  to rasool Allah sal Allah alaihi wasallam ka jo sab se zyada yeh tha ke peace aur normal situation prevail kare taake jo woh kaam kar rahe hain, us kaam mein disturbance na ho.</w:t>
      </w:r>
      <w:r>
        <w:br/>
      </w:r>
      <w:r>
        <w:rPr>
          <w:sz w:val="20"/>
        </w:rPr>
        <w:t>28:43  to is liye aap status ko nahi todte the.</w:t>
      </w:r>
      <w:r>
        <w:br/>
      </w:r>
      <w:r>
        <w:rPr>
          <w:sz w:val="20"/>
        </w:rPr>
        <w:t>28:46  iski ek misaal wahi hai jo kaba jab kai baar jab flood mein kaba gir gaya tha, to dobara jab banaya gaya to itna unke paas quraish ke paas itna material nahi tha, kyunke kaba lamba tha aur ab chokor hai.</w:t>
      </w:r>
      <w:r>
        <w:br/>
      </w:r>
      <w:r>
        <w:rPr>
          <w:sz w:val="20"/>
        </w:rPr>
        <w:t>29:02  to material unka khatam ho gaya, to unhone chokor building bana di. to</w:t>
      </w:r>
      <w:r>
        <w:br/>
      </w:r>
      <w:r>
        <w:rPr>
          <w:sz w:val="20"/>
        </w:rPr>
        <w:t>29:07  jab aap ne makka conquer kar liya to aap ne chaha ke hum jo original kaba tha hazrat ibrahim alaihi wasallam ka banaya hua, uske upar usko dobara se bana dein.</w:t>
      </w:r>
      <w:r>
        <w:br/>
      </w:r>
      <w:r>
        <w:rPr>
          <w:sz w:val="20"/>
        </w:rPr>
        <w:t>29:20  to phir hazrat aisha ne kaha: "bhai to aap chahte hain to kyun nahi bana dete?" to aap ne kaha ke yeh qaum jo hai nayi nayi islam layi hai, woh kahegi ke yeh kaisa mazhab hai ke aate hi yeh log kaba ko todne lag</w:t>
      </w:r>
      <w:r>
        <w:br/>
      </w:r>
      <w:r>
        <w:rPr>
          <w:sz w:val="20"/>
        </w:rPr>
        <w:t>29:33  e. to yeh bohat zyada jo hai na ulta iska nateeja niklega. to is tareeqe se bohat saare waqiyat hain jo ke rasool Allah sal Allah alaihi wasallam ne status ko barqarar rakha aur root cause ko dekha ke root cause par kaam karne se khud ba khud doosre tamam masail hal ho jate hain.</w:t>
      </w:r>
      <w:r>
        <w:br/>
      </w:r>
      <w:r>
        <w:rPr>
          <w:sz w:val="20"/>
        </w:rPr>
        <w:t>29:55  ji apa aur molana se ek yeh bhi cheez seekhi ke woh kehte the: "wise person is one who lives in remembrance of God and in wise person is one who lives in material world because he is not aware of the creation plan of God." apa agar sahaba ki zindagi se bhi dekhein to bohat examples milte hain.</w:t>
      </w:r>
      <w:r>
        <w:br/>
      </w:r>
      <w:r>
        <w:rPr>
          <w:sz w:val="20"/>
        </w:rPr>
        <w:t>30:17  jaise um daradah ne ek martaba hazrat abu dardah ke bare mein bataya</w:t>
      </w:r>
      <w:r>
        <w:br/>
      </w:r>
      <w:r>
        <w:rPr>
          <w:sz w:val="20"/>
        </w:rPr>
        <w:t>30:22  Jab un ke baray mein poocha gaya ke un ki favorite</w:t>
      </w:r>
      <w:r>
        <w:br/>
      </w:r>
      <w:r>
        <w:rPr>
          <w:sz w:val="20"/>
        </w:rPr>
        <w:t>30:25  favorite deed kya thi to wo kehte the ke "He would contemplate and seek wisdom."</w:t>
      </w:r>
      <w:r>
        <w:br/>
      </w:r>
      <w:r>
        <w:rPr>
          <w:sz w:val="20"/>
        </w:rPr>
        <w:t>30:32  Aur aap wo is cheez se bhi aik example se pata chalta hai ke kitni practical wisdom thi</w:t>
      </w:r>
      <w:r>
        <w:br/>
      </w:r>
      <w:r>
        <w:rPr>
          <w:sz w:val="20"/>
        </w:rPr>
        <w:t>30:38  Sahaba mein ke unhon ne aik martaba aik Sahabi ko kaha ke "Remember</w:t>
      </w:r>
      <w:r>
        <w:br/>
      </w:r>
      <w:r>
        <w:rPr>
          <w:sz w:val="20"/>
        </w:rPr>
        <w:t>30:44  God while you are enjoying happiness because then God will remember you while you are in trouble."</w:t>
      </w:r>
      <w:r>
        <w:br/>
      </w:r>
      <w:r>
        <w:rPr>
          <w:sz w:val="20"/>
        </w:rPr>
        <w:t>30:50  And whenever you see a worldly thing, remember its transitory nature, its temporary nature, and tell your</w:t>
      </w:r>
      <w:r>
        <w:br/>
      </w:r>
      <w:r>
        <w:rPr>
          <w:sz w:val="20"/>
        </w:rPr>
        <w:t>30:58  self that this world will soon get over.</w:t>
      </w:r>
      <w:r>
        <w:br/>
      </w:r>
      <w:r>
        <w:rPr>
          <w:sz w:val="20"/>
        </w:rPr>
        <w:t>31:01  to yeh bohat hi practical tip hai kyunke apa jab hum chaka chaundh dekhte hain, worldly cheezon ko dekhte hain to bilkul uski taraf drawn ho jate hain, usi mein jeene lagte hain.</w:t>
      </w:r>
      <w:r>
        <w:br/>
      </w:r>
      <w:r>
        <w:rPr>
          <w:sz w:val="20"/>
        </w:rPr>
        <w:t>31:10  lekin yeh kitne aasani se ek practical wisdom ka unhone example diya. to apa yahan pe mera agla sawal bhi yahi aata hai ke aap ne starting mein zikr bhi kiya tha theoretical wisdom ka.</w:t>
      </w:r>
    </w:p>
    <w:p>
      <w:pPr>
        <w:pStyle w:val="Heading2"/>
      </w:pPr>
      <w:r>
        <w:t>Modern Muslims protests breaking history</w:t>
      </w:r>
    </w:p>
    <w:p>
      <w:r>
        <w:rPr>
          <w:color w:val="666666"/>
          <w:sz w:val="18"/>
        </w:rPr>
        <w:t>The Importance of Wisdom I November 4, 2012 Maulana Wahiduddin Khan · 5m 49s · at 18:02 · https://youtu.be/RpFboW7i_P4?t=1082</w:t>
      </w:r>
    </w:p>
    <w:p>
      <w:r>
        <w:rPr>
          <w:i/>
        </w:rPr>
        <w:t>“Abhi aap ko maloom hai ke America mein ek film bani thi”</w:t>
      </w:r>
    </w:p>
    <w:p>
      <w:r>
        <w:rPr>
          <w:sz w:val="20"/>
        </w:rPr>
        <w:t>18:02  abhi aap ko maloom hai ke america mein ek film bani thi pichle mahine jis ka naam tha "innocence of muslims".</w:t>
      </w:r>
      <w:r>
        <w:br/>
      </w:r>
      <w:r>
        <w:rPr>
          <w:sz w:val="20"/>
        </w:rPr>
        <w:t>18:11  woh film koi janta bhi nahi tha. is ka ek thoda sa hissa internet par dala tha. is ne kisi</w:t>
      </w:r>
      <w:r>
        <w:br/>
      </w:r>
      <w:r>
        <w:rPr>
          <w:sz w:val="20"/>
        </w:rPr>
        <w:t>18:19  be danish aadmi ne, kisi be danish musalman ne is ko dekha, is par shor machaya aur sari duniya mein shor macha. har jagah jalse, jaloos, nare, jhande.</w:t>
      </w:r>
      <w:r>
        <w:br/>
      </w:r>
      <w:r>
        <w:rPr>
          <w:sz w:val="20"/>
        </w:rPr>
        <w:t>18:29  achha, ab kya hai? aap aap ko sab ko pata hai ke ek waqt tak rozana khabrein aati theen.</w:t>
      </w:r>
      <w:r>
        <w:br/>
      </w:r>
      <w:r>
        <w:rPr>
          <w:sz w:val="20"/>
        </w:rPr>
        <w:t>18:37  rozana media mein, print media mein, electronic media mein rozana khabrein aati theen. sari duniya mein musalman hangama kar rahe the. ab bilkul khamoshi hai, ab kuch bhi nahi.</w:t>
      </w:r>
      <w:r>
        <w:br/>
      </w:r>
      <w:r>
        <w:rPr>
          <w:sz w:val="20"/>
        </w:rPr>
        <w:t>18:49  kyun? is liye ke dekhiye, musalman kitne jalsa jaloos nikalein. yeh mamla hai</w:t>
      </w:r>
      <w:r>
        <w:br/>
      </w:r>
      <w:r>
        <w:rPr>
          <w:sz w:val="20"/>
        </w:rPr>
        <w:t>18:57  aaj ke border world ke liye "freedom of expression" ka mamla. "freedom of expression" jo hai modern duniya mein wohi importance hai is ki jo aap ke nazdeek hai "la ilaha illallah".</w:t>
      </w:r>
      <w:r>
        <w:br/>
      </w:r>
      <w:r>
        <w:rPr>
          <w:sz w:val="20"/>
        </w:rPr>
        <w:t>19:10  "la ilaha illallah" ki yani modern civilization ka kalma hai. yeh</w:t>
      </w:r>
      <w:r>
        <w:br/>
      </w:r>
      <w:r>
        <w:rPr>
          <w:sz w:val="20"/>
        </w:rPr>
        <w:t>19:17  "freedom of expression" jo hai woh modern civilization ka kalma hai. jis tarah se musalman apne kalmon ko nahi chhodenge, woh bhi nahi chhod sakte.</w:t>
      </w:r>
      <w:r>
        <w:br/>
      </w:r>
      <w:r>
        <w:rPr>
          <w:sz w:val="20"/>
        </w:rPr>
        <w:t>19:28  to modern civilization ka dabdaba hai. inhi ki har jagah iqtadar qaim hai. har aitbar se</w:t>
      </w:r>
      <w:r>
        <w:br/>
      </w:r>
      <w:r>
        <w:rPr>
          <w:sz w:val="20"/>
        </w:rPr>
        <w:t>19:37  science mein, industry mein, ilm mein, education mein. yahan tak ke aap ko koi bara aadmi jab bimar hota hai to ilaaj karne ke liye wahan jata hai. arabon, arab ho ya ajam, jab koi bara aadmi bimar hota hai to wahan ja ilaaj karta hai, jaane ke liye</w:t>
      </w:r>
      <w:r>
        <w:br/>
      </w:r>
      <w:r>
        <w:rPr>
          <w:sz w:val="20"/>
        </w:rPr>
        <w:t>19:53  ilaaj ke liye wahan jata hai. to har aitbar se inhi ka dabdaba chhaya hua hai. to aur in ka kalma hai "freedom of expression".</w:t>
      </w:r>
      <w:r>
        <w:br/>
      </w:r>
      <w:r>
        <w:rPr>
          <w:sz w:val="20"/>
        </w:rPr>
        <w:t>20:05  is ke khilaf hangama karenge to kya hoga? kuch bhi nahi hoga. jaise duniya hangama kare ke musalman "la ilaha illallah" ko chhod dein to kya aap chhod denge?</w:t>
      </w:r>
      <w:r>
        <w:br/>
      </w:r>
      <w:r>
        <w:rPr>
          <w:sz w:val="20"/>
        </w:rPr>
        <w:t>20:16  aap sochiye, agar sare duniya ke log shor machayein ke musalman jo hai "la ilaha illallah" ko chhod dein to kabhi aap chhodne ke liye tayyar nahi honge.</w:t>
      </w:r>
      <w:r>
        <w:br/>
      </w:r>
      <w:r>
        <w:rPr>
          <w:sz w:val="20"/>
        </w:rPr>
        <w:t>20:26  aap kyunke woh aap ka kalma hai, woh aap ka deen hai,</w:t>
      </w:r>
      <w:r>
        <w:br/>
      </w:r>
      <w:r>
        <w:rPr>
          <w:sz w:val="20"/>
        </w:rPr>
        <w:t>20:33  isi par aap ka wajood hai. to modern civilization jo hai jis ka duniya mein dabdaba qaim hai, is ka kalma hai "freedom of expression".</w:t>
      </w:r>
      <w:r>
        <w:br/>
      </w:r>
      <w:r>
        <w:rPr>
          <w:sz w:val="20"/>
        </w:rPr>
        <w:t>20:43  to chhod kaise dega woh? aap dekhiye, kitab chhapi thi</w:t>
      </w:r>
      <w:r>
        <w:br/>
      </w:r>
      <w:r>
        <w:rPr>
          <w:sz w:val="20"/>
        </w:rPr>
        <w:t>20:52  salman rushdie ne jis ka naam tha "satanic verses". is ke khilaf tamam ulama ne fatwa diya ke maro, maro, maro.</w:t>
      </w:r>
      <w:r>
        <w:br/>
      </w:r>
      <w:r>
        <w:rPr>
          <w:sz w:val="20"/>
        </w:rPr>
        <w:t>21:02  sirf mein tha, is mein shareek nahi tha. maine kaha yeh galat hai. yeh tamam arab o ajam ke tamam ulama, without exception, without any exception.</w:t>
      </w:r>
      <w:r>
        <w:br/>
      </w:r>
      <w:r>
        <w:rPr>
          <w:sz w:val="20"/>
        </w:rPr>
        <w:t>21:13  achha, is ke baad kya hua?</w:t>
      </w:r>
      <w:r>
        <w:br/>
      </w:r>
      <w:r>
        <w:rPr>
          <w:sz w:val="20"/>
        </w:rPr>
        <w:t>21:16  in ulama mein se kitne log mar gaye jinhon ne shor kiya tha? aur rushdi jo hai is waqt royal security mili hui hai.</w:t>
      </w:r>
      <w:r>
        <w:br/>
      </w:r>
      <w:r>
        <w:rPr>
          <w:sz w:val="20"/>
        </w:rPr>
        <w:t>21:25  is ko london mein</w:t>
      </w:r>
      <w:r>
        <w:br/>
      </w:r>
      <w:r>
        <w:rPr>
          <w:sz w:val="20"/>
        </w:rPr>
        <w:t>21:30  rushdi ko london mein royal security mili hui hai. is ki kitaab pehle se zyada bikki, bestseller ban gayi dunya bhar mein.</w:t>
      </w:r>
      <w:r>
        <w:br/>
      </w:r>
      <w:r>
        <w:rPr>
          <w:sz w:val="20"/>
        </w:rPr>
        <w:t>21:39  to kya hua? aap ke fatwe ka kya nateeja nikla? ulta nateeja nikla. to jis ko hota hai angrezi mein "counter productive" yaani ulta nateeja.</w:t>
      </w:r>
      <w:r>
        <w:br/>
      </w:r>
      <w:r>
        <w:rPr>
          <w:sz w:val="20"/>
        </w:rPr>
        <w:t>21:52  to jis amal ka ulta nateeja nikalne wala momin ko chahiye ke woh kaam na kare. momin ke liye aap ne is lafz kyun istemal kiya?</w:t>
      </w:r>
      <w:r>
        <w:br/>
      </w:r>
      <w:r>
        <w:rPr>
          <w:sz w:val="20"/>
        </w:rPr>
        <w:t>22:01  kyun ke hadith mein aata hai ke "atqoo firasat al momin". fanwinظر بنو اللہ</w:t>
      </w:r>
      <w:r>
        <w:br/>
      </w:r>
      <w:r>
        <w:rPr>
          <w:sz w:val="20"/>
        </w:rPr>
        <w:t>22:09  ke momin jo hai, sacha momin jo hai, us ko Allah ki taraf roshni milti hai. Allah ki taraf se roshni milti hai.</w:t>
      </w:r>
      <w:r>
        <w:br/>
      </w:r>
      <w:r>
        <w:rPr>
          <w:sz w:val="20"/>
        </w:rPr>
        <w:t>22:21  to is ke andar firasat aati hai, aql aati hai. agar sacha momin ek aadmi hai to zaroor us ko Allah ki roshni milegi.</w:t>
      </w:r>
      <w:r>
        <w:br/>
      </w:r>
      <w:r>
        <w:rPr>
          <w:sz w:val="20"/>
        </w:rPr>
        <w:t>22:37  to kya hoga? aala is ke andar us ko wisdom milegi, us ko hikmat milegi. is liye rasool Allah ne lafz "momin" yahan istemal kiya ke jo divine wisdom jis ko mili hui ho, jis ko Allah ki roshni mili hui ho,</w:t>
      </w:r>
      <w:r>
        <w:br/>
      </w:r>
      <w:r>
        <w:rPr>
          <w:sz w:val="20"/>
        </w:rPr>
        <w:t>22:54  woh yeh kaam karega nahi ke aisa iqdamm kare jo counter productive banne wala ho, ulta nateeja nikalne wala ho.</w:t>
      </w:r>
      <w:r>
        <w:br/>
      </w:r>
      <w:r>
        <w:rPr>
          <w:sz w:val="20"/>
        </w:rPr>
        <w:t>23:04  yeh khwamkhwah be izzat, be izzat hona pade. to aap dekhiye, woh woh log kitne saare log mar gaye jinhon ne rushdi ke khilaaf fatwa diya tha.</w:t>
      </w:r>
      <w:r>
        <w:br/>
      </w:r>
      <w:r>
        <w:rPr>
          <w:sz w:val="20"/>
        </w:rPr>
        <w:t>23:14  aur rushdi</w:t>
      </w:r>
      <w:r>
        <w:br/>
      </w:r>
      <w:r>
        <w:rPr>
          <w:sz w:val="20"/>
        </w:rPr>
        <w:t>23:16  zinda maujood hai, royal security ke andar rehta hai london mein. denmark mein cartoon chhapa, us ke khilaaf hungama khada hua.</w:t>
      </w:r>
      <w:r>
        <w:br/>
      </w:r>
      <w:r>
        <w:rPr>
          <w:sz w:val="20"/>
        </w:rPr>
        <w:t>23:25  aakhir kaar log chup ho gaye aur aur aur woh apni jagah pe sab chal raha hai karobar un ka. abhi jo hua,</w:t>
      </w:r>
      <w:r>
        <w:br/>
      </w:r>
      <w:r>
        <w:rPr>
          <w:sz w:val="20"/>
        </w:rPr>
        <w:t>23:32  innocence of muslim itna hungama hai, itna hungama hai, itna ke sar se pair. lekin aakhir mein sab log chup ho gaye aur woh sab un logon ka sara kaam chal raha hai.</w:t>
      </w:r>
      <w:r>
        <w:br/>
      </w:r>
      <w:r>
        <w:rPr>
          <w:sz w:val="20"/>
        </w:rPr>
        <w:t>23:44  yeh hai ke musalman bar bar apni history ko break kar rahe hain.</w:t>
      </w:r>
    </w:p>
    <w:p>
      <w:pPr>
        <w:pStyle w:val="Heading2"/>
      </w:pPr>
      <w:r>
        <w:t>Final days of Hajj and return to Medina</w:t>
      </w:r>
    </w:p>
    <w:p>
      <w:r>
        <w:rPr>
          <w:color w:val="666666"/>
          <w:sz w:val="18"/>
        </w:rPr>
        <w:t>Rasulullah ka Hajj Haqeeqat-E-Hajj Book by Maulana Wahiduddin Khan · 4m 45s · at 29:21 · https://youtu.be/-f0kUKfC0Wg?t=1761</w:t>
      </w:r>
    </w:p>
    <w:p>
      <w:r>
        <w:rPr>
          <w:i/>
        </w:rPr>
        <w:t>“منی کے آخری دن اور مدینے کی واپسی”</w:t>
      </w:r>
    </w:p>
    <w:p>
      <w:r>
        <w:rPr>
          <w:sz w:val="20"/>
        </w:rPr>
        <w:t>29:21  raat aap ne mina mein guzari. agle roz gyarah zilhajjah ko aap mina mein suraj dhalne ka intezar karte rahe.</w:t>
      </w:r>
      <w:r>
        <w:br/>
      </w:r>
      <w:r>
        <w:rPr>
          <w:sz w:val="20"/>
        </w:rPr>
        <w:t>29:32  jab zawal ka waqt aaya to aap sawari se utar kar rami-e-jamar ke liye gaye.</w:t>
      </w:r>
      <w:r>
        <w:br/>
      </w:r>
      <w:r>
        <w:rPr>
          <w:sz w:val="20"/>
        </w:rPr>
        <w:t>29:38  pehlay aap ne jamra-e-oola par aik ke baad aik saat kankaryan maari. is ke baad kuch dair tak dua karte rahe aur phir jamra-e-wusta par isi tarah kankaryan maari.</w:t>
      </w:r>
      <w:r>
        <w:br/>
      </w:r>
      <w:r>
        <w:rPr>
          <w:sz w:val="20"/>
        </w:rPr>
        <w:t>29:53  is ke baad phir kuch dair tak dua karte rahe. har kankari par aap Allahu Akbar farmate rahe. is ke baad jamra-e-aqaba ke qareeb ja kar us ko saat kankaryan maar dein.</w:t>
      </w:r>
      <w:r>
        <w:br/>
      </w:r>
      <w:r>
        <w:rPr>
          <w:sz w:val="20"/>
        </w:rPr>
        <w:t>30:09  phir aap wahan se hat gaye. is ke baad barah zilhajjah aur terah zilhajjah yaani ayyam-e-tashreeq ke teeno din tak aap mina hi mein rahe.</w:t>
      </w:r>
      <w:r>
        <w:br/>
      </w:r>
      <w:r>
        <w:rPr>
          <w:sz w:val="20"/>
        </w:rPr>
        <w:t>30:22  mina mein aap namaz-e-qasr baghair jama parhate rahe. terah zilhajjah ko zawal ke baad makkah ke liye rawana hue.</w:t>
      </w:r>
      <w:r>
        <w:br/>
      </w:r>
      <w:r>
        <w:rPr>
          <w:sz w:val="20"/>
        </w:rPr>
        <w:t>30:32  aap ne wadi-e-muhasab yaani abtah ke aik khayme mein qiyam kiya.</w:t>
      </w:r>
      <w:r>
        <w:br/>
      </w:r>
      <w:r>
        <w:rPr>
          <w:sz w:val="20"/>
        </w:rPr>
        <w:t>30:38  zuhar aur asar aur maghrib aur isha ki namazein yahin padhi. raat ko yahin aaram kiya. raat ko pichlay pehar uth kar haram gaye aur kaaba ka tawaf yaani tawaf-e-wida kiya aur wahin fajar ki namaz ada ki.</w:t>
      </w:r>
      <w:r>
        <w:br/>
      </w:r>
      <w:r>
        <w:rPr>
          <w:sz w:val="20"/>
        </w:rPr>
        <w:t>30:55  is ke baad qafle ko safar ka hukum diya. sab log apne apne maqam ki taraf rawana ho gaye. aap muhajireen aur ansar ke sath madinah ki taraf rawana hue.</w:t>
      </w:r>
      <w:r>
        <w:br/>
      </w:r>
      <w:r>
        <w:rPr>
          <w:sz w:val="20"/>
        </w:rPr>
        <w:t>31:07  makkah mein dakhil hone se le kar nikalne tak aap ka qiyam kul das din raha. jab zulhulaifa yaani madinah ke qareeb pohanche to aap thehar gaye aur raat yahan guzri.</w:t>
      </w:r>
      <w:r>
        <w:br/>
      </w:r>
      <w:r>
        <w:rPr>
          <w:sz w:val="20"/>
        </w:rPr>
        <w:t>31:21  subah ko tuloo-e-aftab ke waqt madinah mein dakhil hue. jab aap ki nazar sawad-e-madinah par pari to aap ne teen baar takbeer kahi aur farmaya: Allahu Akbar la ilaha illallah wahdahu la sharika lah lahul mulku wa lahul hamdu wa huwa ala kulli shai'in qadeer.</w:t>
      </w:r>
      <w:r>
        <w:br/>
      </w:r>
      <w:r>
        <w:rPr>
          <w:sz w:val="20"/>
        </w:rPr>
        <w:t>31:43  aaiboon taiboon aabidoon saajidoon li rabbina hamidoon. sadqa Allahu wa'dahu wa nasara abdah wa hazam al-ahzaaba wahdah.</w:t>
      </w:r>
      <w:r>
        <w:br/>
      </w:r>
      <w:r>
        <w:rPr>
          <w:sz w:val="20"/>
        </w:rPr>
        <w:t>31:55  Allah sab se bara hai. Allah ke siwa koi ilah nahi. woh akela hai. koi uska shareek nahi.</w:t>
      </w:r>
      <w:r>
        <w:br/>
      </w:r>
      <w:r>
        <w:rPr>
          <w:sz w:val="20"/>
        </w:rPr>
        <w:t>32:04  isi ki badshahi hai aur isi ke liye tareef hai aur woh har cheez par qadir hai. hum laut rahe hain tauba karte hue ibadat karte hue sajda karte hue apne Rabb ki tareef karte hue.</w:t>
      </w:r>
      <w:r>
        <w:br/>
      </w:r>
      <w:r>
        <w:rPr>
          <w:sz w:val="20"/>
        </w:rPr>
        <w:t>32:20  Allah ne apna wada sacha kiya aur us ne apne bande ki madad ki aur us ne tamam girohon ko tanha shikast di. Hazrat Usama bin Shuraih kehte hain ke mina mein log Rasool Allah (SAW) ke paas aate the.</w:t>
      </w:r>
      <w:r>
        <w:br/>
      </w:r>
      <w:r>
        <w:rPr>
          <w:sz w:val="20"/>
        </w:rPr>
        <w:t>32:37  koi shakhs kehta ke aey Khuda ke Rasool! maine tawaf se pehle sa'i kar li. koi kehta ke maine rami-e-jamar se pehle halaq kara liya.</w:t>
      </w:r>
      <w:r>
        <w:br/>
      </w:r>
      <w:r>
        <w:rPr>
          <w:sz w:val="20"/>
        </w:rPr>
        <w:t>32:47  kisi ne kaha ke maine pehle qurbani ki aur us ke baad rami ki. isi tarah log mukhtalif masail poochte rahe. aap is qism ke sawalat ke jawab mein farmate: af'al wa la haraj.</w:t>
      </w:r>
      <w:r>
        <w:br/>
      </w:r>
      <w:r>
        <w:rPr>
          <w:sz w:val="20"/>
        </w:rPr>
        <w:t>33:01  af'al wala haraj. kar lo, koi haraj nahin. kar lo, koi haraj nahin. haraj ki baat to yeh hai ke koi aadmi apne bhai ko be-izzat karey.</w:t>
      </w:r>
      <w:r>
        <w:br/>
      </w:r>
      <w:r>
        <w:rPr>
          <w:sz w:val="20"/>
        </w:rPr>
        <w:t>33:12  aisa hi shakhs zalim hai.</w:t>
      </w:r>
      <w:r>
        <w:br/>
      </w:r>
      <w:r>
        <w:rPr>
          <w:sz w:val="20"/>
        </w:rPr>
        <w:t>33:14  isi ne haraj wala kaam kiya aur halak hua. bukhari muslim abu daud an aslamat ibn shurayh razi Allahu anhu sal: kharajt ma'a rasool Allah salallahu alayhi wa sallam hajan faqaal al-nas ya'toonahu faman qail: ya rasool Allah!</w:t>
      </w:r>
      <w:r>
        <w:br/>
      </w:r>
      <w:r>
        <w:rPr>
          <w:sz w:val="20"/>
        </w:rPr>
        <w:t>33:36  sa'aytu qabla an atoof wa akhkhar shay'an wa qaddamt shay'an wa akhkhar shay'an wa qaddamt shay'an fa kaana yaqool: la haraj illa ala rajul iftarad</w:t>
      </w:r>
    </w:p>
    <w:p>
      <w:pPr>
        <w:pStyle w:val="Heading2"/>
      </w:pPr>
      <w:r>
        <w:t>UN peace and spirituality mission</w:t>
      </w:r>
    </w:p>
    <w:p>
      <w:r>
        <w:rPr>
          <w:color w:val="666666"/>
          <w:sz w:val="18"/>
        </w:rPr>
        <w:t>B'nai B'rith International Programme October 20, 2015 · 5m 34s · at 17:13 · https://youtu.be/3iuM_AF6RLM?t=1033</w:t>
      </w:r>
    </w:p>
    <w:p>
      <w:r>
        <w:rPr>
          <w:i/>
        </w:rPr>
        <w:t>“We are now in the days of the United Nations.”</w:t>
      </w:r>
    </w:p>
    <w:p>
      <w:r>
        <w:rPr>
          <w:sz w:val="20"/>
        </w:rPr>
        <w:t>17:13  We are now in the days of the United Nations. The United Nations is a world body. The United Nations is a world body.</w:t>
      </w:r>
      <w:r>
        <w:br/>
      </w:r>
      <w:r>
        <w:rPr>
          <w:sz w:val="20"/>
        </w:rPr>
        <w:t>17:25  So I think that the best is to best is that both communities must accept UNO as their arbiter or solace.</w:t>
      </w:r>
      <w:r>
        <w:br/>
      </w:r>
      <w:r>
        <w:rPr>
          <w:sz w:val="20"/>
        </w:rPr>
        <w:t>17:43  And both must accept the</w:t>
      </w:r>
      <w:r>
        <w:br/>
      </w:r>
      <w:r>
        <w:rPr>
          <w:sz w:val="20"/>
        </w:rPr>
        <w:t>17:51  judgment of the United Nations. This is the best way to settle the problem.</w:t>
      </w:r>
      <w:r>
        <w:br/>
      </w:r>
      <w:r>
        <w:rPr>
          <w:sz w:val="20"/>
        </w:rPr>
        <w:t>17:59  Now a few words about our mission. Our mission is the mission of peace and spirituality. We believe that peace and spirituality are two different faces of a single coin.</w:t>
      </w:r>
      <w:r>
        <w:br/>
      </w:r>
      <w:r>
        <w:rPr>
          <w:sz w:val="20"/>
        </w:rPr>
        <w:t>18:20  Spirituality is the inner content of peace. And peace is an external expression of spirituality.</w:t>
      </w:r>
      <w:r>
        <w:br/>
      </w:r>
      <w:r>
        <w:rPr>
          <w:sz w:val="20"/>
        </w:rPr>
        <w:t>18:30  So this is our mission. We try to promote peace and spirituality throughout the world through literature, through seminars, through conferences, through modern communication.</w:t>
      </w:r>
      <w:r>
        <w:br/>
      </w:r>
      <w:r>
        <w:rPr>
          <w:sz w:val="20"/>
        </w:rPr>
        <w:t>18:47  This is our mission.</w:t>
      </w:r>
      <w:r>
        <w:br/>
      </w:r>
      <w:r>
        <w:rPr>
          <w:sz w:val="20"/>
        </w:rPr>
        <w:t>18:51  And also I believe that those Muslims who are engaged in violence in some places are not correct representatives of Islam.</w:t>
      </w:r>
      <w:r>
        <w:br/>
      </w:r>
      <w:r>
        <w:rPr>
          <w:sz w:val="20"/>
        </w:rPr>
        <w:t>19:06  Because Islam is a religion of peace, a religion of love, a religion of compassion.</w:t>
      </w:r>
      <w:r>
        <w:br/>
      </w:r>
      <w:r>
        <w:rPr>
          <w:sz w:val="20"/>
        </w:rPr>
        <w:t>19:17  All the teachings of Islam, directly or indirectly, are related to peace and spirituality. So those Muslims who are engaged in violence, they are</w:t>
      </w:r>
      <w:r>
        <w:br/>
      </w:r>
      <w:r>
        <w:rPr>
          <w:sz w:val="20"/>
        </w:rPr>
        <w:t>19:38  not</w:t>
      </w:r>
      <w:r>
        <w:br/>
      </w:r>
      <w:r>
        <w:rPr>
          <w:sz w:val="20"/>
        </w:rPr>
        <w:t>19:43  following the teachings of Islam.</w:t>
      </w:r>
      <w:r>
        <w:br/>
      </w:r>
      <w:r>
        <w:rPr>
          <w:sz w:val="20"/>
        </w:rPr>
        <w:t>19:49  So I would say that you must differentiate between</w:t>
      </w:r>
      <w:r>
        <w:br/>
      </w:r>
      <w:r>
        <w:rPr>
          <w:sz w:val="20"/>
        </w:rPr>
        <w:t>19:57  Muslims and Islam. You have to judge Muslims in the teachings of Islam and not vice versa.</w:t>
      </w:r>
      <w:r>
        <w:br/>
      </w:r>
      <w:r>
        <w:rPr>
          <w:sz w:val="20"/>
        </w:rPr>
        <w:t>20:10  We try to</w:t>
      </w:r>
      <w:r>
        <w:br/>
      </w:r>
      <w:r>
        <w:rPr>
          <w:sz w:val="20"/>
        </w:rPr>
        <w:t>20:17  make Muslims aware of this fact. We</w:t>
      </w:r>
      <w:r>
        <w:br/>
      </w:r>
      <w:r>
        <w:rPr>
          <w:sz w:val="20"/>
        </w:rPr>
        <w:t>20:26  always try to</w:t>
      </w:r>
      <w:r>
        <w:br/>
      </w:r>
      <w:r>
        <w:rPr>
          <w:sz w:val="20"/>
        </w:rPr>
        <w:t>20:30  bring about reform in Muslims and make them peaceful. Because peace is the most important.</w:t>
      </w:r>
      <w:r>
        <w:br/>
      </w:r>
      <w:r>
        <w:rPr>
          <w:sz w:val="20"/>
        </w:rPr>
        <w:t>20:42  There is a Hadith. Prophet of Islam has said, innallaha. Yawti ala rifqi ma la yawti ala dunuhu</w:t>
      </w:r>
      <w:r>
        <w:br/>
      </w:r>
      <w:r>
        <w:rPr>
          <w:sz w:val="20"/>
        </w:rPr>
        <w:t>20:56  It means that God Almighty grants peace to what He does not grant to violence.</w:t>
      </w:r>
      <w:r>
        <w:br/>
      </w:r>
      <w:r>
        <w:rPr>
          <w:sz w:val="20"/>
        </w:rPr>
        <w:t>21:07  This is Sunnatullah or Divine Law. So this world is made on the concept of peace.</w:t>
      </w:r>
      <w:r>
        <w:br/>
      </w:r>
      <w:r>
        <w:rPr>
          <w:sz w:val="20"/>
        </w:rPr>
        <w:t>21:21  In this world, you can achieve your goal only through a peaceful method. If you adopt a violent method, then it will not work.</w:t>
      </w:r>
      <w:r>
        <w:br/>
      </w:r>
      <w:r>
        <w:rPr>
          <w:sz w:val="20"/>
        </w:rPr>
        <w:t>21:35  So we always try to convince Muslims of this fact so that they may shun all kinds of violence</w:t>
      </w:r>
      <w:r>
        <w:br/>
      </w:r>
      <w:r>
        <w:rPr>
          <w:sz w:val="20"/>
        </w:rPr>
        <w:t>21:49  . So in short, this is our mission. And all the members of our team, all the members of our mission are trying their heart to establish this mission.</w:t>
      </w:r>
      <w:r>
        <w:br/>
      </w:r>
      <w:r>
        <w:rPr>
          <w:sz w:val="20"/>
        </w:rPr>
        <w:t>22:14  And we try to spread our message all over the globe.</w:t>
      </w:r>
      <w:r>
        <w:br/>
      </w:r>
      <w:r>
        <w:rPr>
          <w:sz w:val="20"/>
        </w:rPr>
        <w:t>22:26  So thank you. And again, I would say that we welcome you on this land of peace. Thank you.</w:t>
      </w:r>
    </w:p>
    <w:p>
      <w:pPr>
        <w:pStyle w:val="Heading2"/>
      </w:pPr>
      <w:r>
        <w:t>Pharaoh's mummy preserved as a fulfilled Quranic prophecy</w:t>
      </w:r>
    </w:p>
    <w:p>
      <w:r>
        <w:rPr>
          <w:color w:val="666666"/>
          <w:sz w:val="18"/>
        </w:rPr>
        <w:t>Lessons from The Story of Prophet Moses Part 5, October 30, 2022 · 3m 56s · at 1:24 · https://youtu.be/Yei6NJ0s5wI?t=84</w:t>
      </w:r>
    </w:p>
    <w:p>
      <w:r>
        <w:rPr>
          <w:i/>
        </w:rPr>
        <w:t>“Fir'aun ke saath yehi hua, last-minute imaan”</w:t>
      </w:r>
    </w:p>
    <w:p>
      <w:r>
        <w:rPr>
          <w:sz w:val="20"/>
        </w:rPr>
        <w:t>1:24  aur firon ke sath yahi hua ke is ne compulsion ke level pe apni aakhri lamhe par allah par iman lane ki baat kahi. to quran mein phir doctor sahab aata hai ke allah taala khitab karte hain ke "We will save your body."</w:t>
      </w:r>
      <w:r>
        <w:br/>
      </w:r>
      <w:r>
        <w:rPr>
          <w:sz w:val="20"/>
        </w:rPr>
        <w:t>1:40  yeh ek prediction ke taur par quran mein aaya hai. to sab se pehla sawal to mera yahi hai is ayat ko le kar ke is ke bare mein aap hum sab ko bataein.</w:t>
      </w:r>
      <w:r>
        <w:br/>
      </w:r>
      <w:r>
        <w:rPr>
          <w:sz w:val="20"/>
        </w:rPr>
        <w:t>1:52  bismillah rahman rahim. rab ishrah li sadri wa yassir li amri wah lul uqdatan min lisani yafqahu qawli aap ne sahih farmaya ke jo iman hai woh ek ikhtiyari cheez hai,</w:t>
      </w:r>
      <w:r>
        <w:br/>
      </w:r>
      <w:r>
        <w:rPr>
          <w:sz w:val="20"/>
        </w:rPr>
        <w:t>2:09  yaani jab compulso situation paida ho jaye, jab is ne dekha firon ne ke ab to doob raha hai to phir woh waqt khatm ho chuka tha.</w:t>
      </w:r>
      <w:r>
        <w:br/>
      </w:r>
      <w:r>
        <w:rPr>
          <w:sz w:val="20"/>
        </w:rPr>
        <w:t>2:18  to phir jab firon ki body nikali gayi wahan se, chounke is zamane mein ek art hua karta tha, mummiz, mami banaye karte thay woh apne royal logon ki, to is ko save kar liya gaya.</w:t>
      </w:r>
      <w:r>
        <w:br/>
      </w:r>
      <w:r>
        <w:rPr>
          <w:sz w:val="20"/>
        </w:rPr>
        <w:t>2:35  ji, lekin quran mein is baat ko bataya gaya hai falyawma nunajjika bibadanika litakuna liman khalfika ke aaj hum, allah taala ne kaha firon ke bare mein ke aaj hum tumhari body ko mehfooz karenge taake jo aanay wali generations hain un ke liye sign bane.</w:t>
      </w:r>
      <w:r>
        <w:br/>
      </w:r>
      <w:r>
        <w:rPr>
          <w:sz w:val="20"/>
        </w:rPr>
        <w:t>2:57  ji, to chaudah sau saal pehle yeh baat rasool allah ke upar wahi ke wahi hui quran ki surat</w:t>
      </w:r>
      <w:r>
        <w:br/>
      </w:r>
      <w:r>
        <w:rPr>
          <w:sz w:val="20"/>
        </w:rPr>
        <w:t>3:05  mein, to us waqt kisi ko ilm nahi tha ke firon ki body kahin mehfooz hai. ji, phir maulana ne apni kitab "God Rises" mein is ko likha hai bohat hi tafseel ke sath, aur is mein bataya hai ke 1898 mein ek thay professor Loret, ghaliban woh British thay.</w:t>
      </w:r>
      <w:r>
        <w:br/>
      </w:r>
      <w:r>
        <w:rPr>
          <w:sz w:val="20"/>
        </w:rPr>
        <w:t>3:29  ji, to unhon ne kuch research ki misr mein mummiz ke upar, aur carbon dating waghera se unhon ne ek mami ko bataya ke yeh wahi mami hai jo musa alaihissalam ke zamane mein jo firon,</w:t>
      </w:r>
      <w:r>
        <w:br/>
      </w:r>
      <w:r>
        <w:rPr>
          <w:sz w:val="20"/>
        </w:rPr>
        <w:t>3:47  yaani pharaoh ki mami. ji, to woh phir is ko mehfooz kar diya gaya, aur unhon ne ek kitab likhi professor Loret ne "The</w:t>
      </w:r>
      <w:r>
        <w:br/>
      </w:r>
      <w:r>
        <w:rPr>
          <w:sz w:val="20"/>
        </w:rPr>
        <w:t>3:57  Royal Mummies", is mein aur explain kiya hai is ko ke kaise sabit kiya unhon ne. to phir woh is mein aaj kal woh museum mein hai, cairo museum mein.</w:t>
      </w:r>
      <w:r>
        <w:br/>
      </w:r>
      <w:r>
        <w:rPr>
          <w:sz w:val="20"/>
        </w:rPr>
        <w:t>4:10  maulana gaye thay wahan cairo museum wahi dekhne ke liye, to is in in dino woh display pe nahi thi, lekin woh ek room mein bataya gaya hai ke is room mein firon ki mami hai aur mehfo</w:t>
      </w:r>
      <w:r>
        <w:br/>
      </w:r>
      <w:r>
        <w:rPr>
          <w:sz w:val="20"/>
        </w:rPr>
        <w:t>4:24  oz hai. to yeh ek bara zabardast reminder hai, aur yeh ek prediction jo quran ne di woh sabit hui. yeh khud quran ki haqaniyat ka saboot hai, aur yeh bhi saboot hai ke allah taala ek all knowing, all powerful hasti hai ke us waqt quran mein jo baat aayi woh aaj ja ke sabit hui hai.</w:t>
      </w:r>
      <w:r>
        <w:br/>
      </w:r>
      <w:r>
        <w:rPr>
          <w:sz w:val="20"/>
        </w:rPr>
        <w:t>4:44  ji ji, aur doctor sahab agar is tarah bhi is ko dekhen, aap ne is ko bohat achhe se wazeh kiya ke firon was a symbol of arrogance and disobedience to God</w:t>
      </w:r>
      <w:r>
        <w:br/>
      </w:r>
      <w:r>
        <w:rPr>
          <w:sz w:val="20"/>
        </w:rPr>
        <w:t>4:58  to ek tarike se ek ek historical example allah taala ne preserve kar diya aanay wali tamam generations ke liye ke agar aap kibr wali, aap kibr wala, aap ek ravaiyya rakhte hain ya aap khuda par bharosa nahi rakhte hain to is ka aakhri nateeja utter destruction hoga jo firon ke sath bhi hua.</w:t>
      </w:r>
    </w:p>
    <w:p>
      <w:pPr>
        <w:pStyle w:val="Heading2"/>
      </w:pPr>
      <w:r>
        <w:t>Story of two companions debating qira'at</w:t>
      </w:r>
    </w:p>
    <w:p>
      <w:r>
        <w:rPr>
          <w:color w:val="666666"/>
          <w:sz w:val="18"/>
        </w:rPr>
        <w:t>Team Spirit, November 29, 2013 · 1m 36s · at 44:48 · https://youtu.be/HPOCgCN5A7U?t=2688</w:t>
      </w:r>
    </w:p>
    <w:p>
      <w:r>
        <w:rPr>
          <w:i/>
        </w:rPr>
        <w:t>“Kaha ke 'kazab' — seedhe seedhe keh diya.”</w:t>
      </w:r>
    </w:p>
    <w:p>
      <w:r>
        <w:rPr>
          <w:sz w:val="20"/>
        </w:rPr>
        <w:t>44:48  "ya hazrat shaikh!" waghera waghera. "la akhta'ta fil qira'at" yeh sab nahi kaha unhone. "ae hazrat! ae falan! ae ae!" zyada se zyada shayad aap se ghalati ho gayi. yeh sab kuch nahi. aap us ne kaha ke "kazib tha" yani seedhe se keh dein "kazib tha!"</w:t>
      </w:r>
      <w:r>
        <w:br/>
      </w:r>
      <w:r>
        <w:rPr>
          <w:sz w:val="20"/>
        </w:rPr>
        <w:t>45:11  " jhoot bol rahe ho tum.</w:t>
      </w:r>
      <w:r>
        <w:br/>
      </w:r>
      <w:r>
        <w:rPr>
          <w:sz w:val="20"/>
        </w:rPr>
        <w:t>45:15  yani kehna tha ke aap jo qirat farma rahe hain, woh woh doosri qirat hai.</w:t>
      </w:r>
      <w:r>
        <w:br/>
      </w:r>
      <w:r>
        <w:rPr>
          <w:sz w:val="20"/>
        </w:rPr>
        <w:t>45:20  aur is par ghaur farma lijiye ke yeh qirat aise nahin, aise honi chahiye.</w:t>
      </w:r>
      <w:r>
        <w:br/>
      </w:r>
      <w:r>
        <w:rPr>
          <w:sz w:val="20"/>
        </w:rPr>
        <w:t>45:25  qirat ka ikhtilaf hai.</w:t>
      </w:r>
      <w:r>
        <w:br/>
      </w:r>
      <w:r>
        <w:rPr>
          <w:sz w:val="20"/>
        </w:rPr>
        <w:t>45:30  mislan shuru hi mein dekhiye, hum aap parhte hain "Malik-e-Yumiddin", Arab parhte hain "Mulka-e-Yumiddin".</w:t>
      </w:r>
      <w:r>
        <w:br/>
      </w:r>
      <w:r>
        <w:rPr>
          <w:sz w:val="20"/>
        </w:rPr>
        <w:t>45:35  aisay bohat se ikhtilaf qirat Quran Majeed mein hai.</w:t>
      </w:r>
      <w:r>
        <w:br/>
      </w:r>
      <w:r>
        <w:rPr>
          <w:sz w:val="20"/>
        </w:rPr>
        <w:t>45:40  to yeh nahi kaha unhon ne kaha Hazrat!</w:t>
      </w:r>
      <w:r>
        <w:br/>
      </w:r>
      <w:r>
        <w:rPr>
          <w:sz w:val="20"/>
        </w:rPr>
        <w:t>45:45  yeh ikhtilaf qiraat ka masla zara se is pe ghor farma lijie. yeh sab nahi hai. lehaza kaha ke "kazb". acha, unhon ne bhi jawab keh diya "ant akzib!"</w:t>
      </w:r>
      <w:r>
        <w:br/>
      </w:r>
      <w:r>
        <w:rPr>
          <w:sz w:val="20"/>
        </w:rPr>
        <w:t>45:54  " tum to aur bhi zyada jhoote ho.</w:t>
      </w:r>
      <w:r>
        <w:br/>
      </w:r>
      <w:r>
        <w:rPr>
          <w:sz w:val="20"/>
        </w:rPr>
        <w:t>45:57  yeh dono top ke sahabi hain.</w:t>
      </w:r>
      <w:r>
        <w:br/>
      </w:r>
      <w:r>
        <w:rPr>
          <w:sz w:val="20"/>
        </w:rPr>
        <w:t>46:00  ab ghaur kijiye ke yeh sahaba, dono sahabi jo hain, yeh sach much hi aap lafzi maani mein</w:t>
      </w:r>
      <w:r>
        <w:br/>
      </w:r>
      <w:r>
        <w:rPr>
          <w:sz w:val="20"/>
        </w:rPr>
        <w:t>46:07  mil rahe hain.</w:t>
      </w:r>
      <w:r>
        <w:br/>
      </w:r>
      <w:r>
        <w:rPr>
          <w:sz w:val="20"/>
        </w:rPr>
        <w:t>46:09  آپ کو جس کو کہتے ہیں انگریزی میں کہ یعنی logical end تک لے جائیں۔</w:t>
      </w:r>
      <w:r>
        <w:br/>
      </w:r>
      <w:r>
        <w:rPr>
          <w:sz w:val="20"/>
        </w:rPr>
        <w:t>46:15  kisi baat ko hargiz ke aap logic ke end tak na le aayein.</w:t>
      </w:r>
      <w:r>
        <w:br/>
      </w:r>
      <w:r>
        <w:rPr>
          <w:sz w:val="20"/>
        </w:rPr>
        <w:t>46:21  nahi to dono sahabi jo hain, bilkul ghair ma'tabar ho jayenge.</w:t>
      </w:r>
    </w:p>
    <w:p>
      <w:pPr>
        <w:pStyle w:val="Heading2"/>
      </w:pPr>
      <w:r>
        <w:t>Prophet's gentle response leads to tribe conversion</w:t>
      </w:r>
    </w:p>
    <w:p>
      <w:r>
        <w:rPr>
          <w:color w:val="666666"/>
          <w:sz w:val="18"/>
        </w:rPr>
        <w:t>Muslims on Eid Milad un Nabi, Feb 28, 2010 · 5m 07s · at 34:37 · https://youtu.be/PwbtLmWBEGY?t=2077</w:t>
      </w:r>
    </w:p>
    <w:p>
      <w:r>
        <w:rPr>
          <w:i/>
        </w:rPr>
        <w:t>“A Bedouin urinated in the mosque”</w:t>
      </w:r>
    </w:p>
    <w:p>
      <w:r>
        <w:rPr>
          <w:sz w:val="20"/>
        </w:rPr>
        <w:t>34:37  idhar bahar rehne wale log.</w:t>
      </w:r>
      <w:r>
        <w:br/>
      </w:r>
      <w:r>
        <w:rPr>
          <w:sz w:val="20"/>
        </w:rPr>
        <w:t>34:42  تو وہ وہ لوگ uncultured ہوتے تھے۔ uncultured.</w:t>
      </w:r>
      <w:r>
        <w:br/>
      </w:r>
      <w:r>
        <w:rPr>
          <w:sz w:val="20"/>
        </w:rPr>
        <w:t>34:46  ankalchard hote the un ko baddu kehte thay.</w:t>
      </w:r>
      <w:r>
        <w:br/>
      </w:r>
      <w:r>
        <w:rPr>
          <w:sz w:val="20"/>
        </w:rPr>
        <w:t>34:50  to woh rasool Allah ka saathi nahi tha woh to abhi isi mushrik mazhab par tha woh.</w:t>
      </w:r>
      <w:r>
        <w:br/>
      </w:r>
      <w:r>
        <w:rPr>
          <w:sz w:val="20"/>
        </w:rPr>
        <w:t>34:55  is ko pata nahi tha ke masjid kya hai.</w:t>
      </w:r>
      <w:r>
        <w:br/>
      </w:r>
      <w:r>
        <w:rPr>
          <w:sz w:val="20"/>
        </w:rPr>
        <w:t>34:59  to is ne masjid ke andar urine kar diya is ko ganda kar diya is ko.</w:t>
      </w:r>
      <w:r>
        <w:br/>
      </w:r>
      <w:r>
        <w:rPr>
          <w:sz w:val="20"/>
        </w:rPr>
        <w:t>35:04  masjid ke andar.</w:t>
      </w:r>
      <w:r>
        <w:br/>
      </w:r>
      <w:r>
        <w:rPr>
          <w:sz w:val="20"/>
        </w:rPr>
        <w:t>35:08  rasool Allah maujood hain wahan par sahaba maujood hain wahan par.</w:t>
      </w:r>
      <w:r>
        <w:br/>
      </w:r>
      <w:r>
        <w:rPr>
          <w:sz w:val="20"/>
        </w:rPr>
        <w:t>35:13  aur is ne masjid ke andar urine kar diya.</w:t>
      </w:r>
      <w:r>
        <w:br/>
      </w:r>
      <w:r>
        <w:rPr>
          <w:sz w:val="20"/>
        </w:rPr>
        <w:t>35:17  to sahaba ghussa ho gaye ja ke is ko pakar thakkar karein is ki.</w:t>
      </w:r>
      <w:r>
        <w:br/>
      </w:r>
      <w:r>
        <w:rPr>
          <w:sz w:val="20"/>
        </w:rPr>
        <w:t>35:21  to rasool Allah ne mana kar diya ke nahi nahi kuch nahi karna hai.</w:t>
      </w:r>
      <w:r>
        <w:br/>
      </w:r>
      <w:r>
        <w:rPr>
          <w:sz w:val="20"/>
        </w:rPr>
        <w:t>35:26  yeh hadith sahih bukhari mein maujood hai.</w:t>
      </w:r>
      <w:r>
        <w:br/>
      </w:r>
      <w:r>
        <w:rPr>
          <w:sz w:val="20"/>
        </w:rPr>
        <w:t>35:30  mana kar diya aap ne is ke khilaf koi kuch action lene se.</w:t>
      </w:r>
      <w:r>
        <w:br/>
      </w:r>
      <w:r>
        <w:rPr>
          <w:sz w:val="20"/>
        </w:rPr>
        <w:t>35:35  aap ne kya kaha? yani bajaye is ko kuch</w:t>
      </w:r>
      <w:r>
        <w:br/>
      </w:r>
      <w:r>
        <w:rPr>
          <w:sz w:val="20"/>
        </w:rPr>
        <w:t>35:39  kehne ke sahaba se aap ne kaha ke ek ek balti pani lao to wahan baha do.</w:t>
      </w:r>
      <w:r>
        <w:br/>
      </w:r>
      <w:r>
        <w:rPr>
          <w:sz w:val="20"/>
        </w:rPr>
        <w:t>35:44  bas saaf ho jayega.</w:t>
      </w:r>
      <w:r>
        <w:br/>
      </w:r>
      <w:r>
        <w:rPr>
          <w:sz w:val="20"/>
        </w:rPr>
        <w:t>35:50  to unhon ne aise hi kiya aur saaf ho gaya.</w:t>
      </w:r>
      <w:r>
        <w:br/>
      </w:r>
      <w:r>
        <w:rPr>
          <w:sz w:val="20"/>
        </w:rPr>
        <w:t>35:55  kuch na daant na maar na kuch na kuch.</w:t>
      </w:r>
      <w:r>
        <w:br/>
      </w:r>
      <w:r>
        <w:rPr>
          <w:sz w:val="20"/>
        </w:rPr>
        <w:t>36:00  ab is ka nateeja kya hua? woh aadmi jo aaya tha bahar ke makkah ke bahar se madina</w:t>
      </w:r>
      <w:r>
        <w:br/>
      </w:r>
      <w:r>
        <w:rPr>
          <w:sz w:val="20"/>
        </w:rPr>
        <w:t>36:05  ke bahar se</w:t>
      </w:r>
      <w:r>
        <w:br/>
      </w:r>
      <w:r>
        <w:rPr>
          <w:sz w:val="20"/>
        </w:rPr>
        <w:t>36:10  yeh waqia madina ka hai kyun ke masjid madina mein banayi gayi thi.</w:t>
      </w:r>
      <w:r>
        <w:br/>
      </w:r>
      <w:r>
        <w:rPr>
          <w:sz w:val="20"/>
        </w:rPr>
        <w:t>36:18  to woh aadmi jab gaya apne tribe mein apne qabile mein to wahan us ne ek qisse ko</w:t>
      </w:r>
      <w:r>
        <w:br/>
      </w:r>
      <w:r>
        <w:rPr>
          <w:sz w:val="20"/>
        </w:rPr>
        <w:t>36:25  bataya ke main madina gaya wahan musalmanon ki masjid thi wahan main ne is ko ganda kar diya.</w:t>
      </w:r>
      <w:r>
        <w:br/>
      </w:r>
      <w:r>
        <w:rPr>
          <w:sz w:val="20"/>
        </w:rPr>
        <w:t>36:33  magar kya hua? wallah ma zajarani Muhammad wallah ma qaharani Muhammad.</w:t>
      </w:r>
      <w:r>
        <w:br/>
      </w:r>
      <w:r>
        <w:rPr>
          <w:sz w:val="20"/>
        </w:rPr>
        <w:t>36:40  Muhammad ne mujhe koi na maar peet ki na mujhe gaali mujhe bura bhala kaha koi daanta dapta</w:t>
      </w:r>
      <w:r>
        <w:br/>
      </w:r>
      <w:r>
        <w:rPr>
          <w:sz w:val="20"/>
        </w:rPr>
        <w:t>36:45  kuch hi nahi.</w:t>
      </w:r>
      <w:r>
        <w:br/>
      </w:r>
      <w:r>
        <w:rPr>
          <w:sz w:val="20"/>
        </w:rPr>
        <w:t>36:49  to woh us ne bataya un logon ko ke wallah ma zajarani Muhammad wallah ma qaharani Muhammad.</w:t>
      </w:r>
      <w:r>
        <w:br/>
      </w:r>
      <w:r>
        <w:rPr>
          <w:sz w:val="20"/>
        </w:rPr>
        <w:t>36:54  to logon ko bohat taajub hua ke ab woh place of worship thi un ke liye woh muqaddas</w:t>
      </w:r>
      <w:r>
        <w:br/>
      </w:r>
      <w:r>
        <w:rPr>
          <w:sz w:val="20"/>
        </w:rPr>
        <w:t>36:58  thi wahan us ne ganda kar diya.</w:t>
      </w:r>
      <w:r>
        <w:br/>
      </w:r>
      <w:r>
        <w:rPr>
          <w:sz w:val="20"/>
        </w:rPr>
        <w:t>37:03  aur ghussa nahin hua woh.</w:t>
      </w:r>
      <w:r>
        <w:br/>
      </w:r>
      <w:r>
        <w:rPr>
          <w:sz w:val="20"/>
        </w:rPr>
        <w:t>37:07  aur us ko pani daal kar saaf kar diya.</w:t>
      </w:r>
      <w:r>
        <w:br/>
      </w:r>
      <w:r>
        <w:rPr>
          <w:sz w:val="20"/>
        </w:rPr>
        <w:t>37:12  ab dekhiye kitna asar hua is ka.</w:t>
      </w:r>
      <w:r>
        <w:br/>
      </w:r>
      <w:r>
        <w:rPr>
          <w:sz w:val="20"/>
        </w:rPr>
        <w:t>37:17  itna asar hua ke saara tribe jo hai is mein rasool Allah ka mission phail gaya.</w:t>
      </w:r>
      <w:r>
        <w:br/>
      </w:r>
      <w:r>
        <w:rPr>
          <w:sz w:val="20"/>
        </w:rPr>
        <w:t>37:22  woh un ka un ka delegation aaya wahan se milne ke liye bhai aap ka deen kya hai?</w:t>
      </w:r>
      <w:r>
        <w:br/>
      </w:r>
      <w:r>
        <w:rPr>
          <w:sz w:val="20"/>
        </w:rPr>
        <w:t>37:27  aap ka mazhab kya hai? In sab ne aap ke is ko qabool kar liya.</w:t>
      </w:r>
      <w:r>
        <w:br/>
      </w:r>
      <w:r>
        <w:rPr>
          <w:sz w:val="20"/>
        </w:rPr>
        <w:t>37:32  aap ke message ko.</w:t>
      </w:r>
      <w:r>
        <w:br/>
      </w:r>
      <w:r>
        <w:rPr>
          <w:sz w:val="20"/>
        </w:rPr>
        <w:t>37:37  aaj kal kya hota hai?</w:t>
      </w:r>
      <w:r>
        <w:br/>
      </w:r>
      <w:r>
        <w:rPr>
          <w:sz w:val="20"/>
        </w:rPr>
        <w:t>37:42  aaj kal yeh hota hai kisi masjid mein agar ek khabar sun jaayen khabar sirf ke wahan khinzir</w:t>
      </w:r>
      <w:r>
        <w:br/>
      </w:r>
      <w:r>
        <w:rPr>
          <w:sz w:val="20"/>
        </w:rPr>
        <w:t>37:48  ka koi daal diya hai kisi ne ya koi aur kisi gandagi daal di is ne to ek</w:t>
      </w:r>
      <w:r>
        <w:br/>
      </w:r>
      <w:r>
        <w:rPr>
          <w:sz w:val="20"/>
        </w:rPr>
        <w:t>37:55  dam achaanak yeh log bhadak uthte hain aur riot shuru ho jaata hai.</w:t>
      </w:r>
      <w:r>
        <w:br/>
      </w:r>
      <w:r>
        <w:rPr>
          <w:sz w:val="20"/>
        </w:rPr>
        <w:t>38:01  jitne company riot India mein hue hain more than fifty tha woh sab isi tarah ki baaton par hue hain.</w:t>
      </w:r>
      <w:r>
        <w:br/>
      </w:r>
      <w:r>
        <w:rPr>
          <w:sz w:val="20"/>
        </w:rPr>
        <w:t>38:08  isi tarah ki baaton par.</w:t>
      </w:r>
      <w:r>
        <w:br/>
      </w:r>
      <w:r>
        <w:rPr>
          <w:sz w:val="20"/>
        </w:rPr>
        <w:t>38:14  ke masjid ko agar aap ne kuch ganda kar diya to saare musalman samajhte hain ke bas is</w:t>
      </w:r>
      <w:r>
        <w:br/>
      </w:r>
      <w:r>
        <w:rPr>
          <w:sz w:val="20"/>
        </w:rPr>
        <w:t>38:19  ko maaro kaato aur riot shuru ho jaata hai.</w:t>
      </w:r>
      <w:r>
        <w:br/>
      </w:r>
      <w:r>
        <w:rPr>
          <w:sz w:val="20"/>
        </w:rPr>
        <w:t>38:24  aap dekhiye ke rasool Allah sallay Allah alayh wasallam ne kya kiya? Isi tarah ke waqey par jis</w:t>
      </w:r>
      <w:r>
        <w:br/>
      </w:r>
      <w:r>
        <w:rPr>
          <w:sz w:val="20"/>
        </w:rPr>
        <w:t>38:29  tarah ka waqea musalman yahan bhadak uthte hain.</w:t>
      </w:r>
      <w:r>
        <w:br/>
      </w:r>
      <w:r>
        <w:rPr>
          <w:sz w:val="20"/>
        </w:rPr>
        <w:t>38:34  aap ne is ko is aadmi ko bilkul maaf kar diya.</w:t>
      </w:r>
      <w:r>
        <w:br/>
      </w:r>
      <w:r>
        <w:rPr>
          <w:sz w:val="20"/>
        </w:rPr>
        <w:t>38:39  aur apne sahaba se kaha ke is ki safai kar do</w:t>
      </w:r>
      <w:r>
        <w:br/>
      </w:r>
      <w:r>
        <w:rPr>
          <w:sz w:val="20"/>
        </w:rPr>
        <w:t>38:44  aur is ka nateeja kya hua ke sare tribe mein aap ne aap ke is ko maan liya. aap ke message ko. aap ki barhai ko aap ke peghamabari ko. aur aaj kya hota hai? aaj kya hota hai ke beshumar log mare jate hain kate jate hain. ghar jalaye jate hain dukanein jalai jati hain. yeh ho raha hai. to rasool allah ko fakhar</w:t>
      </w:r>
      <w:r>
        <w:br/>
      </w:r>
      <w:r>
        <w:rPr>
          <w:sz w:val="20"/>
        </w:rPr>
        <w:t>39:14  bana rakha hai logon ne lekin rasool Allah ka namoona nahin banaya hai.</w:t>
      </w:r>
      <w:r>
        <w:br/>
      </w:r>
      <w:r>
        <w:rPr>
          <w:sz w:val="20"/>
        </w:rPr>
        <w:t>39:19  baarah rabi ul awal is liye nahin hai ke aap fakhr banaayen. Pride banaayen.</w:t>
      </w:r>
      <w:r>
        <w:br/>
      </w:r>
      <w:r>
        <w:rPr>
          <w:sz w:val="20"/>
        </w:rPr>
        <w:t>39:24  yeh ke baarah rabi ul awal ko aap yaad karen rasool Allah ke ke namoone ko aap ke character</w:t>
      </w:r>
      <w:r>
        <w:br/>
      </w:r>
      <w:r>
        <w:rPr>
          <w:sz w:val="20"/>
        </w:rPr>
        <w:t>39:29  ko aap ke is uswa ko isi ko follow karen aap.</w:t>
      </w:r>
      <w:r>
        <w:br/>
      </w:r>
      <w:r>
        <w:rPr>
          <w:sz w:val="20"/>
        </w:rPr>
        <w:t>39:34  mein apna ek qissa arz karta hoon.</w:t>
      </w:r>
      <w:r>
        <w:br/>
      </w:r>
      <w:r>
        <w:rPr>
          <w:sz w:val="20"/>
        </w:rPr>
        <w:t>39:39  yeh kashmir mein</w:t>
      </w:r>
    </w:p>
    <w:p>
      <w:pPr>
        <w:pStyle w:val="Heading2"/>
      </w:pPr>
      <w:r>
        <w:t>Prophet's farewell sermon and the second-audience hadith</w:t>
      </w:r>
    </w:p>
    <w:p>
      <w:r>
        <w:rPr>
          <w:color w:val="666666"/>
          <w:sz w:val="18"/>
        </w:rPr>
        <w:t>From Superstition to Science April 19, 2009 · 5m 59s · at 1:50 · https://youtu.be/GvCoNSjZlGE?t=110</w:t>
      </w:r>
    </w:p>
    <w:p>
      <w:r>
        <w:rPr>
          <w:i/>
        </w:rPr>
        <w:t>“Aap jaante hain Rasul Allah 23 saal tak paighambar rahe”</w:t>
      </w:r>
    </w:p>
    <w:p>
      <w:r>
        <w:rPr>
          <w:sz w:val="20"/>
        </w:rPr>
        <w:t>1:50  aap ko aap jante hain ke Rasool Allah sal Allah alaih wasallam</w:t>
      </w:r>
      <w:r>
        <w:br/>
      </w:r>
      <w:r>
        <w:rPr>
          <w:sz w:val="20"/>
        </w:rPr>
        <w:t>1:58  paighambar ki hesiyat se dunya mein 23 saal tak rahe.</w:t>
      </w:r>
      <w:r>
        <w:br/>
      </w:r>
      <w:r>
        <w:rPr>
          <w:sz w:val="20"/>
        </w:rPr>
        <w:t>2:05  aap ki death hui 632 mein. aap ki death se do dhai mahina pehle aap ne hajj kiya tha.</w:t>
      </w:r>
      <w:r>
        <w:br/>
      </w:r>
      <w:r>
        <w:rPr>
          <w:sz w:val="20"/>
        </w:rPr>
        <w:t>2:18  yahi aap ka aik hi hajj tha. to is mauqe par aap ne aik khutbah diya tha.</w:t>
      </w:r>
      <w:r>
        <w:br/>
      </w:r>
      <w:r>
        <w:rPr>
          <w:sz w:val="20"/>
        </w:rPr>
        <w:t>2:31  yeh khutbah aik hi continuous tor par, aik hi</w:t>
      </w:r>
      <w:r>
        <w:br/>
      </w:r>
      <w:r>
        <w:rPr>
          <w:sz w:val="20"/>
        </w:rPr>
        <w:t>2:39  baithak mein nahi tha. lekin is ko bahar kaha jata hai khutbah hajjat ul wida. last sermon of the prophet.</w:t>
      </w:r>
      <w:r>
        <w:br/>
      </w:r>
      <w:r>
        <w:rPr>
          <w:sz w:val="20"/>
        </w:rPr>
        <w:t>2:54  is mein aap ne is waqt dekhein, jitne bhi aap ke companion the, jinke bare mein kaha jata hai ke woh un ki theek theek un ka number pata nahi hai.</w:t>
      </w:r>
      <w:r>
        <w:br/>
      </w:r>
      <w:r>
        <w:rPr>
          <w:sz w:val="20"/>
        </w:rPr>
        <w:t>3:10  koi kehta hai ke aik lakh 24 hazar the, koi kehta hai aik lakh 40 hazar the.</w:t>
      </w:r>
      <w:r>
        <w:br/>
      </w:r>
      <w:r>
        <w:rPr>
          <w:sz w:val="20"/>
        </w:rPr>
        <w:t>3:16  behral, jitne companion the, taqreeban sab ke sab wahan par ikattha the, arafat ke maidan mein.</w:t>
      </w:r>
      <w:r>
        <w:br/>
      </w:r>
      <w:r>
        <w:rPr>
          <w:sz w:val="20"/>
        </w:rPr>
        <w:t>3:30  is waqt aap ne bohat si baatein bataein. aur aakhir mein aap ne logon se kaha ke kya tum gawah ho ke maine tum ko woh message pahuncha diya jo Khuda ki taraf se mere paas aaya tha?</w:t>
      </w:r>
      <w:r>
        <w:br/>
      </w:r>
      <w:r>
        <w:rPr>
          <w:sz w:val="20"/>
        </w:rPr>
        <w:t>3:51  to logon ne kaha ke haan, hum gawah hain.</w:t>
      </w:r>
      <w:r>
        <w:br/>
      </w:r>
      <w:r>
        <w:rPr>
          <w:sz w:val="20"/>
        </w:rPr>
        <w:t>3:58  teen baar aap ne dohraya, teen baar logon ne dohraya ke hum gawah hain ke aap ne pahuncha diya. aap ne phir farmaya ke Allahumma ash-had, khudaaya tu bhi gawah reh ke maine pahuncha diya.</w:t>
      </w:r>
      <w:r>
        <w:br/>
      </w:r>
      <w:r>
        <w:rPr>
          <w:sz w:val="20"/>
        </w:rPr>
        <w:t>4:12  phir is waqt aap ne kaha tha ke meri baat saare logon tak pahunchao, pahunchate raho qayamat tak</w:t>
      </w:r>
      <w:r>
        <w:br/>
      </w:r>
      <w:r>
        <w:rPr>
          <w:sz w:val="20"/>
        </w:rPr>
        <w:t>4:21  . matlab nasal dar nasal, generation after generation. kyun ke jo log wahan the woh to behral wohi marne wale the. lekin un ke zariye aap ne in direct way mein hum sab tak yeh message diya ke hum sab log qayamat tak generation after generation is message ko pahunchate rahen.</w:t>
      </w:r>
      <w:r>
        <w:br/>
      </w:r>
      <w:r>
        <w:rPr>
          <w:sz w:val="20"/>
        </w:rPr>
        <w:t>4:47  is waqt aap ne ek bohat hi anokhi baat kahi thi. aap ne farmaya tha ke falyaballigh-ish-shahidu al-ghaiba farubba muballighin awghabun sami'un</w:t>
      </w:r>
      <w:r>
        <w:br/>
      </w:r>
      <w:r>
        <w:rPr>
          <w:sz w:val="20"/>
        </w:rPr>
        <w:t>5:06  jo yahan hain woh un tak pohncha dein jo yahan nahi hain.</w:t>
      </w:r>
      <w:r>
        <w:br/>
      </w:r>
      <w:r>
        <w:rPr>
          <w:sz w:val="20"/>
        </w:rPr>
        <w:t>5:17  jo yahan hazir hain woh un tak pohncha dein jo yahan maujood nahi hain. phir aap ne farmaya farubba muballighin awghabun sami'un</w:t>
      </w:r>
      <w:r>
        <w:br/>
      </w:r>
      <w:r>
        <w:rPr>
          <w:sz w:val="20"/>
        </w:rPr>
        <w:t>5:33  kyunke bohat se woh log jin tak pohnchaya jaye woh zyada samajh paate hain kisi baat ko un se jinhone pohnchaya.</w:t>
      </w:r>
      <w:r>
        <w:br/>
      </w:r>
      <w:r>
        <w:rPr>
          <w:sz w:val="20"/>
        </w:rPr>
        <w:t>5:51  yani second audience might be better than the first audience bohat anokhi baat hai yeh.</w:t>
      </w:r>
      <w:r>
        <w:br/>
      </w:r>
      <w:r>
        <w:rPr>
          <w:sz w:val="20"/>
        </w:rPr>
        <w:t>6:03  is par bohat kam socha gaya hai, bohat kam likha gaya hai. lekin yeh bukhari mein hai aur sab hadith ki kitabon mein hai. yeh jo main aap ko suna raha hoon, yeh yeh wording, yeh koi zaeef riwayat mein nahi hai, yeh mauzu riwayat mein nahi hai.</w:t>
      </w:r>
      <w:r>
        <w:br/>
      </w:r>
      <w:r>
        <w:rPr>
          <w:sz w:val="20"/>
        </w:rPr>
        <w:t>6:22  bukhari mein aur sab taqreeban sabhi kitabon mein hai. farubba muballighin awghabun sami'un</w:t>
      </w:r>
      <w:r>
        <w:br/>
      </w:r>
      <w:r>
        <w:rPr>
          <w:sz w:val="20"/>
        </w:rPr>
        <w:t>6:32  the second audience might be better than the first audience kitna zyada sochne ki baat hai. aur hamare liye kitni bari good tidings yeh hai, kitni bari khushkhabri.</w:t>
      </w:r>
      <w:r>
        <w:br/>
      </w:r>
      <w:r>
        <w:rPr>
          <w:sz w:val="20"/>
        </w:rPr>
        <w:t>6:46  aap zara sochiye, ek standard sense mein hum sab shareek hain is mein.</w:t>
      </w:r>
      <w:r>
        <w:br/>
      </w:r>
      <w:r>
        <w:rPr>
          <w:sz w:val="20"/>
        </w:rPr>
        <w:t>6:54  yani koi aisa aspect ho sakta hai hamare andar ke hum jo suna ji log hain wahan un se better sabit hon Allah ki nazar mein.</w:t>
      </w:r>
      <w:r>
        <w:br/>
      </w:r>
      <w:r>
        <w:rPr>
          <w:sz w:val="20"/>
        </w:rPr>
        <w:t>7:03  kya is se bari koi khushkhabri ho sakti hai? literal meaning iska hai, literal meaning. main is mein koi badha kar baat nahi keh raha hoon.</w:t>
      </w:r>
      <w:r>
        <w:br/>
      </w:r>
      <w:r>
        <w:rPr>
          <w:sz w:val="20"/>
        </w:rPr>
        <w:t>7:14  literal tor par nikal raha hai is mein se. farubba muballighin awghabun sami'un</w:t>
      </w:r>
      <w:r>
        <w:br/>
      </w:r>
      <w:r>
        <w:rPr>
          <w:sz w:val="20"/>
        </w:rPr>
        <w:t>7:22  dekhein, is mein lafz "awa" hai, word jo hai, word "awa". alif, waw, ain, i, ye. "awa". "awa" ke maani hote hain better container.</w:t>
      </w:r>
      <w:r>
        <w:br/>
      </w:r>
      <w:r>
        <w:rPr>
          <w:sz w:val="20"/>
        </w:rPr>
        <w:t>7:34  literal maani hote hain better container. yani baad wala jo hai woh better container ho sakta hai. isi ko main keh raha hoon ke second audience might be better than the first audience</w:t>
      </w:r>
    </w:p>
    <w:p>
      <w:pPr>
        <w:pStyle w:val="Heading2"/>
      </w:pPr>
      <w:r>
        <w:t>Full case against killing over blasphemy accusations</w:t>
      </w:r>
    </w:p>
    <w:p>
      <w:r>
        <w:rPr>
          <w:color w:val="666666"/>
          <w:sz w:val="18"/>
        </w:rPr>
        <w:t>The Role of Islam in History January 9, 2011 · 4m 47s · at 11:56 · https://youtu.be/Hnm_lr7e-iM?t=716</w:t>
      </w:r>
    </w:p>
    <w:p>
      <w:r>
        <w:rPr>
          <w:i/>
        </w:rPr>
        <w:t>“Jo cheez Quran mein na ho woh nahi maani jayegi”</w:t>
      </w:r>
    </w:p>
    <w:p>
      <w:r>
        <w:rPr>
          <w:sz w:val="20"/>
        </w:rPr>
        <w:t>11:56  jo cheez Quran mein na ho woh nahi maani jayegi. dekhein usool yeh hai ke har cheez ka asal Quran mein hona chahiye.</w:t>
      </w:r>
      <w:r>
        <w:br/>
      </w:r>
      <w:r>
        <w:rPr>
          <w:sz w:val="20"/>
        </w:rPr>
        <w:t>12:05  har bari baat ki asal.</w:t>
      </w:r>
      <w:r>
        <w:br/>
      </w:r>
      <w:r>
        <w:rPr>
          <w:sz w:val="20"/>
        </w:rPr>
        <w:t>12:10  koi bari baat aap kahein to capital punishment se zyada bari baat kya ho sakti hai? Quran mein hai ke ek insaan ko maarna saare insaanon ko maar dalna hai.</w:t>
      </w:r>
      <w:r>
        <w:br/>
      </w:r>
      <w:r>
        <w:rPr>
          <w:sz w:val="20"/>
        </w:rPr>
        <w:t>12:25  ek insaan ko maarna man qatal nafsan bighair nafsٍ wa fasadin faqad nama qatal naas jamee'an ek insaan ko maarna saare insaanon ko maarne ke barabar hai.</w:t>
      </w:r>
      <w:r>
        <w:br/>
      </w:r>
      <w:r>
        <w:rPr>
          <w:sz w:val="20"/>
        </w:rPr>
        <w:t>12:38  yeh hai capital punishment ki sangini. to seriousness to aap batayein capital punishment jo hai, jo Quran mein na ho aap bana lenge is ko?</w:t>
      </w:r>
      <w:r>
        <w:br/>
      </w:r>
      <w:r>
        <w:rPr>
          <w:sz w:val="20"/>
        </w:rPr>
        <w:t>12:52  kabhi nahi, kabhi nahi, kabhi nahi. to shatab rasool par capital punishment kaha likha hua hai Quran majeed mein? bilkul nahi.</w:t>
      </w:r>
      <w:r>
        <w:br/>
      </w:r>
      <w:r>
        <w:rPr>
          <w:sz w:val="20"/>
        </w:rPr>
        <w:t>13:01  aur aap to yeh bana liya hai ke khud hi khud maarne lagte hain log.</w:t>
      </w:r>
      <w:r>
        <w:br/>
      </w:r>
      <w:r>
        <w:rPr>
          <w:sz w:val="20"/>
        </w:rPr>
        <w:t>13:06  filane ne gustakhi ki hai to logon ne maarni hai is ko? yeh koi Islam hai? yeh to insaniyat bhi nahi hai.</w:t>
      </w:r>
      <w:r>
        <w:br/>
      </w:r>
      <w:r>
        <w:rPr>
          <w:sz w:val="20"/>
        </w:rPr>
        <w:t>13:16  yeh jangla ka raaz hai, jangla ka qanoon hai yeh.</w:t>
      </w:r>
      <w:r>
        <w:br/>
      </w:r>
      <w:r>
        <w:rPr>
          <w:sz w:val="20"/>
        </w:rPr>
        <w:t>13:23  yeh bilkul nahi. Islam mein koi dekhein ek cheez bohat hi important hai is ko samjhiye ke pehle zamane mein cheezein well defined nahi hua karti theen.</w:t>
      </w:r>
      <w:r>
        <w:br/>
      </w:r>
      <w:r>
        <w:rPr>
          <w:sz w:val="20"/>
        </w:rPr>
        <w:t>13:39  cheezein mein differentiate nahi kar paate the log. yeh to science ke zamane mein aaya hai.</w:t>
      </w:r>
      <w:r>
        <w:br/>
      </w:r>
      <w:r>
        <w:rPr>
          <w:sz w:val="20"/>
        </w:rPr>
        <w:t>13:47  science se pehle cheezein well defined nahi hua karti theen. is ki ek misaal yeh hai ke ek hai aqeeday ke maamle mein kisi ki ghalti karna.</w:t>
      </w:r>
      <w:r>
        <w:br/>
      </w:r>
      <w:r>
        <w:rPr>
          <w:sz w:val="20"/>
        </w:rPr>
        <w:t>14:00  ek hai social crime.</w:t>
      </w:r>
      <w:r>
        <w:br/>
      </w:r>
      <w:r>
        <w:rPr>
          <w:sz w:val="20"/>
        </w:rPr>
        <w:t>14:07  to pehle zamane mein aqeeday ke upar bhi log saza dete the. jo kehte hain religious persecution. isi ko Quran mein fitna kaha gaya hai.</w:t>
      </w:r>
      <w:r>
        <w:br/>
      </w:r>
      <w:r>
        <w:rPr>
          <w:sz w:val="20"/>
        </w:rPr>
        <w:t>14:18  aqeedah insaan ki azaadi ka masla hai. woh punishment ka masla nahi hai. yaad rakhiye. yani belief is a subject of personal freedom.</w:t>
      </w:r>
      <w:r>
        <w:br/>
      </w:r>
      <w:r>
        <w:rPr>
          <w:sz w:val="20"/>
        </w:rPr>
        <w:t>14:32  it is not subject of legal punishment.</w:t>
      </w:r>
      <w:r>
        <w:br/>
      </w:r>
      <w:r>
        <w:rPr>
          <w:sz w:val="20"/>
        </w:rPr>
        <w:t>14:37  legal punishment kis cheez ke liye hai? woh hai social crime ke liye hai. social crime. yani</w:t>
      </w:r>
      <w:r>
        <w:br/>
      </w:r>
      <w:r>
        <w:rPr>
          <w:sz w:val="20"/>
        </w:rPr>
        <w:t>14:47  jab aap ka koi act, aap ka koi amal doosron ke liye harmful ban jaye tab had aati hai qanoon ki.</w:t>
      </w:r>
      <w:r>
        <w:br/>
      </w:r>
      <w:r>
        <w:rPr>
          <w:sz w:val="20"/>
        </w:rPr>
        <w:t>14:58  is se pehle qanoon ki had nahi aati hai.</w:t>
      </w:r>
      <w:r>
        <w:br/>
      </w:r>
      <w:r>
        <w:rPr>
          <w:sz w:val="20"/>
        </w:rPr>
        <w:t>15:03  acchi tarah samajh lijiye ke ek hai ke aap zaati taur par koi ghalt baat sochte rahein. balkeh aap sochein ke yeh dili jo hai yeh jangla hai yeh.</w:t>
      </w:r>
      <w:r>
        <w:br/>
      </w:r>
      <w:r>
        <w:rPr>
          <w:sz w:val="20"/>
        </w:rPr>
        <w:t>15:16  yahan Animal rehte hain. to sochta hai, sochta rahe woh. is par is ko Punishment nahi diya jayega. woh samajh le apne dimagh mein ke dilli mein jitne bhi log chalte phirte hain woh sab Animal hain.</w:t>
      </w:r>
      <w:r>
        <w:br/>
      </w:r>
      <w:r>
        <w:rPr>
          <w:sz w:val="20"/>
        </w:rPr>
        <w:t>15:29  insan nahi hain.</w:t>
      </w:r>
      <w:r>
        <w:br/>
      </w:r>
      <w:r>
        <w:rPr>
          <w:sz w:val="20"/>
        </w:rPr>
        <w:t>15:32  lekin agar woh gun uthaye aur insan ko bhediya samajh kar maarne lage is ko tab qanoon aa jayega. tab qanoon aa jayega.</w:t>
      </w:r>
      <w:r>
        <w:br/>
      </w:r>
      <w:r>
        <w:rPr>
          <w:sz w:val="20"/>
        </w:rPr>
        <w:t>15:46  bohat achi Definition mein samajhta hoon ke hai jo America mein ek qissa hua tha ke azadi jab America ko mili to ek aadmi nikla Road par aur hath idhar udhar ghuma raha tha woh</w:t>
      </w:r>
      <w:r>
        <w:br/>
      </w:r>
      <w:r>
        <w:rPr>
          <w:sz w:val="20"/>
        </w:rPr>
        <w:t>15:59  to kisi ki naak par is ka hath lag gaya. kisi passerby ki naak par. to us ne kaha You what is this nonsense kyun tum ne mara mujh ko?</w:t>
      </w:r>
      <w:r>
        <w:br/>
      </w:r>
      <w:r>
        <w:rPr>
          <w:sz w:val="20"/>
        </w:rPr>
        <w:t>16:11  us ne kaha ke main aaj azadi hai, main azaad hoon, jo chahoon karoon. to us ne bohat Politely kaha ke Your freedom ends where my nose begins.</w:t>
      </w:r>
      <w:r>
        <w:br/>
      </w:r>
      <w:r>
        <w:rPr>
          <w:sz w:val="20"/>
        </w:rPr>
        <w:t>16:21  Where my nose begins. Your freedom ends where my nose begins.</w:t>
      </w:r>
      <w:r>
        <w:br/>
      </w:r>
      <w:r>
        <w:rPr>
          <w:sz w:val="20"/>
        </w:rPr>
        <w:t>16:27  to dekhen Freedom wahan tak hai jahan tak aap ki zaat tak rahe woh. jahan doosre ki zaat aa jayegi to aap ki Freedom khatam.</w:t>
      </w:r>
      <w:r>
        <w:br/>
      </w:r>
      <w:r>
        <w:rPr>
          <w:sz w:val="20"/>
        </w:rPr>
        <w:t>16:37  yeh hai Difference between Belief and Social Crime.</w:t>
      </w:r>
    </w:p>
    <w:p>
      <w:pPr>
        <w:pStyle w:val="Heading2"/>
      </w:pPr>
      <w:r>
        <w:t>How the first caliph was chosen after the Prophet's death</w:t>
      </w:r>
    </w:p>
    <w:p>
      <w:r>
        <w:rPr>
          <w:color w:val="666666"/>
          <w:sz w:val="18"/>
        </w:rPr>
        <w:t>The Man Al-Quran Builds April 2, 2006 Maulana Wahiduddin Khan · 3m 27s · at 42:09 · https://youtu.be/06TQIt_5vlw?t=2529</w:t>
      </w:r>
    </w:p>
    <w:p>
      <w:r>
        <w:rPr>
          <w:i/>
        </w:rPr>
        <w:t>“Rasool Allah ki wafat ke baad khalifa kaun banega?”</w:t>
      </w:r>
    </w:p>
    <w:p>
      <w:r>
        <w:rPr>
          <w:sz w:val="20"/>
        </w:rPr>
        <w:t>42:09  yeh ho gayi aik waqia mein arz karunga</w:t>
      </w:r>
      <w:r>
        <w:br/>
      </w:r>
      <w:r>
        <w:rPr>
          <w:sz w:val="20"/>
        </w:rPr>
        <w:t>42:13  jo bohat hi sabak wala hai</w:t>
      </w:r>
      <w:r>
        <w:br/>
      </w:r>
      <w:r>
        <w:rPr>
          <w:sz w:val="20"/>
        </w:rPr>
        <w:t>42:18  dekhiye jab rasool Allah ki death hui to ab masla tha ke ab khaleefa kaun ho us waqt</w:t>
      </w:r>
      <w:r>
        <w:br/>
      </w:r>
      <w:r>
        <w:rPr>
          <w:sz w:val="20"/>
        </w:rPr>
        <w:t>42:26  na sirf makka madina balkeh poora arab islam ke tehat aa chuka tha to poore arab ke aik</w:t>
      </w:r>
      <w:r>
        <w:br/>
      </w:r>
      <w:r>
        <w:rPr>
          <w:sz w:val="20"/>
        </w:rPr>
        <w:t>42:33  khaleefa ke bananay ka sawal tha</w:t>
      </w:r>
      <w:r>
        <w:br/>
      </w:r>
      <w:r>
        <w:rPr>
          <w:sz w:val="20"/>
        </w:rPr>
        <w:t>42:39  to us waqt center jo tha woh madina tha</w:t>
      </w:r>
      <w:r>
        <w:br/>
      </w:r>
      <w:r>
        <w:rPr>
          <w:sz w:val="20"/>
        </w:rPr>
        <w:t>42:45  madina mein us waqt do baray leader thay asal mein do baray tab woh thay group thay dono mein se ek leader tha to ek group tha muhajireen ka yani immigrants ka doosra group tha ansar ka yani locals ka</w:t>
      </w:r>
      <w:r>
        <w:br/>
      </w:r>
      <w:r>
        <w:rPr>
          <w:sz w:val="20"/>
        </w:rPr>
        <w:t>43:04  to ansar ke baray leader thay saad ibn ubadah aur quraish ke ya muhajireen ke baray leader thay abubakar to kya hua ke ansar jo thay woh chahtay thay ke saad bin ubadah ko khalifa banaya jaye</w:t>
      </w:r>
      <w:r>
        <w:br/>
      </w:r>
      <w:r>
        <w:rPr>
          <w:sz w:val="20"/>
        </w:rPr>
        <w:t>43:23  doosri taraf muhajireen yeh chahtay thay ke in mein ek aadmi khalifa banaya jaye yani Hazrat abubakar ko</w:t>
      </w:r>
      <w:r>
        <w:br/>
      </w:r>
      <w:r>
        <w:rPr>
          <w:sz w:val="20"/>
        </w:rPr>
        <w:t>43:34  us waqt faisla kaise hua ke bara zabardast behas chali wahan par faisla is tarah hua ke wahan par ek sahabi ne bataya ke rasool Allah ne yeh kaha tha ke al a immatu min quraish ke khalifa jo hai woh quraish mein se hoga to sab logon ne surrender kar diya</w:t>
      </w:r>
      <w:r>
        <w:br/>
      </w:r>
      <w:r>
        <w:rPr>
          <w:sz w:val="20"/>
        </w:rPr>
        <w:t>43:59  rasool Allah ne kyun aisa kaha tha is ke bohat bari is ke peechay bohat bari wisdom thi kyun ke arab mein us waqt quraish jo thay quraish ka jo tribe tha woh hazaron saal se wahan par yani qaid bana chala aa raha tha yani नेतृत्व ki leadership ki jo traditions theen woh quraish walon ke sath thi</w:t>
      </w:r>
      <w:r>
        <w:br/>
      </w:r>
      <w:r>
        <w:rPr>
          <w:sz w:val="20"/>
        </w:rPr>
        <w:t>44:26  theen aap jantay hain ke political system is ke baghair nahi bach sakta ke woh aadmi qaid ho leader ho jis ke peechay traditions chali aa rahi hain</w:t>
      </w:r>
      <w:r>
        <w:br/>
      </w:r>
      <w:r>
        <w:rPr>
          <w:sz w:val="20"/>
        </w:rPr>
        <w:t>44:40  to agar aise logon ko banaya jata jin ke sath leadership ki tradition nahi thi to wahan revert ho jata log uska dab dabha na mantay us ki matahati qabool na kartay aur thode shuru ho jatay</w:t>
      </w:r>
      <w:r>
        <w:br/>
      </w:r>
      <w:r>
        <w:rPr>
          <w:sz w:val="20"/>
        </w:rPr>
        <w:t>44:56  is liye rasool Allah ne kaha tha ke al a immatu min quraish ke quraish mein se tum khalifa banana to us waqt jab yeh hadith samnay aai to logon ne is ko surrender kar ke maan liya is ka matlab yeh hai ke jab hadith aa jaye jab quran aa jaye to doosray sari consideration ko secondary bana dena chahiye</w:t>
      </w:r>
      <w:r>
        <w:br/>
      </w:r>
      <w:r>
        <w:rPr>
          <w:sz w:val="20"/>
        </w:rPr>
        <w:t>45:19  apni sentiment ko apni soch ko us waqt peechay kar dena chahiye jab ke quran ki koi taleem ya rasool Allah ki koi taleem samnay aa jaye yeh tha sahaba ka tareeqa</w:t>
      </w:r>
    </w:p>
    <w:p>
      <w:pPr>
        <w:pStyle w:val="Heading2"/>
      </w:pPr>
      <w:r>
        <w:t>Deconditioning explained with personal anecdote</w:t>
      </w:r>
    </w:p>
    <w:p>
      <w:r>
        <w:rPr>
          <w:color w:val="666666"/>
          <w:sz w:val="18"/>
        </w:rPr>
        <w:t>The Companions of the Prophet November 28, 2007 · 5m 56s · at 13:56 · https://youtu.be/9MoQCtMLUjo?t=836</w:t>
      </w:r>
    </w:p>
    <w:p>
      <w:r>
        <w:rPr>
          <w:i/>
        </w:rPr>
        <w:t>“Woh process kya hai? Woh hai deconditioning.”</w:t>
      </w:r>
    </w:p>
    <w:p>
      <w:r>
        <w:rPr>
          <w:sz w:val="20"/>
        </w:rPr>
        <w:t>13:56  amal shuru ho jata hai, aik aur Process shuru ho jata hai. woh Process kya hai? woh hai Deconditioning. yaani pehle aaya Realization, us ke baad aaya kalma, phir aata hai Deconditioning.</w:t>
      </w:r>
      <w:r>
        <w:br/>
      </w:r>
      <w:r>
        <w:rPr>
          <w:sz w:val="20"/>
        </w:rPr>
        <w:t>14:15  is liye</w:t>
      </w:r>
      <w:r>
        <w:br/>
      </w:r>
      <w:r>
        <w:rPr>
          <w:sz w:val="20"/>
        </w:rPr>
        <w:t>14:19  har aadmi kisi Society mein rehta hai, kisi Environment mein rehta hai woh, us mein barabar us ki Conditioning hoti rehti hai.</w:t>
      </w:r>
      <w:r>
        <w:br/>
      </w:r>
      <w:r>
        <w:rPr>
          <w:sz w:val="20"/>
        </w:rPr>
        <w:t>14:30  Conditioning, Conditioning. yeh aik Natural baat hai. aap kahin Island mein nahi rehtay, alag thalag nahi rehtay.</w:t>
      </w:r>
      <w:r>
        <w:br/>
      </w:r>
      <w:r>
        <w:rPr>
          <w:sz w:val="20"/>
        </w:rPr>
        <w:t>14:41  aap rehtay hain Society ke andar, logon ke beech mein rehtay hain. to logon ke khayalat hotay hain, logon ki soch hoti hai, logon ke mamlaat hotay hain, bohat sari baaton ke beech mein aap rehtay hain.</w:t>
      </w:r>
      <w:r>
        <w:br/>
      </w:r>
      <w:r>
        <w:rPr>
          <w:sz w:val="20"/>
        </w:rPr>
        <w:t>14:58  rozana aap kuch suntay hain, kuch parhtay hain, kuch jantay hain. us se aap ki hoti rehti hai Conditioning. to har aadmi ibtedai tor par Conditioning ka case hai.</w:t>
      </w:r>
      <w:r>
        <w:br/>
      </w:r>
      <w:r>
        <w:rPr>
          <w:sz w:val="20"/>
        </w:rPr>
        <w:t>15:12  yaani har aadmi Mister Conditioned hai. to jab sachai aap ne jaan li, aap ne kalma parh liya to baat khatam nahi hui.</w:t>
      </w:r>
      <w:r>
        <w:br/>
      </w:r>
      <w:r>
        <w:rPr>
          <w:sz w:val="20"/>
        </w:rPr>
        <w:t>15:24  ab aap ko agla jo Stage hai, us par chalna hai, yaani Deconditioning ka Stage. dekhen, Deconditioning kaise hoti hai?</w:t>
      </w:r>
      <w:r>
        <w:br/>
      </w:r>
      <w:r>
        <w:rPr>
          <w:sz w:val="20"/>
        </w:rPr>
        <w:t>15:36  Basically Deconditioning hoti hai Introspection se, jis ko kehtay hain muhasba. hasiboo anfusakum qabla an tuhafsaboo.</w:t>
      </w:r>
      <w:r>
        <w:br/>
      </w:r>
      <w:r>
        <w:rPr>
          <w:sz w:val="20"/>
        </w:rPr>
        <w:t>15:47  hasiboo anfusakum qabla an tuhasaboo. yaani apnay ko Reexamine karna. muhasba ke maani hotay hain Reexamination.</w:t>
      </w:r>
      <w:r>
        <w:br/>
      </w:r>
      <w:r>
        <w:rPr>
          <w:sz w:val="20"/>
        </w:rPr>
        <w:t>15:59  apnay ko jaanchana, apnay ko tolna, apna Reassessment, apna Revision, apna Reexamination.</w:t>
      </w:r>
      <w:r>
        <w:br/>
      </w:r>
      <w:r>
        <w:rPr>
          <w:sz w:val="20"/>
        </w:rPr>
        <w:t>16:14  yeh zaroori hai.</w:t>
      </w:r>
      <w:r>
        <w:br/>
      </w:r>
      <w:r>
        <w:rPr>
          <w:sz w:val="20"/>
        </w:rPr>
        <w:t>16:18  aur yeh bohat hi zaroori hai.</w:t>
      </w:r>
      <w:r>
        <w:br/>
      </w:r>
      <w:r>
        <w:rPr>
          <w:sz w:val="20"/>
        </w:rPr>
        <w:t>16:24  to mein apna aik kal ka waqia arz karoon. mein ne sahaba ki zindagi se yeh baat paai hai ke unhon ne</w:t>
      </w:r>
      <w:r>
        <w:br/>
      </w:r>
      <w:r>
        <w:rPr>
          <w:sz w:val="20"/>
        </w:rPr>
        <w:t>16:36  aisa nahi ke kalma parha aur namaz roza karne lage, to samajh lein ke bas islam poora ho gaya un ka. sari zindagi woh apne aap ko Reexamine karte rehte the.</w:t>
      </w:r>
      <w:r>
        <w:br/>
      </w:r>
      <w:r>
        <w:rPr>
          <w:sz w:val="20"/>
        </w:rPr>
        <w:t>16:50  sari zindagi Introspection. apna Correction karte rehte the. mein ne Khuda ke fazl se is baat ko ikhtiyar kiya hai.</w:t>
      </w:r>
      <w:r>
        <w:br/>
      </w:r>
      <w:r>
        <w:rPr>
          <w:sz w:val="20"/>
        </w:rPr>
        <w:t>17:02  jaise kal teen sahaba mujh se milne ke liye aaye, kal ki baat hai.</w:t>
      </w:r>
      <w:r>
        <w:br/>
      </w:r>
      <w:r>
        <w:rPr>
          <w:sz w:val="20"/>
        </w:rPr>
        <w:t>17:09  to</w:t>
      </w:r>
      <w:r>
        <w:br/>
      </w:r>
      <w:r>
        <w:rPr>
          <w:sz w:val="20"/>
        </w:rPr>
        <w:t>17:12  kisi baat par mein thoda sa Negative ho gaya un ke baray mein. mein ne un se poocha ke aap parhte hain risala?</w:t>
      </w:r>
      <w:r>
        <w:br/>
      </w:r>
      <w:r>
        <w:rPr>
          <w:sz w:val="20"/>
        </w:rPr>
        <w:t>17:21  unhon ne kaha ke haan. unhon ne kiya seekha? to aik sahib ne kaha ke khudari. mein ne kaha khudari to hamari taleem hai nahi.</w:t>
      </w:r>
      <w:r>
        <w:br/>
      </w:r>
      <w:r>
        <w:rPr>
          <w:sz w:val="20"/>
        </w:rPr>
        <w:t>17:31  khudari ko ya izzat nafs ko to hum kibr ka aik Beautiful Version samajhte hain. kibr na keh kar ke aap izzat nafs ya khudari ka lafz bol dete hain.</w:t>
      </w:r>
      <w:r>
        <w:br/>
      </w:r>
      <w:r>
        <w:rPr>
          <w:sz w:val="20"/>
        </w:rPr>
        <w:t>17:44  hum is ko pasand nahi karte. to hum ne to kabhi bhi nahi likha risala mein khudari ki baat. yahan mein thoda sa Negative ho gaya. aur mein ne un ko kuch, un ko Hemorrhoid kar ke un ko wapas kar diya.</w:t>
      </w:r>
      <w:r>
        <w:br/>
      </w:r>
      <w:r>
        <w:rPr>
          <w:sz w:val="20"/>
        </w:rPr>
        <w:t>18:00  baad ko mein ne socha ke teen aadmi mere paas aaye to kuch to un ko mujh se munasibat hogi. kuch to un ko mere baray mein achi rai hogi.</w:t>
      </w:r>
      <w:r>
        <w:br/>
      </w:r>
      <w:r>
        <w:rPr>
          <w:sz w:val="20"/>
        </w:rPr>
        <w:t>18:13  kuch to woh mujh se janna chahte honge, warna aate kyun? to phir mein ne socha ke woh, mein ne un ko samajh liya ke woh teen aise log hain jinhon ne hamare Message ko samjha nahi,</w:t>
      </w:r>
      <w:r>
        <w:br/>
      </w:r>
      <w:r>
        <w:rPr>
          <w:sz w:val="20"/>
        </w:rPr>
        <w:t>18:31  jo hum se door hain. lekin mein le sakta tha un ko ke teen Expected Subscribers of الرسالہ.</w:t>
      </w:r>
      <w:r>
        <w:br/>
      </w:r>
      <w:r>
        <w:rPr>
          <w:sz w:val="20"/>
        </w:rPr>
        <w:t>18:44  رسالہ ke teen mutawaqqa khareedar. to mein un se narmi se baat karta. un se kehta ke dekhein, رسالہ sab se ziyada sasta parcha hai.</w:t>
      </w:r>
      <w:r>
        <w:br/>
      </w:r>
      <w:r>
        <w:rPr>
          <w:sz w:val="20"/>
        </w:rPr>
        <w:t>18:58  saal mein sirf so rupay chandah is ka hai, bas. to aap is ke khareedar ban jaiye. aur aap log is ko har mahine barabar parhiye.</w:t>
      </w:r>
      <w:r>
        <w:br/>
      </w:r>
      <w:r>
        <w:rPr>
          <w:sz w:val="20"/>
        </w:rPr>
        <w:t>19:09  ittifaqan parh lete hain aap, is se aap ko samajh mein baat aati nahi. agar Suppose woh khud na khareedar bante to mein apne paas se teen so rupay de kar unhein khareedar bana deta.</w:t>
      </w:r>
      <w:r>
        <w:br/>
      </w:r>
      <w:r>
        <w:rPr>
          <w:sz w:val="20"/>
        </w:rPr>
        <w:t>19:23  un se teen Address leta aur apne paas se teen so rupay Office mein jama kar ke un ko khareedar banata. saal bhar woh parhte rehte.</w:t>
      </w:r>
      <w:r>
        <w:br/>
      </w:r>
      <w:r>
        <w:rPr>
          <w:sz w:val="20"/>
        </w:rPr>
        <w:t>19:34  aur phir yaqeeni hai ke is ke baad woh is ke sheeda ho jate aur aage bhi woh jari rakhte. yeh hai Introspection.</w:t>
      </w:r>
      <w:r>
        <w:br/>
      </w:r>
      <w:r>
        <w:rPr>
          <w:sz w:val="20"/>
        </w:rPr>
        <w:t>19:44  yeh hai Deconditioning. to mein har waqt apni Deconditioning karta rehta hoon. apni ghalti ko dhoondna, dhoondna.</w:t>
      </w:r>
    </w:p>
    <w:p>
      <w:pPr>
        <w:pStyle w:val="Heading2"/>
      </w:pPr>
      <w:r>
        <w:t>Invention vs discovery vs creation</w:t>
      </w:r>
    </w:p>
    <w:p>
      <w:r>
        <w:rPr>
          <w:color w:val="666666"/>
          <w:sz w:val="18"/>
        </w:rPr>
        <w:t>Prophetic Mission (In Conversation with Maulana) 23 04 07 · 4m 27s · at 25:45 · https://youtu.be/6WUoL2VK1ZE?t=1545</w:t>
      </w:r>
    </w:p>
    <w:p>
      <w:r>
        <w:rPr>
          <w:i/>
        </w:rPr>
        <w:t>“Dekhiye, main yeh maanta hoon ke do word alag alag hain”</w:t>
      </w:r>
    </w:p>
    <w:p>
      <w:r>
        <w:rPr>
          <w:sz w:val="20"/>
        </w:rPr>
        <w:t>25:45  dekhen, main yeh manta hoon ke do word alag alag hain: invention aur discovery. invention aur discovery yani creator ko bolte hain shayad wahi invention ke maene mein.</w:t>
      </w:r>
      <w:r>
        <w:br/>
      </w:r>
      <w:r>
        <w:rPr>
          <w:sz w:val="20"/>
        </w:rPr>
        <w:t>26:01  is sense mein to main yeh manta hoon ke koi bhi inventor nahin hua, sab discoverer hue hain.</w:t>
      </w:r>
      <w:r>
        <w:br/>
      </w:r>
      <w:r>
        <w:rPr>
          <w:sz w:val="20"/>
        </w:rPr>
        <w:t>26:12  jitne bhi scientist hain, woh jo kuch unhon ne diya hai duniya ko, woh invention nahin tha. un ka invent ka matlab hota hai ek cheez jo na ho, us ko aap ne produce kiya.</w:t>
      </w:r>
      <w:r>
        <w:br/>
      </w:r>
      <w:r>
        <w:rPr>
          <w:sz w:val="20"/>
        </w:rPr>
        <w:t>26:24  to yeh to sirf khuda kar sakta hai, nahin se hai karna, yeh sirf khuda ke bas mein hai.</w:t>
      </w:r>
      <w:r>
        <w:br/>
      </w:r>
      <w:r>
        <w:rPr>
          <w:sz w:val="20"/>
        </w:rPr>
        <w:t>26:35  to koi scientist, aap dekhen, yeh maan liya gaya hai science mein ke poori universe mein koi scientist na to kisi ek particle ko ghata sakta, na ek particle ko badha sakta.</w:t>
      </w:r>
      <w:r>
        <w:br/>
      </w:r>
      <w:r>
        <w:rPr>
          <w:sz w:val="20"/>
        </w:rPr>
        <w:t>26:46  insan ke bas mein nahin hai. main samajhta hoon ke invention jo bolte hain ke edison jo tha, woh sab bara inventor tha, yeh galat hai.</w:t>
      </w:r>
      <w:r>
        <w:br/>
      </w:r>
      <w:r>
        <w:rPr>
          <w:sz w:val="20"/>
        </w:rPr>
        <w:t>26:56  mere nazdeek un ki hoti hai jo discovery hoti hai, yani already nature mein kuch cheezein pehle se maujood hain.</w:t>
      </w:r>
      <w:r>
        <w:br/>
      </w:r>
      <w:r>
        <w:rPr>
          <w:sz w:val="20"/>
        </w:rPr>
        <w:t>27:07  ya nature mein yeh hai ke pani ko aap garam karen to woh steam power ban jayega, woh molecule jo hai, disintegrate hone lagenge. yeh invention nahin hai, woh kaha jayega, yeh kaha jayega discovery.</w:t>
      </w:r>
      <w:r>
        <w:br/>
      </w:r>
      <w:r>
        <w:rPr>
          <w:sz w:val="20"/>
        </w:rPr>
        <w:t>27:19  to koi bhi cheez, chahe camera ho, ya mobile ho, rail ho, hawai jahaz ho, woh sab invention nahin hai, woh hain discovery. to creation ka word agar aap bolte hain invention ke maene mein to main galat manunga us ko, kyun ke insan koi cheez create nahin kar sakta.</w:t>
      </w:r>
      <w:r>
        <w:br/>
      </w:r>
      <w:r>
        <w:rPr>
          <w:sz w:val="20"/>
        </w:rPr>
        <w:t>27:38  insan sirf discovery karta hai. discovery kya hai? khuda ne already nature mein bahut sari cheezein rakh di hain. potentially us potential ko discover kar ke aap actual banate hain.</w:t>
      </w:r>
      <w:r>
        <w:br/>
      </w:r>
      <w:r>
        <w:rPr>
          <w:sz w:val="20"/>
        </w:rPr>
        <w:t>27:52  yeh hai science, scientist ka kaam.</w:t>
      </w:r>
      <w:r>
        <w:br/>
      </w:r>
      <w:r>
        <w:rPr>
          <w:sz w:val="20"/>
        </w:rPr>
        <w:t>27:55  maulana, the two terms invention and discovery are two different things, but sometimes we should not equate invention with creation.</w:t>
      </w:r>
      <w:r>
        <w:br/>
      </w:r>
      <w:r>
        <w:rPr>
          <w:sz w:val="20"/>
        </w:rPr>
        <w:t>28:10  creation is god's creation, but invention is a scientific invention, and we should distinguish between invention.</w:t>
      </w:r>
      <w:r>
        <w:br/>
      </w:r>
      <w:r>
        <w:rPr>
          <w:sz w:val="20"/>
        </w:rPr>
        <w:t>28:19  i mean, there is difference between invention and discovery. discovery what ever is hidden, like what is there in our body, is discovered, but invention, like steam engine, is invented by scientist.</w:t>
      </w:r>
      <w:r>
        <w:br/>
      </w:r>
      <w:r>
        <w:rPr>
          <w:sz w:val="20"/>
        </w:rPr>
        <w:t>28:34  the raw material might be there. so creation and invention are not the same.</w:t>
      </w:r>
      <w:r>
        <w:br/>
      </w:r>
      <w:r>
        <w:rPr>
          <w:sz w:val="20"/>
        </w:rPr>
        <w:t>28:42  haan, to main isi liye to kaha ke agar creation ka word bol rahe hain aap invention ke maene mein to galat bol rahe hain. kisi aur maene mein bolen to theek ho sakta hai. woh kis sense mein bol raha hai aadmi, woh janna hai.</w:t>
      </w:r>
      <w:r>
        <w:br/>
      </w:r>
      <w:r>
        <w:rPr>
          <w:sz w:val="20"/>
        </w:rPr>
        <w:t>28:52  creation ka word agar aap bol rahe hain invention ke sense mein, invention ki definition maine dekhi hai ke jo cheez na ho, us ko aap ne hai banaya, nahin ko hai banaya.</w:t>
      </w:r>
      <w:r>
        <w:br/>
      </w:r>
      <w:r>
        <w:rPr>
          <w:sz w:val="20"/>
        </w:rPr>
        <w:t>29:04  invention ka agar koi is mein sara mamla hai ke aap ki definition kya hai, ho sakta hai koi definition koi doosri deta ho. so sab se pehle yeh janna ho ke invention ki definition kya hai, creation ki kya hai, aur discovery ki kya hai.</w:t>
      </w:r>
      <w:r>
        <w:br/>
      </w:r>
      <w:r>
        <w:rPr>
          <w:sz w:val="20"/>
        </w:rPr>
        <w:t>29:20  to it depends on definitions. to main jo define kar raha hoon, us par main keh raha hoon. kisi ka definition kuch aur ho to woh phir wahan doosre se baat kahi jayegi.</w:t>
      </w:r>
      <w:r>
        <w:br/>
      </w:r>
      <w:r>
        <w:rPr>
          <w:sz w:val="20"/>
        </w:rPr>
        <w:t>29:33  us par depend karta hai ke aap ka definition kya hai in teeno word ka: invention, discovery, aur creation. to har aisa definition jis mein yeh na ho ke jo cheez nahin hai, us ko hai banaya us ne,</w:t>
      </w:r>
      <w:r>
        <w:br/>
      </w:r>
      <w:r>
        <w:rPr>
          <w:sz w:val="20"/>
        </w:rPr>
        <w:t>29:49  to main samajhta hoon ke woh theek hai. woh khuda ne insan ko diya hai ikhtiyar, lekin nahin ko hai banana. yeh yeh khuda ne kisi ko nahin diya hai.</w:t>
      </w:r>
      <w:r>
        <w:br/>
      </w:r>
      <w:r>
        <w:rPr>
          <w:sz w:val="20"/>
        </w:rPr>
        <w:t>30:01  this question is from madin: how can one prove islam to be a universal religion and complete truth by respecting other religions?</w:t>
      </w:r>
    </w:p>
    <w:p>
      <w:pPr>
        <w:pStyle w:val="Heading2"/>
      </w:pPr>
      <w:r>
        <w:t>hijra to Medina and hajj create the Arab world</w:t>
      </w:r>
    </w:p>
    <w:p>
      <w:r>
        <w:rPr>
          <w:color w:val="666666"/>
          <w:sz w:val="18"/>
        </w:rPr>
        <w:t>Muslims in Diaspora January 9, 2007 · 5m 33s · at 25:42 · https://youtu.be/kP8FzUSQWW0?t=1542</w:t>
      </w:r>
    </w:p>
    <w:p>
      <w:r>
        <w:rPr>
          <w:i/>
        </w:rPr>
        <w:t>“Conditions in Mecca grew harsh, so they migrated to Medina”</w:t>
      </w:r>
    </w:p>
    <w:p>
      <w:r>
        <w:rPr>
          <w:sz w:val="20"/>
        </w:rPr>
        <w:t>25:42  is ke baad dekhiye mein samajhta hoon keh chautha jo diaspora tha woh woh hai jis ko hum</w:t>
      </w:r>
      <w:r>
        <w:br/>
      </w:r>
      <w:r>
        <w:rPr>
          <w:sz w:val="20"/>
        </w:rPr>
        <w:t>25:50  yaani aam taur par hijrat kehte hain yaani makkah se madinah ki taraf hijrat yeh bhi diaspora tha</w:t>
      </w:r>
      <w:r>
        <w:br/>
      </w:r>
      <w:r>
        <w:rPr>
          <w:sz w:val="20"/>
        </w:rPr>
        <w:t>25:55  mein samajhta hoon</w:t>
      </w:r>
      <w:r>
        <w:br/>
      </w:r>
      <w:r>
        <w:rPr>
          <w:sz w:val="20"/>
        </w:rPr>
        <w:t>25:57  keh makkah ke halaat</w:t>
      </w:r>
      <w:r>
        <w:br/>
      </w:r>
      <w:r>
        <w:rPr>
          <w:sz w:val="20"/>
        </w:rPr>
        <w:t>26:00  sakht ho gaye aap ke liye toh rasool Allah sallallahu alaihi wasallam ne</w:t>
      </w:r>
      <w:r>
        <w:br/>
      </w:r>
      <w:r>
        <w:rPr>
          <w:sz w:val="20"/>
        </w:rPr>
        <w:t>26:05  migration kar ke aap chale gaye makkah se madinah aur doosre sahaba bhi chale gaye</w:t>
      </w:r>
      <w:r>
        <w:br/>
      </w:r>
      <w:r>
        <w:rPr>
          <w:sz w:val="20"/>
        </w:rPr>
        <w:t>26:13  to is diaspora ne jo chautha positive diaspora tha bohat bara is ka result nikla ke yeh log is yani poore madina ko islamize karne mein kamyab ho gaye aur phir madina aik center bana aik strong hold bana islam ka aur madina ko center bana kar woh is position mein ho gaye ke poore arab ko islamize kar saken</w:t>
      </w:r>
      <w:r>
        <w:br/>
      </w:r>
      <w:r>
        <w:rPr>
          <w:sz w:val="20"/>
        </w:rPr>
        <w:t>26:42  to yeh jo diaspora tha jis ka center madina tha is ka result itna bara nikla itna bara nikla ke poora poora aik country jo hai woh islamize ho gaya yeh tha chautha diaspora yani positive diaspora phir panchwan diaspora jo hai woh woh hai jo hajjat ul wida ke baad paish aaya</w:t>
      </w:r>
      <w:r>
        <w:br/>
      </w:r>
      <w:r>
        <w:rPr>
          <w:sz w:val="20"/>
        </w:rPr>
        <w:t>27:06  rasool Allah sal Allah alaihi wasallam ne jo hajj farmaya tha apni wafat se taqreeban dhai mahine pehle us ko kehte hain hajjat ul wida</w:t>
      </w:r>
      <w:r>
        <w:br/>
      </w:r>
      <w:r>
        <w:rPr>
          <w:sz w:val="20"/>
        </w:rPr>
        <w:t>27:19  to is hajj mein aap ne address kiya tha apne sahaba ko record ke mutabiq us waqt jo sahaba aap ke sath the yani musalman yani early period ke musalman woh the aik lakh chalis hazar</w:t>
      </w:r>
      <w:r>
        <w:br/>
      </w:r>
      <w:r>
        <w:rPr>
          <w:sz w:val="20"/>
        </w:rPr>
        <w:t>27:38  arafat ke maidan mein yeh log ikhatta hue hajj ke baad aap jante hain ke hajj ka aakhri jo hota hai woh arafat ke maidan mein ikhatta hona hota hai to wahan par ikhatta hue aap ne un ko address kiya is mauqe par aap ne un se kaha tha ke in Allah basani kaft lil nas fadaw ani</w:t>
      </w:r>
      <w:r>
        <w:br/>
      </w:r>
      <w:r>
        <w:rPr>
          <w:sz w:val="20"/>
        </w:rPr>
        <w:t>28:05  ae logon mujhe khuda ne sare insano ke liye bheja hai sare insano ke liye main prophet banaya gaya hoon to tum log mera paigham sab logon tak pahuncha do fadaw ani yeh aap ne kaha in logon ko</w:t>
      </w:r>
      <w:r>
        <w:br/>
      </w:r>
      <w:r>
        <w:rPr>
          <w:sz w:val="20"/>
        </w:rPr>
        <w:t>28:29  to kitabon mein aata hai ke itna zabardast is ka asar hua hai is aap ki is naseehat ka aap ke is taqreer ka ke kitabon mein aata hai ke jis tarah ghoda jidhar khara hua tha udhar hi woh rawana ho gaya jis tarah oont jidhar khara tha udhar hi woh rawana ho gaya</w:t>
      </w:r>
      <w:r>
        <w:br/>
      </w:r>
      <w:r>
        <w:rPr>
          <w:sz w:val="20"/>
        </w:rPr>
        <w:t>28:47  yani matlab wahin se bas woh chal pade</w:t>
      </w:r>
      <w:r>
        <w:br/>
      </w:r>
      <w:r>
        <w:rPr>
          <w:sz w:val="20"/>
        </w:rPr>
        <w:t>28:53  doosre mulkon mein aur aap jab hajj karne jaate hain ya umrah karne jaate hain to aap dekhenge makkah madinah mein sahaba kiram ki mushkil se das hazar qabrein hain mushkil se das hazar qabrein hain sahaba kiram ki aaj aap dekhenge makkah madinah mein to sawal yeh hai ke jab ek lakh chalis hazar the woh log to kya hua</w:t>
      </w:r>
      <w:r>
        <w:br/>
      </w:r>
      <w:r>
        <w:rPr>
          <w:sz w:val="20"/>
        </w:rPr>
        <w:t>29:18  hua yeh hai ke woh sab log chale gaye bahar rasool allah ki message ke mutabiq rasool allah ki naseehat ke mutabiq bahar ja kar settle hue bahar ja kar unhon ne wahan par kaam kiya yeh tha islam ki tareekh mein panchwan positive diaspora</w:t>
      </w:r>
      <w:r>
        <w:br/>
      </w:r>
      <w:r>
        <w:rPr>
          <w:sz w:val="20"/>
        </w:rPr>
        <w:t>29:39  iska result itna zabardast nikla ke aaj jis ko kehte hain arab line jo asia se africa tak phaila hua hai yeh arab line inhi logon ne banaya yeh jo panchwan diaspora tha in logon ne islamize kiya poore is area ko jis ko aap arab land kehte hain</w:t>
      </w:r>
      <w:r>
        <w:br/>
      </w:r>
      <w:r>
        <w:rPr>
          <w:sz w:val="20"/>
        </w:rPr>
        <w:t>30:00  yani yeh log jo the inka culture alag tha mazhab alag tha zuban alag thi lekin is panchwein positive diaspora ka itna zabardast impact pada ke unka sab kuch badal gaya unki identity badal gayi dekhiye us waqt kya tha misr mein log coptic language bolte the suriya mein israel language bolte the palestine mein hebrew language bolte the</w:t>
      </w:r>
      <w:r>
        <w:br/>
      </w:r>
      <w:r>
        <w:rPr>
          <w:sz w:val="20"/>
        </w:rPr>
        <w:t>30:30  libya mein berber language bolte the</w:t>
      </w:r>
      <w:r>
        <w:br/>
      </w:r>
      <w:r>
        <w:rPr>
          <w:sz w:val="20"/>
        </w:rPr>
        <w:t>30:35  baaz areas mein greek language boli jaati thi lekin sab ka language badal gayi sab ki language badal gayi sab ka culture badal gaya sab ka mazhab badal gaya aur yahan ek poora ka poora area arab world kaha jata hai yeh hua through fifth positive diaspora</w:t>
      </w:r>
      <w:r>
        <w:br/>
      </w:r>
      <w:r>
        <w:rPr>
          <w:sz w:val="20"/>
        </w:rPr>
        <w:t>31:01  kitna bada waqia hai to main samajhta hoon ke yeh yeh jo dawah work hai dawah work ki mobility ka naam hai diaspora</w:t>
      </w:r>
    </w:p>
    <w:p>
      <w:pPr>
        <w:pStyle w:val="Heading2"/>
      </w:pPr>
      <w:r>
        <w:t>From colliding stones to the pattern of all discovery</w:t>
      </w:r>
    </w:p>
    <w:p>
      <w:r>
        <w:rPr>
          <w:color w:val="666666"/>
          <w:sz w:val="18"/>
        </w:rPr>
        <w:t>Human Knowledge and Divine Knowledge February 17, 2008 · 4m 54s · at 4:05 · https://youtu.be/FVOvdC0uY1c?t=245</w:t>
      </w:r>
    </w:p>
    <w:p>
      <w:r>
        <w:rPr>
          <w:i/>
        </w:rPr>
        <w:t>“Mujhe ye discovery hui, anthropology ke ek bayan se”</w:t>
      </w:r>
    </w:p>
    <w:p>
      <w:r>
        <w:rPr>
          <w:sz w:val="20"/>
        </w:rPr>
        <w:t>4:05  abhi haal mein mujhe yeh discovery hui, ek do din pehle. wo discovery hui anthropology ke ek</w:t>
      </w:r>
      <w:r>
        <w:br/>
      </w:r>
      <w:r>
        <w:rPr>
          <w:sz w:val="20"/>
        </w:rPr>
        <w:t>4:20  bayan se.</w:t>
      </w:r>
      <w:r>
        <w:br/>
      </w:r>
      <w:r>
        <w:rPr>
          <w:sz w:val="20"/>
        </w:rPr>
        <w:t>4:22  anthropology aap jante hain ke insan ya insani society jo hai, us ke ilm ka naam hai.</w:t>
      </w:r>
      <w:r>
        <w:br/>
      </w:r>
      <w:r>
        <w:rPr>
          <w:sz w:val="20"/>
        </w:rPr>
        <w:t>4:32  is mein is par study ki jati hai.</w:t>
      </w:r>
      <w:r>
        <w:br/>
      </w:r>
      <w:r>
        <w:rPr>
          <w:sz w:val="20"/>
        </w:rPr>
        <w:t>4:37  is mein maine. to unhone is par ek rai banai hai, agarche wo rai qiyasi hai, yani guess par qaim hai wo.</w:t>
      </w:r>
      <w:r>
        <w:br/>
      </w:r>
      <w:r>
        <w:rPr>
          <w:sz w:val="20"/>
        </w:rPr>
        <w:t>4:50  lekin wo mujhe is mein ek clue mil gaya, clue.</w:t>
      </w:r>
      <w:r>
        <w:br/>
      </w:r>
      <w:r>
        <w:rPr>
          <w:sz w:val="20"/>
        </w:rPr>
        <w:t>4:55  unhon ne kaha ke stone age ke baray mein batate hain woh ke jab dunya mein stone age tha. dekhiye, yahan par mein aik baat arz kar doon ke log stone age ko evolution theory se relate karte hain.</w:t>
      </w:r>
      <w:r>
        <w:br/>
      </w:r>
      <w:r>
        <w:rPr>
          <w:sz w:val="20"/>
        </w:rPr>
        <w:t>5:12  donon ko aik doosre se joṛ rakha hai. mein evolution theory ko completely baseless samajhta hoon.</w:t>
      </w:r>
      <w:r>
        <w:br/>
      </w:r>
      <w:r>
        <w:rPr>
          <w:sz w:val="20"/>
        </w:rPr>
        <w:t>5:22  koi scientific ground nahi hai evolution theory ko mannay ke liye. woh sara ka sara aik guess work hai. to is ko to mein nahi manta.</w:t>
      </w:r>
      <w:r>
        <w:br/>
      </w:r>
      <w:r>
        <w:rPr>
          <w:sz w:val="20"/>
        </w:rPr>
        <w:t>5:33  lekin yeh baat jo mein kehne ja raha hoon, probably it was true, mein yeh keh sakta hoon. to stone age ke baray mein woh kehte hain ke do aadmi aapas mein jhagṛ gaye.</w:t>
      </w:r>
      <w:r>
        <w:br/>
      </w:r>
      <w:r>
        <w:rPr>
          <w:sz w:val="20"/>
        </w:rPr>
        <w:t>5:49  un mein dispute ho gaya.</w:t>
      </w:r>
      <w:r>
        <w:br/>
      </w:r>
      <w:r>
        <w:rPr>
          <w:sz w:val="20"/>
        </w:rPr>
        <w:t>5:52  to donon ne aik doosre ko patthar se mara. jab donon taraf se patthar chale to aisa hua ke beech mein donon patthar ṭakṛa gaye.</w:t>
      </w:r>
      <w:r>
        <w:br/>
      </w:r>
      <w:r>
        <w:rPr>
          <w:sz w:val="20"/>
        </w:rPr>
        <w:t>6:04  jab ṭakṛa gaye to is mein sparking hui, yaani changari nikli. to stone age ke insaan ke liye aik bilkul nai baat thi yeh.</w:t>
      </w:r>
      <w:r>
        <w:br/>
      </w:r>
      <w:r>
        <w:rPr>
          <w:sz w:val="20"/>
        </w:rPr>
        <w:t>6:18  to donon apna jhagṛa bhool gaye aur is patthar ko le kar phir isi ko khel karne lage. ṭakṛate thay aur is mein se sparking hoti thi, yaani changari nikalti thi.</w:t>
      </w:r>
      <w:r>
        <w:br/>
      </w:r>
      <w:r>
        <w:rPr>
          <w:sz w:val="20"/>
        </w:rPr>
        <w:t>6:32  to mein bataoon ke that was the beginning of knowledge. yaani mein prophet ki history ko chhoṛ kar yeh baat keh raha hoon.</w:t>
      </w:r>
      <w:r>
        <w:br/>
      </w:r>
      <w:r>
        <w:rPr>
          <w:sz w:val="20"/>
        </w:rPr>
        <w:t>6:43  to jab do patthar ke ṭakṛane se sparking hui to insaan ne pehli baar</w:t>
      </w:r>
      <w:r>
        <w:br/>
      </w:r>
      <w:r>
        <w:rPr>
          <w:sz w:val="20"/>
        </w:rPr>
        <w:t>6:52  yeh jana ke there is something invisible beyond the visible world.</w:t>
      </w:r>
      <w:r>
        <w:br/>
      </w:r>
      <w:r>
        <w:rPr>
          <w:sz w:val="20"/>
        </w:rPr>
        <w:t>7:05  there is something unknown beyond the known.</w:t>
      </w:r>
      <w:r>
        <w:br/>
      </w:r>
      <w:r>
        <w:rPr>
          <w:sz w:val="20"/>
        </w:rPr>
        <w:t>7:12  to patthar ko woh jante thay lekin yeh pata nahi tha unhein ke patthar ke ṭakṛane se sparking hoti hai. that was a new thing, that was a new discovery for the both.</w:t>
      </w:r>
      <w:r>
        <w:br/>
      </w:r>
      <w:r>
        <w:rPr>
          <w:sz w:val="20"/>
        </w:rPr>
        <w:t>7:30  yahan se aik insani safar shuru hua, aik insani safar.</w:t>
      </w:r>
      <w:r>
        <w:br/>
      </w:r>
      <w:r>
        <w:rPr>
          <w:sz w:val="20"/>
        </w:rPr>
        <w:t>7:40  aur yeh safar chalta raha, chalta raha, hazaron saal tak chalta raha. har baar jab insaan ne koi nai baat daryaft ki, koi nai baat discover ki to maloom hua ke is ke baad kuch aur bhi hai.</w:t>
      </w:r>
      <w:r>
        <w:br/>
      </w:r>
      <w:r>
        <w:rPr>
          <w:sz w:val="20"/>
        </w:rPr>
        <w:t>7:58  har discovery ne aik nai discovery ka clue diya.</w:t>
      </w:r>
      <w:r>
        <w:br/>
      </w:r>
      <w:r>
        <w:rPr>
          <w:sz w:val="20"/>
        </w:rPr>
        <w:t>8:07  har baar jab koi nai baat jani insaan ne to maloom hua ke is ke beyond bhi koi baat hai, is ke beyond bhi koi baat hai.</w:t>
      </w:r>
      <w:r>
        <w:br/>
      </w:r>
      <w:r>
        <w:rPr>
          <w:sz w:val="20"/>
        </w:rPr>
        <w:t>8:17  yeh tha safar insani soch ka.</w:t>
      </w:r>
      <w:r>
        <w:br/>
      </w:r>
      <w:r>
        <w:rPr>
          <w:sz w:val="20"/>
        </w:rPr>
        <w:t>8:30  every time, every discovery, every discovery tells that there is something more to to discover.</w:t>
      </w:r>
      <w:r>
        <w:br/>
      </w:r>
      <w:r>
        <w:rPr>
          <w:sz w:val="20"/>
        </w:rPr>
        <w:t>8:46  insani zindagi mein aap baar baar jante hain ke log discovery karte rahe. lekin every discovery tells us that there is something more to new, more to discover.</w:t>
      </w:r>
    </w:p>
    <w:p>
      <w:pPr>
        <w:pStyle w:val="Heading2"/>
      </w:pPr>
      <w:r>
        <w:t>Caliph Umar avoided a crisis before it began</w:t>
      </w:r>
    </w:p>
    <w:p>
      <w:r>
        <w:rPr>
          <w:color w:val="666666"/>
          <w:sz w:val="18"/>
        </w:rPr>
        <w:t>Art of Crisis Management October 3, 2010 · 5m 03s · at 8:49 · https://youtu.be/sKdyThFThXo?t=529</w:t>
      </w:r>
    </w:p>
    <w:p>
      <w:r>
        <w:rPr>
          <w:i/>
        </w:rPr>
        <w:t>“Islam mein bahut bara darja mana gaya hai Umar Farooq ka”</w:t>
      </w:r>
    </w:p>
    <w:p>
      <w:r>
        <w:rPr>
          <w:sz w:val="20"/>
        </w:rPr>
        <w:t>8:49  woh kya hai? ek hai "awaiting the crisis", yaani in advance aisa karna ke crisis pesh na aaye.</w:t>
      </w:r>
      <w:r>
        <w:br/>
      </w:r>
      <w:r>
        <w:rPr>
          <w:sz w:val="20"/>
        </w:rPr>
        <w:t>9:02  "awaiting the crisis", yaani crisis ki situation pesh na aaye, aisa karna pehle hi se. aisa safeguard lena, that is "awaiting the crisis".</w:t>
      </w:r>
      <w:r>
        <w:br/>
      </w:r>
      <w:r>
        <w:rPr>
          <w:sz w:val="20"/>
        </w:rPr>
        <w:t>9:16  doosra kya hai? "managing the crisis", yaani crisis ho jaye to kaise manage kiya jaye.</w:t>
      </w:r>
      <w:r>
        <w:br/>
      </w:r>
      <w:r>
        <w:rPr>
          <w:sz w:val="20"/>
        </w:rPr>
        <w:t>9:27  to "awaiting the crisis" jo main keh raha hoon, uski main misaal deta hoon aap ko.</w:t>
      </w:r>
      <w:r>
        <w:br/>
      </w:r>
      <w:r>
        <w:rPr>
          <w:sz w:val="20"/>
        </w:rPr>
        <w:t>9:32  dekhiye, islam mein bahut bada darja mana gaya hai umar farooq ka, jo ke second caliph the, yaani seventh century AD mein.</w:t>
      </w:r>
      <w:r>
        <w:br/>
      </w:r>
      <w:r>
        <w:rPr>
          <w:sz w:val="20"/>
        </w:rPr>
        <w:t>9:50  to unke zamane mein kya hua ke musalmanon ka ek group gaya yerushalim, wahan un logon se baat ch</w:t>
      </w:r>
      <w:r>
        <w:br/>
      </w:r>
      <w:r>
        <w:rPr>
          <w:sz w:val="20"/>
        </w:rPr>
        <w:t>10:01  cheet hui. baat cheet ke baad jo us waqt muslim jo hukumat thi, jis ka rajdhani madina tha, to madina ke beech mein aur yerushalim ke beech mein ek agreement hua.</w:t>
      </w:r>
      <w:r>
        <w:br/>
      </w:r>
      <w:r>
        <w:rPr>
          <w:sz w:val="20"/>
        </w:rPr>
        <w:t>10:15  to unhone kaha ke hum agreement jab karenge, jab ke khud khalifa yerushalim aaye, to hazrat umar madine se chal kar ke yerushalim pahunche, oont par safar kar ke.</w:t>
      </w:r>
      <w:r>
        <w:br/>
      </w:r>
      <w:r>
        <w:rPr>
          <w:sz w:val="20"/>
        </w:rPr>
        <w:t>10:29  to bahut sari detail is mein hain, main sirf is ek baat ko batana chahunga jis ka taluq is tarah ke issues se hai. to hazrat umar farooq jo second caliph hain,</w:t>
      </w:r>
      <w:r>
        <w:br/>
      </w:r>
      <w:r>
        <w:rPr>
          <w:sz w:val="20"/>
        </w:rPr>
        <w:t>10:44  jab wahan ke wahan ke jo lord bishop tha, us se jab baat ho rahi thi to woh baat ho rahi thi is church mein, jis ko kehte hain "church of resurrection", arabi mein kehte hain is ko "kannist al-qiyamah".</w:t>
      </w:r>
      <w:r>
        <w:br/>
      </w:r>
      <w:r>
        <w:rPr>
          <w:sz w:val="20"/>
        </w:rPr>
        <w:t>10:59  ab</w:t>
      </w:r>
      <w:r>
        <w:br/>
      </w:r>
      <w:r>
        <w:rPr>
          <w:sz w:val="20"/>
        </w:rPr>
        <w:t>11:00  hi bhi woh church of resurrection hai, mein jab gaya tha to mein ne dekha khud apni aankh se. to yeh bohat hi purana church hai, to wahan baat cheet ho rahi thi.</w:t>
      </w:r>
      <w:r>
        <w:br/>
      </w:r>
      <w:r>
        <w:rPr>
          <w:sz w:val="20"/>
        </w:rPr>
        <w:t>11:10  to hazrat umar ne kaha bishop se ke mere namaz ka waqt ho gaya hai, yaani asar ki namaz ka waqt.</w:t>
      </w:r>
      <w:r>
        <w:br/>
      </w:r>
      <w:r>
        <w:rPr>
          <w:sz w:val="20"/>
        </w:rPr>
        <w:t>11:20  to bishop ne kya kaha? ke yahi parh lijiye, aap church ke andar parh lijiye, humein koi objection nahi hai.</w:t>
      </w:r>
      <w:r>
        <w:br/>
      </w:r>
      <w:r>
        <w:rPr>
          <w:sz w:val="20"/>
        </w:rPr>
        <w:t>11:28  unhon ne kaha ke nahi, mein yahan nahi parhoon ga. unhon ne kaha ke jis ko kehte hain angrezi mein "stones throw", yaani pathar aap aik hath mein lein aur zor se phenkein,</w:t>
      </w:r>
      <w:r>
        <w:br/>
      </w:r>
      <w:r>
        <w:rPr>
          <w:sz w:val="20"/>
        </w:rPr>
        <w:t>11:43  jitni door ja kar gire ga, us ko kehte hain "stones throw".</w:t>
      </w:r>
      <w:r>
        <w:br/>
      </w:r>
      <w:r>
        <w:rPr>
          <w:sz w:val="20"/>
        </w:rPr>
        <w:t>11:48  itni door hi pe ja kar ke mein namaz parhoon ga. aur unhon ne is ki hikmat batai, is ki wisdom ke agar mein yahan namaz parh loon to meri position khalifa ki position hai, to mere baad jo generation aaye gi, woh kahengay ke "ha hona salla umar", yaani hamare khalifa ne yahan namaz parhi hai, yahan to hum masjid banayengay,</w:t>
      </w:r>
      <w:r>
        <w:br/>
      </w:r>
      <w:r>
        <w:rPr>
          <w:sz w:val="20"/>
        </w:rPr>
        <w:t>12:13  yaani kalesa ke church ke andar masjid.</w:t>
      </w:r>
      <w:r>
        <w:br/>
      </w:r>
      <w:r>
        <w:rPr>
          <w:sz w:val="20"/>
        </w:rPr>
        <w:t>12:17  ab kitab ka jhagda khara hoga, kitab ka kya crisis aaye ga. is crisis se bachne ke liye unhon ne precaution liya ke mein "stone throw" ki dori par ja kar ke namaz parhoon ga.</w:t>
      </w:r>
      <w:r>
        <w:br/>
      </w:r>
      <w:r>
        <w:rPr>
          <w:sz w:val="20"/>
        </w:rPr>
        <w:t>12:34  aise hi kiya, unhon ne wahan ja kar namaz parhi. aur is ke baad kya hua? baad ke musalmanon ne is spot par masjid banai.</w:t>
      </w:r>
      <w:r>
        <w:br/>
      </w:r>
      <w:r>
        <w:rPr>
          <w:sz w:val="20"/>
        </w:rPr>
        <w:t>12:46  mein jab yerushalayim gaya tha to mein ne khud dekha is masjid ko, is ka naam hai "masjid umar".</w:t>
      </w:r>
      <w:r>
        <w:br/>
      </w:r>
      <w:r>
        <w:rPr>
          <w:sz w:val="20"/>
        </w:rPr>
        <w:t>12:54  abhi bhi woh masjid maujood hai.</w:t>
      </w:r>
      <w:r>
        <w:br/>
      </w:r>
      <w:r>
        <w:rPr>
          <w:sz w:val="20"/>
        </w:rPr>
        <w:t>12:58  yeh hai "awaiting the crisis", yaani unhon ne pehle se andaza kiya ke do places of worship door door honay chahiye,</w:t>
      </w:r>
      <w:r>
        <w:br/>
      </w:r>
      <w:r>
        <w:rPr>
          <w:sz w:val="20"/>
        </w:rPr>
        <w:t>13:12  aik mazhab ka ibadat khana, doosre mazhab ka dori honi chahiye, distance hona chahiye. agar sat ke bana diya jaye, mila kar ke to crisis paida hoga.</w:t>
      </w:r>
      <w:r>
        <w:br/>
      </w:r>
      <w:r>
        <w:rPr>
          <w:sz w:val="20"/>
        </w:rPr>
        <w:t>13:24  to agar wahan namaz parh lete aur baad ke musalman kehte hain ke yahan to khalifa ne namaz parhi hai, is liye hum masjid banayengay, to kya hota?</w:t>
      </w:r>
      <w:r>
        <w:br/>
      </w:r>
      <w:r>
        <w:rPr>
          <w:sz w:val="20"/>
        </w:rPr>
        <w:t>13:34  aik jhagda hota ke church ke andar masjid, woh kehte hain hum to banayengay, woh kehte hain hum to nahi bananay dengay.</w:t>
      </w:r>
      <w:r>
        <w:br/>
      </w:r>
      <w:r>
        <w:rPr>
          <w:sz w:val="20"/>
        </w:rPr>
        <w:t>13:41  aik crisis paida hota. us ko mein ne kaha "awaiting the crisis", yaani peshgi tor par unhon ne crisis se apne ko bachaya.</w:t>
      </w:r>
    </w:p>
    <w:p>
      <w:pPr>
        <w:pStyle w:val="Heading2"/>
      </w:pPr>
      <w:r>
        <w:t>The prophets' duas: how the heart's feelings become words</w:t>
      </w:r>
    </w:p>
    <w:p>
      <w:r>
        <w:rPr>
          <w:color w:val="666666"/>
          <w:sz w:val="18"/>
        </w:rPr>
        <w:t>CPS Mission Conference 2023 April 30, 2023 · 5m 35s · at 1:10:32 · https://youtu.be/sfTBajRastM?t=4232</w:t>
      </w:r>
    </w:p>
    <w:p>
      <w:r>
        <w:rPr>
          <w:i/>
        </w:rPr>
        <w:t>“अब मैं एक दो दुआ लेता हूं, चूंकि वक्त अब बहुत कम है”</w:t>
      </w:r>
    </w:p>
    <w:p>
      <w:r>
        <w:rPr>
          <w:sz w:val="20"/>
        </w:rPr>
        <w:t>1:10:32  Ab mein ek do dua leta hoon, chuki waqt ab bohat kam hai. Ek dua jo Prophet ko bohat pasand thi aur Maulana bhi aksar usko padhte the,</w:t>
      </w:r>
      <w:r>
        <w:br/>
      </w:r>
      <w:r>
        <w:rPr>
          <w:sz w:val="20"/>
        </w:rPr>
        <w:t>1:10:45  bohat Maulana ko pasand thi. Yeh hai Ya Hayyu Ya Qayyumu bi rahmatika astagheethu O Living God, O Sustaining God, I seek Your Mercy.</w:t>
      </w:r>
      <w:r>
        <w:br/>
      </w:r>
      <w:r>
        <w:rPr>
          <w:sz w:val="20"/>
        </w:rPr>
        <w:t>1:10:56  Mein teri mercy, mein teri rehmat ka mohtaj hoon. Ya Hayyu Ya Qayyumu bi rahmatika astagheethu aur iska agla hissa hai Aslih li shani kulli ke meri sari jo meri Problems hain, usko solve kar d</w:t>
      </w:r>
      <w:r>
        <w:br/>
      </w:r>
      <w:r>
        <w:rPr>
          <w:sz w:val="20"/>
        </w:rPr>
        <w:t>1:11:11  e. I seek Your Help in settingright all my affairs. Aslih li shani kulli wa la takilni ila nafsi tarfata aini yeh bohat zabardast hai ke Please do not leave me to myself even for a blink of an eye.</w:t>
      </w:r>
      <w:r>
        <w:br/>
      </w:r>
      <w:r>
        <w:rPr>
          <w:sz w:val="20"/>
        </w:rPr>
        <w:t>1:11:30  Don't leave me alone even for a blink of an eye. La takilni ila nafsi tarfata aini</w:t>
      </w:r>
      <w:r>
        <w:br/>
      </w:r>
      <w:r>
        <w:rPr>
          <w:sz w:val="20"/>
        </w:rPr>
        <w:t>1:11:37  yeh bohat achi dua hai aur Maulana aksar usko padhte the. Aur sahaba bhi kehte hain ke jab koi pareshani hoti thi Rasool Allah, koi News aati thi kahin se toh hum sunne lagte the ke woh ahista ahista padhte the Ya Hayyu Ya Qayyumu bi rahmatika astagheethu aur</w:t>
      </w:r>
      <w:r>
        <w:br/>
      </w:r>
      <w:r>
        <w:rPr>
          <w:sz w:val="20"/>
        </w:rPr>
        <w:t>1:11:59  ek dua jo Rasool Allah ki bohat achi dua hai Quran ke bare mein, bohat hi zabardast dua hai,</w:t>
      </w:r>
      <w:r>
        <w:br/>
      </w:r>
      <w:r>
        <w:rPr>
          <w:sz w:val="20"/>
        </w:rPr>
        <w:t>1:12:07  woh hai Allahumma taj al al Qurana rabiyya qalbi O Allah, make the Quran the spring of my heart, and the light of my chest, and the remover of my sadness,</w:t>
      </w:r>
      <w:r>
        <w:br/>
      </w:r>
      <w:r>
        <w:rPr>
          <w:sz w:val="20"/>
        </w:rPr>
        <w:t>1:12:25  and the reliever of my worries. Such a beautiful dua yani Allahumma taj al al Qurana rabiyya qalbi wa noora sadri wa jala huzni wa dhahaba hammi.</w:t>
      </w:r>
      <w:r>
        <w:br/>
      </w:r>
      <w:r>
        <w:rPr>
          <w:sz w:val="20"/>
        </w:rPr>
        <w:t>1:12:37  Kitni zabardast dua hai yeh aur haqeeqat yeh hai ke jab Quran aap padhein, jaise abhi baat hui thi tadabbur ke sath aur gehrai se, toh yeh Quran aap ke dil ki aur aap ke seene ka noor ban jata hai.</w:t>
      </w:r>
      <w:r>
        <w:br/>
      </w:r>
      <w:r>
        <w:rPr>
          <w:sz w:val="20"/>
        </w:rPr>
        <w:t>1:12:55  Noor ka matlab yeh hai, noor woh light wale, yeh light wale noor nahi, balkeh Maulana kehte the ke noor ka matlab jahan bhi noor lafz aaya hai Quran mein, toh woh guidance ke bare mein aaya hai, Khuda ki guidance.</w:t>
      </w:r>
      <w:r>
        <w:br/>
      </w:r>
      <w:r>
        <w:rPr>
          <w:sz w:val="20"/>
        </w:rPr>
        <w:t>1:13:08  Yani yeh Quran aap ke liye guide book ban jayegi jab aap gehrai se padhenge. Is liye yeh Allahumma taj al al Qurana rabiyya qalbi wa noora sadri wa jala huzni wa dhahaba hammi.</w:t>
      </w:r>
      <w:r>
        <w:br/>
      </w:r>
      <w:r>
        <w:rPr>
          <w:sz w:val="20"/>
        </w:rPr>
        <w:t>1:13:20  yani jo aap ki takleefein hain, jo pareshaniyan hain, jis mein aap mubtala rehte hain, subah shaam sochte rehte hain, jab quran gehrai se aap padhenge aur us ki jo gehri baatein aap ke dil mein utrengi, to yeh sab jo masail hain, woh aap ke liye bohat halke hote chale jayenge.</w:t>
      </w:r>
      <w:r>
        <w:br/>
      </w:r>
      <w:r>
        <w:rPr>
          <w:sz w:val="20"/>
        </w:rPr>
        <w:t>1:13:40  aur sari jo pareshani hai aur Sadness hai aur takleef hai, aur woh sab cheezein ahista ahista khatam ho jayengi.</w:t>
      </w:r>
      <w:r>
        <w:br/>
      </w:r>
      <w:r>
        <w:rPr>
          <w:sz w:val="20"/>
        </w:rPr>
        <w:t>1:13:50  aur to yeh bohat hi achhi hain paighambaron ki duaein quran mein aati hain. Hazrat Musa (AS) ki dua itni achhi dua hai aur balkeh jo hum log padhte hain Rabbishrah li sadri woh khud bohat hi zabardast dua hai, us mein sari baat aa gayi</w:t>
      </w:r>
      <w:r>
        <w:br/>
      </w:r>
      <w:r>
        <w:rPr>
          <w:sz w:val="20"/>
        </w:rPr>
        <w:t>1:14:07  hai. Musa (AS) ne jab dua ki to bohat hi umdah dua hai aur bohat hi achhi dua hai. To ab jaise Rasool Allah ne kaha ke jo Zunun ki dua kare, us ki dua Reject nahi hoti hai.</w:t>
      </w:r>
      <w:r>
        <w:br/>
      </w:r>
      <w:r>
        <w:rPr>
          <w:sz w:val="20"/>
        </w:rPr>
        <w:t>1:14:22  yani Yunus (AS) ki dua jab woh machhli ke pait mein chale gaye to unhone kaha La ilaha illa anta subhanaka inni kuntu minaz zalimin ke aye Allah, tu pak hai, main hi maine hi zulm kiya hai.</w:t>
      </w:r>
      <w:r>
        <w:br/>
      </w:r>
      <w:r>
        <w:rPr>
          <w:sz w:val="20"/>
        </w:rPr>
        <w:t>1:14:35  to</w:t>
      </w:r>
      <w:r>
        <w:br/>
      </w:r>
      <w:r>
        <w:rPr>
          <w:sz w:val="20"/>
        </w:rPr>
        <w:t>1:14:36  Allah ne usi waqt qabool ki, machhli ne la ke daal diya aur dua ki taaseer dekhiye ke jab gaye Hazrat Yunus (AS) to jo jo log un ko Reject kar rahe the, woh bhi iman le aaye, ek lakh</w:t>
      </w:r>
      <w:r>
        <w:br/>
      </w:r>
      <w:r>
        <w:rPr>
          <w:sz w:val="20"/>
        </w:rPr>
        <w:t>1:14:52  se zyada. To itni zabardast dua hai lekin dua dil se nikalni chahiye. Aur Hazrat</w:t>
      </w:r>
      <w:r>
        <w:br/>
      </w:r>
      <w:r>
        <w:rPr>
          <w:sz w:val="20"/>
        </w:rPr>
        <w:t>1:15:05  Zakariya ki dua bohat hi achhi quran mein Surah Maryam ke bilkul aaghaz mein hai ke Id nadā rabbahu nidā'an kha</w:t>
      </w:r>
      <w:r>
        <w:br/>
      </w:r>
      <w:r>
        <w:rPr>
          <w:sz w:val="20"/>
        </w:rPr>
        <w:t>1:15:14  fiyyan When he called his Lord in low voice yani khafi kehte hain bareek cheez ko ke aisi yani Whisper ke andaaz mein dua ki.</w:t>
      </w:r>
      <w:r>
        <w:br/>
      </w:r>
      <w:r>
        <w:rPr>
          <w:sz w:val="20"/>
        </w:rPr>
        <w:t>1:15:26  kitni zabardast hai ke us ne apne Rab ko Whisper ke andaaz mein pukara. Choonkeh aap jab Allah se dua karte hain to Loudspeaker pe nahi hoti hai, woh bohat hi khamosh dil se nikli hui dua hoti hai.</w:t>
      </w:r>
      <w:r>
        <w:br/>
      </w:r>
      <w:r>
        <w:rPr>
          <w:sz w:val="20"/>
        </w:rPr>
        <w:t>1:15:42  aur Hazrat Zakariya ne farmaya ke lam akum bidu'aika Rabbi shaqiyyan ke aye mere Rab, tujh se main dua kar ke kabhi mayoos nahi hua, kabhi tune meri dua Reject nahi ki.</w:t>
      </w:r>
      <w:r>
        <w:br/>
      </w:r>
      <w:r>
        <w:rPr>
          <w:sz w:val="20"/>
        </w:rPr>
        <w:t>1:15:54  to yeh jo paighambaron ki duaein hain, woh bohat hi umdah duaein hain, woh hamein batati hain ke kisi khaas mauqe pe un ke dil mein kya ehsasat paida hue, kya un ke dil ki کیفیت thi.</w:t>
      </w:r>
    </w:p>
    <w:p>
      <w:pPr>
        <w:pStyle w:val="Heading2"/>
      </w:pPr>
      <w:r>
        <w:t>Human role in God's cosmic creation plan</w:t>
      </w:r>
    </w:p>
    <w:p>
      <w:r>
        <w:rPr>
          <w:color w:val="666666"/>
          <w:sz w:val="18"/>
        </w:rPr>
        <w:t>AL RISALA FEBRUARY 2017 AUDIO · 5m 37s · at 32:42 · https://youtu.be/W4_KA3UtIHA?t=1962</w:t>
      </w:r>
    </w:p>
    <w:p>
      <w:r>
        <w:rPr>
          <w:i/>
        </w:rPr>
        <w:t>“Insaan kaainat ka hero hai”</w:t>
      </w:r>
    </w:p>
    <w:p>
      <w:r>
        <w:rPr>
          <w:sz w:val="20"/>
        </w:rPr>
        <w:t>32:42  is agle daur hayat ko quran mein jannat ya paradise ka naam diya gaya hai. insaan kainat ka hero hai.</w:t>
      </w:r>
      <w:r>
        <w:br/>
      </w:r>
      <w:r>
        <w:rPr>
          <w:sz w:val="20"/>
        </w:rPr>
        <w:t>32:50  apni takhleeqi salahiyat ke aitbar se insaan aik abadi makhlooq hai lekin insaan maujooda dunya mein sirf mehdood muddat ke liye rehta hai.</w:t>
      </w:r>
      <w:r>
        <w:br/>
      </w:r>
      <w:r>
        <w:rPr>
          <w:sz w:val="20"/>
        </w:rPr>
        <w:t>33:03  is dunya mein insaan ki average age taqreeban 70 saal hai. abadit ka talib insaan amalan abadit ko panay se mehroom rehta hai magar insaan ke liye yeh mehroomi ki baat nahin.</w:t>
      </w:r>
      <w:r>
        <w:br/>
      </w:r>
      <w:r>
        <w:rPr>
          <w:sz w:val="20"/>
        </w:rPr>
        <w:t>33:18  aisa khaliq ke takhleeqi plan ki bina par hota hai na ke insaan ki apni khwahish ki bina par. khaliq ke takhleeqi naqshe ke mutabiq insaan ko is dunya mein sirf mehdood muddat tak ke liye rehna hai.</w:t>
      </w:r>
      <w:r>
        <w:br/>
      </w:r>
      <w:r>
        <w:rPr>
          <w:sz w:val="20"/>
        </w:rPr>
        <w:t>33:35  is ke baad insaan ko us ke habitat mein pohncha diya jata hai jahan us ko yeh moqa milega ke woh apni pasand ki dunya mein abadi taur par rahe.</w:t>
      </w:r>
      <w:r>
        <w:br/>
      </w:r>
      <w:r>
        <w:rPr>
          <w:sz w:val="20"/>
        </w:rPr>
        <w:t>33:48  yahan insaan ko sirf yeh karna hai ke woh khaliq ke plan ko jane aur apne aap ko us ke liye tayyar kare.</w:t>
      </w:r>
      <w:r>
        <w:br/>
      </w:r>
      <w:r>
        <w:rPr>
          <w:sz w:val="20"/>
        </w:rPr>
        <w:t>33:58  insaan ko paida karne wala Khuda hai lekin apne abadi mustaqbil ka faisla karna mukammal taur par insaan ke apne ikhtiyar mein hai.</w:t>
      </w:r>
      <w:r>
        <w:br/>
      </w:r>
      <w:r>
        <w:rPr>
          <w:sz w:val="20"/>
        </w:rPr>
        <w:t>34:09  aadmi ko sirf yeh karna hai ke woh apne andar is personality ko develop kare jis ki wajah se woh agli dunya mein banne wali paradise ke liye mustahiq umeedwar ya deserving candidate qarar paye.</w:t>
      </w:r>
      <w:r>
        <w:br/>
      </w:r>
      <w:r>
        <w:rPr>
          <w:sz w:val="20"/>
        </w:rPr>
        <w:t>34:24  is takhleeqi maqsad ki bina par aisa hua ke khaliq ne poori kainat ko custom made universe banaya.</w:t>
      </w:r>
      <w:r>
        <w:br/>
      </w:r>
      <w:r>
        <w:rPr>
          <w:sz w:val="20"/>
        </w:rPr>
        <w:t>34:33  is waqeye ko quran mein un alfaz mein bayan kiya gaya hai: "wa sakhara lakum ma fis samawati wa ma fil ardi jami'an minh" yani Khuda ne aasmanon aur zameen ki tamam cheezon ko tumhare liye musakhkhar kar diya sab ko apni taraf se.</w:t>
      </w:r>
      <w:r>
        <w:br/>
      </w:r>
      <w:r>
        <w:rPr>
          <w:sz w:val="20"/>
        </w:rPr>
        <w:t>34:55  ayat mein jami'an minh ke lafz ka matlab yeh hai ke taskheer ka yeh mamla ittifaqi taur par nahi hua balkeh woh khaliq ke baqayda mansoobe ya well considered plan ke tehat hua hai.</w:t>
      </w:r>
      <w:r>
        <w:br/>
      </w:r>
      <w:r>
        <w:rPr>
          <w:sz w:val="20"/>
        </w:rPr>
        <w:t>35:10  insaan is poori kainat mein aik khaas takhleeq ki hesiyat rakhta hai. insaan ko us ke khaliq ne dimagh ya mind diya jo kisi bhi doosri makhlooq ko ata nahi hua.</w:t>
      </w:r>
      <w:r>
        <w:br/>
      </w:r>
      <w:r>
        <w:rPr>
          <w:sz w:val="20"/>
        </w:rPr>
        <w:t>35:25  insaan ko us ke khaliq ne lamahdood salahiyaten di hain. mazeed yeh ke insaan ki khasoosiyat yeh hai ke us ko amanat ilahi se sarfraz kiya gaya.</w:t>
      </w:r>
      <w:r>
        <w:br/>
      </w:r>
      <w:r>
        <w:rPr>
          <w:sz w:val="20"/>
        </w:rPr>
        <w:t>35:39  insaan wahid makhlooq hai jisko kamil aazadi ya total freedom di gayi hai.</w:t>
      </w:r>
      <w:r>
        <w:br/>
      </w:r>
      <w:r>
        <w:rPr>
          <w:sz w:val="20"/>
        </w:rPr>
        <w:t>35:45  insan ke liye yeh muqaddar kiya gaya hai ke agar woh azadi pa kar is ka ghalat istemal</w:t>
      </w:r>
      <w:r>
        <w:br/>
      </w:r>
      <w:r>
        <w:rPr>
          <w:sz w:val="20"/>
        </w:rPr>
        <w:t>35:53  ya misuse na kare balkeh azadi ko waseeh tar takhleeqi naqshe ya creation plan of god ke</w:t>
      </w:r>
      <w:r>
        <w:br/>
      </w:r>
      <w:r>
        <w:rPr>
          <w:sz w:val="20"/>
        </w:rPr>
        <w:t>36:01  mutabiq istemal kare to is ke liye abdi jannat ya eternal paradise ka inaam ya reward hai.</w:t>
      </w:r>
      <w:r>
        <w:br/>
      </w:r>
      <w:r>
        <w:rPr>
          <w:sz w:val="20"/>
        </w:rPr>
        <w:t>36:10  mutale se maloom hota hai ke insaan ke siwa jo doosri makhlooqat hain madiyat, nabatat, haiwanat woh sab ki sab fitrat ke qanoon ya law of nature ke matahat hain.</w:t>
      </w:r>
      <w:r>
        <w:br/>
      </w:r>
      <w:r>
        <w:rPr>
          <w:sz w:val="20"/>
        </w:rPr>
        <w:t>36:25  hata ke haiwanat bhi mukammal taur par apni muqarrar karda jiblat ya instinct ke tehat kaam karte hain.</w:t>
      </w:r>
      <w:r>
        <w:br/>
      </w:r>
      <w:r>
        <w:rPr>
          <w:sz w:val="20"/>
        </w:rPr>
        <w:t>36:34  yeh sirf insaan hai jo is mamle mein istasna ya exception ki hesiyat rakhta hai. insaan ko yeh moqa hai ke woh apne zaati irade ke tehat soche aur kamil azadi ke sath apni zindagi ka naqsha banaye.</w:t>
      </w:r>
      <w:r>
        <w:br/>
      </w:r>
      <w:r>
        <w:rPr>
          <w:sz w:val="20"/>
        </w:rPr>
        <w:t>36:52  is mein shakk nahin ke insaan mukammal taur par ek azaad makhlooq hai lekin yeh azaadi sirf zaati amal ke aitbaar se hai.</w:t>
      </w:r>
      <w:r>
        <w:br/>
      </w:r>
      <w:r>
        <w:rPr>
          <w:sz w:val="20"/>
        </w:rPr>
        <w:t>37:03  yaani insaan azaad hai ke woh wasee' tar naqsha takhleeq ke mutabiq amal kare ya is ka baghi ban jaye lekin jahan tak amal ke nateejay ka talluq hai is par insaan ko koi ikhtiyar haasil nahin.</w:t>
      </w:r>
      <w:r>
        <w:br/>
      </w:r>
      <w:r>
        <w:rPr>
          <w:sz w:val="20"/>
        </w:rPr>
        <w:t>37:19  yahan khaliq ne muqaddar kiya hai ke insaan agar khaliq ke takhleeqi naqshay ke mutabiq amal kare to is ke liye abadi jannat hai aur agar woh khaliq ke takhleeqi naqshay ke khilaf warzi kare to is ke liye abadi jahannum hai.</w:t>
      </w:r>
      <w:r>
        <w:br/>
      </w:r>
      <w:r>
        <w:rPr>
          <w:sz w:val="20"/>
        </w:rPr>
        <w:t>37:38  rab-ul-alameen ke is takhleeqi naqshay ko quran mein isharat ki zabaan mein bayan kiya gaya hai. maslan quran mein bataya gaya hai ke maadi kainaat ki takhleeq ke baad insaan ko paida kiya gaya aur is ko zameen par khaleefa ki hesiyat se aabad kiya gaya.</w:t>
      </w:r>
      <w:r>
        <w:br/>
      </w:r>
      <w:r>
        <w:rPr>
          <w:sz w:val="20"/>
        </w:rPr>
        <w:t>38:00  khaleefa se murad wahi cheez hai jis ko insani zabaan mein incharge kaha jata hai. farishtay khuda ke hukum ke mutabiq kainaat ka nizaam is tarah chala rahe hain ke hamesha insaan ke liye woh ek muwafiq dunya bani rahe.</w:t>
      </w:r>
    </w:p>
    <w:p>
      <w:pPr>
        <w:pStyle w:val="Heading2"/>
      </w:pPr>
      <w:r>
        <w:t>Rely on Allah's mercy, not your own weakness</w:t>
      </w:r>
    </w:p>
    <w:p>
      <w:r>
        <w:rPr>
          <w:color w:val="666666"/>
          <w:sz w:val="18"/>
        </w:rPr>
        <w:t>Dars-e-Quran, Hadith-e-Jibril October 29, 2017 · 4m 56s · at 1:09:07 · https://youtu.be/CaMTvkwqQqo?t=4147</w:t>
      </w:r>
    </w:p>
    <w:p>
      <w:r>
        <w:rPr>
          <w:i/>
        </w:rPr>
        <w:t>“Main aisa insaan hoon jiske andar sabse badi sifat”</w:t>
      </w:r>
    </w:p>
    <w:p>
      <w:r>
        <w:rPr>
          <w:sz w:val="20"/>
        </w:rPr>
        <w:t>1:09:07  mein aik aisa insan hoon jis ke andar sab se bari jo sifat hai woh hai</w:t>
      </w:r>
      <w:r>
        <w:br/>
      </w:r>
      <w:r>
        <w:rPr>
          <w:sz w:val="20"/>
        </w:rPr>
        <w:t>1:09:21  ke i am nothing real sense mein yani mein</w:t>
      </w:r>
      <w:r>
        <w:br/>
      </w:r>
      <w:r>
        <w:rPr>
          <w:sz w:val="20"/>
        </w:rPr>
        <w:t>1:09:31  qat'i koi mujhe tareef kare kuch farq nahi parta mere andar kyunke masla hai ke mein to kuch bhi nahi hoon</w:t>
      </w:r>
      <w:r>
        <w:br/>
      </w:r>
      <w:r>
        <w:rPr>
          <w:sz w:val="20"/>
        </w:rPr>
        <w:t>1:09:41  aj mujhe ek ajib cheez discover hui yeh sab sun kar ke</w:t>
      </w:r>
      <w:r>
        <w:br/>
      </w:r>
      <w:r>
        <w:rPr>
          <w:sz w:val="20"/>
        </w:rPr>
        <w:t>1:09:47  jo bengal ki team ne aur punjab ki team ne bataya ke kitne zyada mawaqe hain ke madu</w:t>
      </w:r>
      <w:r>
        <w:br/>
      </w:r>
      <w:r>
        <w:rPr>
          <w:sz w:val="20"/>
        </w:rPr>
        <w:t>1:09:55  khud ko operation de raha hai tarjuma karta hai quran ka</w:t>
      </w:r>
      <w:r>
        <w:br/>
      </w:r>
      <w:r>
        <w:rPr>
          <w:sz w:val="20"/>
        </w:rPr>
        <w:t>1:10:02  aur hatta ke khud type bhi kar raha hai</w:t>
      </w:r>
      <w:r>
        <w:br/>
      </w:r>
      <w:r>
        <w:rPr>
          <w:sz w:val="20"/>
        </w:rPr>
        <w:t>1:10:07  aur ap ko wahan har qism ki</w:t>
      </w:r>
      <w:r>
        <w:br/>
      </w:r>
      <w:r>
        <w:rPr>
          <w:sz w:val="20"/>
        </w:rPr>
        <w:t>1:10:12  sahulat de raha hai ke aaiye kaam kijiye</w:t>
      </w:r>
      <w:r>
        <w:br/>
      </w:r>
      <w:r>
        <w:rPr>
          <w:sz w:val="20"/>
        </w:rPr>
        <w:t>1:10:16  to main</w:t>
      </w:r>
      <w:r>
        <w:br/>
      </w:r>
      <w:r>
        <w:rPr>
          <w:sz w:val="20"/>
        </w:rPr>
        <w:t>1:10:20  aj main jab yeh sab karwai ho rahi thi</w:t>
      </w:r>
      <w:r>
        <w:br/>
      </w:r>
      <w:r>
        <w:rPr>
          <w:sz w:val="20"/>
        </w:rPr>
        <w:t>1:10:25  to mujhe ek ayat yaad aai haan dekhiye yeh ayat hai quran majeed mein</w:t>
      </w:r>
      <w:r>
        <w:br/>
      </w:r>
      <w:r>
        <w:rPr>
          <w:sz w:val="20"/>
        </w:rPr>
        <w:t>1:10:31  ke kul ya ibadi allazina</w:t>
      </w:r>
      <w:r>
        <w:br/>
      </w:r>
      <w:r>
        <w:rPr>
          <w:sz w:val="20"/>
        </w:rPr>
        <w:t>1:10:35  asrafu ala al husain</w:t>
      </w:r>
      <w:r>
        <w:br/>
      </w:r>
      <w:r>
        <w:rPr>
          <w:sz w:val="20"/>
        </w:rPr>
        <w:t>1:10:37  la taqnat birahmatillah wa innallaha yaghfirudh dhunuba jami'a</w:t>
      </w:r>
      <w:r>
        <w:br/>
      </w:r>
      <w:r>
        <w:rPr>
          <w:sz w:val="20"/>
        </w:rPr>
        <w:t>1:10:44  mere bando se keh do jinhone</w:t>
      </w:r>
      <w:r>
        <w:br/>
      </w:r>
      <w:r>
        <w:rPr>
          <w:sz w:val="20"/>
        </w:rPr>
        <w:t>1:10:49  apne upar zulm kiya hai</w:t>
      </w:r>
      <w:r>
        <w:br/>
      </w:r>
      <w:r>
        <w:rPr>
          <w:sz w:val="20"/>
        </w:rPr>
        <w:t>1:10:52  ke mayus na ho Allah ki rehmat se</w:t>
      </w:r>
      <w:r>
        <w:br/>
      </w:r>
      <w:r>
        <w:rPr>
          <w:sz w:val="20"/>
        </w:rPr>
        <w:t>1:10:56  Allah sare hi gunahon ko bakhsne wala hai</w:t>
      </w:r>
      <w:r>
        <w:br/>
      </w:r>
      <w:r>
        <w:rPr>
          <w:sz w:val="20"/>
        </w:rPr>
        <w:t>1:11:03  to mera jo sara focus chala gaya tha ke mein to nothing hoon mein to kuch nahi kar sakta</w:t>
      </w:r>
      <w:r>
        <w:br/>
      </w:r>
      <w:r>
        <w:rPr>
          <w:sz w:val="20"/>
        </w:rPr>
        <w:t>1:11:16  to mein ne aj yeh daryaft kiya ke bande ko chahiye ke apni kamzori ko Allah par dale yeh ayat kehti hai aye bande</w:t>
      </w:r>
      <w:r>
        <w:br/>
      </w:r>
      <w:r>
        <w:rPr>
          <w:sz w:val="20"/>
        </w:rPr>
        <w:t>1:11:36  to apni kamzoriyon ko Allah par daal de</w:t>
      </w:r>
      <w:r>
        <w:br/>
      </w:r>
      <w:r>
        <w:rPr>
          <w:sz w:val="20"/>
        </w:rPr>
        <w:t>1:11:41  aur khud kaam kar</w:t>
      </w:r>
      <w:r>
        <w:br/>
      </w:r>
      <w:r>
        <w:rPr>
          <w:sz w:val="20"/>
        </w:rPr>
        <w:t>1:11:43  kyunki agar tu aisa nahi karega to dawat ke kaam mein kami ho jayegi</w:t>
      </w:r>
      <w:r>
        <w:br/>
      </w:r>
      <w:r>
        <w:rPr>
          <w:sz w:val="20"/>
        </w:rPr>
        <w:t>1:11:51  ادمی de-vitalize ہو جائے گا اپنے کو کم سمجھے گا اس کی ہمت</w:t>
      </w:r>
      <w:r>
        <w:br/>
      </w:r>
      <w:r>
        <w:rPr>
          <w:sz w:val="20"/>
        </w:rPr>
        <w:t>1:11:58  nahi rahegi</w:t>
      </w:r>
      <w:r>
        <w:br/>
      </w:r>
      <w:r>
        <w:rPr>
          <w:sz w:val="20"/>
        </w:rPr>
        <w:t>1:12:00  to bahut ek ajib nuqta mujhe samajh mein aya is ayat ka</w:t>
      </w:r>
      <w:r>
        <w:br/>
      </w:r>
      <w:r>
        <w:rPr>
          <w:sz w:val="20"/>
        </w:rPr>
        <w:t>1:12:07  kul ya ibadi allazina asraf ala alhusain la taqrat birahmatillah wa innallaha yaghfirul zunuba jameea yani Allah rab ul alameen khud yeh keh raha hai ke aye bande teri nazar apni kamiyon par na rahe</w:t>
      </w:r>
      <w:r>
        <w:br/>
      </w:r>
      <w:r>
        <w:rPr>
          <w:sz w:val="20"/>
        </w:rPr>
        <w:t>1:12:27  Allah ke rehmaton par rahe</w:t>
      </w:r>
      <w:r>
        <w:br/>
      </w:r>
      <w:r>
        <w:rPr>
          <w:sz w:val="20"/>
        </w:rPr>
        <w:t>1:12:33  کیونکہ اگر تو اپنی کمیوں پر بہت زیادہ سوچے گا تو de-vitalize ہو جائے گا اسی لیے</w:t>
      </w:r>
      <w:r>
        <w:br/>
      </w:r>
      <w:r>
        <w:rPr>
          <w:sz w:val="20"/>
        </w:rPr>
        <w:t>1:12:40  Quran mein hai ke</w:t>
      </w:r>
      <w:r>
        <w:br/>
      </w:r>
      <w:r>
        <w:rPr>
          <w:sz w:val="20"/>
        </w:rPr>
        <w:t>1:12:43  ek ayat ke</w:t>
      </w:r>
      <w:r>
        <w:br/>
      </w:r>
      <w:r>
        <w:rPr>
          <w:sz w:val="20"/>
        </w:rPr>
        <w:t>1:12:48  fama vahan ma ashab fi sabilillah hai va ma dhuafa va istiqan</w:t>
      </w:r>
      <w:r>
        <w:br/>
      </w:r>
      <w:r>
        <w:rPr>
          <w:sz w:val="20"/>
        </w:rPr>
        <w:t>1:12:58  mujhe yeh ayat samajh mein ayi</w:t>
      </w:r>
      <w:r>
        <w:br/>
      </w:r>
      <w:r>
        <w:rPr>
          <w:sz w:val="20"/>
        </w:rPr>
        <w:t>1:13:01  ke agar hum apni kamiyon par nazar rakhenge to hum past ho jayenge past himmat ho</w:t>
      </w:r>
      <w:r>
        <w:br/>
      </w:r>
      <w:r>
        <w:rPr>
          <w:sz w:val="20"/>
        </w:rPr>
        <w:t>1:13:06  jayenge vahan paida ho jayega</w:t>
      </w:r>
      <w:r>
        <w:br/>
      </w:r>
      <w:r>
        <w:rPr>
          <w:sz w:val="20"/>
        </w:rPr>
        <w:t>1:13:12  to Allah rab ul alameen yeh keh rahe hain ke ae bande</w:t>
      </w:r>
      <w:r>
        <w:br/>
      </w:r>
      <w:r>
        <w:rPr>
          <w:sz w:val="20"/>
        </w:rPr>
        <w:t>1:13:17  apni kamiyon par mat nazar rakh</w:t>
      </w:r>
      <w:r>
        <w:br/>
      </w:r>
      <w:r>
        <w:rPr>
          <w:sz w:val="20"/>
        </w:rPr>
        <w:t>1:13:21  Allah ki nusrat par Allah ki taqat par</w:t>
      </w:r>
      <w:r>
        <w:br/>
      </w:r>
      <w:r>
        <w:rPr>
          <w:sz w:val="20"/>
        </w:rPr>
        <w:t>1:13:26  ko dekh</w:t>
      </w:r>
      <w:r>
        <w:br/>
      </w:r>
      <w:r>
        <w:rPr>
          <w:sz w:val="20"/>
        </w:rPr>
        <w:t>1:13:30  taake teri himmat barhe</w:t>
      </w:r>
      <w:r>
        <w:br/>
      </w:r>
      <w:r>
        <w:rPr>
          <w:sz w:val="20"/>
        </w:rPr>
        <w:t>1:13:35  to de-viralize na ho to apne da'wati kaam mein kami na aajaye</w:t>
      </w:r>
      <w:r>
        <w:br/>
      </w:r>
      <w:r>
        <w:rPr>
          <w:sz w:val="20"/>
        </w:rPr>
        <w:t>1:13:47  to mein sochta hoon ke yeh us waqt mujhe aik aik daryaft ke darje mein yeh baat maloom hui aur mein aap sab logon se kehta hoon</w:t>
      </w:r>
      <w:r>
        <w:br/>
      </w:r>
      <w:r>
        <w:rPr>
          <w:sz w:val="20"/>
        </w:rPr>
        <w:t>1:13:59  ke apni kamiyon ke bare mein</w:t>
      </w:r>
    </w:p>
    <w:p>
      <w:pPr>
        <w:pStyle w:val="Heading2"/>
      </w:pPr>
      <w:r>
        <w:t>Belief came before law in revelation, so law isn't absolute</w:t>
      </w:r>
    </w:p>
    <w:p>
      <w:r>
        <w:rPr>
          <w:color w:val="666666"/>
          <w:sz w:val="18"/>
        </w:rPr>
        <w:t>Islam and Democracy January 23, 2011 · 3m 32s · at 32:46 · https://youtu.be/SgxyqSf267U?t=1966</w:t>
      </w:r>
    </w:p>
    <w:p>
      <w:r>
        <w:rPr>
          <w:i/>
        </w:rPr>
        <w:t>“Bukhari: the first verses revealed were about heaven and hell”</w:t>
      </w:r>
    </w:p>
    <w:p>
      <w:r>
        <w:rPr>
          <w:sz w:val="20"/>
        </w:rPr>
        <w:t>32:46  surah yeh yeh al bukhari jo kitab mashhoor tareen hai sahih al bukhari is mein iqbal bab talif al quran is mein hazrat aisha ki riwayat hai ke islam mein sab se pehle jo ayatein utrin woh jannat o jahannum ko wali thi.</w:t>
      </w:r>
      <w:r>
        <w:br/>
      </w:r>
      <w:r>
        <w:rPr>
          <w:sz w:val="20"/>
        </w:rPr>
        <w:t>33:07  aqide ki baatein thi. tauheed ki baatein thi. is tarah ki ayatein utrin.</w:t>
      </w:r>
      <w:r>
        <w:br/>
      </w:r>
      <w:r>
        <w:rPr>
          <w:sz w:val="20"/>
        </w:rPr>
        <w:t>33:14  ahkam nahi utre. yaani allah nahi utra. yahan tak ke jab log tayyar ho gaye. hatta ashab al nas jab log tayyar ho gaye prepared mind ban gaye log tab utra ke halaal o haraam ya halaal ya halaal hai woh haraam hai.</w:t>
      </w:r>
      <w:r>
        <w:br/>
      </w:r>
      <w:r>
        <w:rPr>
          <w:sz w:val="20"/>
        </w:rPr>
        <w:t>33:35  is ke baad utra.</w:t>
      </w:r>
      <w:r>
        <w:br/>
      </w:r>
      <w:r>
        <w:rPr>
          <w:sz w:val="20"/>
        </w:rPr>
        <w:t>33:37  toh woh kehte hain ke agar pehle hi utar jata is 13 saal ki muddat mein jab ke makka mein the log abhi yaani zehan banane ka kaam ho raha tha tab utar jata yeh ke sharab chhod do zina chhod do toh log kehte ke la nadu al zina abadan wa la nadu al khabar abadan hum toh kabhi zina nahi chhodenge hum toh kabhi sharab nahi chhodenge</w:t>
      </w:r>
      <w:r>
        <w:br/>
      </w:r>
      <w:r>
        <w:rPr>
          <w:sz w:val="20"/>
        </w:rPr>
        <w:t>34:06  is ke mani ke is se kya nikla is se yeh nikla ke belief jo hai woh absolute hai pehle din bhi rasool allah ne yahi bataya ke tauheed ko maano lekin jo social yaani jo qanoon hai jo law hai woh absolute nahi hai woh jab society jaisi rahe gi us ke mutabiq hoga</w:t>
      </w:r>
      <w:r>
        <w:br/>
      </w:r>
      <w:r>
        <w:rPr>
          <w:sz w:val="20"/>
        </w:rPr>
        <w:t>34:32  toh islam ka jo islam ke jo usool hai woh yeh hai ke aap aqide ko jaise jo jhagde aaj kal hain pakistan jaise mulkon mein woh kyun hain logon ne dono ko ek kar rakha hai dono ko ek kar rakha hai wahan ka pakistan mein kya karna chahiye tha un ko</w:t>
      </w:r>
      <w:r>
        <w:br/>
      </w:r>
      <w:r>
        <w:rPr>
          <w:sz w:val="20"/>
        </w:rPr>
        <w:t>34:53  ke islam ka jo deen hai jo aqida hai jo nizam e ibadat hai yeh sab cheezein jo hain woh masjid madrasa mein woh chalate hain woh modern idiom mein is ko batate hain logon ko aur jahan tak sawal hai yaani hukoomat ka toh is ko kehte hain ke yeh yeh is par rahe ga democratic process par rahe ga</w:t>
      </w:r>
      <w:r>
        <w:br/>
      </w:r>
      <w:r>
        <w:rPr>
          <w:sz w:val="20"/>
        </w:rPr>
        <w:t>35:20  yani har chaar saal paanch saal ke baad election hoga fair fair and free election jo jeetega</w:t>
      </w:r>
      <w:r>
        <w:br/>
      </w:r>
      <w:r>
        <w:rPr>
          <w:sz w:val="20"/>
        </w:rPr>
        <w:t>35:25  wo rule karega chaar saal paanch saal tak phir phir naya hoga</w:t>
      </w:r>
      <w:r>
        <w:br/>
      </w:r>
      <w:r>
        <w:rPr>
          <w:sz w:val="20"/>
        </w:rPr>
        <w:t>35:32  to social nizaam ko kar dete hain wo democratic process ke tehat</w:t>
      </w:r>
      <w:r>
        <w:br/>
      </w:r>
      <w:r>
        <w:rPr>
          <w:sz w:val="20"/>
        </w:rPr>
        <w:t>35:37  aur islam ka jo aqeeda aur ibaadat ka nizaam hai uske wo masjid madrasa mein usko</w:t>
      </w:r>
      <w:r>
        <w:br/>
      </w:r>
      <w:r>
        <w:rPr>
          <w:sz w:val="20"/>
        </w:rPr>
        <w:t>35:42  sikhaate hain logon ko</w:t>
      </w:r>
      <w:r>
        <w:br/>
      </w:r>
      <w:r>
        <w:rPr>
          <w:sz w:val="20"/>
        </w:rPr>
        <w:t>35:45  yeh karna chahiye tha inko to koi takraao nahi tha</w:t>
      </w:r>
      <w:r>
        <w:br/>
      </w:r>
      <w:r>
        <w:rPr>
          <w:sz w:val="20"/>
        </w:rPr>
        <w:t>35:50  lekin dono ko ek kar diya unhone ke jis tarike se hum ibadat ka nizam chalayenge usi tarah se hum political nizam bhi chalayenge is liye tum hato takht se hato tum humein hukoomat par qabza kar ke woh nizam banana hai toh phir takrao shuru ho gaya aur aaj tak khatam nahi hua takrao</w:t>
      </w:r>
      <w:r>
        <w:br/>
      </w:r>
      <w:r>
        <w:rPr>
          <w:sz w:val="20"/>
        </w:rPr>
        <w:t>36:10  yeh islam se deviation hai yaani yeh jo kaha jata hai ke islam rukawat hai democracy mein deviation rukawat hai</w:t>
      </w:r>
    </w:p>
    <w:p>
      <w:pPr>
        <w:pStyle w:val="Heading2"/>
      </w:pPr>
      <w:r>
        <w:t>Personal story from village to global mission</w:t>
      </w:r>
    </w:p>
    <w:p>
      <w:r>
        <w:rPr>
          <w:color w:val="666666"/>
          <w:sz w:val="18"/>
        </w:rPr>
        <w:t>God Gives in Abundance 13 Oct 2019 - Maulana Wahiduddin Khan · 5m 19s · at 15:02 · https://youtu.be/eC4RaczXBzM?t=902</w:t>
      </w:r>
    </w:p>
    <w:p>
      <w:r>
        <w:rPr>
          <w:i/>
        </w:rPr>
        <w:t>“Main aap ko bata raha hoon”</w:t>
      </w:r>
    </w:p>
    <w:p>
      <w:r>
        <w:rPr>
          <w:sz w:val="20"/>
        </w:rPr>
        <w:t>15:02  aise hi ho raha hai. main aap ko batata hoon ke main paida hua adham garh ke ek gaon mein, adham garh ke ek gaon mein,</w:t>
      </w:r>
      <w:r>
        <w:br/>
      </w:r>
      <w:r>
        <w:rPr>
          <w:sz w:val="20"/>
        </w:rPr>
        <w:t>15:17  bohat hi jis ko kehte hain,</w:t>
      </w:r>
      <w:r>
        <w:br/>
      </w:r>
      <w:r>
        <w:rPr>
          <w:sz w:val="20"/>
        </w:rPr>
        <w:t>15:25  yaani bilkul hi backward gaon tha, wahan kuch nahi tha. is waqt jab main paida hua to wahan kuch bhi nahi tha.</w:t>
      </w:r>
      <w:r>
        <w:br/>
      </w:r>
      <w:r>
        <w:rPr>
          <w:sz w:val="20"/>
        </w:rPr>
        <w:t>15:36  to wahan se main kisi halaat aise paida hue ke main dilli aa gaya, woh bhi ek allah taala ka faisla tha.</w:t>
      </w:r>
      <w:r>
        <w:br/>
      </w:r>
      <w:r>
        <w:rPr>
          <w:sz w:val="20"/>
        </w:rPr>
        <w:t>15:49  to yeh baat hai 1967 ki, 1967 mein dilli aaya, 1967 mein.</w:t>
      </w:r>
      <w:r>
        <w:br/>
      </w:r>
      <w:r>
        <w:rPr>
          <w:sz w:val="20"/>
        </w:rPr>
        <w:t>16:03  is waqt maine ek ek mamooli qism ka parcha nikala jis mein dawat ki baat hoti thi.</w:t>
      </w:r>
      <w:r>
        <w:br/>
      </w:r>
      <w:r>
        <w:rPr>
          <w:sz w:val="20"/>
        </w:rPr>
        <w:t>16:14  yeh waqt tha jab ke saari ummat par</w:t>
      </w:r>
      <w:r>
        <w:br/>
      </w:r>
      <w:r>
        <w:rPr>
          <w:sz w:val="20"/>
        </w:rPr>
        <w:t>16:21  woh chhaya hua tha ke musalman under siege hain, musalman jo hain.</w:t>
      </w:r>
      <w:r>
        <w:br/>
      </w:r>
      <w:r>
        <w:rPr>
          <w:sz w:val="20"/>
        </w:rPr>
        <w:t>16:34  yani isi zamane mein chhapi thi Maulana Ata Hussain Haali ki kitaab "Haali Musaddas". Haali is ke aakhir mein unhon ne likha tha: "Ae khaasa, ae khaasaan-e-rusul!</w:t>
      </w:r>
      <w:r>
        <w:br/>
      </w:r>
      <w:r>
        <w:rPr>
          <w:sz w:val="20"/>
        </w:rPr>
        <w:t>16:48  Waqt-e-dua hai, ummat pe teri aag ke aaj waqt pada hai. Jo deen badi shaan se nikla tha watan se, pardes mein woh aaj ghareeb-ul-ghuraba hai." Yeh bilkul jhooti baat thi,</w:t>
      </w:r>
      <w:r>
        <w:br/>
      </w:r>
      <w:r>
        <w:rPr>
          <w:sz w:val="20"/>
        </w:rPr>
        <w:t>17:02  pardes mein pahunch kar ke woh aalami mazhab ban gaya, aalami deen. Yani jab unhon ne kaha tha yeh sher, tab "The Hundred" nahi chhapi thi,</w:t>
      </w:r>
      <w:r>
        <w:br/>
      </w:r>
      <w:r>
        <w:rPr>
          <w:sz w:val="20"/>
        </w:rPr>
        <w:t>17:17  aaj "The Hundred" chhapi hai. Aur sab se zyada jo developed country hai, America, wahan ke ek aadmi ne yeh kitaab likhi aur chhapi, uska naam rakha "The Hundred".</w:t>
      </w:r>
      <w:r>
        <w:br/>
      </w:r>
      <w:r>
        <w:rPr>
          <w:sz w:val="20"/>
        </w:rPr>
        <w:t>17:33  "The Hundred" ka matlab yeh hai ke poori history ka number one insaan hai.</w:t>
      </w:r>
      <w:r>
        <w:br/>
      </w:r>
      <w:r>
        <w:rPr>
          <w:sz w:val="20"/>
        </w:rPr>
        <w:t>17:43  Toh main samajhta hoon ke woh woh jo baat thi, aaj bhi Allah Ta'ala ki madad se poori ho rahi hai, kyunke 1967 mein jab hum ne yeh mission shuru kiya tha toh ek dum hi wahi qissa tha ke koi saathi nahi tha, hum akele akele the.</w:t>
      </w:r>
      <w:r>
        <w:br/>
      </w:r>
      <w:r>
        <w:rPr>
          <w:sz w:val="20"/>
        </w:rPr>
        <w:t>18:07  Toh yahan is zamane mein Musalmanon ka ek assign karta tha English mein</w:t>
      </w:r>
      <w:r>
        <w:br/>
      </w:r>
      <w:r>
        <w:rPr>
          <w:sz w:val="20"/>
        </w:rPr>
        <w:t>18:15  ek community paper. Musalmanon ke jitne paper nikle hain is muddat mein, woh sab ke sab community paper the.</w:t>
      </w:r>
      <w:r>
        <w:br/>
      </w:r>
      <w:r>
        <w:rPr>
          <w:sz w:val="20"/>
        </w:rPr>
        <w:t>18:24  Toh community paper ne hamare bare mein ek chhota sa item chhapa tha, chhota sa, aur us par title kya tha: "Lonely Voice".</w:t>
      </w:r>
      <w:r>
        <w:br/>
      </w:r>
      <w:r>
        <w:rPr>
          <w:sz w:val="20"/>
        </w:rPr>
        <w:t>18:38  "Lonely Voice" yani saari ummat toh samajhti hai ke Musalmanon ko ihtijaj karna hai, zulm ke khilaaf tehreek chalana hai, aur yeh aadmi keh raha hai ke Islam</w:t>
      </w:r>
      <w:r>
        <w:br/>
      </w:r>
      <w:r>
        <w:rPr>
          <w:sz w:val="20"/>
        </w:rPr>
        <w:t>18:55  saari duniya ko paigham de raha hai ke "A</w:t>
      </w:r>
      <w:r>
        <w:br/>
      </w:r>
      <w:r>
        <w:rPr>
          <w:sz w:val="20"/>
        </w:rPr>
        <w:t>18:58  e logon! Islam tumhare liye good news hai".</w:t>
      </w:r>
      <w:r>
        <w:br/>
      </w:r>
      <w:r>
        <w:rPr>
          <w:sz w:val="20"/>
        </w:rPr>
        <w:t>19:06  Toh Allah ke fazl se aaj aap dekhein toh 1967 ke muqable mein aaj yeh mission waqai aalami mission ban chuka hai, aalami saari duniya mein, saari duniya mein.</w:t>
      </w:r>
      <w:r>
        <w:br/>
      </w:r>
      <w:r>
        <w:rPr>
          <w:sz w:val="20"/>
        </w:rPr>
        <w:t>19:25  Hum jo mission chala rahe hain Quran ko phailane ka, hamara main mission hai Quran ko phailana. Toh aaj Quran jo hai, saare aalam mein phailaya ja raha hai.</w:t>
      </w:r>
      <w:r>
        <w:br/>
      </w:r>
      <w:r>
        <w:rPr>
          <w:sz w:val="20"/>
        </w:rPr>
        <w:t>19:38  Ek ek mazboot mazboot team hai Allah ke fazl se hamare saath, ek mazboot team hai saari duniya mein.</w:t>
      </w:r>
      <w:r>
        <w:br/>
      </w:r>
      <w:r>
        <w:rPr>
          <w:sz w:val="20"/>
        </w:rPr>
        <w:t>19:46  Woh apna time lagate hain, apna paisa lagate hain, apna energy lagate hain, aur is mission ko, yani Quran mission ko, saari duniya mein pahuncha rahe hain.</w:t>
      </w:r>
      <w:r>
        <w:br/>
      </w:r>
      <w:r>
        <w:rPr>
          <w:sz w:val="20"/>
        </w:rPr>
        <w:t>19:59  Is Quran mission ko saari duniya mein phaila rahe hain.</w:t>
      </w:r>
      <w:r>
        <w:br/>
      </w:r>
      <w:r>
        <w:rPr>
          <w:sz w:val="20"/>
        </w:rPr>
        <w:t>20:05  Toh main samajhta hoon ke is waqe mein hamare liye bahut badi khushkhabri hai, bahut badi khushkhabri hai.</w:t>
      </w:r>
    </w:p>
    <w:p>
      <w:pPr>
        <w:pStyle w:val="Heading2"/>
      </w:pPr>
      <w:r>
        <w:t>Sahaba's positive mindset leads to conquest of Persia</w:t>
      </w:r>
    </w:p>
    <w:p>
      <w:r>
        <w:rPr>
          <w:color w:val="666666"/>
          <w:sz w:val="18"/>
        </w:rPr>
        <w:t>Companions of The Prophet (2) 11 July 2021 - Prof. Farida Khanam and Dr. Saniyasnain Khan · 5m 15s · at 17:06 · https://youtu.be/FkhLHnwvUZQ?t=1026</w:t>
      </w:r>
    </w:p>
    <w:p>
      <w:r>
        <w:rPr>
          <w:i/>
        </w:rPr>
        <w:t>“To main chand waqyaat aapko sunaaungi”</w:t>
      </w:r>
    </w:p>
    <w:p>
      <w:r>
        <w:rPr>
          <w:sz w:val="20"/>
        </w:rPr>
        <w:t>17:06  to woh itni jaldi baat ko maan nahi paate hain. to yeh log foran baat ko maan lete the. ekdam apni fitrat par the. to main chand waqiyat aapko sunaungi. to ek waqya hai,</w:t>
      </w:r>
      <w:r>
        <w:br/>
      </w:r>
      <w:r>
        <w:rPr>
          <w:sz w:val="20"/>
        </w:rPr>
        <w:t>17:23  jab iran fateh ho raha tha. iran mein jang ho rahi thi aur iran, aap log jante hain, bahut badi shahanshai thi, bahut badi empire thi, taqreeban 400 saal empire thi. yeh to bahut zyada unke paas resources the, bahut badi fauj thi, bahut sa saman tha. to jab arab wahan gaye, arbon ko to woh log kuch samajhte hi nahi the.</w:t>
      </w:r>
      <w:r>
        <w:br/>
      </w:r>
      <w:r>
        <w:rPr>
          <w:sz w:val="20"/>
        </w:rPr>
        <w:t>17:48  ki woh log to arbon ke paas to koi kuch resources hi nahi theen, to unko kuch nahi samajhte the. to lekin jab dekha unhone ki arab log jis bahaduri se jang kar rahe the, to usmein unko laga ki humein shikast ho jayegi. to</w:t>
      </w:r>
      <w:r>
        <w:br/>
      </w:r>
      <w:r>
        <w:rPr>
          <w:sz w:val="20"/>
        </w:rPr>
        <w:t>18:07  shahanshah yadgurd ne unke paas bheja peshkash, uski batchit karne ke liye. to har us waqt uske sipah salar jo the, saad ibne abi wakkas the, to unhone kai waqt bheje. kai baar batchit hui, lekin main aakhri waqt ki baat karungi, jismein mugheera, hazrat mugheera gaye the. unki sarkadgi mein, unki</w:t>
      </w:r>
      <w:r>
        <w:br/>
      </w:r>
      <w:r>
        <w:rPr>
          <w:sz w:val="20"/>
        </w:rPr>
        <w:t>18:34  wahi, unhi, unhi ka waqt tha. unhi ke under mein kuch log gaye the. to jab woh gaye, to yeh log, unka jo bahut zyada, unka jo darbar tha, bahut zyada saja hua. har taraf log jo hain, unke generals jo hain,</w:t>
      </w:r>
      <w:r>
        <w:br/>
      </w:r>
      <w:r>
        <w:rPr>
          <w:sz w:val="20"/>
        </w:rPr>
        <w:t>18:53  sone aur heere moti ke taaj pehne baithe hue the. bahut zyada shano shaukat thi, lekin is sahaba kisi cheez se maroob nahi hote the. saaf saaf unhone jaakar baat ki. to woh jo hain,</w:t>
      </w:r>
      <w:r>
        <w:br/>
      </w:r>
      <w:r>
        <w:rPr>
          <w:sz w:val="20"/>
        </w:rPr>
        <w:t>19:07  shahanshah jo hain, woh</w:t>
      </w:r>
      <w:r>
        <w:br/>
      </w:r>
      <w:r>
        <w:rPr>
          <w:sz w:val="20"/>
        </w:rPr>
        <w:t>19:09  bigad gaya. hamare samne tum is tarah baat karte ho. to phir unhone kaha ki tum jo hain, tum log wapas jao aur hamara jo hai, general</w:t>
      </w:r>
      <w:r>
        <w:br/>
      </w:r>
      <w:r>
        <w:rPr>
          <w:sz w:val="20"/>
        </w:rPr>
        <w:t>19:27  rustam, unka bahut bada general tha, sipah salar tha, woh jayega. uski sargardgi mein fauj jayegi aur tum logon ko kasiya ke ke ke maidan mein dafan kar degi. kasiya mein jang ho rahi thi, asal mein.</w:t>
      </w:r>
      <w:r>
        <w:br/>
      </w:r>
      <w:r>
        <w:rPr>
          <w:sz w:val="20"/>
        </w:rPr>
        <w:t>19:44  to phir uske baad usne kaha ki apne logon se kaha ki ek tokri mitti lao. to ek tokri mitti laai gayi. to phir usne poocha ki tum logon mein sabse zyada sharif kaun hai?</w:t>
      </w:r>
      <w:r>
        <w:br/>
      </w:r>
      <w:r>
        <w:rPr>
          <w:sz w:val="20"/>
        </w:rPr>
        <w:t>19:57  to thodi der kuch khamoshi rahi. phir uske baad ek usmein waqt ke ek member the, asim ibn amr. to woh unhone kaha ki main sabse zyada sharif hoon. to unhone kaha, "inke gale mein yeh mitti ka tokra daal do."</w:t>
      </w:r>
      <w:r>
        <w:br/>
      </w:r>
      <w:r>
        <w:rPr>
          <w:sz w:val="20"/>
        </w:rPr>
        <w:t>20:13  ab aap sochiye ki koi bhi hota, aaj hamare jo sari duniya mein ke jo musalman hain, unke gale mein mitti ki tokri daale, to woh gussa ho jayenge, uthakar phenk denge. woh log bilkul usko tokri ko lekar ke, unhone kaha, "inko bhaga do." madan, unka poora mahal tha madan mein. to madan se bahar bhaga do. to unko bhaga diya gaya. phir wahan se woh oont par</w:t>
      </w:r>
      <w:r>
        <w:br/>
      </w:r>
      <w:r>
        <w:rPr>
          <w:sz w:val="20"/>
        </w:rPr>
        <w:t>20:37  baithe aur woh mitti ka tokra liye liye, woh apne sipah salar saad ibne abi wakkas ke paas gaye aur unko poora qissa sunaya. to saad ibne abi wakkas ne uska kya response diya, kya reaction unka tha, woh bahut hi hamare liye lesson giving hai.</w:t>
      </w:r>
      <w:r>
        <w:br/>
      </w:r>
      <w:r>
        <w:rPr>
          <w:sz w:val="20"/>
        </w:rPr>
        <w:t>20:56  unhone kaha, "khush ho jao, kyunki khuda ki kasam, allah ne hame idar ki kunjiyaan de di hain." aur unhone usse unke mulk par kabze ki faal nikali. ab isse aap samajh lijiye ki jo radd e amal ki nafs hoti, aur</w:t>
      </w:r>
      <w:r>
        <w:br/>
      </w:r>
      <w:r>
        <w:rPr>
          <w:sz w:val="20"/>
        </w:rPr>
        <w:t>21:14  to unke andar nafrat hoti, unke andar gussa aata, unke andar jhunjhlahat hoti, woh musht ho jaate. to woh phir jo gehri mansooba bandi karni padti hai, bade bade mission ke liye, to woh nahi kar paate. to kis tarah se unhone</w:t>
      </w:r>
      <w:r>
        <w:br/>
      </w:r>
      <w:r>
        <w:rPr>
          <w:sz w:val="20"/>
        </w:rPr>
        <w:t>21:32  apni negativity ko positivity mein badla, apne minus ko plus mein badla, aur unhon ne us se ek aisi faal nikali ke us se unke andar hausla bohat buland ho gaya. aur bohat hi himmat ke sath, hausle ke sath, confidence ke sath, unhon ne</w:t>
      </w:r>
      <w:r>
        <w:br/>
      </w:r>
      <w:r>
        <w:rPr>
          <w:sz w:val="20"/>
        </w:rPr>
        <w:t>21:50  jang mein shirkat ki. aur in logon ne phir us ke baad, yeh log jo hain, poora Iran fateh ho gaya bohat jald. jabke Iran bohat bari empire thi. us zamane mein do bari empire thin, ek Byzantine, ek Sasanian empire. to bohat bari empire thi. to in logon ne</w:t>
      </w:r>
      <w:r>
        <w:br/>
      </w:r>
      <w:r>
        <w:rPr>
          <w:sz w:val="20"/>
        </w:rPr>
        <w:t>22:09  apni jo positive mentality thi, unki soch thi, unke andar jo hausla tha, jo Khuda par umeed thi, us ki wajah se unhon ne itna bara, bari fateh hasil ki.</w:t>
      </w:r>
    </w:p>
    <w:p>
      <w:pPr>
        <w:pStyle w:val="Heading2"/>
      </w:pPr>
      <w:r>
        <w:t>Missing prophetic wisdom of ignoring negative reactions</w:t>
      </w:r>
    </w:p>
    <w:p>
      <w:r>
        <w:rPr>
          <w:color w:val="666666"/>
          <w:sz w:val="18"/>
        </w:rPr>
        <w:t>Prophetic Wisdom | May 01, 2016 · 5m 36s · at 2:57 · https://youtu.be/KrjwjAw03zw?t=177</w:t>
      </w:r>
    </w:p>
    <w:p>
      <w:r>
        <w:rPr>
          <w:i/>
        </w:rPr>
        <w:t>“I think this is a missing uswa”</w:t>
      </w:r>
    </w:p>
    <w:p>
      <w:r>
        <w:rPr>
          <w:sz w:val="20"/>
        </w:rPr>
        <w:t>2:57  تو میں سمجھتا ہوں کہ یہ ایک تقریباً missing uswah ہے.</w:t>
      </w:r>
      <w:r>
        <w:br/>
      </w:r>
      <w:r>
        <w:rPr>
          <w:sz w:val="20"/>
        </w:rPr>
        <w:t>3:05  uswa ka jab zikr hota hai to kuch dusri cheezon ke chirche zyada hote hain, aur hikmat aur</w:t>
      </w:r>
      <w:r>
        <w:br/>
      </w:r>
      <w:r>
        <w:rPr>
          <w:sz w:val="20"/>
        </w:rPr>
        <w:t>3:13  wisdom ke chirche bohat hi kam hote hain.</w:t>
      </w:r>
      <w:r>
        <w:br/>
      </w:r>
      <w:r>
        <w:rPr>
          <w:sz w:val="20"/>
        </w:rPr>
        <w:t>3:21  mein rasool allah ki zindagi se kuch misalein doonga, is ki wazahat ke liye.</w:t>
      </w:r>
      <w:r>
        <w:br/>
      </w:r>
      <w:r>
        <w:rPr>
          <w:sz w:val="20"/>
        </w:rPr>
        <w:t>3:29  شروع زمانے میں رسول اللہ پر ایک سورہ اتری: یا علم الدثر قم فانظر وربک فکبر وصحابک فطاہر.   and keep it pure.</w:t>
      </w:r>
      <w:r>
        <w:br/>
      </w:r>
      <w:r>
        <w:rPr>
          <w:sz w:val="20"/>
        </w:rPr>
        <w:t>3:39  is ayat mein rasool allah ko dawat ka hukum diya gaya, inzar o taseer ka hukum diya gaya.</w:t>
      </w:r>
      <w:r>
        <w:br/>
      </w:r>
      <w:r>
        <w:rPr>
          <w:sz w:val="20"/>
        </w:rPr>
        <w:t>3:49  aur yeh kaha gaya ke rlz ko chhod do. to musbat</w:t>
      </w:r>
      <w:r>
        <w:br/>
      </w:r>
      <w:r>
        <w:rPr>
          <w:sz w:val="20"/>
        </w:rPr>
        <w:t>4:00  kaam yeh tha aap ka ke aap dawat elahi ka kaam karein.</w:t>
      </w:r>
      <w:r>
        <w:br/>
      </w:r>
      <w:r>
        <w:rPr>
          <w:sz w:val="20"/>
        </w:rPr>
        <w:t>4:05  aur ek cheez aisi thi jise chhodna tha aap ko, woh hai rlz.</w:t>
      </w:r>
      <w:r>
        <w:br/>
      </w:r>
      <w:r>
        <w:rPr>
          <w:sz w:val="20"/>
        </w:rPr>
        <w:t>4:10  yani rlz ko chhoddo aur dawat ka kaam karo.</w:t>
      </w:r>
      <w:r>
        <w:br/>
      </w:r>
      <w:r>
        <w:rPr>
          <w:sz w:val="20"/>
        </w:rPr>
        <w:t>4:15  quran mein rlz aur rizq ek hi maani mein hai.</w:t>
      </w:r>
      <w:r>
        <w:br/>
      </w:r>
      <w:r>
        <w:rPr>
          <w:sz w:val="20"/>
        </w:rPr>
        <w:t>4:20  lafzi maani is ke hain gandagi.</w:t>
      </w:r>
      <w:r>
        <w:br/>
      </w:r>
      <w:r>
        <w:rPr>
          <w:sz w:val="20"/>
        </w:rPr>
        <w:t>4:25  rlz aur rizq dono ka matlab hai gandagi.</w:t>
      </w:r>
      <w:r>
        <w:br/>
      </w:r>
      <w:r>
        <w:rPr>
          <w:sz w:val="20"/>
        </w:rPr>
        <w:t>4:30  to is context mein rlz ka ya gandagi ka matlab kya hai? Dirty practice ya negative reaction.</w:t>
      </w:r>
      <w:r>
        <w:br/>
      </w:r>
      <w:r>
        <w:rPr>
          <w:sz w:val="20"/>
        </w:rPr>
        <w:t>4:41  mein samajhta hoon ke zyada clear hoga ke hum kahein ke is ka matlab hai ke negative reaction</w:t>
      </w:r>
      <w:r>
        <w:br/>
      </w:r>
      <w:r>
        <w:rPr>
          <w:sz w:val="20"/>
        </w:rPr>
        <w:t>4:52  mat karo aur dawat ka kaam misbat andaaz mein karte raho.</w:t>
      </w:r>
      <w:r>
        <w:br/>
      </w:r>
      <w:r>
        <w:rPr>
          <w:sz w:val="20"/>
        </w:rPr>
        <w:t>5:03  kyunke dekhein, jab bhi aap dawat ka kaam karenge to kis samaj mein karenge, kuch logon</w:t>
      </w:r>
      <w:r>
        <w:br/>
      </w:r>
      <w:r>
        <w:rPr>
          <w:sz w:val="20"/>
        </w:rPr>
        <w:t>5:10  ke darmiyan karenge, un ki taraf se aap ko baar baar tarah tarah ke tajrubaat honge.</w:t>
      </w:r>
      <w:r>
        <w:br/>
      </w:r>
      <w:r>
        <w:rPr>
          <w:sz w:val="20"/>
        </w:rPr>
        <w:t>5:18  kabhi aap ko mushtarik kiya jayega, kabhi aap ko nuqsan pohanchaya jayega, kabhi aap ko aap</w:t>
      </w:r>
      <w:r>
        <w:br/>
      </w:r>
      <w:r>
        <w:rPr>
          <w:sz w:val="20"/>
        </w:rPr>
        <w:t>5:25  ki nafsiyaat ko</w:t>
      </w:r>
      <w:r>
        <w:br/>
      </w:r>
      <w:r>
        <w:rPr>
          <w:sz w:val="20"/>
        </w:rPr>
        <w:t>5:33  thees pohanchai jaayegi. yaani mukhtalif qism ki aisi cheezein hain jis se aadmi bhark uthay, negative ho jaye. to is se bachao. jaise shuru zamanay mein jab rasool Allah ne 610 eesvi mein makkah mein apni dawat ka kaam shuru kiya, 610 eesvi mein. to us waqt makkah mein jo log thay woh sikh ke mazhab</w:t>
      </w:r>
      <w:r>
        <w:br/>
      </w:r>
      <w:r>
        <w:rPr>
          <w:sz w:val="20"/>
        </w:rPr>
        <w:t>6:03  par qaim thay.</w:t>
      </w:r>
      <w:r>
        <w:br/>
      </w:r>
      <w:r>
        <w:rPr>
          <w:sz w:val="20"/>
        </w:rPr>
        <w:t>6:09  تو وہ لوگ رسول اللہ کا پیغام ہوتا تھا توحید, یعنی musical انداز چھوڑو اور توحید کا انداز اختیار کرو.</w:t>
      </w:r>
      <w:r>
        <w:br/>
      </w:r>
      <w:r>
        <w:rPr>
          <w:sz w:val="20"/>
        </w:rPr>
        <w:t>6:15  to us waqt ke lehaz se logon ko yeh baat buri lagi.</w:t>
      </w:r>
      <w:r>
        <w:br/>
      </w:r>
      <w:r>
        <w:rPr>
          <w:sz w:val="20"/>
        </w:rPr>
        <w:t>6:21  kyunke log mazhab mein zyada tar apne aslaf ke tareeqe par chalte hain.</w:t>
      </w:r>
      <w:r>
        <w:br/>
      </w:r>
      <w:r>
        <w:rPr>
          <w:sz w:val="20"/>
        </w:rPr>
        <w:t>6:27  yaani un ke dad, un ke</w:t>
      </w:r>
      <w:r>
        <w:br/>
      </w:r>
      <w:r>
        <w:rPr>
          <w:sz w:val="20"/>
        </w:rPr>
        <w:t>6:33  baap dada jis mazhab par chala rahe thay us ko pakde hue thay.</w:t>
      </w:r>
      <w:r>
        <w:br/>
      </w:r>
      <w:r>
        <w:rPr>
          <w:sz w:val="20"/>
        </w:rPr>
        <w:t>6:39  ab unhone ek naya mazhab bataya.</w:t>
      </w:r>
      <w:r>
        <w:br/>
      </w:r>
      <w:r>
        <w:rPr>
          <w:sz w:val="20"/>
        </w:rPr>
        <w:t>6:45  تو ہمیشہ ایسا ہوتا ہے کہ لوگ ایسے message تھے, بھڑکتے ہیں کہ ہم باپ دادا سے چلے</w:t>
      </w:r>
      <w:r>
        <w:br/>
      </w:r>
      <w:r>
        <w:rPr>
          <w:sz w:val="20"/>
        </w:rPr>
        <w:t>6:51  aaye hain, yeh kaun sa naya paigham le kar aa gaye? to woh log bhadke.</w:t>
      </w:r>
      <w:r>
        <w:br/>
      </w:r>
      <w:r>
        <w:rPr>
          <w:sz w:val="20"/>
        </w:rPr>
        <w:t>6:57  aur bhadak kar ke aap ko bura bhala kehna shuru kiya. mis</w:t>
      </w:r>
      <w:r>
        <w:br/>
      </w:r>
      <w:r>
        <w:rPr>
          <w:sz w:val="20"/>
        </w:rPr>
        <w:t>7:03  lan yeh kaha ke: ya ayyuha rasool Allah! aye paighambar!</w:t>
      </w:r>
      <w:r>
        <w:br/>
      </w:r>
      <w:r>
        <w:rPr>
          <w:sz w:val="20"/>
        </w:rPr>
        <w:t>7:08  tum ko hamari nazar mein meet ho baith ke hamare baap dada ka jin ko hum buzurg maante</w:t>
      </w:r>
      <w:r>
        <w:br/>
      </w:r>
      <w:r>
        <w:rPr>
          <w:sz w:val="20"/>
        </w:rPr>
        <w:t>7:13  hain un ka tareeqa hum chhod dein tumhare kehne se.</w:t>
      </w:r>
      <w:r>
        <w:br/>
      </w:r>
      <w:r>
        <w:rPr>
          <w:sz w:val="20"/>
        </w:rPr>
        <w:t>7:18  to tum to mainoon ho, tum to meet ho.</w:t>
      </w:r>
      <w:r>
        <w:br/>
      </w:r>
      <w:r>
        <w:rPr>
          <w:sz w:val="20"/>
        </w:rPr>
        <w:t>7:23  ek shayar ne, ek shair bana hai aap ke khilaaf.</w:t>
      </w:r>
      <w:r>
        <w:br/>
      </w:r>
      <w:r>
        <w:rPr>
          <w:sz w:val="20"/>
        </w:rPr>
        <w:t>7:28  woh zamane mein shayari jo thi woh aisi thi</w:t>
      </w:r>
      <w:r>
        <w:br/>
      </w:r>
      <w:r>
        <w:rPr>
          <w:sz w:val="20"/>
        </w:rPr>
        <w:t>7:33  jise aaj kal media hota hai.</w:t>
      </w:r>
      <w:r>
        <w:br/>
      </w:r>
      <w:r>
        <w:rPr>
          <w:sz w:val="20"/>
        </w:rPr>
        <w:t>7:37  is mein tha ke: mazhab man abina, wahan par karina, woh deen huseina.</w:t>
      </w:r>
      <w:r>
        <w:br/>
      </w:r>
      <w:r>
        <w:rPr>
          <w:sz w:val="20"/>
        </w:rPr>
        <w:t>7:42  yaani rasool Allah ka naam Muhammad tha, Muhammad ka naam badal kar ke mazhab man kar diya.</w:t>
      </w:r>
      <w:r>
        <w:br/>
      </w:r>
      <w:r>
        <w:rPr>
          <w:sz w:val="20"/>
        </w:rPr>
        <w:t>7:46  tum to mazhab man ho.</w:t>
      </w:r>
      <w:r>
        <w:br/>
      </w:r>
      <w:r>
        <w:rPr>
          <w:sz w:val="20"/>
        </w:rPr>
        <w:t>7:50  you are a condemned person.</w:t>
      </w:r>
      <w:r>
        <w:br/>
      </w:r>
      <w:r>
        <w:rPr>
          <w:sz w:val="20"/>
        </w:rPr>
        <w:t>7:55  muhammad ke mani hain pered person.</w:t>
      </w:r>
      <w:r>
        <w:br/>
      </w:r>
      <w:r>
        <w:rPr>
          <w:sz w:val="20"/>
        </w:rPr>
        <w:t>7:59  tareef kiya hua</w:t>
      </w:r>
      <w:r>
        <w:br/>
      </w:r>
      <w:r>
        <w:rPr>
          <w:sz w:val="20"/>
        </w:rPr>
        <w:t>8:03  insan, qabil tareef insan.</w:t>
      </w:r>
      <w:r>
        <w:br/>
      </w:r>
      <w:r>
        <w:rPr>
          <w:sz w:val="20"/>
        </w:rPr>
        <w:t>8:09  aur mazhabon ke mani hain qabil mazammat insan.</w:t>
      </w:r>
      <w:r>
        <w:br/>
      </w:r>
      <w:r>
        <w:rPr>
          <w:sz w:val="20"/>
        </w:rPr>
        <w:t>8:15  to yahan par kya is waqt aap ne dikhaya? is ko ignore karna, nazar andaaz karna.</w:t>
      </w:r>
      <w:r>
        <w:br/>
      </w:r>
      <w:r>
        <w:rPr>
          <w:sz w:val="20"/>
        </w:rPr>
        <w:t>8:21  apne aap ko positive tor par qaim rakhna.</w:t>
      </w:r>
      <w:r>
        <w:br/>
      </w:r>
      <w:r>
        <w:rPr>
          <w:sz w:val="20"/>
        </w:rPr>
        <w:t>8:27  اس میں wisdom کیا تھی؟ یہ wisdom تھی کہ اگر آپ بھڑک جائیں, ab neg</w:t>
      </w:r>
    </w:p>
    <w:p>
      <w:pPr>
        <w:pStyle w:val="Heading2"/>
      </w:pPr>
      <w:r>
        <w:t>Eclipse example proves second audience understands better</w:t>
      </w:r>
    </w:p>
    <w:p>
      <w:r>
        <w:rPr>
          <w:color w:val="666666"/>
          <w:sz w:val="18"/>
        </w:rPr>
        <w:t>From Superstition to Science April 19, 2009 Maulana Wahiduddin Khan · 5m 59s · at 8:19 · https://youtu.be/yg7PEiA87V0?t=499</w:t>
      </w:r>
    </w:p>
    <w:p>
      <w:r>
        <w:rPr>
          <w:i/>
        </w:rPr>
        <w:t>“Dekhiye ek misaal doonga”</w:t>
      </w:r>
    </w:p>
    <w:p>
      <w:r>
        <w:rPr>
          <w:sz w:val="20"/>
        </w:rPr>
        <w:t>8:19  dekhein ek ek misaal doonga main. aap yeh samajh lijiye ke Islam aaya tha seven century mein, AD mein. saatwein sadi eesvi mein.</w:t>
      </w:r>
      <w:r>
        <w:br/>
      </w:r>
      <w:r>
        <w:rPr>
          <w:sz w:val="20"/>
        </w:rPr>
        <w:t>8:32  woh zamana dekhiye is waqt insan ka jo framework tha woh traditional framework tha.</w:t>
      </w:r>
      <w:r>
        <w:br/>
      </w:r>
      <w:r>
        <w:rPr>
          <w:sz w:val="20"/>
        </w:rPr>
        <w:t>8:41  at that time the framework of man was a traditional framework. woh zamana wahi tha. dekhein history mein ab jump nahi hua karta.</w:t>
      </w:r>
      <w:r>
        <w:br/>
      </w:r>
      <w:r>
        <w:rPr>
          <w:sz w:val="20"/>
        </w:rPr>
        <w:t>8:55  yeh impossible nahi tha ke Rasool Allah jump kar ke 20 century mein pohanch jayein.</w:t>
      </w:r>
      <w:r>
        <w:br/>
      </w:r>
      <w:r>
        <w:rPr>
          <w:sz w:val="20"/>
        </w:rPr>
        <w:t>9:03  this kind of jump is not possible in history. aap ko immediate audience ko hi le kar bolna tha. jump kar ke aap 20 century ko apna audience banayein yeh possible nahi tha.</w:t>
      </w:r>
      <w:r>
        <w:br/>
      </w:r>
      <w:r>
        <w:rPr>
          <w:sz w:val="20"/>
        </w:rPr>
        <w:t>9:19  yeh toh aap ko karna tha. aap ki ummat ko karna tha. is point ko bohat zyada samajhne ki zaroorat hai. ke Rasool Allah address kar rahe the seven century ke audience ko.</w:t>
      </w:r>
      <w:r>
        <w:br/>
      </w:r>
      <w:r>
        <w:rPr>
          <w:sz w:val="20"/>
        </w:rPr>
        <w:t>9:32  lekin aap ki jo prophethood thi woh eternity, eternal thi, hamesha ke liye thi.</w:t>
      </w:r>
      <w:r>
        <w:br/>
      </w:r>
      <w:r>
        <w:rPr>
          <w:sz w:val="20"/>
        </w:rPr>
        <w:t>9:42  jis ke ma'ani extended sense mein hum sab is ke audience hain. lekin 20th century mein scientific framework banne wala tha insan ka.</w:t>
      </w:r>
      <w:r>
        <w:br/>
      </w:r>
      <w:r>
        <w:rPr>
          <w:sz w:val="20"/>
        </w:rPr>
        <w:t>9:53  scientific revolution ke baad insan scientific framework pe sochne wala tha. lekin aap aisa nahi kar sakte the.</w:t>
      </w:r>
      <w:r>
        <w:br/>
      </w:r>
      <w:r>
        <w:rPr>
          <w:sz w:val="20"/>
        </w:rPr>
        <w:t>10:05  historical jump possible nahi hai. to aap ne apni immediate audience ko address kiya aur yeh keh diya pehle hi ke baad ka jo audience hai ho sakta hai ke tum se bhi behtar ho woh.</w:t>
      </w:r>
      <w:r>
        <w:br/>
      </w:r>
      <w:r>
        <w:rPr>
          <w:sz w:val="20"/>
        </w:rPr>
        <w:t>10:22  aur is ke bohat se proof hain Quran o Hadees mein. ek simple, ek simple example mein deta hoon aap ko. ek ek bohat hi saada misaal.</w:t>
      </w:r>
      <w:r>
        <w:br/>
      </w:r>
      <w:r>
        <w:rPr>
          <w:sz w:val="20"/>
        </w:rPr>
        <w:t>10:34  dekhein jab Rasool Allah (SAW) Madina mein the. Madina mein jab the aap to</w:t>
      </w:r>
      <w:r>
        <w:br/>
      </w:r>
      <w:r>
        <w:rPr>
          <w:sz w:val="20"/>
        </w:rPr>
        <w:t>10:46  aap ne migration kiya tha 622 mein Makka se Madina ke liye. to wahan par kya hua?</w:t>
      </w:r>
      <w:r>
        <w:br/>
      </w:r>
      <w:r>
        <w:rPr>
          <w:sz w:val="20"/>
        </w:rPr>
        <w:t>10:54  is zamane mein grahan pada. grahan ka matlab hai eclipse. eclipse.</w:t>
      </w:r>
      <w:r>
        <w:br/>
      </w:r>
      <w:r>
        <w:rPr>
          <w:sz w:val="20"/>
        </w:rPr>
        <w:t>11:04  aap jante hain eclipse do qism ka hota hai. solar eclipse aur lunar eclipse. to grahan is zamane mein, is traditional daur mein, woh superstition ka daur tha.</w:t>
      </w:r>
      <w:r>
        <w:br/>
      </w:r>
      <w:r>
        <w:rPr>
          <w:sz w:val="20"/>
        </w:rPr>
        <w:t>11:18  is zamane mein har cheez ko log superstition way mein lete the. aap kitabon mein padhein to bare anokhe qism ke kahaniyan paayenge aap.</w:t>
      </w:r>
      <w:r>
        <w:br/>
      </w:r>
      <w:r>
        <w:rPr>
          <w:sz w:val="20"/>
        </w:rPr>
        <w:t>11:31  is grahan ke bare mein. ke aasman mein koi bohat bara saanp hai woh nigal leta hai. aur suraj chand mein ladai hoti hai.</w:t>
      </w:r>
      <w:r>
        <w:br/>
      </w:r>
      <w:r>
        <w:rPr>
          <w:sz w:val="20"/>
        </w:rPr>
        <w:t>11:42  aur bohat pata nahi kaisi kaisi kahaniyan. is waqt ek bhi yeh bhi ek superstition tha.</w:t>
      </w:r>
      <w:r>
        <w:br/>
      </w:r>
      <w:r>
        <w:rPr>
          <w:sz w:val="20"/>
        </w:rPr>
        <w:t>11:51  koi bara aadmi jab mar jata hai to eclipse lagta hai. aasman jo hai sog manata hai. ke bara aadmi ke marne par aasman sog manata hai to yeh eclipse hota hai.</w:t>
      </w:r>
      <w:r>
        <w:br/>
      </w:r>
      <w:r>
        <w:rPr>
          <w:sz w:val="20"/>
        </w:rPr>
        <w:t>12:03  to kya hua ke Madina mein jab aap the to aap ke haan ek beta paida hua tha is ka naam tha Ibrahim.</w:t>
      </w:r>
      <w:r>
        <w:br/>
      </w:r>
      <w:r>
        <w:rPr>
          <w:sz w:val="20"/>
        </w:rPr>
        <w:t>12:14  Maria Qibtiya is ki maan thi. sirf dhai saal ki umar mein in ka inteqal ho gaya. yaani bachcha the tabhi. to aap wahan par log kehne lage kyunke aap ki position jo thi Madina mein head of the state ki thi us waqt.</w:t>
      </w:r>
      <w:r>
        <w:br/>
      </w:r>
      <w:r>
        <w:rPr>
          <w:sz w:val="20"/>
        </w:rPr>
        <w:t>12:37  at that time he was head the state of Madina.</w:t>
      </w:r>
      <w:r>
        <w:br/>
      </w:r>
      <w:r>
        <w:rPr>
          <w:sz w:val="20"/>
        </w:rPr>
        <w:t>12:47  to logon ne kya kaha ke Prophet ka yaani head of the state ka bachcha mar gaya is liye eclipse hua hai. isi superstition mein bola kuch logon ne jo chala raha tha pehle se.</w:t>
      </w:r>
      <w:r>
        <w:br/>
      </w:r>
      <w:r>
        <w:rPr>
          <w:sz w:val="20"/>
        </w:rPr>
        <w:t>13:03  to aap ne bilkul emergency call jis ko kehte hain emergency meeting ki aap ne. sab ko bulaya ke sab log masjid mein aa jayen.</w:t>
      </w:r>
      <w:r>
        <w:br/>
      </w:r>
      <w:r>
        <w:rPr>
          <w:sz w:val="20"/>
        </w:rPr>
        <w:t>13:13  zara sochiye ke is baat ko sochiye itni si baat par aap ne emergency meeting bulai.</w:t>
      </w:r>
      <w:r>
        <w:br/>
      </w:r>
      <w:r>
        <w:rPr>
          <w:sz w:val="20"/>
        </w:rPr>
        <w:t>13:22  kitni is ko kitna importance diya aap ne is baat ko ke log is ko superstition sense mein le rahe hain. to sab log ikhatta hue is waqt aap ne ek wahan par ek khutba diya yaani lecture diya aur kaha ke dekho yeh jo solar eclipse aur lunar eclipse hota hai kisi ki jeene marne se koi taluq nahi hai.</w:t>
      </w:r>
      <w:r>
        <w:br/>
      </w:r>
      <w:r>
        <w:rPr>
          <w:sz w:val="20"/>
        </w:rPr>
        <w:t>13:49  koi taluq nahi hai.</w:t>
      </w:r>
      <w:r>
        <w:br/>
      </w:r>
      <w:r>
        <w:rPr>
          <w:sz w:val="20"/>
        </w:rPr>
        <w:t>13:55  aap ne farmaya ke min ayatulllah woh Khuda ki do nishaniyon mein se nishani hain.</w:t>
      </w:r>
      <w:r>
        <w:br/>
      </w:r>
      <w:r>
        <w:rPr>
          <w:sz w:val="20"/>
        </w:rPr>
        <w:t>14:05  signs of God hain signs of God hain.</w:t>
      </w:r>
      <w:r>
        <w:br/>
      </w:r>
      <w:r>
        <w:rPr>
          <w:sz w:val="20"/>
        </w:rPr>
        <w:t>14:11  to jab aisa ho to Khuda ko yaad karo. kisi badshah ke</w:t>
      </w:r>
    </w:p>
    <w:p>
      <w:pPr>
        <w:pStyle w:val="Heading2"/>
      </w:pPr>
      <w:r>
        <w:t>a companion's simple wedding vs today's extravagant ones</w:t>
      </w:r>
    </w:p>
    <w:p>
      <w:r>
        <w:rPr>
          <w:color w:val="666666"/>
          <w:sz w:val="18"/>
        </w:rPr>
        <w:t>The Concept of Sunnah and Bidah in Islam February 14, 2008 Maulana Wahiduddin Khan · 4m 15s · at 21:39 · https://youtu.be/_uIO23hmBjg?t=1299</w:t>
      </w:r>
    </w:p>
    <w:p>
      <w:r>
        <w:rPr>
          <w:i/>
        </w:rPr>
        <w:t>“مثال کے طور پر شادی کو لیجئے۔ صحابہ جو شادیاں کرتے تھے بہت ہی سمپل”</w:t>
      </w:r>
    </w:p>
    <w:p>
      <w:r>
        <w:rPr>
          <w:sz w:val="20"/>
        </w:rPr>
        <w:t>21:39  misal ke tor par shadi ko lijiye. sahaba jo shadiyan karte the bohat hi simple koi na shor gul kuch bhi nahi.</w:t>
      </w:r>
      <w:r>
        <w:br/>
      </w:r>
      <w:r>
        <w:rPr>
          <w:sz w:val="20"/>
        </w:rPr>
        <w:t>21:53  jaise mein ek waqia arz karoon.</w:t>
      </w:r>
      <w:r>
        <w:br/>
      </w:r>
      <w:r>
        <w:rPr>
          <w:sz w:val="20"/>
        </w:rPr>
        <w:t>21:57  ek sahabi thay abdul rahman bin auf madina mein.</w:t>
      </w:r>
      <w:r>
        <w:br/>
      </w:r>
      <w:r>
        <w:rPr>
          <w:sz w:val="20"/>
        </w:rPr>
        <w:t>22:04  to ek baar aisa hua ke rasool Allah rasool Allah bhi madine mein rehte the woh bhi madine</w:t>
      </w:r>
      <w:r>
        <w:br/>
      </w:r>
      <w:r>
        <w:rPr>
          <w:sz w:val="20"/>
        </w:rPr>
        <w:t>22:09  mein rehte the madine ek town tha bas madine koi dilli ke tareeqe se itna bada shehar nahi</w:t>
      </w:r>
      <w:r>
        <w:br/>
      </w:r>
      <w:r>
        <w:rPr>
          <w:sz w:val="20"/>
        </w:rPr>
        <w:t>22:14  tha woh to bas ek town tha</w:t>
      </w:r>
      <w:r>
        <w:br/>
      </w:r>
      <w:r>
        <w:rPr>
          <w:sz w:val="20"/>
        </w:rPr>
        <w:t>22:19  wohin par aap bhi rehte the wahin par woh bhi rehte the.</w:t>
      </w:r>
      <w:r>
        <w:br/>
      </w:r>
      <w:r>
        <w:rPr>
          <w:sz w:val="20"/>
        </w:rPr>
        <w:t>22:24  to ek baar aisa hua ke</w:t>
      </w:r>
      <w:r>
        <w:br/>
      </w:r>
      <w:r>
        <w:rPr>
          <w:sz w:val="20"/>
        </w:rPr>
        <w:t>22:28  jab woh rasool allah ke paas aaye</w:t>
      </w:r>
      <w:r>
        <w:br/>
      </w:r>
      <w:r>
        <w:rPr>
          <w:sz w:val="20"/>
        </w:rPr>
        <w:t>22:32  to chand din ke gap ke baad aaye woh. to aap ne poocha ke kahan the? dargah ka maine shadi kar li hai isi mein do char din lag gaye.</w:t>
      </w:r>
      <w:r>
        <w:br/>
      </w:r>
      <w:r>
        <w:rPr>
          <w:sz w:val="20"/>
        </w:rPr>
        <w:t>22:49  is mein maine socha ke isi town mein rasool allah hain isi town mein woh bhi rehte hain woh shadi karte hain.</w:t>
      </w:r>
      <w:r>
        <w:br/>
      </w:r>
      <w:r>
        <w:rPr>
          <w:sz w:val="20"/>
        </w:rPr>
        <w:t>22:59  na kisi sahabi ko bulaya na rasool allah ko bulaya. bas simple tareeqe mein shadi kar li bas nikah ho shadi ka matlab tha is zamane mein nikah.</w:t>
      </w:r>
      <w:r>
        <w:br/>
      </w:r>
      <w:r>
        <w:rPr>
          <w:sz w:val="20"/>
        </w:rPr>
        <w:t>23:12  nikah parha liya to bas shadi ho gayi.</w:t>
      </w:r>
      <w:r>
        <w:br/>
      </w:r>
      <w:r>
        <w:rPr>
          <w:sz w:val="20"/>
        </w:rPr>
        <w:t>23:16  na jahez na barat na khane peene ki dhoom na baja na gana na bare bare tent kuch bhi nahi kuch bhi nahi kuch bhi nahi.</w:t>
      </w:r>
      <w:r>
        <w:br/>
      </w:r>
      <w:r>
        <w:rPr>
          <w:sz w:val="20"/>
        </w:rPr>
        <w:t>23:32  aise hi bas jo kehte hain radd o qubool.</w:t>
      </w:r>
      <w:r>
        <w:br/>
      </w:r>
      <w:r>
        <w:rPr>
          <w:sz w:val="20"/>
        </w:rPr>
        <w:t>23:38  yani qazi ne ne nikah parha diya bas shadi ho gayi nikah ho gaya.</w:t>
      </w:r>
      <w:r>
        <w:br/>
      </w:r>
      <w:r>
        <w:rPr>
          <w:sz w:val="20"/>
        </w:rPr>
        <w:t>23:46  is zamane mein jo mahr hoti thi mahr woh bhi arz karoon ke woh kya hoti thi? sahaba ki shadiyon mein aam tor par mahr ka tareeqa yeh tha ke khajoor yani date jo hoti hai khajoor ki jo andar ki jo guthli hoti hai choti si us guthli ke wazan ke barabar sona yani us ke size ke barabar nahi</w:t>
      </w:r>
      <w:r>
        <w:br/>
      </w:r>
      <w:r>
        <w:rPr>
          <w:sz w:val="20"/>
        </w:rPr>
        <w:t>24:16  . agar aap guthli ke size ke barabar lein sona to woh thoda daam is ka barh jayega. lekin size ke barabar nahi guthli ke wazan ke barabar us ke weight ke barabar sona.</w:t>
      </w:r>
      <w:r>
        <w:br/>
      </w:r>
      <w:r>
        <w:rPr>
          <w:sz w:val="20"/>
        </w:rPr>
        <w:t>24:35  is se samajh sakte hain aap ke kitna kam hota tha is zamane mein mahr. to na bare bare mahr na barat aur na bare bare tent na gana na baja na khane peene ki dhoom kuch bhi nahi.</w:t>
      </w:r>
      <w:r>
        <w:br/>
      </w:r>
      <w:r>
        <w:rPr>
          <w:sz w:val="20"/>
        </w:rPr>
        <w:t>24:58  bilkul simple tareeqe se shadi kar liya aur shadi ho gayi.</w:t>
      </w:r>
      <w:r>
        <w:br/>
      </w:r>
      <w:r>
        <w:rPr>
          <w:sz w:val="20"/>
        </w:rPr>
        <w:t>25:03  ab aaj kal bataiye ke kahan aisa hai? to log namazon ke muamle mein to jante hain ke hamein dekhna hai ke namaz rasool allah kaise parhte the sahaba kaise parhte the.</w:t>
      </w:r>
      <w:r>
        <w:br/>
      </w:r>
      <w:r>
        <w:rPr>
          <w:sz w:val="20"/>
        </w:rPr>
        <w:t>25:15  yeh nahi sochte ke woh shadiyan kaise karte the woh kaise uthte bethte the woh kaise bolte the woh kaise chup rehte the. kaise logon se behave karte the us par sochte hi nahi.</w:t>
      </w:r>
      <w:r>
        <w:br/>
      </w:r>
      <w:r>
        <w:rPr>
          <w:sz w:val="20"/>
        </w:rPr>
        <w:t>25:33  us par sochte nahi. to model ka matlab yeh nahi hai ke aap sirf namaz roze ke bare mein un se model lein. aap ko sare muamle mein un ka model lena hai.</w:t>
      </w:r>
      <w:r>
        <w:br/>
      </w:r>
      <w:r>
        <w:rPr>
          <w:sz w:val="20"/>
        </w:rPr>
        <w:t>25:47  kyun ke wal qutwatuhum ka matlab sirf namaz roze se nahi hai. har muamle se hai.</w:t>
      </w:r>
    </w:p>
    <w:p>
      <w:pPr>
        <w:pStyle w:val="Heading2"/>
      </w:pPr>
      <w:r>
        <w:t>Full lecture on hadith about Prophet's choice of modesty</w:t>
      </w:r>
    </w:p>
    <w:p>
      <w:r>
        <w:rPr>
          <w:color w:val="666666"/>
          <w:sz w:val="18"/>
        </w:rPr>
        <w:t>Importance of Modesty 6 Oct, 2018 - Maulana Wahiduddin Khan · 4m 56s · at 0:46 · https://youtu.be/Ul3hRcfLGRM?t=46</w:t>
      </w:r>
    </w:p>
    <w:p>
      <w:r>
        <w:rPr>
          <w:i/>
        </w:rPr>
        <w:t>“Aaj ke liye ek hadith ka intekhab hua hai”</w:t>
      </w:r>
    </w:p>
    <w:p>
      <w:r>
        <w:rPr>
          <w:sz w:val="20"/>
        </w:rPr>
        <w:t>0:46  aaj, aaj ke liye ek hadith ka intikhab hua hai.</w:t>
      </w:r>
      <w:r>
        <w:br/>
      </w:r>
      <w:r>
        <w:rPr>
          <w:sz w:val="20"/>
        </w:rPr>
        <w:t>0:58  yeh hadith ek bohat hi ajeeb hadith hai.</w:t>
      </w:r>
      <w:r>
        <w:br/>
      </w:r>
      <w:r>
        <w:rPr>
          <w:sz w:val="20"/>
        </w:rPr>
        <w:t>1:06  toh pehle aap ko is ka text parha jayega, phir inshallah is ke baad bare mein pass hoonga.</w:t>
      </w:r>
      <w:r>
        <w:br/>
      </w:r>
      <w:r>
        <w:rPr>
          <w:sz w:val="20"/>
        </w:rPr>
        <w:t>1:17  an abi huraira qala: jals jibril al-nabi salla Allahu alayhi wa sallam fa nazara al-sama, fa idha malakun yanzil.</w:t>
      </w:r>
      <w:r>
        <w:br/>
      </w:r>
      <w:r>
        <w:rPr>
          <w:sz w:val="20"/>
        </w:rPr>
        <w:t>1:26  fa qala lahu jibril: hadha al-malak ma nazala mundhu khaliqa qabla al-sa'ah. fa lamma nazala qala: ya Muhammad, in rabbaka yuqri'uka al-salam.</w:t>
      </w:r>
      <w:r>
        <w:br/>
      </w:r>
      <w:r>
        <w:rPr>
          <w:sz w:val="20"/>
        </w:rPr>
        <w:t>1:38  arsalani ilayka rabbuka a malakan nabiyan ja'aluka aw abdan rasulan? fa laftat rasul Allah salla Allahu alayhi wa sallam ila jibril al-mustashir mustashiri lahu.</w:t>
      </w:r>
      <w:r>
        <w:br/>
      </w:r>
      <w:r>
        <w:rPr>
          <w:sz w:val="20"/>
        </w:rPr>
        <w:t>1:53  fa qala lahu jibril: tawada' li rabbika ya Muhammad?</w:t>
      </w:r>
      <w:r>
        <w:br/>
      </w:r>
      <w:r>
        <w:rPr>
          <w:sz w:val="20"/>
        </w:rPr>
        <w:t>1:58  fa 'araftu annahu nasih. fa qala rasul Allah salla Allahu alayhi wa sallam: la bal abdan rasulan. is hadith ko musnad ahmad, shu'ab al-iman, bayhaqi, sunan nisai al-kubra mein riwayat kiya gaya hai.</w:t>
      </w:r>
      <w:r>
        <w:br/>
      </w:r>
      <w:r>
        <w:rPr>
          <w:sz w:val="20"/>
        </w:rPr>
        <w:t>2:16  is hadith ka tarjuma yeh hai: an abu huraira se riwayat hai ke jibril alayhi al-salam ek martaba rasul Allah salla Allahu alayhi wa sallam ke paas baithe hue thay.</w:t>
      </w:r>
      <w:r>
        <w:br/>
      </w:r>
      <w:r>
        <w:rPr>
          <w:sz w:val="20"/>
        </w:rPr>
        <w:t>2:28  jibril ne asman ki taraf nazar uthai toh dekha ke ek farishta nazil ho raha hai.</w:t>
      </w:r>
      <w:r>
        <w:br/>
      </w:r>
      <w:r>
        <w:rPr>
          <w:sz w:val="20"/>
        </w:rPr>
        <w:t>2:35  to jibril ne aap se kaha: yeh farishta jo nazil hua hai, ab se pehle paidaish se ab tak zameen par nahi aaya tha.</w:t>
      </w:r>
      <w:r>
        <w:br/>
      </w:r>
      <w:r>
        <w:rPr>
          <w:sz w:val="20"/>
        </w:rPr>
        <w:t>2:46  jab woh aaya to us ne kaha: aye muhammad, aap ka rab aap ko salam kehta hai aur mujhe aap ki taraf bheja hai ke aap ko</w:t>
      </w:r>
      <w:r>
        <w:br/>
      </w:r>
      <w:r>
        <w:rPr>
          <w:sz w:val="20"/>
        </w:rPr>
        <w:t>2:54  badshah nabi banaye ya banda rasool. to rasool allah jibril alaih-e-salam ki taraf mutawajjah hue mashwara ke liye.</w:t>
      </w:r>
      <w:r>
        <w:br/>
      </w:r>
      <w:r>
        <w:rPr>
          <w:sz w:val="20"/>
        </w:rPr>
        <w:t>3:07  to jibril ne kaha ke apne rab ke liye tawazu ikhtiyar kijiye, aye muhammad.</w:t>
      </w:r>
      <w:r>
        <w:br/>
      </w:r>
      <w:r>
        <w:rPr>
          <w:sz w:val="20"/>
        </w:rPr>
        <w:t>3:12  aap kehte hain ke maine samjha ke woh khair khwah hain. to aap ne kaha ke balkeh main yeh pasand karunga ke main abde rasool banaya jaon.</w:t>
      </w:r>
      <w:r>
        <w:br/>
      </w:r>
      <w:r>
        <w:rPr>
          <w:sz w:val="20"/>
        </w:rPr>
        <w:t>3:27  mashallah. dekhen ji, is hadith ko jab maine parha</w:t>
      </w:r>
      <w:r>
        <w:br/>
      </w:r>
      <w:r>
        <w:rPr>
          <w:sz w:val="20"/>
        </w:rPr>
        <w:t>3:40  to mere mann mein ek sawal aaya.</w:t>
      </w:r>
      <w:r>
        <w:br/>
      </w:r>
      <w:r>
        <w:rPr>
          <w:sz w:val="20"/>
        </w:rPr>
        <w:t>3:49  shayar logon ke jo bayan hain aur doosre logon ke bhi, is mein aksar rasool allah ke</w:t>
      </w:r>
      <w:r>
        <w:br/>
      </w:r>
      <w:r>
        <w:rPr>
          <w:sz w:val="20"/>
        </w:rPr>
        <w:t>4:05  yani is baat ko bohat badhate hain ke aap ko hukumat mili.</w:t>
      </w:r>
      <w:r>
        <w:br/>
      </w:r>
      <w:r>
        <w:rPr>
          <w:sz w:val="20"/>
        </w:rPr>
        <w:t>4:15  to</w:t>
      </w:r>
      <w:r>
        <w:br/>
      </w:r>
      <w:r>
        <w:rPr>
          <w:sz w:val="20"/>
        </w:rPr>
        <w:t>4:19  misal ke taur par ek shayar rasool allah ke bare mein kehta hai: aye khasa khasan-e-rasul, waqt-e-dua hai.</w:t>
      </w:r>
      <w:r>
        <w:br/>
      </w:r>
      <w:r>
        <w:rPr>
          <w:sz w:val="20"/>
        </w:rPr>
        <w:t>4:31  aise hi</w:t>
      </w:r>
      <w:r>
        <w:br/>
      </w:r>
      <w:r>
        <w:rPr>
          <w:sz w:val="20"/>
        </w:rPr>
        <w:t>4:34  shahanshah-e-konain, is tarah ke alfaaz bolte hain log. shahanshah-e-konain, badshah-e-kainat wagera.</w:t>
      </w:r>
      <w:r>
        <w:br/>
      </w:r>
      <w:r>
        <w:rPr>
          <w:sz w:val="20"/>
        </w:rPr>
        <w:t>4:49  to ba taur-e-waqia to yeh hua</w:t>
      </w:r>
      <w:r>
        <w:br/>
      </w:r>
      <w:r>
        <w:rPr>
          <w:sz w:val="20"/>
        </w:rPr>
        <w:t>4:53  ke aap ko arab mein political power mila.</w:t>
      </w:r>
      <w:r>
        <w:br/>
      </w:r>
      <w:r>
        <w:rPr>
          <w:sz w:val="20"/>
        </w:rPr>
        <w:t>5:00  lekin dekhne ki baat yeh hai ke aap ne manga kya cheez?</w:t>
      </w:r>
      <w:r>
        <w:br/>
      </w:r>
      <w:r>
        <w:rPr>
          <w:sz w:val="20"/>
        </w:rPr>
        <w:t>5:09  aap ne mangi allah se modesty. modesty.</w:t>
      </w:r>
      <w:r>
        <w:br/>
      </w:r>
      <w:r>
        <w:rPr>
          <w:sz w:val="20"/>
        </w:rPr>
        <w:t>5:21  kya lafz hai? tawazu</w:t>
      </w:r>
      <w:r>
        <w:br/>
      </w:r>
      <w:r>
        <w:rPr>
          <w:sz w:val="20"/>
        </w:rPr>
        <w:t>5:23  ? ji. tawazu. modesty. is par maine bohat socha. to meri samajh mein aaya ke modesty jo hai, woh insan ka basic character hai.</w:t>
      </w:r>
    </w:p>
    <w:p>
      <w:pPr>
        <w:pStyle w:val="Heading2"/>
      </w:pPr>
      <w:r>
        <w:t>Prophet Muhammad: peaceful dawah despite Kaaba idols</w:t>
      </w:r>
    </w:p>
    <w:p>
      <w:r>
        <w:rPr>
          <w:color w:val="666666"/>
          <w:sz w:val="18"/>
        </w:rPr>
        <w:t>Conciliatory Approach and Confrontational Approach | March 21, 2010 · 4m 34s · at 43:12 · https://youtu.be/PrfDlx2pfA0?t=2592</w:t>
      </w:r>
    </w:p>
    <w:p>
      <w:r>
        <w:rPr>
          <w:i/>
        </w:rPr>
        <w:t>“Sab se pehla jo misaal saamne aati hai”</w:t>
      </w:r>
    </w:p>
    <w:p>
      <w:r>
        <w:rPr>
          <w:sz w:val="20"/>
        </w:rPr>
        <w:t>43:12  har mauqe par.</w:t>
      </w:r>
      <w:r>
        <w:br/>
      </w:r>
      <w:r>
        <w:rPr>
          <w:sz w:val="20"/>
        </w:rPr>
        <w:t>43:18  sab se pehla jo misaal saamne aati hai rasool Allah ki zindagi mein, woh hai kaaba ki shakal mein.</w:t>
      </w:r>
      <w:r>
        <w:br/>
      </w:r>
      <w:r>
        <w:rPr>
          <w:sz w:val="20"/>
        </w:rPr>
        <w:t>43:24  aap jante hain ke rasool Allah sallay Allah alaihi wasallam jab mission shuru karte hain makka mein, is</w:t>
      </w:r>
      <w:r>
        <w:br/>
      </w:r>
      <w:r>
        <w:rPr>
          <w:sz w:val="20"/>
        </w:rPr>
        <w:t>43:30  kaaba ki haalat kya thi? kaaba ko banaya tha hazrat ibrahim alaihi salam ne, yaani is ke taur</w:t>
      </w:r>
      <w:r>
        <w:br/>
      </w:r>
      <w:r>
        <w:rPr>
          <w:sz w:val="20"/>
        </w:rPr>
        <w:t>43:36  par baitullah ke taur par, yaani tauheed ke ghar ke taur par,</w:t>
      </w:r>
      <w:r>
        <w:br/>
      </w:r>
      <w:r>
        <w:rPr>
          <w:sz w:val="20"/>
        </w:rPr>
        <w:t>43:43  ek Khuda ki ibadat ho, is ke liye banaya tha.</w:t>
      </w:r>
      <w:r>
        <w:br/>
      </w:r>
      <w:r>
        <w:rPr>
          <w:sz w:val="20"/>
        </w:rPr>
        <w:t>43:49  lekin baad ko aisa hua ke wahan bhi shirk aa gaya, aur mushrik logon ne is par qabza kar</w:t>
      </w:r>
      <w:r>
        <w:br/>
      </w:r>
      <w:r>
        <w:rPr>
          <w:sz w:val="20"/>
        </w:rPr>
        <w:t>43:55  liya, aur kaaba ke andar unhon ne teen sau saath but rakh diye, teen sau saath but.</w:t>
      </w:r>
      <w:r>
        <w:br/>
      </w:r>
      <w:r>
        <w:rPr>
          <w:sz w:val="20"/>
        </w:rPr>
        <w:t>44:01  ya baitullah ko unhon ne but khana bana diya.</w:t>
      </w:r>
      <w:r>
        <w:br/>
      </w:r>
      <w:r>
        <w:rPr>
          <w:sz w:val="20"/>
        </w:rPr>
        <w:t>44:07  ab ghor kijiye ke yeh sab se bada masla tha</w:t>
      </w:r>
      <w:r>
        <w:br/>
      </w:r>
      <w:r>
        <w:rPr>
          <w:sz w:val="20"/>
        </w:rPr>
        <w:t>44:13  rasool Allah ke liye ke use takrayen, tod phod kar nikalen, is ke khilaf shikayat, is ke khilaf</w:t>
      </w:r>
      <w:r>
        <w:br/>
      </w:r>
      <w:r>
        <w:rPr>
          <w:sz w:val="20"/>
        </w:rPr>
        <w:t>44:18  ehtejaj, is ko tod kar nikalna, jaise aaj kal hota hai.</w:t>
      </w:r>
      <w:r>
        <w:br/>
      </w:r>
      <w:r>
        <w:rPr>
          <w:sz w:val="20"/>
        </w:rPr>
        <w:t>44:23  kuchh nahin to shikayat karte hain, kuchh nahin to ehtejaj karte hain, kuchh nahin to juloos nikalte hain,</w:t>
      </w:r>
      <w:r>
        <w:br/>
      </w:r>
      <w:r>
        <w:rPr>
          <w:sz w:val="20"/>
        </w:rPr>
        <w:t>44:29  kuchh nahin to pathar maarte hain.</w:t>
      </w:r>
      <w:r>
        <w:br/>
      </w:r>
      <w:r>
        <w:rPr>
          <w:sz w:val="20"/>
        </w:rPr>
        <w:t>44:34  yeh sab rasool Allah kar sakte the apne saahibiyon ko le kar ke.</w:t>
      </w:r>
      <w:r>
        <w:br/>
      </w:r>
      <w:r>
        <w:rPr>
          <w:sz w:val="20"/>
        </w:rPr>
        <w:t>44:39  ek bahut hi ajeeb baat hai ke terah saal tak aap ne</w:t>
      </w:r>
      <w:r>
        <w:br/>
      </w:r>
      <w:r>
        <w:rPr>
          <w:sz w:val="20"/>
        </w:rPr>
        <w:t>44:44  , aap ne jo kuchh to taqreeren keen, jo khitab kiya, us mein is ka mazhar hi nahin</w:t>
      </w:r>
      <w:r>
        <w:br/>
      </w:r>
      <w:r>
        <w:rPr>
          <w:sz w:val="20"/>
        </w:rPr>
        <w:t>44:50  ke tum ne kyun kaaba mein teen sau saath but rakh rakhe hain.</w:t>
      </w:r>
      <w:r>
        <w:br/>
      </w:r>
      <w:r>
        <w:rPr>
          <w:sz w:val="20"/>
        </w:rPr>
        <w:t>44:56  ab mujhe koi hadith bata dijiye, koi ek hadith bata dijiye aap.</w:t>
      </w:r>
      <w:r>
        <w:br/>
      </w:r>
      <w:r>
        <w:rPr>
          <w:sz w:val="20"/>
        </w:rPr>
        <w:t>45:02  kaisi anokhi baat hai ke jo paighambar aaya tha tauheed ke liye, ek Khuda ki ibadat ka paigham</w:t>
      </w:r>
      <w:r>
        <w:br/>
      </w:r>
      <w:r>
        <w:rPr>
          <w:sz w:val="20"/>
        </w:rPr>
        <w:t>45:08  dene ke liye, woh saamna kar raha hai ek aisi soorat-e-haal ko ke</w:t>
      </w:r>
      <w:r>
        <w:br/>
      </w:r>
      <w:r>
        <w:rPr>
          <w:sz w:val="20"/>
        </w:rPr>
        <w:t>45:14  Kaaba jaise ek muqaddas jagah teen so saath but rakhe hue hain. ab koi ihtijaj nahi karta woh, koi ihtijaj nahi karta, koi juloos nahi nikalta, koi pathar nahi marta, kuch bhi nahi. kyun? woh ja raha tha. woh kis liye nahi kiya aap ne aisa? yeh jore ga takrao se. aap ne avoid kiya is ko, avoid kar ke kya kiya aap ne? ke</w:t>
      </w:r>
      <w:r>
        <w:br/>
      </w:r>
      <w:r>
        <w:rPr>
          <w:sz w:val="20"/>
        </w:rPr>
        <w:t>45:44  is ke hote hue, yaani buton ki maujoodgi ke hote hue wahan par opportunities theen.</w:t>
      </w:r>
      <w:r>
        <w:br/>
      </w:r>
      <w:r>
        <w:rPr>
          <w:sz w:val="20"/>
        </w:rPr>
        <w:t>45:51  woh hai dawat ki opportunities, aman pasand dawayi work.</w:t>
      </w:r>
      <w:r>
        <w:br/>
      </w:r>
      <w:r>
        <w:rPr>
          <w:sz w:val="20"/>
        </w:rPr>
        <w:t>45:57  yani beton ke hotay hue bhi yahan opportunity maujood thi ke aman pasand dawayi work karein woh.</w:t>
      </w:r>
      <w:r>
        <w:br/>
      </w:r>
      <w:r>
        <w:rPr>
          <w:sz w:val="20"/>
        </w:rPr>
        <w:t>46:03  to aap kya karte thay? Yani shakhs se shakhs ja kar baat batate thay logon ko.</w:t>
      </w:r>
      <w:r>
        <w:br/>
      </w:r>
      <w:r>
        <w:rPr>
          <w:sz w:val="20"/>
        </w:rPr>
        <w:t>46:10  teen saal tak to yahi kiya aap ne, shakhs se shakhs.</w:t>
      </w:r>
      <w:r>
        <w:br/>
      </w:r>
      <w:r>
        <w:rPr>
          <w:sz w:val="20"/>
        </w:rPr>
        <w:t>46:16  teen saal tak aap ne yahi kiya, shakhs se shakhs.</w:t>
      </w:r>
      <w:r>
        <w:br/>
      </w:r>
      <w:r>
        <w:rPr>
          <w:sz w:val="20"/>
        </w:rPr>
        <w:t>46:21  ek ek aadmi se miltay, mil kar ke batate hain us ko.</w:t>
      </w:r>
      <w:r>
        <w:br/>
      </w:r>
      <w:r>
        <w:rPr>
          <w:sz w:val="20"/>
        </w:rPr>
        <w:t>46:26  phir wahan par shoq lagta tha, shoq ka lafzi maani hai bazaar, lekin haqeeqat mein woh mela hota tha, mela.</w:t>
      </w:r>
      <w:r>
        <w:br/>
      </w:r>
      <w:r>
        <w:rPr>
          <w:sz w:val="20"/>
        </w:rPr>
        <w:t>46:31  jaise aaj kal tehwar hua karte hain.</w:t>
      </w:r>
      <w:r>
        <w:br/>
      </w:r>
      <w:r>
        <w:rPr>
          <w:sz w:val="20"/>
        </w:rPr>
        <w:t>46:36  to in logon ka mela tha ya tehwar tha jo saal mein hua karta tha, balkay chalta hi</w:t>
      </w:r>
      <w:r>
        <w:br/>
      </w:r>
      <w:r>
        <w:rPr>
          <w:sz w:val="20"/>
        </w:rPr>
        <w:t>46:41  rehta tha woh</w:t>
      </w:r>
      <w:r>
        <w:br/>
      </w:r>
      <w:r>
        <w:rPr>
          <w:sz w:val="20"/>
        </w:rPr>
        <w:t>46:46  . wahan aap jatay, aap sahi sahi kitabon mein parh li jiye. wahan pe ja kar aap kya karte? bilkul aman pasand andaaz mein aap logon se kehte ke "Ayyuha nas, qoolu la ilaha illallah tuflihu" ya Quran ka jo ab tak hissa utar chuka tha, us ko parh kar sunate. toh takrao ko avoid karte hue aap ne aman pasand tareeqay se</w:t>
      </w:r>
      <w:r>
        <w:br/>
      </w:r>
      <w:r>
        <w:rPr>
          <w:sz w:val="20"/>
        </w:rPr>
        <w:t>47:16  apna daawa mission shuru kar diya wahan pe, aur terah saal tak karte rahe. achha, chunkay woh log, woh daur tha ta'aqqub ka, jo daur tha woh ta'aqqub ka daur tha, mazhabi ta'aqqub. log bharkte thay, ghussa hotay thay, marte peet te thay. wahan bhi aisa hua. aap avoid karte rahe, avoid karte rahe, yahan tak ke woh log Dar ul Nadwa jo un ki qabaili parliament thi,</w:t>
      </w:r>
    </w:p>
    <w:p>
      <w:pPr>
        <w:pStyle w:val="Heading2"/>
      </w:pPr>
      <w:r>
        <w:t>Refuting the claim that TALEEF is abolished</w:t>
      </w:r>
    </w:p>
    <w:p>
      <w:r>
        <w:rPr>
          <w:color w:val="666666"/>
          <w:sz w:val="18"/>
        </w:rPr>
        <w:t>The Concept of Taleef in Islam August 3, 2007 · 4m 37s · at 3:45 · https://youtu.be/IHAeOuCThHg?t=225</w:t>
      </w:r>
    </w:p>
    <w:p>
      <w:r>
        <w:rPr>
          <w:i/>
        </w:rPr>
        <w:t>“People generally relate TALEEF to Zakat and declare it abolished”</w:t>
      </w:r>
    </w:p>
    <w:p>
      <w:r>
        <w:rPr>
          <w:sz w:val="20"/>
        </w:rPr>
        <w:t>3:45  People generally relate this principle to Zakat, and then now</w:t>
      </w:r>
      <w:r>
        <w:br/>
      </w:r>
      <w:r>
        <w:rPr>
          <w:sz w:val="20"/>
        </w:rPr>
        <w:t>3:59  almost all the commentators have declared that now TALEF-u-Qalb is abolished.</w:t>
      </w:r>
      <w:r>
        <w:br/>
      </w:r>
      <w:r>
        <w:rPr>
          <w:sz w:val="20"/>
        </w:rPr>
        <w:t>4:09  There is no TALEF-u-Qalb. It is completely wrong. Their argument is that TALEF-u-Qalb was at that time when Islam was weak,</w:t>
      </w:r>
      <w:r>
        <w:br/>
      </w:r>
      <w:r>
        <w:rPr>
          <w:sz w:val="20"/>
        </w:rPr>
        <w:t>4:26  zaeef, but now Islam is qavi, strong. So there is no need of softening people</w:t>
      </w:r>
      <w:r>
        <w:br/>
      </w:r>
      <w:r>
        <w:rPr>
          <w:sz w:val="20"/>
        </w:rPr>
        <w:t>4:36  . So there is no need of TALEF-u-Qalb.</w:t>
      </w:r>
      <w:r>
        <w:br/>
      </w:r>
      <w:r>
        <w:rPr>
          <w:sz w:val="20"/>
        </w:rPr>
        <w:t>4:42  This is completely wrong. The principle of TALEF is an eternal principle of Islam.</w:t>
      </w:r>
      <w:r>
        <w:br/>
      </w:r>
      <w:r>
        <w:rPr>
          <w:sz w:val="20"/>
        </w:rPr>
        <w:t>4:55  It is not a temporary principle. It was not a temporary principle.</w:t>
      </w:r>
      <w:r>
        <w:br/>
      </w:r>
      <w:r>
        <w:rPr>
          <w:sz w:val="20"/>
        </w:rPr>
        <w:t>5:04  It means that</w:t>
      </w:r>
      <w:r>
        <w:br/>
      </w:r>
      <w:r>
        <w:rPr>
          <w:sz w:val="20"/>
        </w:rPr>
        <w:t>5:08  every Muslim is a zaeef, all other people are madho. So we have to establish normal relationships with other people</w:t>
      </w:r>
      <w:r>
        <w:br/>
      </w:r>
      <w:r>
        <w:rPr>
          <w:sz w:val="20"/>
        </w:rPr>
        <w:t>5:24  . So TALEF, according to my study, TALEF is a title of a culture.</w:t>
      </w:r>
      <w:r>
        <w:br/>
      </w:r>
      <w:r>
        <w:rPr>
          <w:sz w:val="20"/>
        </w:rPr>
        <w:t>5:35  TALEF is a culture, a complete culture. Dawah culture.</w:t>
      </w:r>
      <w:r>
        <w:br/>
      </w:r>
      <w:r>
        <w:rPr>
          <w:sz w:val="20"/>
        </w:rPr>
        <w:t>5:42  Prophet of Islam always adopted TALEF. He went to this extent that when he migrated from Makkah and settled in Madinah,</w:t>
      </w:r>
      <w:r>
        <w:br/>
      </w:r>
      <w:r>
        <w:rPr>
          <w:sz w:val="20"/>
        </w:rPr>
        <w:t>6:00  so at that time there were some Jewish tribes in Madinah. Jewish people were worshipping by directing their face to Baitul Maqdis,</w:t>
      </w:r>
      <w:r>
        <w:br/>
      </w:r>
      <w:r>
        <w:rPr>
          <w:sz w:val="20"/>
        </w:rPr>
        <w:t>6:18  that is Jerusalem. So although Prophet used to worship by directing his face towards Kaaba when he was in Makkah, but when Prophet settled in Madinah</w:t>
      </w:r>
      <w:r>
        <w:br/>
      </w:r>
      <w:r>
        <w:rPr>
          <w:sz w:val="20"/>
        </w:rPr>
        <w:t>6:38  and he started living among Yahudi, so he himself adopted their Qibla.</w:t>
      </w:r>
      <w:r>
        <w:br/>
      </w:r>
      <w:r>
        <w:rPr>
          <w:sz w:val="20"/>
        </w:rPr>
        <w:t>6:48  Our books tell us that up to sixteen years or seventeen years, Prophet used to worship by facing towards</w:t>
      </w:r>
      <w:r>
        <w:br/>
      </w:r>
      <w:r>
        <w:rPr>
          <w:sz w:val="20"/>
        </w:rPr>
        <w:t>7:09  Baitul Maqdis, that is Jerusalem.</w:t>
      </w:r>
      <w:r>
        <w:br/>
      </w:r>
      <w:r>
        <w:rPr>
          <w:sz w:val="20"/>
        </w:rPr>
        <w:t>7:14  The Tafsir al-Qurtubi says by explaining why Prophet did this.</w:t>
      </w:r>
      <w:r>
        <w:br/>
      </w:r>
      <w:r>
        <w:rPr>
          <w:sz w:val="20"/>
        </w:rPr>
        <w:t>7:23  So Tafsir al-Qurtubi says that "tamnun fi imanil yahud".</w:t>
      </w:r>
      <w:r>
        <w:br/>
      </w:r>
      <w:r>
        <w:rPr>
          <w:sz w:val="20"/>
        </w:rPr>
        <w:t>7:33  tamnun, you know why he adopted Quds or Baitul Maqdis or Jerusalem as his Qibla instead of Kaaba.</w:t>
      </w:r>
      <w:r>
        <w:br/>
      </w:r>
      <w:r>
        <w:rPr>
          <w:sz w:val="20"/>
        </w:rPr>
        <w:t>7:45  So he says that this was "tamnun fi imanil yahud". It was</w:t>
      </w:r>
      <w:r>
        <w:br/>
      </w:r>
      <w:r>
        <w:rPr>
          <w:sz w:val="20"/>
        </w:rPr>
        <w:t>7:54  due to</w:t>
      </w:r>
      <w:r>
        <w:br/>
      </w:r>
      <w:r>
        <w:rPr>
          <w:sz w:val="20"/>
        </w:rPr>
        <w:t>7:59  induce Jewish people</w:t>
      </w:r>
      <w:r>
        <w:br/>
      </w:r>
      <w:r>
        <w:rPr>
          <w:sz w:val="20"/>
        </w:rPr>
        <w:t>8:04  . It was</w:t>
      </w:r>
      <w:r>
        <w:br/>
      </w:r>
      <w:r>
        <w:rPr>
          <w:sz w:val="20"/>
        </w:rPr>
        <w:t>8:08  to soften the heart of Jewish people so that they may accept Prophet's message. This was the extremist example of TALEEF.</w:t>
      </w:r>
    </w:p>
    <w:p>
      <w:pPr>
        <w:pStyle w:val="Heading2"/>
      </w:pPr>
      <w:r>
        <w:t>How reading transforms a negative mindset into wisdom</w:t>
      </w:r>
    </w:p>
    <w:p>
      <w:r>
        <w:rPr>
          <w:color w:val="666666"/>
          <w:sz w:val="18"/>
        </w:rPr>
        <w:t>The Importance of Wisdom February 22, 2009 · 5m 05s · at 1:29:29 · https://youtu.be/2E7WtpqtFgw?t=5369</w:t>
      </w:r>
    </w:p>
    <w:p>
      <w:r>
        <w:rPr>
          <w:i/>
        </w:rPr>
        <w:t>“Hum log nai nasl ke ulama ko positive soch ki taraf kaise layein?”</w:t>
      </w:r>
    </w:p>
    <w:p>
      <w:r>
        <w:rPr>
          <w:sz w:val="20"/>
        </w:rPr>
        <w:t>1:29:29  Muhammad Hamid sahib ka yeh sawal hai ke hum log nai nasal ke ulama ko positive soch ki taraf kaise laayein?</w:t>
      </w:r>
      <w:r>
        <w:br/>
      </w:r>
      <w:r>
        <w:rPr>
          <w:sz w:val="20"/>
        </w:rPr>
        <w:t>1:29:40  jaise hum la rahe hain, hum koshish karte hain, yaani hum monthly magazine nikalte hain, kitabein chhapte hain, aur yeh class chalate hain, do do class, aur jaate hain idhar udhar.</w:t>
      </w:r>
      <w:r>
        <w:br/>
      </w:r>
      <w:r>
        <w:rPr>
          <w:sz w:val="20"/>
        </w:rPr>
        <w:t>1:29:57  aur hazaron logo ka jab maani badal gaya hai. ek baat mein yeh kahunga ke hamara jo monthly magazine hai, risala jo 1976 se nikal raha hai, woh aap is harast ko padhna bilkul obligatory hai.</w:t>
      </w:r>
      <w:r>
        <w:br/>
      </w:r>
      <w:r>
        <w:rPr>
          <w:sz w:val="20"/>
        </w:rPr>
        <w:t>1:30:15  jo log urdu nahi jaante, unhone padhwa kar sunein, woh log padhwa kar sunayein.</w:t>
      </w:r>
      <w:r>
        <w:br/>
      </w:r>
      <w:r>
        <w:rPr>
          <w:sz w:val="20"/>
        </w:rPr>
        <w:t>1:30:22  maharashtra mein ek sahib hain, asan rao patel, woh urdu nahi jaante the lekin samajh sakte the. un ki zaban thi marathi, to padhwa kar sunte the, padhwa kar sunte the.</w:t>
      </w:r>
      <w:r>
        <w:br/>
      </w:r>
      <w:r>
        <w:rPr>
          <w:sz w:val="20"/>
        </w:rPr>
        <w:t>1:30:33  aur unhone risale ke woh woh subscribe kiya, unhone abhi zinda hain, woh saare risale ke saare issue un ke paas hain.</w:t>
      </w:r>
      <w:r>
        <w:br/>
      </w:r>
      <w:r>
        <w:rPr>
          <w:sz w:val="20"/>
        </w:rPr>
        <w:t>1:30:44  is ko unhone woh kar kar rakha hai, bindery karwa li hai. yaani pehla abhi issue un ke paas hai aur aaj tak hai.</w:t>
      </w:r>
      <w:r>
        <w:br/>
      </w:r>
      <w:r>
        <w:rPr>
          <w:sz w:val="20"/>
        </w:rPr>
        <w:t>1:30:53  to un ki mother tongue hai marathi, parhwa ke sunte hain woh, aur bohat ziyada un ko faida hua, islam mila hai un ko. to aap mein se jo shakhs parh sake urdu, us ko samajhna chahiye ke us ko parhna hi parhna hai.</w:t>
      </w:r>
      <w:r>
        <w:br/>
      </w:r>
      <w:r>
        <w:rPr>
          <w:sz w:val="20"/>
        </w:rPr>
        <w:t>1:31:09  us ko isi se aql aye gi, isi se samajh aye gi, kyunke dunya bhar mein sare muslim world mein hazaron hazar nikaltay hain, parche aur journal aur magazine.</w:t>
      </w:r>
      <w:r>
        <w:br/>
      </w:r>
      <w:r>
        <w:rPr>
          <w:sz w:val="20"/>
        </w:rPr>
        <w:t>1:31:24  in mein se aik bhi nahi hai jo in yakoon baseer bizmanay wali baat us ke paas gaya. yani aaj ke zamanay mein islam par kis tarah hamein chalna hai, woh aap paaye is mein.</w:t>
      </w:r>
      <w:r>
        <w:br/>
      </w:r>
      <w:r>
        <w:rPr>
          <w:sz w:val="20"/>
        </w:rPr>
        <w:t>1:31:34  kuch bhi nahi</w:t>
      </w:r>
      <w:r>
        <w:br/>
      </w:r>
      <w:r>
        <w:rPr>
          <w:sz w:val="20"/>
        </w:rPr>
        <w:t>1:31:35  hota siwaye protest, shikayat, ehtejaj, anti-Jew, anti-Jewish, anti-Hindu, anti-American, anti-this, anti-that.</w:t>
      </w:r>
      <w:r>
        <w:br/>
      </w:r>
      <w:r>
        <w:rPr>
          <w:sz w:val="20"/>
        </w:rPr>
        <w:t>1:31:45  yehi sab baatein hoti hain is mein, ya traditional baatein hoti hain, bilkul rawayati qisam ki baatein, masla masail. ya to traditional baatein rehti hain ya negative baatein hoti hain.</w:t>
      </w:r>
      <w:r>
        <w:br/>
      </w:r>
      <w:r>
        <w:rPr>
          <w:sz w:val="20"/>
        </w:rPr>
        <w:t>1:31:55  aur risala magazine jo hai hamara, wahid aik hi parcha poore muslim world mein hai jo aap ko baseer zamanah banata hai</w:t>
      </w:r>
      <w:r>
        <w:br/>
      </w:r>
      <w:r>
        <w:rPr>
          <w:sz w:val="20"/>
        </w:rPr>
        <w:t>1:32:04  ke aaj ke zamanay mein kis tarah se aap muslim ban kar rahen, ye batata hai aap ko. to must hai ke aap mein se har shakhs parhe us ko. jo nahi parh sakta, woh parhwa ke sune, jaise kasin rao patel parhwa ke sunte hain.</w:t>
      </w:r>
      <w:r>
        <w:br/>
      </w:r>
      <w:r>
        <w:rPr>
          <w:sz w:val="20"/>
        </w:rPr>
        <w:t>1:32:18  kisi bhi shakhs ko aap tajurba kar lijiye, aap ke aik nojawan ko pakriye, aik saal tak us ko parhwaiye ya sunaiye us ko. risala hamara aik saal mein agar woh nahi badle ga to aap mujhe bataiye, abhi tak to aisi misaal nahi ke na badla hua.</w:t>
      </w:r>
      <w:r>
        <w:br/>
      </w:r>
      <w:r>
        <w:rPr>
          <w:sz w:val="20"/>
        </w:rPr>
        <w:t>1:32:32  aik saal tak parhwaiye, kam se kam do bar, kam se kam do bar. hazaron hazar log hain jo parh parh ke in ka zehn badla gaya.</w:t>
      </w:r>
      <w:r>
        <w:br/>
      </w:r>
      <w:r>
        <w:rPr>
          <w:sz w:val="20"/>
        </w:rPr>
        <w:t>1:32:43  kashmir mein aik sahib hain jo parh ke in ka zehn badla to woh har har mahine dedh so issue kharidte hain apne paas se aur free bantte hain, woh sab ko dete hain kashmir mein.</w:t>
      </w:r>
      <w:r>
        <w:br/>
      </w:r>
      <w:r>
        <w:rPr>
          <w:sz w:val="20"/>
        </w:rPr>
        <w:t>1:32:57  to</w:t>
      </w:r>
      <w:r>
        <w:br/>
      </w:r>
      <w:r>
        <w:rPr>
          <w:sz w:val="20"/>
        </w:rPr>
        <w:t>1:32:58  jo kaam hai, woh kijiye, literature phailaiye, risalay ko parhwaiye. jo na janta ho urdu, us ko parhwa ke, us ko parhwa ke sunaiye, us ko parh kar ke.</w:t>
      </w:r>
      <w:r>
        <w:br/>
      </w:r>
      <w:r>
        <w:rPr>
          <w:sz w:val="20"/>
        </w:rPr>
        <w:t>1:33:08  is tareeqay se kaam hoga. dekhen, ye kaam hai, us ko hum kehte hain mind engineering, zehn ko badalna. yaad rakhiye, pathar ko tarashna aasan hai, zehn ko tarashna mushkil hai.</w:t>
      </w:r>
      <w:r>
        <w:br/>
      </w:r>
      <w:r>
        <w:rPr>
          <w:sz w:val="20"/>
        </w:rPr>
        <w:t>1:33:23  lohay ko mold karna aasan hai, lekin zehn ko mold karna mushkil hai.</w:t>
      </w:r>
      <w:r>
        <w:br/>
      </w:r>
      <w:r>
        <w:rPr>
          <w:sz w:val="20"/>
        </w:rPr>
        <w:t>1:33:28  to zehn bananay ka kaam itna aasan ho jaye ga, itni aasani se. is ke liye aik barabar, aik aik aik continuous effort karni pare gi. aur bohat aasan hai aap ke liye.</w:t>
      </w:r>
      <w:r>
        <w:br/>
      </w:r>
      <w:r>
        <w:rPr>
          <w:sz w:val="20"/>
        </w:rPr>
        <w:t>1:33:38  aap hamari jo jo kitaben yahan chhapi hain, un ko parhwaiye. brochure hain, pamphlet hain, kitaben hain, magazine hai.</w:t>
      </w:r>
      <w:r>
        <w:br/>
      </w:r>
      <w:r>
        <w:rPr>
          <w:sz w:val="20"/>
        </w:rPr>
        <w:t>1:33:46  mein kisi bhi shakhs se kehta hoon ke aik aik saal woh ye kaam kare ke aik saal barabar woh parhwaiye risala magazine barabar, aur kam se kam do bar har mahine ka issue, do bar.</w:t>
      </w:r>
      <w:r>
        <w:br/>
      </w:r>
      <w:r>
        <w:rPr>
          <w:sz w:val="20"/>
        </w:rPr>
        <w:t>1:33:59  phir aik saal ke baad jo report de mujhe. ab tak to tajurba mera hai ke sab ka zehn badal jata hai.</w:t>
      </w:r>
      <w:r>
        <w:br/>
      </w:r>
      <w:r>
        <w:rPr>
          <w:sz w:val="20"/>
        </w:rPr>
        <w:t>1:34:06  abhi kal parson mere paas aik aaye thay, aik sahib jo government of india mein kuch un ki service hai, un ke. unhon ne kaha ke main pehle negative tha, mere paas patience nahi tha, main sabr ko badri samajhta tha, lekin risala parhte parhte ab main bilkul badl gaya hoon.</w:t>
      </w:r>
      <w:r>
        <w:br/>
      </w:r>
      <w:r>
        <w:rPr>
          <w:sz w:val="20"/>
        </w:rPr>
        <w:t>1:34:22  ab albata ye to khazana hai, intellectual treasure hai ye to. to aap bhi kar ke dekhiye, phir mujhe result bataiye.</w:t>
      </w:r>
    </w:p>
    <w:p>
      <w:pPr>
        <w:pStyle w:val="Heading2"/>
      </w:pPr>
      <w:r>
        <w:t>From individual jihad to state war and avoidance</w:t>
      </w:r>
    </w:p>
    <w:p>
      <w:r>
        <w:rPr>
          <w:color w:val="666666"/>
          <w:sz w:val="18"/>
        </w:rPr>
        <w:t>An Introduction to the Life of the Prophet Muhammad I 31st July 07 · 5m 03s · at 29:39 · https://youtu.be/8lkGaZIXReA?t=1779</w:t>
      </w:r>
    </w:p>
    <w:p>
      <w:r>
        <w:rPr>
          <w:i/>
        </w:rPr>
        <w:t>“So he never accepted their offer that we want to do jihad.”</w:t>
      </w:r>
    </w:p>
    <w:p>
      <w:r>
        <w:rPr>
          <w:sz w:val="20"/>
        </w:rPr>
        <w:t>29:39  So he never accepted their offer that we want to do jihad. He said no. Then when he migrated from Makkah to Medina and there he was able to establish a state. So Medina was a city state at that time.</w:t>
      </w:r>
      <w:r>
        <w:br/>
      </w:r>
      <w:r>
        <w:rPr>
          <w:sz w:val="20"/>
        </w:rPr>
        <w:t>30:09  So at that time so when when he was able to to establish a state in Medina, Makkan people became enemy of this state. So they attacked several times. Then Prophet war a defensive war. When he was ahead of the state and they attacked</w:t>
      </w:r>
      <w:r>
        <w:br/>
      </w:r>
      <w:r>
        <w:rPr>
          <w:sz w:val="20"/>
        </w:rPr>
        <w:t>30:40  from Makkah, then he engaged himself in defensive war. So by this he set a very very important example that war is a prerogative of state. No individual, no agency other than state is allowed to go to war. So he never all</w:t>
      </w:r>
      <w:r>
        <w:br/>
      </w:r>
      <w:r>
        <w:rPr>
          <w:sz w:val="20"/>
        </w:rPr>
        <w:t>31:10  owed to his companions to go to war, to go to fighting, to go to violence. Never, never, never. So all kind of those all kind of those guerrilla wars, proxy wars, are are unlawful in Islam because these are useless. Through guerrilla war or proxy war, you can achie</w:t>
      </w:r>
      <w:r>
        <w:br/>
      </w:r>
      <w:r>
        <w:rPr>
          <w:sz w:val="20"/>
        </w:rPr>
        <w:t>31:40  ve a positive result. It is simply an outburst. All those so-called guerrilla wars or so-called proxy wars or so-called secret wars are nothing but useless outburst. It's not war. It is self-killing. It is self-killing.</w:t>
      </w:r>
      <w:r>
        <w:br/>
      </w:r>
      <w:r>
        <w:rPr>
          <w:sz w:val="20"/>
        </w:rPr>
        <w:t>32:12  Through guerrilla war, through proxy war, through secret wars, you cannot get a positive result. So Prophet of Islam prohibited all all these kind of war. He allowed only one war, that is war by state. This example was set by Prophet perhaps first in he</w:t>
      </w:r>
      <w:r>
        <w:br/>
      </w:r>
      <w:r>
        <w:rPr>
          <w:sz w:val="20"/>
        </w:rPr>
        <w:t>32:42  was the first in history. Perhaps he was the first in history to differentiate between state war and individual war. He was first in history to differentiate between state war and individual war. He said individual has noright to go to war. Organizations other than state have noright to go to war</w:t>
      </w:r>
      <w:r>
        <w:br/>
      </w:r>
      <w:r>
        <w:rPr>
          <w:sz w:val="20"/>
        </w:rPr>
        <w:t>33:12  . Only state has theright to war. Only state hasright to go to war. This example was set by the Prophet of Islam, perhaps first in the history, first time in the history. Then Prophet of Islam set another example that there is no war except defensive war. Even a state</w:t>
      </w:r>
      <w:r>
        <w:br/>
      </w:r>
      <w:r>
        <w:rPr>
          <w:sz w:val="20"/>
        </w:rPr>
        <w:t>33:42  is not allowed to go to war as as an aggression. Even a state is allowed to go to war in defensive situation. Other than defensive war is is not allowed. It is haram in Islam. So this was a also</w:t>
      </w:r>
      <w:r>
        <w:br/>
      </w:r>
      <w:r>
        <w:rPr>
          <w:sz w:val="20"/>
        </w:rPr>
        <w:t>34:12  a very important example set by the Prophet of Islam. Then also he adopted a very unique formula that is avoidance. According to the record, the Makkan people tried to tried to attack Medina no no less than 83</w:t>
      </w:r>
    </w:p>
    <w:p>
      <w:pPr>
        <w:pStyle w:val="Heading2"/>
      </w:pPr>
      <w:r>
        <w:t>fiqh's meaning, history, and adapting rulings to new times</w:t>
      </w:r>
    </w:p>
    <w:p>
      <w:r>
        <w:rPr>
          <w:color w:val="666666"/>
          <w:sz w:val="18"/>
        </w:rPr>
        <w:t>Evolution of Fiqh: The Journey</w:t>
        <w:br/>
        <w:t>of Islamic Jurisprudence Dec 22, 2024 · 3m 43s · at 2:09 · https://youtu.be/Iwtb-eFjp2c?t=129</w:t>
      </w:r>
    </w:p>
    <w:p>
      <w:r>
        <w:rPr>
          <w:i/>
        </w:rPr>
        <w:t>“yeh bahut hi important topic hai, koi bhi kaam be samjhe bujhe karen”</w:t>
      </w:r>
    </w:p>
    <w:p>
      <w:r>
        <w:rPr>
          <w:sz w:val="20"/>
        </w:rPr>
        <w:t>2:09  ji haan, jaise aap ne kaha ke ye bahut hi important topic hai, kyunki koi bhi kaam aap be-samjhe bojhe karein to is ki koi ahemiyat nahi hoti.</w:t>
      </w:r>
      <w:r>
        <w:br/>
      </w:r>
      <w:r>
        <w:rPr>
          <w:sz w:val="20"/>
        </w:rPr>
        <w:t>2:19  to isi tarah deen bhi hai. fiqh ke dekhiye, literal maani hain, gehri samajh, understanding jis ko hum angrezi mein kehte hain.</w:t>
      </w:r>
      <w:r>
        <w:br/>
      </w:r>
      <w:r>
        <w:rPr>
          <w:sz w:val="20"/>
        </w:rPr>
        <w:t>2:29  to gehrai se kisi baat ko samajhna ek hai ke sirf namaz roza kar lena be-samjhe bojhe, jaise zyada tar log karte hain.</w:t>
      </w:r>
      <w:r>
        <w:br/>
      </w:r>
      <w:r>
        <w:rPr>
          <w:sz w:val="20"/>
        </w:rPr>
        <w:t>2:38  ek hai is ko samajh kar karna, is ko, is ko achhe tareeqe se samajhna ke is se murad kya hai, is se humein kya kya, humein is, is ke kis tareeqe se is ki adayegi karni chahiye.</w:t>
      </w:r>
      <w:r>
        <w:br/>
      </w:r>
      <w:r>
        <w:rPr>
          <w:sz w:val="20"/>
        </w:rPr>
        <w:t>2:52  to isi tareeqe se shariat ke jo lafzi maani hain, shariat ka lafz bahut bola jata hai, is</w:t>
      </w:r>
      <w:r>
        <w:br/>
      </w:r>
      <w:r>
        <w:rPr>
          <w:sz w:val="20"/>
        </w:rPr>
        <w:t>2:58  ke jo lafzi maani hain, woh highway, highway kehte hain, woh chaura rasta jis par chala jaye. to Quran ne is lafz ko deen ke liye istemal kiya hai, chaura rasta yani clear cut path, ordained by God.</w:t>
      </w:r>
      <w:r>
        <w:br/>
      </w:r>
      <w:r>
        <w:rPr>
          <w:sz w:val="20"/>
        </w:rPr>
        <w:t>3:16  to shuru mein dekhiye, ilm aur fiqh dono synonyms words the.</w:t>
      </w:r>
      <w:r>
        <w:br/>
      </w:r>
      <w:r>
        <w:rPr>
          <w:sz w:val="20"/>
        </w:rPr>
        <w:t>3:22  baad mein jab, jab ahkam par, ahkam wali hadeeson par zyada zor diya jane laga to is mein fiqh ka lafz jo hai, woh alag ek term ban gaya.</w:t>
      </w:r>
      <w:r>
        <w:br/>
      </w:r>
      <w:r>
        <w:rPr>
          <w:sz w:val="20"/>
        </w:rPr>
        <w:t>3:34  to ye doosri sadi hijri se fiqh ka lafz sirf qanooni ahkam ke liye istemal hone laga. to woh jo fuqaha the, woh qanooni ahkam wali hadeesen jama karte the, aur muhaddiseen jo the, woh tamam hadeesen jama karte the.</w:t>
      </w:r>
      <w:r>
        <w:br/>
      </w:r>
      <w:r>
        <w:rPr>
          <w:sz w:val="20"/>
        </w:rPr>
        <w:t>3:51  to faqeeh ke ausaaf jo bataya hai Hasan Basri ne ke un ko deen ki gehri samajh honi chahiye, aur duniya se be-raghbati honi chahiye, un ko ma'rifat honi chahiye, achhi gehrai, ma'rifat ki gehrai un ko honi chahiye.</w:t>
      </w:r>
      <w:r>
        <w:br/>
      </w:r>
      <w:r>
        <w:rPr>
          <w:sz w:val="20"/>
        </w:rPr>
        <w:t>4:09  aur jo bahut badi cheez hai, woh ye hai ke halaat-e-zamana se waqifiyat</w:t>
      </w:r>
      <w:r>
        <w:br/>
      </w:r>
      <w:r>
        <w:rPr>
          <w:sz w:val="20"/>
        </w:rPr>
        <w:t>4:14  , kyunki jab tak un ko halaat-e-zamana ki gehri waqifiyat na hogi to woh Quran ke ahkam, hadees ke ahkam, matlab deeni ahkam ko is lihaz se woh apply nahi kar payenge.</w:t>
      </w:r>
      <w:r>
        <w:br/>
      </w:r>
      <w:r>
        <w:rPr>
          <w:sz w:val="20"/>
        </w:rPr>
        <w:t>4:29  to is hadees mein bhi aaya hai ye lafz ke basirat be-zamani prophet ke liye aaya hai. to prophet aur da'ee aur jo bhi ulama hain, to un ko bhi ye saari khusoosiyat un ke andar ba-darja-e-atam honi chahiye,</w:t>
      </w:r>
      <w:r>
        <w:br/>
      </w:r>
      <w:r>
        <w:rPr>
          <w:sz w:val="20"/>
        </w:rPr>
        <w:t>4:46  matlab bahut zyada honi chahiye. to is tareeqe se woh deen ke usoolon ko naye halaat par apply kar sakte hain.</w:t>
      </w:r>
      <w:r>
        <w:br/>
      </w:r>
      <w:r>
        <w:rPr>
          <w:sz w:val="20"/>
        </w:rPr>
        <w:t>4:56  bahut si misalen hain.</w:t>
      </w:r>
      <w:r>
        <w:br/>
      </w:r>
      <w:r>
        <w:rPr>
          <w:sz w:val="20"/>
        </w:rPr>
        <w:t>4:58  misal ke taur par, pehle zamane mein hajj jo hai, woh oont, oont ki sawari Quran mein bhi aaya hai: "badle oont, mote oont, tum log oont se sawari kar kar ke Khuda ke ghar pahuncho." ab zamana badal gaya, to tarah tarah ki sawariyan hain,</w:t>
      </w:r>
      <w:r>
        <w:br/>
      </w:r>
      <w:r>
        <w:rPr>
          <w:sz w:val="20"/>
        </w:rPr>
        <w:t>5:15  car hai, aur tarah tarah ki transport hai, hawai jahaz hai. pehle pani ke jahaz se log safar karte the, to is tareeqe se halaat badalte hain.</w:t>
      </w:r>
      <w:r>
        <w:br/>
      </w:r>
      <w:r>
        <w:rPr>
          <w:sz w:val="20"/>
        </w:rPr>
        <w:t>5:26  ab bahut se log ye samajhte hain ke humein oont par hi karna chahiye safar hajj ke liye, lekin aisa nahi hai, woh halaat ke hisaab se tha.</w:t>
      </w:r>
      <w:r>
        <w:br/>
      </w:r>
      <w:r>
        <w:rPr>
          <w:sz w:val="20"/>
        </w:rPr>
        <w:t>5:36  ab halaat badal gaye hain, to hum nayi sawariyon ka istemal kar sakte hain. to Rasulullah sallallahu alaihi wa sallam ke zamane mein fiqh bahut simple thi, kyunki Rasulullah sallallahu alaihi wa sallam maujood the, Quran utar raha</w:t>
      </w:r>
    </w:p>
    <w:p>
      <w:pPr>
        <w:pStyle w:val="Heading2"/>
      </w:pPr>
      <w:r>
        <w:t>Why 'all religions are true' failed and the Quran's practical fix</w:t>
      </w:r>
    </w:p>
    <w:p>
      <w:r>
        <w:rPr>
          <w:color w:val="666666"/>
          <w:sz w:val="18"/>
        </w:rPr>
        <w:t>How to Establish Harmony in a Multi-Religious Society April 4, 2009 Maulana Wahiduddin Khan · 4m 10s · at 3:39 · https://youtu.be/21fE3OxNqV8?t=219</w:t>
      </w:r>
    </w:p>
    <w:p>
      <w:r>
        <w:rPr>
          <w:i/>
        </w:rPr>
        <w:t>“This concept was first adopted by Emperor Akbar”</w:t>
      </w:r>
    </w:p>
    <w:p>
      <w:r>
        <w:rPr>
          <w:sz w:val="20"/>
        </w:rPr>
        <w:t>3:39  you know, this concept was first adopted by emperor akbar.</w:t>
      </w:r>
      <w:r>
        <w:br/>
      </w:r>
      <w:r>
        <w:rPr>
          <w:sz w:val="20"/>
        </w:rPr>
        <w:t>3:50  emperor akbar was a believer of this formula that every religion is true.</w:t>
      </w:r>
      <w:r>
        <w:br/>
      </w:r>
      <w:r>
        <w:rPr>
          <w:sz w:val="20"/>
        </w:rPr>
        <w:t>4:02  every religion is true, but it failed. it failed completely.</w:t>
      </w:r>
      <w:r>
        <w:br/>
      </w:r>
      <w:r>
        <w:rPr>
          <w:sz w:val="20"/>
        </w:rPr>
        <w:t>4:11  that was not adopted by either the religious community. then you know, doctor bhagwan das was a great scholar.</w:t>
      </w:r>
      <w:r>
        <w:br/>
      </w:r>
      <w:r>
        <w:rPr>
          <w:sz w:val="20"/>
        </w:rPr>
        <w:t>4:23  he he was he he is encyclopedic knowledge of religion.</w:t>
      </w:r>
      <w:r>
        <w:br/>
      </w:r>
      <w:r>
        <w:rPr>
          <w:sz w:val="20"/>
        </w:rPr>
        <w:t>4:32  so, he prepared a book. essential unity of all all religions.</w:t>
      </w:r>
      <w:r>
        <w:br/>
      </w:r>
      <w:r>
        <w:rPr>
          <w:sz w:val="20"/>
        </w:rPr>
        <w:t>4:42  he tried to establish his theory that all the religions are essentially one,</w:t>
      </w:r>
      <w:r>
        <w:br/>
      </w:r>
      <w:r>
        <w:rPr>
          <w:sz w:val="20"/>
        </w:rPr>
        <w:t>4:51  but</w:t>
      </w:r>
      <w:r>
        <w:br/>
      </w:r>
      <w:r>
        <w:rPr>
          <w:sz w:val="20"/>
        </w:rPr>
        <w:t>4:56  this</w:t>
      </w:r>
      <w:r>
        <w:br/>
      </w:r>
      <w:r>
        <w:rPr>
          <w:sz w:val="20"/>
        </w:rPr>
        <w:t>4:59  that this book. all to i have a copy of this book in my library, but you know, this book was also completely failed.</w:t>
      </w:r>
      <w:r>
        <w:br/>
      </w:r>
      <w:r>
        <w:rPr>
          <w:sz w:val="20"/>
        </w:rPr>
        <w:t>5:11  this full this book failed to failed to</w:t>
      </w:r>
      <w:r>
        <w:br/>
      </w:r>
      <w:r>
        <w:rPr>
          <w:sz w:val="20"/>
        </w:rPr>
        <w:t>5:18  launch any momentum.</w:t>
      </w:r>
      <w:r>
        <w:br/>
      </w:r>
      <w:r>
        <w:rPr>
          <w:sz w:val="20"/>
        </w:rPr>
        <w:t>5:21  then you know, mahatma gandhi. this was the thinking of mahatma gandhi also, but mahatma gandhi also failed.</w:t>
      </w:r>
      <w:r>
        <w:br/>
      </w:r>
      <w:r>
        <w:rPr>
          <w:sz w:val="20"/>
        </w:rPr>
        <w:t>5:33  so, i think that this formula that every true is simply a philosophical formula, a romantic formula,</w:t>
      </w:r>
      <w:r>
        <w:br/>
      </w:r>
      <w:r>
        <w:rPr>
          <w:sz w:val="20"/>
        </w:rPr>
        <w:t>5:46  or imaginary formula. it is a practical formula.</w:t>
      </w:r>
      <w:r>
        <w:br/>
      </w:r>
      <w:r>
        <w:rPr>
          <w:sz w:val="20"/>
        </w:rPr>
        <w:t>5:52  in such a situation, you have to adopt practical formula, because it required to change the mind of all the peoples.</w:t>
      </w:r>
      <w:r>
        <w:br/>
      </w:r>
      <w:r>
        <w:rPr>
          <w:sz w:val="20"/>
        </w:rPr>
        <w:t>6:06  it is impossible.</w:t>
      </w:r>
      <w:r>
        <w:br/>
      </w:r>
      <w:r>
        <w:rPr>
          <w:sz w:val="20"/>
        </w:rPr>
        <w:t>6:10  this simply a i i i i i i i i i i i i i i i i i i i admit that is a very beautiful formula that all the religions are true, b</w:t>
      </w:r>
      <w:r>
        <w:br/>
      </w:r>
      <w:r>
        <w:rPr>
          <w:sz w:val="20"/>
        </w:rPr>
        <w:t>6:21  t</w:t>
      </w:r>
      <w:r>
        <w:br/>
      </w:r>
      <w:r>
        <w:rPr>
          <w:sz w:val="20"/>
        </w:rPr>
        <w:t>6:24  this formula is out of our tradition. it is not part of our tradition. so, it required thousand and thousand years to to believe people in this formula that every religion is true.</w:t>
      </w:r>
      <w:r>
        <w:br/>
      </w:r>
      <w:r>
        <w:rPr>
          <w:sz w:val="20"/>
        </w:rPr>
        <w:t>6:46  so, i would look i would like to suggest that the best formula is that which is practical formula, and this formula is based on this principle that follow one and respect all.</w:t>
      </w:r>
      <w:r>
        <w:br/>
      </w:r>
      <w:r>
        <w:rPr>
          <w:sz w:val="20"/>
        </w:rPr>
        <w:t>7:05  this formula was given by islam in seventh century a.d. there is a well known verse in the quran:</w:t>
      </w:r>
      <w:r>
        <w:br/>
      </w:r>
      <w:r>
        <w:rPr>
          <w:sz w:val="20"/>
        </w:rPr>
        <w:t>7:19  "lakum deenukum waliya deen". for you your religion, for me mine.</w:t>
      </w:r>
      <w:r>
        <w:br/>
      </w:r>
      <w:r>
        <w:rPr>
          <w:sz w:val="20"/>
        </w:rPr>
        <w:t>7:30  for you your religion, for me mine. this is practical formula. in other words, it means follow one and respect all.</w:t>
      </w:r>
      <w:r>
        <w:br/>
      </w:r>
      <w:r>
        <w:rPr>
          <w:sz w:val="20"/>
        </w:rPr>
        <w:t>7:43  this is the only practical formula that is feasible.</w:t>
      </w:r>
    </w:p>
    <w:p>
      <w:pPr>
        <w:pStyle w:val="Heading2"/>
      </w:pPr>
      <w:r>
        <w:t>Muslims fell behind in science by hating the West</w:t>
      </w:r>
    </w:p>
    <w:p>
      <w:r>
        <w:rPr>
          <w:color w:val="666666"/>
          <w:sz w:val="18"/>
        </w:rPr>
        <w:t>Role of Islam in History April 5, 2009 · 4m 40s · at 1:12:22 · https://youtu.be/_chXIaKrOH8?t=4342</w:t>
      </w:r>
    </w:p>
    <w:p>
      <w:r>
        <w:rPr>
          <w:i/>
        </w:rPr>
        <w:t>“Modern inventions mein Muslims ka naam na ke barabar hai”</w:t>
      </w:r>
    </w:p>
    <w:p>
      <w:r>
        <w:rPr>
          <w:sz w:val="20"/>
        </w:rPr>
        <w:t>1:12:22  dunya mein jitni taraqqi o kamyabi ghair iman karne wale, dunya mein jitni taraqqi o kamyabi ghair iman wale karte hain,</w:t>
      </w:r>
      <w:r>
        <w:br/>
      </w:r>
      <w:r>
        <w:rPr>
          <w:sz w:val="20"/>
        </w:rPr>
        <w:t>1:12:35  itni taraqqi o kamyabi iman wale nahi kar paate. misaal modern alat ki ijad mein musalmanon ka naam na ke barabar hai,</w:t>
      </w:r>
      <w:r>
        <w:br/>
      </w:r>
      <w:r>
        <w:rPr>
          <w:sz w:val="20"/>
        </w:rPr>
        <w:t>1:12:46  jaise computer, mobile, hawai jahaz, medicine, electronics, hospital mein use hone wale alat.</w:t>
      </w:r>
      <w:r>
        <w:br/>
      </w:r>
      <w:r>
        <w:rPr>
          <w:sz w:val="20"/>
        </w:rPr>
        <w:t>1:12:56  gharz yeh ke science ke zariye hone wali har ijad mein ghair muslimon ka naam hai, muslimon ka nahi, aur musalman taleem mein bhi peechay hain.</w:t>
      </w:r>
      <w:r>
        <w:br/>
      </w:r>
      <w:r>
        <w:rPr>
          <w:sz w:val="20"/>
        </w:rPr>
        <w:t>1:13:09  is ki kya wajah hai? idhar question of muslim bundar, muslim,</w:t>
      </w:r>
      <w:r>
        <w:br/>
      </w:r>
      <w:r>
        <w:rPr>
          <w:sz w:val="20"/>
        </w:rPr>
        <w:t>1:13:16  muslims are engaged in politics, in fighting, in jihad, in gun and bomb, and all the whole muslim society is giving them admiration.</w:t>
      </w:r>
      <w:r>
        <w:br/>
      </w:r>
      <w:r>
        <w:rPr>
          <w:sz w:val="20"/>
        </w:rPr>
        <w:t>1:13:28  they are heroes. no muslim is ready to condemn these people. i don't know any muslim who condemn, who condemns these people.</w:t>
      </w:r>
      <w:r>
        <w:br/>
      </w:r>
      <w:r>
        <w:rPr>
          <w:sz w:val="20"/>
        </w:rPr>
        <w:t>1:13:42  so these people who are engaged in politics and in leadership and in in in political activities, they are emergent heroes in the muslim society.</w:t>
      </w:r>
      <w:r>
        <w:br/>
      </w:r>
      <w:r>
        <w:rPr>
          <w:sz w:val="20"/>
        </w:rPr>
        <w:t>1:13:55  so when you are not engaged in scientific study, then you can not perform any, any, any, any breaker in science</w:t>
      </w:r>
      <w:r>
        <w:br/>
      </w:r>
      <w:r>
        <w:rPr>
          <w:sz w:val="20"/>
        </w:rPr>
        <w:t>1:14:09  . they are performing breaker because they are engaged in science. so muslims are engaged, muslims due to their negative thinking, due to their political thinking, they are engaged in political activities,</w:t>
      </w:r>
      <w:r>
        <w:br/>
      </w:r>
      <w:r>
        <w:rPr>
          <w:sz w:val="20"/>
        </w:rPr>
        <w:t>1:14:26  in gun culture, bomb culture. so first of all, you have to abandon all these activities. all muslims must issue a fatwa that all these activities are haram.</w:t>
      </w:r>
      <w:r>
        <w:br/>
      </w:r>
      <w:r>
        <w:rPr>
          <w:sz w:val="20"/>
        </w:rPr>
        <w:t>1:14:42  then a new beginning will emerge. there is no new beginning. people are engaged in politics, engaged in even in society, bigging, but no,</w:t>
      </w:r>
      <w:r>
        <w:br/>
      </w:r>
      <w:r>
        <w:rPr>
          <w:sz w:val="20"/>
        </w:rPr>
        <w:t>1:14:56  no mufti issue any fatwa that all these things are haram. so there is no new process</w:t>
      </w:r>
      <w:r>
        <w:br/>
      </w:r>
      <w:r>
        <w:rPr>
          <w:sz w:val="20"/>
        </w:rPr>
        <w:t>1:15:04  . so first of all, you have to condemn all these activities. you have to declare that these activities are unislamic. then inshallah, there will be a new beginning, and then muslim will emerge in scientific fields.</w:t>
      </w:r>
      <w:r>
        <w:br/>
      </w:r>
      <w:r>
        <w:rPr>
          <w:sz w:val="20"/>
        </w:rPr>
        <w:t>1:15:21  so when there is no beginning, there is no end.</w:t>
      </w:r>
      <w:r>
        <w:br/>
      </w:r>
      <w:r>
        <w:rPr>
          <w:sz w:val="20"/>
        </w:rPr>
        <w:t>1:15:27  this is the present state of affairs.</w:t>
      </w:r>
      <w:r>
        <w:br/>
      </w:r>
      <w:r>
        <w:rPr>
          <w:sz w:val="20"/>
        </w:rPr>
        <w:t>1:15:31  this question is from doctor farida khanam. is it possible to bring about any change in the mindset of taliban who have turned barbarians in an age when freedom is regarded as summum bonum?</w:t>
      </w:r>
      <w:r>
        <w:br/>
      </w:r>
      <w:r>
        <w:rPr>
          <w:sz w:val="20"/>
        </w:rPr>
        <w:t>1:15:49  is it possible, but no one is ready to condemn these people.</w:t>
      </w:r>
      <w:r>
        <w:br/>
      </w:r>
      <w:r>
        <w:rPr>
          <w:sz w:val="20"/>
        </w:rPr>
        <w:t>1:15:59  there are so many muslim scholars, they have declared that they are doing good job. the taliban means islamization.</w:t>
      </w:r>
      <w:r>
        <w:br/>
      </w:r>
      <w:r>
        <w:rPr>
          <w:sz w:val="20"/>
        </w:rPr>
        <w:t>1:16:09  there are so many muslims who said that taliban means islamization. it was a true islamic revolution.</w:t>
      </w:r>
      <w:r>
        <w:br/>
      </w:r>
      <w:r>
        <w:rPr>
          <w:sz w:val="20"/>
        </w:rPr>
        <w:t>1:16:22  so you have to change your mind, and you have to see that this is not islam. this is barbarism.</w:t>
      </w:r>
      <w:r>
        <w:br/>
      </w:r>
      <w:r>
        <w:rPr>
          <w:sz w:val="20"/>
        </w:rPr>
        <w:t>1:16:35  at present, as i know, they are receiving money, they are receiving admiration. they are yani they have become heroes among muslim society, everywhere in the world.</w:t>
      </w:r>
      <w:r>
        <w:br/>
      </w:r>
      <w:r>
        <w:rPr>
          <w:sz w:val="20"/>
        </w:rPr>
        <w:t>1:16:52  so first of all, you have to. so first of all, muslims outside afghanistan must change their mind.</w:t>
      </w:r>
    </w:p>
    <w:p>
      <w:pPr>
        <w:pStyle w:val="Heading2"/>
      </w:pPr>
      <w:r>
        <w:t>Revolt against rulers is haram</w:t>
      </w:r>
    </w:p>
    <w:p>
      <w:r>
        <w:rPr>
          <w:color w:val="666666"/>
          <w:sz w:val="18"/>
        </w:rPr>
        <w:t>Muslims: A Reassessment | July 23, 2007 · 6m 02s · at 41:38 · https://youtu.be/GGbpsnYmdT0?t=2498</w:t>
      </w:r>
    </w:p>
    <w:p>
      <w:r>
        <w:rPr>
          <w:i/>
        </w:rPr>
        <w:t>“In every Muslim country, there are movements against their rulers.”</w:t>
      </w:r>
    </w:p>
    <w:p>
      <w:r>
        <w:rPr>
          <w:sz w:val="20"/>
        </w:rPr>
        <w:t>41:38  In every Muslim country, there are movements against the rulers, against their rulers.</w:t>
      </w:r>
      <w:r>
        <w:br/>
      </w:r>
      <w:r>
        <w:rPr>
          <w:sz w:val="20"/>
        </w:rPr>
        <w:t>41:48  In every country, there are violent movements against their rulers.</w:t>
      </w:r>
      <w:r>
        <w:br/>
      </w:r>
      <w:r>
        <w:rPr>
          <w:sz w:val="20"/>
        </w:rPr>
        <w:t>41:58  The recent example was the episode of the Lal Masjid of Islamab</w:t>
      </w:r>
      <w:r>
        <w:br/>
      </w:r>
      <w:r>
        <w:rPr>
          <w:sz w:val="20"/>
        </w:rPr>
        <w:t>42:08  ad.</w:t>
      </w:r>
      <w:r>
        <w:br/>
      </w:r>
      <w:r>
        <w:rPr>
          <w:sz w:val="20"/>
        </w:rPr>
        <w:t>42:16  So almost in every Muslim country, there are violent movements against their rulers.</w:t>
      </w:r>
      <w:r>
        <w:br/>
      </w:r>
      <w:r>
        <w:rPr>
          <w:sz w:val="20"/>
        </w:rPr>
        <w:t>42:23  This is called in Islamic literature Khuruj.</w:t>
      </w:r>
      <w:r>
        <w:br/>
      </w:r>
      <w:r>
        <w:rPr>
          <w:sz w:val="20"/>
        </w:rPr>
        <w:t>42:31  Khuruj means revolt.</w:t>
      </w:r>
      <w:r>
        <w:br/>
      </w:r>
      <w:r>
        <w:rPr>
          <w:sz w:val="20"/>
        </w:rPr>
        <w:t>42:38  So all these movements are Khuruj, that is revolt.</w:t>
      </w:r>
      <w:r>
        <w:br/>
      </w:r>
      <w:r>
        <w:rPr>
          <w:sz w:val="20"/>
        </w:rPr>
        <w:t>42:49  The Prophet of Islam has issued clear directions that Khuruj is haram.</w:t>
      </w:r>
      <w:r>
        <w:br/>
      </w:r>
      <w:r>
        <w:rPr>
          <w:sz w:val="20"/>
        </w:rPr>
        <w:t>42:59  Do not go to Khuruj, do not go to revolt against your Muslim rulers.</w:t>
      </w:r>
      <w:r>
        <w:br/>
      </w:r>
      <w:r>
        <w:rPr>
          <w:sz w:val="20"/>
        </w:rPr>
        <w:t>43:10  Here I would like to refer to Sahih Muslim.</w:t>
      </w:r>
      <w:r>
        <w:br/>
      </w:r>
      <w:r>
        <w:rPr>
          <w:sz w:val="20"/>
        </w:rPr>
        <w:t>43:20  Sahih Muslim is a well-known book of Hadiths, and Al-Imam Nawawi has interpreted these Hadiths.</w:t>
      </w:r>
      <w:r>
        <w:br/>
      </w:r>
      <w:r>
        <w:rPr>
          <w:sz w:val="20"/>
        </w:rPr>
        <w:t>43:30  It is a well-known interpretation of Hadith</w:t>
      </w:r>
      <w:r>
        <w:br/>
      </w:r>
      <w:r>
        <w:rPr>
          <w:sz w:val="20"/>
        </w:rPr>
        <w:t>43:40  s.</w:t>
      </w:r>
      <w:r>
        <w:br/>
      </w:r>
      <w:r>
        <w:rPr>
          <w:sz w:val="20"/>
        </w:rPr>
        <w:t>43:48  Imam Nawawi was a great scholar.</w:t>
      </w:r>
      <w:r>
        <w:br/>
      </w:r>
      <w:r>
        <w:rPr>
          <w:sz w:val="20"/>
        </w:rPr>
        <w:t>43:55  So under the Kitab al-Fitn, in every book of Hadiths, there are Kitab al-Fitn, a chapter of Fitn.</w:t>
      </w:r>
      <w:r>
        <w:br/>
      </w:r>
      <w:r>
        <w:rPr>
          <w:sz w:val="20"/>
        </w:rPr>
        <w:t>44:03  In these chapters, there are a number of Hadiths that tell us that do not go to revolt against your</w:t>
      </w:r>
      <w:r>
        <w:br/>
      </w:r>
      <w:r>
        <w:rPr>
          <w:sz w:val="20"/>
        </w:rPr>
        <w:t>44:10  rulers because this kind of revolt results only in anarchy, in Fasad.</w:t>
      </w:r>
      <w:r>
        <w:br/>
      </w:r>
      <w:r>
        <w:rPr>
          <w:sz w:val="20"/>
        </w:rPr>
        <w:t>44:20  So you have to follow strictly the peaceful path rather than the violent path.</w:t>
      </w:r>
      <w:r>
        <w:br/>
      </w:r>
      <w:r>
        <w:rPr>
          <w:sz w:val="20"/>
        </w:rPr>
        <w:t>44:30  Revolt is adopting the violent path; it is haram in Islam. So you</w:t>
      </w:r>
      <w:r>
        <w:br/>
      </w:r>
      <w:r>
        <w:rPr>
          <w:sz w:val="20"/>
        </w:rPr>
        <w:t>44:40  have to follow theright path.</w:t>
      </w:r>
      <w:r>
        <w:br/>
      </w:r>
      <w:r>
        <w:rPr>
          <w:sz w:val="20"/>
        </w:rPr>
        <w:t>44:50  So by—in his commentary, in his commentary, Imam Nawawi says that if you have any objection against your</w:t>
      </w:r>
      <w:r>
        <w:br/>
      </w:r>
      <w:r>
        <w:rPr>
          <w:sz w:val="20"/>
        </w:rPr>
        <w:t>45:00  ruler, so there is</w:t>
      </w:r>
      <w:r>
        <w:br/>
      </w:r>
      <w:r>
        <w:rPr>
          <w:sz w:val="20"/>
        </w:rPr>
        <w:t>45:10  no way for you except to go to peaceful advice.</w:t>
      </w:r>
      <w:r>
        <w:br/>
      </w:r>
      <w:r>
        <w:rPr>
          <w:sz w:val="20"/>
        </w:rPr>
        <w:t>45:18  fefimaka bainaka wa baina hu.</w:t>
      </w:r>
      <w:r>
        <w:br/>
      </w:r>
      <w:r>
        <w:rPr>
          <w:sz w:val="20"/>
        </w:rPr>
        <w:t>45:25  You must meet him, and you have to convey your ideas in person-to-person talk.</w:t>
      </w:r>
      <w:r>
        <w:br/>
      </w:r>
      <w:r>
        <w:rPr>
          <w:sz w:val="20"/>
        </w:rPr>
        <w:t>45:33  No demonstration is allowed in Islam. No</w:t>
      </w:r>
      <w:r>
        <w:br/>
      </w:r>
      <w:r>
        <w:rPr>
          <w:sz w:val="20"/>
        </w:rPr>
        <w:t>45:40  revolt is allowed in Islam. No demonstration, no revolt, no violent activism against your rulers. Fa feema baynaka wa baynahu. Then he says, wa ambal khuruju alayhim. Then Imam Nawawi says, according to the Hadith, wa ambal khuruju alayhim fah</w:t>
      </w:r>
      <w:r>
        <w:br/>
      </w:r>
      <w:r>
        <w:rPr>
          <w:sz w:val="20"/>
        </w:rPr>
        <w:t>46:10  haramun ijma al-muslimin wa lau kanu fasaqa wa lau kanu zzalimin.</w:t>
      </w:r>
      <w:r>
        <w:br/>
      </w:r>
      <w:r>
        <w:rPr>
          <w:sz w:val="20"/>
        </w:rPr>
        <w:t>46:21  And as far as the revolt is concerned, so it is haram in Islam even if you think</w:t>
      </w:r>
      <w:r>
        <w:br/>
      </w:r>
      <w:r>
        <w:rPr>
          <w:sz w:val="20"/>
        </w:rPr>
        <w:t>46:31  that your ruler is a bad ruler, your ruler is a zzalim ruler, no</w:t>
      </w:r>
      <w:r>
        <w:br/>
      </w:r>
      <w:r>
        <w:rPr>
          <w:sz w:val="20"/>
        </w:rPr>
        <w:t>46:41  excuse whatsoever allows you to go to adopt the path of revolt.</w:t>
      </w:r>
      <w:r>
        <w:br/>
      </w:r>
      <w:r>
        <w:rPr>
          <w:sz w:val="20"/>
        </w:rPr>
        <w:t>46:51  So according to these Hadiths, if you find that your ruler is not a just ruler, your ruler</w:t>
      </w:r>
      <w:r>
        <w:br/>
      </w:r>
      <w:r>
        <w:rPr>
          <w:sz w:val="20"/>
        </w:rPr>
        <w:t>47:01  is committing injustice,</w:t>
      </w:r>
      <w:r>
        <w:br/>
      </w:r>
      <w:r>
        <w:rPr>
          <w:sz w:val="20"/>
        </w:rPr>
        <w:t>47:11  so you have to discuss the matter in peace.</w:t>
      </w:r>
      <w:r>
        <w:br/>
      </w:r>
      <w:r>
        <w:rPr>
          <w:sz w:val="20"/>
        </w:rPr>
        <w:t>47:15  You have to give him advice.</w:t>
      </w:r>
      <w:r>
        <w:br/>
      </w:r>
      <w:r>
        <w:rPr>
          <w:sz w:val="20"/>
        </w:rPr>
        <w:t>47:20  That is all.</w:t>
      </w:r>
      <w:r>
        <w:br/>
      </w:r>
      <w:r>
        <w:rPr>
          <w:sz w:val="20"/>
        </w:rPr>
        <w:t>47:24  Any kind of demonstration is haram in Islam.</w:t>
      </w:r>
      <w:r>
        <w:br/>
      </w:r>
      <w:r>
        <w:rPr>
          <w:sz w:val="20"/>
        </w:rPr>
        <w:t>47:28  Any kind of revolt is haram in Islam.</w:t>
      </w:r>
      <w:r>
        <w:br/>
      </w:r>
      <w:r>
        <w:rPr>
          <w:sz w:val="20"/>
        </w:rPr>
        <w:t>47:33  Any kind of army struggle is haram in Islam.</w:t>
      </w:r>
      <w:r>
        <w:br/>
      </w:r>
      <w:r>
        <w:rPr>
          <w:sz w:val="20"/>
        </w:rPr>
        <w:t>47:37  But you see, in every Muslim</w:t>
      </w:r>
    </w:p>
    <w:p>
      <w:pPr>
        <w:pStyle w:val="Heading2"/>
      </w:pPr>
      <w:r>
        <w:t>From Shackleton's ambition to the promise of Jannat</w:t>
      </w:r>
    </w:p>
    <w:p>
      <w:r>
        <w:rPr>
          <w:color w:val="666666"/>
          <w:sz w:val="18"/>
        </w:rPr>
        <w:t>Chairperson, Prof. Farida Khanam's Addressal Peace Conference April 29-30, 2023 · 3m 40s · at 25:35 · https://youtu.be/ZuVp1fGsZOw?t=1535</w:t>
      </w:r>
    </w:p>
    <w:p>
      <w:r>
        <w:rPr>
          <w:i/>
        </w:rPr>
        <w:t>“Unnees sau mein Shackleton ka ek ad chhapa tha”</w:t>
      </w:r>
    </w:p>
    <w:p>
      <w:r>
        <w:rPr>
          <w:sz w:val="20"/>
        </w:rPr>
        <w:t>25:35  Finally main ek waqai se conclude karungi ki unnis sau mein Times London mein ek ad shy hua tha sir Ernest Shackleton ka. Antarctica exploration unko karna tha South Pole mein. woh barf se dhaki hui hoti hai. toh wahan ke liye unko ek team chahiye thi. yeh woh zamana hai jab british empire saari dunya mein qaayam thi.</w:t>
      </w:r>
      <w:r>
        <w:br/>
      </w:r>
      <w:r>
        <w:rPr>
          <w:sz w:val="20"/>
        </w:rPr>
        <w:t>26:04  kaha jata tha ki the sun never sits on the british empire. toh aur unka jo alphas the woh suniye aap. Men wanted for hazardous journey. Small wedges, bitter cold, long months of complete darkness, constant danger, safe return doubtful, honor and recognition in case of success.</w:t>
      </w:r>
      <w:r>
        <w:br/>
      </w:r>
      <w:r>
        <w:rPr>
          <w:sz w:val="20"/>
        </w:rPr>
        <w:t>26:34  toh yeh ishtehaar tha. is ishtehaar par itni applications aayi ki unko select karna pada. matlab woh toh ek worldly goal goal tha lekin kitne ambitious the woh dunya ke mein ke liye ek kaam karna tha unko.</w:t>
      </w:r>
      <w:r>
        <w:br/>
      </w:r>
      <w:r>
        <w:rPr>
          <w:sz w:val="20"/>
        </w:rPr>
        <w:t>26:50  ab hamare hum humko usse hazaar guna ambitious hona chahiye Allah ki marzi ke mutabiq is dunya mein rahe aur Allah ki marzi ke mutabiq humne kaam kiya toh zaroor humko Allah taala uska ajrata par maayenge.</w:t>
      </w:r>
      <w:r>
        <w:br/>
      </w:r>
      <w:r>
        <w:rPr>
          <w:sz w:val="20"/>
        </w:rPr>
        <w:t>27:20  phir ek khaab main diary mein dekh rahi thi. yeh hai barah April do hazar chheh. toh ismein likha Maulana ne yeh khwaab dekha tha ki maine aap logon ko jannat ke darwaze tak pahuncha diya hai. ab aage aapka kaam hai. toh mujhe laga ki kitni sahi baat hai ki humko Maulana ne jannat ka rasta dikha diya hai. ab chalna toh hamara kaam hai. kya hum us raste par chalein?</w:t>
      </w:r>
      <w:r>
        <w:br/>
      </w:r>
      <w:r>
        <w:rPr>
          <w:sz w:val="20"/>
        </w:rPr>
        <w:t>27:50  aur inshallah taala aakhirat mein humko wahan jannat mein isi tarah ki mehfilein hongi. Maulana khwaab mein dekha tha ek baar ki bilkul jannat hi mahaul hai garden ka aur wahan saare log ekdum celebration mode mein hain aur wahan par saare log ikattha honge aur wahan par Maulana honge, wahan saare ambiya honge. aap soch sakte hain ki woh kitna kitna wahan par marifat hogi.</w:t>
      </w:r>
      <w:r>
        <w:br/>
      </w:r>
      <w:r>
        <w:rPr>
          <w:sz w:val="20"/>
        </w:rPr>
        <w:t>28:19  Maulana ne bataya tha ki marifat ki yeh beginning hai. marifat ka conclusion toh aakhir mein hoga. musalsal jo jannat mein hogi wahan sofe par baithe rehne ki jannat nahi hai. balki Khuda ki marifat wahan hogi humein aur hum hamesha hamesha Khuda ki marifat, Khuda ek limitless being hai toh woh marifat hamari kabhi khatm nahi hogi aur hamara joy bhi kabhi khatm nahi hoga.</w:t>
      </w:r>
      <w:r>
        <w:br/>
      </w:r>
      <w:r>
        <w:rPr>
          <w:sz w:val="20"/>
        </w:rPr>
        <w:t>28:45  toh humein chahiye ki hum is kaam ko lekar aage badhein aur kabhi bhi ikhtilaf ke chakkar mein na padein. is talaafa toh hoga matlab is talaafa ko humein bardasht karna hai. is talaafa ko humein ignore karna hai aur apne kaam mein lage rehna hai. Allah taala aap logon ki madad farmaaye. Amin.</w:t>
      </w:r>
    </w:p>
    <w:p>
      <w:pPr>
        <w:pStyle w:val="Heading2"/>
      </w:pPr>
      <w:r>
        <w:t>Khadija witnessing nuisance and her reward</w:t>
      </w:r>
    </w:p>
    <w:p>
      <w:r>
        <w:rPr>
          <w:color w:val="666666"/>
          <w:sz w:val="18"/>
        </w:rPr>
        <w:t>Sahabah as a Role Model November 27, 2007 · 3m 41s · at 16:17 · https://youtu.be/bsaYmZAU8FY?t=977</w:t>
      </w:r>
    </w:p>
    <w:p>
      <w:r>
        <w:rPr>
          <w:i/>
        </w:rPr>
        <w:t>“is waqt Makkah mein jab Rasool Allah thay ibtidai zamane mein”</w:t>
      </w:r>
    </w:p>
    <w:p>
      <w:r>
        <w:rPr>
          <w:sz w:val="20"/>
        </w:rPr>
        <w:t>16:17  is waqt makkah mein jab rasool Allah (SAW) the ibtidaai zamane mein to woh daur bohat hi zyada mushkiloon ka zamana tha. woh bohat satate the woh log.</w:t>
      </w:r>
      <w:r>
        <w:br/>
      </w:r>
      <w:r>
        <w:rPr>
          <w:sz w:val="20"/>
        </w:rPr>
        <w:t>16:27  yahan tak ke boycott kiya to boycott karne mein bhi khadija ne aap ka saath diya. aur is ki lambi dastaan hai.</w:t>
      </w:r>
      <w:r>
        <w:br/>
      </w:r>
      <w:r>
        <w:rPr>
          <w:sz w:val="20"/>
        </w:rPr>
        <w:t>16:37  yaani sacrifice ki had tak ja kar unhon ne rasool Allah (SAW) ka saath diya. jis ka saboot yeh hai ke boycott mein woh shareek rahen.</w:t>
      </w:r>
      <w:r>
        <w:br/>
      </w:r>
      <w:r>
        <w:rPr>
          <w:sz w:val="20"/>
        </w:rPr>
        <w:t>16:49  to aik waqea yeh aata hai kitabon mein ke hazrat khadija ka jo ghar tha to wahan kya hota tha ke makkah ke larkay aa kar wahan shor karte the.</w:t>
      </w:r>
      <w:r>
        <w:br/>
      </w:r>
      <w:r>
        <w:rPr>
          <w:sz w:val="20"/>
        </w:rPr>
        <w:t>17:07  hota yeh tha, dekhen hota yeh hai ke makkah ke log jo the unhon ne rasool Allah (SAW) ko haqeer banaya, ridicule kiya.</w:t>
      </w:r>
      <w:r>
        <w:br/>
      </w:r>
      <w:r>
        <w:rPr>
          <w:sz w:val="20"/>
        </w:rPr>
        <w:t>17:18  ke dekho yeh nabi, kehte hain ke mein nabi hoon, mere par farishtah aata hai. in baaton ka woh mazaq udate the.</w:t>
      </w:r>
      <w:r>
        <w:br/>
      </w:r>
      <w:r>
        <w:rPr>
          <w:sz w:val="20"/>
        </w:rPr>
        <w:t>17:29  to larkay jo hote hain, bachay jo hote hain woh barhon se seekhte hain. jab barhon ne aap ko haqeer bana diya to bachon ne bhi samajh liya ke aise hi hain.</w:t>
      </w:r>
      <w:r>
        <w:br/>
      </w:r>
      <w:r>
        <w:rPr>
          <w:sz w:val="20"/>
        </w:rPr>
        <w:t>17:45  koi un ki ahmiyat nahi hai. to aap khadija ke saath rehte the un ke ghar mein to khadija ke ghar ke paas aa kar bachay shor gul karte the, pathar marte the, yeh sab karte the.</w:t>
      </w:r>
      <w:r>
        <w:br/>
      </w:r>
      <w:r>
        <w:rPr>
          <w:sz w:val="20"/>
        </w:rPr>
        <w:t>17:57  to hazrat khadija bohat pareshan rehti theen. to aik din aisa hua ke rasool Allah (SAW) the aur khadija theen to wahan par jibril aaye, yaani farishtah.</w:t>
      </w:r>
      <w:r>
        <w:br/>
      </w:r>
      <w:r>
        <w:rPr>
          <w:sz w:val="20"/>
        </w:rPr>
        <w:t>18:10  to paighambar yeh hota hai ke paighambar khud to dekhta hai farishtay ko, angel ko, doosre log nahi dekhte. to is waqt jab jibril aaye aap ke ghar par to khadija ne nahi dekha lekin aap ne dekha.</w:t>
      </w:r>
      <w:r>
        <w:br/>
      </w:r>
      <w:r>
        <w:rPr>
          <w:sz w:val="20"/>
        </w:rPr>
        <w:t>18:26  to rasool Allah (SAW) ne kaha ke dekho yeh jibril aaye hain aur yeh tum ko salam kehte hain. aur tumhare paas aik basharat le aaye hain Khuda ki taraf se.</w:t>
      </w:r>
      <w:r>
        <w:br/>
      </w:r>
      <w:r>
        <w:rPr>
          <w:sz w:val="20"/>
        </w:rPr>
        <w:t>18:38  aik good tidings. woh kya? ke jannat mein tumhare liye aik bohat acha ghar hai. bohat hi beautiful palace hai.</w:t>
      </w:r>
      <w:r>
        <w:br/>
      </w:r>
      <w:r>
        <w:rPr>
          <w:sz w:val="20"/>
        </w:rPr>
        <w:t>18:51  jis mein, jis ki sifat yeh hogi ke la sahaba feehi wa la nasab. la sahaba feehi wa la nasab.</w:t>
      </w:r>
      <w:r>
        <w:br/>
      </w:r>
      <w:r>
        <w:rPr>
          <w:sz w:val="20"/>
        </w:rPr>
        <w:t>19:04  is mein na shor hoga aur na koi takleef hogi. yaani paradise ke is palace mein, is shandar ghar mein na shor hoga aur na koi takleef hogi.</w:t>
      </w:r>
      <w:r>
        <w:br/>
      </w:r>
      <w:r>
        <w:rPr>
          <w:sz w:val="20"/>
        </w:rPr>
        <w:t>19:20  la sahaba feehi wa la nasab. is mein dekhen kya sabaq hai? is mein sabaq yeh hai ke dunya ke shor ko, dunya ki museebat ko jo sehal hai, sachai ke liye, haq ke liye, Khuda ke liye to akhirat mein Khuda is ko in saari cheezon se bacha kar aik bohat hi shandar zindagi de deta hai.</w:t>
      </w:r>
      <w:r>
        <w:br/>
      </w:r>
      <w:r>
        <w:rPr>
          <w:sz w:val="20"/>
        </w:rPr>
        <w:t>19:46  kyun ke dekhen agar aap ghussa ho jayen, agar aap react karen, agar aap larnay phirnay lagen to aap da'oti kaam nahi kar sakte.</w:t>
      </w:r>
    </w:p>
    <w:p>
      <w:pPr>
        <w:pStyle w:val="Heading2"/>
      </w:pPr>
      <w:r>
        <w:t>Prophet's mercy to a man who defiled the mosque</w:t>
      </w:r>
    </w:p>
    <w:p>
      <w:r>
        <w:rPr>
          <w:color w:val="666666"/>
          <w:sz w:val="18"/>
        </w:rPr>
        <w:t>Choice Between Right and Wrong Battlefield January 26, 2007 Maulana Wahiddduin Khan · 5m 04s · at 16:19 · https://youtu.be/F-onKK3Ibcc?t=979</w:t>
      </w:r>
    </w:p>
    <w:p>
      <w:r>
        <w:rPr>
          <w:i/>
        </w:rPr>
        <w:t>“I told them the sunnah of the Prophet, not the sword”</w:t>
      </w:r>
    </w:p>
    <w:p>
      <w:r>
        <w:rPr>
          <w:sz w:val="20"/>
        </w:rPr>
        <w:t>16:19  to mein jab wahan gaya tha aur tagore hall mein jo speech di thi mein ne, to wahan mein ne aik hadith sunai. mein ne kaha ke dekhiye, aap log musalman hain aur nizam e mustafa ke naam par aap tehreek chala rahe hain.</w:t>
      </w:r>
      <w:r>
        <w:br/>
      </w:r>
      <w:r>
        <w:rPr>
          <w:sz w:val="20"/>
        </w:rPr>
        <w:t>16:37  to mein aap ko mustafa ki sunnat batata hoon.</w:t>
      </w:r>
      <w:r>
        <w:br/>
      </w:r>
      <w:r>
        <w:rPr>
          <w:sz w:val="20"/>
        </w:rPr>
        <w:t>16:42  rasool Allah ki sunnat.</w:t>
      </w:r>
      <w:r>
        <w:br/>
      </w:r>
      <w:r>
        <w:rPr>
          <w:sz w:val="20"/>
        </w:rPr>
        <w:t>16:46  bukhari mein yeh waqia hai, sahih al bukhari mein ke madina ki masjid jo musalmanon mein bohat muqaddas mani jati hai, aap jante hain ke teen masjidain sab se ziyada muqaddas hain: makkah ki kaaba,</w:t>
      </w:r>
      <w:r>
        <w:br/>
      </w:r>
      <w:r>
        <w:rPr>
          <w:sz w:val="20"/>
        </w:rPr>
        <w:t>17:03  aur yerushalayim ki masjid aqsa, aur madina ki masjid nabwi. yeh teen</w:t>
      </w:r>
      <w:r>
        <w:br/>
      </w:r>
      <w:r>
        <w:rPr>
          <w:sz w:val="20"/>
        </w:rPr>
        <w:t>17:10  . to mein ne kaha ke dekhiye, rasool Allah ke zamane mein aisa hua ke wahan aap maujood thay. aik bahar se aik aaya dehati aadmi.</w:t>
      </w:r>
      <w:r>
        <w:br/>
      </w:r>
      <w:r>
        <w:rPr>
          <w:sz w:val="20"/>
        </w:rPr>
        <w:t>17:20  dehati aadmi. us ne masjid nabwi mein peshab kar diya. ganda kar diya us ko. to sahaba ne us ko marna chaha.</w:t>
      </w:r>
      <w:r>
        <w:br/>
      </w:r>
      <w:r>
        <w:rPr>
          <w:sz w:val="20"/>
        </w:rPr>
        <w:t>17:29  phir rasool Allah ne mana kar diya. chhod do us ko. simply aap ne kaha yeh karo ke wahan par pani baha do.</w:t>
      </w:r>
      <w:r>
        <w:br/>
      </w:r>
      <w:r>
        <w:rPr>
          <w:sz w:val="20"/>
        </w:rPr>
        <w:t>17:39  pani baha do. jagah saaf ho jayegi. aap ne us ko wahan us ko bulaya, apne pas samjhaya ke dekho yeh ibadat khana hai. yeh sab kaam karne ki jagah nahin hai.</w:t>
      </w:r>
      <w:r>
        <w:br/>
      </w:r>
      <w:r>
        <w:rPr>
          <w:sz w:val="20"/>
        </w:rPr>
        <w:t>17:50  to kya hua? woh aadmi gaya apne tribe. apne qabile mein. madine ke bahar rehte thay woh log.</w:t>
      </w:r>
      <w:r>
        <w:br/>
      </w:r>
      <w:r>
        <w:rPr>
          <w:sz w:val="20"/>
        </w:rPr>
        <w:t>17:59  to dekhiye, consciousness har aadmi ke andar hota hai. jab us ke sath darp sulook kiya aap ne to consciousness us ka jaag utha.</w:t>
      </w:r>
      <w:r>
        <w:br/>
      </w:r>
      <w:r>
        <w:rPr>
          <w:sz w:val="20"/>
        </w:rPr>
        <w:t>18:10  woh ja kar apne qabile mein logon se kaha us ne ke dekho mein madina gaya. wahan mein ne un ke masjid mein jo place of worship thi un ke liye muqaddas,</w:t>
      </w:r>
      <w:r>
        <w:br/>
      </w:r>
      <w:r>
        <w:rPr>
          <w:sz w:val="20"/>
        </w:rPr>
        <w:t>18:25  us ko mein ne ganda kar diya. lekin والله ما قهرني محمد والله ما زجرني محمد</w:t>
      </w:r>
      <w:r>
        <w:br/>
      </w:r>
      <w:r>
        <w:rPr>
          <w:sz w:val="20"/>
        </w:rPr>
        <w:t>18:36  khuda ki qasam Muhammad ne mujhe jhirka nahin. khuda ki qasam Muhammad ne mujh ko mara nahin.</w:t>
      </w:r>
      <w:r>
        <w:br/>
      </w:r>
      <w:r>
        <w:rPr>
          <w:sz w:val="20"/>
        </w:rPr>
        <w:t>18:43  والله ما قهرني محمد والله ما زجرني محمد kuch bhi nahin kiya. dekhiye jab yeh baat kahi us ne apne qabile walon se to yeh baat poore qabile mein phail gayi.</w:t>
      </w:r>
      <w:r>
        <w:br/>
      </w:r>
      <w:r>
        <w:rPr>
          <w:sz w:val="20"/>
        </w:rPr>
        <w:t>19:00  aur logon ke andar aik curiosity paida hui. curiosity kyunke woh jante thay ke un ka jo ibadat khana tha jahan but rakhe thay, unhon ne but,</w:t>
      </w:r>
      <w:r>
        <w:br/>
      </w:r>
      <w:r>
        <w:rPr>
          <w:sz w:val="20"/>
        </w:rPr>
        <w:t>19:10  un ke bhi ibadat khane thay jis mein but rakhte thay woh log. kyunke woh log idol worshipper thay. to wahan agar koi aisi harkat kare to khoob marte thay us ko.</w:t>
      </w:r>
      <w:r>
        <w:br/>
      </w:r>
      <w:r>
        <w:rPr>
          <w:sz w:val="20"/>
        </w:rPr>
        <w:t>19:19  woh khoob marte, peette the us ko. to unhon ne kaha ke yeh kaise log hain ke un ke ibadat khane mein, un ki muqaddas jagah par, yahan se aadmi jata ho, us ko ganda kar deta hai.</w:t>
      </w:r>
      <w:r>
        <w:br/>
      </w:r>
      <w:r>
        <w:rPr>
          <w:sz w:val="20"/>
        </w:rPr>
        <w:t>19:34  wahan unhein power hasil hai. wahan ki, wahan woh rule kar rahe hain. kyunke madina jo tha us waqt city state ban chuka tha. tab bhi kuch nahi kiya unhon ne.</w:t>
      </w:r>
      <w:r>
        <w:br/>
      </w:r>
      <w:r>
        <w:rPr>
          <w:sz w:val="20"/>
        </w:rPr>
        <w:t>19:45  kaise log hain?</w:t>
      </w:r>
      <w:r>
        <w:br/>
      </w:r>
      <w:r>
        <w:rPr>
          <w:sz w:val="20"/>
        </w:rPr>
        <w:t>19:49  to is ki wajah se kya hua? unhon ne kaha ke chal ke dekhte hain ke woh kaise log hain aur kya hai. kuch log aaye aur inquiry ki, pata kiya.</w:t>
      </w:r>
      <w:r>
        <w:br/>
      </w:r>
      <w:r>
        <w:rPr>
          <w:sz w:val="20"/>
        </w:rPr>
        <w:t>20:02  saara qabeela islam mein dakhil ho gaya. yeh qissa mein ne sunaya wahan par. military nsi shuru hone se aik mahina pehle.</w:t>
      </w:r>
      <w:r>
        <w:br/>
      </w:r>
      <w:r>
        <w:rPr>
          <w:sz w:val="20"/>
        </w:rPr>
        <w:t>20:12  aur yeh record par, yeh mere, mere, meri yeh wording record par hai wahan par. is ka maujood hai record abhi bhi. koi sun sakta hai is ko.</w:t>
      </w:r>
      <w:r>
        <w:br/>
      </w:r>
      <w:r>
        <w:rPr>
          <w:sz w:val="20"/>
        </w:rPr>
        <w:t>20:21  mere paas to nahi hai lekin hameedullah hameed m.a. ke paas maujood hai aaj bhi.</w:t>
      </w:r>
      <w:r>
        <w:br/>
      </w:r>
      <w:r>
        <w:rPr>
          <w:sz w:val="20"/>
        </w:rPr>
        <w:t>20:27  to mein ne kaha tha us waqt ke rasool Allah, paighambar e islam ne jis maqsad ko hasil kiya tha, aik dol pani baha kar, us ko aap, us maqsad ko aap hasil karna chahte hain, khoon baha kar,</w:t>
      </w:r>
      <w:r>
        <w:br/>
      </w:r>
      <w:r>
        <w:rPr>
          <w:sz w:val="20"/>
        </w:rPr>
        <w:t>20:48  to kabhi aisa nahi hoga, kabhi aisa nahi hoga, kabhi aisa nahi hoga.</w:t>
      </w:r>
      <w:r>
        <w:br/>
      </w:r>
      <w:r>
        <w:rPr>
          <w:sz w:val="20"/>
        </w:rPr>
        <w:t>20:54  saare kashmeeron ka khoon baha dijiye, kabhi nahi aisa hoga. woh maqsad to pani bahane se milta hai. aansu, aansu bahane se milta hai.</w:t>
      </w:r>
      <w:r>
        <w:br/>
      </w:r>
      <w:r>
        <w:rPr>
          <w:sz w:val="20"/>
        </w:rPr>
        <w:t>21:05  jo maqsad hai aap ka, us maqsad ke liye aansu bahana parta hai. us maqsad ke liye pani bahana parta hai. is ke liye pyar ka darya bahana parta hai.</w:t>
      </w:r>
      <w:r>
        <w:br/>
      </w:r>
      <w:r>
        <w:rPr>
          <w:sz w:val="20"/>
        </w:rPr>
        <w:t>21:16  khoon bahane se, nafrat ke khoon bahane se woh maqsad hasil nahi hota.</w:t>
      </w:r>
    </w:p>
    <w:p>
      <w:pPr>
        <w:pStyle w:val="Heading2"/>
      </w:pPr>
      <w:r>
        <w:t>Comparing original sin, salvation and trinity in both faiths</w:t>
      </w:r>
    </w:p>
    <w:p>
      <w:r>
        <w:rPr>
          <w:color w:val="666666"/>
          <w:sz w:val="18"/>
        </w:rPr>
        <w:t>Jesus A Shared Figure in Islam and Christianity September 1, 2024 · 4m 47s · at 55:41 · https://youtu.be/UH7pvUeeOc4?t=3341</w:t>
      </w:r>
    </w:p>
    <w:p>
      <w:r>
        <w:rPr>
          <w:i/>
        </w:rPr>
        <w:t>“In Christianity, Adam was a sinner whose sin was unforgiven”</w:t>
      </w:r>
    </w:p>
    <w:p>
      <w:r>
        <w:rPr>
          <w:sz w:val="20"/>
        </w:rPr>
        <w:t>55:41  enses?" iske baremein aap bataakar aajka session khatm karen. sabse pehla key difference to yahi hai ki isaiyat mein hazrat adam gunahgar the, sinner the, aur woh aisi gunah unhone kiya tha ki woh maaf nahi hua. aur unki wajah se every child inherits, every newborn child inherits this sin.</w:t>
      </w:r>
      <w:r>
        <w:br/>
      </w:r>
      <w:r>
        <w:rPr>
          <w:sz w:val="20"/>
        </w:rPr>
        <w:t>56:06  toh yeh jo hai,</w:t>
      </w:r>
      <w:r>
        <w:br/>
      </w:r>
      <w:r>
        <w:rPr>
          <w:sz w:val="20"/>
        </w:rPr>
        <w:t>56:09  isi sin ko absolve karne ke liye hazrat isa bhejhe gaye the.</w:t>
      </w:r>
      <w:r>
        <w:br/>
      </w:r>
      <w:r>
        <w:rPr>
          <w:sz w:val="20"/>
        </w:rPr>
        <w:t>56:15  aur Islam mein kya hai ki Adam ne gunah kiya.</w:t>
      </w:r>
      <w:r>
        <w:br/>
      </w:r>
      <w:r>
        <w:rPr>
          <w:sz w:val="20"/>
        </w:rPr>
        <w:t>56:17  dekhiye, har insaan se galti hoti hai.</w:t>
      </w:r>
      <w:r>
        <w:br/>
      </w:r>
      <w:r>
        <w:rPr>
          <w:sz w:val="20"/>
        </w:rPr>
        <w:t>56:20  isi tarike se hazrat Adam se bhi hui.</w:t>
      </w:r>
      <w:r>
        <w:br/>
      </w:r>
      <w:r>
        <w:rPr>
          <w:sz w:val="20"/>
        </w:rPr>
        <w:t>56:23  toh phir unhone sacche dil se maafi maangi, jo ki Quran mein</w:t>
      </w:r>
      <w:r>
        <w:br/>
      </w:r>
      <w:r>
        <w:rPr>
          <w:sz w:val="20"/>
        </w:rPr>
        <w:t>56:26  woh alfaaz hain jo unhone maafi maangi.</w:t>
      </w:r>
      <w:r>
        <w:br/>
      </w:r>
      <w:r>
        <w:rPr>
          <w:sz w:val="20"/>
        </w:rPr>
        <w:t>56:29  aur phir Allah ne unko maaf kiya aur unhi ko pehla paigambar banaya.</w:t>
      </w:r>
      <w:r>
        <w:br/>
      </w:r>
      <w:r>
        <w:rPr>
          <w:sz w:val="20"/>
        </w:rPr>
        <w:t>56:34  kyunki dekhiye, Allah jo chahta hai</w:t>
      </w:r>
      <w:r>
        <w:br/>
      </w:r>
      <w:r>
        <w:rPr>
          <w:sz w:val="20"/>
        </w:rPr>
        <w:t>56:37  ki jab insaan is duniya mein jaaye, to usko pata ho ki allah, us allah ki guidance, usko pata ho. yeh nahi hai ki woh paida ho gaya, usko khabar nahi hai ki allah unse chahta kya hai. ab akhirat mein usko kaise judge kiya jaayega?</w:t>
      </w:r>
      <w:r>
        <w:br/>
      </w:r>
      <w:r>
        <w:rPr>
          <w:sz w:val="20"/>
        </w:rPr>
        <w:t>56:52  woh toh jaakar kahega ki hamein toh kuch bataya hi nahi. to hamein kis baat ki saza mil rahi hai?</w:t>
      </w:r>
      <w:r>
        <w:br/>
      </w:r>
      <w:r>
        <w:rPr>
          <w:sz w:val="20"/>
        </w:rPr>
        <w:t>56:57  to isliye allah taala ne jab insaan ko paida kiya, to sabse pehle insaan ko paigambar bana diya. aur to is tarike se islam mein dekhiye, maafi ki bahut zyada importance hai. har gunah maaf ho jaate hain. bas yeh hai ki aadmi sincere maafi honi chahiye. baar baar gunah na karta rahe. sincere ke saath woh gunahon se maafi maange.</w:t>
      </w:r>
      <w:r>
        <w:br/>
      </w:r>
      <w:r>
        <w:rPr>
          <w:sz w:val="20"/>
        </w:rPr>
        <w:t>57:24  to isaiyat mein jo hai, hazrat isa par jab hum iman laate hain na, aur kaffare, atonement ke aqide par, tab hamare gunah maaf hote hain. to isai yeh yaqin rakhte hain ki hazrat isa ne jo cross par jo sacrifice ki,</w:t>
      </w:r>
      <w:r>
        <w:br/>
      </w:r>
      <w:r>
        <w:rPr>
          <w:sz w:val="20"/>
        </w:rPr>
        <w:t>57:42  to usi se insaniyat ko sin se azaad free kiya.</w:t>
      </w:r>
      <w:r>
        <w:br/>
      </w:r>
      <w:r>
        <w:rPr>
          <w:sz w:val="20"/>
        </w:rPr>
        <w:t>57:48  unhone insaniyat ko sin se free kiya, cross par apne aap ko sacrifice karke. bible mein hai, "jesus took away the sins of the world." to is is baat par aqida rakhne se hamare gunah maaf hote hain. to salvation in christianity is a gift from god, granted through faith in jesus. hamare yahan khuda se direct contact hota hai.</w:t>
      </w:r>
      <w:r>
        <w:br/>
      </w:r>
      <w:r>
        <w:rPr>
          <w:sz w:val="20"/>
        </w:rPr>
        <w:t>58:16  hum direct khuda se baat kar sakte hain, whisper ke andaaz mein, aur direct khuda se maafi maang sakte hain. yahan through jesus hai, baad mein through priests hain. to salvation through faith in god and leading a rich life.</w:t>
      </w:r>
      <w:r>
        <w:br/>
      </w:r>
      <w:r>
        <w:rPr>
          <w:sz w:val="20"/>
        </w:rPr>
        <w:t>58:39  paakiza zindagi ikhtiyar karna</w:t>
      </w:r>
      <w:r>
        <w:br/>
      </w:r>
      <w:r>
        <w:rPr>
          <w:sz w:val="20"/>
        </w:rPr>
        <w:t>58:41  . phir insaan ko dar rahe ki jab marne ke baad allah ke saamne haazir hoga, to woh allah ke saamne accountability hai. usko saara jo hai, usko hisaab wahan liya jaayega. to yeh darta rahe insaan khuda se, aur kuch galti ho jaaye, to usse maafi maange.</w:t>
      </w:r>
      <w:r>
        <w:br/>
      </w:r>
      <w:r>
        <w:rPr>
          <w:sz w:val="20"/>
        </w:rPr>
        <w:t>59:04  to christianity mein god is understood as one being in three persons: father, son and holy spirit. so yeh concept jo hai trinity ka, woh central to christian belief hai. aur islam mein trinity ka concept nahi hai. it is considered incompatible with the concept of the oneness of god, tauheed. ismein koi jo hai,</w:t>
      </w:r>
      <w:r>
        <w:br/>
      </w:r>
      <w:r>
        <w:rPr>
          <w:sz w:val="20"/>
        </w:rPr>
        <w:t>59:33  woh nahi hai.</w:t>
      </w:r>
      <w:r>
        <w:br/>
      </w:r>
      <w:r>
        <w:rPr>
          <w:sz w:val="20"/>
        </w:rPr>
        <w:t>59:35  isme bilkul hi, ismein kya matlab? khuda ki khudai mein koi bhi shareek nahi hai. har cheez khuda ka creation hai, aur khuda sirf aur sirf ek hai. baaki tamam cheezein khuda ki created being hain. to ismein islam bahut zyada clear hai. ismein koi do raay nahi hai.</w:t>
      </w:r>
      <w:r>
        <w:br/>
      </w:r>
      <w:r>
        <w:rPr>
          <w:sz w:val="20"/>
        </w:rPr>
        <w:t>1:00:02  itne denominations hote hain, religious denominations mein. yeh sab log yahi maante hain, chahe shia, sunni ho ya koi bhi denomination ho, ki khuda ek hai. to christianity mein jesus ke baad koi prophet nahi hai. aur islam jo hai, tamam paigambaron ko maanta hai, lekin muhammad sallallahu alaihi wasallam ko final prophet maanta hai.</w:t>
      </w:r>
    </w:p>
    <w:p>
      <w:pPr>
        <w:pStyle w:val="Heading2"/>
      </w:pPr>
      <w:r>
        <w:t>Why the Pharisees opposed and persecuted Jesus</w:t>
      </w:r>
    </w:p>
    <w:p>
      <w:r>
        <w:rPr>
          <w:color w:val="666666"/>
          <w:sz w:val="18"/>
        </w:rPr>
        <w:t>Jesus A Shared Figure in Islam and Christianity September 1, 2024 · 4m 40s · at 22:06 · https://youtu.be/UH7pvUeeOc4?t=1326</w:t>
      </w:r>
    </w:p>
    <w:p>
      <w:r>
        <w:rPr>
          <w:i/>
        </w:rPr>
        <w:t>“The Pharisees were hardline Jews who greatly opposed Jesus”</w:t>
      </w:r>
    </w:p>
    <w:p>
      <w:r>
        <w:rPr>
          <w:sz w:val="20"/>
        </w:rPr>
        <w:t>22:06  asal mein jo pharisees the, woh samajh lijiye kattar yahoodi the. to yeh logon ne bohat zyada aap ki, aap ko oppose kiya, aap ko persecute karna chaaha. to unko lagta tha ke jab paighambar aayega, to koi bohat hi khaas personality wala, bohat hi background wala hoga. yeh kya? ek aam aadmi</w:t>
      </w:r>
      <w:r>
        <w:br/>
      </w:r>
      <w:r>
        <w:rPr>
          <w:sz w:val="20"/>
        </w:rPr>
        <w:t>22:30  hai. jaise Rasool Allah sallallahu alaihi wasallam jab thay, to logon ne kaha ke Khuda ko koi doosra nahi mila tha paighambar banane ke liye tumhare siwa. to is tarike ki baatein jo hain, har paighambar ko kahi gayi. to Allah taala dil dekhta hai. na ke yeh ke humari personality kaisi hai. to woh dil nahi dekhte the, balki woh zahir dekhte the. kyunke bohat hi zyada self righteousness unke andar aa gayi thi.</w:t>
      </w:r>
      <w:r>
        <w:br/>
      </w:r>
      <w:r>
        <w:rPr>
          <w:sz w:val="20"/>
        </w:rPr>
        <w:t>22:57  ke jo hai, na ke apne aap ko hi bas superior samajhna. samajhna ke bas hum hi sachchai par hain, baqi sab log galat hain. to is wajah se unko laga ke in ki jo taleemat hain,</w:t>
      </w:r>
      <w:r>
        <w:br/>
      </w:r>
      <w:r>
        <w:rPr>
          <w:sz w:val="20"/>
        </w:rPr>
        <w:t>23:12  woh humare khilaaf ja</w:t>
      </w:r>
      <w:r>
        <w:br/>
      </w:r>
      <w:r>
        <w:rPr>
          <w:sz w:val="20"/>
        </w:rPr>
        <w:t>23:15  rahi hain. kyunke unhon ne bohat zyada haq haq ko chhupa kar rakha hua tha. Quran mein bhi aaya hai ke tum log kitne hi haq ke mujrim ho. to haq ko chhupa kar rakha tha. ab woh jab saaf saaf baatein Hazrat Isa kar rahe the, to unko laga ke yeh to bohat zyada humare khilaaf ja rahi hai. to aur doosre ke awam ko unhon ne aisa banaya hua tha ke har baat mein awam jo hai, yeh hi jo religious thekedar hote hain,</w:t>
      </w:r>
      <w:r>
        <w:br/>
      </w:r>
      <w:r>
        <w:rPr>
          <w:sz w:val="20"/>
        </w:rPr>
        <w:t>23:43  unke paas jaya karte the. ab unko gunahon ki maafi bhi mangni hai, to bhi unke paas jana tha. unko to yahan Hazrat Isa alaihissalam kehte the, tum log maafi mango, Khuda tumhare bilkul qareeb hai aur Khuda tumhari sun raha hai.</w:t>
      </w:r>
      <w:r>
        <w:br/>
      </w:r>
      <w:r>
        <w:rPr>
          <w:sz w:val="20"/>
        </w:rPr>
        <w:t>23:59  to yeh sab cheezein jo hain, inki wajah se Hazrat Isa ke paas bohat zyada log aane lage. aur jo popularity unki barhti chali ja rahi thi, to is wajah se woh bohat zyada khilaf ho gaye. aur shuru-shuru mein to Hazrat Isa ne jo yeh Yahudiyon ka woh tha,</w:t>
      </w:r>
      <w:r>
        <w:br/>
      </w:r>
      <w:r>
        <w:rPr>
          <w:sz w:val="20"/>
        </w:rPr>
        <w:t>24:22  isko koshish ki usko apnane ki. lekin woh bohat zyada dikhawa tha us mein. to woh itna zyada kar nahi paaye</w:t>
      </w:r>
      <w:r>
        <w:br/>
      </w:r>
      <w:r>
        <w:rPr>
          <w:sz w:val="20"/>
        </w:rPr>
        <w:t>24:29  . to misaal ke taur par ek Shabbat ki misaal. ab woh Shabbat ke din koi kaam nahi karte hain. aur kyunke Shabbat jo hai, woh rest ka din hai, ibadat ka din hai. to yahan tak ke woh Shabbat ke din ek baar ek aaya, ek aadmi jiska haath sookh gaya tha. to usko unhone acha karna karna chaha. lekin woh Shabbat ka din tha.</w:t>
      </w:r>
      <w:r>
        <w:br/>
      </w:r>
      <w:r>
        <w:rPr>
          <w:sz w:val="20"/>
        </w:rPr>
        <w:t>24:55  to unhone socha ke ab woh bechara bohat door se aaya hai, ghareeb aadmi. to ab agar hum usko nahi karenge, phir pata nahi aa paayega ke nahi aa paayega. to unhone usko acha kar diya. to is cheez se woh bohat zyada gussa ho gaye ke Shabbat ke din healing bhi nahi hoti, koi kaam nahi hota. to inhone Moosavi shariyat ko ka ko woh nahi kiya. Moosavi shariyat ka ehtimam nahi kiya.</w:t>
      </w:r>
      <w:r>
        <w:br/>
      </w:r>
      <w:r>
        <w:rPr>
          <w:sz w:val="20"/>
        </w:rPr>
        <w:t>25:23  uski, usko uski sacredness ko tod diya. to is wajah se woh. aur phir Hazrat Isa Alaihissalam bohat authority se bolte the. to woh aur gussa hote the ke isko kahan se authority aayi?</w:t>
      </w:r>
      <w:r>
        <w:br/>
      </w:r>
      <w:r>
        <w:rPr>
          <w:sz w:val="20"/>
        </w:rPr>
        <w:t>25:38  authority to hum log hain. jaise ulama ka group hota hai, is tarike ka group har mazhab mein hota hai. to woh samajhte hain hum authorized hain mazhab ke bare mein bolne ko. yeh kahan se authority inko kahan se mil gayi?</w:t>
      </w:r>
      <w:r>
        <w:br/>
      </w:r>
      <w:r>
        <w:rPr>
          <w:sz w:val="20"/>
        </w:rPr>
        <w:t>25:54  to mazhabi tabqa jo hai, woh Khuda ka numainda samajhta hai apne aap ko. to pehle qurb maafi bhi bohat mushkil se hoti thi. uske liye qurbani karni padti thi. aur ji s s jo hain, woh logon ko maaf karte the baghair qurbani ke. bas log repent karein apne sins ko aur dobara un sins ko na karein. to bata dete ke Allah taala maaf kar deta hai.</w:t>
      </w:r>
      <w:r>
        <w:br/>
      </w:r>
      <w:r>
        <w:rPr>
          <w:sz w:val="20"/>
        </w:rPr>
        <w:t>26:20  to priest jo hain, na har mazhab mein intermediary ka role play karte hain. woh samajhte hain ke between God and man wohi intermediary hain. unhi ke zariye se banda jo hai,</w:t>
      </w:r>
      <w:r>
        <w:br/>
      </w:r>
      <w:r>
        <w:rPr>
          <w:sz w:val="20"/>
        </w:rPr>
        <w:t>26:34  in woh Khuda tak pahunchta hai. maafi bhi mangni hogi to unke zariye se woh maafi mangegi. to padri unke liye dua karte the. to is tarike se woh beech mein yeh kadi khatm ho</w:t>
      </w:r>
    </w:p>
    <w:p>
      <w:pPr>
        <w:pStyle w:val="Heading2"/>
      </w:pPr>
      <w:r>
        <w:t>The Bilal incident: Islam's rejection of racism</w:t>
      </w:r>
    </w:p>
    <w:p>
      <w:r>
        <w:rPr>
          <w:color w:val="666666"/>
          <w:sz w:val="18"/>
        </w:rPr>
        <w:t>Timeless Wisdom from the Life of Abu Dharr al-Ghifari December 21, 2025 · 4m 40s · at 34:06 · https://youtu.be/CDBjybktCDM?t=2046</w:t>
      </w:r>
    </w:p>
    <w:p>
      <w:r>
        <w:rPr>
          <w:i/>
        </w:rPr>
        <w:t>“Abu Dharr got into an argument with a black man”</w:t>
      </w:r>
    </w:p>
    <w:p>
      <w:r>
        <w:rPr>
          <w:sz w:val="20"/>
        </w:rPr>
        <w:t>34:06  Doctor Sahib, there was also one incident that happened between Hazrat Abu Zar and Hazrat Bilal, and there was a great lesson to be learned from it.</w:t>
      </w:r>
      <w:r>
        <w:br/>
      </w:r>
      <w:r>
        <w:rPr>
          <w:sz w:val="20"/>
        </w:rPr>
        <w:t>34:15  Please tell us about the incident as well. Yaar, this is an important lesson.</w:t>
      </w:r>
      <w:r>
        <w:br/>
      </w:r>
      <w:r>
        <w:rPr>
          <w:sz w:val="20"/>
        </w:rPr>
        <w:t>34:22  There is an important lesson in this incident. Once Abu Dharr radiallah anh got into an argument with a black man, who was probably Bilal radiallah anh, but that is not definite.</w:t>
      </w:r>
      <w:r>
        <w:br/>
      </w:r>
      <w:r>
        <w:rPr>
          <w:sz w:val="20"/>
        </w:rPr>
        <w:t>34:36  So during the argument, Abuzar said to him, "Yibn Saudah, O son of a black woman."</w:t>
      </w:r>
      <w:r>
        <w:br/>
      </w:r>
      <w:r>
        <w:rPr>
          <w:sz w:val="20"/>
        </w:rPr>
        <w:t>34:45  "So Bilal felt hurt by this statement, and he went to the Prophet and complained.</w:t>
      </w:r>
      <w:r>
        <w:br/>
      </w:r>
      <w:r>
        <w:rPr>
          <w:sz w:val="20"/>
        </w:rPr>
        <w:t>34:52  Bilal said, "Ya Rasulullah, Abuzar insulted my mother." So the Prophet became very angry at Abuzar, and Prophet told him, "You still have some traits of jahiliyah, that is of ignorance."</w:t>
      </w:r>
      <w:r>
        <w:br/>
      </w:r>
      <w:r>
        <w:rPr>
          <w:sz w:val="20"/>
        </w:rPr>
        <w:t>35:08  and the Prophet said, "This is the attitude of jahiliyah." And he said, "You really insulted him."</w:t>
      </w:r>
      <w:r>
        <w:br/>
      </w:r>
      <w:r>
        <w:rPr>
          <w:sz w:val="20"/>
        </w:rPr>
        <w:t>35:17  r. "so dus meed abuzar felt very bad and ashamed that he realized that he had been admonished by none other than the prophet. so he made repentance in a very beautiful way.</w:t>
      </w:r>
      <w:r>
        <w:br/>
      </w:r>
      <w:r>
        <w:rPr>
          <w:sz w:val="20"/>
        </w:rPr>
        <w:t>35:31  hmm, he showed complete humility.</w:t>
      </w:r>
      <w:r>
        <w:br/>
      </w:r>
      <w:r>
        <w:rPr>
          <w:sz w:val="20"/>
        </w:rPr>
        <w:t>35:34  he learned a deep and lifelong lesson from this, and abuzar (r.a.) went out and laid down on the ground. hmm, and he said, "i will not stand until places his feet on my chest." amazing! what he meant was, "let them humiliate me as i humiliated him."</w:t>
      </w:r>
      <w:r>
        <w:br/>
      </w:r>
      <w:r>
        <w:rPr>
          <w:sz w:val="20"/>
        </w:rPr>
        <w:t>36:00  bilal refused to do that, and he lifted his hand and embraced him. and this moment deeply affected abuzar (r.a.).</w:t>
      </w:r>
      <w:r>
        <w:br/>
      </w:r>
      <w:r>
        <w:rPr>
          <w:sz w:val="20"/>
        </w:rPr>
        <w:t>36:10  from then onward, he took great care of the slaves and the weaker people. one day, he was walking with one of his slaves, and both of them were wearing exactly the same dress.</w:t>
      </w:r>
      <w:r>
        <w:br/>
      </w:r>
      <w:r>
        <w:rPr>
          <w:sz w:val="20"/>
        </w:rPr>
        <w:t>36:28  they were wearing identical dress. so someone said, "your servant one is dressed better than you." so abuzar (r.a.) said, "i once insulted a mother of a believer, and the prophet told me, 'you are a man of jahiliyyah.' " so that immediately sincested me forever.</w:t>
      </w:r>
      <w:r>
        <w:br/>
      </w:r>
      <w:r>
        <w:rPr>
          <w:sz w:val="20"/>
        </w:rPr>
        <w:t>36:47  and the prophet also said in another hadith, "your servants are your brothers." this means treat them as equals,</w:t>
      </w:r>
      <w:r>
        <w:br/>
      </w:r>
      <w:r>
        <w:rPr>
          <w:sz w:val="20"/>
        </w:rPr>
        <w:t>36:56  honor them and respect them. and the prophet told abuzar that, "those who are under your command are given to you by god." and he said, "treat them as your brothers, feed them what you eat, dress them as you dress.</w:t>
      </w:r>
      <w:r>
        <w:br/>
      </w:r>
      <w:r>
        <w:rPr>
          <w:sz w:val="20"/>
        </w:rPr>
        <w:t>37:13  "and if you give, a very important point, if you give your servant a hard task, help him in that task</w:t>
      </w:r>
      <w:r>
        <w:br/>
      </w:r>
      <w:r>
        <w:rPr>
          <w:sz w:val="20"/>
        </w:rPr>
        <w:t>37:21  k. and after this incident, abuzar (r.a.) became known for freeing slaves, and this became his habit throughout his life. and there's a famous hadith in which the prophet said, "there is no virtue of a person whose skin is over a person of black skin except by taqwa</w:t>
      </w:r>
      <w:r>
        <w:br/>
      </w:r>
      <w:r>
        <w:rPr>
          <w:sz w:val="20"/>
        </w:rPr>
        <w:t>37:48  wa." and this hadith was narrated by abuzar as well. so the prophet also said about abuzar, "ma qallat al-ghabra' wa la azallat al-khadra' azdaqa lahjatan min abi dharr.</w:t>
      </w:r>
      <w:r>
        <w:br/>
      </w:r>
      <w:r>
        <w:rPr>
          <w:sz w:val="20"/>
        </w:rPr>
        <w:t>38:09  "neither the earth carried nor the sky shaded anyone more truthful in speech than abuzar</w:t>
      </w:r>
      <w:r>
        <w:br/>
      </w:r>
      <w:r>
        <w:rPr>
          <w:sz w:val="20"/>
        </w:rPr>
        <w:t>38:18  (r.a.). so this shows that, although he was admonished by the prophet, still he rose to such a high rank.</w:t>
      </w:r>
      <w:r>
        <w:br/>
      </w:r>
      <w:r>
        <w:rPr>
          <w:sz w:val="20"/>
        </w:rPr>
        <w:t>38:28  and the prophet himself praised him in such strong and honorable words. right! and doctor sahib, it also anaway demonstrates that islam rejects racism, and how prophet showed zero tolerance towards prejudice.</w:t>
      </w:r>
    </w:p>
    <w:p>
      <w:pPr>
        <w:pStyle w:val="Heading2"/>
      </w:pPr>
      <w:r>
        <w:t>the real sources of Islamic jurisprudence explained</w:t>
      </w:r>
    </w:p>
    <w:p>
      <w:r>
        <w:rPr>
          <w:color w:val="666666"/>
          <w:sz w:val="18"/>
        </w:rPr>
        <w:t>Development of Fiqh May 29, 2022 Prof. Farida Khanam · 5m 32s · at 8:47 · https://youtu.be/4rhQkwBd_N4?t=527</w:t>
      </w:r>
    </w:p>
    <w:p>
      <w:r>
        <w:rPr>
          <w:i/>
        </w:rPr>
        <w:t>“What are the sources of fiqh, besides Quran and Sunnah?”</w:t>
      </w:r>
    </w:p>
    <w:p>
      <w:r>
        <w:rPr>
          <w:sz w:val="20"/>
        </w:rPr>
        <w:t>8:47  Aap jaisa ke hum jante hain ke Islam ke primary sources, Quran aur Sunnah hain, toh yeh bhi aap bataiye ke fiqh ke kya sources hain? Isko awaz karein. Fiqh ke waise toh das barah sources bataye jate hain lekin main main source bataungi Quran, Hadith aur Ijma aur Qiyas. Asal mein toh wohi hai Ijtehad ya rai ka istemal karna.</w:t>
      </w:r>
      <w:r>
        <w:br/>
      </w:r>
      <w:r>
        <w:rPr>
          <w:sz w:val="20"/>
        </w:rPr>
        <w:t>9:16  Asal mein toh wohi hai lekin rai independent nahi. Rai, Quran o Hadith ki poori spirit ke saath usko istemal karna. Toh sabse pehle toh Quran mein jo saare ahkam hain, woh bahut sare ahkam clear toh hain, lekin Quran mein ek rehnuma usoolon ki kitab hai. Bahut hi usmein mukhtasar hai.</w:t>
      </w:r>
      <w:r>
        <w:br/>
      </w:r>
      <w:r>
        <w:rPr>
          <w:sz w:val="20"/>
        </w:rPr>
        <w:t>9:42  Quran mein jo hai, jo beliefs hain, jaise Khuda ek hai, Jannat, Jahannum, yeh saari cheezein, iski toh bahut detail hai. Lekin baqi cheezon ki detail nahi hai. Baqi cheezein principles ki shakal mein hai. Toh usi principle ko samajhna hai aur naye naye jo masail saamne aate hain, usmein usko apply karna hai.</w:t>
      </w:r>
      <w:r>
        <w:br/>
      </w:r>
      <w:r>
        <w:rPr>
          <w:sz w:val="20"/>
        </w:rPr>
        <w:t>10:07  to aisi bahut sari hadish hai aur prophet ki sunna tha jisse hum usko samajh sakte hain aur</w:t>
      </w:r>
      <w:r>
        <w:br/>
      </w:r>
      <w:r>
        <w:rPr>
          <w:sz w:val="20"/>
        </w:rPr>
        <w:t>10:17  usko apply kar sakte hain kyunki prophet khud bhi yahi kaam karte the ki quran ke usoolon ko</w:t>
      </w:r>
      <w:r>
        <w:br/>
      </w:r>
      <w:r>
        <w:rPr>
          <w:sz w:val="20"/>
        </w:rPr>
        <w:t>10:27  apply karte the.</w:t>
      </w:r>
      <w:r>
        <w:br/>
      </w:r>
      <w:r>
        <w:rPr>
          <w:sz w:val="20"/>
        </w:rPr>
        <w:t>10:38  nahi kahe jate the. us zamane mein mohattysin hi kahe jate the. to yeh log jo hain jama hokar ke scholars aur uske baad woh mashwara karte the. sab log apni apni rai dete the. to jo rai par jis rai par consensus ho jata tha to usko accept kar liya jata tha.</w:t>
      </w:r>
      <w:r>
        <w:br/>
      </w:r>
      <w:r>
        <w:rPr>
          <w:sz w:val="20"/>
        </w:rPr>
        <w:t>11:01  to ek baat yahan par janne ki hai ki us zamane sahaba jo the woh bilkul they were a different breed altogether. to woh jo hai kabhi bhi apne mashware par ishrar nahi karte the aur mashwara bhi jo sabse most senior hota tha woh pehle deta uske baad log dete aur kabhi bhi apne mashware par ishrar nahi karte the.</w:t>
      </w:r>
      <w:r>
        <w:br/>
      </w:r>
      <w:r>
        <w:rPr>
          <w:sz w:val="20"/>
        </w:rPr>
        <w:t>11:28  jo mashwara quran o hadees ki spirit se zyada qareebtar hota tha woh usko man liya jata tha. to is tarike se woh ijma ho jata hai to phir woh binding ek source ho jata hai aur qayas to inference hai matlab ek khayas aur ijma mein itna hi fark hai ki individual opinion aur woh collective opinion.</w:t>
      </w:r>
      <w:r>
        <w:br/>
      </w:r>
      <w:r>
        <w:rPr>
          <w:sz w:val="20"/>
        </w:rPr>
        <w:t>11:53  to log jab bhi quran aur sunnat par gaur karna aur usko naye halaat par shamda halaat par apply karna to yahi jo hai kya se usmein kuch na kuch apni rai ka dakhal hota hai. to is tarike se hum dekhte hain ki quran jo hai usool ki kitab hai aur uski detail jo hai sunnat milti hai aur fiqh jo hai uski tashree karti hai.</w:t>
      </w:r>
      <w:r>
        <w:br/>
      </w:r>
      <w:r>
        <w:rPr>
          <w:sz w:val="20"/>
        </w:rPr>
        <w:t>12:23  to usmein tashree mein rai ka dakhal hota hai. isiliye yeh log jo hain ahlul rai kah gaye. ji. aur woh jo muhaddiseen hote the woh bahut zyada stick karte the hadees par ki jo hadees se bilkul clear sabit ho jata tha usi ko woh lete the aur agar koi aisa masla aa gaya jiske bare mein hadees na ho to woh usko nahi lete the.</w:t>
      </w:r>
      <w:r>
        <w:br/>
      </w:r>
      <w:r>
        <w:rPr>
          <w:sz w:val="20"/>
        </w:rPr>
        <w:t>12:48  kehte the jab hamein koi hadees milegi, asal mein yahan yeh samajhne ki baat hai ki us waqt hadees ka collection nahi hua tha. to sari hadeesen logon ke samne nahi thi. haan, ji. ab kuch logon ne kuch log aaye profit ke paas unhone aapse baatein ki.</w:t>
      </w:r>
      <w:r>
        <w:br/>
      </w:r>
      <w:r>
        <w:rPr>
          <w:sz w:val="20"/>
        </w:rPr>
        <w:t>13:04  usko usi ko hadees kehte hain ya apki sunnat ko dekha, apko amal karte hue dekha, usko woh le gaye apne circle mein jaha woh kaam kar rahe the uske mutabiq unhone amal karna shuru kar diya. to is tarike se hadees mukammal collection kafi baad mein hua. to is wajah se istehad ki to har waqt zarurat hoti thi.</w:t>
      </w:r>
      <w:r>
        <w:br/>
      </w:r>
      <w:r>
        <w:rPr>
          <w:sz w:val="20"/>
        </w:rPr>
        <w:t>13:30  to usi spirit ke mutabiq ke woh conflict na kare jo quran ki spirit hai, quran ka jo purpose hai, uske mutabiq istehad kiya jata tha. to ijma aajkal logon ko yeh ek alag famine hai ke sare musalman agar kisi cheez ko maan rahe hain, accept kar rahe hain, us par unki practice hai to woh ijma hai. yeh kitabon mein likha hua hai to ijma hai.</w:t>
      </w:r>
      <w:r>
        <w:br/>
      </w:r>
      <w:r>
        <w:rPr>
          <w:sz w:val="20"/>
        </w:rPr>
        <w:t>13:55  aisa ijma nahi hota, ijma hota hai jab tak ki isteman ho, gathering logon ko bulaya jaye meeting mein aur sabki rai li jaye aur us rai par ek faisla liya jaye. to faisla aam taur par jo leader hota tha, caliph hota tha, wahi faisla leta tha. to kabhi woh kisi ki rai manta tha, kabhi woh apni rai se faisla karta tha.</w:t>
      </w:r>
      <w:r>
        <w:br/>
      </w:r>
      <w:r>
        <w:rPr>
          <w:sz w:val="20"/>
        </w:rPr>
        <w:t>14:19  to woh log sahaba log bahut hi zyada, bahut zyada woh mission se unko devotion tha. to kabhi bhi apne rai parishrar nahi karte the. to jo ismein ek baat yeh samajhne ki hai ki woh quran ki ek ayat jismein koi hukm hai usko lekar ke jab us par sochte the apni ishtehaad karte the to woh kis tarah karte the?</w:t>
      </w:r>
    </w:p>
    <w:p>
      <w:pPr>
        <w:pStyle w:val="Heading2"/>
      </w:pPr>
      <w:r>
        <w:t>Shrine visits for wishes are a false-hope business</w:t>
      </w:r>
    </w:p>
    <w:p>
      <w:r>
        <w:rPr>
          <w:color w:val="666666"/>
          <w:sz w:val="18"/>
        </w:rPr>
        <w:t>Hadith-e-Rasool (Sayings of The Prophet of Islam) 20 June 2010 · 4m 06s · at 1:06:38 · https://youtu.be/eOZy3kYKTn0?t=3998</w:t>
      </w:r>
    </w:p>
    <w:p>
      <w:r>
        <w:rPr>
          <w:i/>
        </w:rPr>
        <w:t>“Why do so many people go to shrine festivals?”</w:t>
      </w:r>
    </w:p>
    <w:p>
      <w:r>
        <w:rPr>
          <w:sz w:val="20"/>
        </w:rPr>
        <w:t>1:06:38  woh pooch rahe hain ke urs ka phenomenon kya hai aisa aisa kya hai ke itne sare log urs karne jaate hain iski haqeeqat kya hai</w:t>
      </w:r>
      <w:r>
        <w:br/>
      </w:r>
      <w:r>
        <w:rPr>
          <w:sz w:val="20"/>
        </w:rPr>
        <w:t>1:06:55  kal parson mein TV par dekh raha tha ek urs chal raha hai aaj kal to ismein koi TV wala us se interview le raha tha</w:t>
      </w:r>
      <w:r>
        <w:br/>
      </w:r>
      <w:r>
        <w:rPr>
          <w:sz w:val="20"/>
        </w:rPr>
        <w:t>1:07:06  to jisse poochta tha woh aam taur par log yehi kehte the yahan hamari sab muradein poori ho jaati hain</w:t>
      </w:r>
      <w:r>
        <w:br/>
      </w:r>
      <w:r>
        <w:rPr>
          <w:sz w:val="20"/>
        </w:rPr>
        <w:t>1:07:13  sab hamare masle hal ho jaate hain</w:t>
      </w:r>
      <w:r>
        <w:br/>
      </w:r>
      <w:r>
        <w:rPr>
          <w:sz w:val="20"/>
        </w:rPr>
        <w:t>1:07:16  jo hum maangte hain dar huzoor se woh sab</w:t>
      </w:r>
      <w:r>
        <w:br/>
      </w:r>
      <w:r>
        <w:rPr>
          <w:sz w:val="20"/>
        </w:rPr>
        <w:t>1:07:23  mil jaata hai hum ko ye hai raat ke ghalat aisa hi hai phaila diya gaya hai</w:t>
      </w:r>
      <w:r>
        <w:br/>
      </w:r>
      <w:r>
        <w:rPr>
          <w:sz w:val="20"/>
        </w:rPr>
        <w:t>1:07:29  ke yahan par aaoge to tumhara sab muradein poori ho jayengi</w:t>
      </w:r>
      <w:r>
        <w:br/>
      </w:r>
      <w:r>
        <w:rPr>
          <w:sz w:val="20"/>
        </w:rPr>
        <w:t>1:07:32  main isko kehta hoon false hope sabz nas</w:t>
      </w:r>
      <w:r>
        <w:br/>
      </w:r>
      <w:r>
        <w:rPr>
          <w:sz w:val="20"/>
        </w:rPr>
        <w:t>1:07:37  koi dargah ya koi qabar kisi ke murad ko poora nahi kar sakti bilkul hi yeh absurd baat hai lekin yeh afwah phaili hui hai to yeh false hope business hai logon ko yeh yani farzi yaqeen ho gaya hai ke yahan hum aayenge to hamara sab poora ho jayega</w:t>
      </w:r>
      <w:r>
        <w:br/>
      </w:r>
      <w:r>
        <w:rPr>
          <w:sz w:val="20"/>
        </w:rPr>
        <w:t>1:07:57  mujhe apne gaon ka qissa yaad aata hai ke hamare gaon mein ek saahab the ab unki death ho chuki hai</w:t>
      </w:r>
      <w:r>
        <w:br/>
      </w:r>
      <w:r>
        <w:rPr>
          <w:sz w:val="20"/>
        </w:rPr>
        <w:t>1:08:02  to woh dargahon mein jaate the yaani qabron jahan qabrein hoti hain wahan par</w:t>
      </w:r>
      <w:r>
        <w:br/>
      </w:r>
      <w:r>
        <w:rPr>
          <w:sz w:val="20"/>
        </w:rPr>
        <w:t>1:08:08  to hamare ghar mein hamare gaon mein ek saahab the jo bahut hi shariyat wale aadmi the unka bhi inteqaal ho chuka hai</w:t>
      </w:r>
      <w:r>
        <w:br/>
      </w:r>
      <w:r>
        <w:rPr>
          <w:sz w:val="20"/>
        </w:rPr>
        <w:t>1:08:15  to unhone isse kaha jo jaate the dargahon mein ke ye jab qabron mein jaate ho to wahan qabron mein jaake</w:t>
      </w:r>
      <w:r>
        <w:br/>
      </w:r>
      <w:r>
        <w:rPr>
          <w:sz w:val="20"/>
        </w:rPr>
        <w:t>1:08:22  tum maangte ho muradein maangte ho ye to galat hai Islam mein</w:t>
      </w:r>
      <w:r>
        <w:br/>
      </w:r>
      <w:r>
        <w:rPr>
          <w:sz w:val="20"/>
        </w:rPr>
        <w:t>1:08:27  to woh sunte sunte sunte sunte usne chala kar kaha hum to jayenge hum ko faida hai yeh keh ke chala aaya woh yani woh buzurg se is jo buzurg samjha rahe the usko woh buzurg se usne kaha ke hum to jayenge hum ko faida hai to yeh jo hai false hope business hai koi buzurg koi qabar koi dargah aap ko 1 percent bhi koi faida nahi pahuncha sakti hai naam mumkin baat hai</w:t>
      </w:r>
      <w:r>
        <w:br/>
      </w:r>
      <w:r>
        <w:rPr>
          <w:sz w:val="20"/>
        </w:rPr>
        <w:t>1:08:55  bilkul hi yeh absurd baat hai yeh lekin ek afwah phaili hui hai log daude chale ja rahe hain jisse bhi poochiye aap yeh hi kahega</w:t>
      </w:r>
      <w:r>
        <w:br/>
      </w:r>
      <w:r>
        <w:rPr>
          <w:sz w:val="20"/>
        </w:rPr>
        <w:t>1:09:07  ek bar to mein safar kar raha tha train mein to Pakistan ke kuch log mil gaye jo dargah ja rahe the yani dargah se loot rahe the woh to unhone poochha ke wahan gaye the aap kis liye</w:t>
      </w:r>
      <w:r>
        <w:br/>
      </w:r>
      <w:r>
        <w:rPr>
          <w:sz w:val="20"/>
        </w:rPr>
        <w:t>1:09:19  tuvaanhonne bataya ke meri yani Pakistan ka tha woh admi ke meri kitni betiyan hain abhi to koi shadi nahi hui hai wahan maine arz-i lagadi hai jaa kar ke yani wahan par dargah mein likh diya hoga ke bhai itni betiyon ki shadi ho jaye aur main chadar churaunga ya itna degh pakwaunga khilaunga</w:t>
      </w:r>
      <w:r>
        <w:br/>
      </w:r>
      <w:r>
        <w:rPr>
          <w:sz w:val="20"/>
        </w:rPr>
        <w:t>1:09:41  to yeh sara mamla hai false hope business ka kyunke hum hamara aqeeda hai ke sirf Allah nafe-o-azara hai jo kuch hota hai woh Allah ki taraf se hota hai kisi qabr wale ko kisi dargah wale ko yeh ikhtiyar nahi hai ke woh kisi ko faida pohncha de lekin ek phaila hua hai hindustan india mein zyada tar hai bahar nahi hai yeh sab yeh jo phenomenon hai yeh india ka phenomenon hai</w:t>
      </w:r>
      <w:r>
        <w:br/>
      </w:r>
      <w:r>
        <w:rPr>
          <w:sz w:val="20"/>
        </w:rPr>
        <w:t>1:10:08  achha jo jaise ruk jaate hain hum mandiron mein aur woh unke jo hote hain bade bade maqamat teerath theek wohi hai yeh bhi yeh mamla hai hindu log wahan jaate hain isliye ke agar wahan chale gaye wahan darshan de diya wahan koi charawa chadhawa diya to unki murad poori ho jayegi aise samajhte hain musalman ke yahan chale gaye wahan chadar chadhadi woh hamari murad poori ho jayegi</w:t>
      </w:r>
      <w:r>
        <w:br/>
      </w:r>
      <w:r>
        <w:rPr>
          <w:sz w:val="20"/>
        </w:rPr>
        <w:t>1:10:36  to main isko false hope business samajhta hoon iske siwa kuch nahi</w:t>
      </w:r>
    </w:p>
    <w:p>
      <w:pPr>
        <w:pStyle w:val="Heading2"/>
      </w:pPr>
      <w:r>
        <w:t>Yusuf's example of accepting secular power for opportunity</w:t>
      </w:r>
    </w:p>
    <w:p>
      <w:r>
        <w:rPr>
          <w:color w:val="666666"/>
          <w:sz w:val="18"/>
        </w:rPr>
        <w:t>Prophetic Guidance in the Quran (English) June 18, 2007 · 5m 43s · at 37:33 · https://youtu.be/E2Iz1yfXw-g?t=2253</w:t>
      </w:r>
    </w:p>
    <w:p>
      <w:r>
        <w:rPr>
          <w:i/>
        </w:rPr>
        <w:t>“If you find opportunities in a country where the ruler is not Muslim.”</w:t>
      </w:r>
    </w:p>
    <w:p>
      <w:r>
        <w:rPr>
          <w:sz w:val="20"/>
        </w:rPr>
        <w:t>37:33  t example. it means that if you find some opportunities in a country where the ruler is not muslim.</w:t>
      </w:r>
      <w:r>
        <w:br/>
      </w:r>
      <w:r>
        <w:rPr>
          <w:sz w:val="20"/>
        </w:rPr>
        <w:t>37:46  where the ruler is a non muslim, the ruler is a mushrik, the ruler is a secular</w:t>
      </w:r>
      <w:r>
        <w:br/>
      </w:r>
      <w:r>
        <w:rPr>
          <w:sz w:val="20"/>
        </w:rPr>
        <w:t>37:54  . you have to avail the opportunity without going to overthrow that king, without killing that king, without managing a coup against that king.</w:t>
      </w:r>
      <w:r>
        <w:br/>
      </w:r>
      <w:r>
        <w:rPr>
          <w:sz w:val="20"/>
        </w:rPr>
        <w:t>38:12  at present, we are living in a world where every country, there are secular system. secular was the general principle, universal accept</w:t>
      </w:r>
      <w:r>
        <w:br/>
      </w:r>
      <w:r>
        <w:rPr>
          <w:sz w:val="20"/>
        </w:rPr>
        <w:t>38:23  ed principle. so in every country, in almost every country, there are secular system. in every country, there are secular rulers, secular rulers.</w:t>
      </w:r>
      <w:r>
        <w:br/>
      </w:r>
      <w:r>
        <w:rPr>
          <w:sz w:val="20"/>
        </w:rPr>
        <w:t>38:36  and they giving us so many opportunity. for example, religious freedom. they are giving us freedom to establish industries.</w:t>
      </w:r>
      <w:r>
        <w:br/>
      </w:r>
      <w:r>
        <w:rPr>
          <w:sz w:val="20"/>
        </w:rPr>
        <w:t>38:49  they are giving us freedom to establish educational institutions. they are giving us freedom to establish dawa center.</w:t>
      </w:r>
      <w:r>
        <w:br/>
      </w:r>
      <w:r>
        <w:rPr>
          <w:sz w:val="20"/>
        </w:rPr>
        <w:t>39:02  so this secular rulers are giving us all kind of freedom,</w:t>
      </w:r>
      <w:r>
        <w:br/>
      </w:r>
      <w:r>
        <w:rPr>
          <w:sz w:val="20"/>
        </w:rPr>
        <w:t>39:11  all kind of opportunities. so we have to accept this opportunities</w:t>
      </w:r>
      <w:r>
        <w:br/>
      </w:r>
      <w:r>
        <w:rPr>
          <w:sz w:val="20"/>
        </w:rPr>
        <w:t>39:18  . we have to avail this opportunities.</w:t>
      </w:r>
      <w:r>
        <w:br/>
      </w:r>
      <w:r>
        <w:rPr>
          <w:sz w:val="20"/>
        </w:rPr>
        <w:t>39:24  i think it is haram to try to kill this secular leaders. haram to try to overthrow this secular leaders.</w:t>
      </w:r>
      <w:r>
        <w:br/>
      </w:r>
      <w:r>
        <w:rPr>
          <w:sz w:val="20"/>
        </w:rPr>
        <w:t>39:34  you have to accept this secular rulers, this secular governments, just like prophet yusuf accepted.</w:t>
      </w:r>
      <w:r>
        <w:br/>
      </w:r>
      <w:r>
        <w:rPr>
          <w:sz w:val="20"/>
        </w:rPr>
        <w:t>39:47  so you have to accept this secular government and avail all those opportunities.</w:t>
      </w:r>
      <w:r>
        <w:br/>
      </w:r>
      <w:r>
        <w:rPr>
          <w:sz w:val="20"/>
        </w:rPr>
        <w:t>39:57  this is the very, very important lesson given by the prophet yusuf.</w:t>
      </w:r>
      <w:r>
        <w:br/>
      </w:r>
      <w:r>
        <w:rPr>
          <w:sz w:val="20"/>
        </w:rPr>
        <w:t>40:07  prophet yusuf was a prophet, just like other prophets. and in quran, quran gives us the, the story of prophet yusuf with this title: "ahsan al qasas", best story.</w:t>
      </w:r>
      <w:r>
        <w:br/>
      </w:r>
      <w:r>
        <w:rPr>
          <w:sz w:val="20"/>
        </w:rPr>
        <w:t>40:28  according to the quran, the story of yusuf is "ahsan al qasas", best story.</w:t>
      </w:r>
      <w:r>
        <w:br/>
      </w:r>
      <w:r>
        <w:rPr>
          <w:sz w:val="20"/>
        </w:rPr>
        <w:t>40:37  it means best example.</w:t>
      </w:r>
      <w:r>
        <w:br/>
      </w:r>
      <w:r>
        <w:rPr>
          <w:sz w:val="20"/>
        </w:rPr>
        <w:t>40:42  if prophet yusuf story is best story, then i can say that his example is best example.</w:t>
      </w:r>
      <w:r>
        <w:br/>
      </w:r>
      <w:r>
        <w:rPr>
          <w:sz w:val="20"/>
        </w:rPr>
        <w:t>40:56  so he accepted a mushrik ruler</w:t>
      </w:r>
      <w:r>
        <w:br/>
      </w:r>
      <w:r>
        <w:rPr>
          <w:sz w:val="20"/>
        </w:rPr>
        <w:t>41:03  . so we have to accept present secular rulers, secular system, secular governments. why?</w:t>
      </w:r>
      <w:r>
        <w:br/>
      </w:r>
      <w:r>
        <w:rPr>
          <w:sz w:val="20"/>
        </w:rPr>
        <w:t>41:13  because they are giving us opportunities. prophet yusuf accepted mushrik rulers because he was ready to give him opportunities.</w:t>
      </w:r>
      <w:r>
        <w:br/>
      </w:r>
      <w:r>
        <w:rPr>
          <w:sz w:val="20"/>
        </w:rPr>
        <w:t>41:28  so is the case of present secular governments. they are giving us opportunities in term of dawa, in term of industry, in term of business, in term of education,</w:t>
      </w:r>
      <w:r>
        <w:br/>
      </w:r>
      <w:r>
        <w:rPr>
          <w:sz w:val="20"/>
        </w:rPr>
        <w:t>41:44  in term of religion.</w:t>
      </w:r>
      <w:r>
        <w:br/>
      </w:r>
      <w:r>
        <w:rPr>
          <w:sz w:val="20"/>
        </w:rPr>
        <w:t>41:47  so following the example of prophet yusuf, we have to accept this offer by heart, not as a hypocrisy,</w:t>
      </w:r>
      <w:r>
        <w:br/>
      </w:r>
      <w:r>
        <w:rPr>
          <w:sz w:val="20"/>
        </w:rPr>
        <w:t>42:04  not as a hypocrisy, not as experience, but as a principle.</w:t>
      </w:r>
      <w:r>
        <w:br/>
      </w:r>
      <w:r>
        <w:rPr>
          <w:sz w:val="20"/>
        </w:rPr>
        <w:t>42:13  it is a matter of principle, not matter of experience.</w:t>
      </w:r>
      <w:r>
        <w:br/>
      </w:r>
      <w:r>
        <w:rPr>
          <w:sz w:val="20"/>
        </w:rPr>
        <w:t>42:20  when this example was said by prophet joseph, that is a principle. it is not experience. it is not matter of interest.</w:t>
      </w:r>
      <w:r>
        <w:br/>
      </w:r>
      <w:r>
        <w:rPr>
          <w:sz w:val="20"/>
        </w:rPr>
        <w:t>42:33  it is matter of principle.</w:t>
      </w:r>
      <w:r>
        <w:br/>
      </w:r>
      <w:r>
        <w:rPr>
          <w:sz w:val="20"/>
        </w:rPr>
        <w:t>42:39  so in our contemporary times, the situation is the same.</w:t>
      </w:r>
      <w:r>
        <w:br/>
      </w:r>
      <w:r>
        <w:rPr>
          <w:sz w:val="20"/>
        </w:rPr>
        <w:t>42:48  so we have to apply that formula again in our situation. in between our situation and the situation of prophet joseph, there are great, great similarity.</w:t>
      </w:r>
      <w:r>
        <w:br/>
      </w:r>
      <w:r>
        <w:rPr>
          <w:sz w:val="20"/>
        </w:rPr>
        <w:t>43:01  so we have to adopt that example. we have to re apply that example in our present situations.</w:t>
      </w:r>
      <w:r>
        <w:br/>
      </w:r>
      <w:r>
        <w:rPr>
          <w:sz w:val="20"/>
        </w:rPr>
        <w:t>43:11  this is the true islamic teachings,</w:t>
      </w:r>
    </w:p>
    <w:p>
      <w:pPr>
        <w:pStyle w:val="Heading2"/>
      </w:pPr>
      <w:r>
        <w:t>the hijra: forced exile met with no revenge</w:t>
      </w:r>
    </w:p>
    <w:p>
      <w:r>
        <w:rPr>
          <w:color w:val="666666"/>
          <w:sz w:val="18"/>
        </w:rPr>
        <w:t>What is Islam March 17, 2007 · 5m 01s · at 28:10 · https://youtu.be/xEDxZmsi3Mg?t=1690</w:t>
      </w:r>
    </w:p>
    <w:p>
      <w:r>
        <w:rPr>
          <w:i/>
        </w:rPr>
        <w:t>“Prophet Muhammad was born in Mecca in 570 AD”</w:t>
      </w:r>
    </w:p>
    <w:p>
      <w:r>
        <w:rPr>
          <w:sz w:val="20"/>
        </w:rPr>
        <w:t>28:10  for example, prophet Muhammad (peace be upon him) was born in Makkah in 570 AD.</w:t>
      </w:r>
      <w:r>
        <w:br/>
      </w:r>
      <w:r>
        <w:rPr>
          <w:sz w:val="20"/>
        </w:rPr>
        <w:t>28:23  then, he was appointed as a prophet in 610. so, he started his mission in Makkah.</w:t>
      </w:r>
      <w:r>
        <w:br/>
      </w:r>
      <w:r>
        <w:rPr>
          <w:sz w:val="20"/>
        </w:rPr>
        <w:t>28:35  but, at that time, Makkah people were idol worshippers.</w:t>
      </w:r>
      <w:r>
        <w:br/>
      </w:r>
      <w:r>
        <w:rPr>
          <w:sz w:val="20"/>
        </w:rPr>
        <w:t>28:45  they were mushrik, idol worshippers. so, they became hostile.</w:t>
      </w:r>
      <w:r>
        <w:br/>
      </w:r>
      <w:r>
        <w:rPr>
          <w:sz w:val="20"/>
        </w:rPr>
        <w:t>28:55  few people from Makkah accepted Islam, but the majority turned hostile.</w:t>
      </w:r>
      <w:r>
        <w:br/>
      </w:r>
      <w:r>
        <w:rPr>
          <w:sz w:val="20"/>
        </w:rPr>
        <w:t>29:06  The hostility reached to the end that Prophet was compelled to leave Makkah. So, after thirteen years, he left Makkah and settled in Madinah.</w:t>
      </w:r>
      <w:r>
        <w:br/>
      </w:r>
      <w:r>
        <w:rPr>
          <w:sz w:val="20"/>
        </w:rPr>
        <w:t>29:23  That was, that is called in Islam hijra or migration. That was a compulsory exile.</w:t>
      </w:r>
      <w:r>
        <w:br/>
      </w:r>
      <w:r>
        <w:rPr>
          <w:sz w:val="20"/>
        </w:rPr>
        <w:t>29:34  das waz a compulso</w:t>
      </w:r>
      <w:r>
        <w:br/>
      </w:r>
      <w:r>
        <w:rPr>
          <w:sz w:val="20"/>
        </w:rPr>
        <w:t>29:40  leaving hiz own</w:t>
      </w:r>
      <w:r>
        <w:br/>
      </w:r>
      <w:r>
        <w:rPr>
          <w:sz w:val="20"/>
        </w:rPr>
        <w:t>29:46  motherland, his own homeland, his hometown. So, if you see the history, there are so many people who were compelled to leave their hometown, their home country, their homeland.</w:t>
      </w:r>
      <w:r>
        <w:br/>
      </w:r>
      <w:r>
        <w:rPr>
          <w:sz w:val="20"/>
        </w:rPr>
        <w:t>30:03  but, what happened? All those people became enemies of those people who were responsible for this exile, for this migration.</w:t>
      </w:r>
      <w:r>
        <w:br/>
      </w:r>
      <w:r>
        <w:rPr>
          <w:sz w:val="20"/>
        </w:rPr>
        <w:t>30:20  I don't know any exception in this. I don't know any exception in this</w:t>
      </w:r>
      <w:r>
        <w:br/>
      </w:r>
      <w:r>
        <w:rPr>
          <w:sz w:val="20"/>
        </w:rPr>
        <w:t>30:30  . all those people who were compelled, who were compelled to leave their hometown, who were migrated</w:t>
      </w:r>
      <w:r>
        <w:br/>
      </w:r>
      <w:r>
        <w:rPr>
          <w:sz w:val="20"/>
        </w:rPr>
        <w:t>30:46  by the force. They became hostile, they became enemy to those people.</w:t>
      </w:r>
      <w:r>
        <w:br/>
      </w:r>
      <w:r>
        <w:rPr>
          <w:sz w:val="20"/>
        </w:rPr>
        <w:t>30:52  every time, they were engaged in complaint and protest, and they try to fight.</w:t>
      </w:r>
      <w:r>
        <w:br/>
      </w:r>
      <w:r>
        <w:rPr>
          <w:sz w:val="20"/>
        </w:rPr>
        <w:t>31:01  they wanted to eliminate those people who responsible for their migration.</w:t>
      </w:r>
      <w:r>
        <w:br/>
      </w:r>
      <w:r>
        <w:rPr>
          <w:sz w:val="20"/>
        </w:rPr>
        <w:t>31:11  but, here we see dat da prophet of islam</w:t>
      </w:r>
      <w:r>
        <w:br/>
      </w:r>
      <w:r>
        <w:rPr>
          <w:sz w:val="20"/>
        </w:rPr>
        <w:t>31:18  waz quite different person</w:t>
      </w:r>
      <w:r>
        <w:br/>
      </w:r>
      <w:r>
        <w:rPr>
          <w:sz w:val="20"/>
        </w:rPr>
        <w:t>31:22  . quite different person. He never complained, he never engaged in complaint and protest.</w:t>
      </w:r>
      <w:r>
        <w:br/>
      </w:r>
      <w:r>
        <w:rPr>
          <w:sz w:val="20"/>
        </w:rPr>
        <w:t>31:31  There was for him, there was a choice to wage a war against Makkan people, because the migration.</w:t>
      </w:r>
      <w:r>
        <w:br/>
      </w:r>
      <w:r>
        <w:rPr>
          <w:sz w:val="20"/>
        </w:rPr>
        <w:t>31:40  der war about 200 people with him. dis people wair very brave</w:t>
      </w:r>
      <w:r>
        <w:br/>
      </w:r>
      <w:r>
        <w:rPr>
          <w:sz w:val="20"/>
        </w:rPr>
        <w:t>31:49  . they have so, it was possible for him to wage a war against those Makkan people.</w:t>
      </w:r>
      <w:r>
        <w:br/>
      </w:r>
      <w:r>
        <w:rPr>
          <w:sz w:val="20"/>
        </w:rPr>
        <w:t>31:59  but, he never tried to wage a war. no, he silently left Makkah without complaining, without any protest, without any negative thought.</w:t>
      </w:r>
      <w:r>
        <w:br/>
      </w:r>
      <w:r>
        <w:rPr>
          <w:sz w:val="20"/>
        </w:rPr>
        <w:t>32:13  So, this kind of positivity is quite rare in the history.</w:t>
      </w:r>
      <w:r>
        <w:br/>
      </w:r>
      <w:r>
        <w:rPr>
          <w:sz w:val="20"/>
        </w:rPr>
        <w:t>32:20  it is very, very rare phenomena that, although there were, there were hundreds reason to become negative against Makkan people.</w:t>
      </w:r>
      <w:r>
        <w:br/>
      </w:r>
      <w:r>
        <w:rPr>
          <w:sz w:val="20"/>
        </w:rPr>
        <w:t>32:34  but, he was able to turn his negative thought into positive thought. how</w:t>
      </w:r>
      <w:r>
        <w:br/>
      </w:r>
      <w:r>
        <w:rPr>
          <w:sz w:val="20"/>
        </w:rPr>
        <w:t>32:44  He was able to think about the situation in a very positive way.</w:t>
      </w:r>
      <w:r>
        <w:br/>
      </w:r>
      <w:r>
        <w:rPr>
          <w:sz w:val="20"/>
        </w:rPr>
        <w:t>32:57  So, his migration was not simply migration. It was, it was change the place of work.</w:t>
      </w:r>
    </w:p>
    <w:p>
      <w:pPr>
        <w:pStyle w:val="Heading2"/>
      </w:pPr>
      <w:r>
        <w:t>How the Prophet answered insults with words, not violence</w:t>
      </w:r>
    </w:p>
    <w:p>
      <w:r>
        <w:rPr>
          <w:color w:val="666666"/>
          <w:sz w:val="18"/>
        </w:rPr>
        <w:t>The Role of Islam in History January 9, 2011 · 3m 42s · at 1:09:57 · https://youtu.be/Hnm_lr7e-iM?t=4197</w:t>
      </w:r>
    </w:p>
    <w:p>
      <w:r>
        <w:rPr>
          <w:i/>
        </w:rPr>
        <w:t>“Main ek Makkay ki misal doon ga, ek Madine ki misal doon ga”</w:t>
      </w:r>
    </w:p>
    <w:p>
      <w:r>
        <w:rPr>
          <w:sz w:val="20"/>
        </w:rPr>
        <w:t>1:09:57  Mein yeh kahoon ga to dekhiye, is masle ko sanjeedgi se samjhiye. Mein aik mukke ki misaal doon ga aap ko, aik Madine ki misaal doon ga.</w:t>
      </w:r>
      <w:r>
        <w:br/>
      </w:r>
      <w:r>
        <w:rPr>
          <w:sz w:val="20"/>
        </w:rPr>
        <w:t>1:10:09  Rasool Allah jab Makah mein thay, yani Makah dor mein to wahan par shair-o-shairi ka bohat dhoom thi. To aik shair ne aap ko shair banaya, us mein likha ke aap Muzammim hain, Muzammim Nabina.</w:t>
      </w:r>
      <w:r>
        <w:br/>
      </w:r>
      <w:r>
        <w:rPr>
          <w:sz w:val="20"/>
        </w:rPr>
        <w:t>1:10:26  Yeh khoob phaila wahan par ke Muhammad ki bajaye Muzammim kaho un ko. Muzammim kehtay hain, muzammat kiya hua, condemned kiya hua. Yeh matlab hai is ka.</w:t>
      </w:r>
      <w:r>
        <w:br/>
      </w:r>
      <w:r>
        <w:rPr>
          <w:sz w:val="20"/>
        </w:rPr>
        <w:t>1:10:35  Yeh khula hua gustakhi thi, yeh</w:t>
      </w:r>
      <w:r>
        <w:br/>
      </w:r>
      <w:r>
        <w:rPr>
          <w:sz w:val="20"/>
        </w:rPr>
        <w:t>1:10:39  Khuli gustakhi thi. Yeh Rasool Allah ne is ke samnay ja ke parha, us ne Muzammim Nabina tum Muzammim ho, tum Muhammad nahi ho, yani qabil-e-muzammat aadmi ho.</w:t>
      </w:r>
      <w:r>
        <w:br/>
      </w:r>
      <w:r>
        <w:rPr>
          <w:sz w:val="20"/>
        </w:rPr>
        <w:t>1:10:50  To Rasool Allah ne kiya kiya? He smiled, simply he smiled. To mein sochne laga ke jo aap ne smile kiya, muskurah diye, yeh kiya cheez hai?</w:t>
      </w:r>
      <w:r>
        <w:br/>
      </w:r>
      <w:r>
        <w:rPr>
          <w:sz w:val="20"/>
        </w:rPr>
        <w:t>1:11:03  To mein yahan tak pohancha ke yeh hai smile activism.</w:t>
      </w:r>
      <w:r>
        <w:br/>
      </w:r>
      <w:r>
        <w:rPr>
          <w:sz w:val="20"/>
        </w:rPr>
        <w:t>1:11:09  Yeh smile activism hai, yani jab aap kisi ko i'raaz karein to yeh us par bohat asar parta hai.</w:t>
      </w:r>
      <w:r>
        <w:br/>
      </w:r>
      <w:r>
        <w:rPr>
          <w:sz w:val="20"/>
        </w:rPr>
        <w:t>1:11:17  Is aadmi ko, us ki us ki us ka consciousness hit ho jata hai. To aap ne smile kar ke aik namoona qaim kiya ke yeh sab waqia jo hai, us par smile hans do.</w:t>
      </w:r>
      <w:r>
        <w:br/>
      </w:r>
      <w:r>
        <w:rPr>
          <w:sz w:val="20"/>
        </w:rPr>
        <w:t>1:11:33  Us ka zamir jo hai, woh khud hi us ko malamat kare ga.</w:t>
      </w:r>
      <w:r>
        <w:br/>
      </w:r>
      <w:r>
        <w:rPr>
          <w:sz w:val="20"/>
        </w:rPr>
        <w:t>1:11:36  jo kaam aap karna chahte hain, qanoon ke zareeye se woh zamir karega. is ka kya? jo aadmi musalman ho gaya, jis aadmi ne ja ke aap ke samne kaha tha muzamm rabana, woh musalman ho gaya, islam qabool kar liya is ne.</w:t>
      </w:r>
      <w:r>
        <w:br/>
      </w:r>
      <w:r>
        <w:rPr>
          <w:sz w:val="20"/>
        </w:rPr>
        <w:t>1:11:50  to is ko main kahunga ke moral activism ya ismail activism. to moral activism ne work kiya, woh islam mein dakhil ho gaya.</w:t>
      </w:r>
      <w:r>
        <w:br/>
      </w:r>
      <w:r>
        <w:rPr>
          <w:sz w:val="20"/>
        </w:rPr>
        <w:t>1:11:59  baad mein doosri misaal madine ki hai.</w:t>
      </w:r>
      <w:r>
        <w:br/>
      </w:r>
      <w:r>
        <w:rPr>
          <w:sz w:val="20"/>
        </w:rPr>
        <w:t>1:12:04  is zamane mein bhi log aap ke khilaf bohat si baatein karte the. to hospital mein sabith ansari ek the, wahan par un se aap ne kaha ke tum un ka jawab do.</w:t>
      </w:r>
      <w:r>
        <w:br/>
      </w:r>
      <w:r>
        <w:rPr>
          <w:sz w:val="20"/>
        </w:rPr>
        <w:t>1:12:16  to baat ka jawab baat se, lafz ka jawab lafz se, statement ka jawab statement se, book ka jawab book se, is ki misaal qaim ki aap ne.</w:t>
      </w:r>
      <w:r>
        <w:br/>
      </w:r>
      <w:r>
        <w:rPr>
          <w:sz w:val="20"/>
        </w:rPr>
        <w:t>1:12:28  to yeh hai quran mein. to khair, is ka kuch bhi isharatan bhi koi hukum aisa nahi hai, balke is ka ulta hai. ulta yeh hai ke musalmanon ko mana kiya gaya ke tum doosron ko shatm na karo.</w:t>
      </w:r>
      <w:r>
        <w:br/>
      </w:r>
      <w:r>
        <w:rPr>
          <w:sz w:val="20"/>
        </w:rPr>
        <w:t>1:12:41  la tasubbu alladhina yaduna min dunillahi. musalmanon se kaha gaya ke tum sab o shatm na karo doosron ke upar. yeh kahin nahi kaha gaya ke doosron ko mana karo ke woh sab o shatm na karen.</w:t>
      </w:r>
      <w:r>
        <w:br/>
      </w:r>
      <w:r>
        <w:rPr>
          <w:sz w:val="20"/>
        </w:rPr>
        <w:t>1:12:51  to musalmanon ko khud apne upar ghor karna chahiye ke unhein sab o shatm se bachna hai.</w:t>
      </w:r>
      <w:r>
        <w:br/>
      </w:r>
      <w:r>
        <w:rPr>
          <w:sz w:val="20"/>
        </w:rPr>
        <w:t>1:12:58  ab musalman sab o shatm mein is had tak pahunch gaye ke qanoon qanoon bana dala, gun chala di. yeh to super super super shatm hai. musalmanon ko shatm se mana kiya gaya tha, ab unhein gun marne lage to yeh super shatm ho gaya hai.</w:t>
      </w:r>
      <w:r>
        <w:br/>
      </w:r>
      <w:r>
        <w:rPr>
          <w:sz w:val="20"/>
        </w:rPr>
        <w:t>1:13:13  to to musalmanon ko mana kiya gaya hai, doosron ko mana nahi kiya gaya.</w:t>
      </w:r>
      <w:r>
        <w:br/>
      </w:r>
      <w:r>
        <w:rPr>
          <w:sz w:val="20"/>
        </w:rPr>
        <w:t>1:13:20  to bilashubah yeh qanoon baseless hai. jo log is tarah se marte hain, kisi ko saathi bana kar ke, saathi bata kar ke, woh khud khud woh sab se bari gustakhi karte hain.</w:t>
      </w:r>
      <w:r>
        <w:br/>
      </w:r>
      <w:r>
        <w:rPr>
          <w:sz w:val="20"/>
        </w:rPr>
        <w:t>1:13:33  woh khud sab se bare islam ke khilaf chalne wale log hain.</w:t>
      </w:r>
    </w:p>
    <w:p>
      <w:pPr>
        <w:pStyle w:val="Heading2"/>
      </w:pPr>
      <w:r>
        <w:t>Prophet preserved first generation for rebuilding</w:t>
      </w:r>
    </w:p>
    <w:p>
      <w:r>
        <w:rPr>
          <w:color w:val="666666"/>
          <w:sz w:val="18"/>
        </w:rPr>
        <w:t>The Principles of Revolution 14 May 2007 - Maulana Wahiduddin Khan · 4m 21s · at 19:12 · https://youtu.be/2qdUPZbBW28?t=1152</w:t>
      </w:r>
    </w:p>
    <w:p>
      <w:r>
        <w:rPr>
          <w:i/>
        </w:rPr>
        <w:t>“Only second generation was able to reconstruct the society.”</w:t>
      </w:r>
    </w:p>
    <w:p>
      <w:r>
        <w:rPr>
          <w:sz w:val="20"/>
        </w:rPr>
        <w:t>19:12  Only second generation, third generation was able to reconstruct the society.</w:t>
      </w:r>
      <w:r>
        <w:br/>
      </w:r>
      <w:r>
        <w:rPr>
          <w:sz w:val="20"/>
        </w:rPr>
        <w:t>19:20  and you know, law of nature that only the first generation had spirit and dedication and motivation.</w:t>
      </w:r>
      <w:r>
        <w:br/>
      </w:r>
      <w:r>
        <w:rPr>
          <w:sz w:val="20"/>
        </w:rPr>
        <w:t>19:37  second generation or third generation is the degenerated generation, degenerated people, degenerated people.</w:t>
      </w:r>
      <w:r>
        <w:br/>
      </w:r>
      <w:r>
        <w:rPr>
          <w:sz w:val="20"/>
        </w:rPr>
        <w:t>19:47  So first generation was full of his spirit, but they died.</w:t>
      </w:r>
      <w:r>
        <w:br/>
      </w:r>
      <w:r>
        <w:rPr>
          <w:sz w:val="20"/>
        </w:rPr>
        <w:t>19:56  and second generation or third generation were</w:t>
      </w:r>
      <w:r>
        <w:br/>
      </w:r>
      <w:r>
        <w:rPr>
          <w:sz w:val="20"/>
        </w:rPr>
        <w:t>20:05  deprived of his spirit. they have no such dedication. to they fail to reconstruct the society.</w:t>
      </w:r>
      <w:r>
        <w:br/>
      </w:r>
      <w:r>
        <w:rPr>
          <w:sz w:val="20"/>
        </w:rPr>
        <w:t>20:15  you can see the example in India, in Pakistan, in Bangladesh, in South Africa, in France, in Russia, everywhere.</w:t>
      </w:r>
      <w:r>
        <w:br/>
      </w:r>
      <w:r>
        <w:rPr>
          <w:sz w:val="20"/>
        </w:rPr>
        <w:t>20:28  The Prophet of Islam adopted a very unique formula that was: avoid the obstacles, avoid the problems and avail the opportunities.</w:t>
      </w:r>
      <w:r>
        <w:br/>
      </w:r>
      <w:r>
        <w:rPr>
          <w:sz w:val="20"/>
        </w:rPr>
        <w:t>20:47  So Prophet of Islam when he was in Makkah</w:t>
      </w:r>
      <w:r>
        <w:br/>
      </w:r>
      <w:r>
        <w:rPr>
          <w:sz w:val="20"/>
        </w:rPr>
        <w:t>20:51  and there was 360 idols in kaaba, so he completely ignored.</w:t>
      </w:r>
      <w:r>
        <w:br/>
      </w:r>
      <w:r>
        <w:rPr>
          <w:sz w:val="20"/>
        </w:rPr>
        <w:t>21:04  he engaged himself in preaching rather than destroying the idols. It means that at the very first day, he he he was he was able to</w:t>
      </w:r>
      <w:r>
        <w:br/>
      </w:r>
      <w:r>
        <w:rPr>
          <w:sz w:val="20"/>
        </w:rPr>
        <w:t>21:21  to find the starting point at the very first day. Others found starting point after a long time, after 25 years, 30 years, 50 years.</w:t>
      </w:r>
      <w:r>
        <w:br/>
      </w:r>
      <w:r>
        <w:rPr>
          <w:sz w:val="20"/>
        </w:rPr>
        <w:t>21:39  but the prophet of Islam adopted a unique method. and under this method, he was able to found, able to find the starting point at the very first day.</w:t>
      </w:r>
      <w:r>
        <w:br/>
      </w:r>
      <w:r>
        <w:rPr>
          <w:sz w:val="20"/>
        </w:rPr>
        <w:t>22:00  So when he died in 632, he was, he was, he was, he completed the revolution.</w:t>
      </w:r>
      <w:r>
        <w:br/>
      </w:r>
      <w:r>
        <w:rPr>
          <w:sz w:val="20"/>
        </w:rPr>
        <w:t>22:13  revolution was completed at the time</w:t>
      </w:r>
      <w:r>
        <w:br/>
      </w:r>
      <w:r>
        <w:rPr>
          <w:sz w:val="20"/>
        </w:rPr>
        <w:t>22:18  because he spent his life to to build the society rather than to destroy obstacles.</w:t>
      </w:r>
      <w:r>
        <w:br/>
      </w:r>
      <w:r>
        <w:rPr>
          <w:sz w:val="20"/>
        </w:rPr>
        <w:t>22:34  so the basic point is that only first generation is aspired generation, is dedicated generation.</w:t>
      </w:r>
      <w:r>
        <w:br/>
      </w:r>
      <w:r>
        <w:rPr>
          <w:sz w:val="20"/>
        </w:rPr>
        <w:t>22:45  and in every revolution, in every revolution, this</w:t>
      </w:r>
      <w:r>
        <w:br/>
      </w:r>
      <w:r>
        <w:rPr>
          <w:sz w:val="20"/>
        </w:rPr>
        <w:t>22:52  in every revolution, this first generation was, was,</w:t>
      </w:r>
      <w:r>
        <w:br/>
      </w:r>
      <w:r>
        <w:rPr>
          <w:sz w:val="20"/>
        </w:rPr>
        <w:t>22:59  was lost because when when came the change, they were died.</w:t>
      </w:r>
      <w:r>
        <w:br/>
      </w:r>
      <w:r>
        <w:rPr>
          <w:sz w:val="20"/>
        </w:rPr>
        <w:t>23:14  So all other revolutionaries were negative revolutionaries, and the Prophet of Islam was a positive revolutionary.</w:t>
      </w:r>
      <w:r>
        <w:br/>
      </w:r>
      <w:r>
        <w:rPr>
          <w:sz w:val="20"/>
        </w:rPr>
        <w:t>23:26  this was the secret of his success.</w:t>
      </w:r>
    </w:p>
    <w:p>
      <w:pPr>
        <w:pStyle w:val="Heading2"/>
      </w:pPr>
      <w:r>
        <w:t>Image building futile, self-correction works</w:t>
      </w:r>
    </w:p>
    <w:p>
      <w:r>
        <w:rPr>
          <w:color w:val="666666"/>
          <w:sz w:val="18"/>
        </w:rPr>
        <w:t>The Problem of Misunderstanding July 02, 2008 · 4m 57s · at 22:13 · https://youtu.be/IP8aFVKtttc?t=1333</w:t>
      </w:r>
    </w:p>
    <w:p>
      <w:r>
        <w:rPr>
          <w:i/>
        </w:rPr>
        <w:t>“Ab doosri party ko lijiye”</w:t>
      </w:r>
    </w:p>
    <w:p>
      <w:r>
        <w:rPr>
          <w:sz w:val="20"/>
        </w:rPr>
        <w:t>22:13  ab doosri party ko lijiye, yani jis ke khilaf galat fehmi failai gayi hai.</w:t>
      </w:r>
      <w:r>
        <w:br/>
      </w:r>
      <w:r>
        <w:rPr>
          <w:sz w:val="20"/>
        </w:rPr>
        <w:t>22:20  yahan par main ne dekha ke log kya karte hain? image building ki campaign chalate hain.</w:t>
      </w:r>
      <w:r>
        <w:br/>
      </w:r>
      <w:r>
        <w:rPr>
          <w:sz w:val="20"/>
        </w:rPr>
        <w:t>22:28  image building ki campaign, yani apni jo image bigad gayi hai, us ko theek karne ki campaign, yeh bhi galat hai.</w:t>
      </w:r>
      <w:r>
        <w:br/>
      </w:r>
      <w:r>
        <w:rPr>
          <w:sz w:val="20"/>
        </w:rPr>
        <w:t>22:41  image building, image building campaign jo hai, woh mere nazdeek bilkul absurd hai, be faida hai.</w:t>
      </w:r>
      <w:r>
        <w:br/>
      </w:r>
      <w:r>
        <w:rPr>
          <w:sz w:val="20"/>
        </w:rPr>
        <w:t>22:49  self correction ki campaign chalna chahiye. image building ke maane hain ke doosre aadmi ko aap ne blame diya ke woh aadmi jo hai mere bare mein galat fehmi mein pada hua hai, us ko chahein ke aap ke us ko woh apne ko correct kare, woh apne ko theek kare.</w:t>
      </w:r>
      <w:r>
        <w:br/>
      </w:r>
      <w:r>
        <w:rPr>
          <w:sz w:val="20"/>
        </w:rPr>
        <w:t>23:07  ya image building, yani doosron ke mind ko badalna. main samajhta hoon ke yeh bilkul be faida baat hai.</w:t>
      </w:r>
      <w:r>
        <w:br/>
      </w:r>
      <w:r>
        <w:rPr>
          <w:sz w:val="20"/>
        </w:rPr>
        <w:t>23:18  main nahi paya ab tak ke image building ki jo so called campaign chalai jati hai, us ka koi faida hua ho. koi faida nahi hota is ka.</w:t>
      </w:r>
      <w:r>
        <w:br/>
      </w:r>
      <w:r>
        <w:rPr>
          <w:sz w:val="20"/>
        </w:rPr>
        <w:t>23:28  hum khud khush hote hain, lekin faida is ka kuch bhi nahi hota. faida hai self correction, apne hisse ki jo kami hai, us ko door karna.</w:t>
      </w:r>
      <w:r>
        <w:br/>
      </w:r>
      <w:r>
        <w:rPr>
          <w:sz w:val="20"/>
        </w:rPr>
        <w:t>23:43  image building mein target doosra aadmi hota hai, self correction mein target main khud hota hoon.</w:t>
      </w:r>
      <w:r>
        <w:br/>
      </w:r>
      <w:r>
        <w:rPr>
          <w:sz w:val="20"/>
        </w:rPr>
        <w:t>23:52  to yaad rakhiye, jab bhi aisa ho</w:t>
      </w:r>
      <w:r>
        <w:br/>
      </w:r>
      <w:r>
        <w:rPr>
          <w:sz w:val="20"/>
        </w:rPr>
        <w:t>23:57  to aap apne hi ko reassess kijiye, apne hi ko revise kijiye. apne ko revise kar ke hum doosre ko ki rai ko badal sakte hain.</w:t>
      </w:r>
      <w:r>
        <w:br/>
      </w:r>
      <w:r>
        <w:rPr>
          <w:sz w:val="20"/>
        </w:rPr>
        <w:t>24:08  image building se kuch hota nahi.</w:t>
      </w:r>
      <w:r>
        <w:br/>
      </w:r>
      <w:r>
        <w:rPr>
          <w:sz w:val="20"/>
        </w:rPr>
        <w:t>24:12  ab main ek misaal deta hoon aap ko. abhi do din ki baat hai, mere paas ek team aayi, ek american TV ki team thi.</w:t>
      </w:r>
      <w:r>
        <w:br/>
      </w:r>
      <w:r>
        <w:rPr>
          <w:sz w:val="20"/>
        </w:rPr>
        <w:t>24:22  wo to unhone bohat se sawalat mujh se kiye aur kai logon se ne interview lena tha.</w:t>
      </w:r>
      <w:r>
        <w:br/>
      </w:r>
      <w:r>
        <w:rPr>
          <w:sz w:val="20"/>
        </w:rPr>
        <w:t>24:34  to main ne us ko samjha, samajhne ki koshish ki ke aakhir yeh kya maqsad in ka hai. woh maqsad tha image building,</w:t>
      </w:r>
      <w:r>
        <w:br/>
      </w:r>
      <w:r>
        <w:rPr>
          <w:sz w:val="20"/>
        </w:rPr>
        <w:t>24:44  yani is zamane mein sari dunya mein amreeka ke khilaf bohat zyada logon ko shikayaten ho gayi hain.</w:t>
      </w:r>
      <w:r>
        <w:br/>
      </w:r>
      <w:r>
        <w:rPr>
          <w:sz w:val="20"/>
        </w:rPr>
        <w:t>24:57  har jagah aam taur par aap payenge ke amreeka ke khilaf logon ko shikayaten hain,</w:t>
      </w:r>
      <w:r>
        <w:br/>
      </w:r>
      <w:r>
        <w:rPr>
          <w:sz w:val="20"/>
        </w:rPr>
        <w:t>25:03  yahan tak ke woh log jo apne bachchon ko bhejte hain amreeka aur fakhr se kehte hain ke mera damad amreeka mein settle hai, woh bhi shikayaten liye baithe rehte hain.</w:t>
      </w:r>
      <w:r>
        <w:br/>
      </w:r>
      <w:r>
        <w:rPr>
          <w:sz w:val="20"/>
        </w:rPr>
        <w:t>25:15  yeh ajib baat hai.</w:t>
      </w:r>
      <w:r>
        <w:br/>
      </w:r>
      <w:r>
        <w:rPr>
          <w:sz w:val="20"/>
        </w:rPr>
        <w:t>25:18  maine bohat se log dekhe hain jinhone yeh jo is par fakhr karte hain ke mera mera beta amreeka mein settle ho gaya hai, mera damad amreeka mein settle ho gaya hai, lekin dil mein nafrat amreeka se,</w:t>
      </w:r>
      <w:r>
        <w:br/>
      </w:r>
      <w:r>
        <w:rPr>
          <w:sz w:val="20"/>
        </w:rPr>
        <w:t>25:33  shikayat hai amreeka se. toh yeh amreeka ke liye ek universal problem hai. har jagah aap ke khilaf shikayaten hain.</w:t>
      </w:r>
      <w:r>
        <w:br/>
      </w:r>
      <w:r>
        <w:rPr>
          <w:sz w:val="20"/>
        </w:rPr>
        <w:t>25:47  toh is ke liye amreeka mein bohat bade paimane par image building ka kaam kiya ja raha hai, yani shikayaton ko door karne ka.</w:t>
      </w:r>
      <w:r>
        <w:br/>
      </w:r>
      <w:r>
        <w:rPr>
          <w:sz w:val="20"/>
        </w:rPr>
        <w:t>25:58  toh jo sahabaan, jo TV ki jo team mere paas aayi thi, woh bhi isi ka ek part hai.</w:t>
      </w:r>
      <w:r>
        <w:br/>
      </w:r>
      <w:r>
        <w:rPr>
          <w:sz w:val="20"/>
        </w:rPr>
        <w:t>26:09  main yeh kahunga ke aap result ko dekhiye, you have to see the result.</w:t>
      </w:r>
      <w:r>
        <w:br/>
      </w:r>
      <w:r>
        <w:rPr>
          <w:sz w:val="20"/>
        </w:rPr>
        <w:t>26:18  yani is par million million dollar kharch kiye ja rahe hain, lekin result toh kuch bhi nahin. result toh kuch bhi nahin.</w:t>
      </w:r>
      <w:r>
        <w:br/>
      </w:r>
      <w:r>
        <w:rPr>
          <w:sz w:val="20"/>
        </w:rPr>
        <w:t>26:28  kahin bhi aap do aadmi nahin payenge aise jinhone is image building campaign se apni ko correct kar liya ho, apni rai badal li ho.</w:t>
      </w:r>
      <w:r>
        <w:br/>
      </w:r>
      <w:r>
        <w:rPr>
          <w:sz w:val="20"/>
        </w:rPr>
        <w:t>26:38  amreeka ke khilaf mein woh agar is se pehle negative the toh aap positive ho gaye hon. aise aap ko do a</w:t>
      </w:r>
      <w:r>
        <w:br/>
      </w:r>
      <w:r>
        <w:rPr>
          <w:sz w:val="20"/>
        </w:rPr>
        <w:t>26:45  admi bhi nahin milenge. so in terms of result, it is a futile exercise.</w:t>
      </w:r>
      <w:r>
        <w:br/>
      </w:r>
      <w:r>
        <w:rPr>
          <w:sz w:val="20"/>
        </w:rPr>
        <w:t>26:54  aur yeh sab ka image building ke jitne bhi kiye jaate hain, woh sab result ke aitbar se aap dekhen toh lagega kuch bhi nahin, kuch bhi nahin.</w:t>
      </w:r>
    </w:p>
    <w:p>
      <w:pPr>
        <w:pStyle w:val="Heading2"/>
      </w:pPr>
      <w:r>
        <w:t>Jesus miracles and concept of itmam e hujjat</w:t>
      </w:r>
    </w:p>
    <w:p>
      <w:r>
        <w:rPr>
          <w:color w:val="666666"/>
          <w:sz w:val="18"/>
        </w:rPr>
        <w:t>A Case of Derailment April 25, 2014 · 5m 25s · at 1:30 · https://youtu.be/ERcUTQt6tFY?t=90</w:t>
      </w:r>
    </w:p>
    <w:p>
      <w:r>
        <w:rPr>
          <w:i/>
        </w:rPr>
        <w:t>“Bismillah hir Rahman ir Rahim”</w:t>
      </w:r>
    </w:p>
    <w:p>
      <w:r>
        <w:rPr>
          <w:sz w:val="20"/>
        </w:rPr>
        <w:t>1:30  bismillah rehman rehim.</w:t>
      </w:r>
      <w:r>
        <w:br/>
      </w:r>
      <w:r>
        <w:rPr>
          <w:sz w:val="20"/>
        </w:rPr>
        <w:t>1:35  quran ki is ayat mein hazrat masih ke ki jin khusoosiyat ka zikr hai, jin moajzaat ka zikr hai,</w:t>
      </w:r>
      <w:r>
        <w:br/>
      </w:r>
      <w:r>
        <w:rPr>
          <w:sz w:val="20"/>
        </w:rPr>
        <w:t>1:49  wo afzaliyat ke aitbar se nahin hain. nabiyon mein koi afzal ya ghair afzal nahin hota hai.</w:t>
      </w:r>
      <w:r>
        <w:br/>
      </w:r>
      <w:r>
        <w:rPr>
          <w:sz w:val="20"/>
        </w:rPr>
        <w:t>1:58  tamam nabbi aqsa tor par nabbi hote hain. la nufarruq bayna ahad rasool hadith mein bhi is ki sakht tardeed aayi hai ke nabiyon ko afzal aur ghair afzal ke darmiyan banta jaye.</w:t>
      </w:r>
      <w:r>
        <w:br/>
      </w:r>
      <w:r>
        <w:rPr>
          <w:sz w:val="20"/>
        </w:rPr>
        <w:t>2:16  nabiyon ko mukhtalif khusoosiyat di gayi hain. wo khusoosiyat hoti hain</w:t>
      </w:r>
      <w:r>
        <w:br/>
      </w:r>
      <w:r>
        <w:rPr>
          <w:sz w:val="20"/>
        </w:rPr>
        <w:t>2:26  is aitbar se ke un ko kaun sa role ada karna hai. mukhtalif anbiya aaye mukhtalif qaumon mein mukhtalif halaat mein.</w:t>
      </w:r>
      <w:r>
        <w:br/>
      </w:r>
      <w:r>
        <w:rPr>
          <w:sz w:val="20"/>
        </w:rPr>
        <w:t>2:37  to apne halaat ke aitbar se har nabbi ko koi khaas role ada karna tha. is ke aitbar se unhein mukhtalif qism ke,</w:t>
      </w:r>
      <w:r>
        <w:br/>
      </w:r>
      <w:r>
        <w:rPr>
          <w:sz w:val="20"/>
        </w:rPr>
        <w:t>2:51  mukhtalif qism ki is ki ki khusoosiyat di gayeen.</w:t>
      </w:r>
      <w:r>
        <w:br/>
      </w:r>
      <w:r>
        <w:rPr>
          <w:sz w:val="20"/>
        </w:rPr>
        <w:t>2:56  to hazrat masih ko jo cheez di gayi wo un ke role ke aitbar se thi. hazrat masih aik israili paighambar the.</w:t>
      </w:r>
      <w:r>
        <w:br/>
      </w:r>
      <w:r>
        <w:rPr>
          <w:sz w:val="20"/>
        </w:rPr>
        <w:t>3:09  israel ke</w:t>
      </w:r>
      <w:r>
        <w:br/>
      </w:r>
      <w:r>
        <w:rPr>
          <w:sz w:val="20"/>
        </w:rPr>
        <w:t>3:12  paighambaron mein wo aakhri paighambar the. to bani israel mein bohat se nabbi aaye.</w:t>
      </w:r>
      <w:r>
        <w:br/>
      </w:r>
      <w:r>
        <w:rPr>
          <w:sz w:val="20"/>
        </w:rPr>
        <w:t>3:22  un mein aakhri nabbi the, un mein aakhri nabbi the hazrat masih.</w:t>
      </w:r>
      <w:r>
        <w:br/>
      </w:r>
      <w:r>
        <w:rPr>
          <w:sz w:val="20"/>
        </w:rPr>
        <w:t>3:30  to us waqt jab yeh hazrat masih aaye to yahood apne daur zawal ke aakhri had par pahunch chuke the. un mein lambi muddat ke baad un ke andar bohat ziyada zawal aa chuka tha.</w:t>
      </w:r>
      <w:r>
        <w:br/>
      </w:r>
      <w:r>
        <w:rPr>
          <w:sz w:val="20"/>
        </w:rPr>
        <w:t>3:45  to hazrat masih ka role yeh tha ke wo nihayat hi wazeh dalail ke sath</w:t>
      </w:r>
      <w:r>
        <w:br/>
      </w:r>
      <w:r>
        <w:rPr>
          <w:sz w:val="20"/>
        </w:rPr>
        <w:t>3:56  sachai ko batayen bani israel ko. phir ya to wo apni islaah karen</w:t>
      </w:r>
      <w:r>
        <w:br/>
      </w:r>
      <w:r>
        <w:rPr>
          <w:sz w:val="20"/>
        </w:rPr>
        <w:t>4:06  ya phir un ko ma'zoor kar diya jaye aur is ke baad nabuwwat bani ismail ki taraf muntaqil kar di jaye.</w:t>
      </w:r>
      <w:r>
        <w:br/>
      </w:r>
      <w:r>
        <w:rPr>
          <w:sz w:val="20"/>
        </w:rPr>
        <w:t>4:15  is aitbar se yeh khusoosiyat ya moajze hazrat masih ko diye gaye. jaisa ke is ayat mein maloom hota hai ke un ko yeh moajza diya gaya tha ke wo murda mein jandar dalte the.</w:t>
      </w:r>
      <w:r>
        <w:br/>
      </w:r>
      <w:r>
        <w:rPr>
          <w:sz w:val="20"/>
        </w:rPr>
        <w:t>4:36  wo mure hue ko zinda kar dete the. wo bimaron ko acha kar dete the.</w:t>
      </w:r>
      <w:r>
        <w:br/>
      </w:r>
      <w:r>
        <w:rPr>
          <w:sz w:val="20"/>
        </w:rPr>
        <w:t>4:45  bimaron ko acha kar dete the. wo bata dete the ke tumhare gharon mein kya hai.</w:t>
      </w:r>
      <w:r>
        <w:br/>
      </w:r>
      <w:r>
        <w:rPr>
          <w:sz w:val="20"/>
        </w:rPr>
        <w:t>4:54  yeh sab baaten bohat hi</w:t>
      </w:r>
      <w:r>
        <w:br/>
      </w:r>
      <w:r>
        <w:rPr>
          <w:sz w:val="20"/>
        </w:rPr>
        <w:t>4:59  ziyada ajeeb thin. to yeh is liye thin ke yahood ko maloom ho ke yeh aadmi nabbi hai ya Allah ki taraf se hai.</w:t>
      </w:r>
      <w:r>
        <w:br/>
      </w:r>
      <w:r>
        <w:rPr>
          <w:sz w:val="20"/>
        </w:rPr>
        <w:t>5:16  to is se ya to wo nabbi ko pehchan len aur phir islaah kar len. aur agar wo na pehchanen, islaah na karen to un par itmam e hujjat ho jaye.</w:t>
      </w:r>
      <w:r>
        <w:br/>
      </w:r>
      <w:r>
        <w:rPr>
          <w:sz w:val="20"/>
        </w:rPr>
        <w:t>5:27  itmam e hujjat ka matlab yeh hai ke yeh baat wazeh ho jaye ke aisa nabbi</w:t>
      </w:r>
      <w:r>
        <w:br/>
      </w:r>
      <w:r>
        <w:rPr>
          <w:sz w:val="20"/>
        </w:rPr>
        <w:t>5:39  jo tumhare paas aaya, jo</w:t>
      </w:r>
      <w:r>
        <w:br/>
      </w:r>
      <w:r>
        <w:rPr>
          <w:sz w:val="20"/>
        </w:rPr>
        <w:t>5:47  be rooh mein cheez mein zinda zindagi paida karta tha, jo murda ko zinda karta tha, jo</w:t>
      </w:r>
      <w:r>
        <w:br/>
      </w:r>
      <w:r>
        <w:rPr>
          <w:sz w:val="20"/>
        </w:rPr>
        <w:t>6:08  jo tum ko is ki jis ki baseerat itni barhi hui thi ke tumhare gharon mein kya hai,</w:t>
      </w:r>
      <w:r>
        <w:br/>
      </w:r>
      <w:r>
        <w:rPr>
          <w:sz w:val="20"/>
        </w:rPr>
        <w:t>6:14  woh bata deta tha. is ke bawajood tum ne apni islaah nahi ki.</w:t>
      </w:r>
      <w:r>
        <w:br/>
      </w:r>
      <w:r>
        <w:rPr>
          <w:sz w:val="20"/>
        </w:rPr>
        <w:t>6:23  to yeh is tarah ka itmam-e-hujjat jab ho jaye to un ko ma'zoor kar diya jaye taake unhein daleel ke sath wazeh ho jaye ke tum is qabil, is qabil apne zawal ke nateejay mein is qabil ho chuke the ke ab tumhein mazeed</w:t>
      </w:r>
      <w:r>
        <w:br/>
      </w:r>
      <w:r>
        <w:rPr>
          <w:sz w:val="20"/>
        </w:rPr>
        <w:t>6:43  tumhari hesiyat ko baqi na rakha jaye balke tum ko ma'zoor kar diya jaye aur nabuwat jo hai doosre ko de di jaye. to yeh tha aur yeh waqe'atan aisa hi hua.</w:t>
      </w:r>
    </w:p>
    <w:p>
      <w:pPr>
        <w:pStyle w:val="Heading2"/>
      </w:pPr>
      <w:r>
        <w:t>Ibrahim's creative da'wah and new generation</w:t>
      </w:r>
    </w:p>
    <w:p>
      <w:r>
        <w:rPr>
          <w:color w:val="666666"/>
          <w:sz w:val="18"/>
        </w:rPr>
        <w:t>Revival of Abrahamic Mission October 28, 2012 Maulana Wahiduddin Khan · 6m 12s · at 8:50 · https://youtu.be/_lPI1oLa-00?t=530</w:t>
      </w:r>
    </w:p>
    <w:p>
      <w:r>
        <w:rPr>
          <w:i/>
        </w:rPr>
        <w:t>“Jihad in this verse means da'wah, calling to God.”</w:t>
      </w:r>
    </w:p>
    <w:p>
      <w:r>
        <w:rPr>
          <w:sz w:val="20"/>
        </w:rPr>
        <w:t>8:50  to yahan par jihad se murad wahi amal hoga jo hazrat ibrahim ne amalan ada kiya tha. woh kya tha? woh sirf ek tha, ab woh hai dawat ilallah.</w:t>
      </w:r>
      <w:r>
        <w:br/>
      </w:r>
      <w:r>
        <w:rPr>
          <w:sz w:val="20"/>
        </w:rPr>
        <w:t>9:06  hazrat ibrahim ne dawat ka kaam kiya pehle iraq mein. iraq mein ek qadeem shehar tha jis ka naam tha ur, U-R.</w:t>
      </w:r>
      <w:r>
        <w:br/>
      </w:r>
      <w:r>
        <w:rPr>
          <w:sz w:val="20"/>
        </w:rPr>
        <w:t>9:19  yeh shehar zameen ke neeche dab gaya tha aur woh khodai kar ke maloom ho gaya hai.</w:t>
      </w:r>
      <w:r>
        <w:br/>
      </w:r>
      <w:r>
        <w:rPr>
          <w:sz w:val="20"/>
        </w:rPr>
        <w:t>9:30  aap is ko internet par dekh sakte hain. to yahan par aap ne dawat ilallah ka kaam kiya. wahan ke logon ne aap ki baat ko nahi mana to aap iraq se nikle.</w:t>
      </w:r>
      <w:r>
        <w:br/>
      </w:r>
      <w:r>
        <w:rPr>
          <w:sz w:val="20"/>
        </w:rPr>
        <w:t>9:46  aap misr gaye, aap falasteen gaye, aap sham aaye. aakhir mein aap ne makkah ke maqam par jahan us waqt desert tha,</w:t>
      </w:r>
      <w:r>
        <w:br/>
      </w:r>
      <w:r>
        <w:rPr>
          <w:sz w:val="20"/>
        </w:rPr>
        <w:t>10:00  apni biwi hajra aur ismail ko basaya. kis liye? ke aap ne dekha ke us waqt ke log jo hain, conditioned ho gaye hain shirk mein, ghairullah ki ibadat mein.</w:t>
      </w:r>
      <w:r>
        <w:br/>
      </w:r>
      <w:r>
        <w:rPr>
          <w:sz w:val="20"/>
        </w:rPr>
        <w:t>10:16  to aap ne allah ke hukum se ek nai planning ki. woh planning kya thi?</w:t>
      </w:r>
      <w:r>
        <w:br/>
      </w:r>
      <w:r>
        <w:rPr>
          <w:sz w:val="20"/>
        </w:rPr>
        <w:t>10:28  ek nai generation banana jo conditioning se pak ho. hazrat ibrahim ne dekha ke iraq ke log, misr ke log, sham ke log, falasteen ke log, har jagah ke log shirk culture mein aakhri had tak conditioned ho gaye hain.</w:t>
      </w:r>
      <w:r>
        <w:br/>
      </w:r>
      <w:r>
        <w:rPr>
          <w:sz w:val="20"/>
        </w:rPr>
        <w:t>10:50  unki samajh mein baat aati nahi hai due to their conditioning. to yeh allah ka ishara hua ke tum ek nai generation banao.</w:t>
      </w:r>
      <w:r>
        <w:br/>
      </w:r>
      <w:r>
        <w:rPr>
          <w:sz w:val="20"/>
        </w:rPr>
        <w:t>11:02  insani abadiyon se door, shehron se door, mushrikana culture se door. to is ka intekhab hua ke desert mein aap basaein apni aria ko aur apne farzand ko.</w:t>
      </w:r>
      <w:r>
        <w:br/>
      </w:r>
      <w:r>
        <w:rPr>
          <w:sz w:val="20"/>
        </w:rPr>
        <w:t>11:23  to jo qissa jo aap jante hain, mashhoor hai ke aap ne khwab dekha ke apne bete ko zabah kar raha hoon.</w:t>
      </w:r>
      <w:r>
        <w:br/>
      </w:r>
      <w:r>
        <w:rPr>
          <w:sz w:val="20"/>
        </w:rPr>
        <w:t>11:33  to woh bete ko zabah karne ke liye tayyar ho gaye. lekin phir aakhir waqt mein, aain waqt par farishta aaya.</w:t>
      </w:r>
      <w:r>
        <w:br/>
      </w:r>
      <w:r>
        <w:rPr>
          <w:sz w:val="20"/>
        </w:rPr>
        <w:t>11:42  us ne kaha ke nahi, aap mere bete ko zabah kijiye, bete ko nahi. to quran mein hai ke wa fadaynahu bizibhin azeem.</w:t>
      </w:r>
      <w:r>
        <w:br/>
      </w:r>
      <w:r>
        <w:rPr>
          <w:sz w:val="20"/>
        </w:rPr>
        <w:t>11:55  yahan zibhe azeem se murad beda nahi hai, janwar nahi hai, hazrat ismail hain. azeem zibhe azeem ka matlab hai great sacrifice yani greater than the animal sacrifice.</w:t>
      </w:r>
      <w:r>
        <w:br/>
      </w:r>
      <w:r>
        <w:rPr>
          <w:sz w:val="20"/>
        </w:rPr>
        <w:t>12:15  ek hai animal ki qurbani, woh ek saada qurbani hai, mamooli qurbani hai, ordinary qurbani hai. to allah ka matlab hua ke ek greater qurbani ki jaye.</w:t>
      </w:r>
      <w:r>
        <w:br/>
      </w:r>
      <w:r>
        <w:rPr>
          <w:sz w:val="20"/>
        </w:rPr>
        <w:t>12:28  woh kya tha? apne bete ko tum dedicate karo is mission ke liye ke ek nai generation banai jaye desert mein jahan nature ke siwa kuch bhi na ho.</w:t>
      </w:r>
      <w:r>
        <w:br/>
      </w:r>
      <w:r>
        <w:rPr>
          <w:sz w:val="20"/>
        </w:rPr>
        <w:t>12:44  woh desert door door tak wahan kuch bhi nahi tha, na insani abadi thi, na koi na koi wahan par agriculture tha, kuch bhi nahi tha.</w:t>
      </w:r>
      <w:r>
        <w:br/>
      </w:r>
      <w:r>
        <w:rPr>
          <w:sz w:val="20"/>
        </w:rPr>
        <w:t>12:58  to wahan par nature ke siwa aur kuch bhi nahi tha, sirf nature hi nature charon taraf tha. wahan par ek nasal banai gayi jis mein tawallud aur tanasul ke zariye ek poori nasal banne mein dhai hazar saal lage.</w:t>
      </w:r>
      <w:r>
        <w:br/>
      </w:r>
      <w:r>
        <w:rPr>
          <w:sz w:val="20"/>
        </w:rPr>
        <w:t>13:19  yeh thi dawah planning yani hazrat ibrahim ne pehle dawah work kiya bohat dinon tak kyunke hazrat ibrahim ko allah taala ne bohat lambi umar di thi, sau saal se zyada jiye aap.</w:t>
      </w:r>
      <w:r>
        <w:br/>
      </w:r>
      <w:r>
        <w:rPr>
          <w:sz w:val="20"/>
        </w:rPr>
        <w:t>13:36  to pehle daawa work kiya lekin logon ne jab aap ki awaaz par labbaik nahin kaha to aap ne dawat ke kaam ko chhod nahin diya.</w:t>
      </w:r>
      <w:r>
        <w:br/>
      </w:r>
      <w:r>
        <w:rPr>
          <w:sz w:val="20"/>
        </w:rPr>
        <w:t>13:48  khaas baat sochne ki yeh hai ke hazrat ibrahim ne dawat ke kaam ko chhod nahin diya ke log wahan hi mein jaayen, nahin maante to na maanen.</w:t>
      </w:r>
      <w:r>
        <w:br/>
      </w:r>
      <w:r>
        <w:rPr>
          <w:sz w:val="20"/>
        </w:rPr>
        <w:t>13:58  nahin, aap ne dawat ke kaam ki replanning ki. replanning</w:t>
      </w:r>
      <w:r>
        <w:br/>
      </w:r>
      <w:r>
        <w:rPr>
          <w:sz w:val="20"/>
        </w:rPr>
        <w:t>14:09  yaani is ko kahenge creative daawa. creative daawa woh yeh hai ke ek nayi nasal banao aur patient chalo.</w:t>
      </w:r>
      <w:r>
        <w:br/>
      </w:r>
      <w:r>
        <w:rPr>
          <w:sz w:val="20"/>
        </w:rPr>
        <w:t>14:21  jin insaanon ko doosre maon aur baapon ne paida kiya hai, un mein agar nahin mil rahe hain labbaik kehne wale to tum khud ek nasal banao.</w:t>
      </w:r>
      <w:r>
        <w:br/>
      </w:r>
      <w:r>
        <w:rPr>
          <w:sz w:val="20"/>
        </w:rPr>
        <w:t>14:33  patient chalo yaani paida shuda insaan chalne ke bajaaye aur patient chalo. kaisi ajeeb thi yeh planning.</w:t>
      </w:r>
      <w:r>
        <w:br/>
      </w:r>
      <w:r>
        <w:rPr>
          <w:sz w:val="20"/>
        </w:rPr>
        <w:t>14:43  patient chalo</w:t>
      </w:r>
      <w:r>
        <w:br/>
      </w:r>
      <w:r>
        <w:rPr>
          <w:sz w:val="20"/>
        </w:rPr>
        <w:t>14:47  yaani aise insaan banao, bane hue insaanon mein agar respawn nahin mil raha hai to tum patient jaao, patient jaao, patient jaao, naye rang ke insaan paida karo.</w:t>
      </w:r>
    </w:p>
    <w:p>
      <w:pPr>
        <w:pStyle w:val="Heading2"/>
      </w:pPr>
      <w:r>
        <w:t>Reforming Muslim political mindset</w:t>
      </w:r>
    </w:p>
    <w:p>
      <w:r>
        <w:rPr>
          <w:color w:val="666666"/>
          <w:sz w:val="18"/>
        </w:rPr>
        <w:t>The Message of Surah Yusuf Political Management April 14, 2020 Maulana Wahiduddin Khan · 3m 12s · at 32:10 · https://youtu.be/bpwEh5brv2M?t=1930</w:t>
      </w:r>
    </w:p>
    <w:p>
      <w:r>
        <w:rPr>
          <w:i/>
        </w:rPr>
        <w:t>“Starting point yeh hai ke musalmano ke political thinking ko badla jaye”</w:t>
      </w:r>
    </w:p>
    <w:p>
      <w:r>
        <w:rPr>
          <w:sz w:val="20"/>
        </w:rPr>
        <w:t>32:10  starting point yeh hai ke musalmanon ke political thinking ko badla jaye.</w:t>
      </w:r>
      <w:r>
        <w:br/>
      </w:r>
      <w:r>
        <w:rPr>
          <w:sz w:val="20"/>
        </w:rPr>
        <w:t>32:17  musalmanon ki jo thinking hai, us ko khilafat kehte hain, woh bilkul galat hai. un ko badla jaye aur usay koi kuch demand na ki jaye, koi demand nahin,</w:t>
      </w:r>
      <w:r>
        <w:br/>
      </w:r>
      <w:r>
        <w:rPr>
          <w:sz w:val="20"/>
        </w:rPr>
        <w:t>32:32  baghair demand ke bhi badla jaye. jab tak musalmanon ki political thinking nahin badlay gi, musalmanon ka koi future nahin.</w:t>
      </w:r>
      <w:r>
        <w:br/>
      </w:r>
      <w:r>
        <w:rPr>
          <w:sz w:val="20"/>
        </w:rPr>
        <w:t>32:42  Maulana sahib, Navdeep Kapoor ne poocha hai: "What should one do when one's actions are not getting the desired results?"</w:t>
      </w:r>
      <w:r>
        <w:br/>
      </w:r>
      <w:r>
        <w:rPr>
          <w:sz w:val="20"/>
        </w:rPr>
        <w:t>32:55  kya matlab? jab hamare actions ka desired result na mil raha ho to hum kya karein?</w:t>
      </w:r>
      <w:r>
        <w:br/>
      </w:r>
      <w:r>
        <w:rPr>
          <w:sz w:val="20"/>
        </w:rPr>
        <w:t>33:02  replanning, replanning. isi par, isi par phatak rahe hain, yeh nahin hai.</w:t>
      </w:r>
      <w:r>
        <w:br/>
      </w:r>
      <w:r>
        <w:rPr>
          <w:sz w:val="20"/>
        </w:rPr>
        <w:t>33:12  replanning, replanning ka wohi musalmanon ki dictionary mein nahin hai. kya kiya jaye?</w:t>
      </w:r>
      <w:r>
        <w:br/>
      </w:r>
      <w:r>
        <w:rPr>
          <w:sz w:val="20"/>
        </w:rPr>
        <w:t>33:22  doctor safeena tabassum ne ek comment bheja hai: "molana sahib, this story is full of practical wisdom.</w:t>
      </w:r>
      <w:r>
        <w:br/>
      </w:r>
      <w:r>
        <w:rPr>
          <w:sz w:val="20"/>
        </w:rPr>
        <w:t>33:32  although i am a non-problem person, i was really unaware of this. jazak allah, molana."</w:t>
      </w:r>
      <w:r>
        <w:br/>
      </w:r>
      <w:r>
        <w:rPr>
          <w:sz w:val="20"/>
        </w:rPr>
        <w:t>33:40  mashallah, ek raza mein kahunga: ek hai political activism, ek hai political management.</w:t>
      </w:r>
      <w:r>
        <w:br/>
      </w:r>
      <w:r>
        <w:rPr>
          <w:sz w:val="20"/>
        </w:rPr>
        <w:t>33:51  political activism hamesha nakam hogi, lekin political</w:t>
      </w:r>
      <w:r>
        <w:br/>
      </w:r>
      <w:r>
        <w:rPr>
          <w:sz w:val="20"/>
        </w:rPr>
        <w:t>33:59  wisdom</w:t>
      </w:r>
      <w:r>
        <w:br/>
      </w:r>
      <w:r>
        <w:rPr>
          <w:sz w:val="20"/>
        </w:rPr>
        <w:t>34:03  hamesha kamyab hogi.</w:t>
      </w:r>
      <w:r>
        <w:br/>
      </w:r>
      <w:r>
        <w:rPr>
          <w:sz w:val="20"/>
        </w:rPr>
        <w:t>34:05  molana sahib, tabassum siddiqua ne pooch kaha hai aap se ke: "molana sahib, aaj ke is daur mein jab kuch musalmanon ki galtiyon ko saare hindustani musalmanon ke upar dala ja raha hai to aise mein hum musalmanon ko kya karna chahiye?" blame poori muslim community ko diya ja raha hai.</w:t>
      </w:r>
      <w:r>
        <w:br/>
      </w:r>
      <w:r>
        <w:rPr>
          <w:sz w:val="20"/>
        </w:rPr>
        <w:t>34:31  sabse pehle apni is apni soch ko badlie. aap khud</w:t>
      </w:r>
      <w:r>
        <w:br/>
      </w:r>
      <w:r>
        <w:rPr>
          <w:sz w:val="20"/>
        </w:rPr>
        <w:t>34:40  dekhiye, hamesha aisa hi hota hai, hamesha ke community ke kuch log galti karte hain, lekin poori community ko blame diya jata hai.</w:t>
      </w:r>
      <w:r>
        <w:br/>
      </w:r>
      <w:r>
        <w:rPr>
          <w:sz w:val="20"/>
        </w:rPr>
        <w:t>34:52  yeh yeh yeh blame hota hai. aap shikayat kyun karte hain? aap accept kijiye ke hum ne</w:t>
      </w:r>
      <w:r>
        <w:br/>
      </w:r>
      <w:r>
        <w:rPr>
          <w:sz w:val="20"/>
        </w:rPr>
        <w:t>35:00  aisi galti ki jis se hamara saara image kharab kharab ho gaya.</w:t>
      </w:r>
      <w:r>
        <w:br/>
      </w:r>
      <w:r>
        <w:rPr>
          <w:sz w:val="20"/>
        </w:rPr>
        <w:t>35:09  musalmanon ka pehla kaam hai apni image ko badalna aur apni image ko badalne ki zaroorat hai ke aap peeche hatein, peeche hatein.</w:t>
      </w:r>
    </w:p>
    <w:p>
      <w:pPr>
        <w:pStyle w:val="Heading2"/>
      </w:pPr>
      <w:r>
        <w:t>Pakistan's fall due to clinging to change</w:t>
      </w:r>
    </w:p>
    <w:p>
      <w:r>
        <w:rPr>
          <w:color w:val="666666"/>
          <w:sz w:val="18"/>
        </w:rPr>
        <w:t>Man and The Laws of Nature I 1 April 2012 - Maulana Wahiduddin Khan · 4m 57s · at 24:56 · https://youtu.be/pXgCS3J0VkU?t=1496</w:t>
      </w:r>
    </w:p>
    <w:p>
      <w:r>
        <w:rPr>
          <w:i/>
        </w:rPr>
        <w:t>“Pakistan se Bangladesh chhin gaya”</w:t>
      </w:r>
    </w:p>
    <w:p>
      <w:r>
        <w:rPr>
          <w:sz w:val="20"/>
        </w:rPr>
        <w:t>24:56  ab jo opportunity thi, us ko aweil nahi kar sake. misal ke taur par dekhiye, pakistan.</w:t>
      </w:r>
      <w:r>
        <w:br/>
      </w:r>
      <w:r>
        <w:rPr>
          <w:sz w:val="20"/>
        </w:rPr>
        <w:t>25:04  pakistan se bangladesh chhin gaya, pakistan se kashmir chhin gaya, woh chhinne hi wala tha, woh chhinne hi wala tha.</w:t>
      </w:r>
      <w:r>
        <w:br/>
      </w:r>
      <w:r>
        <w:rPr>
          <w:sz w:val="20"/>
        </w:rPr>
        <w:t>25:13  us ko bhulao, us ko bhula do aur us ko bhula kar ke jo aap ke paas opportunity hai, us ko aweil karo.</w:t>
      </w:r>
      <w:r>
        <w:br/>
      </w:r>
      <w:r>
        <w:rPr>
          <w:sz w:val="20"/>
        </w:rPr>
        <w:t>25:21  aaj pakistan agar yeh yeh yeh kya hota, us ne ke bangladesh ko bhula diya, kashmir ko bhula diya to kya hota?</w:t>
      </w:r>
      <w:r>
        <w:br/>
      </w:r>
      <w:r>
        <w:rPr>
          <w:sz w:val="20"/>
        </w:rPr>
        <w:t>25:30  aaj pakistan is poore area mein shayad number ek mulk hota. bahut zabardast taraqqi hoti,</w:t>
      </w:r>
      <w:r>
        <w:br/>
      </w:r>
      <w:r>
        <w:rPr>
          <w:sz w:val="20"/>
        </w:rPr>
        <w:t>25:39  bahut zabardast taraqqi hoti. us ko mein ne likha hai apni kitab mein, hind pak diary mein. lekin unhon ne aisa nahi kiya.</w:t>
      </w:r>
      <w:r>
        <w:br/>
      </w:r>
      <w:r>
        <w:rPr>
          <w:sz w:val="20"/>
        </w:rPr>
        <w:t>25:50  unhon ne jo policy ikhtiyar ki ke jo jo jo jo cheez badal badalne wali thi, jis yani woh us ko chhanna mat kijiye ke chhan gaya tha, nahi, badalne wala tha,</w:t>
      </w:r>
      <w:r>
        <w:br/>
      </w:r>
      <w:r>
        <w:rPr>
          <w:sz w:val="20"/>
        </w:rPr>
        <w:t>26:02  koi change hone wali cheez thi. to isi ke peeche lad ke pad gaye, isi pe ladte rahe. aur aaj pakistan jo hai, us ko duniya ne failed state declare kar diya hai,</w:t>
      </w:r>
      <w:r>
        <w:br/>
      </w:r>
      <w:r>
        <w:rPr>
          <w:sz w:val="20"/>
        </w:rPr>
        <w:t>26:15  failed state. aap ghor kijiye ke kaisi ajeeb baat hai.</w:t>
      </w:r>
      <w:r>
        <w:br/>
      </w:r>
      <w:r>
        <w:rPr>
          <w:sz w:val="20"/>
        </w:rPr>
        <w:t>26:21  bahut dinon ke tajrube ke baad kya hua ke ab unhon ne india se taluq ko banana shuru kiya hai, india ko most favored state nation mein shamil kiya hai.</w:t>
      </w:r>
      <w:r>
        <w:br/>
      </w:r>
      <w:r>
        <w:rPr>
          <w:sz w:val="20"/>
        </w:rPr>
        <w:t>26:33  lekin abhi aik aap ne dekha hoga, kal parson aik report aai hai amreeka ki, amreeka ke hawale se.</w:t>
      </w:r>
      <w:r>
        <w:br/>
      </w:r>
      <w:r>
        <w:rPr>
          <w:sz w:val="20"/>
        </w:rPr>
        <w:t>26:40  is ne bataya hai ke india, unhon ne bataya ke pakistan se heat aur violence ko khatm nahi kiya ja sakta kyunke wo to is ki, is ki wo yani wo ban gai hai, addiction ho gaya wahan ka.</w:t>
      </w:r>
      <w:r>
        <w:br/>
      </w:r>
      <w:r>
        <w:rPr>
          <w:sz w:val="20"/>
        </w:rPr>
        <w:t>26:53  wo addict ho gaye hain heat india mein,</w:t>
      </w:r>
      <w:r>
        <w:br/>
      </w:r>
      <w:r>
        <w:rPr>
          <w:sz w:val="20"/>
        </w:rPr>
        <w:t>26:58  india ki nafrat ko nikal nahi sakte. jab nafrat nahi nikalna, nahi nikalenge to violence jari rahega. to is ne kaha hai american report mein ke pakistan wale heat india ki psychology mein addict ho gaye hain, addiction ho gaya un ko.</w:t>
      </w:r>
      <w:r>
        <w:br/>
      </w:r>
      <w:r>
        <w:rPr>
          <w:sz w:val="20"/>
        </w:rPr>
        <w:t>27:15  ye kyun ho gaya hai ke is mein zikr nahi hai is baat ka report mein? main kehta hoon kyun addiction ho gaya? kyunke jo cheez badalne wali thi, to us ko samajh, us ko unhon ne reign karne ki koshish karne lage.</w:t>
      </w:r>
      <w:r>
        <w:br/>
      </w:r>
      <w:r>
        <w:rPr>
          <w:sz w:val="20"/>
        </w:rPr>
        <w:t>27:31  jo cheez badalne wali thi, us ko bhula bhulana chahiye tha ke ye to badalne wali thi, badal gai. ab is ka, us ko chodo, us ko ignore karo aur jo cheez ab bhi mili hui hai, jo opportunities ab bhi mili hui hain, wo is is</w:t>
      </w:r>
      <w:r>
        <w:br/>
      </w:r>
      <w:r>
        <w:rPr>
          <w:sz w:val="20"/>
        </w:rPr>
        <w:t>27:46  ko le kar ke apni planning karo. to itni enormous opportunities thi pakistan mein, itni enormous opportunities.</w:t>
      </w:r>
      <w:r>
        <w:br/>
      </w:r>
      <w:r>
        <w:rPr>
          <w:sz w:val="20"/>
        </w:rPr>
        <w:t>27:55  natija hai ke wahan par main kai pakistanion se mila hoon jo bahar mulkon mein rehte hain, bohat hi zaheen, bohat hi educated log pakistan ke bahar rehte hain.</w:t>
      </w:r>
      <w:r>
        <w:br/>
      </w:r>
      <w:r>
        <w:rPr>
          <w:sz w:val="20"/>
        </w:rPr>
        <w:t>28:03  un se main ne poocha ke aap apne mulk ko chhod ke kahan kyun chale aaye? har aik ka aik hi jawab tha ke sahib, wahan to peace nahi hai, har waqt, har waqt andesha hai koi gun le ke ghus jaye hamare ghar mein.</w:t>
      </w:r>
      <w:r>
        <w:br/>
      </w:r>
      <w:r>
        <w:rPr>
          <w:sz w:val="20"/>
        </w:rPr>
        <w:t>28:18  to aap ghor kijiye ke khud pakistan ke behtareen brain jo hai, bhag bhag ke bahar chale gaye.</w:t>
      </w:r>
      <w:r>
        <w:br/>
      </w:r>
      <w:r>
        <w:rPr>
          <w:sz w:val="20"/>
        </w:rPr>
        <w:t>28:24  aap jante hain, behtareen brain asset hote hain, kisi bhi qaum ke asset jo hote hain, behtareen brain hote hain. main ne bohat se logon ko paya ke bohat hi highly educated log, bohat hi brilliant qism ke log pakistan chhod ke bahar chale gaye</w:t>
      </w:r>
      <w:r>
        <w:br/>
      </w:r>
      <w:r>
        <w:rPr>
          <w:sz w:val="20"/>
        </w:rPr>
        <w:t>28:40  kyunke wahan par har waqt khatra hai koi aa jaye gun le kar ke, threat milta rehta hai, koi dissent ko bardasht nahi karte.</w:t>
      </w:r>
      <w:r>
        <w:br/>
      </w:r>
      <w:r>
        <w:rPr>
          <w:sz w:val="20"/>
        </w:rPr>
        <w:t>28:51  to wo addict, addict ho gaye, wo addict heat, heat mein. ab un ka heat hi un ka culture hai,</w:t>
      </w:r>
      <w:r>
        <w:br/>
      </w:r>
      <w:r>
        <w:rPr>
          <w:sz w:val="20"/>
        </w:rPr>
        <w:t>28:58  heat culture mein jee rahe hain. abhi kal parson, kal aap ne dekha hoga news mein ke wahan ke parliament ko ghar ka, yani attack kar diya, pakistan ke parliament ko attack kar diya, khud pakistanion ne.</w:t>
      </w:r>
      <w:r>
        <w:br/>
      </w:r>
      <w:r>
        <w:rPr>
          <w:sz w:val="20"/>
        </w:rPr>
        <w:t>29:12  kaisi ajeeb culture wahan ka hai,</w:t>
      </w:r>
      <w:r>
        <w:br/>
      </w:r>
      <w:r>
        <w:rPr>
          <w:sz w:val="20"/>
        </w:rPr>
        <w:t>29:15  heat culture aakhir kar violence culture banta hai. heat kabhi bhi yaad rakhiye, heat ruka nahi rahega. heat aaya to bohat aasani se wo tashaddud ban jayega, violence ban jayega.</w:t>
      </w:r>
      <w:r>
        <w:br/>
      </w:r>
      <w:r>
        <w:rPr>
          <w:sz w:val="20"/>
        </w:rPr>
        <w:t>29:29  to pakistan mein pehle heat aaya aur us ke baad wo violence ban gaya. ab poora country jahan heat, heat mein pehle jeeta tha, ab violence mein jee raha hai.</w:t>
      </w:r>
      <w:r>
        <w:br/>
      </w:r>
      <w:r>
        <w:rPr>
          <w:sz w:val="20"/>
        </w:rPr>
        <w:t>29:39  ye poore mulk ki dunya ka haal hai aur wo yehi musalman jo hai, subah sham rasool Allah ki naat padhte hain, rasool Allah ke sajde padhte hain aur khoob tareefen karte hain, hamara nabi ye, hamara nabi wo.</w:t>
      </w:r>
    </w:p>
    <w:p>
      <w:pPr>
        <w:pStyle w:val="Heading2"/>
      </w:pPr>
      <w:r>
        <w:t>Prophet's mission launch and Mecca's idol problem</w:t>
      </w:r>
    </w:p>
    <w:p>
      <w:r>
        <w:rPr>
          <w:color w:val="666666"/>
          <w:sz w:val="18"/>
        </w:rPr>
        <w:t>Divine Nature November 29, 2015 · 5m 09s · at 6:40 · https://youtu.be/iRBCWfId-0U?t=400</w:t>
      </w:r>
    </w:p>
    <w:p>
      <w:r>
        <w:rPr>
          <w:i/>
        </w:rPr>
        <w:t>“Rasool Allah paida huye Makkah mein, saatvi sadi mein”</w:t>
      </w:r>
    </w:p>
    <w:p>
      <w:r>
        <w:rPr>
          <w:sz w:val="20"/>
        </w:rPr>
        <w:t>6:40  bohat si misalein hain. ek mein arz karta hoon. rasool Allah sal Allah alaihi wasallam paida hue makka mein. saatvi sadi isvi ke first quarter mein aap ne mission shuru kiya.</w:t>
      </w:r>
      <w:r>
        <w:br/>
      </w:r>
      <w:r>
        <w:rPr>
          <w:sz w:val="20"/>
        </w:rPr>
        <w:t>6:56  us waqt makka shirk ka garh bana hua tha. yahan tak ke mushrik logon ne kaaba ke andar but rakh diye the.</w:t>
      </w:r>
      <w:r>
        <w:br/>
      </w:r>
      <w:r>
        <w:rPr>
          <w:sz w:val="20"/>
        </w:rPr>
        <w:t>7:09  teen sau saath but. yeh teen sau saath but kya the? yeh teen sau saath tribes ya ya sub-tribes ke but the.</w:t>
      </w:r>
      <w:r>
        <w:br/>
      </w:r>
      <w:r>
        <w:rPr>
          <w:sz w:val="20"/>
        </w:rPr>
        <w:t>7:23  wahan har har tribe ka ek alag but hota tha.</w:t>
      </w:r>
      <w:r>
        <w:br/>
      </w:r>
      <w:r>
        <w:rPr>
          <w:sz w:val="20"/>
        </w:rPr>
        <w:t>7:29  jisko haal hi mein kaha hai ke qabeelay qabeelay ka but juda tha.</w:t>
      </w:r>
      <w:r>
        <w:br/>
      </w:r>
      <w:r>
        <w:rPr>
          <w:sz w:val="20"/>
        </w:rPr>
        <w:t>7:35  to tribe the, phir sub sub-tribe the, unki branches thi. to har ek ne apna ek alag but bana rakha tha.</w:t>
      </w:r>
      <w:r>
        <w:br/>
      </w:r>
      <w:r>
        <w:rPr>
          <w:sz w:val="20"/>
        </w:rPr>
        <w:t>7:46  to yeh teen sau saath but jo the, yeh bohat sare tribes ke but the yeh. aur woh gaya is tareeqay se kaaba in logon ke liye ek center ban gaya tha.</w:t>
      </w:r>
      <w:r>
        <w:br/>
      </w:r>
      <w:r>
        <w:rPr>
          <w:sz w:val="20"/>
        </w:rPr>
        <w:t>8:02  poore arab ke tamam qabail ka center. aur saal bhar wahan log aate the apne bonton ki ziyarat ki, ziyarat ke liye, iski pooja paat ke liye.</w:t>
      </w:r>
      <w:r>
        <w:br/>
      </w:r>
      <w:r>
        <w:rPr>
          <w:sz w:val="20"/>
        </w:rPr>
        <w:t>8:15  is se aashirwad lene ke liye. to saal bhar yeh silsila chalta rehta tha. to kaaba jo tha, woh center of gathering tha arbon ke liye.</w:t>
      </w:r>
      <w:r>
        <w:br/>
      </w:r>
      <w:r>
        <w:rPr>
          <w:sz w:val="20"/>
        </w:rPr>
        <w:t>8:27  center of gathering.</w:t>
      </w:r>
      <w:r>
        <w:br/>
      </w:r>
      <w:r>
        <w:rPr>
          <w:sz w:val="20"/>
        </w:rPr>
        <w:t>8:31  to aap rasool Allah sal Allah alaihi wasallam ne jab apna kaam shuru kiya to aap ka mission to toheed ka mission tha.</w:t>
      </w:r>
      <w:r>
        <w:br/>
      </w:r>
      <w:r>
        <w:rPr>
          <w:sz w:val="20"/>
        </w:rPr>
        <w:t>8:40  yani shirk ko chodo aur ek Allah ke ibadat guzar bano.</w:t>
      </w:r>
      <w:r>
        <w:br/>
      </w:r>
      <w:r>
        <w:rPr>
          <w:sz w:val="20"/>
        </w:rPr>
        <w:t>8:51  aur yeh jo kaaba jo tha, aap jante hain ke rasool Allah se pehle hazrat Ibrahim ne banaya tha isko</w:t>
      </w:r>
      <w:r>
        <w:br/>
      </w:r>
      <w:r>
        <w:rPr>
          <w:sz w:val="20"/>
        </w:rPr>
        <w:t>8:59  toheed ke ibadat gaah ke taur par. sirf toheed ke liye. to toheed ke ibadat gaah ko unhon ne shirk ka center bana diya tha.</w:t>
      </w:r>
      <w:r>
        <w:br/>
      </w:r>
      <w:r>
        <w:rPr>
          <w:sz w:val="20"/>
        </w:rPr>
        <w:t>9:16  to bazahir yeh hona chahiye tha ke rasool Allah sab se pehle kaaba ko bonton se pak karne ke campaign chalayein.</w:t>
      </w:r>
      <w:r>
        <w:br/>
      </w:r>
      <w:r>
        <w:rPr>
          <w:sz w:val="20"/>
        </w:rPr>
        <w:t>9:25  bonton ke khilaf bolein, bonton par criticize karein, bonton ko condemn karein. aur jo tareeqay hote hain, usko istemal karte hue kaaba ko bonton se pak karne ki koshish karein.</w:t>
      </w:r>
      <w:r>
        <w:br/>
      </w:r>
      <w:r>
        <w:rPr>
          <w:sz w:val="20"/>
        </w:rPr>
        <w:t>9:41  lekin aap ne yahan se apni koshish ka aaghaz nahi kiya. balkeh aap ne ignore kiya.</w:t>
      </w:r>
      <w:r>
        <w:br/>
      </w:r>
      <w:r>
        <w:rPr>
          <w:sz w:val="20"/>
        </w:rPr>
        <w:t>9:53  kyun?</w:t>
      </w:r>
      <w:r>
        <w:br/>
      </w:r>
      <w:r>
        <w:rPr>
          <w:sz w:val="20"/>
        </w:rPr>
        <w:t>9:55  is liye ke us waqt kaaba ke do aspects the. ek yeh tha ke kaaba bonton ka center bana hua hai.</w:t>
      </w:r>
      <w:r>
        <w:br/>
      </w:r>
      <w:r>
        <w:rPr>
          <w:sz w:val="20"/>
        </w:rPr>
        <w:t>10:07  doosra yeh ke inhi bonton ki wajah se wahan par gathering hoti thi. mukhtalif qabail ke log wahan barabar aa ke jama hote the.</w:t>
      </w:r>
      <w:r>
        <w:br/>
      </w:r>
      <w:r>
        <w:rPr>
          <w:sz w:val="20"/>
        </w:rPr>
        <w:t>10:18  to ek tha arbon ka place of gathering.</w:t>
      </w:r>
      <w:r>
        <w:br/>
      </w:r>
      <w:r>
        <w:rPr>
          <w:sz w:val="20"/>
        </w:rPr>
        <w:t>10:23  ek tha arbon ke bonton ka presence. to rasool Allah ne dono ko dealing kiya.</w:t>
      </w:r>
      <w:r>
        <w:br/>
      </w:r>
      <w:r>
        <w:rPr>
          <w:sz w:val="20"/>
        </w:rPr>
        <w:t>10:33  dealing kiya.</w:t>
      </w:r>
      <w:r>
        <w:br/>
      </w:r>
      <w:r>
        <w:rPr>
          <w:sz w:val="20"/>
        </w:rPr>
        <w:t>10:36  yani bonton ke presence ko for the time being choda nahi, chhod diya usko. aur jo gathering hoti thi, usko istemal kiya aap ne dawat ke liye.</w:t>
      </w:r>
      <w:r>
        <w:br/>
      </w:r>
      <w:r>
        <w:rPr>
          <w:sz w:val="20"/>
        </w:rPr>
        <w:t>10:52  yani ek formula tha jis ko main doosre lafzon mein kahunga ke ignore the problem avail the opportunities</w:t>
      </w:r>
      <w:r>
        <w:br/>
      </w:r>
      <w:r>
        <w:rPr>
          <w:sz w:val="20"/>
        </w:rPr>
        <w:t>11:03  yani buton ke presence ko ignore karo.</w:t>
      </w:r>
      <w:r>
        <w:br/>
      </w:r>
      <w:r>
        <w:rPr>
          <w:sz w:val="20"/>
        </w:rPr>
        <w:t>11:10  aur wahan jo opportunity create hui hai, us ko avail karo. to us ko it's a deal linking policy</w:t>
      </w:r>
      <w:r>
        <w:br/>
      </w:r>
      <w:r>
        <w:rPr>
          <w:sz w:val="20"/>
        </w:rPr>
        <w:t>11:23  deal linking policy.</w:t>
      </w:r>
      <w:r>
        <w:br/>
      </w:r>
      <w:r>
        <w:rPr>
          <w:sz w:val="20"/>
        </w:rPr>
        <w:t>11:26  is ka itna bara result nikla ke bohat thore muddat mein kaaba buton se pak ho gaya.</w:t>
      </w:r>
      <w:r>
        <w:br/>
      </w:r>
      <w:r>
        <w:rPr>
          <w:sz w:val="20"/>
        </w:rPr>
        <w:t>11:41  aur Allah ki, ek ek Allah ki ibadat ka markaz ban gaya dobara.</w:t>
      </w:r>
    </w:p>
    <w:p>
      <w:pPr>
        <w:pStyle w:val="Heading2"/>
      </w:pPr>
      <w:r>
        <w:t>Hajj as a rehearsal of Ibrahim's dawah work</w:t>
      </w:r>
    </w:p>
    <w:p>
      <w:r>
        <w:rPr>
          <w:color w:val="666666"/>
          <w:sz w:val="18"/>
        </w:rPr>
        <w:t>Message of Eid Al-Adha July 10, 2022 · 2m 57s · at 12:41 · https://youtu.be/3UrMEgt8GYA?t=761</w:t>
      </w:r>
    </w:p>
    <w:p>
      <w:r>
        <w:rPr>
          <w:i/>
        </w:rPr>
        <w:t>“Maine kitaab Haqiqat-e-Hajj parhi, ek chapter ka unwan tha Hajj ki dawati ahmiyat”</w:t>
      </w:r>
    </w:p>
    <w:p>
      <w:r>
        <w:rPr>
          <w:sz w:val="20"/>
        </w:rPr>
        <w:t>12:41  sab se pehle mein aap sab ko eid ki bahut bahut mubarakbaad pesh karta hoon, aur abhi recently mein ne kitaab parhi maulana ki "haqeeqat hajj" to us mein ek chapter jo mujhe bahut pasand aaya us ka unwaan tha "hajj ki dawaati ahmiyat".</w:t>
      </w:r>
      <w:r>
        <w:br/>
      </w:r>
      <w:r>
        <w:rPr>
          <w:sz w:val="20"/>
        </w:rPr>
        <w:t>13:03  to us chapter mein maulana ne hajj ka maqsad ye bataya hai ke apne andar dawaati spirit ko jagaana.</w:t>
      </w:r>
      <w:r>
        <w:br/>
      </w:r>
      <w:r>
        <w:rPr>
          <w:sz w:val="20"/>
        </w:rPr>
        <w:t>13:15  choonke hajj darasal hazrat ibrahim alaihis salam ke jo dawaati, un ke kaam the, is ka ek tareeqe se rehearsal hai.</w:t>
      </w:r>
      <w:r>
        <w:br/>
      </w:r>
      <w:r>
        <w:rPr>
          <w:sz w:val="20"/>
        </w:rPr>
        <w:t>13:28  yani hazrat ibrahim alaihis salam ne jo dawaati kaam apni zindagi mein kiye, jo unhon ne kai maqamaat par gaye, woh isi ko haaji wahan ja ke, um, repeat karta hai aur apne andar dawaati mizaj paida karta hai.</w:t>
      </w:r>
      <w:r>
        <w:br/>
      </w:r>
      <w:r>
        <w:rPr>
          <w:sz w:val="20"/>
        </w:rPr>
        <w:t>13:47  um, yani hajj is a rehearsal of dawa work.</w:t>
      </w:r>
      <w:r>
        <w:br/>
      </w:r>
      <w:r>
        <w:rPr>
          <w:sz w:val="20"/>
        </w:rPr>
        <w:t>13:52  to jaise, um, makkah ke is paas, makkah aur is ke is paas kuch maqamaat hain jahan haaji jaate hain aur kuch rites, kuch rituals karte hain.</w:t>
      </w:r>
      <w:r>
        <w:br/>
      </w:r>
      <w:r>
        <w:rPr>
          <w:sz w:val="20"/>
        </w:rPr>
        <w:t>14:05  misal ke taur par kaaba ka tawaaf karna, aur um, is ka maqsad ye hai ke haaji kaaba ke saath chakkar lagata hai.</w:t>
      </w:r>
      <w:r>
        <w:br/>
      </w:r>
      <w:r>
        <w:rPr>
          <w:sz w:val="20"/>
        </w:rPr>
        <w:t>14:19  to maulana ne ye explain kiya hai ke is ka matlab hai ke woh apne andar khuda rukh zindagi, um, paida karta hai. yani god oriented life.</w:t>
      </w:r>
      <w:r>
        <w:br/>
      </w:r>
      <w:r>
        <w:rPr>
          <w:sz w:val="20"/>
        </w:rPr>
        <w:t>14:30  maulana ne bataya hai ke ek to self oriented life ho sakti hai, khud rukh zindagi, aur doosri ho sakti hai khuda rukh zindagi.</w:t>
      </w:r>
      <w:r>
        <w:br/>
      </w:r>
      <w:r>
        <w:rPr>
          <w:sz w:val="20"/>
        </w:rPr>
        <w:t>14:38  to ye jo tawaaf hai, ye ek symbolic way mein batata hai ke humein, um, khuda rukh zindagi apne andar paida kar</w:t>
      </w:r>
      <w:r>
        <w:br/>
      </w:r>
      <w:r>
        <w:rPr>
          <w:sz w:val="20"/>
        </w:rPr>
        <w:t>14:49  ni hai. aise hi jo safa aur marwah, jo do chhoti pahadiyan hain, is ke beech mein jo daudna hai aur chakkar lagana hai aur chalna hai, woh bhi isi cheez ka hai ke woh dawaati kaam ke liye sargarm rahega aur daud dhoop kar</w:t>
      </w:r>
      <w:r>
        <w:br/>
      </w:r>
      <w:r>
        <w:rPr>
          <w:sz w:val="20"/>
        </w:rPr>
        <w:t>15:08  e ga. to aur bhi saare jo, um, rites hain aur rituals hain, woh isi andaaz ke hain ke dawaati spirit paida ho.</w:t>
      </w:r>
      <w:r>
        <w:br/>
      </w:r>
      <w:r>
        <w:rPr>
          <w:sz w:val="20"/>
        </w:rPr>
        <w:t>15:16  jaise mina mein shaitan ko alamaati taur par kankariyaan maarna, woh bhi yahi hai ke jab haaji ko shaitan, um, dawaati kaam se hataane ki koshish karega to woh use, um, symbolically kankari maar ke bhagaayega.</w:t>
      </w:r>
      <w:r>
        <w:br/>
      </w:r>
      <w:r>
        <w:rPr>
          <w:sz w:val="20"/>
        </w:rPr>
        <w:t>15:36  aise hi qurbani hai.</w:t>
      </w:r>
    </w:p>
    <w:p>
      <w:pPr>
        <w:pStyle w:val="Heading2"/>
      </w:pPr>
      <w:r>
        <w:t>Joseph's third option in Egypt</w:t>
      </w:r>
    </w:p>
    <w:p>
      <w:r>
        <w:rPr>
          <w:color w:val="666666"/>
          <w:sz w:val="18"/>
        </w:rPr>
        <w:t>Dichotomous Thinking: A serious Intellectual Problem, August 12, 2007 · 5m 07s · at 17:54 · https://youtu.be/LvgspzJxu6w?t=1074</w:t>
      </w:r>
    </w:p>
    <w:p>
      <w:r>
        <w:rPr>
          <w:i/>
        </w:rPr>
        <w:t>“Prophet Joseph accepted office under polytheist king.”</w:t>
      </w:r>
    </w:p>
    <w:p>
      <w:r>
        <w:rPr>
          <w:sz w:val="20"/>
        </w:rPr>
        <w:t>17:54  res hua.</w:t>
      </w:r>
      <w:r>
        <w:br/>
      </w:r>
      <w:r>
        <w:rPr>
          <w:sz w:val="20"/>
        </w:rPr>
        <w:t>17:58  bohat impress hua.</w:t>
      </w:r>
      <w:r>
        <w:br/>
      </w:r>
      <w:r>
        <w:rPr>
          <w:sz w:val="20"/>
        </w:rPr>
        <w:t>18:03  is ne chaha ke in ko apni government mein laye.</w:t>
      </w:r>
      <w:r>
        <w:br/>
      </w:r>
      <w:r>
        <w:rPr>
          <w:sz w:val="20"/>
        </w:rPr>
        <w:t>18:07  in ki in ki jo in ki qualities theen un se apni government mein in ko istemal kare.</w:t>
      </w:r>
      <w:r>
        <w:br/>
      </w:r>
      <w:r>
        <w:rPr>
          <w:sz w:val="20"/>
        </w:rPr>
        <w:t>18:11  to is ne offer diya in ko aaj kal ki zaban mein ministry of food ka.</w:t>
      </w:r>
      <w:r>
        <w:br/>
      </w:r>
      <w:r>
        <w:rPr>
          <w:sz w:val="20"/>
        </w:rPr>
        <w:t>18:15  aaj kal ki zaban mein agar hum kahein to ministry of food.</w:t>
      </w:r>
      <w:r>
        <w:br/>
      </w:r>
      <w:r>
        <w:rPr>
          <w:sz w:val="20"/>
        </w:rPr>
        <w:t>18:19  yeh offer diya is ko.</w:t>
      </w:r>
      <w:r>
        <w:br/>
      </w:r>
      <w:r>
        <w:rPr>
          <w:sz w:val="20"/>
        </w:rPr>
        <w:t>18:24  ab aap yahan par dekhiye</w:t>
      </w:r>
      <w:r>
        <w:br/>
      </w:r>
      <w:r>
        <w:rPr>
          <w:sz w:val="20"/>
        </w:rPr>
        <w:t>18:28  hazrat yusuf ek prophet the.</w:t>
      </w:r>
      <w:r>
        <w:br/>
      </w:r>
      <w:r>
        <w:rPr>
          <w:sz w:val="20"/>
        </w:rPr>
        <w:t>18:32  har prophet ka ek hi message tha.</w:t>
      </w:r>
      <w:r>
        <w:br/>
      </w:r>
      <w:r>
        <w:rPr>
          <w:sz w:val="20"/>
        </w:rPr>
        <w:t>18:35  tauheed, oneness of god.</w:t>
      </w:r>
      <w:r>
        <w:br/>
      </w:r>
      <w:r>
        <w:rPr>
          <w:sz w:val="20"/>
        </w:rPr>
        <w:t>18:39  jo hazrat yusuf ki jo ek taqreer aati hai quran majeed mein.</w:t>
      </w:r>
      <w:r>
        <w:br/>
      </w:r>
      <w:r>
        <w:rPr>
          <w:sz w:val="20"/>
        </w:rPr>
        <w:t>18:43  arbabu mutafarriqun khayran am allahu al wahidu al qahhar to un ka mission tauheed tha.</w:t>
      </w:r>
      <w:r>
        <w:br/>
      </w:r>
      <w:r>
        <w:rPr>
          <w:sz w:val="20"/>
        </w:rPr>
        <w:t>18:47  oneness of god.</w:t>
      </w:r>
      <w:r>
        <w:br/>
      </w:r>
      <w:r>
        <w:rPr>
          <w:sz w:val="20"/>
        </w:rPr>
        <w:t>18:51  shirk nahi tha, toheed tha.</w:t>
      </w:r>
      <w:r>
        <w:br/>
      </w:r>
      <w:r>
        <w:rPr>
          <w:sz w:val="20"/>
        </w:rPr>
        <w:t>18:55  aur yeh jo badshah tha yeh mushrik badshah tha.</w:t>
      </w:r>
      <w:r>
        <w:br/>
      </w:r>
      <w:r>
        <w:rPr>
          <w:sz w:val="20"/>
        </w:rPr>
        <w:t>18:59  yeh sabit hai history se ke apophis jo tha yeh mushrik badshah tha. yeh yeh muwahid nahi tha woh. oneness of God ko manane wala nahi tha woh. phir bhi Hazrat Yusuf ne us ke us ke jo us ki jo government thi us mein aik office le liya. yeh tha third option. kyun? apne apna jo un ka jo mission tha us ke lehaz se</w:t>
      </w:r>
      <w:r>
        <w:br/>
      </w:r>
      <w:r>
        <w:rPr>
          <w:sz w:val="20"/>
        </w:rPr>
        <w:t>19:29  agar woh dekhte to woh kehte ke yeh mushrik badshah hai, mujhe is se ladna hai.</w:t>
      </w:r>
      <w:r>
        <w:br/>
      </w:r>
      <w:r>
        <w:rPr>
          <w:sz w:val="20"/>
        </w:rPr>
        <w:t>19:33  مشرک بادشاہ کو مجھے encourage کرنا ہے۔</w:t>
      </w:r>
      <w:r>
        <w:br/>
      </w:r>
      <w:r>
        <w:rPr>
          <w:sz w:val="20"/>
        </w:rPr>
        <w:t>19:37  jaisa ke aaj kal ho raha hai aap jagah jagah aap dekh rahe hain.</w:t>
      </w:r>
      <w:r>
        <w:br/>
      </w:r>
      <w:r>
        <w:rPr>
          <w:sz w:val="20"/>
        </w:rPr>
        <w:t>19:42  khaas tor par muslim countries mein to aap har muslim country mein yahi ho raha hai.</w:t>
      </w:r>
      <w:r>
        <w:br/>
      </w:r>
      <w:r>
        <w:rPr>
          <w:sz w:val="20"/>
        </w:rPr>
        <w:t>19:46  pakistan mein yahi ho raha hai.</w:t>
      </w:r>
      <w:r>
        <w:br/>
      </w:r>
      <w:r>
        <w:rPr>
          <w:sz w:val="20"/>
        </w:rPr>
        <w:t>19:50  کہ ایک کنگ سے انہیں کچھ ڈفرنس ہوا بس کھڑے ہو گئے اس کو enrage کرنے کے لیے۔</w:t>
      </w:r>
      <w:r>
        <w:br/>
      </w:r>
      <w:r>
        <w:rPr>
          <w:sz w:val="20"/>
        </w:rPr>
        <w:t>19:55  yeh aap dekh rahe hain media mein rozana aata rehta hai. ke ek</w:t>
      </w:r>
      <w:r>
        <w:br/>
      </w:r>
      <w:r>
        <w:rPr>
          <w:sz w:val="20"/>
        </w:rPr>
        <w:t>19:59  ruler hai.</w:t>
      </w:r>
      <w:r>
        <w:br/>
      </w:r>
      <w:r>
        <w:rPr>
          <w:sz w:val="20"/>
        </w:rPr>
        <w:t>20:03  ek ruler hai, ek government hai to is se kuch shikayat ho gayi.</w:t>
      </w:r>
      <w:r>
        <w:br/>
      </w:r>
      <w:r>
        <w:rPr>
          <w:sz w:val="20"/>
        </w:rPr>
        <w:t>20:08  تو کھڑے ہو جاتے ہیں اس کو encourage کرنے کے لیے۔ تم ہٹو۔</w:t>
      </w:r>
      <w:r>
        <w:br/>
      </w:r>
      <w:r>
        <w:rPr>
          <w:sz w:val="20"/>
        </w:rPr>
        <w:t>20:12  aur yeh ladai jaari hai.</w:t>
      </w:r>
      <w:r>
        <w:br/>
      </w:r>
      <w:r>
        <w:rPr>
          <w:sz w:val="20"/>
        </w:rPr>
        <w:t>20:16  aaj times of india mein aaj hi ek item aaya hai pakistan ke bare mein ke saathween saal</w:t>
      </w:r>
      <w:r>
        <w:br/>
      </w:r>
      <w:r>
        <w:rPr>
          <w:sz w:val="20"/>
        </w:rPr>
        <w:t>20:21  jab ke un ko azadi ka din manana hai to saare pakistan mein koi khushi nahi.</w:t>
      </w:r>
      <w:r>
        <w:br/>
      </w:r>
      <w:r>
        <w:rPr>
          <w:sz w:val="20"/>
        </w:rPr>
        <w:t>20:25  aaj hi ek item aaya hai ek art</w:t>
      </w:r>
      <w:r>
        <w:br/>
      </w:r>
      <w:r>
        <w:rPr>
          <w:sz w:val="20"/>
        </w:rPr>
        <w:t>20:29  aikl times of india mein. ke azadi ka din jo hai un ke liye choda august ko woh log manate hain to koi khushi ka din nahi, koi khushi ki lehar nahi qom ke andar. logon ke andar frustration hai, mayusi hai. kyunke saath saal mein kuch achieve nahi kar sake. saath saal mein kuch achieve nahi kar sake. abhi tak wahan koi system nahi bana. yeh pata nahi ke democracy wahan chalana hai ke military rule chalana hai. ahsabi nizam chalana</w:t>
      </w:r>
      <w:r>
        <w:br/>
      </w:r>
      <w:r>
        <w:rPr>
          <w:sz w:val="20"/>
        </w:rPr>
        <w:t>20:59  hai, kuch abhi tak yahi pata nahi.</w:t>
      </w:r>
      <w:r>
        <w:br/>
      </w:r>
      <w:r>
        <w:rPr>
          <w:sz w:val="20"/>
        </w:rPr>
        <w:t>21:03  abhi tak pakistan ka koi direction nahi bana.</w:t>
      </w:r>
      <w:r>
        <w:br/>
      </w:r>
      <w:r>
        <w:rPr>
          <w:sz w:val="20"/>
        </w:rPr>
        <w:t>21:07  is ne yeh bhi likha hai ke wahan par ek bola jata hai nazariya pakistan.</w:t>
      </w:r>
      <w:r>
        <w:br/>
      </w:r>
      <w:r>
        <w:rPr>
          <w:sz w:val="20"/>
        </w:rPr>
        <w:t>21:11  yeh ek vague nazariya hai.</w:t>
      </w:r>
      <w:r>
        <w:br/>
      </w:r>
      <w:r>
        <w:rPr>
          <w:sz w:val="20"/>
        </w:rPr>
        <w:t>21:15  is vague nazariye ne logon ko koi direction nahi diya.</w:t>
      </w:r>
      <w:r>
        <w:br/>
      </w:r>
      <w:r>
        <w:rPr>
          <w:sz w:val="20"/>
        </w:rPr>
        <w:t>21:19  nazariya pakistan kya cheez hai? kuch pata nahi kisi ko.</w:t>
      </w:r>
      <w:r>
        <w:br/>
      </w:r>
      <w:r>
        <w:rPr>
          <w:sz w:val="20"/>
        </w:rPr>
        <w:t>21:22  ek emotional word hai yeh.</w:t>
      </w:r>
      <w:r>
        <w:br/>
      </w:r>
      <w:r>
        <w:rPr>
          <w:sz w:val="20"/>
        </w:rPr>
        <w:t>21:26  to kyun aisa hua?</w:t>
      </w:r>
      <w:r>
        <w:br/>
      </w:r>
      <w:r>
        <w:rPr>
          <w:sz w:val="20"/>
        </w:rPr>
        <w:t>21:30  isi mein yeh baat batai gayi hai ke pehle din se log yahi keh rahe hain hukumaton se ladna. aap jante hain ke pehla jo prime minister tha wahan ali qadri khan us ko goli mar di. us ke baad se aaj tak wahi chal raha hai general musharraf tak hukumaton se ladna. yeh kia hai? action ke muqable mein reaction. dichotomic thinking. third option soch nahi pate woh. hazrat yusuf ne third option socha. ke woh mushrik hai aur main muwahid hoon to mujhe lad</w:t>
      </w:r>
      <w:r>
        <w:br/>
      </w:r>
      <w:r>
        <w:rPr>
          <w:sz w:val="20"/>
        </w:rPr>
        <w:t>22:00  na hai. yeh tha action ke muqable mein reaction. unhon ne badshah ko accept kar liya as it is. as it is. aur aik opportunity jo mil rahi thi us ko unhon ne le liya. aur phir unhon ne bohat bara kaam kiya misr mein. bohat bara kaam. yeh tha third option. yeh tha third option. to religious history mein main samajhta hoon ke bohat bari misaal hai. aur quran</w:t>
      </w:r>
      <w:r>
        <w:br/>
      </w:r>
      <w:r>
        <w:rPr>
          <w:sz w:val="20"/>
        </w:rPr>
        <w:t>22:30  majeed mein jahan bataya gaya hai surah yusuf mein to is mein aaya hai ke ahsan al qasas.</w:t>
      </w:r>
      <w:r>
        <w:br/>
      </w:r>
      <w:r>
        <w:rPr>
          <w:sz w:val="20"/>
        </w:rPr>
        <w:t>22:35  yani bohat hi achi story.</w:t>
      </w:r>
      <w:r>
        <w:br/>
      </w:r>
      <w:r>
        <w:rPr>
          <w:sz w:val="20"/>
        </w:rPr>
        <w:t>22:39  jahan quran majeed mein bataya gaya hai hazrat yusuf ka qissa to is mein bataya gaya ke yeh</w:t>
      </w:r>
      <w:r>
        <w:br/>
      </w:r>
      <w:r>
        <w:rPr>
          <w:sz w:val="20"/>
        </w:rPr>
        <w:t>22:43  ahsan al qasas hai. best story.</w:t>
      </w:r>
      <w:r>
        <w:br/>
      </w:r>
      <w:r>
        <w:rPr>
          <w:sz w:val="20"/>
        </w:rPr>
        <w:t>22:48  kyun is mein yeh jo mila is mein.</w:t>
      </w:r>
      <w:r>
        <w:br/>
      </w:r>
      <w:r>
        <w:rPr>
          <w:sz w:val="20"/>
        </w:rPr>
        <w:t>22:52  yeh jo hai ek example mila hamein, ek model mila hamein jo is mein.</w:t>
      </w:r>
      <w:r>
        <w:br/>
      </w:r>
      <w:r>
        <w:rPr>
          <w:sz w:val="20"/>
        </w:rPr>
        <w:t>22:57  کہ dichotomic thinking کو چھوڑ کر کے کوئی تھرڈ آپشن تلاش</w:t>
      </w:r>
    </w:p>
    <w:p>
      <w:pPr>
        <w:pStyle w:val="Heading2"/>
      </w:pPr>
      <w:r>
        <w:t>Why Maulana always addresses Muslims' faults</w:t>
      </w:r>
    </w:p>
    <w:p>
      <w:r>
        <w:rPr>
          <w:color w:val="666666"/>
          <w:sz w:val="18"/>
        </w:rPr>
        <w:t>Maulana Wahiduddin Khan and His Critics A Response to Misinterpretations. November 26, 2024 · 5m 02s · at 10:07 · https://youtu.be/aVtXLKOMOHw?t=607</w:t>
      </w:r>
    </w:p>
    <w:p>
      <w:r>
        <w:rPr>
          <w:i/>
        </w:rPr>
        <w:t>“Kyun Maulana musalmanon ko hamesha ghalat batate hain?”</w:t>
      </w:r>
    </w:p>
    <w:p>
      <w:r>
        <w:rPr>
          <w:sz w:val="20"/>
        </w:rPr>
        <w:t>10:07  to jaisa ke Iqbal sahab ne mujhse poocha ke kyun Maulana musalmanon ko hamesha galat batate hain, doosron ko kuch nahi kehte?</w:t>
      </w:r>
      <w:r>
        <w:br/>
      </w:r>
      <w:r>
        <w:rPr>
          <w:sz w:val="20"/>
        </w:rPr>
        <w:t>10:18  to yeh sawal bahut ahem hai.</w:t>
      </w:r>
      <w:r>
        <w:br/>
      </w:r>
      <w:r>
        <w:rPr>
          <w:sz w:val="20"/>
        </w:rPr>
        <w:t>10:21  main bhi is sawal se dochar hua tha. Mujhe bhi, mere zehn mein bhi yeh baat thi ke Maulana hamesha musalmanon ko hi bolte rehte hain, hamesha musalman ko hi qasoorwar thehrate hain.</w:t>
      </w:r>
      <w:r>
        <w:br/>
      </w:r>
      <w:r>
        <w:rPr>
          <w:sz w:val="20"/>
        </w:rPr>
        <w:t>10:34  musalman zimmedar hain, musalman, musalman, musalman, musalman. To mujhe samajh mein nahi aati thi Maulana ki yeh baat. To main Maulana ko deeply</w:t>
      </w:r>
      <w:r>
        <w:br/>
      </w:r>
      <w:r>
        <w:rPr>
          <w:sz w:val="20"/>
        </w:rPr>
        <w:t>10:50  padhna shuru kiya.</w:t>
      </w:r>
      <w:r>
        <w:br/>
      </w:r>
      <w:r>
        <w:rPr>
          <w:sz w:val="20"/>
        </w:rPr>
        <w:t>10:51  Maulana ki kitabon ko jab maine gehrai ke saath padhna shuru kiya to mujhe Maulana, is masle mein Maulana ki ek buniyadi baat samajh mein aayi, jis ke baad mera jo aitraz tha, mera jo sawal tha, woh khatm ho gaya.</w:t>
      </w:r>
      <w:r>
        <w:br/>
      </w:r>
      <w:r>
        <w:rPr>
          <w:sz w:val="20"/>
        </w:rPr>
        <w:t>11:09  main chahta hoon woh aap logon se share karoon ke jab main Maulana ka mutala shuru, mutala karna shuru kiya to main ne padha ke Maulana musalmanon ko daai aur mad'u ke angle se dekhte hain.</w:t>
      </w:r>
      <w:r>
        <w:br/>
      </w:r>
      <w:r>
        <w:rPr>
          <w:sz w:val="20"/>
        </w:rPr>
        <w:t>11:25  molaana kehte hain ke musalman ki asal hesiyat, musalman ki asal identity daaiqiyah hai.</w:t>
      </w:r>
      <w:r>
        <w:br/>
      </w:r>
      <w:r>
        <w:rPr>
          <w:sz w:val="20"/>
        </w:rPr>
        <w:t>11:34  rasool Allah ke baad quran aur sunnat ka paigham saare insaanon tak pohnchaane ki zimmedari rasool Allah ko follow karne wale, jinhein hum musalman kehte hain, un par aaid hoti hai.</w:t>
      </w:r>
      <w:r>
        <w:br/>
      </w:r>
      <w:r>
        <w:rPr>
          <w:sz w:val="20"/>
        </w:rPr>
        <w:t>11:49  doosri baat yeh hai ke molaana ka yeh kehna hai ke dawat humaare waqt tak nahi de sakte jab tak daawati mahaul ko mu'tedil na kiya jaaye.</w:t>
      </w:r>
      <w:r>
        <w:br/>
      </w:r>
      <w:r>
        <w:rPr>
          <w:sz w:val="20"/>
        </w:rPr>
        <w:t>12:02  jab tak daayi aur mad'u ke darmiyaan aisi koi deewar haa'il na ho jo humari baat ko samajhne ke liye mad'u ko mushkilaat ka saamna karna ho.</w:t>
      </w:r>
      <w:r>
        <w:br/>
      </w:r>
      <w:r>
        <w:rPr>
          <w:sz w:val="20"/>
        </w:rPr>
        <w:t>12:15  toh woh chahte the ke daayi aur mad'u ke darmiyaan free mahaul ho. Hum aisi koi baat na karein, aisi koi kaam na karein jis se mad'u ko humari baat samajhne mein mushkil pesh aati ho.</w:t>
      </w:r>
      <w:r>
        <w:br/>
      </w:r>
      <w:r>
        <w:rPr>
          <w:sz w:val="20"/>
        </w:rPr>
        <w:t>12:35  toh yeh jo molaana kehte hain ke daawati maslehat supreme concern hai ek daayi ke liye,</w:t>
      </w:r>
      <w:r>
        <w:br/>
      </w:r>
      <w:r>
        <w:rPr>
          <w:sz w:val="20"/>
        </w:rPr>
        <w:t>12:45  toh isi wajah se molaana hamesha musalmanon se mutalba karte hain, musalmanon ko yeh mashwara dete hain ke aap yak tarafah taur par, yeh lafz molaana ka, main pehli baar yak tarafah taur par jo hai, yeh molaana ki kitaabon mein padha ke musalman, ek daayi ko yak tarafah taur par sabr karna hai.</w:t>
      </w:r>
      <w:r>
        <w:br/>
      </w:r>
      <w:r>
        <w:rPr>
          <w:sz w:val="20"/>
        </w:rPr>
        <w:t>13:07  iski koi condition nahi hai. Iske liye koi shart nahi hai.</w:t>
      </w:r>
      <w:r>
        <w:br/>
      </w:r>
      <w:r>
        <w:rPr>
          <w:sz w:val="20"/>
        </w:rPr>
        <w:t>13:13  isko daawati mahaul ko baaqi rakhne ke liye sab bardasht karna hai. Toh yeh cheez mujhe lagi, yeh toh bohat zabardast baat hai.</w:t>
      </w:r>
      <w:r>
        <w:br/>
      </w:r>
      <w:r>
        <w:rPr>
          <w:sz w:val="20"/>
        </w:rPr>
        <w:t>13:23  is angle se main agar dekhun toh mujhe laga ke waaqai molaana toh beshak sahi keh rahe hain. Musalman ki hesiyat jo hai, woh daayi ki hai.</w:t>
      </w:r>
      <w:r>
        <w:br/>
      </w:r>
      <w:r>
        <w:rPr>
          <w:sz w:val="20"/>
        </w:rPr>
        <w:t>13:34  ab, yaani Allah ka paigham pohnchaane ke liye daawati mahaul ko baaqi rakhna uska supreme concern hai.</w:t>
      </w:r>
      <w:r>
        <w:br/>
      </w:r>
      <w:r>
        <w:rPr>
          <w:sz w:val="20"/>
        </w:rPr>
        <w:t>13:43  toh yeh jab mujhe samajh mein aaya toh molaana jo hamesha musalmanon ko bolte hain, iski mujhe toh jeh mil gayi.</w:t>
      </w:r>
      <w:r>
        <w:br/>
      </w:r>
      <w:r>
        <w:rPr>
          <w:sz w:val="20"/>
        </w:rPr>
        <w:t>13:53  ab mujhe molaana par aitraaz nahi hai ke molaana kyun musalmanon ko hamesha galat batate hain. Molaana ko, molaana ki baaton ko is angle se dekhein toh inshallah aapko bhi koi aitraaz nahi hoga.</w:t>
      </w:r>
      <w:r>
        <w:br/>
      </w:r>
      <w:r>
        <w:rPr>
          <w:sz w:val="20"/>
        </w:rPr>
        <w:t>14:07  lekin iske liye humko molaana ki kitaabon ko padhna padega, iska mutaala karna padega. Mera jo aitraaz hai, woh mutaala karne ke baad khatm</w:t>
      </w:r>
      <w:r>
        <w:br/>
      </w:r>
      <w:r>
        <w:rPr>
          <w:sz w:val="20"/>
        </w:rPr>
        <w:t>14:16  hua. Isi tarah aapko bhi mutaala karna padega. Molaana Abdul Basit Omri sahib ne kaafi achhi baatein, baaton ki wazaahat ki ke molaana ne jo kuch bhi likha hai, woh musalmanon ki jo manasbi hesiyat hai,</w:t>
      </w:r>
      <w:r>
        <w:br/>
      </w:r>
      <w:r>
        <w:rPr>
          <w:sz w:val="20"/>
        </w:rPr>
        <w:t>14:36  ezae daayi, iski wazaahat mein daayi ka jo tazkiyah karna hai, daayi ki pehle iski zehni, fikri aur amli islaah karna hai, is nisbat se jo bhi likha hai,</w:t>
      </w:r>
      <w:r>
        <w:br/>
      </w:r>
      <w:r>
        <w:rPr>
          <w:sz w:val="20"/>
        </w:rPr>
        <w:t>14:51  is lihaaz se is baat ko samajhna chahiye aur apna tazkiyah karna chahiye taake woh daawati manasbi ke laa'iq bane aur sahih ma'ano mein dawat ka kaam anjaam de.</w:t>
      </w:r>
    </w:p>
    <w:p>
      <w:pPr>
        <w:pStyle w:val="Heading2"/>
      </w:pPr>
      <w:r>
        <w:t>Hadith recitation and reflection on modesty</w:t>
      </w:r>
    </w:p>
    <w:p>
      <w:r>
        <w:rPr>
          <w:color w:val="666666"/>
          <w:sz w:val="18"/>
        </w:rPr>
        <w:t>Importance of Modesty 6 Oct, 2018 - Maulana Wahiduddin Khan · 4m 25s · at 1:17 · https://youtu.be/Ul3hRcfLGRM?t=77</w:t>
      </w:r>
    </w:p>
    <w:p>
      <w:r>
        <w:rPr>
          <w:i/>
        </w:rPr>
        <w:t>“An Abi Huraira qala: jalasa Jibreel”</w:t>
      </w:r>
    </w:p>
    <w:p>
      <w:r>
        <w:rPr>
          <w:sz w:val="20"/>
        </w:rPr>
        <w:t>1:17  an abi huraira qala: jals jibril al-nabi salla Allahu alayhi wa sallam fa nazara al-sama, fa idha malakun yanzil.</w:t>
      </w:r>
      <w:r>
        <w:br/>
      </w:r>
      <w:r>
        <w:rPr>
          <w:sz w:val="20"/>
        </w:rPr>
        <w:t>1:26  fa qala lahu jibril: hadha al-malak ma nazala mundhu khaliqa qabla al-sa'ah. fa lamma nazala qala: ya Muhammad, in rabbaka yuqri'uka al-salam.</w:t>
      </w:r>
      <w:r>
        <w:br/>
      </w:r>
      <w:r>
        <w:rPr>
          <w:sz w:val="20"/>
        </w:rPr>
        <w:t>1:38  arsalani ilayka rabbuka a malakan nabiyan ja'aluka aw abdan rasulan? fa laftat rasul Allah salla Allahu alayhi wa sallam ila jibril al-mustashir mustashiri lahu.</w:t>
      </w:r>
      <w:r>
        <w:br/>
      </w:r>
      <w:r>
        <w:rPr>
          <w:sz w:val="20"/>
        </w:rPr>
        <w:t>1:53  fa qala lahu jibril: tawada' li rabbika ya Muhammad?</w:t>
      </w:r>
      <w:r>
        <w:br/>
      </w:r>
      <w:r>
        <w:rPr>
          <w:sz w:val="20"/>
        </w:rPr>
        <w:t>1:58  fa 'araftu annahu nasih. fa qala rasul Allah salla Allahu alayhi wa sallam: la bal abdan rasulan. is hadith ko musnad ahmad, shu'ab al-iman, bayhaqi, sunan nisai al-kubra mein riwayat kiya gaya hai.</w:t>
      </w:r>
      <w:r>
        <w:br/>
      </w:r>
      <w:r>
        <w:rPr>
          <w:sz w:val="20"/>
        </w:rPr>
        <w:t>2:16  is hadith ka tarjuma yeh hai: an abu huraira se riwayat hai ke jibril alayhi al-salam ek martaba rasul Allah salla Allahu alayhi wa sallam ke paas baithe hue thay.</w:t>
      </w:r>
      <w:r>
        <w:br/>
      </w:r>
      <w:r>
        <w:rPr>
          <w:sz w:val="20"/>
        </w:rPr>
        <w:t>2:28  jibril ne asman ki taraf nazar uthai toh dekha ke ek farishta nazil ho raha hai.</w:t>
      </w:r>
      <w:r>
        <w:br/>
      </w:r>
      <w:r>
        <w:rPr>
          <w:sz w:val="20"/>
        </w:rPr>
        <w:t>2:35  to jibril ne aap se kaha: yeh farishta jo nazil hua hai, ab se pehle paidaish se ab tak zameen par nahi aaya tha.</w:t>
      </w:r>
      <w:r>
        <w:br/>
      </w:r>
      <w:r>
        <w:rPr>
          <w:sz w:val="20"/>
        </w:rPr>
        <w:t>2:46  jab woh aaya to us ne kaha: aye muhammad, aap ka rab aap ko salam kehta hai aur mujhe aap ki taraf bheja hai ke aap ko</w:t>
      </w:r>
      <w:r>
        <w:br/>
      </w:r>
      <w:r>
        <w:rPr>
          <w:sz w:val="20"/>
        </w:rPr>
        <w:t>2:54  badshah nabi banaye ya banda rasool. to rasool allah jibril alaih-e-salam ki taraf mutawajjah hue mashwara ke liye.</w:t>
      </w:r>
      <w:r>
        <w:br/>
      </w:r>
      <w:r>
        <w:rPr>
          <w:sz w:val="20"/>
        </w:rPr>
        <w:t>3:07  to jibril ne kaha ke apne rab ke liye tawazu ikhtiyar kijiye, aye muhammad.</w:t>
      </w:r>
      <w:r>
        <w:br/>
      </w:r>
      <w:r>
        <w:rPr>
          <w:sz w:val="20"/>
        </w:rPr>
        <w:t>3:12  aap kehte hain ke maine samjha ke woh khair khwah hain. to aap ne kaha ke balkeh main yeh pasand karunga ke main abde rasool banaya jaon.</w:t>
      </w:r>
      <w:r>
        <w:br/>
      </w:r>
      <w:r>
        <w:rPr>
          <w:sz w:val="20"/>
        </w:rPr>
        <w:t>3:27  mashallah. dekhen ji, is hadith ko jab maine parha</w:t>
      </w:r>
      <w:r>
        <w:br/>
      </w:r>
      <w:r>
        <w:rPr>
          <w:sz w:val="20"/>
        </w:rPr>
        <w:t>3:40  to mere mann mein ek sawal aaya.</w:t>
      </w:r>
      <w:r>
        <w:br/>
      </w:r>
      <w:r>
        <w:rPr>
          <w:sz w:val="20"/>
        </w:rPr>
        <w:t>3:49  shayar logon ke jo bayan hain aur doosre logon ke bhi, is mein aksar rasool allah ke</w:t>
      </w:r>
      <w:r>
        <w:br/>
      </w:r>
      <w:r>
        <w:rPr>
          <w:sz w:val="20"/>
        </w:rPr>
        <w:t>4:05  yani is baat ko bohat badhate hain ke aap ko hukumat mili.</w:t>
      </w:r>
      <w:r>
        <w:br/>
      </w:r>
      <w:r>
        <w:rPr>
          <w:sz w:val="20"/>
        </w:rPr>
        <w:t>4:15  to</w:t>
      </w:r>
      <w:r>
        <w:br/>
      </w:r>
      <w:r>
        <w:rPr>
          <w:sz w:val="20"/>
        </w:rPr>
        <w:t>4:19  misal ke taur par ek shayar rasool allah ke bare mein kehta hai: aye khasa khasan-e-rasul, waqt-e-dua hai.</w:t>
      </w:r>
      <w:r>
        <w:br/>
      </w:r>
      <w:r>
        <w:rPr>
          <w:sz w:val="20"/>
        </w:rPr>
        <w:t>4:31  aise hi</w:t>
      </w:r>
      <w:r>
        <w:br/>
      </w:r>
      <w:r>
        <w:rPr>
          <w:sz w:val="20"/>
        </w:rPr>
        <w:t>4:34  shahanshah-e-konain, is tarah ke alfaaz bolte hain log. shahanshah-e-konain, badshah-e-kainat wagera.</w:t>
      </w:r>
      <w:r>
        <w:br/>
      </w:r>
      <w:r>
        <w:rPr>
          <w:sz w:val="20"/>
        </w:rPr>
        <w:t>4:49  to ba taur-e-waqia to yeh hua</w:t>
      </w:r>
      <w:r>
        <w:br/>
      </w:r>
      <w:r>
        <w:rPr>
          <w:sz w:val="20"/>
        </w:rPr>
        <w:t>4:53  ke aap ko arab mein political power mila.</w:t>
      </w:r>
      <w:r>
        <w:br/>
      </w:r>
      <w:r>
        <w:rPr>
          <w:sz w:val="20"/>
        </w:rPr>
        <w:t>5:00  lekin dekhne ki baat yeh hai ke aap ne manga kya cheez?</w:t>
      </w:r>
      <w:r>
        <w:br/>
      </w:r>
      <w:r>
        <w:rPr>
          <w:sz w:val="20"/>
        </w:rPr>
        <w:t>5:09  aap ne mangi allah se modesty. modesty.</w:t>
      </w:r>
      <w:r>
        <w:br/>
      </w:r>
      <w:r>
        <w:rPr>
          <w:sz w:val="20"/>
        </w:rPr>
        <w:t>5:21  kya lafz hai? tawazu</w:t>
      </w:r>
      <w:r>
        <w:br/>
      </w:r>
      <w:r>
        <w:rPr>
          <w:sz w:val="20"/>
        </w:rPr>
        <w:t>5:23  ? ji. tawazu. modesty. is par maine bohat socha. to meri samajh mein aaya ke modesty jo hai, woh insan ka basic character hai.</w:t>
      </w:r>
    </w:p>
    <w:p>
      <w:pPr>
        <w:pStyle w:val="Heading2"/>
      </w:pPr>
      <w:r>
        <w:t>story: companions who tried to out-worship the Prophet</w:t>
      </w:r>
    </w:p>
    <w:p>
      <w:r>
        <w:rPr>
          <w:color w:val="666666"/>
          <w:sz w:val="18"/>
        </w:rPr>
        <w:t>The Concept of Sunnah and Bidah in Islam February 14, 2008 Maulana Wahiduddin Khan · 4m 17s · at 6:10 · https://youtu.be/_uIO23hmBjg?t=370</w:t>
      </w:r>
    </w:p>
    <w:p>
      <w:r>
        <w:rPr>
          <w:i/>
        </w:rPr>
        <w:t>“رسول اللہ جب تھے مدینہ میں تو کچھ لوگ آئے آپ کے گھر”</w:t>
      </w:r>
    </w:p>
    <w:p>
      <w:r>
        <w:rPr>
          <w:sz w:val="20"/>
        </w:rPr>
        <w:t>6:10  jaise main aap ko misaal doon ke nayi baat kya cheez hoti hai? rasool Allah jab the madina mein to kuch log aaye aap ke ghar.</w:t>
      </w:r>
      <w:r>
        <w:br/>
      </w:r>
      <w:r>
        <w:rPr>
          <w:sz w:val="20"/>
        </w:rPr>
        <w:t>6:23  us waqt rasool Allah ghar mein nahi the.</w:t>
      </w:r>
      <w:r>
        <w:br/>
      </w:r>
      <w:r>
        <w:rPr>
          <w:sz w:val="20"/>
        </w:rPr>
        <w:t>6:26  aap ki ahliya aisha ghar mein thi. to unhone pucha aisha se ke rasool Allah ki ibadat kya hai?</w:t>
      </w:r>
      <w:r>
        <w:br/>
      </w:r>
      <w:r>
        <w:rPr>
          <w:sz w:val="20"/>
        </w:rPr>
        <w:t>6:40  yani rasool Allah ki ibadat kya hai?</w:t>
      </w:r>
      <w:r>
        <w:br/>
      </w:r>
      <w:r>
        <w:rPr>
          <w:sz w:val="20"/>
        </w:rPr>
        <w:t>6:43  to unhon ne bataya jo namaz roza aap karte the us ke bare mein. to is mein aata hai ke "kaan hum taqalluha".</w:t>
      </w:r>
      <w:r>
        <w:br/>
      </w:r>
      <w:r>
        <w:rPr>
          <w:sz w:val="20"/>
        </w:rPr>
        <w:t>6:55  wo un ko kam laga. "kaan hum taqalluha". wo un ko kam laga. to unhon ne kaha ke rasool Allah to rasool Allah hain,</w:t>
      </w:r>
      <w:r>
        <w:br/>
      </w:r>
      <w:r>
        <w:rPr>
          <w:sz w:val="20"/>
        </w:rPr>
        <w:t>7:09  hum to aam insan hain.</w:t>
      </w:r>
      <w:r>
        <w:br/>
      </w:r>
      <w:r>
        <w:rPr>
          <w:sz w:val="20"/>
        </w:rPr>
        <w:t>7:11  to hamein yeh itna hi kafi nahi hai. to in logon ne kiya kiya? kisi ne kaha ke main to raat bhar namaz hi parhoon ga.</w:t>
      </w:r>
      <w:r>
        <w:br/>
      </w:r>
      <w:r>
        <w:rPr>
          <w:sz w:val="20"/>
        </w:rPr>
        <w:t>7:24  kisi ne kaha ke main to sara din roza rakhon ga. is tarah ki baatein unhon ne keen. ke barabar zindagi mein sara din roza hi rakhon ga.</w:t>
      </w:r>
      <w:r>
        <w:br/>
      </w:r>
      <w:r>
        <w:rPr>
          <w:sz w:val="20"/>
        </w:rPr>
        <w:t>7:35  kisi ne kaha ke barabar zindagi mein raat ko main namazein parta rahoon ga.</w:t>
      </w:r>
      <w:r>
        <w:br/>
      </w:r>
      <w:r>
        <w:rPr>
          <w:sz w:val="20"/>
        </w:rPr>
        <w:t>7:39  kisi ne kaha ke main har waqt quran parta rahoon ga. halan ke yeh rasool Allah ka tareeqa nahi tha. hazrat ayesha ne aisa nahi bataya tha aap ke bare mein.</w:t>
      </w:r>
      <w:r>
        <w:br/>
      </w:r>
      <w:r>
        <w:rPr>
          <w:sz w:val="20"/>
        </w:rPr>
        <w:t>7:50  lekin unhein kam laga. "kaan hum taqalluha".</w:t>
      </w:r>
      <w:r>
        <w:br/>
      </w:r>
      <w:r>
        <w:rPr>
          <w:sz w:val="20"/>
        </w:rPr>
        <w:t>7:55  to jab rasool Allah aaye, hazrat ayesha ne bataya ke kuch log aaye the aur unhon ne suna aap ki baaton ko to unhein aap ki baatein kam lageen to unhon ne yeh decide kiya hai ke wo aisa aur aisa karein ge.</w:t>
      </w:r>
      <w:r>
        <w:br/>
      </w:r>
      <w:r>
        <w:rPr>
          <w:sz w:val="20"/>
        </w:rPr>
        <w:t>8:14  yani bas quran partay rahein ge, din bhar roza rakhte rahein ge, raat ko namaz partay rahein ge.</w:t>
      </w:r>
      <w:r>
        <w:br/>
      </w:r>
      <w:r>
        <w:rPr>
          <w:sz w:val="20"/>
        </w:rPr>
        <w:t>8:22  to aap bohat ziyada aap ne is ke khilaf aap ko aap ghazab nak ho gaye. aur aap ne logon ko ikatha kiya aur kaha ke mera tareeqa wahi hai jo tum jante ho.</w:t>
      </w:r>
      <w:r>
        <w:br/>
      </w:r>
      <w:r>
        <w:rPr>
          <w:sz w:val="20"/>
        </w:rPr>
        <w:t>8:42  yani panch waqt namaz parhna, saal mein roze rakhna. yahi sab jo baatein hain sab normal qism ki.</w:t>
      </w:r>
      <w:r>
        <w:br/>
      </w:r>
      <w:r>
        <w:rPr>
          <w:sz w:val="20"/>
        </w:rPr>
        <w:t>8:52  to jo log aisa karein ke is par barhaein, is mein add karein apni taraf se</w:t>
      </w:r>
      <w:r>
        <w:br/>
      </w:r>
      <w:r>
        <w:rPr>
          <w:sz w:val="20"/>
        </w:rPr>
        <w:t>9:03  to wo mujh se nahi hai. hadha min sunnati wa man raghiba an sunnati falaisa minni.</w:t>
      </w:r>
      <w:r>
        <w:br/>
      </w:r>
      <w:r>
        <w:rPr>
          <w:sz w:val="20"/>
        </w:rPr>
        <w:t>9:15  ke yeh hai mera tareeqa, mera way of life.</w:t>
      </w:r>
      <w:r>
        <w:br/>
      </w:r>
      <w:r>
        <w:rPr>
          <w:sz w:val="20"/>
        </w:rPr>
        <w:t>9:21  jo is se hate to wo mujh se nahi. yani is ka deen islam se ta'alluq nahi. ab dekhiye itni si baat ko aap ne pasand nahi kiya ke quantitative term mein wo ziyada karne lage.</w:t>
      </w:r>
      <w:r>
        <w:br/>
      </w:r>
      <w:r>
        <w:rPr>
          <w:sz w:val="20"/>
        </w:rPr>
        <w:t>9:40  yani aap ki namaz se ziyada namaz, aap ke roze se ziyada roza, aap ke hajj se ziyada hajj.</w:t>
      </w:r>
      <w:r>
        <w:br/>
      </w:r>
      <w:r>
        <w:rPr>
          <w:sz w:val="20"/>
        </w:rPr>
        <w:t>9:49  to quantitative term mein unhon ne aap ke tareeqe ko kam samjha aur is se ziyada ka decision liya unhon ne. to aap ne kaha ke tum tumhara ta'alluq meri ummat se nahi hai.</w:t>
      </w:r>
      <w:r>
        <w:br/>
      </w:r>
      <w:r>
        <w:rPr>
          <w:sz w:val="20"/>
        </w:rPr>
        <w:t>10:03  jo main karta hoon wahi tumhein karna hai. agar tum is se hate to tum meri ummati se nahi ho.</w:t>
      </w:r>
      <w:r>
        <w:br/>
      </w:r>
      <w:r>
        <w:rPr>
          <w:sz w:val="20"/>
        </w:rPr>
        <w:t>10:13  is se aap andaza kar sakte hain ke bidat kitni ziyada bidat ka mamla, kitna serious mamla hai. bidat ka mamla kitna ziyada serious mamla hai.</w:t>
      </w:r>
    </w:p>
    <w:p>
      <w:pPr>
        <w:pStyle w:val="Heading2"/>
      </w:pPr>
      <w:r>
        <w:t>Discover de-linking model from Quran</w:t>
      </w:r>
    </w:p>
    <w:p>
      <w:r>
        <w:rPr>
          <w:color w:val="666666"/>
          <w:sz w:val="18"/>
        </w:rPr>
        <w:t>Dars-e-Quran, Chapter 2, Verses 75-78 June 17, 2018 · 3m 47s · at 2:48 · https://youtu.be/2qkgyTF6bt8?t=168</w:t>
      </w:r>
    </w:p>
    <w:p>
      <w:r>
        <w:rPr>
          <w:i/>
        </w:rPr>
        <w:t>“Dekhiye, ye Surah Al-Baqarah ki aayaten hain”</w:t>
      </w:r>
    </w:p>
    <w:p>
      <w:r>
        <w:rPr>
          <w:sz w:val="20"/>
        </w:rPr>
        <w:t>2:48  dekhiye, yeh surah al-baqarah ki aayatein hain. aap jante hain ke al-baqarah shuru ki surah hai, aur is mein dhai para tak phaili hui hai.</w:t>
      </w:r>
      <w:r>
        <w:br/>
      </w:r>
      <w:r>
        <w:rPr>
          <w:sz w:val="20"/>
        </w:rPr>
        <w:t>3:08  to surah al-baqarah mein zyada tar zikr hai yahood ka, aise aur bhi shuru ki jo suratein hain is mein yahood ka zikr hai.</w:t>
      </w:r>
      <w:r>
        <w:br/>
      </w:r>
      <w:r>
        <w:rPr>
          <w:sz w:val="20"/>
        </w:rPr>
        <w:t>3:19  to mein aksar sochta tha ke quran mein shuru ki suraton mein ya madani suraton mein kyun yahood ka zikr itna zyada hai,</w:t>
      </w:r>
      <w:r>
        <w:br/>
      </w:r>
      <w:r>
        <w:rPr>
          <w:sz w:val="20"/>
        </w:rPr>
        <w:t>3:38  yani jab ke woh utri hain baat ko.</w:t>
      </w:r>
      <w:r>
        <w:br/>
      </w:r>
      <w:r>
        <w:rPr>
          <w:sz w:val="20"/>
        </w:rPr>
        <w:t>3:45  to phir ek cheez meri samajh mein aayi ke same period mein, yani madani period mein jab rasool allah makkah se hijrat kar ke madinah pahunche,</w:t>
      </w:r>
      <w:r>
        <w:br/>
      </w:r>
      <w:r>
        <w:rPr>
          <w:sz w:val="20"/>
        </w:rPr>
        <w:t>4:02  isi zamane mein ek aur waqea hua jo bilkul contradictory tha, ek dum contradictory. yani quran ki madani suraton mein to yahood ko qadeem kiya ja raha hai, un par criticize kiya ja raha hai,</w:t>
      </w:r>
      <w:r>
        <w:br/>
      </w:r>
      <w:r>
        <w:rPr>
          <w:sz w:val="20"/>
        </w:rPr>
        <w:t>4:17  aur isi zamane mein jate hi, madine pahunchte hi, aap ne aelan kar diya ke hamara qibla badar muqaddas hoga.</w:t>
      </w:r>
      <w:r>
        <w:br/>
      </w:r>
      <w:r>
        <w:rPr>
          <w:sz w:val="20"/>
        </w:rPr>
        <w:t>4:30  aap ghaur ghaur farmayein ke yeh bazahir yeh contradictory state hai, yani ek taraf yahood ko itna zyada karna padna aur doosri taraf yahood ko accept karna un ke qibla ke maamle mein, kisi ajeeb baat hai.</w:t>
      </w:r>
      <w:r>
        <w:br/>
      </w:r>
      <w:r>
        <w:rPr>
          <w:sz w:val="20"/>
        </w:rPr>
        <w:t>4:52  to mein bahut dinon se sochta tha ke yeh kya maamla hai, kya hai, kya maamla hai. to meri samajh mein aaya ke rasool allah ki yeh uswah hasanah ka hi part hai jo quran mein hai ke laqad kana 'alaykum fi rasul allahi uswatun hasanah.</w:t>
      </w:r>
      <w:r>
        <w:br/>
      </w:r>
      <w:r>
        <w:rPr>
          <w:sz w:val="20"/>
        </w:rPr>
        <w:t>5:18  rasool allah ki zindagi mein uswah hasanah ka namuna hai, yani best conduct, best example.</w:t>
      </w:r>
      <w:r>
        <w:br/>
      </w:r>
      <w:r>
        <w:rPr>
          <w:sz w:val="20"/>
        </w:rPr>
        <w:t>5:30  to ab phir mein is tareeqe se sochna shuru kiya to mein samajhta hoon ke yeh is ka hissa hai is tareeqe se ke poori sirat ko aap padhein, rasool allah ki jo poori surah hai,</w:t>
      </w:r>
      <w:r>
        <w:br/>
      </w:r>
      <w:r>
        <w:rPr>
          <w:sz w:val="20"/>
        </w:rPr>
        <w:t>5:48  poori surah mein uswah hasanah milta hai. poori zindagi mein woh kya hai?</w:t>
      </w:r>
      <w:r>
        <w:br/>
      </w:r>
      <w:r>
        <w:rPr>
          <w:sz w:val="20"/>
        </w:rPr>
        <w:t>5:58  ek ek namuna, ek aap ka principle, woh kya hai? mein is ko kahunga ke</w:t>
      </w:r>
      <w:r>
        <w:br/>
      </w:r>
      <w:r>
        <w:rPr>
          <w:sz w:val="20"/>
        </w:rPr>
        <w:t>6:10  delinking model,</w:t>
      </w:r>
      <w:r>
        <w:br/>
      </w:r>
      <w:r>
        <w:rPr>
          <w:sz w:val="20"/>
        </w:rPr>
        <w:t>6:15  delinking model, yani do waqe ko alag karna. to aap makkah mein hon ya madine mein hon, aap ne yeh delinking model ko ikhtiyar kiya,</w:t>
      </w:r>
      <w:r>
        <w:br/>
      </w:r>
      <w:r>
        <w:rPr>
          <w:sz w:val="20"/>
        </w:rPr>
        <w:t>6:30  aur yahi uswah hasanah hai mere khayal se.</w:t>
      </w:r>
    </w:p>
    <w:p>
      <w:pPr>
        <w:pStyle w:val="Heading2"/>
      </w:pPr>
      <w:r>
        <w:t>Musa's lesson on regeneration of degenerated nation</w:t>
      </w:r>
    </w:p>
    <w:p>
      <w:r>
        <w:rPr>
          <w:color w:val="666666"/>
          <w:sz w:val="18"/>
        </w:rPr>
        <w:t>Prophetic Example | April 06, 2014 | Maulana Wahiduddin Khan · 4m 32s · at 40:01 · https://youtu.be/zTVjTJbStUU?t=2401</w:t>
      </w:r>
    </w:p>
    <w:p>
      <w:r>
        <w:rPr>
          <w:i/>
        </w:rPr>
        <w:t>“Musa jab aaye Misr mein”</w:t>
      </w:r>
    </w:p>
    <w:p>
      <w:r>
        <w:rPr>
          <w:sz w:val="20"/>
        </w:rPr>
        <w:t>40:01  moosa jab aaye misr mein to us waqt wahan par is zamane ke jo musalman thay yaani ahl</w:t>
      </w:r>
      <w:r>
        <w:br/>
      </w:r>
      <w:r>
        <w:rPr>
          <w:sz w:val="20"/>
        </w:rPr>
        <w:t>40:07  e kitaab jin ko hum yahood kehte hain qadeem zamane ke musalman yahi thay yahi yahoodi.</w:t>
      </w:r>
      <w:r>
        <w:br/>
      </w:r>
      <w:r>
        <w:rPr>
          <w:sz w:val="20"/>
        </w:rPr>
        <w:t>40:13  lekin woh haalat e zawal mein pahunch chuke thay.</w:t>
      </w:r>
      <w:r>
        <w:br/>
      </w:r>
      <w:r>
        <w:rPr>
          <w:sz w:val="20"/>
        </w:rPr>
        <w:t>40:19  zawal ke daur mein thay woh un ka degeneration ho chuka tha.</w:t>
      </w:r>
      <w:r>
        <w:br/>
      </w:r>
      <w:r>
        <w:rPr>
          <w:sz w:val="20"/>
        </w:rPr>
        <w:t>40:25  to bohat bari misaal hai haz</w:t>
      </w:r>
      <w:r>
        <w:br/>
      </w:r>
      <w:r>
        <w:rPr>
          <w:sz w:val="20"/>
        </w:rPr>
        <w:t>40:31  rat musa ki zindagi mein ke Allah taala ke sath hukum hua un ko ke tum iqdam kar ke falasteen mein dakhil ho jao. aur dakhil ho jaoge to tum hi kamyab rahoge. to bani israel ne kaha hum to ab nahi karenge. woh dar gaye. yeh waqia maujood hai quran mein bhi aur bible mein bhi. hazrat musa ke kehne ke bawajood bani israel falasteen mein dakhil nahi hue. is ke baad un ke upar kaha</w:t>
      </w:r>
      <w:r>
        <w:br/>
      </w:r>
      <w:r>
        <w:rPr>
          <w:sz w:val="20"/>
        </w:rPr>
        <w:t>41:01  gaya ke chalis saal tak sara isi tarah mein pade raho. ek nai yani boodhe log mar jayen naujawan baqi rahen sirf. achha is mein kya kya is mein namuna hai? is mein namuna yeh hai ke zawal yafta qom par aap koi buniyad nahi khari kar sakte. zawal yafta qom se na jihad hoga na idare qaim honge na jamaten banengi kuch nahi ho sakta. is ke pehle is ko khatm</w:t>
      </w:r>
      <w:r>
        <w:br/>
      </w:r>
      <w:r>
        <w:rPr>
          <w:sz w:val="20"/>
        </w:rPr>
        <w:t>41:31  karna hai is ke zawal ko khatm karna hai. lekin is zamane mein musalmanon ne kya kiya? inhi zawal yafta musalman is is daur mein yeh haqeeqat hai ke zawal ki aakhrit pe pahunch chuke hain. is mein koi shakk nahi hai. aur mante bhi hain log yeh. lekin isi zawal yafta qom ko le le kar kya hua? koi muslim college bana raha hai koi muslim university bana raha hai koi</w:t>
      </w:r>
      <w:r>
        <w:br/>
      </w:r>
      <w:r>
        <w:rPr>
          <w:sz w:val="20"/>
        </w:rPr>
        <w:t>42:01  muslim state bana raha hai koi muslim jamaat bana raha hai koi muslim organization bana raha hai inhi</w:t>
      </w:r>
      <w:r>
        <w:br/>
      </w:r>
      <w:r>
        <w:rPr>
          <w:sz w:val="20"/>
        </w:rPr>
        <w:t>42:06  logon ko le kar ke.</w:t>
      </w:r>
      <w:r>
        <w:br/>
      </w:r>
      <w:r>
        <w:rPr>
          <w:sz w:val="20"/>
        </w:rPr>
        <w:t>42:10  aur phir sab ka haal tabah hai.</w:t>
      </w:r>
      <w:r>
        <w:br/>
      </w:r>
      <w:r>
        <w:rPr>
          <w:sz w:val="20"/>
        </w:rPr>
        <w:t>42:14  sab ke sab fail.</w:t>
      </w:r>
      <w:r>
        <w:br/>
      </w:r>
      <w:r>
        <w:rPr>
          <w:sz w:val="20"/>
        </w:rPr>
        <w:t>42:18  kyun ke demaak zadah lakri ko le kar aap koi imarat nahi bana sakte.</w:t>
      </w:r>
      <w:r>
        <w:br/>
      </w:r>
      <w:r>
        <w:rPr>
          <w:sz w:val="20"/>
        </w:rPr>
        <w:t>42:23  jis lakri mein demaak lag raha ho lag chuka ho us se imarat nahi banti.</w:t>
      </w:r>
      <w:r>
        <w:br/>
      </w:r>
      <w:r>
        <w:rPr>
          <w:sz w:val="20"/>
        </w:rPr>
        <w:t>42:27  to jin logon ka haal yeh ho ke woh zawal yafta ho chuke hain degeneration un ka</w:t>
      </w:r>
      <w:r>
        <w:br/>
      </w:r>
      <w:r>
        <w:rPr>
          <w:sz w:val="20"/>
        </w:rPr>
        <w:t>42:31  ho chuka hai to sab se pehle un ko regenerate karna hai.</w:t>
      </w:r>
      <w:r>
        <w:br/>
      </w:r>
      <w:r>
        <w:rPr>
          <w:sz w:val="20"/>
        </w:rPr>
        <w:t>42:35  pehla kaam regeneration hai.</w:t>
      </w:r>
      <w:r>
        <w:br/>
      </w:r>
      <w:r>
        <w:rPr>
          <w:sz w:val="20"/>
        </w:rPr>
        <w:t>42:38  lekin logon ne kiya kiya? regeneration ke baghair hi bare bare idaray.</w:t>
      </w:r>
      <w:r>
        <w:br/>
      </w:r>
      <w:r>
        <w:rPr>
          <w:sz w:val="20"/>
        </w:rPr>
        <w:t>42:42  bare bare idaray.</w:t>
      </w:r>
      <w:r>
        <w:br/>
      </w:r>
      <w:r>
        <w:rPr>
          <w:sz w:val="20"/>
        </w:rPr>
        <w:t>42:45  koi muslim college bana raha hai koi muslim university bana raha hai koi muslim state bana raha hai.</w:t>
      </w:r>
      <w:r>
        <w:br/>
      </w:r>
      <w:r>
        <w:rPr>
          <w:sz w:val="20"/>
        </w:rPr>
        <w:t>42:48  koi muslim organization bana raha hai.</w:t>
      </w:r>
      <w:r>
        <w:br/>
      </w:r>
      <w:r>
        <w:rPr>
          <w:sz w:val="20"/>
        </w:rPr>
        <w:t>42:52  aur sab ke sab fail.</w:t>
      </w:r>
      <w:r>
        <w:br/>
      </w:r>
      <w:r>
        <w:rPr>
          <w:sz w:val="20"/>
        </w:rPr>
        <w:t>42:55  sab ke sab fail.</w:t>
      </w:r>
      <w:r>
        <w:br/>
      </w:r>
      <w:r>
        <w:rPr>
          <w:sz w:val="20"/>
        </w:rPr>
        <w:t>42:59  koi aik bhi nahi hai in mein se jis ka</w:t>
      </w:r>
      <w:r>
        <w:br/>
      </w:r>
      <w:r>
        <w:rPr>
          <w:sz w:val="20"/>
        </w:rPr>
        <w:t>43:02  jo yani field state field university field college field organization sab ke sab fail. kyunke degenerated logon ke zariye se koi koi bara kaam nahi ho sakta. jab qaum is halat mein pahunch jao to is ko regenerate karo. to Allah taala ne hukum diya wahan Musa ke zamane mein ke in ko daal do sara isi tarah mein. in ke sab boodhe mar jayen. boodhe ke mani kya hain? jo de</w:t>
      </w:r>
      <w:r>
        <w:br/>
      </w:r>
      <w:r>
        <w:rPr>
          <w:sz w:val="20"/>
        </w:rPr>
        <w:t>43:32  connection jin ki condition hi akhirat tak ho chuki hai.</w:t>
      </w:r>
      <w:r>
        <w:br/>
      </w:r>
      <w:r>
        <w:rPr>
          <w:sz w:val="20"/>
        </w:rPr>
        <w:t>43:35  woh khatam ho jayen.</w:t>
      </w:r>
      <w:r>
        <w:br/>
      </w:r>
      <w:r>
        <w:rPr>
          <w:sz w:val="20"/>
        </w:rPr>
        <w:t>43:39  naye naujawan paida hon.</w:t>
      </w:r>
      <w:r>
        <w:br/>
      </w:r>
      <w:r>
        <w:rPr>
          <w:sz w:val="20"/>
        </w:rPr>
        <w:t>43:42  in mein tablegh karo.</w:t>
      </w:r>
      <w:r>
        <w:br/>
      </w:r>
      <w:r>
        <w:rPr>
          <w:sz w:val="20"/>
        </w:rPr>
        <w:t>43:45  in mein in ko regenerate karo.</w:t>
      </w:r>
      <w:r>
        <w:br/>
      </w:r>
      <w:r>
        <w:rPr>
          <w:sz w:val="20"/>
        </w:rPr>
        <w:t>43:49  phir woh woh aagay barh kar jihad karein ge.</w:t>
      </w:r>
      <w:r>
        <w:br/>
      </w:r>
      <w:r>
        <w:rPr>
          <w:sz w:val="20"/>
        </w:rPr>
        <w:t>43:52  yehi hua wahan par.</w:t>
      </w:r>
      <w:r>
        <w:br/>
      </w:r>
      <w:r>
        <w:rPr>
          <w:sz w:val="20"/>
        </w:rPr>
        <w:t>43:55  to dekhiye Hazrat Musa ki misaal ke oopar kisi ne amal kiya? idaray banaye universityan banaye hukoomatein banaye</w:t>
      </w:r>
      <w:r>
        <w:br/>
      </w:r>
      <w:r>
        <w:rPr>
          <w:sz w:val="20"/>
        </w:rPr>
        <w:t>43:59  tanzeemat banaye jamaatein banaye</w:t>
      </w:r>
      <w:r>
        <w:br/>
      </w:r>
      <w:r>
        <w:rPr>
          <w:sz w:val="20"/>
        </w:rPr>
        <w:t>44:02  lekan kisi ne bhi yeh nahi kiya ke pehle qom ko regenerate karo.</w:t>
      </w:r>
      <w:r>
        <w:br/>
      </w:r>
      <w:r>
        <w:rPr>
          <w:sz w:val="20"/>
        </w:rPr>
        <w:t>44:06  yeh to kisi ne kiya nahi.</w:t>
      </w:r>
      <w:r>
        <w:br/>
      </w:r>
      <w:r>
        <w:rPr>
          <w:sz w:val="20"/>
        </w:rPr>
        <w:t>44:10  yani starting point hi ghalat.</w:t>
      </w:r>
      <w:r>
        <w:br/>
      </w:r>
      <w:r>
        <w:rPr>
          <w:sz w:val="20"/>
        </w:rPr>
        <w:t>44:14  to nateeja bhi ghalat hai.</w:t>
      </w:r>
      <w:r>
        <w:br/>
      </w:r>
      <w:r>
        <w:rPr>
          <w:sz w:val="20"/>
        </w:rPr>
        <w:t>44:18  starting point ghalat to nateeja bhi ghalat hai.</w:t>
      </w:r>
      <w:r>
        <w:br/>
      </w:r>
      <w:r>
        <w:rPr>
          <w:sz w:val="20"/>
        </w:rPr>
        <w:t>44:22  ab aap aik aur misaal lijiye Hazrat Masih ki.</w:t>
      </w:r>
      <w:r>
        <w:br/>
      </w:r>
      <w:r>
        <w:rPr>
          <w:sz w:val="20"/>
        </w:rPr>
        <w:t>44:26  us waqt Musalmanon ki haalat yeh hai ke agar yeh koi yeh kahe ke Masih jismani taur par</w:t>
      </w:r>
      <w:r>
        <w:br/>
      </w:r>
      <w:r>
        <w:rPr>
          <w:sz w:val="20"/>
        </w:rPr>
        <w:t>44:30  aasman se nahi aanay walay hain un ka role</w:t>
      </w:r>
    </w:p>
    <w:p>
      <w:pPr>
        <w:pStyle w:val="Heading2"/>
      </w:pPr>
      <w:r>
        <w:t>ascending seven heavens, greeted by prophet after prophet</w:t>
      </w:r>
    </w:p>
    <w:p>
      <w:r>
        <w:rPr>
          <w:color w:val="666666"/>
          <w:sz w:val="18"/>
        </w:rPr>
        <w:t>The Story of The Prophet Muhammads</w:t>
        <w:br/>
        <w:t>Night Journey Isra and Miraj Feb 11, 2024 · 5m 51s · at 34:32 · https://youtu.be/bw3s_9mno68?t=2072</w:t>
      </w:r>
    </w:p>
    <w:p>
      <w:r>
        <w:rPr>
          <w:i/>
        </w:rPr>
        <w:t>“Jibril and I set out for the nearest heaven”</w:t>
      </w:r>
    </w:p>
    <w:p>
      <w:r>
        <w:rPr>
          <w:sz w:val="20"/>
        </w:rPr>
        <w:t>34:32  to phir main, "Then Jibreel set out with me till we reach the nearest heaven," yaani first heaven. seven heavens hain, to har heaven par ek-ek karke jaate hain. to pehle heaven par gaye, to wahan par koi gate raha hoga, ji. aur unhone knock kiya, hum to awaaz aayi, koi koi farishta hi raha hoga ke, "Who is there?</w:t>
      </w:r>
      <w:r>
        <w:br/>
      </w:r>
      <w:r>
        <w:rPr>
          <w:sz w:val="20"/>
        </w:rPr>
        <w:t>34:56  Who is that?" to unhone kaha ke, "A Jibreel,</w:t>
      </w:r>
      <w:r>
        <w:br/>
      </w:r>
      <w:r>
        <w:rPr>
          <w:sz w:val="20"/>
        </w:rPr>
        <w:t>35:01  ji." to us farishte ne kaha ke, "Qila wa man ma'ak? Who is with you? Is there somebody with you? Somebody accompanying you?" to unhone kaha ke, "Muhammad, Muhammad sallallahu alaihi wasallam." to Qila wa qad ursila. to awaaz ne kaha ke, "Has he been called?</w:t>
      </w:r>
      <w:r>
        <w:br/>
      </w:r>
      <w:r>
        <w:rPr>
          <w:sz w:val="20"/>
        </w:rPr>
        <w:t>35:18  Has he been invited?" ji, to unhone kaha, "Yes." to phir woh us farishte ki awaaz phir aayi ke, "Marhaban bi, welcome."</w:t>
      </w:r>
      <w:r>
        <w:br/>
      </w:r>
      <w:r>
        <w:rPr>
          <w:sz w:val="20"/>
        </w:rPr>
        <w:t>35:29  aur usne kaha ke, "faml maziya ja," yani wht an excellent visitor he has come.</w:t>
      </w:r>
      <w:r>
        <w:br/>
      </w:r>
      <w:r>
        <w:rPr>
          <w:sz w:val="20"/>
        </w:rPr>
        <w:t>35:36  "f fathah and the door was open."</w:t>
      </w:r>
      <w:r>
        <w:br/>
      </w:r>
      <w:r>
        <w:rPr>
          <w:sz w:val="20"/>
        </w:rPr>
        <w:t>35:40  to yeh communication, yani ek conversation hua jibreel ka gatekeeper se, jo pehli jannat ke gatekeeper thay.</w:t>
      </w:r>
      <w:r>
        <w:br/>
      </w:r>
      <w:r>
        <w:rPr>
          <w:sz w:val="20"/>
        </w:rPr>
        <w:t>35:48  to rasoolallah farmate hain ke, "falma</w:t>
      </w:r>
      <w:r>
        <w:br/>
      </w:r>
      <w:r>
        <w:rPr>
          <w:sz w:val="20"/>
        </w:rPr>
        <w:t>35:52  khalat faz fi adam.</w:t>
      </w:r>
      <w:r>
        <w:br/>
      </w:r>
      <w:r>
        <w:rPr>
          <w:sz w:val="20"/>
        </w:rPr>
        <w:t>35:55  na i went on the first heaven, i so adam."</w:t>
      </w:r>
      <w:r>
        <w:br/>
      </w:r>
      <w:r>
        <w:rPr>
          <w:sz w:val="20"/>
        </w:rPr>
        <w:t>36:00  aur Jibreel ne kaha, "Falaha abuka." Jibreel said, "This is your father," yaani he is your ancestor and forefather. "This is your haza abuka Adam. Fa sallim alaihi, he is your your father Adam. So give salam to him." "Fa sallam alaihi, fa raddas salam." So I greeted him and he returned my greeting. "Summa qala marhaban bi ibn saleh wa nabiy</w:t>
      </w:r>
      <w:r>
        <w:br/>
      </w:r>
      <w:r>
        <w:rPr>
          <w:sz w:val="20"/>
        </w:rPr>
        <w:t>36:29  saleh." phir Adam alaihi salam ne kaha ke, "Welcome, you are welcome, O pious son and O pious prophet." to yeh first heaven ki baat itni hai. aaiye, is waqt</w:t>
      </w:r>
      <w:r>
        <w:br/>
      </w:r>
      <w:r>
        <w:rPr>
          <w:sz w:val="20"/>
        </w:rPr>
        <w:t>36:44  phir second heaven par gaye aur waise hi wahan bhi gate tha.</w:t>
      </w:r>
      <w:r>
        <w:br/>
      </w:r>
      <w:r>
        <w:rPr>
          <w:sz w:val="20"/>
        </w:rPr>
        <w:t>36:48  aur gate par unhon ne kaha ke, "knock</w:t>
      </w:r>
      <w:r>
        <w:br/>
      </w:r>
      <w:r>
        <w:rPr>
          <w:sz w:val="20"/>
        </w:rPr>
        <w:t>36:52  kiya kholne ke liye."</w:t>
      </w:r>
      <w:r>
        <w:br/>
      </w:r>
      <w:r>
        <w:rPr>
          <w:sz w:val="20"/>
        </w:rPr>
        <w:t>36:53  to wahan se awaz aayi kisi farishtay ki, "galban ke hu is there?"</w:t>
      </w:r>
      <w:r>
        <w:br/>
      </w:r>
      <w:r>
        <w:rPr>
          <w:sz w:val="20"/>
        </w:rPr>
        <w:t>36:57  unhon ne kaha, "main jibreel hoon."</w:t>
      </w:r>
      <w:r>
        <w:br/>
      </w:r>
      <w:r>
        <w:rPr>
          <w:sz w:val="20"/>
        </w:rPr>
        <w:t>36:58  unhon ne kaha, "tumhare sath koi aur hai?"</w:t>
      </w:r>
      <w:r>
        <w:br/>
      </w:r>
      <w:r>
        <w:rPr>
          <w:sz w:val="20"/>
        </w:rPr>
        <w:t>36:59  kaha, "haan, muhammad."</w:t>
      </w:r>
      <w:r>
        <w:br/>
      </w:r>
      <w:r>
        <w:rPr>
          <w:sz w:val="20"/>
        </w:rPr>
        <w:t>37:00  aur phir unko bulaya gaya hai.</w:t>
      </w:r>
      <w:r>
        <w:br/>
      </w:r>
      <w:r>
        <w:rPr>
          <w:sz w:val="20"/>
        </w:rPr>
        <w:t>37:02  woh sab karke phir gate khula.</w:t>
      </w:r>
      <w:r>
        <w:br/>
      </w:r>
      <w:r>
        <w:rPr>
          <w:sz w:val="20"/>
        </w:rPr>
        <w:t>37:04  phir second heaven par pohanchay.</w:t>
      </w:r>
      <w:r>
        <w:br/>
      </w:r>
      <w:r>
        <w:rPr>
          <w:sz w:val="20"/>
        </w:rPr>
        <w:t>37:06  rasoolallah farmate hain, "falma khalat iza yahya wa isa."</w:t>
      </w:r>
      <w:r>
        <w:br/>
      </w:r>
      <w:r>
        <w:rPr>
          <w:sz w:val="20"/>
        </w:rPr>
        <w:t>37:12  "वन आई रीच द सेकंड हेवन, आई फाउंड देयर यहया जॉन एंड ईसा जीसस।"</w:t>
      </w:r>
      <w:r>
        <w:br/>
      </w:r>
      <w:r>
        <w:rPr>
          <w:sz w:val="20"/>
        </w:rPr>
        <w:t>37:20  yeh dono cousin thay. "ji, ji." "kal haza yahya wa isa. fasallim alayhima." "and jibreel said, 'he is yahya and isa. so say salaam to them.'" "fasallim fardain." "so i said salaam to each of them."</w:t>
      </w:r>
      <w:r>
        <w:br/>
      </w:r>
      <w:r>
        <w:rPr>
          <w:sz w:val="20"/>
        </w:rPr>
        <w:t>37:42  "sum qala marhaban bil akh al saleh wa nabiy saleh." "and they said, 'welcome, o righteous brother, o righteous prophet.'" phir third heaven par wahi silsila chalta hai. conversation wahi hoti hai hazrat jibreel ki gatekeeper se. phir woh khul jata hai darwaza. "falma khalat ija yusuf." "third heaven par jab main pahuncha, to "then i saw yusuf."</w:t>
      </w:r>
      <w:r>
        <w:br/>
      </w:r>
      <w:r>
        <w:rPr>
          <w:sz w:val="20"/>
        </w:rPr>
        <w:t>38:12  " "kal haza yusuf. fasallim alaih." "jibreel said, 'that he is yusuf. he is joseph. say salaam to him.'" "fasallim alaih." "sum qala marhaban bi akh al saleh wa nabiy saleh." "and he said, 'he returned his salaam.'" "and he said, 'welcome, o righteous pious brother and o pious prophet.'" phir fourth heaven par bhi yahi guftagu hui gatekeeper se</w:t>
      </w:r>
      <w:r>
        <w:br/>
      </w:r>
      <w:r>
        <w:rPr>
          <w:sz w:val="20"/>
        </w:rPr>
        <w:t>38:38  , ji, jibreel ki. aur phir kehte hain, rasoolullah, "falma khalat ija idrees." "kal haza idrees. fasallim alaih</w:t>
      </w:r>
      <w:r>
        <w:br/>
      </w:r>
      <w:r>
        <w:rPr>
          <w:sz w:val="20"/>
        </w:rPr>
        <w:t>38:46  ." "prophet idrees thay wahan. "i saw idrees on the fourth heaven." "and jibreel, "jibreel told me to say salaam to him." "and "i, i sallim alaih." "sum qala marhaban bil akh al saleh wa nabiy saleh." "then i said salaam to him." "and "he returned my greetings." "then he said, welcome, o pious brother and o pious prophet."</w:t>
      </w:r>
      <w:r>
        <w:br/>
      </w:r>
      <w:r>
        <w:rPr>
          <w:sz w:val="20"/>
        </w:rPr>
        <w:t>39:15  " phir fifth heaven par bhi wahi silsila chala. "falma khalat faj haroon." "kal haza haroon. fasallim alaih." "when i reach the fifth heaven, i saw haroon there aaron, the brother of moses." "and jibreel said, "say salaam to him. he is aaron haroon."</w:t>
      </w:r>
      <w:r>
        <w:br/>
      </w:r>
      <w:r>
        <w:rPr>
          <w:sz w:val="20"/>
        </w:rPr>
        <w:t>39:41  "fasallim alaih." "fadasum qala marhaban bi akh al saleh wa nabiy saleh." "and "i said salaam to him." "he returned my salaam." "and "he said, welcome, o righteous brother and o righteous prof</w:t>
      </w:r>
      <w:r>
        <w:br/>
      </w:r>
      <w:r>
        <w:rPr>
          <w:sz w:val="20"/>
        </w:rPr>
        <w:t>39:58  et." phir sixth heaven par bhi wahi baat hoti hai. gate khulta hai. phir rasoolullah andar jaate hain aur kehte hain, "falma khalat faj musa." "kal haza musa. fasallim alaih." "jibreel kehte hain, 'this is moses. you say salaam to him.'" "and prophet says salaam to him. "fasallim alaih. fasallim alaih." "fadasum qala marhaban bi akh al saleh wa nabiy</w:t>
      </w:r>
    </w:p>
    <w:p>
      <w:pPr>
        <w:pStyle w:val="Heading2"/>
      </w:pPr>
      <w:r>
        <w:t>The mystery of Quran's disconnected letters like Alif Lam Meem</w:t>
      </w:r>
    </w:p>
    <w:p>
      <w:r>
        <w:rPr>
          <w:color w:val="666666"/>
          <w:sz w:val="18"/>
        </w:rPr>
        <w:t>Why was Muhammad The Last Prophet March 25, 2007 · 3m 43s · at 1:21:04 · https://youtu.be/iPBd0i_xtnA?t=4864</w:t>
      </w:r>
    </w:p>
    <w:p>
      <w:r>
        <w:rPr>
          <w:i/>
        </w:rPr>
        <w:t>“حروف مقطعات — الف لام میم کا مطلب کیا ہے؟”</w:t>
      </w:r>
    </w:p>
    <w:p>
      <w:r>
        <w:rPr>
          <w:sz w:val="20"/>
        </w:rPr>
        <w:t>1:21:04  there are a few words in the quran like alif laam meem ya seen alif laam meem saad which do not have any meanings what are the significance of these words huroof muqattaat yun kehte hain na aap huroof muq</w:t>
      </w:r>
      <w:r>
        <w:br/>
      </w:r>
      <w:r>
        <w:rPr>
          <w:sz w:val="20"/>
        </w:rPr>
        <w:t>1:21:20  muqatta'at</w:t>
      </w:r>
      <w:r>
        <w:br/>
      </w:r>
      <w:r>
        <w:rPr>
          <w:sz w:val="20"/>
        </w:rPr>
        <w:t>1:21:24  dekhein huroof muqatta'at ka mujhe masla hai yeh bohat ziyada</w:t>
      </w:r>
      <w:r>
        <w:br/>
      </w:r>
      <w:r>
        <w:rPr>
          <w:sz w:val="20"/>
        </w:rPr>
        <w:t>1:21:31  is mein bohat saare dhang se is ki commentary ki gayi hai lekin mein in mein se kisi ko bhi theek nahi paata</w:t>
      </w:r>
      <w:r>
        <w:br/>
      </w:r>
      <w:r>
        <w:rPr>
          <w:sz w:val="20"/>
        </w:rPr>
        <w:t>1:21:41  is liye mein samajhta hoon ke Quran ka yeh jo hai yeh jo yeh letters hain sach peechay letters alif laam meem kaaf ya ain saad ya seen waghera</w:t>
      </w:r>
      <w:r>
        <w:br/>
      </w:r>
      <w:r>
        <w:rPr>
          <w:sz w:val="20"/>
        </w:rPr>
        <w:t>1:21:58  toh yeh abhi tak is ka koi aisa yaani aisa nahi bata sake hamare scholars jo bilkul do do chaar ki tarah se samajh mein aajaye theek samajhta hoon ke ek abhi tak yeh mystery hai yeh mystery yeh hai</w:t>
      </w:r>
      <w:r>
        <w:br/>
      </w:r>
      <w:r>
        <w:rPr>
          <w:sz w:val="20"/>
        </w:rPr>
        <w:t>1:22:22  ek ek cheez jo hai mujh ko thoda sa attract karti hai ek scholar ki baat</w:t>
      </w:r>
      <w:r>
        <w:br/>
      </w:r>
      <w:r>
        <w:rPr>
          <w:sz w:val="20"/>
        </w:rPr>
        <w:t>1:22:28  aur bahut sare logon ne likhi bahut sari baatein hain to wo mujhe wo mujhe wo theek nahi</w:t>
      </w:r>
      <w:r>
        <w:br/>
      </w:r>
      <w:r>
        <w:rPr>
          <w:sz w:val="20"/>
        </w:rPr>
        <w:t>1:22:33  lagti ke ek baat mujhe theek lagti hai kisi qadar</w:t>
      </w:r>
      <w:r>
        <w:br/>
      </w:r>
      <w:r>
        <w:rPr>
          <w:sz w:val="20"/>
        </w:rPr>
        <w:t>1:22:39  keh quran mein shuru mein hota hai yeh yeh hamesha shuru mein hota hai huroof muqatta'at kehte hain</w:t>
      </w:r>
      <w:r>
        <w:br/>
      </w:r>
      <w:r>
        <w:rPr>
          <w:sz w:val="20"/>
        </w:rPr>
        <w:t>1:22:46  is ko woh shuru mein hotay hain yani letters ki shakal mein</w:t>
      </w:r>
      <w:r>
        <w:br/>
      </w:r>
      <w:r>
        <w:rPr>
          <w:sz w:val="20"/>
        </w:rPr>
        <w:t>1:22:53  toh woh woh de kar ke goya Quran mein ek ek impression diya gaya ke Quran agarche isi tarah ke insani language mein human language mein tumhara ABC jo hai isi mein Quran bhi hai lekin is ke bawajood Quran jo hai woh woh word of God hai yaani language ke aitbaar se woh alif laam meem hai</w:t>
      </w:r>
      <w:r>
        <w:br/>
      </w:r>
      <w:r>
        <w:rPr>
          <w:sz w:val="20"/>
        </w:rPr>
        <w:t>1:23:19  language ke aitbaar se woh ABC hai lekin agar tum is ki meaning par utro ge aur gehrai mein is ko jaano ge toh pata chalega yeh toh yeh toh Khuda ki Khuda ka kalam hai yeh toh Khuda ki baat hai</w:t>
      </w:r>
      <w:r>
        <w:br/>
      </w:r>
      <w:r>
        <w:rPr>
          <w:sz w:val="20"/>
        </w:rPr>
        <w:t>1:23:34  yeh toh Khuda ki baat hai jaise aap mein ek misaal deta hoon aap ko ke dunya mein bohat saari kitabein hain jo muqaddas maani jaati hain sacred lekin aap aap comparative study kijiye</w:t>
      </w:r>
      <w:r>
        <w:br/>
      </w:r>
      <w:r>
        <w:rPr>
          <w:sz w:val="20"/>
        </w:rPr>
        <w:t>1:23:50  toh kisi bhi doosri book mein ek baat nahi paayenge aap jo Quran mein hai ke Quran mein jo aap parhte hain toh lagta hai ke ek taraf God hai ek taraf aap hain God aap ko address kar raha hai yeh bohat hi anokhi baat hai yeh achaanak jaise aap Quran parhna shuru karte hain samajh kar ke achaanak aisa lagta hai ke ek aap wahan pahunch gaye hain jahan ek taraf God hai ek taraf aap hain God address karta raha hai aap ko toh</w:t>
      </w:r>
      <w:r>
        <w:br/>
      </w:r>
      <w:r>
        <w:rPr>
          <w:sz w:val="20"/>
        </w:rPr>
        <w:t>1:24:17  mein samajhta hoon keh yeh jo alif laam meem waghera hai shayad is ka matlab yeh hai keh</w:t>
      </w:r>
      <w:r>
        <w:br/>
      </w:r>
      <w:r>
        <w:rPr>
          <w:sz w:val="20"/>
        </w:rPr>
        <w:t>1:24:21  agarcheh quran hai insaan ki language mein lekin woh khuda ka kalam hai woh phir bhi</w:t>
      </w:r>
      <w:r>
        <w:br/>
      </w:r>
      <w:r>
        <w:rPr>
          <w:sz w:val="20"/>
        </w:rPr>
        <w:t>1:24:27  upar upar dekho ge to lagay ga yeh yeh to abc ki language hai andar</w:t>
      </w:r>
      <w:r>
        <w:br/>
      </w:r>
      <w:r>
        <w:rPr>
          <w:sz w:val="20"/>
        </w:rPr>
        <w:t>1:24:31  ghusoo ge to maloom hoga keh nahi yeh to khuda ka kalam hai khuda bol raha hai</w:t>
      </w:r>
      <w:r>
        <w:br/>
      </w:r>
      <w:r>
        <w:rPr>
          <w:sz w:val="20"/>
        </w:rPr>
        <w:t>1:24:36  aik word of god hai yeh</w:t>
      </w:r>
      <w:r>
        <w:br/>
      </w:r>
      <w:r>
        <w:rPr>
          <w:sz w:val="20"/>
        </w:rPr>
        <w:t>1:24:39  shayad is ka aik matlab yeh ho kisi aik aik scholar ne yeh baat likhi hai aur relatively</w:t>
      </w:r>
      <w:r>
        <w:br/>
      </w:r>
      <w:r>
        <w:rPr>
          <w:sz w:val="20"/>
        </w:rPr>
        <w:t>1:24:43  mujhe yahi baat zyada theek lagti hai</w:t>
      </w:r>
    </w:p>
    <w:p>
      <w:pPr>
        <w:pStyle w:val="Heading2"/>
      </w:pPr>
      <w:r>
        <w:t>protecting the preacher's image through patience and sacrifice</w:t>
      </w:r>
    </w:p>
    <w:p>
      <w:r>
        <w:rPr>
          <w:color w:val="666666"/>
          <w:sz w:val="18"/>
        </w:rPr>
        <w:t>Dars-e-Quran June 26, 2007 · 5m 03s · at 6:28 · https://youtu.be/5ztGu9ZGu6s?t=388</w:t>
      </w:r>
    </w:p>
    <w:p>
      <w:r>
        <w:rPr>
          <w:i/>
        </w:rPr>
        <w:t>“A preacher's own image must be protected at any cost”</w:t>
      </w:r>
    </w:p>
    <w:p>
      <w:r>
        <w:rPr>
          <w:sz w:val="20"/>
        </w:rPr>
        <w:t>6:28  yeh tasweer banni chahiye daaiyat ki. isi liye quran mein hai ke peghambar ne kaha: "la as'alukum alayhi min ajr".</w:t>
      </w:r>
      <w:r>
        <w:br/>
      </w:r>
      <w:r>
        <w:rPr>
          <w:sz w:val="20"/>
        </w:rPr>
        <w:t>6:38  mein tum se koi ajr nahi mangta.</w:t>
      </w:r>
      <w:r>
        <w:br/>
      </w:r>
      <w:r>
        <w:rPr>
          <w:sz w:val="20"/>
        </w:rPr>
        <w:t>6:41  yaani peghambar ko yeh karna parta hai ke apne aur madu ke beech mein woh zameen ka jhagda khara na kare, maal ka jhagda khara na kare,</w:t>
      </w:r>
      <w:r>
        <w:br/>
      </w:r>
      <w:r>
        <w:rPr>
          <w:sz w:val="20"/>
        </w:rPr>
        <w:t>6:55  koi qoumi jhagda na khara kare, kisi qism ka doosra, kisi qism ki doosri tanaza na khara kare daai aur madu ke beech mein.</w:t>
      </w:r>
      <w:r>
        <w:br/>
      </w:r>
      <w:r>
        <w:rPr>
          <w:sz w:val="20"/>
        </w:rPr>
        <w:t>7:09  is maani mein ke apni tasweer ki hifazat, apni daai wali tasweer ki hifazat, yeh bohat hi zaroori hai.</w:t>
      </w:r>
      <w:r>
        <w:br/>
      </w:r>
      <w:r>
        <w:rPr>
          <w:sz w:val="20"/>
        </w:rPr>
        <w:t>7:21  jis tarah se aap jante hain, aik tajir apne tajir hone ki hesiyat ko bohat zabardast tareeqe par bachata hai.</w:t>
      </w:r>
      <w:r>
        <w:br/>
      </w:r>
      <w:r>
        <w:rPr>
          <w:sz w:val="20"/>
        </w:rPr>
        <w:t>7:34  aaj kal ke zamane mein aik lafz bola jata hai: tasweer banana.</w:t>
      </w:r>
      <w:r>
        <w:br/>
      </w:r>
      <w:r>
        <w:rPr>
          <w:sz w:val="20"/>
        </w:rPr>
        <w:t>7:39  yaani baqayda us koshish ki jati hai ke jo tasweer un ki hai, woh tasweer logon ke beech mein sahi sahi pahunche. log samjhen ke yeh tajir hain, yeh sahi sauda dete hain,</w:t>
      </w:r>
      <w:r>
        <w:br/>
      </w:r>
      <w:r>
        <w:rPr>
          <w:sz w:val="20"/>
        </w:rPr>
        <w:t>7:52  unki dealing achi hai, yeh tasweer bane un ki. to daai ki tasweer agar kharab ho jaye to woh shahadat aur dawat ka kaam nahi kar sakta.</w:t>
      </w:r>
      <w:r>
        <w:br/>
      </w:r>
      <w:r>
        <w:rPr>
          <w:sz w:val="20"/>
        </w:rPr>
        <w:t>8:05  yani daai ki tasweer yeh ban jaye ke woh zameen ko le kar ke ladaai jhagda karta hai logon se. yeh tasweer ban jaye ke woh tanazu'a aati hai to hathiyaar le kar khada hota hai,</w:t>
      </w:r>
      <w:r>
        <w:br/>
      </w:r>
      <w:r>
        <w:rPr>
          <w:sz w:val="20"/>
        </w:rPr>
        <w:t>8:20  woh suicide bombing karta hai.</w:t>
      </w:r>
      <w:r>
        <w:br/>
      </w:r>
      <w:r>
        <w:rPr>
          <w:sz w:val="20"/>
        </w:rPr>
        <w:t>8:25  mujhe ek sahab ne bataya jo Ireland mein rehte the, us zamane mein jab ke Salman Rushdie ki jo kitaab chhapi thi, Salman Rushdie ki "Satanic Verses",</w:t>
      </w:r>
      <w:r>
        <w:br/>
      </w:r>
      <w:r>
        <w:rPr>
          <w:sz w:val="20"/>
        </w:rPr>
        <w:t>8:38  us ko le kar ke fatwa diya gaya tha ke Rushdie ko maar dalo. toh saari duniya mein ek hungama tha ke Rushdie ko maro, Rushdie ko maro.</w:t>
      </w:r>
      <w:r>
        <w:br/>
      </w:r>
      <w:r>
        <w:rPr>
          <w:sz w:val="20"/>
        </w:rPr>
        <w:t>8:49  toh ek sahab jo Ireland mein rehte the, mujhe bataya unhon ne England ke ek safar mein ke pehle yeh likha jata tha ke "Beware of Dogs".</w:t>
      </w:r>
      <w:r>
        <w:br/>
      </w:r>
      <w:r>
        <w:rPr>
          <w:sz w:val="20"/>
        </w:rPr>
        <w:t>9:00  ab woh likhte hain ke "Beware of Muslims". musalmanon se bacho. kyun? agar musalmanon ke mazhab ke khilaaf kuch bol diya, un ke peghambar ke khilaaf kuch bol diya, toh foran woh chhuri nikalega, woh foran woh pistol nikalega, foran woh bomb nikalega, toh koi maar dalega.</w:t>
      </w:r>
      <w:r>
        <w:br/>
      </w:r>
      <w:r>
        <w:rPr>
          <w:sz w:val="20"/>
        </w:rPr>
        <w:t>9:19  yeh tasweer daai ki tasweer nahi hai. toh is liye daai ko kya karna padta hai? yak tarafah us ko sabr karna padta hai.</w:t>
      </w:r>
      <w:r>
        <w:br/>
      </w:r>
      <w:r>
        <w:rPr>
          <w:sz w:val="20"/>
        </w:rPr>
        <w:t>9:32  zameen ka nuqsaan ho tab bhi sabr. koi Islam ko bura bhala keh de tab bhi sabr. koi maal le le tab bhi sabr.</w:t>
      </w:r>
      <w:r>
        <w:br/>
      </w:r>
      <w:r>
        <w:rPr>
          <w:sz w:val="20"/>
        </w:rPr>
        <w:t>9:47  koi hamare khilaaf propaganda kare tab bhi sabr. kyun? apni tasweer ki hifaazat ke liye. kyunke agar daai wali tasweer na rahi, koi aur tasweer ban gayi toh aap dawat denge aur aadmi sune ga nahi.</w:t>
      </w:r>
      <w:r>
        <w:br/>
      </w:r>
      <w:r>
        <w:rPr>
          <w:sz w:val="20"/>
        </w:rPr>
        <w:t>10:06  koi sune ga nahi. toh tasweer ko bachana yeh bohat hi zaroori</w:t>
      </w:r>
      <w:r>
        <w:br/>
      </w:r>
      <w:r>
        <w:rPr>
          <w:sz w:val="20"/>
        </w:rPr>
        <w:t>10:14  hai. bachana ho sakta hai sirf qurbani kar ke bach sakte hain aap. sabr ka matlab hai qurbani. "Walanasbiranna 'ala ma 'azzatumuna" .</w:t>
      </w:r>
      <w:r>
        <w:br/>
      </w:r>
      <w:r>
        <w:rPr>
          <w:sz w:val="20"/>
        </w:rPr>
        <w:t>10:26  daai kehta hai ke hum toh sabri karenge. yani hum qurbani kar ke apni tasweer ko bachaye rakhenge. Quran majeed mein hai ke daai ki zabaan se ke "Walanasbiranna 'ala ma 'azzatumuna" .</w:t>
      </w:r>
      <w:r>
        <w:br/>
      </w:r>
      <w:r>
        <w:rPr>
          <w:sz w:val="20"/>
        </w:rPr>
        <w:t>10:43  hum toh tumhari ezaon par sabri hi karenge. is ka matlab kya hua? hum apni tasweer ki hifaazat karenge.</w:t>
      </w:r>
      <w:r>
        <w:br/>
      </w:r>
      <w:r>
        <w:rPr>
          <w:sz w:val="20"/>
        </w:rPr>
        <w:t>10:54  chahe humein qurbani deni pade, chahe humein yak tarafah sabr karna pade. yeh matlab hai is ka.</w:t>
      </w:r>
      <w:r>
        <w:br/>
      </w:r>
      <w:r>
        <w:rPr>
          <w:sz w:val="20"/>
        </w:rPr>
        <w:t>11:04  toh yeh jo farmaya ke "Litakunu shuhada 'a 'alan nas" . ke peghambar ne tum ko baat pahuncha di, ab tum ko yeh baat saari duniya tak pahunchate rehna hai.</w:t>
      </w:r>
      <w:r>
        <w:br/>
      </w:r>
      <w:r>
        <w:rPr>
          <w:sz w:val="20"/>
        </w:rPr>
        <w:t>11:17  toh yeh koi saada baat nahi hai. yeh ek bharpoor zimmedari hai, ek bharpoor zimmedari hai.</w:t>
      </w:r>
      <w:r>
        <w:br/>
      </w:r>
      <w:r>
        <w:rPr>
          <w:sz w:val="20"/>
        </w:rPr>
        <w:t>11:29  is ko samajhna chahiye.</w:t>
      </w:r>
    </w:p>
    <w:p>
      <w:pPr>
        <w:pStyle w:val="Heading2"/>
      </w:pPr>
      <w:r>
        <w:t>From a funeral to the idea of a universal human family</w:t>
      </w:r>
    </w:p>
    <w:p>
      <w:r>
        <w:rPr>
          <w:color w:val="666666"/>
          <w:sz w:val="18"/>
        </w:rPr>
        <w:t>The Concept of Harmony in Islam July 20, 2007 · 6m 54s · at 20:55 · https://youtu.be/L2_iLI2vcP0?t=1255</w:t>
      </w:r>
    </w:p>
    <w:p>
      <w:r>
        <w:rPr>
          <w:i/>
        </w:rPr>
        <w:t>“One day the Prophet saw a funeral procession passing through the street.”</w:t>
      </w:r>
    </w:p>
    <w:p>
      <w:r>
        <w:rPr>
          <w:sz w:val="20"/>
        </w:rPr>
        <w:t>20:55  how i will narrate your story: very beautiful story. when the prophet of islam was in madina, there were some jewish tribes, as i have said earlier.</w:t>
      </w:r>
      <w:r>
        <w:br/>
      </w:r>
      <w:r>
        <w:rPr>
          <w:sz w:val="20"/>
        </w:rPr>
        <w:t>21:10  so what happened? one day, the prophet of islam saw a funeral procession passing through street in madina.</w:t>
      </w:r>
      <w:r>
        <w:br/>
      </w:r>
      <w:r>
        <w:rPr>
          <w:sz w:val="20"/>
        </w:rPr>
        <w:t>21:24  the prophet was seated at the time. he stood up in respect</w:t>
      </w:r>
      <w:r>
        <w:br/>
      </w:r>
      <w:r>
        <w:rPr>
          <w:sz w:val="20"/>
        </w:rPr>
        <w:t>21:32  . one of his companion said: "o prophet, it was funeral of funeral of a jew, not a muslim, or funeral of a non muslim, and not funeral of a muslim." the prophet replied: "was he not a human being?</w:t>
      </w:r>
      <w:r>
        <w:br/>
      </w:r>
      <w:r>
        <w:rPr>
          <w:sz w:val="20"/>
        </w:rPr>
        <w:t>21:57  was he not a human being? alais nafs</w:t>
      </w:r>
      <w:r>
        <w:br/>
      </w:r>
      <w:r>
        <w:rPr>
          <w:sz w:val="20"/>
        </w:rPr>
        <w:t>22:01  ?" he said: "alais nafs? was he not a human being?" this was applied harmony.</w:t>
      </w:r>
      <w:r>
        <w:br/>
      </w:r>
      <w:r>
        <w:rPr>
          <w:sz w:val="20"/>
        </w:rPr>
        <w:t>22:12  this was applied. you can see applied harmony. so prophet of islam applied the principle, principle of harmony in this case.</w:t>
      </w:r>
      <w:r>
        <w:br/>
      </w:r>
      <w:r>
        <w:rPr>
          <w:sz w:val="20"/>
        </w:rPr>
        <w:t>22:28  so when he said: "alais nafs? was he not a human being?" i can see that he was able to discover a communality.</w:t>
      </w:r>
      <w:r>
        <w:br/>
      </w:r>
      <w:r>
        <w:rPr>
          <w:sz w:val="20"/>
        </w:rPr>
        <w:t>22:42  it is more than harmony. it is more than harmony.</w:t>
      </w:r>
      <w:r>
        <w:br/>
      </w:r>
      <w:r>
        <w:rPr>
          <w:sz w:val="20"/>
        </w:rPr>
        <w:t>22:49  prophet of islam was able to to discover a communality between himself and that non muslim.</w:t>
      </w:r>
      <w:r>
        <w:br/>
      </w:r>
      <w:r>
        <w:rPr>
          <w:sz w:val="20"/>
        </w:rPr>
        <w:t>23:00  so by ten incident, prophet declared that: "although there are differences in religion, but humanity is common.</w:t>
      </w:r>
      <w:r>
        <w:br/>
      </w:r>
      <w:r>
        <w:rPr>
          <w:sz w:val="20"/>
        </w:rPr>
        <w:t>23:17  humanity is common. i am a human being, and you are human being." so here is the communality. it is more than harmony.</w:t>
      </w:r>
      <w:r>
        <w:br/>
      </w:r>
      <w:r>
        <w:rPr>
          <w:sz w:val="20"/>
        </w:rPr>
        <w:t>23:32  he said: "alis nafs? was he not a human being? was he not a human being?" it means that he he was able to discover communality between all men and women.</w:t>
      </w:r>
      <w:r>
        <w:br/>
      </w:r>
      <w:r>
        <w:rPr>
          <w:sz w:val="20"/>
        </w:rPr>
        <w:t>23:55  so this is the true islamic teachings. this is the true islamic teachings.</w:t>
      </w:r>
      <w:r>
        <w:br/>
      </w:r>
      <w:r>
        <w:rPr>
          <w:sz w:val="20"/>
        </w:rPr>
        <w:t>24:03  then i would like to mention some more references from this islamic scriptures.</w:t>
      </w:r>
      <w:r>
        <w:br/>
      </w:r>
      <w:r>
        <w:rPr>
          <w:sz w:val="20"/>
        </w:rPr>
        <w:t>24:10  you know, the prophet of islam. for his morning prayer, and then he used to say: "allah ashhad</w:t>
      </w:r>
      <w:r>
        <w:br/>
      </w:r>
      <w:r>
        <w:rPr>
          <w:sz w:val="20"/>
        </w:rPr>
        <w:t>24:24  in al-ibad kullu ikhwah. o god, i bear witness that all human being are brother and sister to each other.</w:t>
      </w:r>
      <w:r>
        <w:br/>
      </w:r>
      <w:r>
        <w:rPr>
          <w:sz w:val="20"/>
        </w:rPr>
        <w:t>24:45  " this is the formula of harmony.</w:t>
      </w:r>
      <w:r>
        <w:br/>
      </w:r>
      <w:r>
        <w:rPr>
          <w:sz w:val="20"/>
        </w:rPr>
        <w:t>24:53  this is the formula of harmony. prophet of islam was able to see everyone as his sister as his brother. so according to this hadith, all men and women are sisters and brothers to each other.</w:t>
      </w:r>
      <w:r>
        <w:br/>
      </w:r>
      <w:r>
        <w:rPr>
          <w:sz w:val="20"/>
        </w:rPr>
        <w:t>25:10  so we are living in a family.</w:t>
      </w:r>
      <w:r>
        <w:br/>
      </w:r>
      <w:r>
        <w:rPr>
          <w:sz w:val="20"/>
        </w:rPr>
        <w:t>25:17  again, the prophet of islam has said: "al-khalq ayalullah. al-khalq ayalullah. all the humanity, all the men and women are family of god." so we are living in a family.</w:t>
      </w:r>
      <w:r>
        <w:br/>
      </w:r>
      <w:r>
        <w:rPr>
          <w:sz w:val="20"/>
        </w:rPr>
        <w:t>25:42  this concept gives us a very revolutionary idea that we are living in a family, universal family.</w:t>
      </w:r>
      <w:r>
        <w:br/>
      </w:r>
      <w:r>
        <w:rPr>
          <w:sz w:val="20"/>
        </w:rPr>
        <w:t>25:53  you know that everyone lives in his family with harmony, with peace. so we have to do in the outer side of the our home.</w:t>
      </w:r>
      <w:r>
        <w:br/>
      </w:r>
      <w:r>
        <w:rPr>
          <w:sz w:val="20"/>
        </w:rPr>
        <w:t>26:09  we take our world as a world of as a world of harmony. that is a universal family.</w:t>
      </w:r>
      <w:r>
        <w:br/>
      </w:r>
      <w:r>
        <w:rPr>
          <w:sz w:val="20"/>
        </w:rPr>
        <w:t>26:23  the humanity is a universal family.</w:t>
      </w:r>
      <w:r>
        <w:br/>
      </w:r>
      <w:r>
        <w:rPr>
          <w:sz w:val="20"/>
        </w:rPr>
        <w:t>26:28  this this notion inculcate a great spirit of harmony in every human being.</w:t>
      </w:r>
      <w:r>
        <w:br/>
      </w:r>
      <w:r>
        <w:rPr>
          <w:sz w:val="20"/>
        </w:rPr>
        <w:t>26:38  when you believe that everyone is my brother, every man is my brother, and every woman is my sister, when you think like this, then it will inculcate a great spirit of harmony in your mind.</w:t>
      </w:r>
      <w:r>
        <w:br/>
      </w:r>
      <w:r>
        <w:rPr>
          <w:sz w:val="20"/>
        </w:rPr>
        <w:t>27:01  so prophet of islam said again and again: "allah mashhad in al-ibad kullu ikhwah.</w:t>
      </w:r>
      <w:r>
        <w:br/>
      </w:r>
      <w:r>
        <w:rPr>
          <w:sz w:val="20"/>
        </w:rPr>
        <w:t>27:10  o god, i bear witness that all human being are brothers and sisters to each other." in other words, he declared that the verse is a universal family.</w:t>
      </w:r>
      <w:r>
        <w:br/>
      </w:r>
      <w:r>
        <w:rPr>
          <w:sz w:val="20"/>
        </w:rPr>
        <w:t>27:27  universe is a uni</w:t>
      </w:r>
      <w:r>
        <w:br/>
      </w:r>
      <w:r>
        <w:rPr>
          <w:sz w:val="20"/>
        </w:rPr>
        <w:t>27:28  versal. universe is a family of universe. we are living a universal in universal family.</w:t>
      </w:r>
      <w:r>
        <w:br/>
      </w:r>
      <w:r>
        <w:rPr>
          <w:sz w:val="20"/>
        </w:rPr>
        <w:t>27:39  this is the formula of harmony, formula of peace, formula of tolerance, formula of friendship.</w:t>
      </w:r>
    </w:p>
    <w:p>
      <w:pPr>
        <w:pStyle w:val="Heading2"/>
      </w:pPr>
      <w:r>
        <w:t>Umm Ma'bad's complete physical description of the Prophet</w:t>
      </w:r>
    </w:p>
    <w:p>
      <w:r>
        <w:rPr>
          <w:color w:val="666666"/>
          <w:sz w:val="18"/>
        </w:rPr>
        <w:t>The Noble Qualities of The Prophet Muhammad 7 September 2025 · 5m 41s · at 13:59 · https://youtu.be/o85acwpOiDw?t=839</w:t>
      </w:r>
    </w:p>
    <w:p>
      <w:r>
        <w:rPr>
          <w:i/>
        </w:rPr>
        <w:t>“Sifini ya Umm Ma'bad — describe him to me”</w:t>
      </w:r>
    </w:p>
    <w:p>
      <w:r>
        <w:rPr>
          <w:sz w:val="20"/>
        </w:rPr>
        <w:t>13:59  so when he saw the pot full of milk kept in a tent, he was amazed, he was surprised, and he asked his wife: "man anaa lahu hadha ?</w:t>
      </w:r>
      <w:r>
        <w:br/>
      </w:r>
      <w:r>
        <w:rPr>
          <w:sz w:val="20"/>
        </w:rPr>
        <w:t>14:14  where did you get this milk from</w:t>
      </w:r>
      <w:r>
        <w:br/>
      </w:r>
      <w:r>
        <w:rPr>
          <w:sz w:val="20"/>
        </w:rPr>
        <w:t>14:17  ?" so she says: "ana bi rajul mubarak, a blessed man came to visit us." so he became even more curious, and he said to umm habiba: "saffini ya umm habiba, describe him to me.</w:t>
      </w:r>
      <w:r>
        <w:br/>
      </w:r>
      <w:r>
        <w:rPr>
          <w:sz w:val="20"/>
        </w:rPr>
        <w:t>14:39  "so this bedouin woman living in the desert gave one of the most beautiful descriptions of the prophet ever given.</w:t>
      </w:r>
      <w:r>
        <w:br/>
      </w:r>
      <w:r>
        <w:rPr>
          <w:sz w:val="20"/>
        </w:rPr>
        <w:t>14:50  she says: "zahiral wad'a, he was radiant in appearance, purity and light shone from his face.</w:t>
      </w:r>
      <w:r>
        <w:br/>
      </w:r>
      <w:r>
        <w:rPr>
          <w:sz w:val="20"/>
        </w:rPr>
        <w:t>15:00  abjal wajh, his face was exceptionally clear, luminous and shining. husnul khuluq</w:t>
      </w:r>
      <w:r>
        <w:br/>
      </w:r>
      <w:r>
        <w:rPr>
          <w:sz w:val="20"/>
        </w:rPr>
        <w:t>15:08  , he possessed the most excellent and refined character. lam takun jaldah, he had neither excessive, wa lam tuz bah islah, nor any baldness in his head.</w:t>
      </w:r>
      <w:r>
        <w:br/>
      </w:r>
      <w:r>
        <w:rPr>
          <w:sz w:val="20"/>
        </w:rPr>
        <w:t>15:25  wasim qasim, he was handsome and perfectly proportioned. fi 'aynayhi da'aj,</w:t>
      </w:r>
      <w:r>
        <w:br/>
      </w:r>
      <w:r>
        <w:rPr>
          <w:sz w:val="20"/>
        </w:rPr>
        <w:t>15:36  his eyes were large, striking le dark and white, meaning the white was absolutely white and the dark was exceedingly dark.</w:t>
      </w:r>
      <w:r>
        <w:br/>
      </w:r>
      <w:r>
        <w:rPr>
          <w:sz w:val="20"/>
        </w:rPr>
        <w:t>15:49  wa fi ash farahi wutufan, and his eyelashes were long and thick. wa fi sawtihi sahl, his voice carried a beautiful depth, agentle and attractive huskiness</w:t>
      </w:r>
      <w:r>
        <w:br/>
      </w:r>
      <w:r>
        <w:rPr>
          <w:sz w:val="20"/>
        </w:rPr>
        <w:t>16:04  . meaning there was a natural equanimity in his voice. wa fi 'anqihi sat'a, his neck was long, graceful and radiant.</w:t>
      </w:r>
      <w:r>
        <w:br/>
      </w:r>
      <w:r>
        <w:rPr>
          <w:sz w:val="20"/>
        </w:rPr>
        <w:t>16:16  and the sahaba said that the prophet's neck was like neck of gazal. so ahwal akhal, his eyes had natural dark lining and were deeply captivating.</w:t>
      </w:r>
      <w:r>
        <w:br/>
      </w:r>
      <w:r>
        <w:rPr>
          <w:sz w:val="20"/>
        </w:rPr>
        <w:t>16:32  as j aq ra, his clothes were arched, long and close to each other. His beard was bushy, and his hair was intensely black and thick.</w:t>
      </w:r>
      <w:r>
        <w:br/>
      </w:r>
      <w:r>
        <w:rPr>
          <w:sz w:val="20"/>
        </w:rPr>
        <w:t>16:45  want kalim alib ha, and when he spoke, brilliance and majesty were apparent. As ismat ali alwaqar, and when he silent, he radiated calm and dignity.</w:t>
      </w:r>
      <w:r>
        <w:br/>
      </w:r>
      <w:r>
        <w:rPr>
          <w:sz w:val="20"/>
        </w:rPr>
        <w:t>17:00  wahsan hm wahla hm bn qreeb</w:t>
      </w:r>
      <w:r>
        <w:br/>
      </w:r>
      <w:r>
        <w:rPr>
          <w:sz w:val="20"/>
        </w:rPr>
        <w:t>17:03  . Ap close, he was the most beautiful and most captivating. As al nasmn baid, and from a distance, he appeared the most inspiring and graceful of people. Almn tq, his speech was sweet and eloquent, clear and balanced.</w:t>
      </w:r>
      <w:r>
        <w:br/>
      </w:r>
      <w:r>
        <w:rPr>
          <w:sz w:val="20"/>
        </w:rPr>
        <w:t>17:25  fasl wla nzr wla hzr , not too brief, not excessive, to the point.</w:t>
      </w:r>
      <w:r>
        <w:br/>
      </w:r>
      <w:r>
        <w:rPr>
          <w:sz w:val="20"/>
        </w:rPr>
        <w:t>17:41  hazards flowed like pearls, strung together, falling one after another, would perfectly clarity. Jaisay hum kehte hain na kay moti piro diye.</w:t>
      </w:r>
      <w:r>
        <w:br/>
      </w:r>
      <w:r>
        <w:rPr>
          <w:sz w:val="20"/>
        </w:rPr>
        <w:t>17:51  right. smthnglaikdiat. rbat la tq hm aain mn qysr .</w:t>
      </w:r>
      <w:r>
        <w:br/>
      </w:r>
      <w:r>
        <w:rPr>
          <w:sz w:val="20"/>
        </w:rPr>
        <w:t>18:00  He was moderate, well-balanced, neither too short to be disregarded, what's not meant to be, not total to some awkward. Yani he was neither short nor very tall.</w:t>
      </w:r>
      <w:r>
        <w:br/>
      </w:r>
      <w:r>
        <w:rPr>
          <w:sz w:val="20"/>
        </w:rPr>
        <w:t>18:16  ghsn bin ghsnin, hiwazlaikabranh bitwin twabranhiz, mining awirbyutiful sn , hussan manzar .</w:t>
      </w:r>
      <w:r>
        <w:br/>
      </w:r>
      <w:r>
        <w:rPr>
          <w:sz w:val="20"/>
        </w:rPr>
        <w:t>18:25  yaniixprshnhaiyar.</w:t>
      </w:r>
      <w:r>
        <w:br/>
      </w:r>
      <w:r>
        <w:rPr>
          <w:sz w:val="20"/>
        </w:rPr>
        <w:t>18:32  the most beautiful, graceful and graceful among the men both farmers and princes. Yeah, phone bhi, his companions would sit around him in respectable, respectful circles.</w:t>
      </w:r>
      <w:r>
        <w:br/>
      </w:r>
      <w:r>
        <w:rPr>
          <w:sz w:val="20"/>
        </w:rPr>
        <w:t>18:51  wnhispoik, dyslnudfl atanshn.</w:t>
      </w:r>
      <w:r>
        <w:br/>
      </w:r>
      <w:r>
        <w:rPr>
          <w:sz w:val="20"/>
        </w:rPr>
        <w:t>18:58  and when he came out, this is true that. Mahfooz, Mahshood, he was always surrounded by a group of companions, in their hands and their company</w:t>
      </w:r>
      <w:r>
        <w:br/>
      </w:r>
      <w:r>
        <w:rPr>
          <w:sz w:val="20"/>
        </w:rPr>
        <w:t>19:12  . la abiswla muf nd. He was neither harsh in speech, nor he spoke without purpose.</w:t>
      </w:r>
      <w:r>
        <w:br/>
      </w:r>
      <w:r>
        <w:rPr>
          <w:sz w:val="20"/>
        </w:rPr>
        <w:t>19:20  such was an amazing description given by Umm Ma'bad RadiAllahu Anha. She was able to observe and describe so many beautiful qualities of the prophet in a short time. When she, when she saw, this is amazing.</w:t>
      </w:r>
    </w:p>
    <w:p>
      <w:pPr>
        <w:pStyle w:val="Heading2"/>
      </w:pPr>
      <w:r>
        <w:t>Full argument: ideology and methodology of peace</w:t>
      </w:r>
    </w:p>
    <w:p>
      <w:r>
        <w:rPr>
          <w:color w:val="666666"/>
          <w:sz w:val="18"/>
        </w:rPr>
        <w:t>Freedom of Expression in Islam April 1, 2007 Maulana Wahiduddin Khan · 5m 09s · at 11:48 · https://youtu.be/k-gj-Uu0sqA?t=708</w:t>
      </w:r>
    </w:p>
    <w:p>
      <w:r>
        <w:rPr>
          <w:i/>
        </w:rPr>
        <w:t>“The Prophet gave the world not just peace, but a method for it”</w:t>
      </w:r>
    </w:p>
    <w:p>
      <w:r>
        <w:rPr>
          <w:sz w:val="20"/>
        </w:rPr>
        <w:t>11:48  prophet is liye bheja khuda ne ke woh dunya ko aik ideology of peace dein aur sath sath methodology of peace bhi dein ideology of peace yani principle peace ka principle aur sath sath methodology of peace dein woh kaise</w:t>
      </w:r>
      <w:r>
        <w:br/>
      </w:r>
      <w:r>
        <w:rPr>
          <w:sz w:val="20"/>
        </w:rPr>
        <w:t>12:09  yeh bohat hi important baat hai jo quran mein bar bar repeat hui hai ke dunya mein jo problem hai maslan kisi ne mujh ko abuse kiya kisi ne mujh mere khilaf derogatory remark diya kisi ne mujhe pathar maar diya yeh sab problem hotay hain</w:t>
      </w:r>
      <w:r>
        <w:br/>
      </w:r>
      <w:r>
        <w:rPr>
          <w:sz w:val="20"/>
        </w:rPr>
        <w:t>12:33  aur bhi aur bohat se problem political problem social problem economic problem</w:t>
      </w:r>
      <w:r>
        <w:br/>
      </w:r>
      <w:r>
        <w:rPr>
          <w:sz w:val="20"/>
        </w:rPr>
        <w:t>12:41  to log kya karte hain poori history mein kya karte rahe</w:t>
      </w:r>
      <w:r>
        <w:br/>
      </w:r>
      <w:r>
        <w:rPr>
          <w:sz w:val="20"/>
        </w:rPr>
        <w:t>12:46  is ko unhon ne relate kiya khud insan se jo insan samne tha yahi insan hai jo mere</w:t>
      </w:r>
      <w:r>
        <w:br/>
      </w:r>
      <w:r>
        <w:rPr>
          <w:sz w:val="20"/>
        </w:rPr>
        <w:t>12:54  khilaf conspiracy kar raha hai yeh insan hai jo mere khilaf</w:t>
      </w:r>
      <w:r>
        <w:br/>
      </w:r>
      <w:r>
        <w:rPr>
          <w:sz w:val="20"/>
        </w:rPr>
        <w:t>13:00  ek delegatory remark de raha hai yeh insan hai jo mere khilaf koi problem create kar raha hai</w:t>
      </w:r>
      <w:r>
        <w:br/>
      </w:r>
      <w:r>
        <w:rPr>
          <w:sz w:val="20"/>
        </w:rPr>
        <w:t>13:08  to kya hua is se ladne lage</w:t>
      </w:r>
      <w:r>
        <w:br/>
      </w:r>
      <w:r>
        <w:rPr>
          <w:sz w:val="20"/>
        </w:rPr>
        <w:t>13:11  jab unhon ne samne ke insan ko responsible bataya is problem ka to instant reaction kya tha us ko maro usay hate karo</w:t>
      </w:r>
      <w:r>
        <w:br/>
      </w:r>
      <w:r>
        <w:rPr>
          <w:sz w:val="20"/>
        </w:rPr>
        <w:t>13:26  prophet of islam ne yeh bataya insan ko isi ko mein keh raha hoon ke history mein aik naya chapter khola ke tum samajh rahe ho ke insan ka mamla hai yeh yeh god ka mamla hai that is due to the creation plan of god directly</w:t>
      </w:r>
      <w:r>
        <w:br/>
      </w:r>
      <w:r>
        <w:rPr>
          <w:sz w:val="20"/>
        </w:rPr>
        <w:t>13:47  yeh kitna bara revolutionary aik aik message tha kyun khuda ne is dunya ko banaya hai test ke liye where there is test there is freedom without freedom there is no test to jab khuda ne banaya hai test ke liye yeh testing ground hai dunya to khuda ne aap ko freedom freedom bhi diya hai har insan ko freedom diya hai</w:t>
      </w:r>
      <w:r>
        <w:br/>
      </w:r>
      <w:r>
        <w:rPr>
          <w:sz w:val="20"/>
        </w:rPr>
        <w:t>14:16  you cannot abolish freedom bhai jo freedom khuda ne di hota hai aap kaise abolish karenge us ko to jis tarah se rose plant par phool ke sath kaanta bhi hai thorn bhi hai you can not eliminate those thorns because a part of nature</w:t>
      </w:r>
      <w:r>
        <w:br/>
      </w:r>
      <w:r>
        <w:rPr>
          <w:sz w:val="20"/>
        </w:rPr>
        <w:t>14:42  to khuda ne hi diya hai azadi</w:t>
      </w:r>
      <w:r>
        <w:br/>
      </w:r>
      <w:r>
        <w:rPr>
          <w:sz w:val="20"/>
        </w:rPr>
        <w:t>14:45  acha jab aadmi ko di jayegi freedom to kya hoga us ko choice rahega freedom means choice</w:t>
      </w:r>
      <w:r>
        <w:br/>
      </w:r>
      <w:r>
        <w:rPr>
          <w:sz w:val="20"/>
        </w:rPr>
        <w:t>14:57  to kabhi woh proper use karega kabhi misuse karega yeh uska apna choice hai aap us ke choice ko kaise chheen lenge aap us ke choice ko chheen nahi sakte</w:t>
      </w:r>
      <w:r>
        <w:br/>
      </w:r>
      <w:r>
        <w:rPr>
          <w:sz w:val="20"/>
        </w:rPr>
        <w:t>15:13  to log is ko logon ke sath poori history mein kya hua ke jo un ke samne jo challenge aaya jo un ke samne jo problem aaya kisi ne jo un ke sath bura kiya us ko usi insan se jor kar ke lage ladne us se</w:t>
      </w:r>
      <w:r>
        <w:br/>
      </w:r>
      <w:r>
        <w:rPr>
          <w:sz w:val="20"/>
        </w:rPr>
        <w:t>15:34  they wanted to eliminate that person or samjha ke us ko mar kar ke problem bhi khatam ho jayega to woh to khatam nahi hua</w:t>
      </w:r>
      <w:r>
        <w:br/>
      </w:r>
      <w:r>
        <w:rPr>
          <w:sz w:val="20"/>
        </w:rPr>
        <w:t>15:48  to problem yani yani prophet of islam ne bataya ke how to manage the problem</w:t>
      </w:r>
      <w:r>
        <w:br/>
      </w:r>
      <w:r>
        <w:rPr>
          <w:sz w:val="20"/>
        </w:rPr>
        <w:t>15:58  people were engaged to eliminate the problems</w:t>
      </w:r>
      <w:r>
        <w:br/>
      </w:r>
      <w:r>
        <w:rPr>
          <w:sz w:val="20"/>
        </w:rPr>
        <w:t>16:02  now prophet of islam told them that is wrong you are wrong you have to manage the problem kyunke problem ko khatam kaise karenge aap jab khuda hi ne rose ke branch par thorn uga diya hai to aap kaise us ko mitayenge</w:t>
      </w:r>
      <w:r>
        <w:br/>
      </w:r>
      <w:r>
        <w:rPr>
          <w:sz w:val="20"/>
        </w:rPr>
        <w:t>16:25  to khuda ne jab freedom diya to freedom ko woh misuse karega uska woh apna choice hai woh</w:t>
      </w:r>
      <w:r>
        <w:br/>
      </w:r>
      <w:r>
        <w:rPr>
          <w:sz w:val="20"/>
        </w:rPr>
        <w:t>16:31  to you have to know you have to learn the art of problem management rather than seeking to eliminate that problem yeh kitna bara yeh introduce kiya aap ne aik aik naya principle history mein aur poori zindagi se aap ne demonstration diya us ka poori zindagi se</w:t>
      </w:r>
    </w:p>
    <w:p>
      <w:pPr>
        <w:pStyle w:val="Heading2"/>
      </w:pPr>
      <w:r>
        <w:t>From oppression to peace Muslims' duty today</w:t>
      </w:r>
    </w:p>
    <w:p>
      <w:r>
        <w:rPr>
          <w:color w:val="666666"/>
          <w:sz w:val="18"/>
        </w:rPr>
        <w:t>Eid ul Adhha: A Day of Pledge | September 13, 2016 · 5m 37s · at 21:39 · https://youtu.be/2kDiSs__dQM?t=1299</w:t>
      </w:r>
    </w:p>
    <w:p>
      <w:r>
        <w:rPr>
          <w:i/>
        </w:rPr>
        <w:t>“Aaya Iraq mein, woh toh zulm ki inteha thi”</w:t>
      </w:r>
    </w:p>
    <w:p>
      <w:r>
        <w:rPr>
          <w:sz w:val="20"/>
        </w:rPr>
        <w:t>21:39  aaya Iraq mein, woh toh zulm ki inteha thi keh zinda aap ko aag ke alam mein phenk diya. zinda.</w:t>
      </w:r>
      <w:r>
        <w:br/>
      </w:r>
      <w:r>
        <w:rPr>
          <w:sz w:val="20"/>
        </w:rPr>
        <w:t>21:45  aaj ke jo musalman hain, unhein toh iska matlab aik aata ke barabar bhi is type ki</w:t>
      </w:r>
      <w:r>
        <w:br/>
      </w:r>
      <w:r>
        <w:rPr>
          <w:sz w:val="20"/>
        </w:rPr>
        <w:t>21:51  qurbani pesh nahin aayi.</w:t>
      </w:r>
      <w:r>
        <w:br/>
      </w:r>
      <w:r>
        <w:rPr>
          <w:sz w:val="20"/>
        </w:rPr>
        <w:t>21:58  musalman toh sari duniya mein achi tarike se matlab zindagi guzar rahe hain, ab woh unke bachhe sab.</w:t>
      </w:r>
      <w:r>
        <w:br/>
      </w:r>
      <w:r>
        <w:rPr>
          <w:sz w:val="20"/>
        </w:rPr>
        <w:t>22:04  toh kahan zulm hai?</w:t>
      </w:r>
      <w:r>
        <w:br/>
      </w:r>
      <w:r>
        <w:rPr>
          <w:sz w:val="20"/>
        </w:rPr>
        <w:t>22:10  sari dunya ke musalman har jagah musalman hain, un ki family, un ke bachche sab aaram se reh rahe hain. to zulm kahan hai? ab to sach peeche zulm jo hai, farzi hai. farzi. aaj jo musalman zulm ki kahani sunate hain, woh kehte hain keh dunya hamari dushman hai. yeh farzi baat hai. koi dushman nahin. dushmani ka to age hi khatam ho gaya. now the age of</w:t>
      </w:r>
      <w:r>
        <w:br/>
      </w:r>
      <w:r>
        <w:rPr>
          <w:sz w:val="20"/>
        </w:rPr>
        <w:t>22:40  dushmani is over.</w:t>
      </w:r>
      <w:r>
        <w:br/>
      </w:r>
      <w:r>
        <w:rPr>
          <w:sz w:val="20"/>
        </w:rPr>
        <w:t>22:45  ab toh Allah taala ne itna aasan kar diya keh aap ko kisi qurbani ke baghair hi sare</w:t>
      </w:r>
      <w:r>
        <w:br/>
      </w:r>
      <w:r>
        <w:rPr>
          <w:sz w:val="20"/>
        </w:rPr>
        <w:t>22:51  kaam karne ka mauqa maujood hai.</w:t>
      </w:r>
      <w:r>
        <w:br/>
      </w:r>
      <w:r>
        <w:rPr>
          <w:sz w:val="20"/>
        </w:rPr>
        <w:t>22:56  sahaba karam ne yeh dua ki thi jo quran mein maujood hai keh rabana wala tahmilna ma la</w:t>
      </w:r>
      <w:r>
        <w:br/>
      </w:r>
      <w:r>
        <w:rPr>
          <w:sz w:val="20"/>
        </w:rPr>
        <w:t>23:01  taqat na la be.</w:t>
      </w:r>
      <w:r>
        <w:br/>
      </w:r>
      <w:r>
        <w:rPr>
          <w:sz w:val="20"/>
        </w:rPr>
        <w:t>23:06  yeh sahaba ki dua thi ummat ke liye, yaani poori ummat ke liye</w:t>
      </w:r>
      <w:r>
        <w:br/>
      </w:r>
      <w:r>
        <w:rPr>
          <w:sz w:val="20"/>
        </w:rPr>
        <w:t>23:12  keh aye allah, is ummat ko woh difficulties na daal jo hamare pichle logon ko pari thi. to allah ne qabool kar liya. ab to difficulty khatam. ab to zulm khatam. ab to religious persecution khatam. ab religious persecution kahan hai? ab to qurbani ke baghair hi woh sara kaam karna mumkin</w:t>
      </w:r>
      <w:r>
        <w:br/>
      </w:r>
      <w:r>
        <w:rPr>
          <w:sz w:val="20"/>
        </w:rPr>
        <w:t>23:42  ho gaya ho.</w:t>
      </w:r>
      <w:r>
        <w:br/>
      </w:r>
      <w:r>
        <w:rPr>
          <w:sz w:val="20"/>
        </w:rPr>
        <w:t>23:46  aaj jo musalman majboor hain violence mein, yeh to yaani violence khatam ho.</w:t>
      </w:r>
      <w:r>
        <w:br/>
      </w:r>
      <w:r>
        <w:rPr>
          <w:sz w:val="20"/>
        </w:rPr>
        <w:t>23:50  age of violence khatam ho chuka tha.</w:t>
      </w:r>
      <w:r>
        <w:br/>
      </w:r>
      <w:r>
        <w:rPr>
          <w:sz w:val="20"/>
        </w:rPr>
        <w:t>23:54  zabardasti violence paida kar diya unhon ne.</w:t>
      </w:r>
      <w:r>
        <w:br/>
      </w:r>
      <w:r>
        <w:rPr>
          <w:sz w:val="20"/>
        </w:rPr>
        <w:t>23:58  yeh bohat bara point hai samajhne samajhne ka ke is zamane mein violence ka daur hi khatam ho gaya tha.</w:t>
      </w:r>
      <w:r>
        <w:br/>
      </w:r>
      <w:r>
        <w:rPr>
          <w:sz w:val="20"/>
        </w:rPr>
        <w:t>24:02  age of violence khatam ho chuka tha.</w:t>
      </w:r>
      <w:r>
        <w:br/>
      </w:r>
      <w:r>
        <w:rPr>
          <w:sz w:val="20"/>
        </w:rPr>
        <w:t>24:06  ab to age of peace tha.</w:t>
      </w:r>
      <w:r>
        <w:br/>
      </w:r>
      <w:r>
        <w:rPr>
          <w:sz w:val="20"/>
        </w:rPr>
        <w:t>24:10  har taraf age of peace.</w:t>
      </w:r>
      <w:r>
        <w:br/>
      </w:r>
      <w:r>
        <w:rPr>
          <w:sz w:val="20"/>
        </w:rPr>
        <w:t>24:14  to baat hi khatam ho gayi ke aap ko koi aag bula le, koi aap par zulm kare,</w:t>
      </w:r>
      <w:r>
        <w:br/>
      </w:r>
      <w:r>
        <w:rPr>
          <w:sz w:val="20"/>
        </w:rPr>
        <w:t>24:19  koi rukawat dale, kuch nahi.</w:t>
      </w:r>
      <w:r>
        <w:br/>
      </w:r>
      <w:r>
        <w:rPr>
          <w:sz w:val="20"/>
        </w:rPr>
        <w:t>24:24  sab kuch open hai.</w:t>
      </w:r>
      <w:r>
        <w:br/>
      </w:r>
      <w:r>
        <w:rPr>
          <w:sz w:val="20"/>
        </w:rPr>
        <w:t>24:29  yeh musalmanon ne kiya kiya? khud hi apni taraf se ladaai chhed kar ke masla khada kar diya.</w:t>
      </w:r>
      <w:r>
        <w:br/>
      </w:r>
      <w:r>
        <w:rPr>
          <w:sz w:val="20"/>
        </w:rPr>
        <w:t>24:34  yeh to wahi cheez hai jo kehte hain, "aa bail mujhe maar." ek bail khada hua tha raaste</w:t>
      </w:r>
      <w:r>
        <w:br/>
      </w:r>
      <w:r>
        <w:rPr>
          <w:sz w:val="20"/>
        </w:rPr>
        <w:t>24:39  mein kahin, seeng wala, bare seeng wala bail.</w:t>
      </w:r>
      <w:r>
        <w:br/>
      </w:r>
      <w:r>
        <w:rPr>
          <w:sz w:val="20"/>
        </w:rPr>
        <w:t>24:44  wo apna khada hua tha.</w:t>
      </w:r>
      <w:r>
        <w:br/>
      </w:r>
      <w:r>
        <w:rPr>
          <w:sz w:val="20"/>
        </w:rPr>
        <w:t>24:48  to kisi bachche ne is ko kankri maari, kankar pathar mara.</w:t>
      </w:r>
      <w:r>
        <w:br/>
      </w:r>
      <w:r>
        <w:rPr>
          <w:sz w:val="20"/>
        </w:rPr>
        <w:t>24:53  to us ne is ko seeng se maara.</w:t>
      </w:r>
      <w:r>
        <w:br/>
      </w:r>
      <w:r>
        <w:rPr>
          <w:sz w:val="20"/>
        </w:rPr>
        <w:t>24:57  to wo jo jo jo bail khada hua tha, jab bachche ne is ko pathar mara to us</w:t>
      </w:r>
      <w:r>
        <w:br/>
      </w:r>
      <w:r>
        <w:rPr>
          <w:sz w:val="20"/>
        </w:rPr>
        <w:t>25:01  ne is ko seeng maari.</w:t>
      </w:r>
      <w:r>
        <w:br/>
      </w:r>
      <w:r>
        <w:rPr>
          <w:sz w:val="20"/>
        </w:rPr>
        <w:t>25:06  isi pe yeh misl bani ke "aa bail mujhe maar." yaani bail to aap se door khada hua hai.</w:t>
      </w:r>
      <w:r>
        <w:br/>
      </w:r>
      <w:r>
        <w:rPr>
          <w:sz w:val="20"/>
        </w:rPr>
        <w:t>25:10  bail ko aap se koi lena dena nahi hai. lekin</w:t>
      </w:r>
      <w:r>
        <w:br/>
      </w:r>
      <w:r>
        <w:rPr>
          <w:sz w:val="20"/>
        </w:rPr>
        <w:t>25:14  jab aap pathar maar ke chhedenge to seeng maarega.</w:t>
      </w:r>
      <w:r>
        <w:br/>
      </w:r>
      <w:r>
        <w:rPr>
          <w:sz w:val="20"/>
        </w:rPr>
        <w:t>25:21  to is zamane mein musalman jo violence kar rahe hain, jo society bahami kar rahe hain, jo tashaddud</w:t>
      </w:r>
      <w:r>
        <w:br/>
      </w:r>
      <w:r>
        <w:rPr>
          <w:sz w:val="20"/>
        </w:rPr>
        <w:t>25:27  kar rahe hain, woh yahi hai ke pathar maar kar, aap aap pathar maar maar kar apne aap</w:t>
      </w:r>
      <w:r>
        <w:br/>
      </w:r>
      <w:r>
        <w:rPr>
          <w:sz w:val="20"/>
        </w:rPr>
        <w:t>25:33  ko bail se marwana.</w:t>
      </w:r>
      <w:r>
        <w:br/>
      </w:r>
      <w:r>
        <w:rPr>
          <w:sz w:val="20"/>
        </w:rPr>
        <w:t>25:40  aaj to dunya mein zulm ka daur hi khatm ho gaya.</w:t>
      </w:r>
      <w:r>
        <w:br/>
      </w:r>
      <w:r>
        <w:rPr>
          <w:sz w:val="20"/>
        </w:rPr>
        <w:t>25:46  aap zulm karenge to eliation aayega saamne.</w:t>
      </w:r>
      <w:r>
        <w:br/>
      </w:r>
      <w:r>
        <w:rPr>
          <w:sz w:val="20"/>
        </w:rPr>
        <w:t>25:50  woh nahi, kuch nahi.</w:t>
      </w:r>
      <w:r>
        <w:br/>
      </w:r>
      <w:r>
        <w:rPr>
          <w:sz w:val="20"/>
        </w:rPr>
        <w:t>25:54  to ab to mein sochta hoon ke ab jo eid al-adha aati hai aur janwar jo baqi aate</w:t>
      </w:r>
      <w:r>
        <w:br/>
      </w:r>
      <w:r>
        <w:rPr>
          <w:sz w:val="20"/>
        </w:rPr>
        <w:t>25:59  hain to woh to shukr ka hona chaahiye.</w:t>
      </w:r>
      <w:r>
        <w:br/>
      </w:r>
      <w:r>
        <w:rPr>
          <w:sz w:val="20"/>
        </w:rPr>
        <w:t>26:03  ab pledge ka bhi nahi balkeh shukr ka waqt aa gaya.</w:t>
      </w:r>
      <w:r>
        <w:br/>
      </w:r>
      <w:r>
        <w:rPr>
          <w:sz w:val="20"/>
        </w:rPr>
        <w:t>26:07  pehle zamane mein pledge ke taur par qurbani ki jati thi.</w:t>
      </w:r>
      <w:r>
        <w:br/>
      </w:r>
      <w:r>
        <w:rPr>
          <w:sz w:val="20"/>
        </w:rPr>
        <w:t>26:12  ab to shukr ko to karna chahiye ke khuda, woh daur</w:t>
      </w:r>
      <w:r>
        <w:br/>
      </w:r>
      <w:r>
        <w:rPr>
          <w:sz w:val="20"/>
        </w:rPr>
        <w:t>26:16  hi khatm ho gaya.</w:t>
      </w:r>
      <w:r>
        <w:br/>
      </w:r>
      <w:r>
        <w:rPr>
          <w:sz w:val="20"/>
        </w:rPr>
        <w:t>26:21  woh daur hi khatm ho gaya.</w:t>
      </w:r>
      <w:r>
        <w:br/>
      </w:r>
      <w:r>
        <w:rPr>
          <w:sz w:val="20"/>
        </w:rPr>
        <w:t>26:26  ab to sirf peaceful dawat kaam karna hai.</w:t>
      </w:r>
      <w:r>
        <w:br/>
      </w:r>
      <w:r>
        <w:rPr>
          <w:sz w:val="20"/>
        </w:rPr>
        <w:t>26:31  is quran ko peaceful tareeqe se phailana hai.</w:t>
      </w:r>
      <w:r>
        <w:br/>
      </w:r>
      <w:r>
        <w:rPr>
          <w:sz w:val="20"/>
        </w:rPr>
        <w:t>26:36  bas yahi kaam hai.</w:t>
      </w:r>
      <w:r>
        <w:br/>
      </w:r>
      <w:r>
        <w:rPr>
          <w:sz w:val="20"/>
        </w:rPr>
        <w:t>26:41  to mein samajhta hoon ke yeh jo eid al-adha hai, yeh is liye hai taake ab musalman</w:t>
      </w:r>
      <w:r>
        <w:br/>
      </w:r>
      <w:r>
        <w:rPr>
          <w:sz w:val="20"/>
        </w:rPr>
        <w:t>26:46  ke liye woh eye opener bane.</w:t>
      </w:r>
      <w:r>
        <w:br/>
      </w:r>
      <w:r>
        <w:rPr>
          <w:sz w:val="20"/>
        </w:rPr>
        <w:t>26:50  musalman ki aankhein khulein.</w:t>
      </w:r>
      <w:r>
        <w:br/>
      </w:r>
      <w:r>
        <w:rPr>
          <w:sz w:val="20"/>
        </w:rPr>
        <w:t>26:55  woh jaane ke yeh daur kya hai aur hamara asal kaam karna kya hai.</w:t>
      </w:r>
      <w:r>
        <w:br/>
      </w:r>
      <w:r>
        <w:rPr>
          <w:sz w:val="20"/>
        </w:rPr>
        <w:t>26:59  ab musalmanon ko sari tawajjuh, sara concern ek hi cheez ko banana hai.</w:t>
      </w:r>
      <w:r>
        <w:br/>
      </w:r>
      <w:r>
        <w:rPr>
          <w:sz w:val="20"/>
        </w:rPr>
        <w:t>27:03  woh quran ke paigham ko dunya tak pahunchana hai.</w:t>
      </w:r>
      <w:r>
        <w:br/>
      </w:r>
      <w:r>
        <w:rPr>
          <w:sz w:val="20"/>
        </w:rPr>
        <w:t>27:08  dekhiye, yeh saada baat nahi hai.</w:t>
      </w:r>
      <w:r>
        <w:br/>
      </w:r>
      <w:r>
        <w:rPr>
          <w:sz w:val="20"/>
        </w:rPr>
        <w:t>27:12  is zamane mein bohat taraqqi hui hai. har aitbaar</w:t>
      </w:r>
    </w:p>
    <w:p>
      <w:pPr>
        <w:pStyle w:val="Heading2"/>
      </w:pPr>
      <w:r>
        <w:t>All humans live in stress and dissatisfaction</w:t>
      </w:r>
    </w:p>
    <w:p>
      <w:r>
        <w:rPr>
          <w:color w:val="666666"/>
          <w:sz w:val="18"/>
        </w:rPr>
        <w:t>The Case of Failure | August 27, 2006 | Maulana Wahiduddin Khan · 5m 31s · at 12:12 · https://youtu.be/4O9FjV0vIfo?t=732</w:t>
      </w:r>
    </w:p>
    <w:p>
      <w:r>
        <w:rPr>
          <w:i/>
        </w:rPr>
        <w:t>“Yeh jo present world hai, kya wajah hai ke hum desired world nahi bana paate”</w:t>
      </w:r>
    </w:p>
    <w:p>
      <w:r>
        <w:rPr>
          <w:sz w:val="20"/>
        </w:rPr>
        <w:t>12:12  ke aap dekhiye ke itne sare log jo ja rahe the bahar safar kar ke aur khush khush</w:t>
      </w:r>
      <w:r>
        <w:br/>
      </w:r>
      <w:r>
        <w:rPr>
          <w:sz w:val="20"/>
        </w:rPr>
        <w:t>12:18  wahan se le ke chale aa rahe the, foran chocolate.</w:t>
      </w:r>
      <w:r>
        <w:br/>
      </w:r>
      <w:r>
        <w:rPr>
          <w:sz w:val="20"/>
        </w:rPr>
        <w:t>12:24  mere bachche pak ko pa kar khush honge, foran chocolate ko.</w:t>
      </w:r>
      <w:r>
        <w:br/>
      </w:r>
      <w:r>
        <w:rPr>
          <w:sz w:val="20"/>
        </w:rPr>
        <w:t>12:30  wo un ka haal yeh hua ke keh rahe hain ke mujhe goli maar do.</w:t>
      </w:r>
      <w:r>
        <w:br/>
      </w:r>
      <w:r>
        <w:rPr>
          <w:sz w:val="20"/>
        </w:rPr>
        <w:t>12:36  to mein yeh keh raha hoon ke aaj</w:t>
      </w:r>
      <w:r>
        <w:br/>
      </w:r>
      <w:r>
        <w:rPr>
          <w:sz w:val="20"/>
        </w:rPr>
        <w:t>12:42  yeh jo jo present world hamari hai, kya wajah hai ke hum apni apne desired world is mein bana nahi paate? hum jo duniya chahte hain, woh hum bana nahi paate. koi insan aisa duniya mein nahi paida hua, na aaj hai jo jo jo yeh samajhta ho ke jo maine chaha tha, woh maine pa liya. sare log tension mein bhi jeete hain,</w:t>
      </w:r>
      <w:r>
        <w:br/>
      </w:r>
      <w:r>
        <w:rPr>
          <w:sz w:val="20"/>
        </w:rPr>
        <w:t>13:12  سارے لوگ stress میں جیتے ہیں، سارے لوگ dissatisfaction میں جیتے ہیں۔</w:t>
      </w:r>
      <w:r>
        <w:br/>
      </w:r>
      <w:r>
        <w:rPr>
          <w:sz w:val="20"/>
        </w:rPr>
        <w:t>13:20  yeh kitni bari sochne ki baat hai ke jis duniya mein insan ke siwa jo doosri cheezein hain,</w:t>
      </w:r>
      <w:r>
        <w:br/>
      </w:r>
      <w:r>
        <w:rPr>
          <w:sz w:val="20"/>
        </w:rPr>
        <w:t>13:28  اس میں سے کوئی بھی ایسا نہیں جس کا کیس dissatisfaction کا کیس ہو۔</w:t>
      </w:r>
      <w:r>
        <w:br/>
      </w:r>
      <w:r>
        <w:rPr>
          <w:sz w:val="20"/>
        </w:rPr>
        <w:t>13:35  koi bhi nahi, chahe grass ho, chahe galaxy ho, chahe stars hon, mountain ho, ocean ho, kisi</w:t>
      </w:r>
      <w:r>
        <w:br/>
      </w:r>
      <w:r>
        <w:rPr>
          <w:sz w:val="20"/>
        </w:rPr>
        <w:t>13:43  ka case dissatisfaction ka case nahi hai. insano ka haal kya hai? har aadmi dissatisfaction mein jeeta hai. yani mein jhugge jhopri walon ki baat nahi kar raha hoon, un logon ki baat kar raha hoon jo paisa kamate hain, power hasil karte hain, property banate hain, un ki baat kar raha</w:t>
      </w:r>
      <w:r>
        <w:br/>
      </w:r>
      <w:r>
        <w:rPr>
          <w:sz w:val="20"/>
        </w:rPr>
        <w:t>14:13  hoon. ek din bhi un ko sahi maano mein satisfaction nahi milta. Burton Russell, jo bohat bara thinker tha, us ki kitab hai "Happiness". us ka title hai "Happiness". us mein likhta hai ke happiness achievable nahi hai duniya mein, aur yeh Burton Russell ki kitab parhne ki zaroorat nahi hai. aap mein se har shakhs jaan sakta hai kaun hai jo happy ho sahi maano mein aaj ki duniya mein. aaj hi ke paper</w:t>
      </w:r>
      <w:r>
        <w:br/>
      </w:r>
      <w:r>
        <w:rPr>
          <w:sz w:val="20"/>
        </w:rPr>
        <w:t>14:43  mein aaya hai jo film stars hote hain, bare bare top ke film stars jin ko log dekha</w:t>
      </w:r>
      <w:r>
        <w:br/>
      </w:r>
      <w:r>
        <w:rPr>
          <w:sz w:val="20"/>
        </w:rPr>
        <w:t>14:48  karte the har waqt hanste hue screen par.</w:t>
      </w:r>
      <w:r>
        <w:br/>
      </w:r>
      <w:r>
        <w:rPr>
          <w:sz w:val="20"/>
        </w:rPr>
        <w:t>14:53  aaj un ki halat yeh hai, is mein aaya hai ke un ko dekh ke log pehchan nahin</w:t>
      </w:r>
      <w:r>
        <w:br/>
      </w:r>
      <w:r>
        <w:rPr>
          <w:sz w:val="20"/>
        </w:rPr>
        <w:t>14:58  paate ke yeh wahi hain.</w:t>
      </w:r>
      <w:r>
        <w:br/>
      </w:r>
      <w:r>
        <w:rPr>
          <w:sz w:val="20"/>
        </w:rPr>
        <w:t>15:03  chehra bigra hua aur sara body jo hai, barhaape ka shikaar, awaaz bhi woh nahin jo pehle wali</w:t>
      </w:r>
      <w:r>
        <w:br/>
      </w:r>
      <w:r>
        <w:rPr>
          <w:sz w:val="20"/>
        </w:rPr>
        <w:t>15:08  thi, bilkul murjhaaye hue.</w:t>
      </w:r>
      <w:r>
        <w:br/>
      </w:r>
      <w:r>
        <w:rPr>
          <w:sz w:val="20"/>
        </w:rPr>
        <w:t>15:13  to ek function mein ek film star, jo top ki film star apne zamane mein bohat hi top ki samajhi jati thi, un ko doosre actor ne pehchana nahi. to unhein bol ke kehna pada ke aap ne mujhe pehchana nahi, mein to flan actress hoon. kaha acha, aap aisi ho gayeen. to har aadmi, chahe koi bhi ho, chahe woh king ho ya jhopri banane wala ho, chahe billionaire ho ya penniless ho, koi bhi</w:t>
      </w:r>
      <w:r>
        <w:br/>
      </w:r>
      <w:r>
        <w:rPr>
          <w:sz w:val="20"/>
        </w:rPr>
        <w:t>15:43  satisfaction mein nahin jeeta.</w:t>
      </w:r>
      <w:r>
        <w:br/>
      </w:r>
      <w:r>
        <w:rPr>
          <w:sz w:val="20"/>
        </w:rPr>
        <w:t>15:49  aisa kyun hai? dekhiye, quran mein ek surah hai, uska naam hai "Al-Asr".</w:t>
      </w:r>
      <w:r>
        <w:br/>
      </w:r>
      <w:r>
        <w:rPr>
          <w:sz w:val="20"/>
        </w:rPr>
        <w:t>15:55  "Wal Asr innal insana lafi khusr".</w:t>
      </w:r>
      <w:r>
        <w:br/>
      </w:r>
      <w:r>
        <w:rPr>
          <w:sz w:val="20"/>
        </w:rPr>
        <w:t>16:01  اس کا مطلب یہ ہے کہ history is witness.</w:t>
      </w:r>
      <w:r>
        <w:br/>
      </w:r>
      <w:r>
        <w:rPr>
          <w:sz w:val="20"/>
        </w:rPr>
        <w:t>16:07  History is witness that man is in loss.</w:t>
      </w:r>
      <w:r>
        <w:br/>
      </w:r>
      <w:r>
        <w:rPr>
          <w:sz w:val="20"/>
        </w:rPr>
        <w:t>16:13  history is a witness.</w:t>
      </w:r>
      <w:r>
        <w:br/>
      </w:r>
      <w:r>
        <w:rPr>
          <w:sz w:val="20"/>
        </w:rPr>
        <w:t>16:18  History is a witness that man is in loss.</w:t>
      </w:r>
      <w:r>
        <w:br/>
      </w:r>
      <w:r>
        <w:rPr>
          <w:sz w:val="20"/>
        </w:rPr>
        <w:t>16:22  yani poori poori history ke baray mein ek sweeping remark.</w:t>
      </w:r>
      <w:r>
        <w:br/>
      </w:r>
      <w:r>
        <w:rPr>
          <w:sz w:val="20"/>
        </w:rPr>
        <w:t>16:26  zara ghor kijiye, poori poori history ke baray mein ek sweeping remark hai ke sab log loss mein</w:t>
      </w:r>
      <w:r>
        <w:br/>
      </w:r>
      <w:r>
        <w:rPr>
          <w:sz w:val="20"/>
        </w:rPr>
        <w:t>16:31  hain, ghaate mein hain.</w:t>
      </w:r>
      <w:r>
        <w:br/>
      </w:r>
      <w:r>
        <w:rPr>
          <w:sz w:val="20"/>
        </w:rPr>
        <w:t>16:35  ghaate mein kyun? jo chahte hain, woh paate nahin.</w:t>
      </w:r>
      <w:r>
        <w:br/>
      </w:r>
      <w:r>
        <w:rPr>
          <w:sz w:val="20"/>
        </w:rPr>
        <w:t>16:39  hum ek apna ek</w:t>
      </w:r>
      <w:r>
        <w:br/>
      </w:r>
      <w:r>
        <w:rPr>
          <w:sz w:val="20"/>
        </w:rPr>
        <w:t>16:44  banate hain, apni jo desire hai, hamare andar hai to hum apna ek banate hain, ek dream line aur paisa kamate hain, power capture karte hain. kya kya karte hain? aakhir mein kya hai? kuch bhi nahi. Saddam Hussain ne bees saal tak rule kiya, aath bohat bare bare palace banaye, aise palace jo jo pehle zamane</w:t>
      </w:r>
      <w:r>
        <w:br/>
      </w:r>
      <w:r>
        <w:rPr>
          <w:sz w:val="20"/>
        </w:rPr>
        <w:t>17:14  ke king ke paas bhi nahin hote the, lekin aaj woh presence mein hain.</w:t>
      </w:r>
      <w:r>
        <w:br/>
      </w:r>
      <w:r>
        <w:rPr>
          <w:sz w:val="20"/>
        </w:rPr>
        <w:t>17:19  aise hi sab ka haal hai.</w:t>
      </w:r>
      <w:r>
        <w:br/>
      </w:r>
      <w:r>
        <w:rPr>
          <w:sz w:val="20"/>
        </w:rPr>
        <w:t>17:24  yeh industrial era ya industrial zamana jo hai, jis ne ke bohat ziyada scope barha diya hai har</w:t>
      </w:r>
      <w:r>
        <w:br/>
      </w:r>
      <w:r>
        <w:rPr>
          <w:sz w:val="20"/>
        </w:rPr>
        <w:t>17:29  cheez ka, tab bhi woh insaan ko happiness na de saka.</w:t>
      </w:r>
      <w:r>
        <w:br/>
      </w:r>
      <w:r>
        <w:rPr>
          <w:sz w:val="20"/>
        </w:rPr>
        <w:t>17:34  ab kisi bhi aadmi se poochein, isi isi daur mein bohat se aise log hain jin ke paas</w:t>
      </w:r>
      <w:r>
        <w:br/>
      </w:r>
      <w:r>
        <w:rPr>
          <w:sz w:val="20"/>
        </w:rPr>
        <w:t>17:39  bohat paisa hai, bohat</w:t>
      </w:r>
    </w:p>
    <w:p>
      <w:pPr>
        <w:pStyle w:val="Heading2"/>
      </w:pPr>
      <w:r>
        <w:t>Da'wah as giving and receiving, and why it's easy now</w:t>
      </w:r>
    </w:p>
    <w:p>
      <w:r>
        <w:rPr>
          <w:color w:val="666666"/>
          <w:sz w:val="18"/>
        </w:rPr>
        <w:t>Muslims in Diaspora April 5, 2014 Maulana Wahiduddin Khan · 4m 21s · at 24:48 · https://youtu.be/JUzf9W-4D8A?t=1488</w:t>
      </w:r>
    </w:p>
    <w:p>
      <w:r>
        <w:rPr>
          <w:i/>
        </w:rPr>
        <w:t>“Da'wah is not simple — da'wah is living with the giving spirit.”</w:t>
      </w:r>
    </w:p>
    <w:p>
      <w:r>
        <w:rPr>
          <w:sz w:val="20"/>
        </w:rPr>
        <w:t>24:48  dawah is not simple. dawah is a living with the giving spirit.</w:t>
      </w:r>
      <w:r>
        <w:br/>
      </w:r>
      <w:r>
        <w:rPr>
          <w:sz w:val="20"/>
        </w:rPr>
        <w:t>25:01  dawah is greatest giving.</w:t>
      </w:r>
      <w:r>
        <w:br/>
      </w:r>
      <w:r>
        <w:rPr>
          <w:sz w:val="20"/>
        </w:rPr>
        <w:t>25:06  there is a verse in the quran:</w:t>
      </w:r>
      <w:r>
        <w:br/>
      </w:r>
      <w:r>
        <w:rPr>
          <w:sz w:val="20"/>
        </w:rPr>
        <w:t>25:11  "it must" it means that those who are living as a giver in the society, they will be blessed.</w:t>
      </w:r>
      <w:r>
        <w:br/>
      </w:r>
      <w:r>
        <w:rPr>
          <w:sz w:val="20"/>
        </w:rPr>
        <w:t>25:20  those who are living in the society as a giver member, they will receive the blessing of god.</w:t>
      </w:r>
      <w:r>
        <w:br/>
      </w:r>
      <w:r>
        <w:rPr>
          <w:sz w:val="20"/>
        </w:rPr>
        <w:t>25:35  so dawah means</w:t>
      </w:r>
      <w:r>
        <w:br/>
      </w:r>
      <w:r>
        <w:rPr>
          <w:sz w:val="20"/>
        </w:rPr>
        <w:t>25:39  the, so dawah is a highly rewardable act. dawah is highly rewardable, rewardable act.</w:t>
      </w:r>
      <w:r>
        <w:br/>
      </w:r>
      <w:r>
        <w:rPr>
          <w:sz w:val="20"/>
        </w:rPr>
        <w:t>25:51  dawah is not only giving, it is also receiving.</w:t>
      </w:r>
      <w:r>
        <w:br/>
      </w:r>
      <w:r>
        <w:rPr>
          <w:sz w:val="20"/>
        </w:rPr>
        <w:t>25:58  you are, you are giving something to man and same time you are receiving something from god.</w:t>
      </w:r>
      <w:r>
        <w:br/>
      </w:r>
      <w:r>
        <w:rPr>
          <w:sz w:val="20"/>
        </w:rPr>
        <w:t>26:09  when dawah is a rewardable act, then it means that</w:t>
      </w:r>
      <w:r>
        <w:br/>
      </w:r>
      <w:r>
        <w:rPr>
          <w:sz w:val="20"/>
        </w:rPr>
        <w:t>26:21  when you are doing the work, you are giving something to your ne</w:t>
      </w:r>
      <w:r>
        <w:br/>
      </w:r>
      <w:r>
        <w:rPr>
          <w:sz w:val="20"/>
        </w:rPr>
        <w:t>26:26  bour, but at the same time you are receiving the blessings of god.</w:t>
      </w:r>
      <w:r>
        <w:br/>
      </w:r>
      <w:r>
        <w:rPr>
          <w:sz w:val="20"/>
        </w:rPr>
        <w:t>26:37  so it is very important. it is the greatest deed.</w:t>
      </w:r>
      <w:r>
        <w:br/>
      </w:r>
      <w:r>
        <w:rPr>
          <w:sz w:val="20"/>
        </w:rPr>
        <w:t>26:49  if you want to have divine blessing for you, for family, for your children, then you have to do the work.</w:t>
      </w:r>
      <w:r>
        <w:br/>
      </w:r>
      <w:r>
        <w:rPr>
          <w:sz w:val="20"/>
        </w:rPr>
        <w:t>27:08  the work means,</w:t>
      </w:r>
      <w:r>
        <w:br/>
      </w:r>
      <w:r>
        <w:rPr>
          <w:sz w:val="20"/>
        </w:rPr>
        <w:t>27:13  the work means self study.</w:t>
      </w:r>
      <w:r>
        <w:br/>
      </w:r>
      <w:r>
        <w:rPr>
          <w:sz w:val="20"/>
        </w:rPr>
        <w:t>27:16  first of all, you have to make yourself as a good da'i. then you have to make dua.</w:t>
      </w:r>
      <w:r>
        <w:br/>
      </w:r>
      <w:r>
        <w:rPr>
          <w:sz w:val="20"/>
        </w:rPr>
        <w:t>27:27  deen you have to contact, establish contact. you have to establish contact with those people who are your madu.</w:t>
      </w:r>
      <w:r>
        <w:br/>
      </w:r>
      <w:r>
        <w:rPr>
          <w:sz w:val="20"/>
        </w:rPr>
        <w:t>27:43  deen you have to provide islamic literature to these madu.</w:t>
      </w:r>
      <w:r>
        <w:br/>
      </w:r>
      <w:r>
        <w:rPr>
          <w:sz w:val="20"/>
        </w:rPr>
        <w:t>27:52  so all these things are part of da'wah.</w:t>
      </w:r>
      <w:r>
        <w:br/>
      </w:r>
      <w:r>
        <w:rPr>
          <w:sz w:val="20"/>
        </w:rPr>
        <w:t>27:58  all these things are part of da'wah.</w:t>
      </w:r>
      <w:r>
        <w:br/>
      </w:r>
      <w:r>
        <w:rPr>
          <w:sz w:val="20"/>
        </w:rPr>
        <w:t>28:08  so those muslims who are living in diaspora, those muslims who are living in, in, in countries other than home, home land, they have double responsibility.</w:t>
      </w:r>
      <w:r>
        <w:br/>
      </w:r>
      <w:r>
        <w:rPr>
          <w:sz w:val="20"/>
        </w:rPr>
        <w:t>28:27  they must do the work</w:t>
      </w:r>
      <w:r>
        <w:br/>
      </w:r>
      <w:r>
        <w:rPr>
          <w:sz w:val="20"/>
        </w:rPr>
        <w:t>28:32  upon their neighbors.</w:t>
      </w:r>
      <w:r>
        <w:br/>
      </w:r>
      <w:r>
        <w:rPr>
          <w:sz w:val="20"/>
        </w:rPr>
        <w:t>28:36  and in the present world, it is very easy task. there is no problem.</w:t>
      </w:r>
      <w:r>
        <w:br/>
      </w:r>
      <w:r>
        <w:rPr>
          <w:sz w:val="20"/>
        </w:rPr>
        <w:t>28:45  prophet and his companion did the work at the time when there was religious persecution. at the time there was no religious freedom.</w:t>
      </w:r>
      <w:r>
        <w:br/>
      </w:r>
      <w:r>
        <w:rPr>
          <w:sz w:val="20"/>
        </w:rPr>
        <w:t>28:58  but now you are living in age where everywhere there is religious freedom.</w:t>
      </w:r>
    </w:p>
    <w:p>
      <w:pPr>
        <w:pStyle w:val="Heading2"/>
      </w:pPr>
      <w:r>
        <w:t>Battle of Uhud: wounded yet still forgiving</w:t>
      </w:r>
    </w:p>
    <w:p>
      <w:r>
        <w:rPr>
          <w:color w:val="666666"/>
          <w:sz w:val="18"/>
        </w:rPr>
        <w:t>What is Islam March 17, 2007 · 3m 54s · at 40:10 · https://youtu.be/xEDxZmsi3Mg?t=2410</w:t>
      </w:r>
    </w:p>
    <w:p>
      <w:r>
        <w:rPr>
          <w:i/>
        </w:rPr>
        <w:t>“There was a Battle of Uhud, a defensive war”</w:t>
      </w:r>
    </w:p>
    <w:p>
      <w:r>
        <w:rPr>
          <w:sz w:val="20"/>
        </w:rPr>
        <w:t>40:10  there waz a battle of Uhud. battle of Uhud</w:t>
      </w:r>
      <w:r>
        <w:br/>
      </w:r>
      <w:r>
        <w:rPr>
          <w:sz w:val="20"/>
        </w:rPr>
        <w:t>40:15  , it waz a defensive war by the Islamic side, because Makkah people attacked Madinah.</w:t>
      </w:r>
      <w:r>
        <w:br/>
      </w:r>
      <w:r>
        <w:rPr>
          <w:sz w:val="20"/>
        </w:rPr>
        <w:t>40:26  and then, there was battle of Uhud. so, it was completely an aggression, an act of aggression from the Makkah pep</w:t>
      </w:r>
      <w:r>
        <w:br/>
      </w:r>
      <w:r>
        <w:rPr>
          <w:sz w:val="20"/>
        </w:rPr>
        <w:t>40:37  ple. so, what happen in this, in this, in this war? seventy companion of the profit were killed.</w:t>
      </w:r>
      <w:r>
        <w:br/>
      </w:r>
      <w:r>
        <w:rPr>
          <w:sz w:val="20"/>
        </w:rPr>
        <w:t>40:50  seven zero, and prophet himself was wounded severely, severely.</w:t>
      </w:r>
      <w:r>
        <w:br/>
      </w:r>
      <w:r>
        <w:rPr>
          <w:sz w:val="20"/>
        </w:rPr>
        <w:t>41:00  his face waz bleeding.</w:t>
      </w:r>
      <w:r>
        <w:br/>
      </w:r>
      <w:r>
        <w:rPr>
          <w:sz w:val="20"/>
        </w:rPr>
        <w:t>41:08  they stone the profit without any genuine cause. profit waz completely peaceful.</w:t>
      </w:r>
      <w:r>
        <w:br/>
      </w:r>
      <w:r>
        <w:rPr>
          <w:sz w:val="20"/>
        </w:rPr>
        <w:t>41:21  he waz doing his job peacefully, no aggression at all from his side. but, they attacked</w:t>
      </w:r>
      <w:r>
        <w:br/>
      </w:r>
      <w:r>
        <w:rPr>
          <w:sz w:val="20"/>
        </w:rPr>
        <w:t>41:34  , they began stoning, and he waz wounded. his face waz bleeding. you know, what happen at the time?</w:t>
      </w:r>
      <w:r>
        <w:br/>
      </w:r>
      <w:r>
        <w:rPr>
          <w:sz w:val="20"/>
        </w:rPr>
        <w:t>41:49  it is recorded in the history. it is a battle of history. it is not fiction, it is not mythology.</w:t>
      </w:r>
      <w:r>
        <w:br/>
      </w:r>
      <w:r>
        <w:rPr>
          <w:sz w:val="20"/>
        </w:rPr>
        <w:t>41:58  it is not mythology, it is not a story.</w:t>
      </w:r>
      <w:r>
        <w:br/>
      </w:r>
      <w:r>
        <w:rPr>
          <w:sz w:val="20"/>
        </w:rPr>
        <w:t>42:03  Muhammad waz not a character of novel, he waz character of history. that time, when his face waz bleeding,</w:t>
      </w:r>
      <w:r>
        <w:br/>
      </w:r>
      <w:r>
        <w:rPr>
          <w:sz w:val="20"/>
        </w:rPr>
        <w:t>42:15  he waz saying: "Allah qomi la alamoon, Allah qomi la alamoon.</w:t>
      </w:r>
      <w:r>
        <w:br/>
      </w:r>
      <w:r>
        <w:rPr>
          <w:sz w:val="20"/>
        </w:rPr>
        <w:t>42:28  o god, forgive people, because they don't know, they don't know i messenger of god.</w:t>
      </w:r>
      <w:r>
        <w:br/>
      </w:r>
      <w:r>
        <w:rPr>
          <w:sz w:val="20"/>
        </w:rPr>
        <w:t>42:41  i am convey the message i receive from god.</w:t>
      </w:r>
      <w:r>
        <w:br/>
      </w:r>
      <w:r>
        <w:rPr>
          <w:sz w:val="20"/>
        </w:rPr>
        <w:t>42:48  so, they don't know this fact. so, they are stoning. to, prophet was saying at that time, when his face was bleeding: "allah قومی لا عالمون."</w:t>
      </w:r>
      <w:r>
        <w:br/>
      </w:r>
      <w:r>
        <w:rPr>
          <w:sz w:val="20"/>
        </w:rPr>
        <w:t>43:03  o god, forgive people, they don't know what they are doing.</w:t>
      </w:r>
      <w:r>
        <w:br/>
      </w:r>
      <w:r>
        <w:rPr>
          <w:sz w:val="20"/>
        </w:rPr>
        <w:t>43:12  there is no such character in the whole history." it was a brickle that, although he faced all kind of negativity, all kind of atrocity,</w:t>
      </w:r>
      <w:r>
        <w:br/>
      </w:r>
      <w:r>
        <w:rPr>
          <w:sz w:val="20"/>
        </w:rPr>
        <w:t>43:29  all kind of persecution, but he maintained his positivity. so, muhammad was the greatest positive thinker in the history.</w:t>
      </w:r>
      <w:r>
        <w:br/>
      </w:r>
      <w:r>
        <w:rPr>
          <w:sz w:val="20"/>
        </w:rPr>
        <w:t>43:42  so, although doctor michaelhart sees him a great, greatest successful man. but, i think that more than this is that he was the great, great, great positive thinker of the history.</w:t>
      </w:r>
      <w:r>
        <w:br/>
      </w:r>
      <w:r>
        <w:rPr>
          <w:sz w:val="20"/>
        </w:rPr>
        <w:t>43:59  this is the proof of his prophethood.</w:t>
      </w:r>
    </w:p>
    <w:p>
      <w:pPr>
        <w:pStyle w:val="Heading2"/>
      </w:pPr>
      <w:r>
        <w:t>reacting vs responding: why colonial-era muslims failed to adapt</w:t>
      </w:r>
    </w:p>
    <w:p>
      <w:r>
        <w:rPr>
          <w:color w:val="666666"/>
          <w:sz w:val="18"/>
        </w:rPr>
        <w:t>Importance of Creative Thinking December 11, 2011 · 4m 39s · at 7:09 · https://youtu.be/jfML9Arb0S4?t=429</w:t>
      </w:r>
    </w:p>
    <w:p>
      <w:r>
        <w:rPr>
          <w:i/>
        </w:rPr>
        <w:t>“Creative thinker sab ne kya kiya? React kiya”</w:t>
      </w:r>
    </w:p>
    <w:p>
      <w:r>
        <w:rPr>
          <w:sz w:val="20"/>
        </w:rPr>
        <w:t>7:09  creative thinker sab ne kiya kiya? react kiya. dekhiye, jo aadmi react kare, is ka matlab yeh hai ke is ke andar creative thinking nahi hai.</w:t>
      </w:r>
      <w:r>
        <w:br/>
      </w:r>
      <w:r>
        <w:rPr>
          <w:sz w:val="20"/>
        </w:rPr>
        <w:t>7:22  poore Arab world mein</w:t>
      </w:r>
      <w:r>
        <w:br/>
      </w:r>
      <w:r>
        <w:rPr>
          <w:sz w:val="20"/>
        </w:rPr>
        <w:t>7:25  mein aik martaba gaya, aik Arab mulk mein, wahan par aik museum hai. wahan mujhe le jaya gaya. to wahan museum mein aik aik bo, aik aik aik rakha hua tha, aik aik board tha.</w:t>
      </w:r>
      <w:r>
        <w:br/>
      </w:r>
      <w:r>
        <w:rPr>
          <w:sz w:val="20"/>
        </w:rPr>
        <w:t>7:47  is par likha hua tha ke: "Mootu al-yawm 'azza qabla tamootu ghadan azilla".</w:t>
      </w:r>
      <w:r>
        <w:br/>
      </w:r>
      <w:r>
        <w:rPr>
          <w:sz w:val="20"/>
        </w:rPr>
        <w:t>7:57  yani aaj izzat ke sath mar jao, is se pehle ke kal tum ko zillat ke sath marna pare. "Mootu al-yawm 'azza qabla tamootu ghadan azilla".</w:t>
      </w:r>
      <w:r>
        <w:br/>
      </w:r>
      <w:r>
        <w:rPr>
          <w:sz w:val="20"/>
        </w:rPr>
        <w:t>8:12  aaj aaj izzat ke sath mar jao, is se pehle ke tum ko kal zillat ke sath rehna pare. to yeh kab hua?</w:t>
      </w:r>
      <w:r>
        <w:br/>
      </w:r>
      <w:r>
        <w:rPr>
          <w:sz w:val="20"/>
        </w:rPr>
        <w:t>8:21  colonial powers ke against mein.</w:t>
      </w:r>
      <w:r>
        <w:br/>
      </w:r>
      <w:r>
        <w:rPr>
          <w:sz w:val="20"/>
        </w:rPr>
        <w:t>8:26  to woh samajhte the ke colonial powers, jo yani Europe, jo yani Renaissance ke baad Europe mein jo taraqqi ki, un ko technology mein, science mein, education mein, planning mein, to is ke baad woh ubhre.</w:t>
      </w:r>
      <w:r>
        <w:br/>
      </w:r>
      <w:r>
        <w:rPr>
          <w:sz w:val="20"/>
        </w:rPr>
        <w:t>8:46  har qaum ubharti hai, musalman ubhre the isi tarah se pehle. to kiya hua ke Africa mein, Asia mein woh phail gaye.</w:t>
      </w:r>
      <w:r>
        <w:br/>
      </w:r>
      <w:r>
        <w:rPr>
          <w:sz w:val="20"/>
        </w:rPr>
        <w:t>8:54  to musalmanon ne kiya kiya? woh ladna shuru kar diya, ladna, ladna, ladna. yani un ke paas is ka jo response tha, woh negative response tha, sirf kuch soch nahi sake.</w:t>
      </w:r>
      <w:r>
        <w:br/>
      </w:r>
      <w:r>
        <w:rPr>
          <w:sz w:val="20"/>
        </w:rPr>
        <w:t>9:06  ke woh sochte hain ke aakhir yeh kaun log hain? un ki is un ka un ki taqat kya hai? kaun si nai cheez unhone hasil ki hai ke dunya ko overpower kar rahe hain?</w:t>
      </w:r>
      <w:r>
        <w:br/>
      </w:r>
      <w:r>
        <w:rPr>
          <w:sz w:val="20"/>
        </w:rPr>
        <w:t>9:17  yeh</w:t>
      </w:r>
      <w:r>
        <w:br/>
      </w:r>
      <w:r>
        <w:rPr>
          <w:sz w:val="20"/>
        </w:rPr>
        <w:t>9:19  to jab bhi aadmi react kare, sirf to is ka matlab kiya hai? is ke andar creative thinking nahi hai.</w:t>
      </w:r>
      <w:r>
        <w:br/>
      </w:r>
      <w:r>
        <w:rPr>
          <w:sz w:val="20"/>
        </w:rPr>
        <w:t>9:31  creative thinking nahi hai.</w:t>
      </w:r>
      <w:r>
        <w:br/>
      </w:r>
      <w:r>
        <w:rPr>
          <w:sz w:val="20"/>
        </w:rPr>
        <w:t>9:33  ab is ke baad jo silsila hai, woh ladai ka silsila shuru hua. to do so saal se musalman lad rahe hain, aaj tak lade chale ja rahe hain, abhi bhi.</w:t>
      </w:r>
      <w:r>
        <w:br/>
      </w:r>
      <w:r>
        <w:rPr>
          <w:sz w:val="20"/>
        </w:rPr>
        <w:t>9:44  yani is ka response unhon ne diya, armed struggle, jis ko kehte hain jihad. halanke sahi response yeh tha, daawa work, peaceful daawa work.</w:t>
      </w:r>
      <w:r>
        <w:br/>
      </w:r>
      <w:r>
        <w:rPr>
          <w:sz w:val="20"/>
        </w:rPr>
        <w:t>9:54  kyunke yeh yeh naye log jo the, woh ek bohat bari cheez laye thay. yani apne aap ko laye thay aap ke paas.</w:t>
      </w:r>
      <w:r>
        <w:br/>
      </w:r>
      <w:r>
        <w:rPr>
          <w:sz w:val="20"/>
        </w:rPr>
        <w:t>10:02  woh yani madu aap ke paas pohanch gaya tha.</w:t>
      </w:r>
      <w:r>
        <w:br/>
      </w:r>
      <w:r>
        <w:rPr>
          <w:sz w:val="20"/>
        </w:rPr>
        <w:t>10:07  yeh saare log madu thay. jis tarah tatari madu thay, muslim world mein aa gaye to tatariyon par daawa work kiya gaya. to kya hua?</w:t>
      </w:r>
      <w:r>
        <w:br/>
      </w:r>
      <w:r>
        <w:rPr>
          <w:sz w:val="20"/>
        </w:rPr>
        <w:t>10:20  pachas saal ke andar woh khud islam ke fold mein aa gaye aur woh islam ke pasbah ban gaye. to yeh jo qaumein aayi thin, european qaumein, un ka aane ke maani kya thay?</w:t>
      </w:r>
      <w:r>
        <w:br/>
      </w:r>
      <w:r>
        <w:rPr>
          <w:sz w:val="20"/>
        </w:rPr>
        <w:t>10:33  ke madu khud daai ke haan pohanch gaya.</w:t>
      </w:r>
      <w:r>
        <w:br/>
      </w:r>
      <w:r>
        <w:rPr>
          <w:sz w:val="20"/>
        </w:rPr>
        <w:t>10:38  kaisi ajeeb baat thi yeh! yani madu ko talash karne ke liye aap jayen, safar kar ke wahan, aur jab ke madu Khuda ke paas aa jaye.</w:t>
      </w:r>
      <w:r>
        <w:br/>
      </w:r>
      <w:r>
        <w:rPr>
          <w:sz w:val="20"/>
        </w:rPr>
        <w:t>10:48  yani customer khud aa gaya businessman ke paas. ek to hai customer dhoond raha hai, dhoonda jaye. yani businessman nikle dhoondne ke liye, aur ek hai customer khud aap ke paas aa jaye.</w:t>
      </w:r>
      <w:r>
        <w:br/>
      </w:r>
      <w:r>
        <w:rPr>
          <w:sz w:val="20"/>
        </w:rPr>
        <w:t>11:03  to woh positive response hota.</w:t>
      </w:r>
      <w:r>
        <w:br/>
      </w:r>
      <w:r>
        <w:rPr>
          <w:sz w:val="20"/>
        </w:rPr>
        <w:t>11:05  agar musalman in aanay walon ko madu ke roop mein dekh paate to woh positive response dete, daawa ki planning karte, phir modern communication ko istemal karte, printing press ko istemal karte,</w:t>
      </w:r>
      <w:r>
        <w:br/>
      </w:r>
      <w:r>
        <w:rPr>
          <w:sz w:val="20"/>
        </w:rPr>
        <w:t>11:21  wagera wagera. to creative thinking nahi thi logon ke andar.</w:t>
      </w:r>
      <w:r>
        <w:br/>
      </w:r>
      <w:r>
        <w:rPr>
          <w:sz w:val="20"/>
        </w:rPr>
        <w:t>11:27  ek bohat hi achi alamat yeh hai janne ki ke aadmi react kar raha hai ke positive response de raha hai.</w:t>
      </w:r>
      <w:r>
        <w:br/>
      </w:r>
      <w:r>
        <w:rPr>
          <w:sz w:val="20"/>
        </w:rPr>
        <w:t>11:38  agar react kare to us ke andar creative thinking nahi hai, aur positive response de to us ke andar creative thinking hai.</w:t>
      </w:r>
    </w:p>
    <w:p>
      <w:pPr>
        <w:pStyle w:val="Heading2"/>
      </w:pPr>
      <w:r>
        <w:t>Story of King Nowshirwan: freedom never existed before modern era</w:t>
      </w:r>
    </w:p>
    <w:p>
      <w:r>
        <w:rPr>
          <w:color w:val="666666"/>
          <w:sz w:val="18"/>
        </w:rPr>
        <w:t>Second Coming of Christian Model March 11, 2007 · 4m 19s · at 53:47 · https://youtu.be/hydvgblVSY4?t=3227</w:t>
      </w:r>
    </w:p>
    <w:p>
      <w:r>
        <w:rPr>
          <w:i/>
        </w:rPr>
        <w:t>“Modern civilization gave the world something for the very first time: real freedom.”</w:t>
      </w:r>
    </w:p>
    <w:p>
      <w:r>
        <w:rPr>
          <w:sz w:val="20"/>
        </w:rPr>
        <w:t>53:47  ek bilkul ek baseless baat hai. modern civilization jo hai, is ne jo cheezein paida ki hain nayi, is par ghor kijiye aap.</w:t>
      </w:r>
      <w:r>
        <w:br/>
      </w:r>
      <w:r>
        <w:rPr>
          <w:sz w:val="20"/>
        </w:rPr>
        <w:t>53:57  maslan is ki wajah se duniya mein pehli baar aisa hua hai ke dilchasp freedom aaya hai duniya mein.</w:t>
      </w:r>
      <w:r>
        <w:br/>
      </w:r>
      <w:r>
        <w:rPr>
          <w:sz w:val="20"/>
        </w:rPr>
        <w:t>54:07  is se pehle kabhi bhi dilchasp freedom duniya mein nahin tha. yeh kis ka hai? yani kaun laya hai?</w:t>
      </w:r>
      <w:r>
        <w:br/>
      </w:r>
      <w:r>
        <w:rPr>
          <w:sz w:val="20"/>
        </w:rPr>
        <w:t>54:15  yeh modern civilization laya hai. pehle zamane mein freedom ka jo koi concept nahin tha. main aap ko ek waqia bataoon, Iranian empire jab thi,</w:t>
      </w:r>
      <w:r>
        <w:br/>
      </w:r>
      <w:r>
        <w:rPr>
          <w:sz w:val="20"/>
        </w:rPr>
        <w:t>54:30  jis ko Sasanian empire kaha jata hai, to uska ek emperor tha Nausherwan.</w:t>
      </w:r>
      <w:r>
        <w:br/>
      </w:r>
      <w:r>
        <w:rPr>
          <w:sz w:val="20"/>
        </w:rPr>
        <w:t>54:38  Nausherwan ko aam taur par bahut just ruler mana jata hai. yani jo Sasanian empire mein jo king hue, is mein yeh bahut achha king mana jata hai.</w:t>
      </w:r>
      <w:r>
        <w:br/>
      </w:r>
      <w:r>
        <w:rPr>
          <w:sz w:val="20"/>
        </w:rPr>
        <w:t>54:49  tab bhi jo system tha, is ki wajah se kya hua? ek din Nausherwan ne kaha apne darbar mein, jo bahut saare log, parhe likhe log jama the,</w:t>
      </w:r>
      <w:r>
        <w:br/>
      </w:r>
      <w:r>
        <w:rPr>
          <w:sz w:val="20"/>
        </w:rPr>
        <w:t>55:02  is ne kaha ke aap mein se kisi ko hamare rule par, jo hamara system hai, political system, is par kuch kehna ho to keh sakta hai. woh koi kisi ko koi dissent ho, unhon ne is ko invite kiya ke mere political system par, yeh meri king, meri kingship par, kuch tum ko kehna ho to kaho.</w:t>
      </w:r>
      <w:r>
        <w:br/>
      </w:r>
      <w:r>
        <w:rPr>
          <w:sz w:val="20"/>
        </w:rPr>
        <w:t>55:23  to pehle log chup the. ek pause hua wahan par, phir ek aadmi khada hua aur is ne keh diya ke sahib, aap ne jo tax lagaye hain, woh tax jo hai, logon ke bojh se zyada hai.</w:t>
      </w:r>
      <w:r>
        <w:br/>
      </w:r>
      <w:r>
        <w:rPr>
          <w:sz w:val="20"/>
        </w:rPr>
        <w:t>55:36  ek saada, simple si baat kahi jo aap har waqt aap ghalat jab chaliye to koi pakadne wala nahin aap ka. agar aap kahin Government of India ne jo budget pesh kiya hai, woh galat hai to kaun pakdega aap ko?</w:t>
      </w:r>
      <w:r>
        <w:br/>
      </w:r>
      <w:r>
        <w:rPr>
          <w:sz w:val="20"/>
        </w:rPr>
        <w:t>55:48  abhi jo budget aaya hai parliament mein, is ke against mein boliye, aap lafzon mein bachiye, koi pakadne wala nahin hai. to ek aadmi ne keh diya ke aap ne jo tax lagaye hain, woh public ke bardasht se zyada hai.</w:t>
      </w:r>
      <w:r>
        <w:br/>
      </w:r>
      <w:r>
        <w:rPr>
          <w:sz w:val="20"/>
        </w:rPr>
        <w:t>56:04  to jante hain kya hua? is zamane mein hua karta tha qalamdan, aisa bada sa hota tha lakdi ka.</w:t>
      </w:r>
      <w:r>
        <w:br/>
      </w:r>
      <w:r>
        <w:rPr>
          <w:sz w:val="20"/>
        </w:rPr>
        <w:t>56:15  aap logon ne shayad nahin dekha hoga,</w:t>
      </w:r>
      <w:r>
        <w:br/>
      </w:r>
      <w:r>
        <w:rPr>
          <w:sz w:val="20"/>
        </w:rPr>
        <w:t>56:18  ek ek box hota tha, box lakdi ka banta tha, usi par pen hote the aur ink hoti thi. to pehle hua karta tha, main ne dekha hai qalamdan.</w:t>
      </w:r>
      <w:r>
        <w:br/>
      </w:r>
      <w:r>
        <w:rPr>
          <w:sz w:val="20"/>
        </w:rPr>
        <w:t>56:29  to Nausherwan ne order diya, yeh sahib jo hain, in ka dimagh bahut zyada, yani apne ko bahut qabil samajhte hain, bahut samajhte hain ke in ka</w:t>
      </w:r>
      <w:r>
        <w:br/>
      </w:r>
      <w:r>
        <w:rPr>
          <w:sz w:val="20"/>
        </w:rPr>
        <w:t>56:44  bahut learned aadmi hai, to in ko qalamdan se maro in ke sar par. to sahib, lakdi ka jo qalamdan tha, us se in ke sar par mara itna hua hai ke mar gaye, wahin wahin mar gaye, wahin khatam ho gaye, wahin</w:t>
      </w:r>
      <w:r>
        <w:br/>
      </w:r>
      <w:r>
        <w:rPr>
          <w:sz w:val="20"/>
        </w:rPr>
        <w:t>56:58  itna sar phat gaya in ka.</w:t>
      </w:r>
      <w:r>
        <w:br/>
      </w:r>
      <w:r>
        <w:rPr>
          <w:sz w:val="20"/>
        </w:rPr>
        <w:t>57:02  kai aadmi qalamdaan wahan kai hua karte the, kai aadmi qalamdaan leke uthe aur lage unke sar par maarne, wahin koi khatma ho gaya. to freedom ko ye nahin pehle zamane mein, kuch bhi freedom nahin thi pehle zamane mein.</w:t>
      </w:r>
      <w:r>
        <w:br/>
      </w:r>
      <w:r>
        <w:rPr>
          <w:sz w:val="20"/>
        </w:rPr>
        <w:t>57:16  wa ma na'budu illa billahil aliyil azeem, sirf ye kaha in logon ne ke hum ek khuda ko mante hain</w:t>
      </w:r>
      <w:r>
        <w:br/>
      </w:r>
      <w:r>
        <w:rPr>
          <w:sz w:val="20"/>
        </w:rPr>
        <w:t>57:24  aur unko daal diya aag mein, are chherwa diya gaya, talwar se maar diya gaya. ye quran mein surah buruj mein aap padh sakte hain, aap ye pehli history par ye quran mein reference hai ke pehle kya hua karta tha.</w:t>
      </w:r>
      <w:r>
        <w:br/>
      </w:r>
      <w:r>
        <w:rPr>
          <w:sz w:val="20"/>
        </w:rPr>
        <w:t>57:40  aaj aap dekhein ke yaani poori poori freedom aapko mili hui hai, wida out any restriction.</w:t>
      </w:r>
      <w:r>
        <w:br/>
      </w:r>
      <w:r>
        <w:rPr>
          <w:sz w:val="20"/>
        </w:rPr>
        <w:t>57:50  ye bahut bada ye gift hai modern civilization ka, bahut hi bada gift hai. poori poori history mein kabhi ye cheez nahin mili thi, freedom ke aap jo chahe sochiye, jo chahe boliye, jo chahe likhiye.</w:t>
      </w:r>
    </w:p>
    <w:p>
      <w:pPr>
        <w:pStyle w:val="Heading2"/>
      </w:pPr>
      <w:r>
        <w:t>Essence of Hajj: the Prophet's long prayer and vigil at Arafat</w:t>
      </w:r>
    </w:p>
    <w:p>
      <w:r>
        <w:rPr>
          <w:color w:val="666666"/>
          <w:sz w:val="18"/>
        </w:rPr>
        <w:t>The Farwell Hajj of The Prophet June 18, 2023 · 5m 28s · at 49:29 · https://youtu.be/jY24n6ArZaM?t=2969</w:t>
      </w:r>
    </w:p>
    <w:p>
      <w:r>
        <w:rPr>
          <w:i/>
        </w:rPr>
        <w:t>“After the sermon, the Prophet combined his prayers and turned to face the Qibla”</w:t>
      </w:r>
    </w:p>
    <w:p>
      <w:r>
        <w:rPr>
          <w:sz w:val="20"/>
        </w:rPr>
        <w:t>49:29  aj jab khutba khatm hua to phir rasool Allah sallallahu alaihi wasallam ne zuhr aur asr ki namaz padhi jama kar ke, yani pehle hi padh li. aur is ke baad, ah, jo pahad tha jis ko jabal-e-rahmah kehte hain, jahan par khutba diya tha, us se niche aa gaye aur phir kntiniyasli khade ho ke wahan dua ki.</w:t>
      </w:r>
      <w:r>
        <w:br/>
      </w:r>
      <w:r>
        <w:rPr>
          <w:sz w:val="20"/>
        </w:rPr>
        <w:t>49:48  ji, yani his hand was up in the sky like this, and he was praying for me five six or hours non-stopped.</w:t>
      </w:r>
      <w:r>
        <w:br/>
      </w:r>
      <w:r>
        <w:rPr>
          <w:sz w:val="20"/>
        </w:rPr>
        <w:t>49:57  aap tasawwur karein ke ji, ah, dhoop bhi hoti hai wahan aur panch chhe ghante tak, ah, ah, dua karte rahe aur haath aise, ah, aur ek log yeh samjhe ke shayad rasool Allah rozay se hain.</w:t>
      </w:r>
      <w:r>
        <w:br/>
      </w:r>
      <w:r>
        <w:rPr>
          <w:sz w:val="20"/>
        </w:rPr>
        <w:t>50:18  he was fasting, people thought he he might be fasting, chunke is is zamane mein sahaba Arafat ke din roza rakha karte the</w:t>
      </w:r>
      <w:r>
        <w:br/>
      </w:r>
      <w:r>
        <w:rPr>
          <w:sz w:val="20"/>
        </w:rPr>
        <w:t>50:26  to clear nahi tha unko ke, ah, rasool Allah, ah, rozay se hain. aur bahut garmi thi, log pani bhi nahi pi rahe the.</w:t>
      </w:r>
      <w:r>
        <w:br/>
      </w:r>
      <w:r>
        <w:rPr>
          <w:sz w:val="20"/>
        </w:rPr>
        <w:t>50:37  to Hazrat Maimuna R.A., jo prophet ki wife theen, unhon ne bhi dekha ke koi pani nahi pi raha hai aur is is wajah se shayad log samajhte hain.</w:t>
      </w:r>
      <w:r>
        <w:br/>
      </w:r>
      <w:r>
        <w:rPr>
          <w:sz w:val="20"/>
        </w:rPr>
        <w:t>50:46  to unhon ne ek glass, ah, doodh ka diya prophet ko.</w:t>
      </w:r>
      <w:r>
        <w:br/>
      </w:r>
      <w:r>
        <w:rPr>
          <w:sz w:val="20"/>
        </w:rPr>
        <w:t>50:52  to prophet aise dua kar rahe the to ek haath se glass liya aur woh samajh gaye ke yeh kyun diya ja raha hai taake logon ko pata chal chal jaye ke main ne roza nahi rakha.</w:t>
      </w:r>
      <w:r>
        <w:br/>
      </w:r>
      <w:r>
        <w:rPr>
          <w:sz w:val="20"/>
        </w:rPr>
        <w:t>51:02  to rasool Allah ne aise glass dikhaya logon ko ke: "I am going to drink this milk to show that I am not fasting." to rasool Allah ne phir piya is ko aur phir dua karne lage.</w:t>
      </w:r>
      <w:r>
        <w:br/>
      </w:r>
      <w:r>
        <w:rPr>
          <w:sz w:val="20"/>
        </w:rPr>
        <w:t>51:14  phir logon ne pani waghera jo un ke paas tha woh piya. to</w:t>
      </w:r>
      <w:r>
        <w:br/>
      </w:r>
      <w:r>
        <w:rPr>
          <w:sz w:val="20"/>
        </w:rPr>
        <w:t>51:19  yeh jo, ah, dua ki rasool Allah ne, ah, panch chhe ghante yahi darasal Hajj ka essence hai. isi liye prophet, ah, Muhammad (SAW) ne kaha tha ke: "Al Hajj Arafah" yani Hajj is Arafah, presence in Hajj, ah,</w:t>
      </w:r>
      <w:r>
        <w:br/>
      </w:r>
      <w:r>
        <w:rPr>
          <w:sz w:val="20"/>
        </w:rPr>
        <w:t>51:36  presence in Arafah is Hajj. ji</w:t>
      </w:r>
      <w:r>
        <w:br/>
      </w:r>
      <w:r>
        <w:rPr>
          <w:sz w:val="20"/>
        </w:rPr>
        <w:t>51:39  to, ah, ek, ah, chand, ah, duaen jo Maulana ne Hajj mein li hain woh main parhta hoon.</w:t>
      </w:r>
      <w:r>
        <w:br/>
      </w:r>
      <w:r>
        <w:rPr>
          <w:sz w:val="20"/>
        </w:rPr>
        <w:t>51:48  ji jis se andaza hoga ke kis tarah ki duaen rasool Allah (SAW) ne us waqt ki theen: "Ae Allah! tu meri baat sun raha hai aur tu meri jagah ko dekh raha hai, tu mere chhupe aur khule ko jaanta hai,</w:t>
      </w:r>
      <w:r>
        <w:br/>
      </w:r>
      <w:r>
        <w:rPr>
          <w:sz w:val="20"/>
        </w:rPr>
        <w:t>52:04  meri koi baat tujh se chhupti nahi hai.</w:t>
      </w:r>
      <w:r>
        <w:br/>
      </w:r>
      <w:r>
        <w:rPr>
          <w:sz w:val="20"/>
        </w:rPr>
        <w:t>52:07  main musibat zada hoon, mohtaj hoon, tujh se faryad kar raha hoon, teri panah chahta hoon, pareshan hoon, khauf zada hoon, apne gunahon ka iqrar aur eteraf kar raha hoon, tujh se be kas aadmi ki tarah sawal kar raha hoon</w:t>
      </w:r>
      <w:r>
        <w:br/>
      </w:r>
      <w:r>
        <w:rPr>
          <w:sz w:val="20"/>
        </w:rPr>
        <w:t>52:26  aur gunhegar aur haqeer insaan ki tarah tere samne gidgida raha hoon aur tujh se khauf zada aur ift rasida aadmi ke manind sawal karta hoon jaise woh shakhs jis ki gardan tere aage jhuki hui ho aur us ki aankhen tere liye beh padi hon aur us ka jism tere samne kaanp raha ho aur apni naak woh tere samne ragad raha ho.</w:t>
      </w:r>
      <w:r>
        <w:br/>
      </w:r>
      <w:r>
        <w:rPr>
          <w:sz w:val="20"/>
        </w:rPr>
        <w:t>52:51  Ae Allah! tu mujhe apni dua mangne se nakaam na rakh aur tu</w:t>
      </w:r>
      <w:r>
        <w:br/>
      </w:r>
      <w:r>
        <w:rPr>
          <w:sz w:val="20"/>
        </w:rPr>
        <w:t>52:57  mere haq mein bara meherban, nihayat reham wala hai, ae tamam mange jaane walon se behtar aur ae sab se dene walon se acha.</w:t>
      </w:r>
      <w:r>
        <w:br/>
      </w:r>
      <w:r>
        <w:rPr>
          <w:sz w:val="20"/>
        </w:rPr>
        <w:t>53:09  " to yeh ek namuna hai jis se aap andaza kar sakte hain ke kis tarah ki gehri, bahut hi zabard</w:t>
      </w:r>
      <w:r>
        <w:br/>
      </w:r>
      <w:r>
        <w:rPr>
          <w:sz w:val="20"/>
        </w:rPr>
        <w:t>53:15  ast duaen rasool Allah, ah, ke dil se us waqt nikal rahi theen. aur isi liye, ah, ah, is ko, ah,</w:t>
      </w:r>
      <w:r>
        <w:br/>
      </w:r>
      <w:r>
        <w:rPr>
          <w:sz w:val="20"/>
        </w:rPr>
        <w:t>53:29  Al Hajj wa Arafah kaha gaya hai yani Arafat mein maujoodgi haji ki wohi darasal Hajj hai. aur hadith mein aata hai ke: "In this day God himself descend to the lowest heaven and call all the angels and he he tells them that he he he he sees to the angels that look at at my servants,</w:t>
      </w:r>
      <w:r>
        <w:br/>
      </w:r>
      <w:r>
        <w:rPr>
          <w:sz w:val="20"/>
        </w:rPr>
        <w:t>53:57  they have come from all over and they are thirsty, they are hungry aur dhool un ke upar hai. kapde zahir hai ke safar kar ke aaye hain to dhool lagi hui hai aur aur woh faryad kar rahe hain.</w:t>
      </w:r>
      <w:r>
        <w:br/>
      </w:r>
      <w:r>
        <w:rPr>
          <w:sz w:val="20"/>
        </w:rPr>
        <w:t>54:12  to, ah, Allah taala kehta hai farishton se ke: "Bear witness, ah, that I have forgiven them." ji ke tum gawah rehna ae farishton, main ne un sab ko maaf kar kar diya</w:t>
      </w:r>
      <w:r>
        <w:br/>
      </w:r>
      <w:r>
        <w:rPr>
          <w:sz w:val="20"/>
        </w:rPr>
        <w:t>54:25  hai. yani aap tasawwur karein ke, ah, when the prophet was praying and Hazrat Abu Bakr R.A. and Hazrat Aisha R.A. and, ah, ah, Hazrat Umm Salama R.A. and Hazrat Usman, Hazrat Ali,</w:t>
      </w:r>
      <w:r>
        <w:br/>
      </w:r>
      <w:r>
        <w:rPr>
          <w:sz w:val="20"/>
        </w:rPr>
        <w:t>54:46  ah, and Hazrat Fatima, they are, they are all praying together and in complete silence. and what kind of blessings were descending upon them at that time.</w:t>
      </w:r>
    </w:p>
    <w:p>
      <w:pPr>
        <w:pStyle w:val="Heading2"/>
      </w:pPr>
      <w:r>
        <w:t>How ideological obsession twisted two Quranic verses politically</w:t>
      </w:r>
    </w:p>
    <w:p>
      <w:r>
        <w:rPr>
          <w:color w:val="666666"/>
          <w:sz w:val="18"/>
        </w:rPr>
        <w:t>Islam and Democracy January 23, 2011 · 5m 00s · at 39:44 · https://youtu.be/SgxyqSf267U?t=2384</w:t>
      </w:r>
    </w:p>
    <w:p>
      <w:r>
        <w:rPr>
          <w:i/>
        </w:rPr>
        <w:t>“Obsession bends the mind — watch this Quran misreading”</w:t>
      </w:r>
    </w:p>
    <w:p>
      <w:r>
        <w:rPr>
          <w:sz w:val="20"/>
        </w:rPr>
        <w:t>39:44  matlab obsession jo hai woh woh aa kar ke wahan aap ko aap ke zehan ko mor deta hai jaise misaal ke tor par dekhiye</w:t>
      </w:r>
      <w:r>
        <w:br/>
      </w:r>
      <w:r>
        <w:rPr>
          <w:sz w:val="20"/>
        </w:rPr>
        <w:t>39:56  sehat kutub ki taqreer woh hai sehat kutub ki tafseer hai sehat kutub misr ke bohat top ke leader thay to un ki tafseer hai fi zilal al quran poori tafseer quran majeed ki arabi zaban mein fi zilal al quran</w:t>
      </w:r>
      <w:r>
        <w:br/>
      </w:r>
      <w:r>
        <w:rPr>
          <w:sz w:val="20"/>
        </w:rPr>
        <w:t>40:13  to wo wahi political depression wale aadmi the wo</w:t>
      </w:r>
      <w:r>
        <w:br/>
      </w:r>
      <w:r>
        <w:rPr>
          <w:sz w:val="20"/>
        </w:rPr>
        <w:t>40:17  to ab quran padhte padhte yahan tak pahunche jab wo</w:t>
      </w:r>
      <w:r>
        <w:br/>
      </w:r>
      <w:r>
        <w:rPr>
          <w:sz w:val="20"/>
        </w:rPr>
        <w:t>40:22  misr ka jo misr mein jo firoun ka jo qissa hai</w:t>
      </w:r>
      <w:r>
        <w:br/>
      </w:r>
      <w:r>
        <w:rPr>
          <w:sz w:val="20"/>
        </w:rPr>
        <w:t>40:27  ke hazrat moosa</w:t>
      </w:r>
      <w:r>
        <w:br/>
      </w:r>
      <w:r>
        <w:rPr>
          <w:sz w:val="20"/>
        </w:rPr>
        <w:t>40:30  ne jab dawat di tauheed ki</w:t>
      </w:r>
      <w:r>
        <w:br/>
      </w:r>
      <w:r>
        <w:rPr>
          <w:sz w:val="20"/>
        </w:rPr>
        <w:t>40:34  to firoun ne apne darbaariyon se mukhatib karte hue kaha ke dekho</w:t>
      </w:r>
      <w:r>
        <w:br/>
      </w:r>
      <w:r>
        <w:rPr>
          <w:sz w:val="20"/>
        </w:rPr>
        <w:t>40:39  moosa jo hain tum ko apne mulk se be-dakhal karna chahte hain</w:t>
      </w:r>
      <w:r>
        <w:br/>
      </w:r>
      <w:r>
        <w:rPr>
          <w:sz w:val="20"/>
        </w:rPr>
        <w:t>40:45  yani yani ko mun</w:t>
      </w:r>
      <w:r>
        <w:br/>
      </w:r>
      <w:r>
        <w:rPr>
          <w:sz w:val="20"/>
        </w:rPr>
        <w:t>40:49  matlab hamari jo hukoomat hai is ko khatam kar ke apni hukoomat qaim karna chahte hain yeh firoun ne kaha bas in ko mil gaya dekho yeh hai in ka in ka jo mission tha political mission tha aur likh diya unhon ne ke moosa ka jo mission tha woh political mission tha wahan par chahte thay hukoomat qaim karna woh khudai hukoomat yani bilkul baseless baat hai</w:t>
      </w:r>
      <w:r>
        <w:br/>
      </w:r>
      <w:r>
        <w:rPr>
          <w:sz w:val="20"/>
        </w:rPr>
        <w:t>41:16  yani aap ghor kijiye ke moosa ka mission jo hai moosa ki taqreer se niklega firoun ki taqreer se nahi niklega yani firoun ka jo statement hai us se nahi niklega moosa ka mission kya tha moosa ka apna bayan kya us se niklega moosa ka mission kaisi anokhi</w:t>
      </w:r>
      <w:r>
        <w:br/>
      </w:r>
      <w:r>
        <w:rPr>
          <w:sz w:val="20"/>
        </w:rPr>
        <w:t>41:36  ye baat hai phir aap dekhiye allah taala ki madad mili aap ko aur moosa ka poora jo</w:t>
      </w:r>
      <w:r>
        <w:br/>
      </w:r>
      <w:r>
        <w:rPr>
          <w:sz w:val="20"/>
        </w:rPr>
        <w:t>41:42  army thi wo wo gharaq ho gayi</w:t>
      </w:r>
      <w:r>
        <w:br/>
      </w:r>
      <w:r>
        <w:rPr>
          <w:sz w:val="20"/>
        </w:rPr>
        <w:t>41:46  samandar mein aur wahan par bilkul maidan khaali ho gaya hazrat moosa ke liye lekin kya kiya unhone</w:t>
      </w:r>
      <w:r>
        <w:br/>
      </w:r>
      <w:r>
        <w:rPr>
          <w:sz w:val="20"/>
        </w:rPr>
        <w:t>41:53  misr ko chhod kar desert mein chale gaye seerah mein chale gaye</w:t>
      </w:r>
      <w:r>
        <w:br/>
      </w:r>
      <w:r>
        <w:rPr>
          <w:sz w:val="20"/>
        </w:rPr>
        <w:t>41:58  to kaise naadan the wo</w:t>
      </w:r>
      <w:r>
        <w:br/>
      </w:r>
      <w:r>
        <w:rPr>
          <w:sz w:val="20"/>
        </w:rPr>
        <w:t>42:01  agar chahte the wo hukoomat qayam karna to ab to maidan khaali tha unke liye</w:t>
      </w:r>
      <w:r>
        <w:br/>
      </w:r>
      <w:r>
        <w:rPr>
          <w:sz w:val="20"/>
        </w:rPr>
        <w:t>42:06  ab to misr mein hukoomat qaim karte hain apni woh to yeh itna zyada yani absurd reasoning yeh hai lekin un ke mind ke obsession ki wajah se is ko unhon ne le liya apne matlab mein ke bas dekho nikal aayi political yani interpretation mera yahan sabit ho gaya halanke sabit kuch bhi nahi hua</w:t>
      </w:r>
      <w:r>
        <w:br/>
      </w:r>
      <w:r>
        <w:rPr>
          <w:sz w:val="20"/>
        </w:rPr>
        <w:t>42:31  aisi hi dekhiye abu mehdi sahab jo doosre is ke woh hain bade wakeel political interpretation ke to unhon ne quran parhte parhte yahan pohanche woh ke qawwamun bil qist qist ke qawwam bano ab woh kya matlab nikal liya unhon ne ke dekho qist qaim karo aur insaaf qaim karo justice qaim karo aur justice ka nizam qaim karo halanke yahan aisa kuch bhi nahi hai dekhein qawwam jo hai woh</w:t>
      </w:r>
      <w:r>
        <w:br/>
      </w:r>
      <w:r>
        <w:rPr>
          <w:sz w:val="20"/>
        </w:rPr>
        <w:t>43:00  woh jo hai woh hai passive voice hai active voice nahi hai</w:t>
      </w:r>
      <w:r>
        <w:br/>
      </w:r>
      <w:r>
        <w:rPr>
          <w:sz w:val="20"/>
        </w:rPr>
        <w:t>43:19  woh jo hai woh hai passive voice hai active voice nahi hai</w:t>
      </w:r>
      <w:r>
        <w:br/>
      </w:r>
      <w:r>
        <w:rPr>
          <w:sz w:val="20"/>
        </w:rPr>
        <w:t>43:25  yani is ka matlab qaim karne wala nahi hai qaim ho jane wala ke tum khoob khoob insaaf par qaim ho jao yani yahan koi unhon ne kaha individual character ki baat kahi gayi hai ke har aadmi ko chahiye ke woh khoob khoob apne individual behavior mein insaaf barte</w:t>
      </w:r>
      <w:r>
        <w:br/>
      </w:r>
      <w:r>
        <w:rPr>
          <w:sz w:val="20"/>
        </w:rPr>
        <w:t>43:44  ab is ko active voice mein le liya unhon ne ke nizam qaim karo hukoomaton ko todo aur power political power par qabza karo kyunke is ke baghair nizam qaim nahi ho sakta hai yeh kya hai obsession jab bhi aap kisi obsession mein hon to baatein aap ko samajh mein nahi aayengi kuch kuch matlab aap ki jaanib ban jayega</w:t>
      </w:r>
      <w:r>
        <w:br/>
      </w:r>
      <w:r>
        <w:rPr>
          <w:sz w:val="20"/>
        </w:rPr>
        <w:t>44:10  to surah quran o hadees ko aisi kar rakha hai unhon ne</w:t>
      </w:r>
      <w:r>
        <w:br/>
      </w:r>
      <w:r>
        <w:rPr>
          <w:sz w:val="20"/>
        </w:rPr>
        <w:t>44:16  to islam ka islam ka islam ka jo process tha yani jo democracy ka woh wahan is tarah ki rukawatein nahi thi political interpretation ki jaisi rukawatein to wahan chalta raha chalta raha chalta raha woh aur europe mein is ka culmination hua muslim dunya mein yeh yeh nazariya aa gaya political interpretation ka nazariya nateeja kya hua ke muslim dunya mein sirf ladai bhadai ho rahi hai khali</w:t>
      </w:r>
    </w:p>
    <w:p>
      <w:pPr>
        <w:pStyle w:val="Heading2"/>
      </w:pPr>
      <w:r>
        <w:t>Difference between Maulana and Moududi's approach to Quran</w:t>
      </w:r>
    </w:p>
    <w:p>
      <w:r>
        <w:rPr>
          <w:color w:val="666666"/>
          <w:sz w:val="18"/>
        </w:rPr>
        <w:t>Prophetic Model February 16, 2014 · 3m 01s · at 50:32 · https://youtu.be/ypIIqSmExzk?t=3032</w:t>
      </w:r>
    </w:p>
    <w:p>
      <w:r>
        <w:rPr>
          <w:i/>
        </w:rPr>
        <w:t>“Dekhiye asal cheez yeh hai ke main ne muddaton tak Quran padha”</w:t>
      </w:r>
    </w:p>
    <w:p>
      <w:r>
        <w:rPr>
          <w:sz w:val="20"/>
        </w:rPr>
        <w:t>50:32  Confusion to is mein koi nahi hai. Dekhiye,</w:t>
      </w:r>
      <w:r>
        <w:br/>
      </w:r>
      <w:r>
        <w:rPr>
          <w:sz w:val="20"/>
        </w:rPr>
        <w:t>50:38  Asal cheez yeh hai ke maine muddaton tak Quran ko parha. Quran ko parh kar ke</w:t>
      </w:r>
      <w:r>
        <w:br/>
      </w:r>
      <w:r>
        <w:rPr>
          <w:sz w:val="20"/>
        </w:rPr>
        <w:t>50:48  maine yeh jaana ke Allah ka jo sab se bara yaani</w:t>
      </w:r>
      <w:r>
        <w:br/>
      </w:r>
      <w:r>
        <w:rPr>
          <w:sz w:val="20"/>
        </w:rPr>
        <w:t>50:59  jo sab se bari cheez jo Allah ko matloob hai woh yeh hai ke hum Allah ke paigham pohanchayen logon tak. To Quran ke jis safhe ko mein aap dekhen ke us mein dawat ka angle hi milega aap ko.</w:t>
      </w:r>
      <w:r>
        <w:br/>
      </w:r>
      <w:r>
        <w:rPr>
          <w:sz w:val="20"/>
        </w:rPr>
        <w:t>51:12  Direct ya indirect. To mujhe to Quran kitab-e-dawat maloom hua.</w:t>
      </w:r>
      <w:r>
        <w:br/>
      </w:r>
      <w:r>
        <w:rPr>
          <w:sz w:val="20"/>
        </w:rPr>
        <w:t>51:20  Maulana Maududi ka mamla yeh hai ke unhon ne khud likha hai ke yahan Delhi mein ek waqea hua tha qatal ka.</w:t>
      </w:r>
      <w:r>
        <w:br/>
      </w:r>
      <w:r>
        <w:rPr>
          <w:sz w:val="20"/>
        </w:rPr>
        <w:t>51:30  Ek ek Hindu leader thay, unhon ne Rasool Allah ke bare mein kuch likh diya tha to ek Musalman ghussa ho gaya aur us ko qatal kar diya. Yeh British period ki baat hai.</w:t>
      </w:r>
      <w:r>
        <w:br/>
      </w:r>
      <w:r>
        <w:rPr>
          <w:sz w:val="20"/>
        </w:rPr>
        <w:t>51:40  To Delhi ke Jama Masjid mein ek jalsa hua. To us waqt yeh kaha janay laga tha ke Islam jo hai violence ka mazhab hai.</w:t>
      </w:r>
      <w:r>
        <w:br/>
      </w:r>
      <w:r>
        <w:rPr>
          <w:sz w:val="20"/>
        </w:rPr>
        <w:t>51:52  Islam jo hai woh tashaddud ka mazhab hai. To Maulana Maududi jo Hazrat us zamane mein zinda thay, unhon ne taqreer ki Jama Masjid Delhi mein.</w:t>
      </w:r>
      <w:r>
        <w:br/>
      </w:r>
      <w:r>
        <w:rPr>
          <w:sz w:val="20"/>
        </w:rPr>
        <w:t>52:04  Unhon ne kaha ke kaash koi Musalman hota jo is propaganda ko khatam karta. Yaani Maulana Muhammad Maududi ne is aadmi ko condemn nahi kiya jis ne sirf gustakhi ki baat ko le kar qatal kar dala tha.</w:t>
      </w:r>
      <w:r>
        <w:br/>
      </w:r>
      <w:r>
        <w:rPr>
          <w:sz w:val="20"/>
        </w:rPr>
        <w:t>52:18  Yeh to mere nazdeek bilkul Islam nahi tha, harkat Islam nahi thi yeh. To Maulana Maududi ne us ko condemn nahi kiya balkeh yeh kaha ke Islam ka nazariya pesh kiya jaye.</w:t>
      </w:r>
      <w:r>
        <w:br/>
      </w:r>
      <w:r>
        <w:rPr>
          <w:sz w:val="20"/>
        </w:rPr>
        <w:t>52:29  To Maulana Maududi ne likha hai ke main wahan maujood tha us waqt woh us majlis mein. Isi waqt maine faisla kar liya ke mujhe yahi kaam karna hai.</w:t>
      </w:r>
      <w:r>
        <w:br/>
      </w:r>
      <w:r>
        <w:rPr>
          <w:sz w:val="20"/>
        </w:rPr>
        <w:t>52:40  To unhon ne likha hai khud ke us ne meri zindagi ka course muayyan kar diya hai. Course. To unhon ne kitab likhi Al-Jihad fil Islam.</w:t>
      </w:r>
      <w:r>
        <w:br/>
      </w:r>
      <w:r>
        <w:rPr>
          <w:sz w:val="20"/>
        </w:rPr>
        <w:t>52:49  To us ke baad jo course muayyan hua un ka to bas wohi political pehlu un ke zehn mein aata gaya. Har cheez ko political angle se dekhna.</w:t>
      </w:r>
      <w:r>
        <w:br/>
      </w:r>
      <w:r>
        <w:rPr>
          <w:sz w:val="20"/>
        </w:rPr>
        <w:t>52:59  Main Allah ke fazl se is qism ki cheezon se mutasir nahi hua. Main to Quran ko parha aur mujhe nazar aaya ke Quran jo hai kitab-e-dawat hai to main wohi dawat ki baat har lehaz se likhne aur bolne laga.</w:t>
      </w:r>
      <w:r>
        <w:br/>
      </w:r>
      <w:r>
        <w:rPr>
          <w:sz w:val="20"/>
        </w:rPr>
        <w:t>53:13  To Maulana Maududi halaat ka product thay aur main mutala-e-Quran ka product hoon. Yeh ek haqeeqat hai.</w:t>
      </w:r>
      <w:r>
        <w:br/>
      </w:r>
      <w:r>
        <w:rPr>
          <w:sz w:val="20"/>
        </w:rPr>
        <w:t>53:22  Agar aap dono ke halaat ka mutala karen to aap payenge ke main mutala-e-Quran ka product hoon. Aur Maulana Maududi jo thay woh apne zamane ke halaat ka product thay.</w:t>
      </w:r>
    </w:p>
    <w:p>
      <w:pPr>
        <w:pStyle w:val="Heading2"/>
      </w:pPr>
      <w:r>
        <w:t>Abu Dharr returns after 15 years with his entire tribe</w:t>
      </w:r>
    </w:p>
    <w:p>
      <w:r>
        <w:rPr>
          <w:color w:val="666666"/>
          <w:sz w:val="18"/>
        </w:rPr>
        <w:t>Timeless Wisdom from the Life of Abu Dharr al-Ghifari December 21, 2025 · 5m 25s · at 14:09 · https://youtu.be/CDBjybktCDM?t=849</w:t>
      </w:r>
    </w:p>
    <w:p>
      <w:r>
        <w:rPr>
          <w:i/>
        </w:rPr>
        <w:t>“What happened when he returned after such a long gap?”</w:t>
      </w:r>
    </w:p>
    <w:p>
      <w:r>
        <w:rPr>
          <w:sz w:val="20"/>
        </w:rPr>
        <w:t>14:08  yaar,</w:t>
      </w:r>
      <w:r>
        <w:br/>
      </w:r>
      <w:r>
        <w:rPr>
          <w:sz w:val="20"/>
        </w:rPr>
        <w:t>14:09  so then, doctor sahib, what happened when he returned after such a long gap of time? and how did he bring his people to the prophet?</w:t>
      </w:r>
      <w:r>
        <w:br/>
      </w:r>
      <w:r>
        <w:rPr>
          <w:sz w:val="20"/>
        </w:rPr>
        <w:t>14:18  please tell us about that. Yes, after many, many years, I think 14, 15 years, the Prophet migrated about 13 years from that meeting,</w:t>
      </w:r>
      <w:r>
        <w:br/>
      </w:r>
      <w:r>
        <w:rPr>
          <w:sz w:val="20"/>
        </w:rPr>
        <w:t>14:32  and I think he, Abuzar came after 15 years to Madinah. So he also migrated to Madinah, and he traveled with his tribe.</w:t>
      </w:r>
      <w:r>
        <w:br/>
      </w:r>
      <w:r>
        <w:rPr>
          <w:sz w:val="20"/>
        </w:rPr>
        <w:t>14:47  there were so many in number that from a distance, they looked like an army. right,</w:t>
      </w:r>
      <w:r>
        <w:br/>
      </w:r>
      <w:r>
        <w:rPr>
          <w:sz w:val="20"/>
        </w:rPr>
        <w:t>14:54  So when the people of Madinah saw them coming in such a large number, they were terrified, and they thought that an army was coming to attack them.</w:t>
      </w:r>
      <w:r>
        <w:br/>
      </w:r>
      <w:r>
        <w:rPr>
          <w:sz w:val="20"/>
        </w:rPr>
        <w:t>15:04  but they were the people of Abuzar al Ghiffari Raziallah Anhu, Banu Ghiffar tribe and Banu Aslam tribe. He brought two tribes with him.</w:t>
      </w:r>
      <w:r>
        <w:br/>
      </w:r>
      <w:r>
        <w:rPr>
          <w:sz w:val="20"/>
        </w:rPr>
        <w:t>15:17  abuzar brought his tribe and brought another tribe which is named banu aslam,</w:t>
      </w:r>
      <w:r>
        <w:br/>
      </w:r>
      <w:r>
        <w:rPr>
          <w:sz w:val="20"/>
        </w:rPr>
        <w:t>15:24  and the people of banu aslam are called aslamis. okay, if you remember, I mentioned one hadith of a person from banu aslam, his name was rabi'ah ibn ka'b al aslami.</w:t>
      </w:r>
      <w:r>
        <w:br/>
      </w:r>
      <w:r>
        <w:rPr>
          <w:sz w:val="20"/>
        </w:rPr>
        <w:t>15:41  he was a young sahabi, and he was from ashab al suffah, and he was like serving</w:t>
      </w:r>
      <w:r>
        <w:br/>
      </w:r>
      <w:r>
        <w:rPr>
          <w:sz w:val="20"/>
        </w:rPr>
        <w:t>15:48  with the Prophet. He used to, he was a young man, and he was mostly staying just in front of the Prophet's door.</w:t>
      </w:r>
      <w:r>
        <w:br/>
      </w:r>
      <w:r>
        <w:rPr>
          <w:sz w:val="20"/>
        </w:rPr>
        <w:t>15:58  saw his desire in it, Prophet needs something, and he wants some water or something, he would bring</w:t>
      </w:r>
      <w:r>
        <w:br/>
      </w:r>
      <w:r>
        <w:rPr>
          <w:sz w:val="20"/>
        </w:rPr>
        <w:t>16:03  ing. So one, one, one day, the Prophet got up for Fajr prayer, and he came out from his door, and Rabia ibn Kaab radiallahuanh was there.</w:t>
      </w:r>
      <w:r>
        <w:br/>
      </w:r>
      <w:r>
        <w:rPr>
          <w:sz w:val="20"/>
        </w:rPr>
        <w:t>16:18  So, at that time, and the Prophet was doing ablution, and then Prophet saw him, and he realized that he is a really very needy person. So, he, the Prophet said,</w:t>
      </w:r>
      <w:r>
        <w:br/>
      </w:r>
      <w:r>
        <w:rPr>
          <w:sz w:val="20"/>
        </w:rPr>
        <w:t>16:32  "asksmithing</w:t>
      </w:r>
      <w:r>
        <w:br/>
      </w:r>
      <w:r>
        <w:rPr>
          <w:sz w:val="20"/>
        </w:rPr>
        <w:t>16:33  . "Right, meaning the Prophet will make dua, and you know, if the Prophet makes dua, to barsa jayega asman se.</w:t>
      </w:r>
      <w:r>
        <w:br/>
      </w:r>
      <w:r>
        <w:rPr>
          <w:sz w:val="20"/>
        </w:rPr>
        <w:t>16:42  Right, to he said, "No, I just want your companionship in Paradise." Beshak, so the Prophet said, "No, no, I am talking, I am not talking about hereafter, I am talking about this dunya. You want a house, you want a family, you want a wife, you want some money." And he said, "No,</w:t>
      </w:r>
      <w:r>
        <w:br/>
      </w:r>
      <w:r>
        <w:rPr>
          <w:sz w:val="20"/>
        </w:rPr>
        <w:t>17:00  Oh, any of your companionship in jahan." So the prophet said, "Okay, you he was smithing very heavy, so help me your prosthetic shins." So that kind of people,</w:t>
      </w:r>
      <w:r>
        <w:br/>
      </w:r>
      <w:r>
        <w:rPr>
          <w:sz w:val="20"/>
        </w:rPr>
        <w:t>17:14  Ah, so as was the tribe, ah, ah, called, ah, Aslam tribe. So a huge population of Aslam tribe also traveled, ah, would come to Madina.</w:t>
      </w:r>
      <w:r>
        <w:br/>
      </w:r>
      <w:r>
        <w:rPr>
          <w:sz w:val="20"/>
        </w:rPr>
        <w:t>17:27  So, ah, Abuzar Radiallahuanh finally met the Prophet and said, "Ya Rasulullah, I brought all my people to you." So the Prophet was really</w:t>
      </w:r>
      <w:r>
        <w:br/>
      </w:r>
      <w:r>
        <w:rPr>
          <w:sz w:val="20"/>
        </w:rPr>
        <w:t>17:38  at one moment of great joy, ah, for the Prophet, as he saw the huge number, tribe, tribe of Ghaffar and Aslam.</w:t>
      </w:r>
      <w:r>
        <w:br/>
      </w:r>
      <w:r>
        <w:rPr>
          <w:sz w:val="20"/>
        </w:rPr>
        <w:t>17:48  And, ah, when the Prophet first met them, Prophet prayed, "Ghaffar, ghafarallaha, may Allah forgive that tribe Ghaffar." And Prophet also prayed for Aslam tribe, "Aslam, salmullah, salmullah,</w:t>
      </w:r>
      <w:r>
        <w:br/>
      </w:r>
      <w:r>
        <w:rPr>
          <w:sz w:val="20"/>
        </w:rPr>
        <w:t>18:09  meallah grant saftitaslam trib</w:t>
      </w:r>
      <w:r>
        <w:br/>
      </w:r>
      <w:r>
        <w:rPr>
          <w:sz w:val="20"/>
        </w:rPr>
        <w:t>18:13  and so, the Prophet took their names, and he made a good woman out of them. This was Prophet's practice. When I heard the Prophet says something positive and good, he would turn it into a very creative dua.</w:t>
      </w:r>
      <w:r>
        <w:br/>
      </w:r>
      <w:r>
        <w:rPr>
          <w:sz w:val="20"/>
        </w:rPr>
        <w:t>18:30  So this was a very important part of his teaching, and he made a meaningful dua, teachings that connect everything good back to God.</w:t>
      </w:r>
      <w:r>
        <w:br/>
      </w:r>
      <w:r>
        <w:rPr>
          <w:sz w:val="20"/>
        </w:rPr>
        <w:t>18:42  Abu Dharr Radiallahu Anhu, as I told you, was not an assigned for last 15 years, between his return, he brought the entire people. So, one person,</w:t>
      </w:r>
      <w:r>
        <w:br/>
      </w:r>
      <w:r>
        <w:rPr>
          <w:sz w:val="20"/>
        </w:rPr>
        <w:t>18:56  ah, sincerely with complete trust, ah, ah, and God works for the dissemination of knowledge</w:t>
      </w:r>
      <w:r>
        <w:br/>
      </w:r>
      <w:r>
        <w:rPr>
          <w:sz w:val="20"/>
        </w:rPr>
        <w:t>19:06  .God, ah, with God's help, he will be successful, like Abu Dharr al-Ghifari. So there is a lesson, ah, which we can learn from them, and we should convey the message to all people.</w:t>
      </w:r>
      <w:r>
        <w:br/>
      </w:r>
      <w:r>
        <w:rPr>
          <w:sz w:val="20"/>
        </w:rPr>
        <w:t>19:23  So that is, I think, every English of you can understand from here. And Dr. Sahib, clearly, I am not a who in sincerity, ah, and truthfulness and patience can transfer not just one person, but entire community.</w:t>
      </w:r>
    </w:p>
    <w:p>
      <w:pPr>
        <w:pStyle w:val="Heading2"/>
      </w:pPr>
      <w:r>
        <w:t>Misrepresentation and true mission of Prophet</w:t>
      </w:r>
    </w:p>
    <w:p>
      <w:r>
        <w:rPr>
          <w:color w:val="666666"/>
          <w:sz w:val="18"/>
        </w:rPr>
        <w:t>Prophet Muhammad A Man of Peace · 5m 00s · at 20:46 · https://youtu.be/z0RvkPqrZ5Y?t=1246</w:t>
      </w:r>
    </w:p>
    <w:p>
      <w:r>
        <w:rPr>
          <w:i/>
        </w:rPr>
        <w:t>“What went wrong then in understanding the Prophet as a man”</w:t>
      </w:r>
    </w:p>
    <w:p>
      <w:r>
        <w:rPr>
          <w:sz w:val="20"/>
        </w:rPr>
        <w:t>20:46  what went wrong then in understanding the prophet as a man of peace when we have this kind of information before us?</w:t>
      </w:r>
      <w:r>
        <w:br/>
      </w:r>
      <w:r>
        <w:rPr>
          <w:sz w:val="20"/>
        </w:rPr>
        <w:t>20:57  see here, i would like to tell you that in general people are good, and when things are explained properly, there is no room for misunderstanding.</w:t>
      </w:r>
      <w:r>
        <w:br/>
      </w:r>
      <w:r>
        <w:rPr>
          <w:sz w:val="20"/>
        </w:rPr>
        <w:t>21:09  Throughout my experiences in interfaith programs and in informal talks as well, I found out that prior to misunderstanding, there is misrepresentation.</w:t>
      </w:r>
      <w:r>
        <w:br/>
      </w:r>
      <w:r>
        <w:rPr>
          <w:sz w:val="20"/>
        </w:rPr>
        <w:t>21:25  Therefore, we should take responsibility for this misrepresentation. Because of a lack of objective understanding of the Prophet's life, Muslim biographers have misrepresented the facts by ignoring the prevailing customs and culture of the time.</w:t>
      </w:r>
      <w:r>
        <w:br/>
      </w:r>
      <w:r>
        <w:rPr>
          <w:sz w:val="20"/>
        </w:rPr>
        <w:t>21:46  due to this, their writings about the Prophet's life show a war-like pattern.</w:t>
      </w:r>
      <w:r>
        <w:br/>
      </w:r>
      <w:r>
        <w:rPr>
          <w:sz w:val="20"/>
        </w:rPr>
        <w:t>21:55  In the other hand, non-Muslim biographers of the Prophet have adopted a different approach. The</w:t>
      </w:r>
      <w:r>
        <w:br/>
      </w:r>
      <w:r>
        <w:rPr>
          <w:sz w:val="20"/>
        </w:rPr>
        <w:t>22:04  The biographers have largely ignored the main events of the Prophet's life. They choose to focus on a few exceptional incidents.</w:t>
      </w:r>
      <w:r>
        <w:br/>
      </w:r>
      <w:r>
        <w:rPr>
          <w:sz w:val="20"/>
        </w:rPr>
        <w:t>22:16  They have painted a picture of the Prophet's life that portrays him as a warrior prophet. They have also been unable to see the Prophet's life as different from Muslim culture, which has led them to assume that terrorism in the name of Islam is an outcome of the teachings of the Prophet of Islam.</w:t>
      </w:r>
      <w:r>
        <w:br/>
      </w:r>
      <w:r>
        <w:rPr>
          <w:sz w:val="20"/>
        </w:rPr>
        <w:t>22:44  Now, we need to understand the reasons for the misrepresentation. See, the true modest personality of the Prophet appeared to many of his biographers as deficient in some way or the other.</w:t>
      </w:r>
      <w:r>
        <w:br/>
      </w:r>
      <w:r>
        <w:rPr>
          <w:sz w:val="20"/>
        </w:rPr>
        <w:t>23:01  This image of the Prophet appeared to them as falling short of the standards of leaders of other peoples of the time, who are great conquerors and warriors.</w:t>
      </w:r>
      <w:r>
        <w:br/>
      </w:r>
      <w:r>
        <w:rPr>
          <w:sz w:val="20"/>
        </w:rPr>
        <w:t>23:17  Hence, these biographers try to present an image of the Prophet as a warrior, which in their eyes was a superior image.</w:t>
      </w:r>
      <w:r>
        <w:br/>
      </w:r>
      <w:r>
        <w:rPr>
          <w:sz w:val="20"/>
        </w:rPr>
        <w:t>23:28  However, this picture of the Prophet is totally baseless and self-assumed.</w:t>
      </w:r>
      <w:r>
        <w:br/>
      </w:r>
      <w:r>
        <w:rPr>
          <w:sz w:val="20"/>
        </w:rPr>
        <w:t>23:35  In truth, the Prophet was a peace-loving personality. The example of the Prophet was not one of overpowering people by fighting them, rather it was by winning the people over with love and compassion.</w:t>
      </w:r>
      <w:r>
        <w:br/>
      </w:r>
      <w:r>
        <w:rPr>
          <w:sz w:val="20"/>
        </w:rPr>
        <w:t>23:53  The message that he conveyed was intended to infuse his listeners with a new life.</w:t>
      </w:r>
      <w:r>
        <w:br/>
      </w:r>
      <w:r>
        <w:rPr>
          <w:sz w:val="20"/>
        </w:rPr>
        <w:t>24:05  It was a God-appointed mission of the Prophet, and God is calling people towards life. Chapter 8, verse 24</w:t>
      </w:r>
      <w:r>
        <w:br/>
      </w:r>
      <w:r>
        <w:rPr>
          <w:sz w:val="20"/>
        </w:rPr>
        <w:t>24:15  , God says: "Believers, obey God and the Messenger when he calls you to that which gives you life." In other words, chapter two, verse one fifty one: "This we have sent among you a Messenger of your own to recite Our revelations to you,</w:t>
      </w:r>
      <w:r>
        <w:br/>
      </w:r>
      <w:r>
        <w:rPr>
          <w:sz w:val="20"/>
        </w:rPr>
        <w:t>24:34  purify you, and teach you the Book and wisdom, and to teach you what you did not know."</w:t>
      </w:r>
      <w:r>
        <w:br/>
      </w:r>
      <w:r>
        <w:rPr>
          <w:sz w:val="20"/>
        </w:rPr>
        <w:t>24:41  It is obvious from an understanding of the Quran that the mission of the Prophet was different from that of emperors and kings.</w:t>
      </w:r>
      <w:r>
        <w:br/>
      </w:r>
      <w:r>
        <w:rPr>
          <w:sz w:val="20"/>
        </w:rPr>
        <w:t>24:51  The mission of kings is one of conquests and wars. In the other hand, the mission of the prophet is not to rule over people, but to change their minds and direct their hearts towards spirituality,</w:t>
      </w:r>
      <w:r>
        <w:br/>
      </w:r>
      <w:r>
        <w:rPr>
          <w:sz w:val="20"/>
        </w:rPr>
        <w:t>25:08  to teach them God-oriented living, thereby making them divine personalities. From the above analysis, it should be obvious that Prophet Muhammad was a prophet of peace and not a prophet of violence</w:t>
      </w:r>
      <w:r>
        <w:br/>
      </w:r>
      <w:r>
        <w:rPr>
          <w:sz w:val="20"/>
        </w:rPr>
        <w:t>25:25  . The approach to the biography of the prophet by both Muslim and non-Muslim biographers is therefore not correct.</w:t>
      </w:r>
      <w:r>
        <w:br/>
      </w:r>
      <w:r>
        <w:rPr>
          <w:sz w:val="20"/>
        </w:rPr>
        <w:t>25:36  The Prophet was sent as a mercy to the entire humankind. Chapter 21, verse 107.</w:t>
      </w:r>
    </w:p>
    <w:p>
      <w:pPr>
        <w:pStyle w:val="Heading2"/>
      </w:pPr>
      <w:r>
        <w:t>A 40-year-old unanswered question about knowledge's origin</w:t>
      </w:r>
    </w:p>
    <w:p>
      <w:r>
        <w:rPr>
          <w:color w:val="666666"/>
          <w:sz w:val="18"/>
        </w:rPr>
        <w:t>Human Knowledge and Divine Knowledge February 17, 2008 · 3m 01s · at 1:04 · https://youtu.be/FVOvdC0uY1c?t=64</w:t>
      </w:r>
    </w:p>
    <w:p>
      <w:r>
        <w:rPr>
          <w:i/>
        </w:rPr>
        <w:t>“1959 mein Bijnor mein ek multi-religious conference hui thi”</w:t>
      </w:r>
    </w:p>
    <w:p>
      <w:r>
        <w:rPr>
          <w:sz w:val="20"/>
        </w:rPr>
        <w:t>1:04  dekhiye, meri zindagi mein ek waqea pesh aya, november 1959 mein, yani ab se 40 saal pehle.</w:t>
      </w:r>
      <w:r>
        <w:br/>
      </w:r>
      <w:r>
        <w:rPr>
          <w:sz w:val="20"/>
        </w:rPr>
        <w:t>1:18  november 1959. is waqt bijnor mein ek</w:t>
      </w:r>
      <w:r>
        <w:br/>
      </w:r>
      <w:r>
        <w:rPr>
          <w:sz w:val="20"/>
        </w:rPr>
        <w:t>1:32  multi religious conference hui thi. yani har mazhab ke log bulaye gaye the wahan par, unhein ek topic diya gaya tha ke sab log apne apne mazhab ke lihaz se is topic par batayein.</w:t>
      </w:r>
      <w:r>
        <w:br/>
      </w:r>
      <w:r>
        <w:rPr>
          <w:sz w:val="20"/>
        </w:rPr>
        <w:t>1:50  wo topic yeh tha: "gyan ka aghaz kis tarah hua?"</w:t>
      </w:r>
      <w:r>
        <w:br/>
      </w:r>
      <w:r>
        <w:rPr>
          <w:sz w:val="20"/>
        </w:rPr>
        <w:t>2:00  gyan, yani knowledge.</w:t>
      </w:r>
      <w:r>
        <w:br/>
      </w:r>
      <w:r>
        <w:rPr>
          <w:sz w:val="20"/>
        </w:rPr>
        <w:t>2:05  ma'rifat. gyan ka aghaz kis tarah hua?</w:t>
      </w:r>
      <w:r>
        <w:br/>
      </w:r>
      <w:r>
        <w:rPr>
          <w:sz w:val="20"/>
        </w:rPr>
        <w:t>2:11  is conference ko organize kiya tha arya samaj ne, apni golden jubilee ke mauqe par.</w:t>
      </w:r>
      <w:r>
        <w:br/>
      </w:r>
      <w:r>
        <w:rPr>
          <w:sz w:val="20"/>
        </w:rPr>
        <w:t>2:24  to mujhe bhi bulaya gaya tha wahan ke islam ko le kar mein is subject par kuch kahoon, ke gyan ka aghaz kis tarah hua.</w:t>
      </w:r>
      <w:r>
        <w:br/>
      </w:r>
      <w:r>
        <w:rPr>
          <w:sz w:val="20"/>
        </w:rPr>
        <w:t>2:39  to is waqt mein</w:t>
      </w:r>
      <w:r>
        <w:br/>
      </w:r>
      <w:r>
        <w:rPr>
          <w:sz w:val="20"/>
        </w:rPr>
        <w:t>2:45  ek zabani nahi bolta tha, likh kar maqala padhta tha. to maine ek likha aur wahan padha.</w:t>
      </w:r>
      <w:r>
        <w:br/>
      </w:r>
      <w:r>
        <w:rPr>
          <w:sz w:val="20"/>
        </w:rPr>
        <w:t>2:54  yeh chhap chuka hai ek pamphlet ki surat mein, is ka naam hai: "islam ka ta'aruf".</w:t>
      </w:r>
      <w:r>
        <w:br/>
      </w:r>
      <w:r>
        <w:rPr>
          <w:sz w:val="20"/>
        </w:rPr>
        <w:t>3:03  to is waqt jo</w:t>
      </w:r>
      <w:r>
        <w:br/>
      </w:r>
      <w:r>
        <w:rPr>
          <w:sz w:val="20"/>
        </w:rPr>
        <w:t>3:07  chair kar rahe the, jo sahab, wo ek hindu wakeel the moradabad ke. to unhone kaha ke baqi sare log jo hain wo irrelevant bole.</w:t>
      </w:r>
      <w:r>
        <w:br/>
      </w:r>
      <w:r>
        <w:rPr>
          <w:sz w:val="20"/>
        </w:rPr>
        <w:t>3:22  sirf mere bare mein kaha unhone ke unhone topic par apni baat kahi hai.</w:t>
      </w:r>
      <w:r>
        <w:br/>
      </w:r>
      <w:r>
        <w:rPr>
          <w:sz w:val="20"/>
        </w:rPr>
        <w:t>3:32  lekin mein khud is par mutma'in nahi tha. mein khud yeh sahi baat yeh hai ke mein is ko sahi taur par samajh nahi paya tha ke gyan ka aghaz kis tarah hua.</w:t>
      </w:r>
      <w:r>
        <w:br/>
      </w:r>
      <w:r>
        <w:rPr>
          <w:sz w:val="20"/>
        </w:rPr>
        <w:t>3:47  to yeh mere mind mein tab se baitha hua tha,</w:t>
      </w:r>
      <w:r>
        <w:br/>
      </w:r>
      <w:r>
        <w:rPr>
          <w:sz w:val="20"/>
        </w:rPr>
        <w:t>3:52  yani 40 saal pehle se, ke is topic jo diya gaya tha to uska sahi jawab kya hai? gyan ka aghaz kis tarah hua?</w:t>
      </w:r>
    </w:p>
    <w:p>
      <w:pPr>
        <w:pStyle w:val="Heading2"/>
      </w:pPr>
      <w:r>
        <w:t>Prophet accepts companion's criticism on camping</w:t>
      </w:r>
    </w:p>
    <w:p>
      <w:r>
        <w:rPr>
          <w:color w:val="666666"/>
          <w:sz w:val="18"/>
        </w:rPr>
        <w:t>The Concept of Criticism in Islam | April 12, 2007 | Maulana Wahiduddin Khan · 5m 04s · at 13:09 · https://youtu.be/97-_T8Hzq_U?t=789</w:t>
      </w:r>
    </w:p>
    <w:p>
      <w:r>
        <w:rPr>
          <w:i/>
        </w:rPr>
        <w:t>“So, so one of his companion asked”</w:t>
      </w:r>
    </w:p>
    <w:p>
      <w:r>
        <w:rPr>
          <w:sz w:val="20"/>
        </w:rPr>
        <w:t>13:09  So, so one of his companion asked, "Oh prophet, this you have chosen this place for camping. Is it God's commandment? Is as a wahy, as a revelation, or is it your own choice, your own opinion?" Prophet said, "There is no revelation, no wahy. It is my own choice."</w:t>
      </w:r>
      <w:r>
        <w:br/>
      </w:r>
      <w:r>
        <w:rPr>
          <w:sz w:val="20"/>
        </w:rPr>
        <w:t>13:39  So that companion said, "So this is not a proper place to camp." It is not a proper place to camp. C-A-M-P, camp.</w:t>
      </w:r>
      <w:r>
        <w:br/>
      </w:r>
      <w:r>
        <w:rPr>
          <w:sz w:val="20"/>
        </w:rPr>
        <w:t>14:09  You see this sentence, it is a obviously it is a derogatory sentence. Derogatory. It is a in a derogatory tone. But you see, there was no prophet showed no anger, no anger that you are my companion and I am prophet and you are talking l</w:t>
      </w:r>
      <w:r>
        <w:br/>
      </w:r>
      <w:r>
        <w:rPr>
          <w:sz w:val="20"/>
        </w:rPr>
        <w:t>14:39  ike this. What nonsense. You have to know your limit. You have to know your limit. I am prophet of God. I am final prophet. It is nonsense to say like this. It is not your domain. Shut down. No.</w:t>
      </w:r>
      <w:r>
        <w:br/>
      </w:r>
      <w:r>
        <w:rPr>
          <w:sz w:val="20"/>
        </w:rPr>
        <w:t>15:09  There was, there was no such language. Prophet never used such language. He never showed any anger. Simply he asked, simply in a very polite manner, "Why you say like this? Why? Why you are say like this? That inna haza laisa ba manzilin is not a proper place to camp." Then that companion</w:t>
      </w:r>
      <w:r>
        <w:br/>
      </w:r>
      <w:r>
        <w:rPr>
          <w:sz w:val="20"/>
        </w:rPr>
        <w:t>15:40  explained why he is objecting to camp at that place. He explained he was a senior member of prophet's group and perhaps he was, he was knowing about that area. So he explained,</w:t>
      </w:r>
      <w:r>
        <w:br/>
      </w:r>
      <w:r>
        <w:rPr>
          <w:sz w:val="20"/>
        </w:rPr>
        <w:t>16:10  "I'm not going to the details. You can, if you, if you want, you can, you can read those, those books like Sirat Ibn Hisham, Sirat Ibn Ishaq, Al-Bidaiah wa an-Nihayah. In every book, this detail you can find. In every book of Sirah." So that companion explained why he is saying like th</w:t>
      </w:r>
      <w:r>
        <w:br/>
      </w:r>
      <w:r>
        <w:rPr>
          <w:sz w:val="20"/>
        </w:rPr>
        <w:t>16:42  is. And then prophet accepted his opinion. He said, "It's very good advice." Prophet happily said, happily that, "It is very good advice. Thank you.</w:t>
      </w:r>
      <w:r>
        <w:br/>
      </w:r>
      <w:r>
        <w:rPr>
          <w:sz w:val="20"/>
        </w:rPr>
        <w:t>17:13  " This happened in the early period of Islam. At that time, criticism was not a taboo. Criticism was a healthy spirit. You know, the prophet of Islam said, "Ikhtilafu ummati rahma." Ikhtilaf means dissent, disagreement</w:t>
      </w:r>
      <w:r>
        <w:br/>
      </w:r>
      <w:r>
        <w:rPr>
          <w:sz w:val="20"/>
        </w:rPr>
        <w:t>17:43  . Disagreement or dissent. It means that disagreement in my ummah is a blessing. Is a blessing. Dissent is a blessing. Disagreement is a blessing. So you can see that during that period, that is called Qur'un Mashu'ut Lahab al-Khair. Qur'un Mashu</w:t>
      </w:r>
    </w:p>
    <w:p>
      <w:pPr>
        <w:pStyle w:val="Heading2"/>
      </w:pPr>
      <w:r>
        <w:t>Muhammad's strategy: ignore idols, purify self</w:t>
      </w:r>
    </w:p>
    <w:p>
      <w:r>
        <w:rPr>
          <w:color w:val="666666"/>
          <w:sz w:val="18"/>
        </w:rPr>
        <w:t>A Brief Survey of Islamic History (Part-2) (Eng) February 15, 2007 Maulana Wahiduddin Khan · 5m 56s · at 25:47 · https://youtu.be/SXRM6aE-cV0?t=1547</w:t>
      </w:r>
    </w:p>
    <w:p>
      <w:r>
        <w:rPr>
          <w:i/>
        </w:rPr>
        <w:t>“So this is the starting point of the work”</w:t>
      </w:r>
    </w:p>
    <w:p>
      <w:r>
        <w:rPr>
          <w:sz w:val="20"/>
        </w:rPr>
        <w:t>25:47  so this is the starting point of the work. then you know, in mecca, there was the, there was kaba.</w:t>
      </w:r>
      <w:r>
        <w:br/>
      </w:r>
      <w:r>
        <w:rPr>
          <w:sz w:val="20"/>
        </w:rPr>
        <w:t>26:03  kaba was a mosque built by prophet abraham. so at the time, although kaba was built as a mosque, but</w:t>
      </w:r>
      <w:r>
        <w:br/>
      </w:r>
      <w:r>
        <w:rPr>
          <w:sz w:val="20"/>
        </w:rPr>
        <w:t>26:24  during that time, kaba was in the custody of mushrik people or worshippers.</w:t>
      </w:r>
      <w:r>
        <w:br/>
      </w:r>
      <w:r>
        <w:rPr>
          <w:sz w:val="20"/>
        </w:rPr>
        <w:t>26:35  so they placed idols in the previous of kaba. and these, the number of these idols were 300.</w:t>
      </w:r>
      <w:r>
        <w:br/>
      </w:r>
      <w:r>
        <w:rPr>
          <w:sz w:val="20"/>
        </w:rPr>
        <w:t>26:49  the number of these idols was no less than 360.</w:t>
      </w:r>
      <w:r>
        <w:br/>
      </w:r>
      <w:r>
        <w:rPr>
          <w:sz w:val="20"/>
        </w:rPr>
        <w:t>26:57  so when prophet of islam started his mission, he found that there are 360 idols placed in secret kaba.</w:t>
      </w:r>
      <w:r>
        <w:br/>
      </w:r>
      <w:r>
        <w:rPr>
          <w:sz w:val="20"/>
        </w:rPr>
        <w:t>27:12  it was very, it was very perturbing scene. but prophet managed this problem.</w:t>
      </w:r>
      <w:r>
        <w:br/>
      </w:r>
      <w:r>
        <w:rPr>
          <w:sz w:val="20"/>
        </w:rPr>
        <w:t>27:25  he never touched any idol. even he never questioned that you have to remove all these idols. you have no right to put these idols in sacred kaaba.</w:t>
      </w:r>
      <w:r>
        <w:br/>
      </w:r>
      <w:r>
        <w:rPr>
          <w:sz w:val="20"/>
        </w:rPr>
        <w:t>27:39  no, he never said like this. he never raised this question ke why you put these idols in sacred kaaba.</w:t>
      </w:r>
      <w:r>
        <w:br/>
      </w:r>
      <w:r>
        <w:rPr>
          <w:sz w:val="20"/>
        </w:rPr>
        <w:t>27:50  he never raised this question at all. but he followed a very simple formula.</w:t>
      </w:r>
      <w:r>
        <w:br/>
      </w:r>
      <w:r>
        <w:rPr>
          <w:sz w:val="20"/>
        </w:rPr>
        <w:t>28:02  yani i can see that his formula at the time was: ignore the problem, avail the opportunities.</w:t>
      </w:r>
      <w:r>
        <w:br/>
      </w:r>
      <w:r>
        <w:rPr>
          <w:sz w:val="20"/>
        </w:rPr>
        <w:t>28:13  ignore the problem, avail the opportunities. so he ignored the problem of idols and availed the problem of the work.</w:t>
      </w:r>
      <w:r>
        <w:br/>
      </w:r>
      <w:r>
        <w:rPr>
          <w:sz w:val="20"/>
        </w:rPr>
        <w:t>28:24  this was his strategy. this was his method.</w:t>
      </w:r>
      <w:r>
        <w:br/>
      </w:r>
      <w:r>
        <w:rPr>
          <w:sz w:val="20"/>
        </w:rPr>
        <w:t>28:31  so what a great lesson.</w:t>
      </w:r>
      <w:r>
        <w:br/>
      </w:r>
      <w:r>
        <w:rPr>
          <w:sz w:val="20"/>
        </w:rPr>
        <w:t>28:35  people generally, people used to engage themselves in problems, problems, problems. but prophet completely ignored the problems.</w:t>
      </w:r>
      <w:r>
        <w:br/>
      </w:r>
      <w:r>
        <w:rPr>
          <w:sz w:val="20"/>
        </w:rPr>
        <w:t>28:48  it was great problem that there were 360 idols placed in the premises of holy kaaba.</w:t>
      </w:r>
      <w:r>
        <w:br/>
      </w:r>
      <w:r>
        <w:rPr>
          <w:sz w:val="20"/>
        </w:rPr>
        <w:t>29:02  its quite evident that it was a great problem. but prophet adopted this formula: ignore the problem, avail the opportunities.</w:t>
      </w:r>
      <w:r>
        <w:br/>
      </w:r>
      <w:r>
        <w:rPr>
          <w:sz w:val="20"/>
        </w:rPr>
        <w:t>29:16  so he never questioned. he completely ignored the presence of those idols in holy kaaba.</w:t>
      </w:r>
      <w:r>
        <w:br/>
      </w:r>
      <w:r>
        <w:rPr>
          <w:sz w:val="20"/>
        </w:rPr>
        <w:t>29:28  at the same time, he tried to avail the opportunity to address people.</w:t>
      </w:r>
      <w:r>
        <w:br/>
      </w:r>
      <w:r>
        <w:rPr>
          <w:sz w:val="20"/>
        </w:rPr>
        <w:t>29:37  He used to say: "Ae uh nas, qoolo la ilaha illallah, tuflehu.</w:t>
      </w:r>
      <w:r>
        <w:br/>
      </w:r>
      <w:r>
        <w:rPr>
          <w:sz w:val="20"/>
        </w:rPr>
        <w:t>29:43  " he never said that: "you people, you have to remove all these idols from the holy Kaaba." No, he simply, he said that,</w:t>
      </w:r>
      <w:r>
        <w:br/>
      </w:r>
      <w:r>
        <w:rPr>
          <w:sz w:val="20"/>
        </w:rPr>
        <w:t>29:58  simply, he said that: "ae uh nas, qoolo la ilaha illallah, tuflehu.</w:t>
      </w:r>
      <w:r>
        <w:br/>
      </w:r>
      <w:r>
        <w:rPr>
          <w:sz w:val="20"/>
        </w:rPr>
        <w:t>30:03  " o people, say that there is no god but one god.</w:t>
      </w:r>
      <w:r>
        <w:br/>
      </w:r>
      <w:r>
        <w:rPr>
          <w:sz w:val="20"/>
        </w:rPr>
        <w:t>30:14  and you will, and you will find suc</w:t>
      </w:r>
      <w:r>
        <w:br/>
      </w:r>
      <w:r>
        <w:rPr>
          <w:sz w:val="20"/>
        </w:rPr>
        <w:t>30:18  cess.</w:t>
      </w:r>
      <w:r>
        <w:br/>
      </w:r>
      <w:r>
        <w:rPr>
          <w:sz w:val="20"/>
        </w:rPr>
        <w:t>30:27  in these early days,</w:t>
      </w:r>
      <w:r>
        <w:br/>
      </w:r>
      <w:r>
        <w:rPr>
          <w:sz w:val="20"/>
        </w:rPr>
        <w:t>30:31  he received revelation from God. It is present in the Quran. It was wasiyabak fath. wasiyabak fath.</w:t>
      </w:r>
      <w:r>
        <w:br/>
      </w:r>
      <w:r>
        <w:rPr>
          <w:sz w:val="20"/>
        </w:rPr>
        <w:t>30:47  he never received certification that w</w:t>
      </w:r>
      <w:r>
        <w:br/>
      </w:r>
      <w:r>
        <w:rPr>
          <w:sz w:val="20"/>
        </w:rPr>
        <w:t>30:54  tahur al-kaaba al-islam. tahur al-kaaba al-islam, purify holy kaaba from the idols.</w:t>
      </w:r>
      <w:r>
        <w:br/>
      </w:r>
      <w:r>
        <w:rPr>
          <w:sz w:val="20"/>
        </w:rPr>
        <w:t>31:06  no, there was no such revelation.</w:t>
      </w:r>
      <w:r>
        <w:br/>
      </w:r>
      <w:r>
        <w:rPr>
          <w:sz w:val="20"/>
        </w:rPr>
        <w:t>31:12  tahur al-kaaba al-islam, he never received such revelation that you have to purify holy kaaba from from the idols.</w:t>
      </w:r>
      <w:r>
        <w:br/>
      </w:r>
      <w:r>
        <w:rPr>
          <w:sz w:val="20"/>
        </w:rPr>
        <w:t>31:26  instead, he was given this message from God: "wasiyyabak fath" yani purify yourself.</w:t>
      </w:r>
    </w:p>
    <w:p>
      <w:pPr>
        <w:pStyle w:val="Heading2"/>
      </w:pPr>
      <w:r>
        <w:t>Illness as purification and mind trigger</w:t>
      </w:r>
    </w:p>
    <w:p>
      <w:r>
        <w:rPr>
          <w:color w:val="666666"/>
          <w:sz w:val="18"/>
        </w:rPr>
        <w:t>The Other side of Illness 14 Sept, 2019 - Maulana Wahiduddin Khan · 5m 47s · at 1:12 · https://youtu.be/cXrC211fBm8?t=72</w:t>
      </w:r>
    </w:p>
    <w:p>
      <w:r>
        <w:rPr>
          <w:i/>
        </w:rPr>
        <w:t>“What is illness?”</w:t>
      </w:r>
    </w:p>
    <w:p>
      <w:r>
        <w:rPr>
          <w:sz w:val="20"/>
        </w:rPr>
        <w:t>1:12  what is illness? to is muddat mein main ek hadith par sochta raha.</w:t>
      </w:r>
      <w:r>
        <w:br/>
      </w:r>
      <w:r>
        <w:rPr>
          <w:sz w:val="20"/>
        </w:rPr>
        <w:t>1:22  ek hadith hai, woh hadith aap parh dijiye aur tarjuma parh dijiye.</w:t>
      </w:r>
      <w:r>
        <w:br/>
      </w:r>
      <w:r>
        <w:rPr>
          <w:sz w:val="20"/>
        </w:rPr>
        <w:t>1:27  ani ibn Abbas r.a. an Nabi s.a.w. dakhala ala a'rabi yau'duhu, qala: "wa kan</w:t>
      </w:r>
      <w:r>
        <w:br/>
      </w:r>
      <w:r>
        <w:rPr>
          <w:sz w:val="20"/>
        </w:rPr>
        <w:t>1:35  an Nabi s.a.w. ila dakhala ala mareez yau'duhu, qala: la ba's tuhoor in sha Allah."</w:t>
      </w:r>
      <w:r>
        <w:br/>
      </w:r>
      <w:r>
        <w:rPr>
          <w:sz w:val="20"/>
        </w:rPr>
        <w:t>1:43  ibn Abbas se riwayat hai ke Nabi s.a.w. ek a'rabi ke paas ayadat ke liye</w:t>
      </w:r>
      <w:r>
        <w:br/>
      </w:r>
      <w:r>
        <w:rPr>
          <w:sz w:val="20"/>
        </w:rPr>
        <w:t>1:49  gaye, aur aap jab kisi mareez ke paas jate ayadat ke liye to aap kehte: "koi harj nahi,</w:t>
      </w:r>
      <w:r>
        <w:br/>
      </w:r>
      <w:r>
        <w:rPr>
          <w:sz w:val="20"/>
        </w:rPr>
        <w:t>1:56  pakizgi hai in sha Allah."</w:t>
      </w:r>
      <w:r>
        <w:br/>
      </w:r>
      <w:r>
        <w:rPr>
          <w:sz w:val="20"/>
        </w:rPr>
        <w:t>1:59  sahih al bukhari hadith number 3616.</w:t>
      </w:r>
      <w:r>
        <w:br/>
      </w:r>
      <w:r>
        <w:rPr>
          <w:sz w:val="20"/>
        </w:rPr>
        <w:t>2:05  dekhen, is is hadith mein bataya gaya hai ke ayadat ke liye mariz ko dekhne ke liye jab rasool allah jate the to aksar yeh kehte the:</w:t>
      </w:r>
      <w:r>
        <w:br/>
      </w:r>
      <w:r>
        <w:rPr>
          <w:sz w:val="20"/>
        </w:rPr>
        <w:t>2:19  "la ba'sa tuhoorun insha allah." ke "it is okay". la ba'sa ka matlab aap ki zuban mein kahin "it is okay".</w:t>
      </w:r>
      <w:r>
        <w:br/>
      </w:r>
      <w:r>
        <w:rPr>
          <w:sz w:val="20"/>
        </w:rPr>
        <w:t>2:33  is pe aap farmate the ke yeh yeh pakizgi hai, yani yeh purification hai.</w:t>
      </w:r>
      <w:r>
        <w:br/>
      </w:r>
      <w:r>
        <w:rPr>
          <w:sz w:val="20"/>
        </w:rPr>
        <w:t>2:47  to main soch raha tha ke jis aadmi ke paas koi koi buzurg jaye ayadat ke liye bimari ki, mariz ko dekhne ke liye,</w:t>
      </w:r>
      <w:r>
        <w:br/>
      </w:r>
      <w:r>
        <w:rPr>
          <w:sz w:val="20"/>
        </w:rPr>
        <w:t>3:03  to mariz insha allah chahega ke buzurg mere liye dua karen, meri health ke liye, meri tandurusti ke liye.</w:t>
      </w:r>
      <w:r>
        <w:br/>
      </w:r>
      <w:r>
        <w:rPr>
          <w:sz w:val="20"/>
        </w:rPr>
        <w:t>3:14  yani yeh unusual hai ke woh gaye hain to mariz to yeh sunna chahta hai ke woh us ki health ke liye, physical tandurusti ke liye dua karen.</w:t>
      </w:r>
      <w:r>
        <w:br/>
      </w:r>
      <w:r>
        <w:rPr>
          <w:sz w:val="20"/>
        </w:rPr>
        <w:t>3:28  aap yeh keh rahe hain ke koi harj nahi, yeh to pakizgi hai. to koi ghusal ghusal to hai nahi, bimari bimari to ek problem hai.</w:t>
      </w:r>
      <w:r>
        <w:br/>
      </w:r>
      <w:r>
        <w:rPr>
          <w:sz w:val="20"/>
        </w:rPr>
        <w:t>3:44  to rasool allah aisa kyun kehte the? aam jo riwaj hai is ke khilaf.</w:t>
      </w:r>
      <w:r>
        <w:br/>
      </w:r>
      <w:r>
        <w:rPr>
          <w:sz w:val="20"/>
        </w:rPr>
        <w:t>3:53  riwaj to yeh hai ke koi buzurg aadmi kisi ko dekhenge to us ke sar par hath rakhenge, kahenge: "allah to koi shifa ata farmaye." us ke baraks aap ne yeh kaha ke koi harj nahi, yeh to pakizgi hai,</w:t>
      </w:r>
      <w:r>
        <w:br/>
      </w:r>
      <w:r>
        <w:rPr>
          <w:sz w:val="20"/>
        </w:rPr>
        <w:t>4:11  yeh to purification hai.</w:t>
      </w:r>
      <w:r>
        <w:br/>
      </w:r>
      <w:r>
        <w:rPr>
          <w:sz w:val="20"/>
        </w:rPr>
        <w:t>4:16  ke sahib aap samjhe kya kaam hai? nahi samjhe?</w:t>
      </w:r>
      <w:r>
        <w:br/>
      </w:r>
      <w:r>
        <w:rPr>
          <w:sz w:val="20"/>
        </w:rPr>
        <w:t>4:24  maulana, aap yeh keh rahe hain ke aam taur se mariz ke paas jaya jata hai to mariz ko yeh ummeed hoti hai ke aane wala us ke liye dua kare ke us ki sehat theek ho jaye.</w:t>
      </w:r>
      <w:r>
        <w:br/>
      </w:r>
      <w:r>
        <w:rPr>
          <w:sz w:val="20"/>
        </w:rPr>
        <w:t>4:36  lekin rasool allah gaye to aap ne us ke bimari ke aitbar se us ko dua nahi di, balke kaha: "bimari ke bare mein koi harj ki baat nahi hai, yeh sab theek hai." asal cheez yeh hai ke aap ke liye yeh purification ka zariya hai.</w:t>
      </w:r>
      <w:r>
        <w:br/>
      </w:r>
      <w:r>
        <w:rPr>
          <w:sz w:val="20"/>
        </w:rPr>
        <w:t>4:50  to mariz aadmi kisi doosri cheez ki zarurat mand hota hai, aur rasool allah ne ek doosri cheez ke bare mein us ko bataya. kidhar</w:t>
      </w:r>
      <w:r>
        <w:br/>
      </w:r>
      <w:r>
        <w:rPr>
          <w:sz w:val="20"/>
        </w:rPr>
        <w:t>5:01  kidhar mein kahan jata? ji maulana, bilkul sahi hai. ji to dekhiye, yeh ek nature hai insan ka, nature ke koi bhi baat ho, koi bhi experience ho to woh insan ke andar kya karta hai?</w:t>
      </w:r>
      <w:r>
        <w:br/>
      </w:r>
      <w:r>
        <w:rPr>
          <w:sz w:val="20"/>
        </w:rPr>
        <w:t>5:25  insan ke mind ko trigger karta hai.</w:t>
      </w:r>
      <w:r>
        <w:br/>
      </w:r>
      <w:r>
        <w:rPr>
          <w:sz w:val="20"/>
        </w:rPr>
        <w:t>5:31  trigger ek term hai ke jab aap gun lete hain, gun to gun mein ek ek hoti hai, us ko kehte hain</w:t>
      </w:r>
      <w:r>
        <w:br/>
      </w:r>
      <w:r>
        <w:rPr>
          <w:sz w:val="20"/>
        </w:rPr>
        <w:t>5:43  lallabi. aap pe kehte hain to us ko aap dabate hain to fire aata hai. us ko kehte hain trigger hona hona.</w:t>
      </w:r>
      <w:r>
        <w:br/>
      </w:r>
      <w:r>
        <w:rPr>
          <w:sz w:val="20"/>
        </w:rPr>
        <w:t>5:54  yani aap ka koi bhi baat ho to aap ka mind fire ho jata hai. hain, trigger ho jata hai.</w:t>
      </w:r>
      <w:r>
        <w:br/>
      </w:r>
      <w:r>
        <w:rPr>
          <w:sz w:val="20"/>
        </w:rPr>
        <w:t>6:04  yani band mind khol raha hai, koi band mind khul jata hai. jo mind</w:t>
      </w:r>
      <w:r>
        <w:br/>
      </w:r>
      <w:r>
        <w:rPr>
          <w:sz w:val="20"/>
        </w:rPr>
        <w:t>6:15  yani process mein nahi tha, woh process mein aa jata hai. yeh tha ke woh thinking process nahi tha, uska to think process aa jata hai.</w:t>
      </w:r>
      <w:r>
        <w:br/>
      </w:r>
      <w:r>
        <w:rPr>
          <w:sz w:val="20"/>
        </w:rPr>
        <w:t>6:28  clear hua? kabhi</w:t>
      </w:r>
      <w:r>
        <w:br/>
      </w:r>
      <w:r>
        <w:rPr>
          <w:sz w:val="20"/>
        </w:rPr>
        <w:t>6:29  clear nahi hua? bilkul clear hai. hain, bilkul clear hai. achha to main jab hospitalized hua to apni chahat se nahi hua tha,</w:t>
      </w:r>
      <w:r>
        <w:br/>
      </w:r>
      <w:r>
        <w:rPr>
          <w:sz w:val="20"/>
        </w:rPr>
        <w:t>6:43  logon ki insist karne par hua tha. kyunke main idhar kai mahine se aisa chal raha tha ke lagta tha ke main ab end ko pahunch chuka tha.</w:t>
      </w:r>
    </w:p>
    <w:p>
      <w:pPr>
        <w:pStyle w:val="Heading2"/>
      </w:pPr>
      <w:r>
        <w:t>Maqam Mahmud explained as historical prophethood</w:t>
      </w:r>
    </w:p>
    <w:p>
      <w:r>
        <w:rPr>
          <w:color w:val="666666"/>
          <w:sz w:val="18"/>
        </w:rPr>
        <w:t>Maqaam-E-Mahmood (A Praiseworthy State ) 16 March 2007 - Maulana Wahiduddin Khan · 4m 46s · at 4:47 · https://youtu.be/aSv5G5V2X8U?t=287</w:t>
      </w:r>
    </w:p>
    <w:p>
      <w:r>
        <w:rPr>
          <w:i/>
        </w:rPr>
        <w:t>“To understand this know that there are 25 prophets in the Quran”</w:t>
      </w:r>
    </w:p>
    <w:p>
      <w:r>
        <w:rPr>
          <w:sz w:val="20"/>
        </w:rPr>
        <w:t>4:47  is mamle mein. Toh is ko samajhne ke liye aap yeh samjhiye ke Khuda ki taraf se jo paighambar bheje gaye, jo prophet, toh Quran mein kul jo ginti hai un ki woh 25 prophets hain.</w:t>
      </w:r>
      <w:r>
        <w:br/>
      </w:r>
      <w:r>
        <w:rPr>
          <w:sz w:val="20"/>
        </w:rPr>
        <w:t>5:08  lekin hadith mein bataya gaya hai ke ek lakh se zyada prophet aaye.</w:t>
      </w:r>
      <w:r>
        <w:br/>
      </w:r>
      <w:r>
        <w:rPr>
          <w:sz w:val="20"/>
        </w:rPr>
        <w:t>5:18  toh</w:t>
      </w:r>
      <w:r>
        <w:br/>
      </w:r>
      <w:r>
        <w:rPr>
          <w:sz w:val="20"/>
        </w:rPr>
        <w:t>5:21  jitne prophet hain, prophet of Islam se pehle, woh sab ke sab</w:t>
      </w:r>
      <w:r>
        <w:br/>
      </w:r>
      <w:r>
        <w:rPr>
          <w:sz w:val="20"/>
        </w:rPr>
        <w:t>5:32  pre-historic age mein aaye. Un ki koi recorded history nahi hai.</w:t>
      </w:r>
      <w:r>
        <w:br/>
      </w:r>
      <w:r>
        <w:rPr>
          <w:sz w:val="20"/>
        </w:rPr>
        <w:t>5:41  yahan tak ke Jesus Christ jo sab se baad ke zamane ke prophet hain, yani Rasool Allah sallallahu alaihi wasallam se sirf panch sau sal, panch sau, chhe sau sal pehle ke hain,</w:t>
      </w:r>
      <w:r>
        <w:br/>
      </w:r>
      <w:r>
        <w:rPr>
          <w:sz w:val="20"/>
        </w:rPr>
        <w:t>5:55  toh un ke bare mein bhi ek</w:t>
      </w:r>
      <w:r>
        <w:br/>
      </w:r>
      <w:r>
        <w:rPr>
          <w:sz w:val="20"/>
        </w:rPr>
        <w:t>5:59  aur ek European scholar ne kaha ke historically it is quite doubtful whether Christ ever existed at all.</w:t>
      </w:r>
      <w:r>
        <w:br/>
      </w:r>
      <w:r>
        <w:rPr>
          <w:sz w:val="20"/>
        </w:rPr>
        <w:t>6:13  toh yeh yeh sabhi prophet ke mamle mein hua hai. Jaise Egypt mein Pharaoh ki history toh hai record mein lekin Modud ki history nahi hai record mein.</w:t>
      </w:r>
      <w:r>
        <w:br/>
      </w:r>
      <w:r>
        <w:rPr>
          <w:sz w:val="20"/>
        </w:rPr>
        <w:t>6:31  Iraq mein wahan ka jo badshah tha Namrud us ki history hai record mein lekin Hazrat Ibrahim ki history record mein nahi hai.</w:t>
      </w:r>
      <w:r>
        <w:br/>
      </w:r>
      <w:r>
        <w:rPr>
          <w:sz w:val="20"/>
        </w:rPr>
        <w:t>6:43  toh baat yeh hai ke pehle zamane mein history jo thi woh isi nahi thi jaise aaj kal hai.</w:t>
      </w:r>
      <w:r>
        <w:br/>
      </w:r>
      <w:r>
        <w:rPr>
          <w:sz w:val="20"/>
        </w:rPr>
        <w:t>6:50  is zamane mein history sirf king ki history hua karti thi. king logon ke jo baatein hoti thi isi ka naam history hota tha pehle.</w:t>
      </w:r>
      <w:r>
        <w:br/>
      </w:r>
      <w:r>
        <w:rPr>
          <w:sz w:val="20"/>
        </w:rPr>
        <w:t>7:04  to kisi prophet ne chounke</w:t>
      </w:r>
      <w:r>
        <w:br/>
      </w:r>
      <w:r>
        <w:rPr>
          <w:sz w:val="20"/>
        </w:rPr>
        <w:t>7:08  apni koi empire nahi banai to history mein wo record ke qabil nahi samjhe gaye wo. lekin rasool Allah ke zamane mein ek revolution aaya, ek political empire bana aur Roman Empire, Sasani Empire se takra hua.</w:t>
      </w:r>
      <w:r>
        <w:br/>
      </w:r>
      <w:r>
        <w:rPr>
          <w:sz w:val="20"/>
        </w:rPr>
        <w:t>7:25  yani wo waqiat hue jo historians ke nazdeek record worthy the.</w:t>
      </w:r>
      <w:r>
        <w:br/>
      </w:r>
      <w:r>
        <w:rPr>
          <w:sz w:val="20"/>
        </w:rPr>
        <w:t>7:31  is liye aap ka record aaya poori tarah se. isi liye ek ek European scholar ne kaha hai ke "Muhammad was born within the full light of history" .</w:t>
      </w:r>
      <w:r>
        <w:br/>
      </w:r>
      <w:r>
        <w:rPr>
          <w:sz w:val="20"/>
        </w:rPr>
        <w:t>7:46  "Muhammad was born within the full light of history" . ye ek exception hai aap ka tamam prophets mein</w:t>
      </w:r>
      <w:r>
        <w:br/>
      </w:r>
      <w:r>
        <w:rPr>
          <w:sz w:val="20"/>
        </w:rPr>
        <w:t>7:54  ke aap ki har cheez record mein hai. jaise hum jante hain ke aap ki birth jo hai wo 570 mein hui.</w:t>
      </w:r>
      <w:r>
        <w:br/>
      </w:r>
      <w:r>
        <w:rPr>
          <w:sz w:val="20"/>
        </w:rPr>
        <w:t>8:06  aap prophet banaye gaye 610 mein.</w:t>
      </w:r>
      <w:r>
        <w:br/>
      </w:r>
      <w:r>
        <w:rPr>
          <w:sz w:val="20"/>
        </w:rPr>
        <w:t>8:10  aap ki death hui 632 mein. aap ke walid ka naam Abdullah tha, dada ka naam Abdul Muttalib tha.</w:t>
      </w:r>
      <w:r>
        <w:br/>
      </w:r>
      <w:r>
        <w:rPr>
          <w:sz w:val="20"/>
        </w:rPr>
        <w:t>8:20  aap paida hue Makah mein, aap ki death hui Madinah mein. to ek ek cheez, ek ek cheez jo hai wo sab record mein hai.</w:t>
      </w:r>
      <w:r>
        <w:br/>
      </w:r>
      <w:r>
        <w:rPr>
          <w:sz w:val="20"/>
        </w:rPr>
        <w:t>8:29  yani recorded history mein hai.</w:t>
      </w:r>
      <w:r>
        <w:br/>
      </w:r>
      <w:r>
        <w:rPr>
          <w:sz w:val="20"/>
        </w:rPr>
        <w:t>8:35  to ye maqam mehmood ka matlab hai historical prophethood. yani is mein bataya gaya hai ke exceptionally tumhare sath aisa hoga ke tum ek historical prophet ka darja paoge jo kisi aur nabi ko nahi hua.</w:t>
      </w:r>
      <w:r>
        <w:br/>
      </w:r>
      <w:r>
        <w:rPr>
          <w:sz w:val="20"/>
        </w:rPr>
        <w:t>8:54  ye matlab hai is ka. yahan maqam mehmood ka matlab, yani literal translation to ye hai ke tareef ki jagah, praiseworthy state, literal translation.</w:t>
      </w:r>
      <w:r>
        <w:br/>
      </w:r>
      <w:r>
        <w:rPr>
          <w:sz w:val="20"/>
        </w:rPr>
        <w:t>9:08  lekin is ka jo matlab hai wo yahi hai</w:t>
      </w:r>
      <w:r>
        <w:br/>
      </w:r>
      <w:r>
        <w:rPr>
          <w:sz w:val="20"/>
        </w:rPr>
        <w:t>9:12  ke historically acknowledged prophet honge aap. to tareef ka matlab yahan acknowledge karna, record mein aana, recorded history mein aana.</w:t>
      </w:r>
      <w:r>
        <w:br/>
      </w:r>
      <w:r>
        <w:rPr>
          <w:sz w:val="20"/>
        </w:rPr>
        <w:t>9:29  to behal ye bohat hi aham baat hai is ko samajhna chahiye.</w:t>
      </w:r>
    </w:p>
    <w:p>
      <w:pPr>
        <w:pStyle w:val="Heading2"/>
      </w:pPr>
      <w:r>
        <w:t>The nine things God enjoined, hadith list</w:t>
      </w:r>
    </w:p>
    <w:p>
      <w:r>
        <w:rPr>
          <w:color w:val="666666"/>
          <w:sz w:val="18"/>
        </w:rPr>
        <w:t>Moral Values In Islam - III | January 27, 2006 | Maulana Wahiduddin Khan · 4m 47s · at 13:26 · https://youtu.be/dTiWv3ClWPI?t=806</w:t>
      </w:r>
    </w:p>
    <w:p>
      <w:r>
        <w:rPr>
          <w:i/>
        </w:rPr>
        <w:t>“The translation of this hadith is: God has enjoined upon me nine things.”</w:t>
      </w:r>
    </w:p>
    <w:p>
      <w:r>
        <w:rPr>
          <w:sz w:val="20"/>
        </w:rPr>
        <w:t>13:26  Nine points. Nine, nine.</w:t>
      </w:r>
      <w:r>
        <w:br/>
      </w:r>
      <w:r>
        <w:rPr>
          <w:sz w:val="20"/>
        </w:rPr>
        <w:t>13:36  The translation of this hadith is that: God has, God has enjoined me.</w:t>
      </w:r>
      <w:r>
        <w:br/>
      </w:r>
      <w:r>
        <w:rPr>
          <w:sz w:val="20"/>
        </w:rPr>
        <w:t>13:47  Nine things, nine.</w:t>
      </w:r>
      <w:r>
        <w:br/>
      </w:r>
      <w:r>
        <w:rPr>
          <w:sz w:val="20"/>
        </w:rPr>
        <w:t>13:57  One: Fear of God in public and private.</w:t>
      </w:r>
      <w:r>
        <w:br/>
      </w:r>
      <w:r>
        <w:rPr>
          <w:sz w:val="20"/>
        </w:rPr>
        <w:t>14:13  Fear of God in public and in private. And,</w:t>
      </w:r>
      <w:r>
        <w:br/>
      </w:r>
      <w:r>
        <w:rPr>
          <w:sz w:val="20"/>
        </w:rPr>
        <w:t>14:29  and to speak with justice when I am in angry and when I am not angry in both the situation.</w:t>
      </w:r>
      <w:r>
        <w:br/>
      </w:r>
      <w:r>
        <w:rPr>
          <w:sz w:val="20"/>
        </w:rPr>
        <w:t>14:44  And I have to be donor</w:t>
      </w:r>
      <w:r>
        <w:br/>
      </w:r>
      <w:r>
        <w:rPr>
          <w:sz w:val="20"/>
        </w:rPr>
        <w:t>15:00  in poverty and in distress, both in both the situation.</w:t>
      </w:r>
      <w:r>
        <w:br/>
      </w:r>
      <w:r>
        <w:rPr>
          <w:sz w:val="20"/>
        </w:rPr>
        <w:t>15:15  and I have to give those who have depressed, and I have to forgive those who have pro</w:t>
      </w:r>
      <w:r>
        <w:br/>
      </w:r>
      <w:r>
        <w:rPr>
          <w:sz w:val="20"/>
        </w:rPr>
        <w:t>15:30  B.</w:t>
      </w:r>
      <w:r>
        <w:br/>
      </w:r>
      <w:r>
        <w:rPr>
          <w:sz w:val="20"/>
        </w:rPr>
        <w:t>15:51  And, and, and I have to give those</w:t>
      </w:r>
      <w:r>
        <w:br/>
      </w:r>
      <w:r>
        <w:rPr>
          <w:sz w:val="20"/>
        </w:rPr>
        <w:t>16:12  And my silence, my silence must be.</w:t>
      </w:r>
      <w:r>
        <w:br/>
      </w:r>
      <w:r>
        <w:rPr>
          <w:sz w:val="20"/>
        </w:rPr>
        <w:t>16:19  Zikr of God.</w:t>
      </w:r>
      <w:r>
        <w:br/>
      </w:r>
      <w:r>
        <w:rPr>
          <w:sz w:val="20"/>
        </w:rPr>
        <w:t>16:27  And when I am silent, I have to remember God.</w:t>
      </w:r>
      <w:r>
        <w:br/>
      </w:r>
      <w:r>
        <w:rPr>
          <w:sz w:val="20"/>
        </w:rPr>
        <w:t>16:35  And my speech must be dhikrullah. This is</w:t>
      </w:r>
      <w:r>
        <w:br/>
      </w:r>
      <w:r>
        <w:rPr>
          <w:sz w:val="20"/>
        </w:rPr>
        <w:t>16:42  Word of God.</w:t>
      </w:r>
      <w:r>
        <w:br/>
      </w:r>
      <w:r>
        <w:rPr>
          <w:sz w:val="20"/>
        </w:rPr>
        <w:t>16:53  And when I speak, I have to speak the word of God.</w:t>
      </w:r>
      <w:r>
        <w:br/>
      </w:r>
      <w:r>
        <w:rPr>
          <w:sz w:val="20"/>
        </w:rPr>
        <w:t>17:03  And my observation must be to find listen. Find listen.</w:t>
      </w:r>
      <w:r>
        <w:br/>
      </w:r>
      <w:r>
        <w:rPr>
          <w:sz w:val="20"/>
        </w:rPr>
        <w:t>17:14  These are nine things.</w:t>
      </w:r>
      <w:r>
        <w:br/>
      </w:r>
      <w:r>
        <w:rPr>
          <w:sz w:val="20"/>
        </w:rPr>
        <w:t>17:21  I think that these nine cover, cover all the aspects of life.</w:t>
      </w:r>
      <w:r>
        <w:br/>
      </w:r>
      <w:r>
        <w:rPr>
          <w:sz w:val="20"/>
        </w:rPr>
        <w:t>17:29  All the aspects of life very complete and very comprehensive.</w:t>
      </w:r>
      <w:r>
        <w:br/>
      </w:r>
      <w:r>
        <w:rPr>
          <w:sz w:val="20"/>
        </w:rPr>
        <w:t>17:36  So this is the whole con</w:t>
      </w:r>
      <w:r>
        <w:br/>
      </w:r>
      <w:r>
        <w:rPr>
          <w:sz w:val="20"/>
        </w:rPr>
        <w:t>17:44  soft of accountability. This, these nine principles set the course of behavior in the society. You know, the character or human behavior is something which pertains to</w:t>
      </w:r>
    </w:p>
    <w:p>
      <w:pPr>
        <w:pStyle w:val="Heading2"/>
      </w:pPr>
      <w:r>
        <w:t>Zakariya's humble dua and the promise of Yahya</w:t>
      </w:r>
    </w:p>
    <w:p>
      <w:r>
        <w:rPr>
          <w:color w:val="666666"/>
          <w:sz w:val="18"/>
        </w:rPr>
        <w:t>Inspiring Story of Maryam (Mary) in the Quran</w:t>
        <w:br/>
        <w:t>August 25, 2024 · 4m 47s · at 9:05 · https://youtu.be/O6VKl5oOu_s?t=545</w:t>
      </w:r>
    </w:p>
    <w:p>
      <w:r>
        <w:rPr>
          <w:i/>
        </w:rPr>
        <w:t>“He called upon his Lord in a low, humble voice.”</w:t>
      </w:r>
    </w:p>
    <w:p>
      <w:r>
        <w:rPr>
          <w:sz w:val="20"/>
        </w:rPr>
        <w:t>9:05  And the Quran says, "Isnada rabbahu nidaan khafiyya." When he called upon his Lord in low voice, this is a very important verse, he called upon his Lord in low voice.</w:t>
      </w:r>
      <w:r>
        <w:br/>
      </w:r>
      <w:r>
        <w:rPr>
          <w:sz w:val="20"/>
        </w:rPr>
        <w:t>9:22  Low voice means gentle and humble prayer, in hushed tone, a soft prayer, a prayer that comes from the heart</w:t>
      </w:r>
      <w:r>
        <w:br/>
      </w:r>
      <w:r>
        <w:rPr>
          <w:sz w:val="20"/>
        </w:rPr>
        <w:t>9:36  . So, he said, "Qala Rabbi inni wahnal azmu minni wa sha'ala rasu shaybah." "My Lord, my bones have weakened,</w:t>
      </w:r>
      <w:r>
        <w:br/>
      </w:r>
      <w:r>
        <w:rPr>
          <w:sz w:val="20"/>
        </w:rPr>
        <w:t>9:50  and my head has turned white due to old age."</w:t>
      </w:r>
      <w:r>
        <w:br/>
      </w:r>
      <w:r>
        <w:rPr>
          <w:sz w:val="20"/>
        </w:rPr>
        <w:t>9:57  And he says, "Walam akum biddaaika rabbi shakiyya." "Lord, I have never been disappointed in my prayer to You." This is a very amazing way of making dua.</w:t>
      </w:r>
      <w:r>
        <w:br/>
      </w:r>
      <w:r>
        <w:rPr>
          <w:sz w:val="20"/>
        </w:rPr>
        <w:t>10:13  "I was never disappointed praying to You. You have never turned down my prayer, my requests.</w:t>
      </w:r>
      <w:r>
        <w:br/>
      </w:r>
      <w:r>
        <w:rPr>
          <w:sz w:val="20"/>
        </w:rPr>
        <w:t>10:22  You have never sent me empty-handed.</w:t>
      </w:r>
      <w:r>
        <w:br/>
      </w:r>
      <w:r>
        <w:rPr>
          <w:sz w:val="20"/>
        </w:rPr>
        <w:t>10:25  " "تو نے مجھے کبھی خالی ہاتھ نہیں بھیجا، جب بھی میں نے تجھ سے دعا کی۔" "You have always heard my prayer. You have always responded to me." So, look, he is so hopeful.</w:t>
      </w:r>
      <w:r>
        <w:br/>
      </w:r>
      <w:r>
        <w:rPr>
          <w:sz w:val="20"/>
        </w:rPr>
        <w:t>10:40  He is so hopeful that God will surely accept his prayer. So, one should be hopeful when he prays to Allah.</w:t>
      </w:r>
      <w:r>
        <w:br/>
      </w:r>
      <w:r>
        <w:rPr>
          <w:sz w:val="20"/>
        </w:rPr>
        <w:t>10:49  One should be optimistic that his prayer will definitely be answered by God</w:t>
      </w:r>
      <w:r>
        <w:br/>
      </w:r>
      <w:r>
        <w:rPr>
          <w:sz w:val="20"/>
        </w:rPr>
        <w:t>10:55  . And secondly, which is also very important, that Zakariya alaihis salam is telling his problems to Allah, his difficulties to Allah.</w:t>
      </w:r>
      <w:r>
        <w:br/>
      </w:r>
      <w:r>
        <w:rPr>
          <w:sz w:val="20"/>
        </w:rPr>
        <w:t>11:06  Do you think God doesn't know about us? He knows everything. But when you make dua like this, you tell your problems to Allah, then your prayers are filled with spirit.</w:t>
      </w:r>
      <w:r>
        <w:br/>
      </w:r>
      <w:r>
        <w:rPr>
          <w:sz w:val="20"/>
        </w:rPr>
        <w:t>11:22  یعنی کیفیت بیدار ہو جاتی ہے۔ And then the chances of acceptance of such dua become very high.</w:t>
      </w:r>
      <w:r>
        <w:br/>
      </w:r>
      <w:r>
        <w:rPr>
          <w:sz w:val="20"/>
        </w:rPr>
        <w:t>11:31  And he says, "Wa inni khiftu l-mawaliya min warai wa kanait imrati aqirah." "Now I fear my kinsmen</w:t>
      </w:r>
      <w:r>
        <w:br/>
      </w:r>
      <w:r>
        <w:rPr>
          <w:sz w:val="20"/>
        </w:rPr>
        <w:t>11:41  when I am gone. I have no hope of their continuing my dava mission.</w:t>
      </w:r>
      <w:r>
        <w:br/>
      </w:r>
      <w:r>
        <w:rPr>
          <w:sz w:val="20"/>
        </w:rPr>
        <w:t>11:51  And my wife has passed the childbearing age." فَهَبْ لِي مِنْ لَدُونِكَ وَلِّيَّ "So grant me a successor from Yourself."یرثنی ویرث من آل یعقوب</w:t>
      </w:r>
      <w:r>
        <w:br/>
      </w:r>
      <w:r>
        <w:rPr>
          <w:sz w:val="20"/>
        </w:rPr>
        <w:t>12:09  "To be my heir, my heir, and to be the heir of the blessings of the house of Yaqub." وَاجْعَلْ لَهُ رَبِّي رَضِيًّا "And O my Lord, make him acceptable to You." So, Prophet Zakariya alaihis salam is not asking for a son, but he is worried that he has become old now and he will be gone.</w:t>
      </w:r>
      <w:r>
        <w:br/>
      </w:r>
      <w:r>
        <w:rPr>
          <w:sz w:val="20"/>
        </w:rPr>
        <w:t>12:38  He will be gone, so who will continue his dava mission? So, his concern is that dava mission, dava which he has been doing,</w:t>
      </w:r>
      <w:r>
        <w:br/>
      </w:r>
      <w:r>
        <w:rPr>
          <w:sz w:val="20"/>
        </w:rPr>
        <w:t>12:51  should be continued after he is gone, after he is no more. So, actually, he is praying for a prophet, he is not praying for a son.</w:t>
      </w:r>
      <w:r>
        <w:br/>
      </w:r>
      <w:r>
        <w:rPr>
          <w:sz w:val="20"/>
        </w:rPr>
        <w:t>13:01  And Allah responded immediately,right away. Allah said, "Ya Zakariya, O Zakariya,</w:t>
      </w:r>
      <w:r>
        <w:br/>
      </w:r>
      <w:r>
        <w:rPr>
          <w:sz w:val="20"/>
        </w:rPr>
        <w:t>13:11  إِنَّا نُبَشِّرُكَ بِغُلَامٍ</w:t>
      </w:r>
      <w:r>
        <w:br/>
      </w:r>
      <w:r>
        <w:rPr>
          <w:sz w:val="20"/>
        </w:rPr>
        <w:t>13:17  يا زكريا إِنَّا نُبَشِّرُكَ بِغُلَامٍ إِنْ إِسْمَهُ يَحْيٰى</w:t>
      </w:r>
      <w:r>
        <w:br/>
      </w:r>
      <w:r>
        <w:rPr>
          <w:sz w:val="20"/>
        </w:rPr>
        <w:t>13:25  O Zakariya, we bring you good news of a son whose name shall be John Yahya. وَلَمْ نَجَعَ لَهُ مِنْ قَبْلُ سَمِيعًا We have not given such a name to anyone befor</w:t>
      </w:r>
      <w:r>
        <w:br/>
      </w:r>
      <w:r>
        <w:rPr>
          <w:sz w:val="20"/>
        </w:rPr>
        <w:t>13:41  e This means that not only name, but his qualities were so great that no one ever had that quality.</w:t>
      </w:r>
    </w:p>
    <w:p>
      <w:pPr>
        <w:pStyle w:val="Heading2"/>
      </w:pPr>
      <w:r>
        <w:t>negativity, blame, and differences as natural side effects</w:t>
      </w:r>
    </w:p>
    <w:p>
      <w:r>
        <w:rPr>
          <w:color w:val="666666"/>
          <w:sz w:val="18"/>
        </w:rPr>
        <w:t>In Conversation April 8, 2016 Maulana Wahiduddin Khan · 4m 32s · at 6:31 · https://youtu.be/jW4fUC7OcVM?t=391</w:t>
      </w:r>
    </w:p>
    <w:p>
      <w:r>
        <w:rPr>
          <w:i/>
        </w:rPr>
        <w:t>“The big problem is negative thinking”</w:t>
      </w:r>
    </w:p>
    <w:p>
      <w:r>
        <w:rPr>
          <w:sz w:val="20"/>
        </w:rPr>
        <w:t>6:31  maulana, also many a times we become very negative due to several reasons, and this negativity also makes us stressful and very tensed.</w:t>
      </w:r>
      <w:r>
        <w:br/>
      </w:r>
      <w:r>
        <w:rPr>
          <w:sz w:val="20"/>
        </w:rPr>
        <w:t>6:42  so how should we deal with negativity? yeh sahi hai ke bada problem jo hai, woh negative thinking hai.</w:t>
      </w:r>
      <w:r>
        <w:br/>
      </w:r>
      <w:r>
        <w:rPr>
          <w:sz w:val="20"/>
        </w:rPr>
        <w:t>6:52  jab bhi koi aisi baat pesh aati hai jo hum ko hamare andar stress paida kar de, to hum foran negative ho jate hain.</w:t>
      </w:r>
      <w:r>
        <w:br/>
      </w:r>
      <w:r>
        <w:rPr>
          <w:sz w:val="20"/>
        </w:rPr>
        <w:t>7:02  isko lena chahiye ke yeh to jo hua, woh law of nature ke mutabiq hona hi hona tha.</w:t>
      </w:r>
      <w:r>
        <w:br/>
      </w:r>
      <w:r>
        <w:rPr>
          <w:sz w:val="20"/>
        </w:rPr>
        <w:t>7:09  jo hua, woh according to law of nature hua, woh kisi aadmi ke waise nahi hua.</w:t>
      </w:r>
      <w:r>
        <w:br/>
      </w:r>
      <w:r>
        <w:rPr>
          <w:sz w:val="20"/>
        </w:rPr>
        <w:t>7:21  to agar hum isko is tarah lein, to hum kisi insaan ko blame nahi denge. insaan ko blame dete hi stress shuru ho jata hai.</w:t>
      </w:r>
      <w:r>
        <w:br/>
      </w:r>
      <w:r>
        <w:rPr>
          <w:sz w:val="20"/>
        </w:rPr>
        <w:t>7:34  insaan ko blame nahi denge, balkeh hum samjhenge ke yeh according to law of nature hua. to jis tarah se may june mahina aata hai, garmi lata hai, to woh hamein stress nahi, stress nahi dalta.</w:t>
      </w:r>
      <w:r>
        <w:br/>
      </w:r>
      <w:r>
        <w:rPr>
          <w:sz w:val="20"/>
        </w:rPr>
        <w:t>7:51  yeh to hum samajhte hain ke law of nature yahi hai.</w:t>
      </w:r>
      <w:r>
        <w:br/>
      </w:r>
      <w:r>
        <w:rPr>
          <w:sz w:val="20"/>
        </w:rPr>
        <w:t>7:55  to main samajhta hoon ke</w:t>
      </w:r>
      <w:r>
        <w:br/>
      </w:r>
      <w:r>
        <w:rPr>
          <w:sz w:val="20"/>
        </w:rPr>
        <w:t>8:00  yani galat,</w:t>
      </w:r>
      <w:r>
        <w:br/>
      </w:r>
      <w:r>
        <w:rPr>
          <w:sz w:val="20"/>
        </w:rPr>
        <w:t>8:05  yani galat attribution hai. yani jo cheez hui hai, khuda ki iski hum cheez ke mutabiq ya law of nature ke mutabiq, isko hum attribute karte hain kisi insaan ki taraf, apne jaisay insaan.</w:t>
      </w:r>
      <w:r>
        <w:br/>
      </w:r>
      <w:r>
        <w:rPr>
          <w:sz w:val="20"/>
        </w:rPr>
        <w:t>8:22  is se aata hai stress.</w:t>
      </w:r>
      <w:r>
        <w:br/>
      </w:r>
      <w:r>
        <w:rPr>
          <w:sz w:val="20"/>
        </w:rPr>
        <w:t>8:25  to mein samajhta hoon ke zyada important baat yeh hai ke hum apne andar art of thinking layein, sochne ka tareeqa hamein maloom ho, cheezon ko right angle se dekhna janain.</w:t>
      </w:r>
      <w:r>
        <w:br/>
      </w:r>
      <w:r>
        <w:rPr>
          <w:sz w:val="20"/>
        </w:rPr>
        <w:t>8:37  hum</w:t>
      </w:r>
      <w:r>
        <w:br/>
      </w:r>
      <w:r>
        <w:rPr>
          <w:sz w:val="20"/>
        </w:rPr>
        <w:t>8:41  yeh jab aayega, tab hum stress ko manage karne ke qabil ho sakenge. to Maulana, you are saying that whatever happens, happens because of the law of</w:t>
      </w:r>
      <w:r>
        <w:br/>
      </w:r>
      <w:r>
        <w:rPr>
          <w:sz w:val="20"/>
        </w:rPr>
        <w:t>8:53  nature. it does not happen because of any particular person. and when we think in this manner, we will not become stressful and negative. but Maulana, it also happens that many times in social life, we become negative for a person, because there are lot of differences between people.</w:t>
      </w:r>
      <w:r>
        <w:br/>
      </w:r>
      <w:r>
        <w:rPr>
          <w:sz w:val="20"/>
        </w:rPr>
        <w:t>9:10  so these differences make people negative for each other. so how to manage these differences? dekhein, social life kya hai?</w:t>
      </w:r>
      <w:r>
        <w:br/>
      </w:r>
      <w:r>
        <w:rPr>
          <w:sz w:val="20"/>
        </w:rPr>
        <w:t>9:20  social life ka matlab hai living with difference. har aadmi by birth mr different hai, har aurat by birth miss different hai.</w:t>
      </w:r>
      <w:r>
        <w:br/>
      </w:r>
      <w:r>
        <w:rPr>
          <w:sz w:val="20"/>
        </w:rPr>
        <w:t>9:36  to social life ka matlab bhi hai differences ke darmiyan rehna. is ko hum as a barter effect tasleem karein.</w:t>
      </w:r>
      <w:r>
        <w:br/>
      </w:r>
      <w:r>
        <w:rPr>
          <w:sz w:val="20"/>
        </w:rPr>
        <w:t>9:46  is ko hum as a barter effect tasleem karein ke insaan social animal hai, is ko society mein rehna hi rehna hai, alag nahi reh sakta woh.</w:t>
      </w:r>
      <w:r>
        <w:br/>
      </w:r>
      <w:r>
        <w:rPr>
          <w:sz w:val="20"/>
        </w:rPr>
        <w:t>9:57  to society mein rahega to wahan differences pesh aayega. is liye jab is ko hum yeh samjhein ke yeh jo kuch hua, woh as a barter effect hua,</w:t>
      </w:r>
      <w:r>
        <w:br/>
      </w:r>
      <w:r>
        <w:rPr>
          <w:sz w:val="20"/>
        </w:rPr>
        <w:t>10:13  kisi ki saazish se, kisi ke bura karne se nahi hua. yaani aap jis ne misaal di, aap ko ke may june mein garmi aati hai, hum samjhein yeh garmi jo aayi, hamare padosi ki wajah se aayi hai, to hum padosi ko gussa aayega.</w:t>
      </w:r>
      <w:r>
        <w:br/>
      </w:r>
      <w:r>
        <w:rPr>
          <w:sz w:val="20"/>
        </w:rPr>
        <w:t>10:32  lekin hum chahte hain ke yeh to yeh to nature ki planning hai, to hamein kuch gussa nahi hota kisi ke upar.</w:t>
      </w:r>
      <w:r>
        <w:br/>
      </w:r>
      <w:r>
        <w:rPr>
          <w:sz w:val="20"/>
        </w:rPr>
        <w:t>10:41  to negative log hote hain is liye ke woh attribute karte hain is ko kisi insaan ke, haalanki woh hota hai yaani khuda ke kisi bhi plan ki wajah se.</w:t>
      </w:r>
      <w:r>
        <w:br/>
      </w:r>
      <w:r>
        <w:rPr>
          <w:sz w:val="20"/>
        </w:rPr>
        <w:t>10:54  to asal ahmiyat dobara kahunga ke asal ahmiyat hai art of thinking ki. Maulana, this question has come from Ms Shabana Ansari.</w:t>
      </w:r>
    </w:p>
    <w:p>
      <w:pPr>
        <w:pStyle w:val="Heading2"/>
      </w:pPr>
      <w:r>
        <w:t>full story of Ibrahim, Ismail, and the meaning of sacrifice</w:t>
      </w:r>
    </w:p>
    <w:p>
      <w:r>
        <w:rPr>
          <w:color w:val="666666"/>
          <w:sz w:val="18"/>
        </w:rPr>
        <w:t>Message of Eid Al-Adha July 10, 2022 · 3m 10s · at 15:36 · https://youtu.be/3UrMEgt8GYA?t=936</w:t>
      </w:r>
    </w:p>
    <w:p>
      <w:r>
        <w:rPr>
          <w:i/>
        </w:rPr>
        <w:t>“Qurbani bhi dar-asal iska matlab yeh hai ke apne aap ko dedicate karna”</w:t>
      </w:r>
    </w:p>
    <w:p>
      <w:r>
        <w:rPr>
          <w:sz w:val="20"/>
        </w:rPr>
        <w:t>15:36  aise hi qurbani hai.</w:t>
      </w:r>
      <w:r>
        <w:br/>
      </w:r>
      <w:r>
        <w:rPr>
          <w:sz w:val="20"/>
        </w:rPr>
        <w:t>15:39  qurbani bhi darasal is ka matlab ye hai ke apne aap ko dedicate karna, dawaati kaam ke liye apne aap ko dedicate karna.</w:t>
      </w:r>
      <w:r>
        <w:br/>
      </w:r>
      <w:r>
        <w:rPr>
          <w:sz w:val="20"/>
        </w:rPr>
        <w:t>15:48  jaise hazrat ibrahim alaihis salam ne khwab dekha ke woh apne bete ismail ko sacrifice kar rahe hain, aur woh teen baar khwab dekha</w:t>
      </w:r>
      <w:r>
        <w:br/>
      </w:r>
      <w:r>
        <w:rPr>
          <w:sz w:val="20"/>
        </w:rPr>
        <w:t>16:01  to unhon ne is ko literal liya aur apne bete ko bulaaya, ismail alaihis salam ko, jo us waqt pandrah bees saal ke rahe honge, ke bete, maine khwab mein dekha hai ke mein tumhe sacrifice kar raha hoon,</w:t>
      </w:r>
      <w:r>
        <w:br/>
      </w:r>
      <w:r>
        <w:rPr>
          <w:sz w:val="20"/>
        </w:rPr>
        <w:t>16:16  to tumhari kya raye hai? to woh bhi paighambar the, yani future ke paighambar the.</w:t>
      </w:r>
      <w:r>
        <w:br/>
      </w:r>
      <w:r>
        <w:rPr>
          <w:sz w:val="20"/>
        </w:rPr>
        <w:t>16:23  to unhon ne kaha ke qaala ya abati af'al maa tu'mar ke aye mere baap, jo bhi aap ko hukm mil raha hai, woh kar daaliye.</w:t>
      </w:r>
      <w:r>
        <w:br/>
      </w:r>
      <w:r>
        <w:rPr>
          <w:sz w:val="20"/>
        </w:rPr>
        <w:t>16:36  satjad tajidni insha allah min al-sabirin ke aap mujhe sabr karne walon mein se payenge.</w:t>
      </w:r>
      <w:r>
        <w:br/>
      </w:r>
      <w:r>
        <w:rPr>
          <w:sz w:val="20"/>
        </w:rPr>
        <w:t>16:47  to hazrat ibrahim alaihis salam ne ismail ko liya aur mina ki taraf chale gaye aur qurbani ki tayari ki aur patti bandh li apni aankhon pe.</w:t>
      </w:r>
      <w:r>
        <w:br/>
      </w:r>
      <w:r>
        <w:rPr>
          <w:sz w:val="20"/>
        </w:rPr>
        <w:t>17:00  tab tak allah ta'ala ne jibrail ko bhej diya. jibrail aaye aur ek, um, ek janwar bhi un ke saath tha, dambha.</w:t>
      </w:r>
      <w:r>
        <w:br/>
      </w:r>
      <w:r>
        <w:rPr>
          <w:sz w:val="20"/>
        </w:rPr>
        <w:t>17:09  kaha ke ismail ki qurbani mat karo, balke us janwar ki qurbani karo.</w:t>
      </w:r>
      <w:r>
        <w:br/>
      </w:r>
      <w:r>
        <w:rPr>
          <w:sz w:val="20"/>
        </w:rPr>
        <w:t>17:16  to allah ta'ala ki taraf se ye baat aayi quran mein qad sadaqtal ru'ya ke aye ibrahim, tum ne khwab ko sach kar ke dikha diya.</w:t>
      </w:r>
      <w:r>
        <w:br/>
      </w:r>
      <w:r>
        <w:rPr>
          <w:sz w:val="20"/>
        </w:rPr>
        <w:t>17:27  aur phir aage aata hai ke wafadaina bizabhin azeem ke hum ne ismail ko bacha liya ek badi qurbani ke iwaz mein.</w:t>
      </w:r>
      <w:r>
        <w:br/>
      </w:r>
      <w:r>
        <w:rPr>
          <w:sz w:val="20"/>
        </w:rPr>
        <w:t>17:41  to maulana ne is ko is explain kiya hai ke jo, um, agar badi qurbani ka zikr hai yahan to ek chhoti qurbani bhi hai.</w:t>
      </w:r>
      <w:r>
        <w:br/>
      </w:r>
      <w:r>
        <w:rPr>
          <w:sz w:val="20"/>
        </w:rPr>
        <w:t>17:51  to badi qurbani to ye hai ke apne aap ko dedicate karna, jaise hazrat ibrahim alaihis salam ne apni family ko wahan la ke sahara mein basa diya tha taake ek, ek team tayyar ho.</w:t>
      </w:r>
      <w:r>
        <w:br/>
      </w:r>
      <w:r>
        <w:rPr>
          <w:sz w:val="20"/>
        </w:rPr>
        <w:t>18:05  aur jo chhoti qurbani hai, wo janwar ki qurbani hai.</w:t>
      </w:r>
      <w:r>
        <w:br/>
      </w:r>
      <w:r>
        <w:rPr>
          <w:sz w:val="20"/>
        </w:rPr>
        <w:t>18:10  to maqsad yahi hai ke apne andar qurbani ki spirit paida ki jaye. to jo haji qurbani karta hai, to us ka matlab yahi hai ke wo apne aap ko dedicate karta hai, apne time ko, apni energy ko, apne paise ko, apne resources ko allah ki rah mein, um, lagata hai.</w:t>
      </w:r>
      <w:r>
        <w:br/>
      </w:r>
      <w:r>
        <w:rPr>
          <w:sz w:val="20"/>
        </w:rPr>
        <w:t>18:31  to ye, um, um, maulana ne kaha hai ke hajj darasal islam ke da'iyon ka ek aalmi ijtimah hai, yani ek salana dawatii conference hai.</w:t>
      </w:r>
    </w:p>
    <w:p>
      <w:pPr>
        <w:pStyle w:val="Heading2"/>
      </w:pPr>
      <w:r>
        <w:t>full origin story of the search for Laylatul Qadr</w:t>
      </w:r>
    </w:p>
    <w:p>
      <w:r>
        <w:rPr>
          <w:color w:val="666666"/>
          <w:sz w:val="18"/>
        </w:rPr>
        <w:t>Exploring Lailatul Qadr March 31, 2024 · 3m 38s · at 1:03 · https://youtu.be/WeNvQKwBSx0?t=63</w:t>
      </w:r>
    </w:p>
    <w:p>
      <w:r>
        <w:rPr>
          <w:i/>
        </w:rPr>
        <w:t>“Aakhri das din Ramadan ke bohot important hote hain”</w:t>
      </w:r>
    </w:p>
    <w:p>
      <w:r>
        <w:rPr>
          <w:sz w:val="20"/>
        </w:rPr>
        <w:t>1:03  Apa, sabse pehla sawal to mera aap hi se hai. jaisa ki hum jaante hain ki aakhri das din Ramadan ke bahut important hote hain. inhi mein se ek raat Lailat-ul-Qadr ki raat bhi hoti hai.</w:t>
      </w:r>
      <w:r>
        <w:br/>
      </w:r>
      <w:r>
        <w:rPr>
          <w:sz w:val="20"/>
        </w:rPr>
        <w:t>1:14  to main chahunga aap wahan se shuru karein ki ye das din ki kya importance hai, iske bare mein aap hum sab ko bataein. Muslim Ramadan ka mahina poora ka poora hi important hai kyunki isi mahine mein Quran utara gaya.</w:t>
      </w:r>
      <w:r>
        <w:br/>
      </w:r>
      <w:r>
        <w:rPr>
          <w:sz w:val="20"/>
        </w:rPr>
        <w:t>1:30  Quran ki khaas baat ye hai ki ye ek preserved divine book hai. is se pehle bahut paighambar aaye, bahut kitabein aur Khuda ke paighamat aaye lekin wo preserve nahi ho saka tha.</w:t>
      </w:r>
      <w:r>
        <w:br/>
      </w:r>
      <w:r>
        <w:rPr>
          <w:sz w:val="20"/>
        </w:rPr>
        <w:t>1:42  is ki kai wajuhaat hain. to ek preserved divine book utari gayi Ramadan ke mahine mein. lekin asal mein is zamane mein koi tareekh ka itna record nahi hota tha.</w:t>
      </w:r>
      <w:r>
        <w:br/>
      </w:r>
      <w:r>
        <w:rPr>
          <w:sz w:val="20"/>
        </w:rPr>
        <w:t>1:55  bas yahi maloom tha ki Ramadan ke mahine mein utra</w:t>
      </w:r>
      <w:r>
        <w:br/>
      </w:r>
      <w:r>
        <w:rPr>
          <w:sz w:val="20"/>
        </w:rPr>
        <w:t>1:58  ha. kis date ko kya time hai, wo na calendar, na diary, na ghadi. ye sab to hota nahi tha. to is wajah se wo Lailat-ul-Qadr ki talash hui ki wo khaas raat kaun si thi jis mein Quran ki pehli verses utari gayi.</w:t>
      </w:r>
      <w:r>
        <w:br/>
      </w:r>
      <w:r>
        <w:rPr>
          <w:sz w:val="20"/>
        </w:rPr>
        <w:t>2:18  to isi ko hum Shab-e-Qadr bhi kehte hain.</w:t>
      </w:r>
      <w:r>
        <w:br/>
      </w:r>
      <w:r>
        <w:rPr>
          <w:sz w:val="20"/>
        </w:rPr>
        <w:t>2:21  is ke background mein yeh bataya jata hai ke kuch logon se yeh maloom hua ke bani israel ke ulma mein bohat se logon ne 80, 80 saal jihad kiya.</w:t>
      </w:r>
      <w:r>
        <w:br/>
      </w:r>
      <w:r>
        <w:rPr>
          <w:sz w:val="20"/>
        </w:rPr>
        <w:t>2:32  jihad ka matlab aam struggle nahi, matlab Khuda ki rah mein bohat hi utmost struggle karna. to sahaba ko thoda sa gham hua ke hum kitne aise log hain jo ke 80 saal hamari umar bhi nahi hoti.</w:t>
      </w:r>
      <w:r>
        <w:br/>
      </w:r>
      <w:r>
        <w:rPr>
          <w:sz w:val="20"/>
        </w:rPr>
        <w:t>2:47  to woh log hamare hum se zyada sabqat le gaye reward mein. to is kaha jata hai ke is background mein yeh surah utri ke ek raat ki ibadat ek hazar mahine ki ibadat ke barabar hai.</w:t>
      </w:r>
      <w:r>
        <w:br/>
      </w:r>
      <w:r>
        <w:rPr>
          <w:sz w:val="20"/>
        </w:rPr>
        <w:t>3:01  aur doosre ke Ramzan ke mahine mein jo amal hota hai, roza rakha jata hai aur bohat zyada ibadat ki jati hai.</w:t>
      </w:r>
      <w:r>
        <w:br/>
      </w:r>
      <w:r>
        <w:rPr>
          <w:sz w:val="20"/>
        </w:rPr>
        <w:t>3:10  to ab waise amal ka Allah taala saat sau guna tak reward dete hain. lekin Ramzan ke mahine mein Allah ne kaha ke hum baghair hisab ajr denge.</w:t>
      </w:r>
      <w:r>
        <w:br/>
      </w:r>
      <w:r>
        <w:rPr>
          <w:sz w:val="20"/>
        </w:rPr>
        <w:t>3:22  tab sahaba bohat khush ho gaye. lekin chunke maloom nahi tha ke kaun si exact raat hai, exact time hai, to Rasool Allah Salallahu Alaihi Wasallam talash karte rahe Shab-e-Qadr ki.</w:t>
      </w:r>
      <w:r>
        <w:br/>
      </w:r>
      <w:r>
        <w:rPr>
          <w:sz w:val="20"/>
        </w:rPr>
        <w:t>3:37  to shuru mein to aap ne poora hi Ramzan ka itikaf kiya. dekhiye, itikaf Ramzan ka to poora mahina hi ibadat ka mahina hai.</w:t>
      </w:r>
      <w:r>
        <w:br/>
      </w:r>
      <w:r>
        <w:rPr>
          <w:sz w:val="20"/>
        </w:rPr>
        <w:t>3:46  lekin itikaf mein bohat zyada concentration ho jata hai. madi sarkargiyon ki kami ho jati hai. aur bohat zyada insan Khuda se rujoo hota hai.</w:t>
      </w:r>
      <w:r>
        <w:br/>
      </w:r>
      <w:r>
        <w:rPr>
          <w:sz w:val="20"/>
        </w:rPr>
        <w:t>3:57  ibadat karta hai, zikr karta hai, tasbeeh kar padhta hai. to is tarah se woh apne aap ko prepare karta hai</w:t>
      </w:r>
      <w:r>
        <w:br/>
      </w:r>
      <w:r>
        <w:rPr>
          <w:sz w:val="20"/>
        </w:rPr>
        <w:t>4:04  is mahine ki jo barkatein hain is ko paane ke liye. to Rasool Allah Salallahu Alaihi Wasallam itikaf karte rahe aur koshish karte rahe ke woh exact raat pata chale.</w:t>
      </w:r>
      <w:r>
        <w:br/>
      </w:r>
      <w:r>
        <w:rPr>
          <w:sz w:val="20"/>
        </w:rPr>
        <w:t>4:17  to ek din aap ne khwab mein dekha ke koi mitti ki zameen hai, wahan par barish ho rahi hai. aur is barish mein aap sajda kar rahe hain.</w:t>
      </w:r>
      <w:r>
        <w:br/>
      </w:r>
      <w:r>
        <w:rPr>
          <w:sz w:val="20"/>
        </w:rPr>
        <w:t>4:27  tab aap ko samajh mein aa gaya ke yahi raat hai Shab-e-Qadr ki.</w:t>
      </w:r>
      <w:r>
        <w:br/>
      </w:r>
      <w:r>
        <w:rPr>
          <w:sz w:val="20"/>
        </w:rPr>
        <w:t>4:31  to phir yeh raat jo thi, yeh teesre ashre mein thi. to phir aap ne apne sahaba se keh diya ke tum log isi teesre ashre mein itikaf kiya karo.</w:t>
      </w:r>
    </w:p>
    <w:p>
      <w:pPr>
        <w:pStyle w:val="Heading2"/>
      </w:pPr>
      <w:r>
        <w:t>Scientific method applied to Islam violence claim</w:t>
      </w:r>
    </w:p>
    <w:p>
      <w:r>
        <w:rPr>
          <w:color w:val="666666"/>
          <w:sz w:val="18"/>
        </w:rPr>
        <w:t>Scientific Way of Thinking July 22, 2007 · 4m 45s · at 3:14 · https://youtu.be/HxIschrKj7s?t=194</w:t>
      </w:r>
    </w:p>
    <w:p>
      <w:r>
        <w:rPr>
          <w:i/>
        </w:rPr>
        <w:t>“He said all religions are peace, but Islam is violence.”</w:t>
      </w:r>
    </w:p>
    <w:p>
      <w:r>
        <w:rPr>
          <w:sz w:val="20"/>
        </w:rPr>
        <w:t>3:14  yeh dekhen ke ek sahab jo bohat parhe likhe aadmi hain, un ke paas America tak ki degree hai, unhon ne kaha ke saare religion jo hain woh peace</w:t>
      </w:r>
      <w:r>
        <w:br/>
      </w:r>
      <w:r>
        <w:rPr>
          <w:sz w:val="20"/>
        </w:rPr>
        <w:t>3:35  par base karte hain. Saare religion mein peace aur shanti ki baatein hain. Lekin Islam jo hai woh violence ka religion hai.</w:t>
      </w:r>
      <w:r>
        <w:br/>
      </w:r>
      <w:r>
        <w:rPr>
          <w:sz w:val="20"/>
        </w:rPr>
        <w:t>3:45  ab dekhen ke unhon ne degree likhi India mein, America ki, America ki universityon ki, aisi baat bole woh. To main ne kaha ke dekhen, yeh scientific tareeqa nahin hai baat ko samajhne ka.</w:t>
      </w:r>
      <w:r>
        <w:br/>
      </w:r>
      <w:r>
        <w:rPr>
          <w:sz w:val="20"/>
        </w:rPr>
        <w:t>4:02  main ne kaha ke aap ne yeh kaha ke Islam jo hai religion of violence hai aur doosre religion jo hain woh religion of pe</w:t>
      </w:r>
      <w:r>
        <w:br/>
      </w:r>
      <w:r>
        <w:rPr>
          <w:sz w:val="20"/>
        </w:rPr>
        <w:t>4:09  s hain, kya aap ne is ki study ki hai? Study kar ke jaana hai aap ne is baat ko?</w:t>
      </w:r>
      <w:r>
        <w:br/>
      </w:r>
      <w:r>
        <w:rPr>
          <w:sz w:val="20"/>
        </w:rPr>
        <w:t>4:18  to unhon ne kaha ke nahin. To kaise rai banai? Aisi suni sunai baaton par, hear se par rai bana liya. Haalankeh woh bohat bari degree un ke paas hai.</w:t>
      </w:r>
      <w:r>
        <w:br/>
      </w:r>
      <w:r>
        <w:rPr>
          <w:sz w:val="20"/>
        </w:rPr>
        <w:t>4:29  to main ne kaha ke dekhen, yeh yeh fact hai ke Islam mein yaani Quran mein kai aayatein aisi hain jo qital ki ijazat deti hain.</w:t>
      </w:r>
      <w:r>
        <w:br/>
      </w:r>
      <w:r>
        <w:rPr>
          <w:sz w:val="20"/>
        </w:rPr>
        <w:t>4:42  qatilul ladheena yqatiloonakum. Lekin doosre mazhabon, kitabon mein bhi yahi baat hai. Jaise aap dekhen, Christianity ko leejie aap</w:t>
      </w:r>
      <w:r>
        <w:br/>
      </w:r>
      <w:r>
        <w:rPr>
          <w:sz w:val="20"/>
        </w:rPr>
        <w:t>4:53  . Bible mein chapter Matthew mein Hazrat Masih kehte hain ke I did not come for peace but a sword.</w:t>
      </w:r>
      <w:r>
        <w:br/>
      </w:r>
      <w:r>
        <w:rPr>
          <w:sz w:val="20"/>
        </w:rPr>
        <w:t>5:05  main sulah ke liye nahin aaya hoon, peace ke liye nahin aaya hoon, main talwar chalwane ke liye aaya hoon. I did not come for peace but a sword.</w:t>
      </w:r>
      <w:r>
        <w:br/>
      </w:r>
      <w:r>
        <w:rPr>
          <w:sz w:val="20"/>
        </w:rPr>
        <w:t>5:17  Geeta mein hai ke Krishan ji Arjun se kehte hain, aye Arjun aage barh aur yudh kar. To wahan bhi qital ki baat hai.</w:t>
      </w:r>
      <w:r>
        <w:br/>
      </w:r>
      <w:r>
        <w:rPr>
          <w:sz w:val="20"/>
        </w:rPr>
        <w:t>5:30  ab aap ko sochna parega doosre dhang se. Yeh jo aap ne rai bana li ke Islam mein hai aur doosre mazhabon mein nahin hai, to jab aap study karenge to aap ko pata hoga ke doosre mazhabon mein bhi yahi baat hai.</w:t>
      </w:r>
      <w:r>
        <w:br/>
      </w:r>
      <w:r>
        <w:rPr>
          <w:sz w:val="20"/>
        </w:rPr>
        <w:t>5:46  ab doosre dhang se aap ko sochna parega aap ko. To kya pata chalega ke har mazhab jo hai basically religion of love hai, religion of compassion hai, religion of peace hai, basically.</w:t>
      </w:r>
      <w:r>
        <w:br/>
      </w:r>
      <w:r>
        <w:rPr>
          <w:sz w:val="20"/>
        </w:rPr>
        <w:t>6:01  lekin as an exception har mazhab mein violence ki bhi ijazat hai, war ki bhi ijazat hai.</w:t>
      </w:r>
      <w:r>
        <w:br/>
      </w:r>
      <w:r>
        <w:rPr>
          <w:sz w:val="20"/>
        </w:rPr>
        <w:t>6:11  yaani defense ke liye.</w:t>
      </w:r>
      <w:r>
        <w:br/>
      </w:r>
      <w:r>
        <w:rPr>
          <w:sz w:val="20"/>
        </w:rPr>
        <w:t>6:15  chunanche Islam mein dekhen, Quran mein chhe hazar kuch so aayatein hain. Is mein sirf do darjan aisi aayatein hain jin mein qital ki baat hai.</w:t>
      </w:r>
      <w:r>
        <w:br/>
      </w:r>
      <w:r>
        <w:rPr>
          <w:sz w:val="20"/>
        </w:rPr>
        <w:t>6:27  yaani less than one percent. Ab</w:t>
      </w:r>
      <w:r>
        <w:br/>
      </w:r>
      <w:r>
        <w:rPr>
          <w:sz w:val="20"/>
        </w:rPr>
        <w:t>6:35  aap is ki study karenge to aap kya discover karenge? Aap yeh discover karenge ke in Islam peace is the rule and war is an exception.</w:t>
      </w:r>
      <w:r>
        <w:br/>
      </w:r>
      <w:r>
        <w:rPr>
          <w:sz w:val="20"/>
        </w:rPr>
        <w:t>6:49  isi tarah se Hindu mazhab mein, isi tarah se Christianity mein bhi. Masih ne jab kaha ke love your enemy to yeh unhon ne general rule ki baat kahi.</w:t>
      </w:r>
      <w:r>
        <w:br/>
      </w:r>
      <w:r>
        <w:rPr>
          <w:sz w:val="20"/>
        </w:rPr>
        <w:t>7:02  isi ke saath jab unhon ne sword ki baat kahi to woh exception tha.</w:t>
      </w:r>
      <w:r>
        <w:br/>
      </w:r>
      <w:r>
        <w:rPr>
          <w:sz w:val="20"/>
        </w:rPr>
        <w:t>7:06  aisi Geeta mein wisdom ki baatein hain, bohat si wisdom ki baatein hain. Aur saath saath yeh bhi hai ke aye Arjun aage barh aur yudh kar.</w:t>
      </w:r>
      <w:r>
        <w:br/>
      </w:r>
      <w:r>
        <w:rPr>
          <w:sz w:val="20"/>
        </w:rPr>
        <w:t>7:16  to woh exception hai. To scientific statement kya hua? Scientific statement yeh hua</w:t>
      </w:r>
      <w:r>
        <w:br/>
      </w:r>
      <w:r>
        <w:rPr>
          <w:sz w:val="20"/>
        </w:rPr>
        <w:t>7:29  ke har mazhab peace ki, har mazhab mein peace ki teaching hai.</w:t>
      </w:r>
      <w:r>
        <w:br/>
      </w:r>
      <w:r>
        <w:rPr>
          <w:sz w:val="20"/>
        </w:rPr>
        <w:t>7:36  har religion mein peace ki teaching hai. Including Islam. Lekin isi ke saath saath as an exception defensive war ko allow kiya gaya hai.</w:t>
      </w:r>
      <w:r>
        <w:br/>
      </w:r>
      <w:r>
        <w:rPr>
          <w:sz w:val="20"/>
        </w:rPr>
        <w:t>7:50  yeh hai scientific statement. woh jo tha pehle jo baat kahi thi unhon ne, woh scientific statement nahi tha.</w:t>
      </w:r>
    </w:p>
    <w:p>
      <w:pPr>
        <w:pStyle w:val="Heading2"/>
      </w:pPr>
      <w:r>
        <w:t>Pacifism history and Islam's formula</w:t>
      </w:r>
    </w:p>
    <w:p>
      <w:r>
        <w:rPr>
          <w:color w:val="666666"/>
          <w:sz w:val="18"/>
        </w:rPr>
        <w:t>Scientific Way of Thinking July 22, 2007 · 5m 37s · at 20:37 · https://youtu.be/HxIschrKj7s?t=1237</w:t>
      </w:r>
    </w:p>
    <w:p>
      <w:r>
        <w:rPr>
          <w:i/>
        </w:rPr>
        <w:t>“History of thought has a subject called pacifism.”</w:t>
      </w:r>
    </w:p>
    <w:p>
      <w:r>
        <w:rPr>
          <w:sz w:val="20"/>
        </w:rPr>
        <w:t>20:37  History of thought mein aik subject hota hai pacifism. History of thought mein aik subject hota hai pacifism yani peaceful activism</w:t>
      </w:r>
      <w:r>
        <w:br/>
      </w:r>
      <w:r>
        <w:rPr>
          <w:sz w:val="20"/>
        </w:rPr>
        <w:t>20:51  . aman ke zareeye se maqsad hasil karne ki koshish yaani peaceful struggle. to pacifism aaj tak ek dream bana hua tha.</w:t>
      </w:r>
      <w:r>
        <w:br/>
      </w:r>
      <w:r>
        <w:rPr>
          <w:sz w:val="20"/>
        </w:rPr>
        <w:t>21:04  kyun? jitne philosopher the, jitne thinkers the, jitne reformers the history ke in sab ne peaceful activism ka formula kya pakad rakha tha ke pehle problem ko hatayo is ke baad hum jo chahte hain system woh hum layen ge.</w:t>
      </w:r>
      <w:r>
        <w:br/>
      </w:r>
      <w:r>
        <w:rPr>
          <w:sz w:val="20"/>
        </w:rPr>
        <w:t>21:28  to woh sab is obsession mein hote the ke first of all we have to remove the problem then we will be able to establish our system.</w:t>
      </w:r>
      <w:r>
        <w:br/>
      </w:r>
      <w:r>
        <w:rPr>
          <w:sz w:val="20"/>
        </w:rPr>
        <w:t>21:42  to sab ke sab kis mein lage rahe? problem. jitni bhi activities rahin un ki problem based activities rahin.</w:t>
      </w:r>
      <w:r>
        <w:br/>
      </w:r>
      <w:r>
        <w:rPr>
          <w:sz w:val="20"/>
        </w:rPr>
        <w:t>21:53  ab isi liye koi bhi reformer poori history mein peaceful activism ke zareeye se koi koi bara nateeja nahi saamne la saka.</w:t>
      </w:r>
      <w:r>
        <w:br/>
      </w:r>
      <w:r>
        <w:rPr>
          <w:sz w:val="20"/>
        </w:rPr>
        <w:t>22:05  har jitni bhi aap history ko parhen to peace ke naam par koshishen hoti hain lekin result mein kya aata hai? anarchy, lalach,</w:t>
      </w:r>
      <w:r>
        <w:br/>
      </w:r>
      <w:r>
        <w:rPr>
          <w:sz w:val="20"/>
        </w:rPr>
        <w:t>22:18  corruption.</w:t>
      </w:r>
      <w:r>
        <w:br/>
      </w:r>
      <w:r>
        <w:rPr>
          <w:sz w:val="20"/>
        </w:rPr>
        <w:t>22:21  result bhi yahi nikalta hai.</w:t>
      </w:r>
      <w:r>
        <w:br/>
      </w:r>
      <w:r>
        <w:rPr>
          <w:sz w:val="20"/>
        </w:rPr>
        <w:t>22:25  to yeh jo hai rehmatul lil alameen jo hai is ka pehlu yeh hai ke Allah taala ne Rasool Allah ko pehli baar ek ek formula diya, practical formula jo is se pehle kisi ko pata nahi tha.</w:t>
      </w:r>
      <w:r>
        <w:br/>
      </w:r>
      <w:r>
        <w:rPr>
          <w:sz w:val="20"/>
        </w:rPr>
        <w:t>22:47  to Quran mein hai ke wa hajruhum hajran jameela yeh shuru ki ayaten hain.</w:t>
      </w:r>
      <w:r>
        <w:br/>
      </w:r>
      <w:r>
        <w:rPr>
          <w:sz w:val="20"/>
        </w:rPr>
        <w:t>22:57  Rasool Allah sal Allah alaihi wasallam jab Makka mein aaye to shuru mein jo ayaten utarti thin us mein se ek ayat yeh thi wa hajruhum hajran jameela.</w:t>
      </w:r>
      <w:r>
        <w:br/>
      </w:r>
      <w:r>
        <w:rPr>
          <w:sz w:val="20"/>
        </w:rPr>
        <w:t>23:05  is ka matlab yeh hai ke avoid with them with becoming avoidance.</w:t>
      </w:r>
      <w:r>
        <w:br/>
      </w:r>
      <w:r>
        <w:rPr>
          <w:sz w:val="20"/>
        </w:rPr>
        <w:t>23:18  avoid them with becoming avoidance. yaani un ko avoid karo beautiful tareeqe se avoid karna. jis mein ek beautiful strategy batai gayi.</w:t>
      </w:r>
      <w:r>
        <w:br/>
      </w:r>
      <w:r>
        <w:rPr>
          <w:sz w:val="20"/>
        </w:rPr>
        <w:t>23:32  woh kya thi? ke problem ko avoid kar ke opportunity ko avail karo. kyun ke Khuda ko yeh pata tha ke dunya mein problem hai to saath saath opportunities bhi hain.</w:t>
      </w:r>
      <w:r>
        <w:br/>
      </w:r>
      <w:r>
        <w:rPr>
          <w:sz w:val="20"/>
        </w:rPr>
        <w:t>23:47  inna ma la usra yusra with every hardship there is ease. matlab yeh hai with every problem there are opportunities.</w:t>
      </w:r>
      <w:r>
        <w:br/>
      </w:r>
      <w:r>
        <w:rPr>
          <w:sz w:val="20"/>
        </w:rPr>
        <w:t>23:57  yeh creator ko pata tha. Khuda jo yeh dunya ko banane wala hai to woh jaanta tha ke is dunya mein jis dhang se dunya ko banaya gaya hai is mein do cheezen side by side chalti hain.</w:t>
      </w:r>
      <w:r>
        <w:br/>
      </w:r>
      <w:r>
        <w:rPr>
          <w:sz w:val="20"/>
        </w:rPr>
        <w:t>24:14  problem opportunities. problem opportunities.</w:t>
      </w:r>
      <w:r>
        <w:br/>
      </w:r>
      <w:r>
        <w:rPr>
          <w:sz w:val="20"/>
        </w:rPr>
        <w:t>24:18  aur kabhi bhi dunya problem se khaali nahi rahe gi. gulab ke peir mein hamesha kaante bhi rahen ge phool ke saath saath.</w:t>
      </w:r>
      <w:r>
        <w:br/>
      </w:r>
      <w:r>
        <w:rPr>
          <w:sz w:val="20"/>
        </w:rPr>
        <w:t>24:27  kabhi bhi yeh possible nahi hoga ke kaante na hon sirf phool phool ho. is is is is nuqtay ko, is is is is baat ko koi bhi philosopher nahi jaan saka poori history mein.</w:t>
      </w:r>
      <w:r>
        <w:br/>
      </w:r>
      <w:r>
        <w:rPr>
          <w:sz w:val="20"/>
        </w:rPr>
        <w:t>24:40  har aadmi bas kaante ko todta raha aur isi mein mar gaya woh</w:t>
      </w:r>
      <w:r>
        <w:br/>
      </w:r>
      <w:r>
        <w:rPr>
          <w:sz w:val="20"/>
        </w:rPr>
        <w:t>24:45  . matlab problem se lad kar ke problem ko hatata raha aur jab ek problem khatam hua to doosra problem aa gaya. kyun ke laqad khalaqnal insana fi kabad.</w:t>
      </w:r>
      <w:r>
        <w:br/>
      </w:r>
      <w:r>
        <w:rPr>
          <w:sz w:val="20"/>
        </w:rPr>
        <w:t>24:58  Quran mein yeh hai ke hum ne paida kiya hai insaan ko problem mein. hum ne insaan ko paida kiya hai problem mein.</w:t>
      </w:r>
      <w:r>
        <w:br/>
      </w:r>
      <w:r>
        <w:rPr>
          <w:sz w:val="20"/>
        </w:rPr>
        <w:t>25:11  to problem is a part of life. problem is a part of creation.</w:t>
      </w:r>
      <w:r>
        <w:br/>
      </w:r>
      <w:r>
        <w:rPr>
          <w:sz w:val="20"/>
        </w:rPr>
        <w:t>25:16  problem is a part of nature. theek isi tarah se jaise gulab ke peir mein kaanta is ka part hai. aap kaante ko avoid nahi kar sakte.</w:t>
      </w:r>
      <w:r>
        <w:br/>
      </w:r>
      <w:r>
        <w:rPr>
          <w:sz w:val="20"/>
        </w:rPr>
        <w:t>25:27  aisi zindagi mein aap problem ko khatam nahi kar sakte. ek problem ko aap hatayen ge doosra problem aa jayega. ab zindagi bhar aap problem se ladte rahiye.</w:t>
      </w:r>
      <w:r>
        <w:br/>
      </w:r>
      <w:r>
        <w:rPr>
          <w:sz w:val="20"/>
        </w:rPr>
        <w:t>25:40  aur jo jo aap chahtay hain jo samajh banana woh kabhi bana nahi payengay aap.</w:t>
      </w:r>
      <w:r>
        <w:br/>
      </w:r>
      <w:r>
        <w:rPr>
          <w:sz w:val="20"/>
        </w:rPr>
        <w:t>25:46  hamesha problem say lartay rahengay aap. to jo formula hai woh kya hai? you have to avoid the problem and avail the opportunities.</w:t>
      </w:r>
      <w:r>
        <w:br/>
      </w:r>
      <w:r>
        <w:rPr>
          <w:sz w:val="20"/>
        </w:rPr>
        <w:t>25:58  opportunity ko avail kar kay aap puhanch saktay hain apnay goal tak. jaisay aaj kal jo falasteen waghera mein jo aaj kal jo log lar rahay hain un ka obsession</w:t>
      </w:r>
    </w:p>
    <w:p>
      <w:pPr>
        <w:pStyle w:val="Heading2"/>
      </w:pPr>
      <w:r>
        <w:t>Deal-linking policy applied to a modern controversy</w:t>
      </w:r>
    </w:p>
    <w:p>
      <w:r>
        <w:rPr>
          <w:color w:val="666666"/>
          <w:sz w:val="18"/>
        </w:rPr>
        <w:t>Divine Nature November 29, 2015 · 5m 12s · at 11:49 · https://youtu.be/iRBCWfId-0U?t=709</w:t>
      </w:r>
    </w:p>
    <w:p>
      <w:r>
        <w:rPr>
          <w:i/>
        </w:rPr>
        <w:t>“Yeh hai deal linking policy — musalman leader nahi samjhe”</w:t>
      </w:r>
    </w:p>
    <w:p>
      <w:r>
        <w:rPr>
          <w:sz w:val="20"/>
        </w:rPr>
        <w:t>11:49  to yeh hai deal linking policy. lekin maujooda zamane mein hamare muslim leader log jo hain, is raat ko kisi ne samjha hi nahin.</w:t>
      </w:r>
      <w:r>
        <w:br/>
      </w:r>
      <w:r>
        <w:rPr>
          <w:sz w:val="20"/>
        </w:rPr>
        <w:t>12:02  deal linking policy ke jo sunnat hai, us ko sunnat hum kahenge, us ko kisi ek bhi shakhs, mujhe naye walon, mere ilm mein nahin hai ke is deal linking policy ko samjha ho, us ko avail karne ki koshish ki ho.</w:t>
      </w:r>
      <w:r>
        <w:br/>
      </w:r>
      <w:r>
        <w:rPr>
          <w:sz w:val="20"/>
        </w:rPr>
        <w:t>12:19  main ek misaal deta hoon. ek waqea maine haal mein akhbaron mein parha ke ek university mein jahan bohat se musalman parhte hain,</w:t>
      </w:r>
      <w:r>
        <w:br/>
      </w:r>
      <w:r>
        <w:rPr>
          <w:sz w:val="20"/>
        </w:rPr>
        <w:t>12:34  waise woh university hai, to wahan par university walon ne ek</w:t>
      </w:r>
      <w:r>
        <w:br/>
      </w:r>
      <w:r>
        <w:rPr>
          <w:sz w:val="20"/>
        </w:rPr>
        <w:t>12:43  ek bari personality ko invite kiya. ek bari personality.</w:t>
      </w:r>
      <w:r>
        <w:br/>
      </w:r>
      <w:r>
        <w:rPr>
          <w:sz w:val="20"/>
        </w:rPr>
        <w:t>12:50  musalman is ke baray mein negative hain.</w:t>
      </w:r>
      <w:r>
        <w:br/>
      </w:r>
      <w:r>
        <w:rPr>
          <w:sz w:val="20"/>
        </w:rPr>
        <w:t>12:56  negative hain. musalmanon ke liye woh unwanted personality bani hui hai.</w:t>
      </w:r>
      <w:r>
        <w:br/>
      </w:r>
      <w:r>
        <w:rPr>
          <w:sz w:val="20"/>
        </w:rPr>
        <w:t>13:05  to musalmanon ne zabardast protest kiya aur vice chancellor se mil kar kaha ke in ko cancel kijiye in ki visit waghera.</w:t>
      </w:r>
      <w:r>
        <w:br/>
      </w:r>
      <w:r>
        <w:rPr>
          <w:sz w:val="20"/>
        </w:rPr>
        <w:t>13:19  ek dhoom machai.</w:t>
      </w:r>
      <w:r>
        <w:br/>
      </w:r>
      <w:r>
        <w:rPr>
          <w:sz w:val="20"/>
        </w:rPr>
        <w:t>13:22  dekhen, yahan par main kahunga ke yeh musalman jo is is is university mein parhte parhate hain, woh deal linking ki rasool Allah ki sunnat to nahin nahin jante.</w:t>
      </w:r>
      <w:r>
        <w:br/>
      </w:r>
      <w:r>
        <w:rPr>
          <w:sz w:val="20"/>
        </w:rPr>
        <w:t>13:37  woh nahin jante ke deal linking bhi rasool Allah ki ek sunnat hai. kyun? dekhen, woh bari shakhsiyat, vvip, agar is university mein aaye to kya hoga?</w:t>
      </w:r>
      <w:r>
        <w:br/>
      </w:r>
      <w:r>
        <w:rPr>
          <w:sz w:val="20"/>
        </w:rPr>
        <w:t>13:52  akela nahin aayega baad mein. bari bari shakhsiyaten akele nahin aati kabhi. un ki wajah se wahan bohat bara, bohat bari gathering hogi.</w:t>
      </w:r>
      <w:r>
        <w:br/>
      </w:r>
      <w:r>
        <w:rPr>
          <w:sz w:val="20"/>
        </w:rPr>
        <w:t>14:05  yani bahar ke logon ka bhi aur khud university ke logon ka. ek bohat bara ijtima hoga. kyunke vvip jab bhi kahin aata hai to aise hi hota hai.</w:t>
      </w:r>
      <w:r>
        <w:br/>
      </w:r>
      <w:r>
        <w:rPr>
          <w:sz w:val="20"/>
        </w:rPr>
        <w:t>14:21  to musalman agar deal linking policy ko samajhte ke yeh sunnat Allah hai, yeh sunnat rasool hai, to woh kabhi protest na karte, kabhi bhi is ke aane ko na rokte.</w:t>
      </w:r>
      <w:r>
        <w:br/>
      </w:r>
      <w:r>
        <w:rPr>
          <w:sz w:val="20"/>
        </w:rPr>
        <w:t>14:38  balkeh foran yeh sochte ke bhai yeh to bohat bara ek ek mauqa hamare liye paida ho raha hai. bohat bara mauqa paida ho raha hai.</w:t>
      </w:r>
      <w:r>
        <w:br/>
      </w:r>
      <w:r>
        <w:rPr>
          <w:sz w:val="20"/>
        </w:rPr>
        <w:t>14:50  yani un ke aane ki wajah se bohat gathering hogi. aise log ikhatta honge jin ko hum kabhi pa nahin sakte. alag se hum chahein ke woh mil jayein hum ko to nahin milenge.</w:t>
      </w:r>
      <w:r>
        <w:br/>
      </w:r>
      <w:r>
        <w:rPr>
          <w:sz w:val="20"/>
        </w:rPr>
        <w:t>15:02  to in logon ko hum quran ka translation dein. islam par literature dein. in se interaction karein. in se mil kar ke islam ke baray mein jo misunderstanding hai, us ko door karein.</w:t>
      </w:r>
      <w:r>
        <w:br/>
      </w:r>
      <w:r>
        <w:rPr>
          <w:sz w:val="20"/>
        </w:rPr>
        <w:t>15:17  to ek daawa campaign shuru kar dete hain. peaceful daawa campaign. peaceful. to dealing karte agar woh is is personality ke aana aur dawat ke opportunities ko avail karna to kitna bara faida hota.</w:t>
      </w:r>
      <w:r>
        <w:br/>
      </w:r>
      <w:r>
        <w:rPr>
          <w:sz w:val="20"/>
        </w:rPr>
        <w:t>15:38  yani aisa chance kabhi bhi un ko university ke bahar nahin mil sakta. ya is is shakhsiyat ke baghair nahin mil sakta.</w:t>
      </w:r>
      <w:r>
        <w:br/>
      </w:r>
      <w:r>
        <w:rPr>
          <w:sz w:val="20"/>
        </w:rPr>
        <w:t>15:51  to rasool Allah salallaho alaihe wasallam ne deal link kiya jab. deal linking policy ikhtiyar ki. to aap ko moqa mil gaya ke aik aik aik soorat-haal jo bazahir unwanted thi, us ko aap apne dawat ke liye avail kar lein.</w:t>
      </w:r>
      <w:r>
        <w:br/>
      </w:r>
      <w:r>
        <w:rPr>
          <w:sz w:val="20"/>
        </w:rPr>
        <w:t>16:13  wohi yahan bhi hai ke agar musalman yeh samajhte hain ke woh shakhsiyat un ke liye unwanted hai</w:t>
      </w:r>
      <w:r>
        <w:br/>
      </w:r>
      <w:r>
        <w:rPr>
          <w:sz w:val="20"/>
        </w:rPr>
        <w:t>16:20  to is ka aik pehlu yeh hai. doosra pehlu yeh hai ke isi ki wajah se itni bari gathering wahan ho gayi. woh na aaye to gathering hone wali nahi hai.</w:t>
      </w:r>
      <w:r>
        <w:br/>
      </w:r>
      <w:r>
        <w:rPr>
          <w:sz w:val="20"/>
        </w:rPr>
        <w:t>16:32  to is gathering ko aik opportunity ke taur par avail karo.</w:t>
      </w:r>
      <w:r>
        <w:br/>
      </w:r>
      <w:r>
        <w:rPr>
          <w:sz w:val="20"/>
        </w:rPr>
        <w:t>16:39  is gathering ko aik opportunity ke taur par avail karo.</w:t>
      </w:r>
      <w:r>
        <w:br/>
      </w:r>
      <w:r>
        <w:rPr>
          <w:sz w:val="20"/>
        </w:rPr>
        <w:t>16:46  yeh hai deal linking policy. yeh hai</w:t>
      </w:r>
      <w:r>
        <w:br/>
      </w:r>
      <w:r>
        <w:rPr>
          <w:sz w:val="20"/>
        </w:rPr>
        <w:t>16:52  ignore the problem avail the opportunity to yeh hai Khuda ka wave length. yahan par kya tha? arab mein.</w:t>
      </w:r>
    </w:p>
    <w:p>
      <w:pPr>
        <w:pStyle w:val="Heading2"/>
      </w:pPr>
      <w:r>
        <w:t>Moses's two-front strategy toward Pharaoh and his own people</w:t>
      </w:r>
    </w:p>
    <w:p>
      <w:r>
        <w:rPr>
          <w:color w:val="666666"/>
          <w:sz w:val="18"/>
        </w:rPr>
        <w:t>A Brief Survey of Islamic History (Eng) February 15, 2007 · 3m 41s · at 27:24 · https://youtu.be/MdRtdA99UlA?t=1644</w:t>
      </w:r>
    </w:p>
    <w:p>
      <w:r>
        <w:rPr>
          <w:i/>
        </w:rPr>
        <w:t>“Prophet Moses was sent to Egypt, ruled by Pharaoh.”</w:t>
      </w:r>
    </w:p>
    <w:p>
      <w:r>
        <w:rPr>
          <w:sz w:val="20"/>
        </w:rPr>
        <w:t>27:24  Then let us take the example of Prophet Moses. Prophet Moses was sent to Egypt.</w:t>
      </w:r>
      <w:r>
        <w:br/>
      </w:r>
      <w:r>
        <w:rPr>
          <w:sz w:val="20"/>
        </w:rPr>
        <w:t>27:35  At that time, there was the rule of a king, Pharaoh.</w:t>
      </w:r>
      <w:r>
        <w:br/>
      </w:r>
      <w:r>
        <w:rPr>
          <w:sz w:val="20"/>
        </w:rPr>
        <w:t>27:47  So, but at the same time, there were children of Israel, Banu Isra'il. So, there were two classes, two communities.</w:t>
      </w:r>
      <w:r>
        <w:br/>
      </w:r>
      <w:r>
        <w:rPr>
          <w:sz w:val="20"/>
        </w:rPr>
        <w:t>28:01  One was Coptic,</w:t>
      </w:r>
      <w:r>
        <w:br/>
      </w:r>
      <w:r>
        <w:rPr>
          <w:sz w:val="20"/>
        </w:rPr>
        <w:t>28:05  Coptic community. And the other</w:t>
      </w:r>
      <w:r>
        <w:br/>
      </w:r>
      <w:r>
        <w:rPr>
          <w:sz w:val="20"/>
        </w:rPr>
        <w:t>28:10  community was children of Israel, that is Banu Isra'il. So, Banu Isra'il were Muslims of that time.</w:t>
      </w:r>
      <w:r>
        <w:br/>
      </w:r>
      <w:r>
        <w:rPr>
          <w:sz w:val="20"/>
        </w:rPr>
        <w:t>28:21  There were Muslim Ummah of that time.</w:t>
      </w:r>
      <w:r>
        <w:br/>
      </w:r>
      <w:r>
        <w:rPr>
          <w:sz w:val="20"/>
        </w:rPr>
        <w:t>28:26  So, and Coptic people were mushrik. And Banu Isra'il were Muslim Ummah, like Muslim Ummah.</w:t>
      </w:r>
      <w:r>
        <w:br/>
      </w:r>
      <w:r>
        <w:rPr>
          <w:sz w:val="20"/>
        </w:rPr>
        <w:t>28:39  So, Prophet Moses was between two different Madhu, two different communities.</w:t>
      </w:r>
      <w:r>
        <w:br/>
      </w:r>
      <w:r>
        <w:rPr>
          <w:sz w:val="20"/>
        </w:rPr>
        <w:t>28:47  One was mushrik and the other one was a Muslim Ummah.</w:t>
      </w:r>
      <w:r>
        <w:br/>
      </w:r>
      <w:r>
        <w:rPr>
          <w:sz w:val="20"/>
        </w:rPr>
        <w:t>28:55  Then what was the method of Prophet Moses? He never said that, "First of all, we have to reform Banu Isra'il." Although there was so much corruption among Banu Isra'il,</w:t>
      </w:r>
      <w:r>
        <w:br/>
      </w:r>
      <w:r>
        <w:rPr>
          <w:sz w:val="20"/>
        </w:rPr>
        <w:t>29:13  they were degenerated people</w:t>
      </w:r>
      <w:r>
        <w:br/>
      </w:r>
      <w:r>
        <w:rPr>
          <w:sz w:val="20"/>
        </w:rPr>
        <w:t>29:18  . But Prophet Moses never said that, "First of all, we have to bring reform in Banu Isra'il." But he started his da'wah work</w:t>
      </w:r>
      <w:r>
        <w:br/>
      </w:r>
      <w:r>
        <w:rPr>
          <w:sz w:val="20"/>
        </w:rPr>
        <w:t>29:34  on the line, on this line that at one side, he addressed Pharaoh. He addressed the Coptic people who were mushrik.</w:t>
      </w:r>
      <w:r>
        <w:br/>
      </w:r>
      <w:r>
        <w:rPr>
          <w:sz w:val="20"/>
        </w:rPr>
        <w:t>29:46  At the same time, he addressed Banu Isra'il. So, his formula was a two-point formula. The formula adopted by Prophet Moses was a two-point formula.</w:t>
      </w:r>
      <w:r>
        <w:br/>
      </w:r>
      <w:r>
        <w:rPr>
          <w:sz w:val="20"/>
        </w:rPr>
        <w:t>30:01  One, doing da'wah work among Coptic people. And the second, doing reform work among Banu Isra'il.</w:t>
      </w:r>
      <w:r>
        <w:br/>
      </w:r>
      <w:r>
        <w:rPr>
          <w:sz w:val="20"/>
        </w:rPr>
        <w:t>30:12  So, this is a very important example.</w:t>
      </w:r>
      <w:r>
        <w:br/>
      </w:r>
      <w:r>
        <w:rPr>
          <w:sz w:val="20"/>
        </w:rPr>
        <w:t>30:16  If we find ourselves in such a situation where there are two groups, Muslims and non-Muslims, so we have to do between the two groups at the same time, we have to try to make—we have to try to</w:t>
      </w:r>
      <w:r>
        <w:br/>
      </w:r>
      <w:r>
        <w:rPr>
          <w:sz w:val="20"/>
        </w:rPr>
        <w:t>30:40  spread the message of Islam among non-Muslims.</w:t>
      </w:r>
      <w:r>
        <w:br/>
      </w:r>
      <w:r>
        <w:rPr>
          <w:sz w:val="20"/>
        </w:rPr>
        <w:t>30:44  At the same time, we have to try to revive that Muslim group, to reform that Muslim group.</w:t>
      </w:r>
      <w:r>
        <w:br/>
      </w:r>
      <w:r>
        <w:rPr>
          <w:sz w:val="20"/>
        </w:rPr>
        <w:t>30:54  So, this is a very important lesson we can find in the life of the prophet of Prophet Moses.</w:t>
      </w:r>
      <w:r>
        <w:br/>
      </w:r>
      <w:r>
        <w:rPr>
          <w:sz w:val="20"/>
        </w:rPr>
        <w:t>31:06  It is very import</w:t>
      </w:r>
    </w:p>
    <w:p>
      <w:pPr>
        <w:pStyle w:val="Heading2"/>
      </w:pPr>
      <w:r>
        <w:t>Full history: Islam ended kingship, seeded democracy's rise</w:t>
      </w:r>
    </w:p>
    <w:p>
      <w:r>
        <w:rPr>
          <w:color w:val="666666"/>
          <w:sz w:val="18"/>
        </w:rPr>
        <w:t>Islam and Democracy January 23, 2011 · 5m 58s · at 3:51 · https://youtu.be/SgxyqSf267U?t=231</w:t>
      </w:r>
    </w:p>
    <w:p>
      <w:r>
        <w:rPr>
          <w:i/>
        </w:rPr>
        <w:t>“Before Islam began in 610 CE, the whole world had kingship”</w:t>
      </w:r>
    </w:p>
    <w:p>
      <w:r>
        <w:rPr>
          <w:sz w:val="20"/>
        </w:rPr>
        <w:t>3:51  dekhiye, islam ka aaghaz jo hua hai 610 isvi mein, is se pehle sari duniya mein kingship thi.</w:t>
      </w:r>
      <w:r>
        <w:br/>
      </w:r>
      <w:r>
        <w:rPr>
          <w:sz w:val="20"/>
        </w:rPr>
        <w:t>4:02  sari duniya mein. kahin empire tha, kahin tribal chief hua karte thay. woh sab kingship hi ki choti bari sooraten thi.</w:t>
      </w:r>
      <w:r>
        <w:br/>
      </w:r>
      <w:r>
        <w:rPr>
          <w:sz w:val="20"/>
        </w:rPr>
        <w:t>4:16  to kingship mein kya tha ke equality khatam ho gayi thi.</w:t>
      </w:r>
      <w:r>
        <w:br/>
      </w:r>
      <w:r>
        <w:rPr>
          <w:sz w:val="20"/>
        </w:rPr>
        <w:t>4:21  yani aik aadmi jo political head hai, ya jo ruler hai, to uska to darja bohat bara hai, the king can do no wrong.</w:t>
      </w:r>
      <w:r>
        <w:br/>
      </w:r>
      <w:r>
        <w:rPr>
          <w:sz w:val="20"/>
        </w:rPr>
        <w:t>4:35  lekin doosre log jo us ke subject thay,</w:t>
      </w:r>
      <w:r>
        <w:br/>
      </w:r>
      <w:r>
        <w:rPr>
          <w:sz w:val="20"/>
        </w:rPr>
        <w:t>4:41  subject thay, reaya thay, yeh thi inequality.</w:t>
      </w:r>
      <w:r>
        <w:br/>
      </w:r>
      <w:r>
        <w:rPr>
          <w:sz w:val="20"/>
        </w:rPr>
        <w:t>4:47  yeh kingship ki wajah se qaim ho gayi thi sari duniya mein, hazaron saal se. is inequality ki wajah se duniya mein taraqqi ka amal ruk gaya tha.</w:t>
      </w:r>
      <w:r>
        <w:br/>
      </w:r>
      <w:r>
        <w:rPr>
          <w:sz w:val="20"/>
        </w:rPr>
        <w:t>5:01  kyun ke sochne ka kaam sirf aik aadmi kar sakta tha jo baitha hua hai, throne par. baqi logon ko kuch sochna nahi hai.</w:t>
      </w:r>
      <w:r>
        <w:br/>
      </w:r>
      <w:r>
        <w:rPr>
          <w:sz w:val="20"/>
        </w:rPr>
        <w:t>5:11  aldin alamannas wala din muluk.</w:t>
      </w:r>
      <w:r>
        <w:br/>
      </w:r>
      <w:r>
        <w:rPr>
          <w:sz w:val="20"/>
        </w:rPr>
        <w:t>5:19  kaha jata hai ke Roman Empire do hazar saal tak qaim rahi duniya mein. do hazar saal tak rule kiya Roman Empire, Roman Emperors ne.</w:t>
      </w:r>
      <w:r>
        <w:br/>
      </w:r>
      <w:r>
        <w:rPr>
          <w:sz w:val="20"/>
        </w:rPr>
        <w:t>5:33  is do hazar saal mein koi bhi development nahi hua scientific. kuch bhi nahi. kyun?</w:t>
      </w:r>
      <w:r>
        <w:br/>
      </w:r>
      <w:r>
        <w:rPr>
          <w:sz w:val="20"/>
        </w:rPr>
        <w:t>5:43  inequality jo hoti hai, ya adam masawat jo hoti hai, is mein sochne ka kaam</w:t>
      </w:r>
      <w:r>
        <w:br/>
      </w:r>
      <w:r>
        <w:rPr>
          <w:sz w:val="20"/>
        </w:rPr>
        <w:t>5:53  jo hai woh, yani rulers ki barabari ban jati hai. jo power mein hai woh soche, baqi log jo hain sirf us ke subject hain bas.</w:t>
      </w:r>
      <w:r>
        <w:br/>
      </w:r>
      <w:r>
        <w:rPr>
          <w:sz w:val="20"/>
        </w:rPr>
        <w:t>6:06  to intellectual development ruka hua tha.</w:t>
      </w:r>
      <w:r>
        <w:br/>
      </w:r>
      <w:r>
        <w:rPr>
          <w:sz w:val="20"/>
        </w:rPr>
        <w:t>6:12  islam ne pehli baar aisa kiya tareekh mein ke kingship ko khatam kiya.</w:t>
      </w:r>
      <w:r>
        <w:br/>
      </w:r>
      <w:r>
        <w:rPr>
          <w:sz w:val="20"/>
        </w:rPr>
        <w:t>6:18  dekhiye, is zamane mein do sab se bare empire the jo ke represent kar rahe the kingship ke daur ko.</w:t>
      </w:r>
      <w:r>
        <w:br/>
      </w:r>
      <w:r>
        <w:rPr>
          <w:sz w:val="20"/>
        </w:rPr>
        <w:t>6:28  ek tha Roman Empire, ek tha Sasani Empire. jo dono ke dono ka jo center tha woh Arab ke paros mein tha.</w:t>
      </w:r>
      <w:r>
        <w:br/>
      </w:r>
      <w:r>
        <w:rPr>
          <w:sz w:val="20"/>
        </w:rPr>
        <w:t>6:42  to un se takrao ho gaya. yani Islam ne ya ahle Islam ne is zamane mein un par koi attack nahi kiya tha, unhon ne aghaz kiya.</w:t>
      </w:r>
      <w:r>
        <w:br/>
      </w:r>
      <w:r>
        <w:rPr>
          <w:sz w:val="20"/>
        </w:rPr>
        <w:t>6:55  to ek defensive war thi woh, dono ke khilaf. is mein kya hua ke dono empire toot gaye.</w:t>
      </w:r>
      <w:r>
        <w:br/>
      </w:r>
      <w:r>
        <w:rPr>
          <w:sz w:val="20"/>
        </w:rPr>
        <w:t>7:05  Roman Empire bhi, Sasani Empire bhi.</w:t>
      </w:r>
      <w:r>
        <w:br/>
      </w:r>
      <w:r>
        <w:rPr>
          <w:sz w:val="20"/>
        </w:rPr>
        <w:t>7:12  jisko Bible mein un alfaz mein, yani is tareekh ke andaz mein kaha gaya hai ke abadi chatanen toot gayeen. yahan chatanen se murad hai political chatanen.</w:t>
      </w:r>
      <w:r>
        <w:br/>
      </w:r>
      <w:r>
        <w:rPr>
          <w:sz w:val="20"/>
        </w:rPr>
        <w:t>7:27  yahan se ek naye daur ka aghaz hua. insani barabari ka daur, equality ka daur.</w:t>
      </w:r>
      <w:r>
        <w:br/>
      </w:r>
      <w:r>
        <w:rPr>
          <w:sz w:val="20"/>
        </w:rPr>
        <w:t>7:35  yani har insan ko haq hai ke woh contribute kare insani taraqqi mein, human development mein.</w:t>
      </w:r>
      <w:r>
        <w:br/>
      </w:r>
      <w:r>
        <w:rPr>
          <w:sz w:val="20"/>
        </w:rPr>
        <w:t>7:44  har insan ko haq hai ke woh soche, woh contribute kare. dekhiye, equality sirf ek moral subject nahi hai. barabari ke mani simply equal,</w:t>
      </w:r>
      <w:r>
        <w:br/>
      </w:r>
      <w:r>
        <w:rPr>
          <w:sz w:val="20"/>
        </w:rPr>
        <w:t>7:58  simply yani, yani akhlaqi barabari nahi hai matlab is ka hai.</w:t>
      </w:r>
      <w:r>
        <w:br/>
      </w:r>
      <w:r>
        <w:rPr>
          <w:sz w:val="20"/>
        </w:rPr>
        <w:t>8:03  barabari ke mani hain ke har insan ko haq hai ke woh contribute kare human development mein. har insan ko haq hai ke woh soche, aur de jo us ke paas dene ke liye hai.</w:t>
      </w:r>
      <w:r>
        <w:br/>
      </w:r>
      <w:r>
        <w:rPr>
          <w:sz w:val="20"/>
        </w:rPr>
        <w:t>8:16  yeh shuru hua, is Islami inqalab ke baad. lekin aap jante hain ke koi bhi history mein koi bhi development achaanak nahi hota hai.</w:t>
      </w:r>
      <w:r>
        <w:br/>
      </w:r>
      <w:r>
        <w:rPr>
          <w:sz w:val="20"/>
        </w:rPr>
        <w:t>8:31  ek process ke roop mein aata hai.</w:t>
      </w:r>
      <w:r>
        <w:br/>
      </w:r>
      <w:r>
        <w:rPr>
          <w:sz w:val="20"/>
        </w:rPr>
        <w:t>8:35  ek individual to achaanak apna apna aqeedah badal sakta hai. ke kal mera religion mein religion A par tha, aaj mein religion B ko le liya maine.</w:t>
      </w:r>
      <w:r>
        <w:br/>
      </w:r>
      <w:r>
        <w:rPr>
          <w:sz w:val="20"/>
        </w:rPr>
        <w:t>8:48  to ek individual mein achaanak aisa conversion ho sakta hai. lekin poori history mein badlav, poori society mein badlav, aisa nahi hua karta woh.</w:t>
      </w:r>
      <w:r>
        <w:br/>
      </w:r>
      <w:r>
        <w:rPr>
          <w:sz w:val="20"/>
        </w:rPr>
        <w:t>8:59  hamesha aisa hota hai ke ek process ke roop mein hota hai.</w:t>
      </w:r>
      <w:r>
        <w:br/>
      </w:r>
      <w:r>
        <w:rPr>
          <w:sz w:val="20"/>
        </w:rPr>
        <w:t>9:04  to Islam ne jab toda kingship ko to is ka matlab yeh nahi tha ke poori history achaanak wajood mein aa gayi. is ka matlab yeh tha ke ek process shuru hua hai change ka, change ka process.</w:t>
      </w:r>
      <w:r>
        <w:br/>
      </w:r>
      <w:r>
        <w:rPr>
          <w:sz w:val="20"/>
        </w:rPr>
        <w:t>9:21  tabdeeli ka ek amal shuru hua. isi culmination tha woh waqea jo France mein hua, democracy ke inqalab ki soorat mein.</w:t>
      </w:r>
      <w:r>
        <w:br/>
      </w:r>
      <w:r>
        <w:rPr>
          <w:sz w:val="20"/>
        </w:rPr>
        <w:t>9:33  log samajhte hain ke democracy jo hai France mein shuru hui. nahi. France mein is process ka culmination hua, jis ka shuru shuru kiya tha yani Arab ke revolution ne.</w:t>
      </w:r>
    </w:p>
    <w:p>
      <w:pPr>
        <w:pStyle w:val="Heading2"/>
      </w:pPr>
      <w:r>
        <w:t>God's creation plan everything is a test</w:t>
      </w:r>
    </w:p>
    <w:p>
      <w:r>
        <w:rPr>
          <w:color w:val="666666"/>
          <w:sz w:val="18"/>
        </w:rPr>
        <w:t>Islam and Peace Voilence  27 7 08 · 4m 06s · at 25:45 · https://youtu.be/aNMv0hKp-lw?t=1545</w:t>
      </w:r>
    </w:p>
    <w:p>
      <w:r>
        <w:rPr>
          <w:i/>
        </w:rPr>
        <w:t>“Political power was a test not a reward”</w:t>
      </w:r>
    </w:p>
    <w:p>
      <w:r>
        <w:rPr>
          <w:sz w:val="20"/>
        </w:rPr>
        <w:t>25:45  modesty pe musalman razi nahi hai is ko khatam karna paray ga ab mein aap ko aik baat arz karna chahta hoon ke aap sab se pehlay yeh samajhnay ki koshish kijiye ke khuda ka creation plan kya hai is creation plan ke subject musalman bhi hain non muslim bhi hain dono to is mein aap parhain gay</w:t>
      </w:r>
      <w:r>
        <w:br/>
      </w:r>
      <w:r>
        <w:rPr>
          <w:sz w:val="20"/>
        </w:rPr>
        <w:t>26:16  ke quran ki poori quran mein aap yeh baat parhain gay ke basis karta hai sab kuch ibtila par ibtila mani test yani har aadmi test par hai is dunya mein is dunya mein har aadmi test par hai is dunya mein har aadmi test par hai misal ke quran ki aik ayat hai wabulonahum bilhasanat</w:t>
      </w:r>
      <w:r>
        <w:br/>
      </w:r>
      <w:r>
        <w:rPr>
          <w:sz w:val="20"/>
        </w:rPr>
        <w:t>26:46  wasiyat wabulonahum bilhasanat wasiyat yani hum ne un ko azmaya achay se bhi buray se bhi we tested them with both blessings and misfortunes yani museebaton mein dala tab bhi woh aik test tha aram mein dala tab bhi woh test tha aisay hi</w:t>
      </w:r>
      <w:r>
        <w:br/>
      </w:r>
      <w:r>
        <w:rPr>
          <w:sz w:val="20"/>
        </w:rPr>
        <w:t>27:16  hazrat dawood ki zaban se aap parhain gay ke un ko khuda ne hukumat di thi woh kya kehtay hain khuda ne yeh diya hai kyun ta ke hum ko azmaye wahan bhi wohi lafz istemal kartay hain woh azmanay ke liye to aap ko political role milay tab bhi test hai aap ko na milay political role tab bhi test hai</w:t>
      </w:r>
      <w:r>
        <w:br/>
      </w:r>
      <w:r>
        <w:rPr>
          <w:sz w:val="20"/>
        </w:rPr>
        <w:t>27:47  ab aap ki amdani kam ho kam paisa ho tab bhi test hai ziyada paisa ho tab bhi test hai health milay tab bhi test hai aur aap ko health na ho tab bhi test hai sab kuch test hai aulad milay tab bhi test hai aulad na milay tab bhi test hai wabulonahum bilhasanat wasiyat un ko hum ne azmaya un ka test liya achay se bhi buray se bhi yani blessings se bhi aur</w:t>
      </w:r>
      <w:r>
        <w:br/>
      </w:r>
      <w:r>
        <w:rPr>
          <w:sz w:val="20"/>
        </w:rPr>
        <w:t>28:17  misfortune se bhi to dono test hain is ka matlab kya hua ke musalmanon ko agar allah taala ne political role diya to bator test tha woh reward nahi tha woh yeh jo nazariya banaya gaya ke position of strength jo hai woh islam ka model hai yeh 100 percent galat tha yeh aur poora literature aap parhiye hazar saal ka khas tor par jo printed jab se printed yeh printing press</w:t>
      </w:r>
      <w:r>
        <w:br/>
      </w:r>
      <w:r>
        <w:rPr>
          <w:sz w:val="20"/>
        </w:rPr>
        <w:t>28:47  ka zamana aya hai shayad koi bhi kitab is mein exception nahi hogi sab mein yahi hai tasawwur ke islam jo hai yani sarbulandi ke liye hai aur islam jo hai is liye ke woh sab se ooper rahay supremacy islam ko hasil rahay yeh model hi is tarah se galat hai model kya hai model jo hai woh har aadmi test par hai jab</w:t>
      </w:r>
      <w:r>
        <w:br/>
      </w:r>
      <w:r>
        <w:rPr>
          <w:sz w:val="20"/>
        </w:rPr>
        <w:t>29:17  test par hai to best model hai modesty yahan mein aap ko yaad dilaoon ga ke quran mein aik ayat hai ke quran mein aik ayat hai woh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