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theme society · full transcripts with timestamps · exported 2026-09-21</w:t>
      </w:r>
    </w:p>
    <w:p>
      <w:pPr>
        <w:pStyle w:val="Heading2"/>
      </w:pPr>
      <w:r>
        <w:t>Muslim history written from conquest perspective</w:t>
      </w:r>
    </w:p>
    <w:p>
      <w:r>
        <w:rPr>
          <w:color w:val="666666"/>
          <w:sz w:val="18"/>
        </w:rPr>
        <w:t>Present Day Muslims Jan 13, 2013 · 5m 33s · at 14:41 · https://youtu.be/CVcbWVYitog?t=881</w:t>
      </w:r>
    </w:p>
    <w:p>
      <w:r>
        <w:rPr>
          <w:i/>
        </w:rPr>
        <w:t>“Allah ta'ala ne is deen ki hifazat ke liye”</w:t>
      </w:r>
    </w:p>
    <w:p>
      <w:r>
        <w:rPr>
          <w:sz w:val="20"/>
        </w:rPr>
        <w:t>14:41  allah taala ne is deen ki hifazat ke liye, quran ki hifazat ke liye musalmanon ko siyasi taqat di. kyunke pichle jo anbiya aaye un ko jo kitabein di gayin woh mehfooz na reh saken.</w:t>
      </w:r>
      <w:r>
        <w:br/>
      </w:r>
      <w:r>
        <w:rPr>
          <w:sz w:val="20"/>
        </w:rPr>
        <w:t>14:55  kyunke un ke sath koi ummat nahi bani, koi un ko taqat nahi mili un ko. to logon ne un ko yani tarah tarah se mita diya.</w:t>
      </w:r>
      <w:r>
        <w:br/>
      </w:r>
      <w:r>
        <w:rPr>
          <w:sz w:val="20"/>
        </w:rPr>
        <w:t>15:11  to allah ko yeh matlab tha ke yeh quran aur rasool allah salallaho alaihi wasallam ka misbah yeh poori tarah mehfooz rahe. kyunke khatam nabuwat ke baad aik zariya chahiye.</w:t>
      </w:r>
      <w:r>
        <w:br/>
      </w:r>
      <w:r>
        <w:rPr>
          <w:sz w:val="20"/>
        </w:rPr>
        <w:t>15:25  khatam nabuwat ke baad rehnumai lene ke liye aik zariya chahiye. to yeh mehfooz quran, mehfooz sunnat yeh peghambar ko ka mutabadil hai.</w:t>
      </w:r>
      <w:r>
        <w:br/>
      </w:r>
      <w:r>
        <w:rPr>
          <w:sz w:val="20"/>
        </w:rPr>
        <w:t>15:40  to allah taala ne is ki hifazat ke liye yeh kiya ke musalmanon ko taqat diya, ult kar dabdaba diya.</w:t>
      </w:r>
      <w:r>
        <w:br/>
      </w:r>
      <w:r>
        <w:rPr>
          <w:sz w:val="20"/>
        </w:rPr>
        <w:t>15:49  asia aur africa ke barhe raqbe mein hukoomat karte rahe woh. unhon ne saltanat banayi. aur taqreeban aath so saal tak to baqayda un ka dabdaba qaim raha.</w:t>
      </w:r>
      <w:r>
        <w:br/>
      </w:r>
      <w:r>
        <w:rPr>
          <w:sz w:val="20"/>
        </w:rPr>
        <w:t>16:04  aur agar mazeed izafa kiya jaye to taqreeban hazar saal tak un ka zor raha baqi.</w:t>
      </w:r>
      <w:r>
        <w:br/>
      </w:r>
      <w:r>
        <w:rPr>
          <w:sz w:val="20"/>
        </w:rPr>
        <w:t>16:13  acha is ke baad kya hua? is ke baad doosri qaumein ubhren. woh bhi qaumi fitrat tha.</w:t>
      </w:r>
      <w:r>
        <w:br/>
      </w:r>
      <w:r>
        <w:rPr>
          <w:sz w:val="20"/>
        </w:rPr>
        <w:t>16:19  europi qaumein ubhren. unhon ne un ko zair kiya. mughal saltanat ko khatam kiya. aur aur woh usmani saltanat ko khatam kiya.</w:t>
      </w:r>
      <w:r>
        <w:br/>
      </w:r>
      <w:r>
        <w:rPr>
          <w:sz w:val="20"/>
        </w:rPr>
        <w:t>16:32  ispain ki hukoomat jo musalmanon ki thi us ko khatam kiya. to poori duniya mein jo musalmanon ka dabdaba tha woh khatam ho gaya.</w:t>
      </w:r>
      <w:r>
        <w:br/>
      </w:r>
      <w:r>
        <w:rPr>
          <w:sz w:val="20"/>
        </w:rPr>
        <w:t>16:42  woh jo shayar ne kaha hai ke hum hi chhaye hue the sharq se ta gharb duniya mein na tha palah kisi millat ka duniya mein gira hum se is ka khatma ho gaya.</w:t>
      </w:r>
      <w:r>
        <w:br/>
      </w:r>
      <w:r>
        <w:rPr>
          <w:sz w:val="20"/>
        </w:rPr>
        <w:t>16:54  agarche abhi bhi musalmanon ki hukoomatein hain. abhi bhi musalmanon ki hukoomatein hain. 47 mumalik mein.</w:t>
      </w:r>
      <w:r>
        <w:br/>
      </w:r>
      <w:r>
        <w:rPr>
          <w:sz w:val="20"/>
        </w:rPr>
        <w:t>17:06  lekin woh sirf hukoomatein hain, saltanat nahi hai. siyasi dabdaba hasil nahi hai musalmanon ko. to ab kya hua?</w:t>
      </w:r>
      <w:r>
        <w:br/>
      </w:r>
      <w:r>
        <w:rPr>
          <w:sz w:val="20"/>
        </w:rPr>
        <w:t>17:16  dekhiye jo musalmanon ke andar jo yeh tehreek ka kaam shuru hua yani tehreer o tadween ka.</w:t>
      </w:r>
      <w:r>
        <w:br/>
      </w:r>
      <w:r>
        <w:rPr>
          <w:sz w:val="20"/>
        </w:rPr>
        <w:t>17:28  hadison ki tadween, tareekh ki tadween, lughat ki tadween, uloom islami ki tadween yeh kab shuru hua? abbasi daur mein.</w:t>
      </w:r>
      <w:r>
        <w:br/>
      </w:r>
      <w:r>
        <w:rPr>
          <w:sz w:val="20"/>
        </w:rPr>
        <w:t>17:38  abbasi daur mein musalmanon ko zabardast dabdaba hasil tha.</w:t>
      </w:r>
      <w:r>
        <w:br/>
      </w:r>
      <w:r>
        <w:rPr>
          <w:sz w:val="20"/>
        </w:rPr>
        <w:t>17:43  yani abbasi hukoomat aik saltanat thi.</w:t>
      </w:r>
      <w:r>
        <w:br/>
      </w:r>
      <w:r>
        <w:rPr>
          <w:sz w:val="20"/>
        </w:rPr>
        <w:t>17:48  to us zamane mein jo kitabein likhi gayin woh sab siyasi taqat ko le kar likhi gayin.</w:t>
      </w:r>
      <w:r>
        <w:br/>
      </w:r>
      <w:r>
        <w:rPr>
          <w:sz w:val="20"/>
        </w:rPr>
        <w:t>17:59  sab kitabein. yani fateh ko aur jang ko in cheezon ko le kar likhi gayin. misal ke tor par dekhiye seerat par jo kitab likhi thi ibn ishaq ne us ka naam tha maghazi</w:t>
      </w:r>
      <w:r>
        <w:br/>
      </w:r>
      <w:r>
        <w:rPr>
          <w:sz w:val="20"/>
        </w:rPr>
        <w:t>18:12  . maghazi ibn ishaq. maghazi mani ladaiyan. rasool allah salallaho alaihi wasallam ki seerat par kitab likhi jati hai. naam kya hota hai?</w:t>
      </w:r>
      <w:r>
        <w:br/>
      </w:r>
      <w:r>
        <w:rPr>
          <w:sz w:val="20"/>
        </w:rPr>
        <w:t>18:21  maghazi. yani ghazwat rasool.</w:t>
      </w:r>
      <w:r>
        <w:br/>
      </w:r>
      <w:r>
        <w:rPr>
          <w:sz w:val="20"/>
        </w:rPr>
        <w:t>18:30  is ke baad aap dekhiye jo baad ki kitabein likhi gaein. misaal ke taur par al-waqidi ne kitab likhi futuh al-sham. is ka naam rakha futuh al-sham.</w:t>
      </w:r>
      <w:r>
        <w:br/>
      </w:r>
      <w:r>
        <w:rPr>
          <w:sz w:val="20"/>
        </w:rPr>
        <w:t>18:40  sham ki futuhat.</w:t>
      </w:r>
      <w:r>
        <w:br/>
      </w:r>
      <w:r>
        <w:rPr>
          <w:sz w:val="20"/>
        </w:rPr>
        <w:t>18:46  isi tarah dekhiye al-barazri ne kitab likhi al-barazri. is ka naam rakha futuh al-buldan. to ghazwat, maghazi, futuhat, jang yeh sab unwan hua karte the.</w:t>
      </w:r>
      <w:r>
        <w:br/>
      </w:r>
      <w:r>
        <w:rPr>
          <w:sz w:val="20"/>
        </w:rPr>
        <w:t>19:01  jin kitabon ke naam mein yeh alfaaz shamil nahi hain mislan al-bidaya wa al-nihaya aur ibn kathir ki aur ibn athir ki al-kamil fi al-tarikh aur doosri kitabein tarikh tabari woh bhi goya unwan mein yeh alfaaz nahi hain lekin amalan woh bhi isi pattern par likhi gaein.</w:t>
      </w:r>
      <w:r>
        <w:br/>
      </w:r>
      <w:r>
        <w:rPr>
          <w:sz w:val="20"/>
        </w:rPr>
        <w:t>19:26  to sari tarikh likhi gai hai hamari woh futuhat ke pattern par.</w:t>
      </w:r>
      <w:r>
        <w:br/>
      </w:r>
      <w:r>
        <w:rPr>
          <w:sz w:val="20"/>
        </w:rPr>
        <w:t>19:32  kyunke musalman futuhat kar rahe the, hukumatain bana rahe the, saltanatein qaim kar rahe the. isi pattern par sari kitabein likhi gaein. to zahir hai ke yahi zehan bana musalmanon ka.</w:t>
      </w:r>
      <w:r>
        <w:br/>
      </w:r>
      <w:r>
        <w:rPr>
          <w:sz w:val="20"/>
        </w:rPr>
        <w:t>19:44  hum fateh hain, hum bare hain.</w:t>
      </w:r>
      <w:r>
        <w:br/>
      </w:r>
      <w:r>
        <w:rPr>
          <w:sz w:val="20"/>
        </w:rPr>
        <w:t>19:50  pehla shakhs jis ne is qism ki tarikh saazi par sawal qaim kiya woh tha abdul rahman ibn khaldun.</w:t>
      </w:r>
      <w:r>
        <w:br/>
      </w:r>
      <w:r>
        <w:rPr>
          <w:sz w:val="20"/>
        </w:rPr>
        <w:t>20:00  is ki kitab aap parh sakte hain muqaddama ibn khaldun. is ne tarikh bhi likhi hai. is ne kaha ke yeh andaaz tarikh ka sahi nahi hai ke aap sirf siyasi waqiat ko record karte hain.</w:t>
      </w:r>
    </w:p>
    <w:p>
      <w:pPr>
        <w:pStyle w:val="Heading2"/>
      </w:pPr>
      <w:r>
        <w:t>Modern freedom allows peaceful da'wah</w:t>
      </w:r>
    </w:p>
    <w:p>
      <w:r>
        <w:rPr>
          <w:color w:val="666666"/>
          <w:sz w:val="18"/>
        </w:rPr>
        <w:t>Ignore the Problems Avail the Opportunities | June 30, 2006 | Maulana Wahiduddin Khan · 5m 31s · at 16:58 · https://youtu.be/ie8Xc5BlTwY?t=1018</w:t>
      </w:r>
    </w:p>
    <w:p>
      <w:r>
        <w:rPr>
          <w:i/>
        </w:rPr>
        <w:t>“Ek bohot badi cheez hui hai: decentralization”</w:t>
      </w:r>
    </w:p>
    <w:p>
      <w:r>
        <w:rPr>
          <w:sz w:val="20"/>
        </w:rPr>
        <w:t>16:58  mein kya tabdeeliyan hui hain. dekhiye, aik bohat bari cheez yeh hui hai is zamane mein, jis ko main kahunga decentralization. decentralization. yani pehle zamane mein jo political regular hota tha, usi ke haath mein sari cheezein hoti thin. yani king ke haath mein sab kuch hota tha. king ke haath mein line, king ke haath mein economy</w:t>
      </w:r>
      <w:r>
        <w:br/>
      </w:r>
      <w:r>
        <w:rPr>
          <w:sz w:val="20"/>
        </w:rPr>
        <w:t>17:28  economy, king ke haath mein jail, king ke haath mein law, king ke haath mein institutions, sab kuch king ke haath mein hota tha. to is ke baad kya hua? europe mein jo tehreekein uthin, europe mein jo inqilab aaye, france ke inqilab ke baad khaas tor par, france mein jo inqilab aaya, us ne poori dunya ke is ko badal diya bilkul. isi ko main kehta hoon decentralization.</w:t>
      </w:r>
      <w:r>
        <w:br/>
      </w:r>
      <w:r>
        <w:rPr>
          <w:sz w:val="20"/>
        </w:rPr>
        <w:t>17:58  yani political role ko zindagi ke doosre shobon se alag kar diya. doosri cheezon par is ka koi ikhtiyar nahi raha king ka. is ke baad kya hua? aap ko freedom aa gayi. freedom. har cheez ki freedom. agriculture ki freedom, business ki freedom, industry ki freedom, education</w:t>
      </w:r>
      <w:r>
        <w:br/>
      </w:r>
      <w:r>
        <w:rPr>
          <w:sz w:val="20"/>
        </w:rPr>
        <w:t>18:28  education ki freedom, institution banane ki freedom, mazhabi tablegh karne ki freedom, sab kuch freedom aap ko. yani political idare ko chhod kar baqiya sare institutions free ho gaye. yeh hai decentralization, jo pehle tha. pehle dunya mein centralized system hua karta tha.</w:t>
      </w:r>
      <w:r>
        <w:br/>
      </w:r>
      <w:r>
        <w:rPr>
          <w:sz w:val="20"/>
        </w:rPr>
        <w:t>18:58  centralized system, sab kuch king ke haath mein hota tha. lekin france ke mein jo revolution aaya, us ke baad sab kuch de-centralized ho gaya. aaj india mein aap dekh lijie, yahan jo government hai, is ka talluq wo aik administration hai. is zamane mein dekhiye, hukoomat ko kaha jata hai administration, jaise US administration. to hukoomat ka kaam kya hai? administration chalana,</w:t>
      </w:r>
      <w:r>
        <w:br/>
      </w:r>
      <w:r>
        <w:rPr>
          <w:sz w:val="20"/>
        </w:rPr>
        <w:t>19:29  intezaam chalana, bas. baqi sab jo department hain, wo is se azaad hain. jis mein mazhab bhi shamil hai. to yeh jo inqilab aaya, yeh jo revolution aaya france ke baad, is ke baad to hamein poori ki poori mazhabi azadi mil chuki hai. is ke baad yeh hua ke aap jante hain ke united nations bani, aur sari dunya ki jo</w:t>
      </w:r>
      <w:r>
        <w:br/>
      </w:r>
      <w:r>
        <w:rPr>
          <w:sz w:val="20"/>
        </w:rPr>
        <w:t>19:59  qaumein hain, sari nations jo hain, wo is mein is ki member hain. wo jo aik bohat hi choti state, bohat hi choti, chand kuch tiny countries hain, un ko chhod kar. to wahan par jo charter banaya gaya, us mein yeh likha gaya ke har insan ko poori poori religious freedom hogi. jis religion ko chahe maane, jis religion</w:t>
      </w:r>
      <w:r>
        <w:br/>
      </w:r>
      <w:r>
        <w:rPr>
          <w:sz w:val="20"/>
        </w:rPr>
        <w:t>20:29  religion ki chahe practice kare, aur jis religion ki chahe preach kare. shart sirf yeh hai ke wo peaceful rahe, bas. to sari hi nations ne is par sign kiye. aur yahi baat india ke constitution mein bhi likhi hui hai. india ka jo constitution hai, us mein bhi yeh likha hua hai ke yahan ke aik aik citizen ko yeh haq hoga ke jis mazhab ko chahe maane</w:t>
      </w:r>
      <w:r>
        <w:br/>
      </w:r>
      <w:r>
        <w:rPr>
          <w:sz w:val="20"/>
        </w:rPr>
        <w:t>20:59  jis mazhab ko chahe practice kare, aur jis mazhab ko chahe preach kare. yeh sab hamare india ke constitution mein bhi likha hua hai. ab is ke baad ladne ki kya zaroorat hai? mujhe bataiye. ladne ki kya zaroorat hai? ab hum yahan par kaam karte hain. suppose hum yeh karein ke yeh jo park hai yahan ka, hum park par qabza kar lein ke hamein yahan par center banana hai. park par qab</w:t>
      </w:r>
      <w:r>
        <w:br/>
      </w:r>
      <w:r>
        <w:rPr>
          <w:sz w:val="20"/>
        </w:rPr>
        <w:t>21:29  abza kar lein hum, jo ke government ki cheez hai. to kya hoga? hamein maar ke bhaga dein ge hum ko? police aayegi? hum ko pakad ke jail mein le jayegi? to yeh zamana poori tarah freedom ka zamana hai. lekin freedom ki kuch shart hoti hai, kuch condition hoti hai. wo yeh ke aap law abiding hon, aap violence na karein, aap</w:t>
      </w:r>
      <w:r>
        <w:br/>
      </w:r>
      <w:r>
        <w:rPr>
          <w:sz w:val="20"/>
        </w:rPr>
        <w:t>21:59  kisi ke upar attack na karein, aap koi khufiya army na banayein, secret army na banayein. agar aap peaceful reh kar ke mazhab ko maanein, mazhab par chalein, mazhab ki tablegh karein, da'wat karein, to koi bhi rukawat nahi hai. to aaj kal ke jo log hain, main samajhta hoon ke is is haqeeqat se be-</w:t>
      </w:r>
    </w:p>
    <w:p>
      <w:pPr>
        <w:pStyle w:val="Heading2"/>
      </w:pPr>
      <w:r>
        <w:t>Islamic reorientation from Hijra to Hudaibiya</w:t>
      </w:r>
    </w:p>
    <w:p>
      <w:r>
        <w:rPr>
          <w:color w:val="666666"/>
          <w:sz w:val="18"/>
        </w:rPr>
        <w:t>Islami Dawat (Al-Risala Aug-19) · 5m 57s · at 1:59 · https://youtu.be/MONd5JFRwf8?t=119</w:t>
      </w:r>
    </w:p>
    <w:p>
      <w:r>
        <w:rPr>
          <w:i/>
        </w:rPr>
        <w:t>“If you travel by car from one place to another”</w:t>
      </w:r>
    </w:p>
    <w:p>
      <w:r>
        <w:rPr>
          <w:sz w:val="20"/>
        </w:rPr>
        <w:t>1:59  agar aap car par ek jagah se doosri jagah jane ke liye safar karen to darmian mein bar bar doosre maqamat ko jane wale rastay atay hain.</w:t>
      </w:r>
      <w:r>
        <w:br/>
      </w:r>
      <w:r>
        <w:rPr>
          <w:sz w:val="20"/>
        </w:rPr>
        <w:t>2:10  aap in raston ki taraf nahi jatay, balkay apni gaadi ko seedhe rukh par chalate rehte hain, yahan tak ke aap manzil par pahunch jatay hain.</w:t>
      </w:r>
      <w:r>
        <w:br/>
      </w:r>
      <w:r>
        <w:rPr>
          <w:sz w:val="20"/>
        </w:rPr>
        <w:t>2:21  yahi muamla islami tehreek ka hai. islami tehreek ka asal nishana dawah ilallah hai. magar tehreek jab amalan jari hoti hai to safar ke darmiyan bar bar morr ke maqamat atay hain.</w:t>
      </w:r>
      <w:r>
        <w:br/>
      </w:r>
      <w:r>
        <w:rPr>
          <w:sz w:val="20"/>
        </w:rPr>
        <w:t>2:38  aise mauqe par zaroori hota hai ke tehreek ko kisi aur taraf marne se bachaya jaye, aur is ka safar dawat e ila Allah ki manzil ki taraf jaari rakha jaye.</w:t>
      </w:r>
      <w:r>
        <w:br/>
      </w:r>
      <w:r>
        <w:rPr>
          <w:sz w:val="20"/>
        </w:rPr>
        <w:t>2:51  makki daur ke aakhir mein is qism ki ek soorat e haal pesh aai. is waqt agar aisa hota ke ahle imaan ki jamaat mushrikeen ki jamaat ke sath mutashaddidana takrao shuru kar de to is ka matlab yeh tha ke islami tehreek dawat e ila Allah ki sirat e mustaqeem se hat kar qital ki janib mar gayi.</w:t>
      </w:r>
      <w:r>
        <w:br/>
      </w:r>
      <w:r>
        <w:rPr>
          <w:sz w:val="20"/>
        </w:rPr>
        <w:t>3:16  aisa hone ka matlab yeh tha ke mushrik sardar apne maqsad mein kamyab ho gaye. yeh waqt dawat ki simt e safar ki dobara tasheeh ya re orientation ka tha.</w:t>
      </w:r>
      <w:r>
        <w:br/>
      </w:r>
      <w:r>
        <w:rPr>
          <w:sz w:val="20"/>
        </w:rPr>
        <w:t>3:31  is waqt peghambar e islam sallallahu alaihi wasallam ne makka se hijrat ka faisla kiya. hijrat kya thi?</w:t>
      </w:r>
      <w:r>
        <w:br/>
      </w:r>
      <w:r>
        <w:rPr>
          <w:sz w:val="20"/>
        </w:rPr>
        <w:t>3:40  wo farar, ya flight, ya paspai na thi. hijrat darasal ek tadbeer thi jis ke zariye peghambar e islam ne islami dawat ko mutashaddidana takrao ki taraf marne se bachaya.</w:t>
      </w:r>
      <w:r>
        <w:br/>
      </w:r>
      <w:r>
        <w:rPr>
          <w:sz w:val="20"/>
        </w:rPr>
        <w:t>3:59  is tadbeer se aap ko yeh mauqa mil gaya ke dawat e ila Allah ka jo kaam aap makka mein kar rahe the, us ko aap madina mein jaari rakh saken.</w:t>
      </w:r>
      <w:r>
        <w:br/>
      </w:r>
      <w:r>
        <w:rPr>
          <w:sz w:val="20"/>
        </w:rPr>
        <w:t>4:09  hijrat apni haqeeqat ke aitbar se maqam e amal ki tabdeeli thi, na ke saada taur par tark e watan. is tadbeer ka ghair mamooli faida hua.</w:t>
      </w:r>
      <w:r>
        <w:br/>
      </w:r>
      <w:r>
        <w:rPr>
          <w:sz w:val="20"/>
        </w:rPr>
        <w:t>4:21  chunanche islam tezi se madina aur atraf e madina mein phailne laga. magar makka ke mushrik sardaron ko yeh baat pasand na aai.</w:t>
      </w:r>
      <w:r>
        <w:br/>
      </w:r>
      <w:r>
        <w:rPr>
          <w:sz w:val="20"/>
        </w:rPr>
        <w:t>4:32  unhon ne islami tehreek ko bazor khatm karne ka faisla kiya. yeh mushrik sardar is waqt arab mein siyasi leader ki hesiyat rakhte the.</w:t>
      </w:r>
      <w:r>
        <w:br/>
      </w:r>
      <w:r>
        <w:rPr>
          <w:sz w:val="20"/>
        </w:rPr>
        <w:t>4:42  un ko har qism ke zarea hasil the. un ko woh taqat bhi hasil thi jis ko maujooda zamane mein trans border military capability kaha jata hai, yani sarhad ko par kar ke hamla karne ki salahiyat.</w:t>
      </w:r>
      <w:r>
        <w:br/>
      </w:r>
      <w:r>
        <w:rPr>
          <w:sz w:val="20"/>
        </w:rPr>
        <w:t>5:01  ab makka ke mushrik sardaron ne yeh faisla kiya ke woh apni fauj tayyar karen aur iqdam kar ke madina par baqayda hamla shuru kar den.</w:t>
      </w:r>
      <w:r>
        <w:br/>
      </w:r>
      <w:r>
        <w:rPr>
          <w:sz w:val="20"/>
        </w:rPr>
        <w:t>5:10  is mamle ka pehla bara waqea woh tha jis ko ghazwa e badr 2 hijri kaha jata hai. is ke baad ghazwa e uhud 3 hijri ka waqea pesh aaya.</w:t>
      </w:r>
      <w:r>
        <w:br/>
      </w:r>
      <w:r>
        <w:rPr>
          <w:sz w:val="20"/>
        </w:rPr>
        <w:t>5:22  is tarah jharpon ki soorat mein kai mutashaddidana waqeat pesh aaye. mushrikeen e makka ke jangy iradon ne dobara islami tehreek ke liye khatra paida kar diya ke woh dawat e ila Allah ke rastay se hat kar qital ke rastay ki taraf mar jayen.</w:t>
      </w:r>
      <w:r>
        <w:br/>
      </w:r>
      <w:r>
        <w:rPr>
          <w:sz w:val="20"/>
        </w:rPr>
        <w:t>5:39  is waqt dobara is tadbeer ko ikhtiyar karne ki zaroorat thi jis ko hum ne re orientation kaha hai. ab peghambar e islam sallallahu alaihi wasallam ne makhsoos tadbeer ke zariye mushrikeen se khatm e jang ka woh muahida farmaya jis ko muahida e hudaybiyah, ya hudaybiyah agreement kaha jata hai.</w:t>
      </w:r>
      <w:r>
        <w:br/>
      </w:r>
      <w:r>
        <w:rPr>
          <w:sz w:val="20"/>
        </w:rPr>
        <w:t>6:02  yeh muahida 6 hijri mein taweel guft o shuneed ke baad kiya gaya. is muahiday mein peghambar e islam ne mushrik sardaron ki tamam sharton ko yak tarfa taur par maan liya, sirf is liye ke aap unhein razi karen ke woh jang ka rasta chhod kar qayam e aman ke tareeqay ko ikhtiyar kar len.</w:t>
      </w:r>
      <w:r>
        <w:br/>
      </w:r>
      <w:r>
        <w:rPr>
          <w:sz w:val="20"/>
        </w:rPr>
        <w:t>6:25  is muahiday ka yeh tareekh saaz faida hua ke islami tehreek jangy inhiraaf se hat kar dawat e ila Allah ke rastay par aa gayi.</w:t>
      </w:r>
      <w:r>
        <w:br/>
      </w:r>
      <w:r>
        <w:rPr>
          <w:sz w:val="20"/>
        </w:rPr>
        <w:t>6:35  is ke baad rasool aur ashaab e rasool ko yeh mauqa mila ke woh na sirf arab mein balkeh bairoon e arab tak islami dawat ke kaam ko munazzam tor par phaila saken.</w:t>
      </w:r>
      <w:r>
        <w:br/>
      </w:r>
      <w:r>
        <w:rPr>
          <w:sz w:val="20"/>
        </w:rPr>
        <w:t>6:47  hudaybiyah agreement ki isi ghair mamooli ahmiyat ki bina par is ko fath e mubeen kaha gaya, yani khuli hui fath.</w:t>
      </w:r>
      <w:r>
        <w:br/>
      </w:r>
      <w:r>
        <w:rPr>
          <w:sz w:val="20"/>
        </w:rPr>
        <w:t>6:57  yahan yeh baat qabil e ghaur hai ke hudaybiyah agreement fareeq e mukhalif ki sharton par kiya gaya tha. hatta ke is ke baray mein sahaba ki aksariyat ka yeh khayal tha ke yeh muahida paspai ka muahida hai.</w:t>
      </w:r>
      <w:r>
        <w:br/>
      </w:r>
      <w:r>
        <w:rPr>
          <w:sz w:val="20"/>
        </w:rPr>
        <w:t>7:13  is ke bawajood kyun quran ne is ko fath e mubeen qarar diya?</w:t>
      </w:r>
      <w:r>
        <w:br/>
      </w:r>
      <w:r>
        <w:rPr>
          <w:sz w:val="20"/>
        </w:rPr>
        <w:t>7:21  quran ka yeh ailan darasal fitrat ke is qanoon ka bayan hai ke is dunya mein takrao ke maqam par peeche hatne wale aage badhte hain.</w:t>
      </w:r>
      <w:r>
        <w:br/>
      </w:r>
      <w:r>
        <w:rPr>
          <w:sz w:val="20"/>
        </w:rPr>
        <w:t>7:34  yahan shikast par razi hone wale ko kamyabi hasil hoti hai. fitrat ke qanoon ke mutabiq is dunya mein haar ka nateeja jeet ki soorat mein niklta hai.</w:t>
      </w:r>
      <w:r>
        <w:br/>
      </w:r>
      <w:r>
        <w:rPr>
          <w:sz w:val="20"/>
        </w:rPr>
        <w:t>7:46  Success is the outcome of defeat. Bad qismati se baad ki sadiyon mein Musalman is peghambarana hikmat ko bhool gaye.</w:t>
      </w:r>
      <w:r>
        <w:br/>
      </w:r>
      <w:r>
        <w:rPr>
          <w:sz w:val="20"/>
        </w:rPr>
        <w:t>7:57  hudaybiyah spirit se log itna zyada ghafil ho gaye ke baad ki poori tareekh mein koi bhi shakhs nazar nahi aata jo is azeem hikmat ko samjhe aur dobara musalmanon ke andar hudaybiyah spirit ko zinda karne ki koshish kare.</w:t>
      </w:r>
    </w:p>
    <w:p>
      <w:pPr>
        <w:pStyle w:val="Heading2"/>
      </w:pPr>
      <w:r>
        <w:t>Creation plan, peace, and true jihad</w:t>
      </w:r>
    </w:p>
    <w:p>
      <w:r>
        <w:rPr>
          <w:color w:val="666666"/>
          <w:sz w:val="18"/>
        </w:rPr>
        <w:t>The History of Peace · 4m 49s · at 29:47 · https://youtu.be/JQqjd39ZOsI?t=1787</w:t>
      </w:r>
    </w:p>
    <w:p>
      <w:r>
        <w:rPr>
          <w:i/>
        </w:rPr>
        <w:t>“The question of peace and war is not an alien question.”</w:t>
      </w:r>
    </w:p>
    <w:p>
      <w:r>
        <w:rPr>
          <w:sz w:val="20"/>
        </w:rPr>
        <w:t>29:47  very much attached to the whole question of—of human life. any if we want to understand what is war and what is peace,</w:t>
      </w:r>
      <w:r>
        <w:br/>
      </w:r>
      <w:r>
        <w:rPr>
          <w:sz w:val="20"/>
        </w:rPr>
        <w:t>30:01  so we have to know what is the creation plan of God.</w:t>
      </w:r>
      <w:r>
        <w:br/>
      </w:r>
      <w:r>
        <w:rPr>
          <w:sz w:val="20"/>
        </w:rPr>
        <w:t>30:08  kreshan plan without knowing the Christian of—without knowing the Christian plan of God, you cannot understand anything, including the issue of peace and war.</w:t>
      </w:r>
      <w:r>
        <w:br/>
      </w:r>
      <w:r>
        <w:rPr>
          <w:sz w:val="20"/>
        </w:rPr>
        <w:t>30:24  This is a very important principle. So first of—first of all, you have to know what is the Christian plan of God.</w:t>
      </w:r>
      <w:r>
        <w:br/>
      </w:r>
      <w:r>
        <w:rPr>
          <w:sz w:val="20"/>
        </w:rPr>
        <w:t>30:37  The Quran plan of God is not based on fighting, is not based on war.</w:t>
      </w:r>
      <w:r>
        <w:br/>
      </w:r>
      <w:r>
        <w:rPr>
          <w:sz w:val="20"/>
        </w:rPr>
        <w:t>30:46  it is based on development and progress.</w:t>
      </w:r>
      <w:r>
        <w:br/>
      </w:r>
      <w:r>
        <w:rPr>
          <w:sz w:val="20"/>
        </w:rPr>
        <w:t>30:54  gad almaiți vant pipl</w:t>
      </w:r>
      <w:r>
        <w:br/>
      </w:r>
      <w:r>
        <w:rPr>
          <w:sz w:val="20"/>
        </w:rPr>
        <w:t>31:02  to unfold their abilities. You know, God created man with enormous potentials.</w:t>
      </w:r>
      <w:r>
        <w:br/>
      </w:r>
      <w:r>
        <w:rPr>
          <w:sz w:val="20"/>
        </w:rPr>
        <w:t>31:12  Every human, every individual brain contains hundred million billion billion particles.</w:t>
      </w:r>
      <w:r>
        <w:br/>
      </w:r>
      <w:r>
        <w:rPr>
          <w:sz w:val="20"/>
        </w:rPr>
        <w:t>31:23  Why this enormous particles? Why this enormous potential in human mind? Certainly, it is not for fighting, it is not for killing.</w:t>
      </w:r>
      <w:r>
        <w:br/>
      </w:r>
      <w:r>
        <w:rPr>
          <w:sz w:val="20"/>
        </w:rPr>
        <w:t>31:37  yu no, dir is a veri val nown vars in da quran dat</w:t>
      </w:r>
      <w:r>
        <w:br/>
      </w:r>
      <w:r>
        <w:rPr>
          <w:sz w:val="20"/>
        </w:rPr>
        <w:t>31:48  at—at till such that if you kill the single person, you kill the whole humanity.</w:t>
      </w:r>
      <w:r>
        <w:br/>
      </w:r>
      <w:r>
        <w:rPr>
          <w:sz w:val="20"/>
        </w:rPr>
        <w:t>31:58  hol hiomaniti.</w:t>
      </w:r>
      <w:r>
        <w:br/>
      </w:r>
      <w:r>
        <w:rPr>
          <w:sz w:val="20"/>
        </w:rPr>
        <w:t>32:03  man qatal nafs bagair nafs qatala.</w:t>
      </w:r>
      <w:r>
        <w:br/>
      </w:r>
      <w:r>
        <w:rPr>
          <w:sz w:val="20"/>
        </w:rPr>
        <w:t>32:10  If you killed a single person, a single woman or single man, you have killed the whole humanity. You can see here what is the creation plan of God.</w:t>
      </w:r>
      <w:r>
        <w:br/>
      </w:r>
      <w:r>
        <w:rPr>
          <w:sz w:val="20"/>
        </w:rPr>
        <w:t>32:23  God created you for living, for life, not for death. Why you want to—to kill all these peoples?</w:t>
      </w:r>
      <w:r>
        <w:br/>
      </w:r>
      <w:r>
        <w:rPr>
          <w:sz w:val="20"/>
        </w:rPr>
        <w:t>32:35  Jihad has a positive meaning. Generally, people take it as a negative—in the negative sense. People think that jihad means fighting, killing.</w:t>
      </w:r>
      <w:r>
        <w:br/>
      </w:r>
      <w:r>
        <w:rPr>
          <w:sz w:val="20"/>
        </w:rPr>
        <w:t>32:46  no.</w:t>
      </w:r>
      <w:r>
        <w:br/>
      </w:r>
      <w:r>
        <w:rPr>
          <w:sz w:val="20"/>
        </w:rPr>
        <w:t>32:49  Jihad is a positive principle. Why am I saying like this? Because there is very verse, very very well known verse in the Quran.</w:t>
      </w:r>
      <w:r>
        <w:br/>
      </w:r>
      <w:r>
        <w:rPr>
          <w:sz w:val="20"/>
        </w:rPr>
        <w:t>33:01  in the—in the surah, in—in chapter 25. vajahidhum bih jidad kabira.</w:t>
      </w:r>
      <w:r>
        <w:br/>
      </w:r>
      <w:r>
        <w:rPr>
          <w:sz w:val="20"/>
        </w:rPr>
        <w:t>33:12  vajahidhum bih jidad kabira. Do great jihad with the help of the Quran. Do great jihad with the help of the Quran.</w:t>
      </w:r>
      <w:r>
        <w:br/>
      </w:r>
      <w:r>
        <w:rPr>
          <w:sz w:val="20"/>
        </w:rPr>
        <w:t>33:26  You see, Quran is a book, a book of ideology. How you can kill people with Quran?</w:t>
      </w:r>
      <w:r>
        <w:br/>
      </w:r>
      <w:r>
        <w:rPr>
          <w:sz w:val="20"/>
        </w:rPr>
        <w:t>33:36  Quran is not a gun, Quran is not a bomb, Quran is not a sword. So how you can fight with Quran? How you can kill people with the Quran?</w:t>
      </w:r>
      <w:r>
        <w:br/>
      </w:r>
      <w:r>
        <w:rPr>
          <w:sz w:val="20"/>
        </w:rPr>
        <w:t>33:49  vajahidhum bih jidad kabira. Do great jihad with the help of the Quran. It means that jihad means ideological effort.</w:t>
      </w:r>
      <w:r>
        <w:br/>
      </w:r>
      <w:r>
        <w:rPr>
          <w:sz w:val="20"/>
        </w:rPr>
        <w:t>34:01  jihad minz aiḍalajikal afort.</w:t>
      </w:r>
      <w:r>
        <w:br/>
      </w:r>
      <w:r>
        <w:rPr>
          <w:sz w:val="20"/>
        </w:rPr>
        <w:t>34:06  do great jihad with the help of the Quran means</w:t>
      </w:r>
      <w:r>
        <w:br/>
      </w:r>
      <w:r>
        <w:rPr>
          <w:sz w:val="20"/>
        </w:rPr>
        <w:t>34:13  that jihad is an ideological effort, a peaceful struggle, without fighting, without going to war.</w:t>
      </w:r>
      <w:r>
        <w:br/>
      </w:r>
      <w:r>
        <w:rPr>
          <w:sz w:val="20"/>
        </w:rPr>
        <w:t>34:22  This is true jihad. Jihad is a positive. Jihad has a positive meaning. Jihad is not a negative teaching.</w:t>
      </w:r>
    </w:p>
    <w:p>
      <w:pPr>
        <w:pStyle w:val="Heading2"/>
      </w:pPr>
      <w:r>
        <w:t>Canada CPS chapter's outreach: interfaith dialogue, open houses, community meals</w:t>
      </w:r>
    </w:p>
    <w:p>
      <w:r>
        <w:rPr>
          <w:color w:val="666666"/>
          <w:sz w:val="18"/>
        </w:rPr>
        <w:t>Experiences Sharing by CPS Members November 11, 2006 Maulana Wahiduddin Khan · 5m 50s · at 1:13:03 · https://youtu.be/VhS3VofQlHo?t=4383</w:t>
      </w:r>
    </w:p>
    <w:p>
      <w:r>
        <w:rPr>
          <w:i/>
        </w:rPr>
        <w:t>“I knew Maulana for two years, I come to good world very often”</w:t>
      </w:r>
    </w:p>
    <w:p>
      <w:r>
        <w:rPr>
          <w:sz w:val="20"/>
        </w:rPr>
        <w:t>1:13:03  here i knew Maulana for two years ah i come to good world very often and we publish some scientific books and of course we do some islamic ah dawa ah in canada i have been there for 25 years ah without wasting your time i want to relate ah the things ah which ah impress me ah about ah Maulana's introduction to me ah i am i am not a i have not attended this class this is the first this is my f</w:t>
      </w:r>
      <w:r>
        <w:br/>
      </w:r>
      <w:r>
        <w:rPr>
          <w:sz w:val="20"/>
        </w:rPr>
        <w:t>1:13:30  irst class i wish i will live in delhi and i turn every friday ah we do have such activities in canada although we don't have Maulana and i have a proposal letter on to finish ah my presentation ah we meet ah every sunday friday is very busy there people work late traffic jams you know its material world</w:t>
      </w:r>
      <w:r>
        <w:br/>
      </w:r>
      <w:r>
        <w:rPr>
          <w:sz w:val="20"/>
        </w:rPr>
        <w:t>1:13:50  so on sundays after zohar we meet and we invite various ah ah scholars ah knowledgeable people islam and then we talk about ah inter we call it interfaith dialogue ah we get people of all other religions ah of course ah that community is predominantly christian but we do get ah christians we have some hindu friends ah sardarji sikh people and then even jewish people come to us in the mosque</w:t>
      </w:r>
      <w:r>
        <w:br/>
      </w:r>
      <w:r>
        <w:rPr>
          <w:sz w:val="20"/>
        </w:rPr>
        <w:t>1:14:18  uh this is uh known as the name of the institution is idea that means uh institute for</w:t>
      </w:r>
      <w:r>
        <w:br/>
      </w:r>
      <w:r>
        <w:rPr>
          <w:sz w:val="20"/>
        </w:rPr>
        <w:t>1:14:23  development of understanding and peace something like that and uh and then we rotate we go to a</w:t>
      </w:r>
      <w:r>
        <w:br/>
      </w:r>
      <w:r>
        <w:rPr>
          <w:sz w:val="20"/>
        </w:rPr>
        <w:t>1:14:29  temple we dont go to a gurdwara we go to a church like they are coming to us</w:t>
      </w:r>
      <w:r>
        <w:br/>
      </w:r>
      <w:r>
        <w:rPr>
          <w:sz w:val="20"/>
        </w:rPr>
        <w:t>1:14:34  we want to reciprocate i think the main message we get maulana and i think uh you know</w:t>
      </w:r>
      <w:r>
        <w:br/>
      </w:r>
      <w:r>
        <w:rPr>
          <w:sz w:val="20"/>
        </w:rPr>
        <w:t>1:14:39  a lot better than i do that uh prophet sallallahu alaihi wasallam with rahmatul alameen is not just</w:t>
      </w:r>
      <w:r>
        <w:br/>
      </w:r>
      <w:r>
        <w:rPr>
          <w:sz w:val="20"/>
        </w:rPr>
        <w:t>1:14:44  rahmatul muslimeen and this has to be uh really uh uh exploited by all of</w:t>
      </w:r>
      <w:r>
        <w:br/>
      </w:r>
      <w:r>
        <w:rPr>
          <w:sz w:val="20"/>
        </w:rPr>
        <w:t>1:14:50  us he he came as rahma which is ah you know the mercy for the mankind he didnt come for and i think muslim failed to tell the world this this ah this this aspect of this so we do that and then the people like sheikh hamza yusuf come yusuf salam come younger people are you know like you know like ah our revolting teenagers here who mashallah have come to the right path due to maulanas ah ah help ah they are also there are lots of them there</w:t>
      </w:r>
      <w:r>
        <w:br/>
      </w:r>
      <w:r>
        <w:rPr>
          <w:sz w:val="20"/>
        </w:rPr>
        <w:t>1:15:19  and as you know that in the western world there are lot more deviation and attraction and reflection you have then you have in delhi or in india as you hold if you combine all these distractions you have in india we have 100 times more over there because over there the world is m completely materialistic i want this i want this there is no end and you can change your cellphone everyday there are so many new models we have ah ah models of cars and we have ipod and just ne</w:t>
      </w:r>
      <w:r>
        <w:br/>
      </w:r>
      <w:r>
        <w:rPr>
          <w:sz w:val="20"/>
        </w:rPr>
        <w:t>1:15:47  us it uh you will just waste your life in uh uh hunting for the uh this uh</w:t>
      </w:r>
      <w:r>
        <w:br/>
      </w:r>
      <w:r>
        <w:rPr>
          <w:sz w:val="20"/>
        </w:rPr>
        <w:t>1:15:52  ridiculous uh material things so uh what we have done that we have uh schools on weekend uh</w:t>
      </w:r>
      <w:r>
        <w:br/>
      </w:r>
      <w:r>
        <w:rPr>
          <w:sz w:val="20"/>
        </w:rPr>
        <w:t>1:15:58  to teach uh people uh uh you know uh uh about various things for teenagers we have halqas</w:t>
      </w:r>
      <w:r>
        <w:br/>
      </w:r>
      <w:r>
        <w:rPr>
          <w:sz w:val="20"/>
        </w:rPr>
        <w:t>1:16:04  or circles uh in which we take contemporary issues it doesnt have to be sitting down uh taking</w:t>
      </w:r>
      <w:r>
        <w:br/>
      </w:r>
      <w:r>
        <w:rPr>
          <w:sz w:val="20"/>
        </w:rPr>
        <w:t>1:16:10  the quran and and a read about it yes of course we read quran to uh what impressed</w:t>
      </w:r>
      <w:r>
        <w:br/>
      </w:r>
      <w:r>
        <w:rPr>
          <w:sz w:val="20"/>
        </w:rPr>
        <w:t>1:16:16  me is this whole name</w:t>
      </w:r>
      <w:r>
        <w:br/>
      </w:r>
      <w:r>
        <w:rPr>
          <w:sz w:val="20"/>
        </w:rPr>
        <w:t>1:16:18  ah the center for i was just asking him ah that what is cps stands for you know being a new comer i didnt know that it says center for peace and spirituality maulana it should be center for humanity peace and spirituality because you are talking about humanity you are not just talking about few people and i think ah ah i like to invite maulana t</w:t>
      </w:r>
      <w:r>
        <w:br/>
      </w:r>
      <w:r>
        <w:rPr>
          <w:sz w:val="20"/>
        </w:rPr>
        <w:t>1:16:39  you come to canada we have various functions and uh and and i think uh i think uh</w:t>
      </w:r>
      <w:r>
        <w:br/>
      </w:r>
      <w:r>
        <w:rPr>
          <w:sz w:val="20"/>
        </w:rPr>
        <w:t>1:16:44  the concept of peace and then the whole</w:t>
      </w:r>
      <w:r>
        <w:br/>
      </w:r>
      <w:r>
        <w:rPr>
          <w:sz w:val="20"/>
        </w:rPr>
        <w:t>1:16:48  Uh, the problem of terrorism and how the media or somebody, I don't know who is there, uh,</w:t>
      </w:r>
      <w:r>
        <w:br/>
      </w:r>
      <w:r>
        <w:rPr>
          <w:sz w:val="20"/>
        </w:rPr>
        <w:t>1:16:55  other than you know other than what we people some few people we know have done it uh</w:t>
      </w:r>
      <w:r>
        <w:br/>
      </w:r>
      <w:r>
        <w:rPr>
          <w:sz w:val="20"/>
        </w:rPr>
        <w:t>1:17:00  but there is one positive aspect we saw the youth over there my children uh you know i</w:t>
      </w:r>
      <w:r>
        <w:br/>
      </w:r>
      <w:r>
        <w:rPr>
          <w:sz w:val="20"/>
        </w:rPr>
        <w:t>1:17:05  have to daughters they are married and they are settled and well educated</w:t>
      </w:r>
      <w:r>
        <w:br/>
      </w:r>
      <w:r>
        <w:rPr>
          <w:sz w:val="20"/>
        </w:rPr>
        <w:t>1:17:09  ah and then i have a son who is doing mba right now so ah i ask them ah how do you how do it affect you i am a research scientist i am in a completely research community we dont have any problems of any kind and then we do dawa and coffee time coffee break what do you think of this this is happening in this comments so ah the young people tell me ah that ah we look at it differently it doesnt bother it the universities there is nothing going on a university nobody believes on this media</w:t>
      </w:r>
      <w:r>
        <w:br/>
      </w:r>
      <w:r>
        <w:rPr>
          <w:sz w:val="20"/>
        </w:rPr>
        <w:t>1:17:35  but one thing is very clear the allah subhan tala has created a new opportunity and awakening so that people who dont know about islam they are now reading it after 9/11 ah the ah all the books in ah atleast in canada i know quran were sold out and so all the people were started buying quran and will giving free quran copies it cost $5 only over there</w:t>
      </w:r>
      <w:r>
        <w:br/>
      </w:r>
      <w:r>
        <w:rPr>
          <w:sz w:val="20"/>
        </w:rPr>
        <w:t>1:18:00  and we so we are buying quran and giving donations so that we can ah give to the ah to the community ah nearby ah so this is a good opportunity we we found positively and there is tremendous interest a lot of misunderstandings about as some brother said here you know he he has attributed ah ah ah islam with terrorism or violence you know this is how it has been perceived wi</w:t>
      </w:r>
      <w:r>
        <w:br/>
      </w:r>
      <w:r>
        <w:rPr>
          <w:sz w:val="20"/>
        </w:rPr>
        <w:t>1:18:24  th the other thing we also did maulana is that we conduct ah ah ah called neighborhood open houses wherever there is a mosque there is a neighborhood obviously so we have open houses ah every three months or something we invite the all community ah irrespective of the religions to come down to the mosque and we give them a brief presentation of what is the mosque ah ah meant for there is no hidden guns ah nuclear weapons in the mosque you know just let them see go around and see there is n</w:t>
      </w:r>
    </w:p>
    <w:p>
      <w:pPr>
        <w:pStyle w:val="Heading2"/>
      </w:pPr>
      <w:r>
        <w:t>a listener's story of spreading Maulana's teaching while traveling alone</w:t>
      </w:r>
    </w:p>
    <w:p>
      <w:r>
        <w:rPr>
          <w:color w:val="666666"/>
          <w:sz w:val="18"/>
        </w:rPr>
        <w:t>CPS Women Monthly Interaction 9 September 25, 2022 · 3m 06s · at 1:09:37 · https://youtu.be/JCCpV6DcC-c?t=4177</w:t>
      </w:r>
    </w:p>
    <w:p>
      <w:r>
        <w:rPr>
          <w:i/>
        </w:rPr>
        <w:t>“Main meri experience share karna chahti hoon”</w:t>
      </w:r>
    </w:p>
    <w:p>
      <w:r>
        <w:rPr>
          <w:sz w:val="20"/>
        </w:rPr>
        <w:t>1:09:37  shamina, ayesha yusra mujhe kehna cha rahi hai.</w:t>
      </w:r>
      <w:r>
        <w:br/>
      </w:r>
      <w:r>
        <w:rPr>
          <w:sz w:val="20"/>
        </w:rPr>
        <w:t>1:09:46  ok ok, papa. asha puchhiye.</w:t>
      </w:r>
      <w:r>
        <w:br/>
      </w:r>
      <w:r>
        <w:rPr>
          <w:sz w:val="20"/>
        </w:rPr>
        <w:t>1:09:56  ayesha snail ji snail dekho mask karna. theek hai. ji ji.</w:t>
      </w:r>
      <w:r>
        <w:br/>
      </w:r>
      <w:r>
        <w:rPr>
          <w:sz w:val="20"/>
        </w:rPr>
        <w:t>1:10:06  main mere question kuch nahi hai lekin main ek meri experience ko share karni chahti hoon.</w:t>
      </w:r>
      <w:r>
        <w:br/>
      </w:r>
      <w:r>
        <w:rPr>
          <w:sz w:val="20"/>
        </w:rPr>
        <w:t>1:10:15  Kal ek aadmi aaye the ki unhone Telugu Quran aur Maulana sahab ke kutumbaji uttam bhi lekar gaye</w:t>
      </w:r>
      <w:r>
        <w:br/>
      </w:r>
      <w:r>
        <w:rPr>
          <w:sz w:val="20"/>
        </w:rPr>
        <w:t>1:10:25  थे और वही इंसान वही said आज भी आए थे.</w:t>
      </w:r>
      <w:r>
        <w:br/>
      </w:r>
      <w:r>
        <w:rPr>
          <w:sz w:val="20"/>
        </w:rPr>
        <w:t>1:10:35  unhone bola ki jo jo aadmi khutumba ji with the family, the secret of successful family life padhte hain wah zaroor unke dimagh mein ek achhi change aati hai. inhone ek comment diya hai aur unhone bola hai ki unki gaon mein ek voluntarily library run karte hain wah. unki short short padhi hai kitabon ki.</w:t>
      </w:r>
      <w:r>
        <w:br/>
      </w:r>
      <w:r>
        <w:rPr>
          <w:sz w:val="20"/>
        </w:rPr>
        <w:t>1:11:04  kya aap de sakte ho kya? yeh yeh bahut achhi kitab hai, bahut wisdom badi hui hai. to hum hum logon ne kaha ki ji zaroor hum jo jo molana ka kitab hai telugu mein wah sab aapko de sakte hain.</w:t>
      </w:r>
      <w:r>
        <w:br/>
      </w:r>
      <w:r>
        <w:rPr>
          <w:sz w:val="20"/>
        </w:rPr>
        <w:t>1:11:21  to yahi meri experience hai aur shavinapa ne pehle pehle yahi bole the molana teachings ke wajah se hum aurat akele travel kar sakte hain aur dawah ka kaam bhi kar sakte hain. to mere liye bhi true hai kyunki aaj maine meri gaon gayi thi wah do ghante ki safar thi.</w:t>
      </w:r>
      <w:r>
        <w:br/>
      </w:r>
      <w:r>
        <w:rPr>
          <w:sz w:val="20"/>
        </w:rPr>
        <w:t>1:11:45  to yeh do ghante ke safar mein main meri jo co passenger hai unko ne telugu mein successful family life bhi di thi aur mere gaon mein ek ladki ko real reality of life and purpose of life di thi aur jo bus conductor hai wah lady conductor unko bhi kutumbanji uttam di hai telugu mein. unhone bahut khushi se bahut respect se liye hain. with aisha? yes yes.</w:t>
      </w:r>
      <w:r>
        <w:br/>
      </w:r>
      <w:r>
        <w:rPr>
          <w:sz w:val="20"/>
        </w:rPr>
        <w:t>1:12:15  experience. aisha for you sharing that. allah bless you and accept your this good work. so, should we conclude this? aap conclude kar dein is session ko? famida pap? haan wah.</w:t>
      </w:r>
      <w:r>
        <w:br/>
      </w:r>
      <w:r>
        <w:rPr>
          <w:sz w:val="20"/>
        </w:rPr>
        <w:t>1:12:43  sari shamina mera kuch network problem chalna hai. koi baat nahi aap aap conclude kar diye session ko. bas bahut achhi mulakat hoti hai. yeh allaqa shukr hai. ek molana sahab ke zabaan mein zinda mulakat hai. to allataala is tarah se hamein yeh is mulakat ko qubool karein bahut sari cheezein apa ke zariye samajh mein aati hain. apa hamari is mulakat ki mein jaan daal deti hain.</w:t>
      </w:r>
    </w:p>
    <w:p>
      <w:pPr>
        <w:pStyle w:val="Heading2"/>
      </w:pPr>
      <w:r>
        <w:t>Meaning of honoring guests with full story</w:t>
      </w:r>
    </w:p>
    <w:p>
      <w:r>
        <w:rPr>
          <w:color w:val="666666"/>
          <w:sz w:val="18"/>
        </w:rPr>
        <w:t>Religion and Politics (In Conversation with Maulana) November 04, 2007 · 3m 13s · at 12:55 · https://youtu.be/Q1MvGENe-O4?t=775</w:t>
      </w:r>
    </w:p>
    <w:p>
      <w:r>
        <w:rPr>
          <w:i/>
        </w:rPr>
        <w:t>“Zayf matlab mehmaan, ikram matlab respect”</w:t>
      </w:r>
    </w:p>
    <w:p>
      <w:r>
        <w:rPr>
          <w:sz w:val="20"/>
        </w:rPr>
        <w:t>12:55  zaif matlab hai mehman, guest. ikram mani hai respect de us ko. to yeh yeh yeh yeh moral sense mein hai, yeh khilanay pilanay ke sense mein nahin hai.</w:t>
      </w:r>
      <w:r>
        <w:br/>
      </w:r>
      <w:r>
        <w:rPr>
          <w:sz w:val="20"/>
        </w:rPr>
        <w:t>13:09  log kya karte hain ke dhoom bajatay hain khilanay pilanay ki. ya itna khana pakatay hain ke ke bach jao, kharab ho. to hargiz yeh matlab nahin nahin hai.</w:t>
      </w:r>
      <w:r>
        <w:br/>
      </w:r>
      <w:r>
        <w:rPr>
          <w:sz w:val="20"/>
        </w:rPr>
        <w:t>13:20  yeh matlab yeh hai ke koi aadmi tumharay paas aa gaya to us ko izzat ke sath bithao. izzat ke sath baat karo. mohabbat ke sath milo us se.</w:t>
      </w:r>
      <w:r>
        <w:br/>
      </w:r>
      <w:r>
        <w:rPr>
          <w:sz w:val="20"/>
        </w:rPr>
        <w:t>13:29  baqi khana peena ko dhoom bajao, is mein hargiz nahin hai yeh. to ikram zaif ka matlab hai us ko respect dena. yeh nahin ke us ke liye dawatain karna aur aur chahta hai khana pakana.</w:t>
      </w:r>
      <w:r>
        <w:br/>
      </w:r>
      <w:r>
        <w:rPr>
          <w:sz w:val="20"/>
        </w:rPr>
        <w:t>13:42  aksar mein ne dekha hai ke ke mein kai bar aisa hua ke mein kahin gaya to ab unhon ne mez par itnay khane rakh diye hain ke aap yeh kahiye ke mein phir kha hi nahin saka.</w:t>
      </w:r>
      <w:r>
        <w:br/>
      </w:r>
      <w:r>
        <w:rPr>
          <w:sz w:val="20"/>
        </w:rPr>
        <w:t>13:58  mera dil aik dam. to yeh yeh koi Islam hai? ke itna yeh to israf hai, israf. paisay ko waste karna hai.</w:t>
      </w:r>
      <w:r>
        <w:br/>
      </w:r>
      <w:r>
        <w:rPr>
          <w:sz w:val="20"/>
        </w:rPr>
        <w:t>14:08  itnay saray qism ke khane. sirf aik insaan mujhe ab tak mila hai ke us ne us ko sahi tareeqay se kiya.</w:t>
      </w:r>
      <w:r>
        <w:br/>
      </w:r>
      <w:r>
        <w:rPr>
          <w:sz w:val="20"/>
        </w:rPr>
        <w:t>14:17  aik aadmi ne kaha ke mein aap ko apne haan mehman banana chahta hoon. aik raat mere sath rahen, aap chal kar ke. bator mehman to mere mujhe khushi hogi, mere ghar mein ya barkat hogi.</w:t>
      </w:r>
      <w:r>
        <w:br/>
      </w:r>
      <w:r>
        <w:rPr>
          <w:sz w:val="20"/>
        </w:rPr>
        <w:t>14:29  to mein ne kaha ke dekhiye, shart yeh hai ke aap wohi khilayen jo mujh ko jo aap khud khatay hain. kuch naye item na pakayen.</w:t>
      </w:r>
      <w:r>
        <w:br/>
      </w:r>
      <w:r>
        <w:rPr>
          <w:sz w:val="20"/>
        </w:rPr>
        <w:t>14:40  to is mein hum raat ko us ke haan janay walay thay. raat ka khana kahin aur khaya tha. wahan ja kar raat ko rehtay hain. aur subah sawairay ka breakfast us ke sath humein lena tha, bas.</w:t>
      </w:r>
      <w:r>
        <w:br/>
      </w:r>
      <w:r>
        <w:rPr>
          <w:sz w:val="20"/>
        </w:rPr>
        <w:t>14:50  to us ne kaha ke theek hai, mein aisay hi karoon ga. to woh aadmi jo tha, aik teacher tha. yeh kashmir ka qissa hai. to subah hui, hum logon ne fajar ki namaz parhi, us ke baad us ne kya kiya?</w:t>
      </w:r>
      <w:r>
        <w:br/>
      </w:r>
      <w:r>
        <w:rPr>
          <w:sz w:val="20"/>
        </w:rPr>
        <w:t>15:05  ke woh achar le aya. aur roti. us ne kaha ke mein teacher hoon.</w:t>
      </w:r>
      <w:r>
        <w:br/>
      </w:r>
      <w:r>
        <w:rPr>
          <w:sz w:val="20"/>
        </w:rPr>
        <w:t>15:15  aur mein jata hoon school parhanay ke liye, subah sawairay mujhe nikalna parta hai. to meri biwi subah ko roti paka deti hai. aur yeh achar mein rakhe huay hain, isi se kha ke mein chala jata hoon.</w:t>
      </w:r>
      <w:r>
        <w:br/>
      </w:r>
      <w:r>
        <w:rPr>
          <w:sz w:val="20"/>
        </w:rPr>
        <w:t>15:27  to mein ne bohat shauq se khaya, yaad rakhiye. mein ne kaha yahi hai ikram zaif. jo aap ne kiya. woh ikram zaif nahin hai is mein ke paisay kharch kiye jatay hain, khana zaya hota hai aur pait kharab hota hai.</w:t>
      </w:r>
      <w:r>
        <w:br/>
      </w:r>
      <w:r>
        <w:rPr>
          <w:sz w:val="20"/>
        </w:rPr>
        <w:t>15:42  woh ikram zaif nahin hai. aap jo khatay hain, woh khila dijiye. izzat ke sath bithaiye, bas yeh hai ikram zaif.</w:t>
      </w:r>
      <w:r>
        <w:br/>
      </w:r>
      <w:r>
        <w:rPr>
          <w:sz w:val="20"/>
        </w:rPr>
        <w:t>15:53  dhoom jo bajai jati hai, dawatain ki jati hain, woh hargiz hargiz aik woh to gunah hai, gunah. woh ikram zaif nahin hai woh. woh takalluf hai aur hadith mein aata hai ke takalluf musalmanon ke liye jaiz nahin.</w:t>
      </w:r>
    </w:p>
    <w:p>
      <w:pPr>
        <w:pStyle w:val="Heading2"/>
      </w:pPr>
      <w:r>
        <w:t>Peace is power, changing minds from violence</w:t>
      </w:r>
    </w:p>
    <w:p>
      <w:r>
        <w:rPr>
          <w:color w:val="666666"/>
          <w:sz w:val="18"/>
        </w:rPr>
        <w:t>Message of Peace (Maulana with Delegation from Sri Lanka) April 23, 2008 · 4m 36s · at 20:34 · https://youtu.be/uXF5L2jhYTU?t=1234</w:t>
      </w:r>
    </w:p>
    <w:p>
      <w:r>
        <w:rPr>
          <w:i/>
        </w:rPr>
        <w:t>“Make people understand that peace is a power”</w:t>
      </w:r>
    </w:p>
    <w:p>
      <w:r>
        <w:rPr>
          <w:sz w:val="20"/>
        </w:rPr>
        <w:t>20:34  make people understand that peace is a power. Peace is not coward. Peace is a power. These people</w:t>
      </w:r>
      <w:r>
        <w:br/>
      </w:r>
      <w:r>
        <w:rPr>
          <w:sz w:val="20"/>
        </w:rPr>
        <w:t>20:44  who are engaged in violence, they failed to understand, they failed to discover peace as a power here.</w:t>
      </w:r>
      <w:r>
        <w:br/>
      </w:r>
      <w:r>
        <w:rPr>
          <w:sz w:val="20"/>
        </w:rPr>
        <w:t>20:54  is the problem and I have I am engaged in this mission since long and I can see that I</w:t>
      </w:r>
      <w:r>
        <w:br/>
      </w:r>
      <w:r>
        <w:rPr>
          <w:sz w:val="20"/>
        </w:rPr>
        <w:t>21:04  successfully I have any changed the mind so many minds successfully for example in Kashmir Kashmir</w:t>
      </w:r>
      <w:r>
        <w:br/>
      </w:r>
      <w:r>
        <w:rPr>
          <w:sz w:val="20"/>
        </w:rPr>
        <w:t>21:15  People we are engaged in violence but after long effort I was able to make them believe that</w:t>
      </w:r>
      <w:r>
        <w:br/>
      </w:r>
      <w:r>
        <w:rPr>
          <w:sz w:val="20"/>
        </w:rPr>
        <w:t>21:25  Violence cannot be any solution. So now more than 90 percent people in Kashmir have</w:t>
      </w:r>
      <w:r>
        <w:br/>
      </w:r>
      <w:r>
        <w:rPr>
          <w:sz w:val="20"/>
        </w:rPr>
        <w:t>21:35  ٹرنڈ پیس فل سو دا کیس اف پاکستان I tried to change the mind of Pakistani people and</w:t>
      </w:r>
      <w:r>
        <w:br/>
      </w:r>
      <w:r>
        <w:rPr>
          <w:sz w:val="20"/>
        </w:rPr>
        <w:t>21:45  Now more than 50 percent Pakistani people are thinking in the term of peace. So is the case.</w:t>
      </w:r>
      <w:r>
        <w:br/>
      </w:r>
      <w:r>
        <w:rPr>
          <w:sz w:val="20"/>
        </w:rPr>
        <w:t>21:55  So you have to contact those people in Syria.</w:t>
      </w:r>
      <w:r>
        <w:br/>
      </w:r>
      <w:r>
        <w:rPr>
          <w:sz w:val="20"/>
        </w:rPr>
        <w:t>22:05  lanka who are engaged in violence change their mind gun is not gun is not solution gun is not solution bomb is not solution you have to address their mind i can see that it is my experience that the most vulnerable part of a man is mind his mind if you address their mind</w:t>
      </w:r>
      <w:r>
        <w:br/>
      </w:r>
      <w:r>
        <w:rPr>
          <w:sz w:val="20"/>
        </w:rPr>
        <w:t>22:35  You will find that he will surrender before you. There is a very relevant verse in the Quran.</w:t>
      </w:r>
      <w:r>
        <w:br/>
      </w:r>
      <w:r>
        <w:rPr>
          <w:sz w:val="20"/>
        </w:rPr>
        <w:t>22:50  It means that your enemy is your potential friend. Very strange words. Your</w:t>
      </w:r>
      <w:r>
        <w:br/>
      </w:r>
      <w:r>
        <w:rPr>
          <w:sz w:val="20"/>
        </w:rPr>
        <w:t>23:05  Enemy is your potential friend so turn this potential into actual find friend from your enemy so no</w:t>
      </w:r>
      <w:r>
        <w:br/>
      </w:r>
      <w:r>
        <w:rPr>
          <w:sz w:val="20"/>
        </w:rPr>
        <w:t>23:15  Enemy is enemy in absolute sense. Enmity is a kind of misunderstanding. Enmity is a kind of</w:t>
      </w:r>
      <w:r>
        <w:br/>
      </w:r>
      <w:r>
        <w:rPr>
          <w:sz w:val="20"/>
        </w:rPr>
        <w:t>23:25  misunderstanding result of misunderstanding. So remove that misunderstanding I will find that that the person the</w:t>
      </w:r>
      <w:r>
        <w:br/>
      </w:r>
      <w:r>
        <w:rPr>
          <w:sz w:val="20"/>
        </w:rPr>
        <w:t>23:35  It was enemy, now he is your friend. It is not a, it is a, it is my</w:t>
      </w:r>
      <w:r>
        <w:br/>
      </w:r>
      <w:r>
        <w:rPr>
          <w:sz w:val="20"/>
        </w:rPr>
        <w:t>23:43  on experience so I can say that those people who are engaged in spirituality in religion they must</w:t>
      </w:r>
      <w:r>
        <w:br/>
      </w:r>
      <w:r>
        <w:rPr>
          <w:sz w:val="20"/>
        </w:rPr>
        <w:t>23:52  go to Sri Lanka and they must contact with those people who are engaged in violence and they</w:t>
      </w:r>
      <w:r>
        <w:br/>
      </w:r>
      <w:r>
        <w:rPr>
          <w:sz w:val="20"/>
        </w:rPr>
        <w:t>24:00  try to change their mind</w:t>
      </w:r>
      <w:r>
        <w:br/>
      </w:r>
      <w:r>
        <w:rPr>
          <w:sz w:val="20"/>
        </w:rPr>
        <w:t>24:08  No gun, no bomb can solve the problem. The only bomb is bomb of spirituality, bomb of peace.</w:t>
      </w:r>
      <w:r>
        <w:br/>
      </w:r>
      <w:r>
        <w:rPr>
          <w:sz w:val="20"/>
        </w:rPr>
        <w:t>24:16  So first of all we have to change their mind. For example, in Kashmir there was a youth.</w:t>
      </w:r>
      <w:r>
        <w:br/>
      </w:r>
      <w:r>
        <w:rPr>
          <w:sz w:val="20"/>
        </w:rPr>
        <w:t>24:23  He was engaged in militancy so I tried to change his mind. I tried to make him believe</w:t>
      </w:r>
      <w:r>
        <w:br/>
      </w:r>
      <w:r>
        <w:rPr>
          <w:sz w:val="20"/>
        </w:rPr>
        <w:t>24:31  that the best field for you is educati</w:t>
      </w:r>
      <w:r>
        <w:br/>
      </w:r>
      <w:r>
        <w:rPr>
          <w:sz w:val="20"/>
        </w:rPr>
        <w:t>24:38  shall not militancy. After a long effort, he was able to understand my point and now he has</w:t>
      </w:r>
      <w:r>
        <w:br/>
      </w:r>
      <w:r>
        <w:rPr>
          <w:sz w:val="20"/>
        </w:rPr>
        <w:t>24:49  establish more than 10 schools in Kashmir. He is running more than 10 schools in Kashmir. Very high.</w:t>
      </w:r>
      <w:r>
        <w:br/>
      </w:r>
      <w:r>
        <w:rPr>
          <w:sz w:val="20"/>
        </w:rPr>
        <w:t>24:59  standard school he is very happy so everywhere the only task before us is to to change their mind</w:t>
      </w:r>
    </w:p>
    <w:p>
      <w:pPr>
        <w:pStyle w:val="Heading2"/>
      </w:pPr>
      <w:r>
        <w:t>hadith defines Fitna Dujjal as age of deceiving philosophies</w:t>
      </w:r>
    </w:p>
    <w:p>
      <w:r>
        <w:rPr>
          <w:color w:val="666666"/>
          <w:sz w:val="18"/>
        </w:rPr>
        <w:t>The Age of Deceiving Philosophies I 21 June 2009 · 3m 40s · at 0:33 · https://youtu.be/RZCs_8AtCTM?t=33</w:t>
      </w:r>
    </w:p>
    <w:p>
      <w:r>
        <w:rPr>
          <w:i/>
        </w:rPr>
        <w:t>“Today's topic is: the Age of Deceiving Philosophies”</w:t>
      </w:r>
    </w:p>
    <w:p>
      <w:r>
        <w:rPr>
          <w:sz w:val="20"/>
        </w:rPr>
        <w:t>0:33  aaj ka topic hai: age of deceiving philosophies, mughalta aamez falsafon ka daur.</w:t>
      </w:r>
      <w:r>
        <w:br/>
      </w:r>
      <w:r>
        <w:rPr>
          <w:sz w:val="20"/>
        </w:rPr>
        <w:t>0:48  hadith mein bohat si hadithain aayi hain jo batati hain ke qayamat se pehle jo zamana hoga, us mein bohat se bigaad aayenge,</w:t>
      </w:r>
      <w:r>
        <w:br/>
      </w:r>
      <w:r>
        <w:rPr>
          <w:sz w:val="20"/>
        </w:rPr>
        <w:t>1:02  aik ke baad aik. lekin aik bigaad bohat hi bara jo hoga, sab se bara bigaad, yani poori human history ka sab se bara bigaad, woh hoga fitna dohma.</w:t>
      </w:r>
      <w:r>
        <w:br/>
      </w:r>
      <w:r>
        <w:rPr>
          <w:sz w:val="20"/>
        </w:rPr>
        <w:t>1:19  to hadith mein alfaaz hain ke ثم تكون فتنة دوہما لا تدع أحدا من هذه الأمة إلا لطمته لطمة</w:t>
      </w:r>
      <w:r>
        <w:br/>
      </w:r>
      <w:r>
        <w:rPr>
          <w:sz w:val="20"/>
        </w:rPr>
        <w:t>1:32  . is ka matlab hai ke yeh jo fitna hoga, fitna means trial, azmaish. dohama ke mani hote hain darkness.</w:t>
      </w:r>
      <w:r>
        <w:br/>
      </w:r>
      <w:r>
        <w:rPr>
          <w:sz w:val="20"/>
        </w:rPr>
        <w:t>1:43  to yeh fitna jo hoga, woh yeh age of dark, age of total darkness hoga. age of total darkness.</w:t>
      </w:r>
      <w:r>
        <w:br/>
      </w:r>
      <w:r>
        <w:rPr>
          <w:sz w:val="20"/>
        </w:rPr>
        <w:t>1:57  to yeh farmaya ke ke</w:t>
      </w:r>
      <w:r>
        <w:br/>
      </w:r>
      <w:r>
        <w:rPr>
          <w:sz w:val="20"/>
        </w:rPr>
        <w:t>2:02  har ek par is ki zad pare gi.</w:t>
      </w:r>
      <w:r>
        <w:br/>
      </w:r>
      <w:r>
        <w:rPr>
          <w:sz w:val="20"/>
        </w:rPr>
        <w:t>2:08  yeh jo fitna hoga, it will hit all without any exception.</w:t>
      </w:r>
      <w:r>
        <w:br/>
      </w:r>
      <w:r>
        <w:rPr>
          <w:sz w:val="20"/>
        </w:rPr>
        <w:t>2:17  It will hit everyone without any exception. to yeh bohat hi zyada serious baat hai.</w:t>
      </w:r>
      <w:r>
        <w:br/>
      </w:r>
      <w:r>
        <w:rPr>
          <w:sz w:val="20"/>
        </w:rPr>
        <w:t>2:26  isi par us waqt mujhe kuch kehna hai. to dekhiye, fitna dohama, jaisa ke maine arz kiya, is se murad hai total darkness ka zamana.</w:t>
      </w:r>
      <w:r>
        <w:br/>
      </w:r>
      <w:r>
        <w:rPr>
          <w:sz w:val="20"/>
        </w:rPr>
        <w:t>2:37  yeh darkness itna barha hua hoga ke sab tak, sab ko woh apni zad mein le le ga. koi bache ga nahi.</w:t>
      </w:r>
      <w:r>
        <w:br/>
      </w:r>
      <w:r>
        <w:rPr>
          <w:sz w:val="20"/>
        </w:rPr>
        <w:t>2:48  yahan tak ke jo yahan jo farmaya ke ummat, ka matlab yeh hai ke ummat jis ke paas sachai hai, woh bhi is mein exception nahi hogi.</w:t>
      </w:r>
      <w:r>
        <w:br/>
      </w:r>
      <w:r>
        <w:rPr>
          <w:sz w:val="20"/>
        </w:rPr>
        <w:t>3:01  yani it will hurt including ummat e islamia.</w:t>
      </w:r>
      <w:r>
        <w:br/>
      </w:r>
      <w:r>
        <w:rPr>
          <w:sz w:val="20"/>
        </w:rPr>
        <w:t>3:09  it will hit including ummat e islamia. yani yeh fitna jo aye ga, yeh sab ko andhere mein daal de ga. yahan tak ke jin ke paas sachai hai, woh bhi andhere mein chale jayen ge.</w:t>
      </w:r>
      <w:r>
        <w:br/>
      </w:r>
      <w:r>
        <w:rPr>
          <w:sz w:val="20"/>
        </w:rPr>
        <w:t>3:22  itni bari baat kahi gayi hai hadith mein, is par hamein sochna hai.</w:t>
      </w:r>
      <w:r>
        <w:br/>
      </w:r>
      <w:r>
        <w:rPr>
          <w:sz w:val="20"/>
        </w:rPr>
        <w:t>3:29  to jahan tak maine samjha hai is ko, is se murad hai age of deceiving philosophies.</w:t>
      </w:r>
      <w:r>
        <w:br/>
      </w:r>
      <w:r>
        <w:rPr>
          <w:sz w:val="20"/>
        </w:rPr>
        <w:t>3:39  dekhiye, har zamane mein log mughalta dete rahe hain, deceive karte rahe hain.</w:t>
      </w:r>
      <w:r>
        <w:br/>
      </w:r>
      <w:r>
        <w:rPr>
          <w:sz w:val="20"/>
        </w:rPr>
        <w:t>3:48  deceive karne ka zamana kabhi aisa nahi hai ke na raha ho. lekin baad ke zamane mein jo aye ga mughalta, woh ek aur hi,</w:t>
      </w:r>
      <w:r>
        <w:br/>
      </w:r>
      <w:r>
        <w:rPr>
          <w:sz w:val="20"/>
        </w:rPr>
        <w:t>4:01  is ka, is ka bohat zyada khatarnak hoga. to isi ko maine kaha ke woh philosophical way mein aye ga.</w:t>
      </w:r>
    </w:p>
    <w:p>
      <w:pPr>
        <w:pStyle w:val="Heading2"/>
      </w:pPr>
      <w:r>
        <w:t>Why patience is essential to building a culture of peace</w:t>
      </w:r>
    </w:p>
    <w:p>
      <w:r>
        <w:rPr>
          <w:color w:val="666666"/>
          <w:sz w:val="18"/>
        </w:rPr>
        <w:t>Culture of Peace and Non Voilence in Islam January 14, 2023 · 4m 06s · at 38:40 · https://youtu.be/INrBUtThaRw?t=2320</w:t>
      </w:r>
    </w:p>
    <w:p>
      <w:r>
        <w:rPr>
          <w:i/>
        </w:rPr>
        <w:t>“Culture of peace develop karne ke liye sabar sab se important hai”</w:t>
      </w:r>
    </w:p>
    <w:p>
      <w:r>
        <w:rPr>
          <w:sz w:val="20"/>
        </w:rPr>
        <w:t>38:40  culture of peace ko develop karne ke liye sabr jo hai na, woh most important hai, kyunke har cheez ke liye time chahiye na.</w:t>
      </w:r>
      <w:r>
        <w:br/>
      </w:r>
      <w:r>
        <w:rPr>
          <w:sz w:val="20"/>
        </w:rPr>
        <w:t>38:48  agar hum sabr nahi karenge to hum hum woh time dene ke liye doosray ko tayyar nahi</w:t>
      </w:r>
      <w:r>
        <w:br/>
      </w:r>
      <w:r>
        <w:rPr>
          <w:sz w:val="20"/>
        </w:rPr>
        <w:t>38:54  hain. to jo hai na, sabr ke maani jo hain, maulana ne likhe hain: "peaceful response in provocative situation."</w:t>
      </w:r>
      <w:r>
        <w:br/>
      </w:r>
      <w:r>
        <w:rPr>
          <w:sz w:val="20"/>
        </w:rPr>
        <w:t>39:03  to humein provocative situation to hogi, har qadam qadam pe provocation honge. to humein is ko bardasht karne ka matlab hai na ke hum ne is ko woh time diya.</w:t>
      </w:r>
      <w:r>
        <w:br/>
      </w:r>
      <w:r>
        <w:rPr>
          <w:sz w:val="20"/>
        </w:rPr>
        <w:t>39:12  khud humein, hamare andar bhi jo ghussa aata hai, to is ko agar hum hum sabr kar lenge na, to hum hum apna bhi bhala karenge aur doosron ka bhi bhala karenge.</w:t>
      </w:r>
      <w:r>
        <w:br/>
      </w:r>
      <w:r>
        <w:rPr>
          <w:sz w:val="20"/>
        </w:rPr>
        <w:t>39:23  doosron ko time denge ke woh woh soch saken aur hamara bhi ghussa khatam ho jata hai agar sabr kar lein. lekin agar hum is par retaliate karein, provoke ho jayein to phir hamara bhi ghussa nahi khatam hota.</w:t>
      </w:r>
      <w:r>
        <w:br/>
      </w:r>
      <w:r>
        <w:rPr>
          <w:sz w:val="20"/>
        </w:rPr>
        <w:t>39:35  hum aur doosre doosre iqdamaat uthate rehte hain.</w:t>
      </w:r>
      <w:r>
        <w:br/>
      </w:r>
      <w:r>
        <w:rPr>
          <w:sz w:val="20"/>
        </w:rPr>
        <w:t>39:39  to sabr is an act which will be rewarded by god beyond measure. yeh quran mein aaya hai chapter 39 mein ke allah taala sabr ko ka be hisab ajr deta hai.</w:t>
      </w:r>
      <w:r>
        <w:br/>
      </w:r>
      <w:r>
        <w:rPr>
          <w:sz w:val="20"/>
        </w:rPr>
        <w:t>39:52  to yeh maulana ne likha tha ke be hisab ajr kisi bhi ibadat ka nahi hai, jis tarah sabr ka hai,</w:t>
      </w:r>
      <w:r>
        <w:br/>
      </w:r>
      <w:r>
        <w:rPr>
          <w:sz w:val="20"/>
        </w:rPr>
        <w:t>39:58  kyunke sabr ke baghair koi bhi kaam nahi ho sakta. aur sabr zaroori hai, kyunke allah taala ne sab ko azadi diya hai. ab azadi ko insaan misuse karta hai, to sabr zaroori hai.</w:t>
      </w:r>
      <w:r>
        <w:br/>
      </w:r>
      <w:r>
        <w:rPr>
          <w:sz w:val="20"/>
        </w:rPr>
        <w:t>40:11  woh to react karega, retaliate karega. to agar hum sabr nahi karenge to hum aage koi kaam nahi kar sakte, kyunke mahaul kharab kar denge na.</w:t>
      </w:r>
      <w:r>
        <w:br/>
      </w:r>
      <w:r>
        <w:rPr>
          <w:sz w:val="20"/>
        </w:rPr>
        <w:t>40:20  to is mahaul kharab hone ki wajah se wo hamari baat ko samajhne ke liye wo receptive hi nahi rahega to</w:t>
      </w:r>
      <w:r>
        <w:br/>
      </w:r>
      <w:r>
        <w:rPr>
          <w:sz w:val="20"/>
        </w:rPr>
        <w:t>40:27  quran mein bar bar aaya sabr ke aaya hai: "god is with those who are patient." ye second chapter hai, verse 153.</w:t>
      </w:r>
      <w:r>
        <w:br/>
      </w:r>
      <w:r>
        <w:rPr>
          <w:sz w:val="20"/>
        </w:rPr>
        <w:t>40:36  to jo hai, is tarike se jab khuda bar bar keh raha hai ke sabr par hum wo dete hain jo hum kisi aur cheez par nahi dete, to ek bar kuch logon ne maulana se poocha ke hum kab tak sabr karen?</w:t>
      </w:r>
      <w:r>
        <w:br/>
      </w:r>
      <w:r>
        <w:rPr>
          <w:sz w:val="20"/>
        </w:rPr>
        <w:t>40:51  to maulana ne kaha ke aap kab? aap kabhi poochte hain hum kab tak ibadat karen?</w:t>
      </w:r>
      <w:r>
        <w:br/>
      </w:r>
      <w:r>
        <w:rPr>
          <w:sz w:val="20"/>
        </w:rPr>
        <w:t>40:55  to sabr to sab se badi ibadat hai. bas aap karte rahiye, ye to aap samajh lijiye ke aap ko bahut badi ibadat karne ka mauka mil gaya hai. to ye soch kar agar hum insan jaisa aap sochte hain na, waise hi phir hum hamare amal mein bhi wahi us waise hi izhaar hota hai.</w:t>
      </w:r>
      <w:r>
        <w:br/>
      </w:r>
      <w:r>
        <w:rPr>
          <w:sz w:val="20"/>
        </w:rPr>
        <w:t>41:11  to aap agar ye soch lein ke hum ibadat kar rahe hain, ibadat ka mauka hamare haath aa gaya hai, to phir aap bahut jald cool down ho jayenge. to aap ko apni soch badalni padegi,</w:t>
      </w:r>
      <w:r>
        <w:br/>
      </w:r>
      <w:r>
        <w:rPr>
          <w:sz w:val="20"/>
        </w:rPr>
        <w:t>41:23  kyunki insan jo hai ek thinking animal hai, ab wo already conditioned hai. to is ko aap ko time dena padega na ke wo ab nai baat ko soche.</w:t>
      </w:r>
      <w:r>
        <w:br/>
      </w:r>
      <w:r>
        <w:rPr>
          <w:sz w:val="20"/>
        </w:rPr>
        <w:t>41:33  nai baat ko sochne mein time lagta hai. bade bade sahaba ne socha, bahut kam aise hain jinhone foran accept kar liya, jaise Hazrat Abu Bakr.</w:t>
      </w:r>
      <w:r>
        <w:br/>
      </w:r>
      <w:r>
        <w:rPr>
          <w:sz w:val="20"/>
        </w:rPr>
        <w:t>41:43  nahi to logon ko sochne ka time ye natural baat hai ke hum sochenge ke ye naya message hai, to is message ka matlab kya hai?</w:t>
      </w:r>
      <w:r>
        <w:br/>
      </w:r>
      <w:r>
        <w:rPr>
          <w:sz w:val="20"/>
        </w:rPr>
        <w:t>41:51  ye kahan tak ye rational hai, logical hai, sachai hai is mein? to sochne ke liye hamein time chahiye hota hai, aur hamare andar Allah taala ne khud azadi di hai, to hum ko sochne ka mauka milna chahiye.</w:t>
      </w:r>
      <w:r>
        <w:br/>
      </w:r>
      <w:r>
        <w:rPr>
          <w:sz w:val="20"/>
        </w:rPr>
        <w:t>42:07  aur tabhi, aur hum har insan ke andar dekhiye, ek to conscious bhi hai aur ek taraf ego bhi hai. agar hum retaliate karte hain, sabr nahi karte, to is ka ego jo hai hurt</w:t>
      </w:r>
      <w:r>
        <w:br/>
      </w:r>
      <w:r>
        <w:rPr>
          <w:sz w:val="20"/>
        </w:rPr>
        <w:t>42:19  hota hai. to phir hamein is se koi bhi nateeja hamare kaam se nahi niklega. lekin agar hum is ke conscious ko awaken karenge aur is ki fitrat ko bedar karenge, to hum ko apne amal ka jo bhi hum kaam karenge, is ka nateeja milega, aur wo bahut jald hum ko is ka achha positive response milega.</w:t>
      </w:r>
      <w:r>
        <w:br/>
      </w:r>
      <w:r>
        <w:rPr>
          <w:sz w:val="20"/>
        </w:rPr>
        <w:t>42:40  isi liye sabr ki itni zyada ahmiyat di gayi hai ji quran mein aur hadith mein.</w:t>
      </w:r>
    </w:p>
    <w:p>
      <w:pPr>
        <w:pStyle w:val="Heading2"/>
      </w:pPr>
      <w:r>
        <w:t>God's twofold management plan for human history</w:t>
      </w:r>
    </w:p>
    <w:p>
      <w:r>
        <w:rPr>
          <w:color w:val="666666"/>
          <w:sz w:val="18"/>
        </w:rPr>
        <w:t>Divine Management in History April 7, 2013 · 5m 45s · at 0:55 · https://youtu.be/wcBzG56LuPY?t=55</w:t>
      </w:r>
    </w:p>
    <w:p>
      <w:r>
        <w:rPr>
          <w:i/>
        </w:rPr>
        <w:t>“Dekhiye, Quran kya hai?”</w:t>
      </w:r>
    </w:p>
    <w:p>
      <w:r>
        <w:rPr>
          <w:sz w:val="20"/>
        </w:rPr>
        <w:t>0:55  dekhiye, quran kya hai? quran</w:t>
      </w:r>
      <w:r>
        <w:br/>
      </w:r>
      <w:r>
        <w:rPr>
          <w:sz w:val="20"/>
        </w:rPr>
        <w:t>1:05  ek mazhabi book sadah tor par nahi hai,</w:t>
      </w:r>
      <w:r>
        <w:br/>
      </w:r>
      <w:r>
        <w:rPr>
          <w:sz w:val="20"/>
        </w:rPr>
        <w:t>1:09  woh creator ki taraf se is baat ka ek statement hai ke uska creation plan kya hai is kainat ke bare mein.</w:t>
      </w:r>
      <w:r>
        <w:br/>
      </w:r>
      <w:r>
        <w:rPr>
          <w:sz w:val="20"/>
        </w:rPr>
        <w:t>1:25  to quran ke mutale se maloom hota hai ke Allah taala ne is duniya ko paida kar ke</w:t>
      </w:r>
      <w:r>
        <w:br/>
      </w:r>
      <w:r>
        <w:rPr>
          <w:sz w:val="20"/>
        </w:rPr>
        <w:t>1:39  chhod nahi diya. paida karne ke baad Khuda is kainat ko manage kar raha hai.</w:t>
      </w:r>
      <w:r>
        <w:br/>
      </w:r>
      <w:r>
        <w:rPr>
          <w:sz w:val="20"/>
        </w:rPr>
        <w:t>1:49  isi ko kaha gaya hai quran mein rububiyat.</w:t>
      </w:r>
      <w:r>
        <w:br/>
      </w:r>
      <w:r>
        <w:rPr>
          <w:sz w:val="20"/>
        </w:rPr>
        <w:t>1:53  rububiyat ka wahi matlab hai jo aaj kal ki zaban mein kehte hain "manage karna". to Khuda is kainat ka creator hai, aur uske baad puri tareekh mein woh is kainat ko manage kar raha hai,</w:t>
      </w:r>
      <w:r>
        <w:br/>
      </w:r>
      <w:r>
        <w:rPr>
          <w:sz w:val="20"/>
        </w:rPr>
        <w:t>2:10  material world ko bhi aur human world ko bhi.</w:t>
      </w:r>
      <w:r>
        <w:br/>
      </w:r>
      <w:r>
        <w:rPr>
          <w:sz w:val="20"/>
        </w:rPr>
        <w:t>2:17  to human world ke bare mein uski rububiyat kya hai?</w:t>
      </w:r>
      <w:r>
        <w:br/>
      </w:r>
      <w:r>
        <w:rPr>
          <w:sz w:val="20"/>
        </w:rPr>
        <w:t>2:24  jahan tak quran ke mutale se maine samjha hai, iske do bade pehlu hain.</w:t>
      </w:r>
      <w:r>
        <w:br/>
      </w:r>
      <w:r>
        <w:rPr>
          <w:sz w:val="20"/>
        </w:rPr>
        <w:t>2:34  ek yeh hai ke Allah ne insan ko azadi di, aur uske baad Allah ne har zamane mein paighambar bheje batane ke liye ke Khuda ki mansha kya hai.</w:t>
      </w:r>
      <w:r>
        <w:br/>
      </w:r>
      <w:r>
        <w:rPr>
          <w:sz w:val="20"/>
        </w:rPr>
        <w:t>2:50  yani azadi to mili hai insan ko, lekin azadi ke bawajood usko self discipline mein rehna hai. azadi ke bawajood usko Allah ki guidance ke mutabiq chalna hai,</w:t>
      </w:r>
      <w:r>
        <w:br/>
      </w:r>
      <w:r>
        <w:rPr>
          <w:sz w:val="20"/>
        </w:rPr>
        <w:t>3:06  khud apne ikhtiyar se. yeh batane ke liye Allah ne apne prophet bheje har zamane mein, aur aakhri prophet Muhammad sallallahu alaihi wasallam the jo seven century AD mein aaye.</w:t>
      </w:r>
      <w:r>
        <w:br/>
      </w:r>
      <w:r>
        <w:rPr>
          <w:sz w:val="20"/>
        </w:rPr>
        <w:t>3:25  ek intezam yeh hai, lekin Allah ne isi par bas nahi kiya.</w:t>
      </w:r>
      <w:r>
        <w:br/>
      </w:r>
      <w:r>
        <w:rPr>
          <w:sz w:val="20"/>
        </w:rPr>
        <w:t>3:34  iske siwa Allah ka ek aur management hai.</w:t>
      </w:r>
      <w:r>
        <w:br/>
      </w:r>
      <w:r>
        <w:rPr>
          <w:sz w:val="20"/>
        </w:rPr>
        <w:t>3:41  insan azad hai to azadi ko mehsoos karne ki bhi azadi hai. to insan ko agar chhod diya jaye puri tarah to duniya ko fasad se bhar dega.</w:t>
      </w:r>
      <w:r>
        <w:br/>
      </w:r>
      <w:r>
        <w:rPr>
          <w:sz w:val="20"/>
        </w:rPr>
        <w:t>3:57  to Allah taala ne kya kiya? insan ki azadi ko baki rakhte hue</w:t>
      </w:r>
      <w:r>
        <w:br/>
      </w:r>
      <w:r>
        <w:rPr>
          <w:sz w:val="20"/>
        </w:rPr>
        <w:t>4:07  insan ki tareekh ko barish karna shuru kiya. insan ki azadi ko abalish nahi kiya Allah taala ne, lekin abalish kiye baghair woh usko manage kar raha hai.</w:t>
      </w:r>
      <w:r>
        <w:br/>
      </w:r>
      <w:r>
        <w:rPr>
          <w:sz w:val="20"/>
        </w:rPr>
        <w:t>4:21  to insan ki azadi ko baki rakhte hue history ko manage karna yeh bahut hi zyada ek complex cheez hai.</w:t>
      </w:r>
      <w:r>
        <w:br/>
      </w:r>
      <w:r>
        <w:rPr>
          <w:sz w:val="20"/>
        </w:rPr>
        <w:t>4:33  yeh sirf Allah kar sakta hai, aur woh kar raha hai</w:t>
      </w:r>
      <w:r>
        <w:br/>
      </w:r>
      <w:r>
        <w:rPr>
          <w:sz w:val="20"/>
        </w:rPr>
        <w:t>4:39  tahke jo maqsad hai creation ka woh baki rahe. yani duniya mein woh halat baki rahein jis mein insan ko apna test dena hai.</w:t>
      </w:r>
      <w:r>
        <w:br/>
      </w:r>
      <w:r>
        <w:rPr>
          <w:sz w:val="20"/>
        </w:rPr>
        <w:t>4:53  is liye Allah manage kar raha hai tareekh ko. to quran mein is silsile mein kai references maujood hain. dekhiye, yeh jo Allah manage kar raha hai to is mein woh insano ko istemal karta hai.</w:t>
      </w:r>
      <w:r>
        <w:br/>
      </w:r>
      <w:r>
        <w:rPr>
          <w:sz w:val="20"/>
        </w:rPr>
        <w:t>5:09  is ka matlab yeh nahi ke jo log apne ko khair ul umum samajhte hain ya apne ko</w:t>
      </w:r>
      <w:r>
        <w:br/>
      </w:r>
      <w:r>
        <w:rPr>
          <w:sz w:val="20"/>
        </w:rPr>
        <w:t>5:17  samajhte hain ke woh</w:t>
      </w:r>
      <w:r>
        <w:br/>
      </w:r>
      <w:r>
        <w:rPr>
          <w:sz w:val="20"/>
        </w:rPr>
        <w:t>5:21  chosen people hain, un ko istemal karta hai.</w:t>
      </w:r>
      <w:r>
        <w:br/>
      </w:r>
      <w:r>
        <w:rPr>
          <w:sz w:val="20"/>
        </w:rPr>
        <w:t>5:25  nahi, poori poori mankind ko istemal karta hai Allah taala. Sab ko.</w:t>
      </w:r>
      <w:r>
        <w:br/>
      </w:r>
      <w:r>
        <w:rPr>
          <w:sz w:val="20"/>
        </w:rPr>
        <w:t>5:35  Poori mankind ko, poori insaniyat ko istemal kar ke tareekh ko manage kar raha hai.</w:t>
      </w:r>
      <w:r>
        <w:br/>
      </w:r>
      <w:r>
        <w:rPr>
          <w:sz w:val="20"/>
        </w:rPr>
        <w:t>5:44  Is ka aik reference dekhiye, Surah Al Hajj mein hai: Walawla daf'u Allahi alnnasa ba'dahum bib'adin lafasat al'ardu walakin walakin Allahu fadl ala al'alamin. Is ka translation yeh hai ke agar Allah</w:t>
      </w:r>
      <w:r>
        <w:br/>
      </w:r>
      <w:r>
        <w:rPr>
          <w:sz w:val="20"/>
        </w:rPr>
        <w:t>6:08  aik insani groh ko doosre insani groh se check na karte rahein, check na karta rahe to zameen fasad se bhar jaye.</w:t>
      </w:r>
      <w:r>
        <w:br/>
      </w:r>
      <w:r>
        <w:rPr>
          <w:sz w:val="20"/>
        </w:rPr>
        <w:t>6:19  Lekin Allah duniya walon par bohat meherban hai. To Allah taala check karta rehta hai.</w:t>
      </w:r>
      <w:r>
        <w:br/>
      </w:r>
      <w:r>
        <w:rPr>
          <w:sz w:val="20"/>
        </w:rPr>
        <w:t>6:27  Yeh check karna kis ke zariye hota hai? Zyada tar hota hai political power ke zariye. Jin ke hath mein political power hota hai, un ke zariye.</w:t>
      </w:r>
    </w:p>
    <w:p>
      <w:pPr>
        <w:pStyle w:val="Heading2"/>
      </w:pPr>
      <w:r>
        <w:t>a father's role, a daughter's trials, and the ideal grateful wife</w:t>
      </w:r>
    </w:p>
    <w:p>
      <w:r>
        <w:rPr>
          <w:color w:val="666666"/>
          <w:sz w:val="18"/>
        </w:rPr>
        <w:t>Ghar Aek Taleem Gaah CPS Women Article Discussion 21 June 11, 2023 · 5m 54s · at 44:28 · https://youtu.be/EK-bR9q2TpA?t=2668</w:t>
      </w:r>
    </w:p>
    <w:p>
      <w:r>
        <w:rPr>
          <w:i/>
        </w:rPr>
        <w:t>“Ek baap apni beti ki kis tarah tarbiyat karta hai”</w:t>
      </w:r>
    </w:p>
    <w:p>
      <w:r>
        <w:rPr>
          <w:sz w:val="20"/>
        </w:rPr>
        <w:t>44:28  to woh ek marz teen bhi likha hai Maulana sahab ne ke ek baap jo hai apni beti</w:t>
      </w:r>
      <w:r>
        <w:br/>
      </w:r>
      <w:r>
        <w:rPr>
          <w:sz w:val="20"/>
        </w:rPr>
        <w:t>44:35  ko kis tarah ki taparwarish karta hai.</w:t>
      </w:r>
      <w:r>
        <w:br/>
      </w:r>
      <w:r>
        <w:rPr>
          <w:sz w:val="20"/>
        </w:rPr>
        <w:t>44:42  ek matlab ek zimmedari hai baap ki naam to baap ka hai lekin khaas karke hoti hai ladkiyan</w:t>
      </w:r>
      <w:r>
        <w:br/>
      </w:r>
      <w:r>
        <w:rPr>
          <w:sz w:val="20"/>
        </w:rPr>
        <w:t>44:49  ke liye aur baap jo hai bachchon ladkon ko bhi sambhal sakta hai to kyunke woh bahar nikalta hai.</w:t>
      </w:r>
      <w:r>
        <w:br/>
      </w:r>
      <w:r>
        <w:rPr>
          <w:sz w:val="20"/>
        </w:rPr>
        <w:t>44:56  lekin yeh teen marhele jo aate na to pehli parvarish jo hoti hai woh ghar mein hoti hai</w:t>
      </w:r>
      <w:r>
        <w:br/>
      </w:r>
      <w:r>
        <w:rPr>
          <w:sz w:val="20"/>
        </w:rPr>
        <w:t>45:03  apni make mein hoti hai.</w:t>
      </w:r>
      <w:r>
        <w:br/>
      </w:r>
      <w:r>
        <w:rPr>
          <w:sz w:val="20"/>
        </w:rPr>
        <w:t>45:10  ab wahan par uska ek intehan hota hai. aaj kal ki ladkiyan kya shadi ko ek maza samajhti hain. ek ek entertainment ki cheez samajhti hain. zimmedari ka ehsas nahin hai. to jab woh jati hain susral mein jo maike se le kar aati hain to susral mein jayengi to zahir si baat hai jab woh apni unka mindset aur unka mindset jab takrayega to galtiyan to ho hi jayengi.</w:t>
      </w:r>
      <w:r>
        <w:br/>
      </w:r>
      <w:r>
        <w:rPr>
          <w:sz w:val="20"/>
        </w:rPr>
        <w:t>45:33  galtiyan to ho hi jayengi lekin sabse badi baat yeh hai ke jab woh itni samar se aur</w:t>
      </w:r>
      <w:r>
        <w:br/>
      </w:r>
      <w:r>
        <w:rPr>
          <w:sz w:val="20"/>
        </w:rPr>
        <w:t>46:06  itni doosron ka dil</w:t>
      </w:r>
      <w:r>
        <w:br/>
      </w:r>
      <w:r>
        <w:rPr>
          <w:sz w:val="20"/>
        </w:rPr>
        <w:t>46:40  jeetne ke liye apne ko purvaan karegi, sacrifice degi tab woh ek din wohi wohi cheezen sakti hoon ki maine bahut kuch jhela hai, bahut kuch jhela hai.</w:t>
      </w:r>
      <w:r>
        <w:br/>
      </w:r>
      <w:r>
        <w:rPr>
          <w:sz w:val="20"/>
        </w:rPr>
        <w:t>47:01  lekin aaj wahi log jo mujhse matlab bewajah hi mujhse shikayat rehti thi to jo maine kaha dekhiye</w:t>
      </w:r>
      <w:r>
        <w:br/>
      </w:r>
      <w:r>
        <w:rPr>
          <w:sz w:val="20"/>
        </w:rPr>
        <w:t>47:16  galat galat hi ho sakta hai chahe woh sab log kar rahe hon aur sahi sahi ho sakta</w:t>
      </w:r>
      <w:r>
        <w:br/>
      </w:r>
      <w:r>
        <w:rPr>
          <w:sz w:val="20"/>
        </w:rPr>
        <w:t>47:31  hoga hamesha chahe woh koi na kar raha ho.</w:t>
      </w:r>
      <w:r>
        <w:br/>
      </w:r>
      <w:r>
        <w:rPr>
          <w:sz w:val="20"/>
        </w:rPr>
        <w:t>47:47  to yahan par yeh baat hai samajhna hai aap yeh cheez ko aage badhana hai na. har maa ka yeh role hai. yeh bahut peeche se aur tum to ek dam woh samajh liya gaya hai. koi cheez hi nahin samjhata. to yeh Maulana sahib ne humein yeh role diya hai aur hum abhi se shuruat kar sakte hain. peeche ki baat ko hum dekhen na. hum abhi se shuruat kar sakte hain. aaj hi hum woh karen aur dua karen Allah taala se. jab hum us raste par aa jayenge to sab sahi ho jayega aur hum doosron ko bata sakte hain.</w:t>
      </w:r>
      <w:r>
        <w:br/>
      </w:r>
      <w:r>
        <w:rPr>
          <w:sz w:val="20"/>
        </w:rPr>
        <w:t>48:15  jaise ki is article mein bataya gaya hai puran ke usse. hum doosron ko bataein. is ke alawa hamare paas ab koi rasta to hai nahin na? gadbad to sab ho hi chuka hai aur yeh hadish bhi share karna chahiye. puran mein aur hadish mein kisi ne us cheez ko follow to kiya nahin hai ki ek aayi thi ek hadis hai jo log sona chali jama kar ke rakhte hain aur un ko Khuda ki ram mein kharch nahin karte unhein sakht azab ki khushkhabri de do. surya tohba ki 34 hai.</w:t>
      </w:r>
      <w:r>
        <w:br/>
      </w:r>
      <w:r>
        <w:rPr>
          <w:sz w:val="20"/>
        </w:rPr>
        <w:t>48:41  to logon ne kaha ki ab yeh jab aap sahib aise keh rahe hain ki kaash hum jante hain ki kaun sa maal behtar hai to hum us ko jama karte hain.</w:t>
      </w:r>
      <w:r>
        <w:br/>
      </w:r>
      <w:r>
        <w:rPr>
          <w:sz w:val="20"/>
        </w:rPr>
        <w:t>49:04  to aap ne farmaya tum mein se har ek yeh kare ki yaad karne wali zuban aur shukr karne wala dil apnaye aur aisi biwi hathiyar kare jo is ke iman par us ki madad karein. to yeh un khaas aurat ka muqam hai jo ki iman wali hai. sab ka muqam nahin hai yeh. jo ladai kar rahe hain, jhagda kar rahe hain, shikwa kar rahe hain, shikayat kar rahe hain yeh un ka muqam nahin hai. yeh un aurat ka muqam hai.</w:t>
      </w:r>
      <w:r>
        <w:br/>
      </w:r>
      <w:r>
        <w:rPr>
          <w:sz w:val="20"/>
        </w:rPr>
        <w:t>49:27  un ke liye bataya gaya hai aisa iman wali aurat jo us ke zuban se Allah ki yaad ho, us ke paas shukr karna ho. to yeh baat wahan mein samajhna hai. yeh aise nahin hai ki har aurat ke liye likh diya hai. har aurat iman wali ho gayi aur har aurat jo apne aap ko sacrifice karegi, sacrifice apna degi, jo susral mein ja kar us cheez ko prdast karegi. tab us ke bachche waise hi banenge. jaisa woh banegi waise hi us ke bachche banenge. un ke us ke bachche phir galat nahin ho sakte.</w:t>
      </w:r>
      <w:r>
        <w:br/>
      </w:r>
      <w:r>
        <w:rPr>
          <w:sz w:val="20"/>
        </w:rPr>
        <w:t>49:57  woh bhi sabr karegi aur woh bhi sabr karna sikhayegi apne bachchon ko. to short mein to yahi jawab hai aur baqi yeh question hum faridaba ke session mein bhi puch sakte hain aur yeh main apni zindagi se aur Maulana sahib hi usse maine bahut hi achhe se samjha hua hai aur yahi mujhe kehna tha. haan jaise kal apma aap ne bahut achhi baat batai hai apni life ki experiences se.</w:t>
      </w:r>
      <w:r>
        <w:br/>
      </w:r>
      <w:r>
        <w:rPr>
          <w:sz w:val="20"/>
        </w:rPr>
        <w:t>50:22  main bhi keh sakti hoon ki maine bhi bahut struggle kiya kuch years apne sustaal mein lekin aaj hamesha aisa nahin hota hai ki ladki jo apne sustaal mein jati hai use conducive mahaul milega, apne hisab se maul milega lekin wahan par bas do hi cheez kaam aati hai sabr aur shukr. to in shallah waqt ke sath Maulana hamesha se humein batate aaye hain ki always look for the opportunities not the problem. humein problem ko ignore karna hai aur opportunity ko bhale hi hum us samay nahin avail karen.</w:t>
      </w:r>
    </w:p>
    <w:p>
      <w:pPr>
        <w:pStyle w:val="Heading2"/>
      </w:pPr>
      <w:r>
        <w:t>Trivial disputes and importance of adjustment</w:t>
      </w:r>
    </w:p>
    <w:p>
      <w:r>
        <w:rPr>
          <w:color w:val="666666"/>
          <w:sz w:val="18"/>
        </w:rPr>
        <w:t>Women in Islam | September 03, 2016 · 4m 32s · at 51:31 · https://youtu.be/GXbtYoD8VXc?t=3091</w:t>
      </w:r>
    </w:p>
    <w:p>
      <w:r>
        <w:rPr>
          <w:i/>
        </w:rPr>
        <w:t>“Bahut si aurton mardon se maine poocha”</w:t>
      </w:r>
    </w:p>
    <w:p>
      <w:r>
        <w:rPr>
          <w:sz w:val="20"/>
        </w:rPr>
        <w:t>51:31  dekhein, bohat si auraton mardon se mein ne poocha ke kis baat par aap log dispute hota hai? kis baat par ladte hain? hatta ke ek khatoon ne kaha ke mein aur mere husband, we are living, we are at the verge of separation. yeh kaha unhon ne. we are now, now we are at the verge of separation. to mein ne poocha kuch misaal dijiye. to koi ek</w:t>
      </w:r>
      <w:r>
        <w:br/>
      </w:r>
      <w:r>
        <w:rPr>
          <w:sz w:val="20"/>
        </w:rPr>
        <w:t>52:01  bhi kaam ki misaal nahin. sab bekar ki misalein hain. chhoti chhoti baatein, chhoti chhoti baatein. chhoti chhoti baatein. to mein samajhta hoon ke jis tarah Allah ne mard ko paida kiya hai, us tarah Allah ne aurat ko paida kiya hai, aur dono ko perfect banaya, perfect. Allah taala ki takhleeq mein koi difficulty nahin hota. perfect banaya. lekin log jo hain</w:t>
      </w:r>
      <w:r>
        <w:br/>
      </w:r>
      <w:r>
        <w:rPr>
          <w:sz w:val="20"/>
        </w:rPr>
        <w:t>52:31  khud sakhta masail paida karte hain. misaal ke tor par dekhein, mujhe queen, queen, british queen jo hai, british queen ka qissa mein ne parha ke british queen jo hai, abhi jo already jo queen hai, uska ek husband hai. uska husband alag kamre mein sota hai. yaani jo bedroom hai queen ka, wahan nahin sota woh. to is mein bataya gaya tha ke woh kharate leta hai. to kharat</w:t>
      </w:r>
      <w:r>
        <w:br/>
      </w:r>
      <w:r>
        <w:rPr>
          <w:sz w:val="20"/>
        </w:rPr>
        <w:t>53:01  e leta hai, is liye queen ke bedroom mein nahin so sakta woh. matlab yeh, yeh, yeh koi difference hai koi? bhai aap is karwat ho jaiye, awaz nahin aayegi aap ko. to trivial issues ko log masla banate hain. yaani haqeeqat mein aurat mard dono perfect hain, aur koi masla real sense mein nahin hai.</w:t>
      </w:r>
      <w:r>
        <w:br/>
      </w:r>
      <w:r>
        <w:rPr>
          <w:sz w:val="20"/>
        </w:rPr>
        <w:t>53:25  maulana صاحب, you give a lot of importance to adjustment in married life. why is this so?</w:t>
      </w:r>
      <w:r>
        <w:br/>
      </w:r>
      <w:r>
        <w:rPr>
          <w:sz w:val="20"/>
        </w:rPr>
        <w:t>53:31  yahi to mein ne bataya. kis tarah se baat par lad jaate hain? to dekhein, Allah taala ne insaan ko aisa paida kiya hai ke har aadmi mister different hai, har aurat miss different hai. woh difference jo hai, is liye hai taake khoob aap log baatein karein, khoob exchange karein, khud ek doosre ko woh un ko de, woh un ko de. agar sab ek hi taraf par soch rahe hain, koi difference na ho to baat kya karein ge</w:t>
      </w:r>
      <w:r>
        <w:br/>
      </w:r>
      <w:r>
        <w:rPr>
          <w:sz w:val="20"/>
        </w:rPr>
        <w:t>54:01  aap? woh kya angrezi ka qaul hai? ek angrezi ka qaul hai.</w:t>
      </w:r>
      <w:r>
        <w:br/>
      </w:r>
      <w:r>
        <w:rPr>
          <w:sz w:val="20"/>
        </w:rPr>
        <w:t>54:07  if everyone thinks alike, then no one thinks very much.</w:t>
      </w:r>
      <w:r>
        <w:br/>
      </w:r>
      <w:r>
        <w:rPr>
          <w:sz w:val="20"/>
        </w:rPr>
        <w:t>54:10  when everyone thinks alike, then no one thinks very much. jab sab ek hi rang se soch rahe hain to kya, sochenge kya? to Allah taala ne aurat ko miss different, mard ko mister different banaya taake khoob baatein karein aapas mein. intellectual exchange khoob ho. khoob wisdom mein taraqqi ho un ki. to is par, is ko adjust karna chahiye. maslan mein gaya wahan par, bahar kisi country mein</w:t>
      </w:r>
      <w:r>
        <w:br/>
      </w:r>
      <w:r>
        <w:rPr>
          <w:sz w:val="20"/>
        </w:rPr>
        <w:t>54:40  gaya tha, to ek aurat mujh ko mili. to us ne shikayat ki, us ne kaha ke mein separation chahti hoon mard se. to mein ne kaha kis baat par? kaha mera shohar bohat stubborn hai. yeh, yeh isi par separation le rahi hai woh. woh yeh qissa hai, mere khayal se, switzerland ka hai shayad. to aurat ne kaha ke mujhe apne se, is se separation lena hai. to</w:t>
      </w:r>
      <w:r>
        <w:br/>
      </w:r>
      <w:r>
        <w:rPr>
          <w:sz w:val="20"/>
        </w:rPr>
        <w:t>55:10  wajah batai kya ke woh stubborn hai. to mein ne kaha stubborn hai to pareshani kya hai aap ki? stubborn hai, is ko istemal kyun? woh strong hoga to us ke, us ki taqat ko istemal kijiye aap. zindagi mein tarah tarah ke masail paida hote hain. woh, woh is, is word mein kaam aayega aap ko. yeh to pareshani kya hai? to zara si baat ko bara bana dete hain, zara si baat ko bara bana dete hain. mera tajurba yahi hai.</w:t>
      </w:r>
      <w:r>
        <w:br/>
      </w:r>
      <w:r>
        <w:rPr>
          <w:sz w:val="20"/>
        </w:rPr>
        <w:t>55:38  ji.</w:t>
      </w:r>
      <w:r>
        <w:br/>
      </w:r>
      <w:r>
        <w:rPr>
          <w:sz w:val="20"/>
        </w:rPr>
        <w:t>55:40  to adjust karne ke maani kya hain? wohi chhoti chhoti baaton ko adjust karna hai. bari baat to hoti hi nahin. sachi baat yeh hai ke jo rift hota hai, hota hai na, rift, woh koi bari baat par nahin hota. chhoti chhoti baat par. jaise wohi mein ne kaha ke kharate lena, woh koi masla hai koi? to chhoti baat ko bara bana dete hain. isi ko adjust karna chahiye.</w:t>
      </w:r>
    </w:p>
    <w:p>
      <w:pPr>
        <w:pStyle w:val="Heading2"/>
      </w:pPr>
      <w:r>
        <w:t>Five obstacles to peace for Muslims</w:t>
      </w:r>
    </w:p>
    <w:p>
      <w:r>
        <w:rPr>
          <w:color w:val="666666"/>
          <w:sz w:val="18"/>
        </w:rPr>
        <w:t>Discussion on Peace (Ulama Session- II) Peace Conference April 29-30, 2023 · 6m 01s · at 18:46 · https://youtu.be/jWMy2u1iAEg?t=1126</w:t>
      </w:r>
    </w:p>
    <w:p>
      <w:r>
        <w:rPr>
          <w:i/>
        </w:rPr>
        <w:t>“India में अमन के ख्याम में मुसलमानों की जानिफ से जो रुकावटें हैं”</w:t>
      </w:r>
    </w:p>
    <w:p>
      <w:r>
        <w:rPr>
          <w:sz w:val="20"/>
        </w:rPr>
        <w:t>18:46  aap darooloom nadwatrrama lucknow se farig hain.</w:t>
      </w:r>
      <w:r>
        <w:br/>
      </w:r>
      <w:r>
        <w:rPr>
          <w:sz w:val="20"/>
        </w:rPr>
        <w:t>18:57  aapse sawal yeh hai ki India mein aman ke khyam mein musalmanon ki janif se jo rukavaten hain,</w:t>
      </w:r>
      <w:r>
        <w:br/>
      </w:r>
      <w:r>
        <w:rPr>
          <w:sz w:val="20"/>
        </w:rPr>
        <w:t>19:09  maulana ka us par kya tajya tha?</w:t>
      </w:r>
      <w:r>
        <w:br/>
      </w:r>
      <w:r>
        <w:rPr>
          <w:sz w:val="20"/>
        </w:rPr>
        <w:t>19:20  aap usko wazikr hain.</w:t>
      </w:r>
      <w:r>
        <w:br/>
      </w:r>
      <w:r>
        <w:rPr>
          <w:sz w:val="20"/>
        </w:rPr>
        <w:t>19:32  jo mamla hai darasal pesh aa raha hai wo hai aa bail mujhe maar. Jise Maulana is tarah ke lafz istemal karte the. Maulana ki bahut sari hasiyatein hain.</w:t>
      </w:r>
      <w:r>
        <w:br/>
      </w:r>
      <w:r>
        <w:rPr>
          <w:sz w:val="20"/>
        </w:rPr>
        <w:t>19:43  Maulana ek dai ki hasiyat se, baqi tamam hasiyaton mein dekha jaye to unke mukhalifeen bhi Maulana ke kaam ke, unki khidmat ke, unki contribution ke poori tarah mout tirif hai.</w:t>
      </w:r>
      <w:r>
        <w:br/>
      </w:r>
      <w:r>
        <w:rPr>
          <w:sz w:val="20"/>
        </w:rPr>
        <w:t>20:11  lekin jahan Maulana ek hindustani Muslim scholar ke jab aate hain to wahan par bahut sara tanazu samne aata hai.</w:t>
      </w:r>
      <w:r>
        <w:br/>
      </w:r>
      <w:r>
        <w:rPr>
          <w:sz w:val="20"/>
        </w:rPr>
        <w:t>20:20  iski buniyadi wajah yahi hai ki darasal is daur mein jo musalmanon ka ek daurzeval chal raha hai,</w:t>
      </w:r>
      <w:r>
        <w:br/>
      </w:r>
      <w:r>
        <w:rPr>
          <w:sz w:val="20"/>
        </w:rPr>
        <w:t>20:27  musalman aur islam dono opposite direction mein ya opposite track mein chal rahe hain aur jo maulana ka</w:t>
      </w:r>
      <w:r>
        <w:br/>
      </w:r>
      <w:r>
        <w:rPr>
          <w:sz w:val="20"/>
        </w:rPr>
        <w:t>20:34  mamla tha vah udhar haqeeqat islam ke advocate the na ki musalmanon ke advocate aur aam taur par musalmanon</w:t>
      </w:r>
      <w:r>
        <w:br/>
      </w:r>
      <w:r>
        <w:rPr>
          <w:sz w:val="20"/>
        </w:rPr>
        <w:t>20:41  ka ek mizaj yahi hai ya vah usi ko zyada follow karte hain jo unke glory ko feed</w:t>
      </w:r>
      <w:r>
        <w:br/>
      </w:r>
      <w:r>
        <w:rPr>
          <w:sz w:val="20"/>
        </w:rPr>
        <w:t>20:48  kare ya jo unko bas apne jazbat ko jo feeding de, usi ko vah qubool karte hain.</w:t>
      </w:r>
      <w:r>
        <w:br/>
      </w:r>
      <w:r>
        <w:rPr>
          <w:sz w:val="20"/>
        </w:rPr>
        <w:t>20:55  sacche rahnumaon ko jo well wishing karta hai, use aaj ka mamla yeh hai ki Musalman use zyada qubool nahi kar paati. To Maulana darasal Musalmanon ke advocate the hi nahi. Unki vakalat unhone ki hi nahi. Maulana Sahab jo hai the wo Islam ki vakalat unhone poori zindagi bhar ki. To darasal yahi mamla hai ki Maulana Sahab ko is hasiyat se thoda sa tanazu bana diya gaya.</w:t>
      </w:r>
      <w:r>
        <w:br/>
      </w:r>
      <w:r>
        <w:rPr>
          <w:sz w:val="20"/>
        </w:rPr>
        <w:t>21:23  jabki Maulana ki jo hidayat hain, wo aisi hain ki agar un par amal kiya jaye to Hindustan mein Musalmanon ka mustaqeel poori tarah roshan nazar aayega. To baharhal is silsile mein jo rukavaten pesh bhi aa rahi hain, uska Maulana Sahab ne jo tajziya kiya hai, wo main aapke samne muftasran arz karunga.</w:t>
      </w:r>
      <w:r>
        <w:br/>
      </w:r>
      <w:r>
        <w:rPr>
          <w:sz w:val="20"/>
        </w:rPr>
        <w:t>21:43  sabse pehle to yeh ki Musalmanon ne Quran ko hidayat ki kitab ke bajaye ek fazail aur tilawat ki kitab bana diya gaya hai. Aam taur par Maulana ke bare mein kaha jata hai ki unki thinking peace based thi. Jabki main kehta hoon ki Maulana ki thinking Quran and Sunnat based thi. Natije ke taur par jo nikalta hai wo peace tha. To aur Maulana ne koi aisa Islam naya Islam pesh nahi kiya balki usi Islam ko redefine kiya.</w:t>
      </w:r>
      <w:r>
        <w:br/>
      </w:r>
      <w:r>
        <w:rPr>
          <w:sz w:val="20"/>
        </w:rPr>
        <w:t>22:13  jise agar aap modern term mein kahein to update kiya taki aaj ki jo new generation hai wo use address, uska mind address ho aur uske liye relevant nazar aaye.</w:t>
      </w:r>
      <w:r>
        <w:br/>
      </w:r>
      <w:r>
        <w:rPr>
          <w:sz w:val="20"/>
        </w:rPr>
        <w:t>22:24  to pehli cheez jo karne ki hai, hum Musalmanon ke liye khasoos taur par ummi yeh hidayat to tamam Musalmanon ke liye hai khusous and hindustani, lekin bilksoos hum CPS ke memberon ke liye is par amal paida hona aur zyada zaroori ho jata hai ki hum har mamle mein Quran ko kitabe hidayat se dekhein.</w:t>
      </w:r>
      <w:r>
        <w:br/>
      </w:r>
      <w:r>
        <w:rPr>
          <w:sz w:val="20"/>
        </w:rPr>
        <w:t>22:45  Number do par jo sabse badi rukawat hai Hindustan mein, wo hai Musalmanon ki bekhabri ki aaj bhi wo isi mindset se hum dekhte hain ki jiski talwar chalti hai, usi ka sikka chalta hai. Jabki yeh daur se nachnashi ka mamla hai. Agar aaj dekha jaye to zamana poora badal chuka hai. Is daur mein aisa badlav aa chuka hai ki ab yeh thinking kargar nahi rahi.</w:t>
      </w:r>
      <w:r>
        <w:br/>
      </w:r>
      <w:r>
        <w:rPr>
          <w:sz w:val="20"/>
        </w:rPr>
        <w:t>23:12  teesri cheez jo hai, hum khasoos taur par hindustani Musalmanon ke liye ki yahan par kiyaadat ka jo mansab hai, us par jo faiz log hain, wo khutba ki qabeel ke hain. Jo aur khatib jo hota hai, uska kaam hi yeh hota hai ki wo logon ke emotions ko feed karein. Unko koi well wisher ya sanjeeda ya sincere aadmi zyada appeal nahi kar pata aur yahi sabse badi problem hai.</w:t>
      </w:r>
      <w:r>
        <w:br/>
      </w:r>
      <w:r>
        <w:rPr>
          <w:sz w:val="20"/>
        </w:rPr>
        <w:t>23:38  isi silsile mein Maulana Sahab ne khasoos taur par Kashmiri Musalmanon ko ek paigham diya tha ek video mein ki aap wo na karein jo aapke leader kehte hain, balki aap wo karein jo aapke leader karte hain.</w:t>
      </w:r>
      <w:r>
        <w:br/>
      </w:r>
      <w:r>
        <w:rPr>
          <w:sz w:val="20"/>
        </w:rPr>
        <w:t>23:50  kyunki maulana ne is mamle mein haq bolne ka bhi haq ada kar diya aur panchven number ki</w:t>
      </w:r>
      <w:r>
        <w:br/>
      </w:r>
      <w:r>
        <w:rPr>
          <w:sz w:val="20"/>
        </w:rPr>
        <w:t>24:18  cheez ki community based thinking jisko maulana apne alfaz mein ghetto mentality kehte the.</w:t>
      </w:r>
      <w:r>
        <w:br/>
      </w:r>
      <w:r>
        <w:rPr>
          <w:sz w:val="20"/>
        </w:rPr>
        <w:t>24:47  yeh hamari sabse badi bimari hai. Hamare idare, hamare madaris, hamari schools jo bhi hoti hai wo Muslim based hai. Muslim university, Muslim madrasa, Muslim hospitals. Maulana is thinking ke khilaf the ki sabke liye sochna human oriented mind apne andar paida karna. Yeh wo kamiyaan hain ki agar jise hum door karenge to Inshallah jo rukavat hain wo sire se bilkul uska koi wajood hi nahi rahega. Isi bar main apni baat khatam karta hoon. Tazaak Allahil Allahil.</w:t>
      </w:r>
    </w:p>
    <w:p>
      <w:pPr>
        <w:pStyle w:val="Heading2"/>
      </w:pPr>
      <w:r>
        <w:t>Jihad al-qital suspended in age of freedom</w:t>
      </w:r>
    </w:p>
    <w:p>
      <w:r>
        <w:rPr>
          <w:color w:val="666666"/>
          <w:sz w:val="18"/>
        </w:rPr>
        <w:t>Preservation of Religion | December 4, 2016 · 5m 04s · at 15:08 · https://youtu.be/kuRk4X6ovE4?t=908</w:t>
      </w:r>
    </w:p>
    <w:p>
      <w:r>
        <w:rPr>
          <w:i/>
        </w:rPr>
        <w:t>“Jihad qital moqoof ho gaya, ab koi rukawat nahi”</w:t>
      </w:r>
    </w:p>
    <w:p>
      <w:r>
        <w:rPr>
          <w:sz w:val="20"/>
        </w:rPr>
        <w:t>15:08  ab zaroorat hui ke yahan par woh sawal nahi tha ke aik form hai, is ko chaltay raho, chaltay raho, chaltay raho. nahi. naye halaat hain, in naye halaat mein deen ko reapply karo. reapply. jaise rasool Allah ki zuban mein yeh tha ke deen ko phailao, deen ki ishaat karo. agar koi deen</w:t>
      </w:r>
      <w:r>
        <w:br/>
      </w:r>
      <w:r>
        <w:rPr>
          <w:sz w:val="20"/>
        </w:rPr>
        <w:t>15:38  ki ishaat mein rukawat dalay to tum us se lar kar apna rasta banao. kyunke deen ki ishaat farz hai tumhara. ab, ab jo daur aaya, United Nations ke qayam ke baad, to is agar ki zaroorat hi nahi rahi. is if and but ki zaroorat hi nahi rahi. kyunke ab universal level</w:t>
      </w:r>
      <w:r>
        <w:br/>
      </w:r>
      <w:r>
        <w:rPr>
          <w:sz w:val="20"/>
        </w:rPr>
        <w:t>16:08  par tamam mauqon, tamam qomon ne yeh ahad kiya. aap jantay hain ke United Nations ke member tamam nations hain, tamam mulk hain. unhon ne ahad kiya ke har mulk mein, har country mein, har fard ko pooray maani mein religious freedom hogi.</w:t>
      </w:r>
      <w:r>
        <w:br/>
      </w:r>
      <w:r>
        <w:rPr>
          <w:sz w:val="20"/>
        </w:rPr>
        <w:t>16:38  pooray maani mein mazhabi azadi hogi. to woh daur jo tha, jo tribal age tha, badshahon ka age tha, us zamanay mein yeh hua karta tha ke azadi nahi hai. kyunke woh log chahtay thay ke sab log hamaray, hamaray qabzay mein rahen, rebel, rebel na banen. to unhon ne har qism ki pabandiyan laga rakhi theen, hatta ke mazhab par bhi. ab naya daur aaya to yeh sadi</w:t>
      </w:r>
      <w:r>
        <w:br/>
      </w:r>
      <w:r>
        <w:rPr>
          <w:sz w:val="20"/>
        </w:rPr>
        <w:t>17:08  on ke aik process ke baad aaya naya daur. aasan nahi aaya. sadiyon se aik process chal raha tha, aik process chal raha tha. aakhir kar yeh cheez establish hui 20th century mein ke har insaan ko aik bator right ke, bator absolute right ke, bator absolute right ke har insaan ko azadi hasil hai. sirf aik hi pabandi hai ke woh</w:t>
      </w:r>
      <w:r>
        <w:br/>
      </w:r>
      <w:r>
        <w:rPr>
          <w:sz w:val="20"/>
        </w:rPr>
        <w:t>17:39  violence na kare. bas. to ab woh rasool Allah ne jo ke zamanay mein jo, jo soorat thi ke logon ko larna para, woh khatam ho gaya woh. ab koi, koi rokne wala hi nahi. to larai kis se karenge aap? ab koi rokne wala hi nahi hai. aap jis tarah chahen islam ka ishaat kijiye. letter phailaiye, quran phailaiye. masjid banaiye, madrasa</w:t>
      </w:r>
      <w:r>
        <w:br/>
      </w:r>
      <w:r>
        <w:rPr>
          <w:sz w:val="20"/>
        </w:rPr>
        <w:t>18:09  banaiye. koi rukawat hai hi nahi. to is ka maani yeh hai ke ab larai ka hukum jo hai, amalan mauqoof ho gaya. amalan. amalan woh suspend ho gaya. yeh mujaddid ko batana parta hai. yeh batana parta hai ke islam mein jo qital ka hukum diya gaya tha,</w:t>
      </w:r>
      <w:r>
        <w:br/>
      </w:r>
      <w:r>
        <w:rPr>
          <w:sz w:val="20"/>
        </w:rPr>
        <w:t>18:39  woh us waqt tha jab koi rukawat dali jaye. yani deen ka jo peaceful ishaat ka kaam hai, is mein rukawat dali jaye. to qadeem zamanay ke jo badshah thay, woh is ko apnay liye khatra samajhtay thay, khatra. to unhon ne aik kar rakha tha ke aik official religion hai, us official religion hi ko follow karein. koi khud</w:t>
      </w:r>
      <w:r>
        <w:br/>
      </w:r>
      <w:r>
        <w:rPr>
          <w:sz w:val="20"/>
        </w:rPr>
        <w:t>19:09  kisi ka choice nahi hai. to wo connection khatm ho gaye, wo daur khatm ho gaya. united nations ka qayam ho gaya. aur yeh tay ho gaya ke ab kisi ke liye mazhab ke mamle mein koi bhi pabandi nahi hogi. sirf yeh hai ke wo violence na kare. to ab, ab kis liye ladai? ab ladai kis liye? aab o aamd, talab o barkhast.</w:t>
      </w:r>
      <w:r>
        <w:br/>
      </w:r>
      <w:r>
        <w:rPr>
          <w:sz w:val="20"/>
        </w:rPr>
        <w:t>19:41  ek wo hai persian mein ke aab o aamd, talab o barkhast. ke jab pani nahi tha to tayammum karne ke liye kaha gaya. tayammum kar lo, namaz padho. ab jab pani aa gaya to tayammum ki zaroorat hi nahi. to aab o aamd, talab o barkhast. pani aayega to tayammum mauqoof ho gaya. isi tarike se jab duniya mein peace aa gaya, azadi aa gayi, to wo khatm.</w:t>
      </w:r>
    </w:p>
    <w:p>
      <w:pPr>
        <w:pStyle w:val="Heading2"/>
      </w:pPr>
      <w:r>
        <w:t>Shock treatment as law of nature in Quran</w:t>
      </w:r>
    </w:p>
    <w:p>
      <w:r>
        <w:rPr>
          <w:color w:val="666666"/>
          <w:sz w:val="18"/>
        </w:rPr>
        <w:t>The Problem of Intellectual Stagnation May 13, 2012 · 3m 38s · at 47:19 · https://youtu.be/Qi5BZlv-Vog?t=2839</w:t>
      </w:r>
    </w:p>
    <w:p>
      <w:r>
        <w:rPr>
          <w:i/>
        </w:rPr>
        <w:t>“Toh yeh jo maine arz kiya, radical operation, yeh yaad rakhiye”</w:t>
      </w:r>
    </w:p>
    <w:p>
      <w:r>
        <w:rPr>
          <w:sz w:val="20"/>
        </w:rPr>
        <w:t>47:19  to yeh jo mein ne arz kiya, radical operation, yeh yaad rakhiye, yeh individual ke liye bhi hota hai, qom ke liye bhi hota hai, poore mulk ke liye hota hai.</w:t>
      </w:r>
      <w:r>
        <w:br/>
      </w:r>
      <w:r>
        <w:rPr>
          <w:sz w:val="20"/>
        </w:rPr>
        <w:t>47:30  aik fard ki zindagi bhi jamood aa jata hai. aik fard ki zindagi mein us ko us ke jamood ko torney ke liye bhi koi koi koi radical waqea chahiye.</w:t>
      </w:r>
      <w:r>
        <w:br/>
      </w:r>
      <w:r>
        <w:rPr>
          <w:sz w:val="20"/>
        </w:rPr>
        <w:t>47:44  jaise hamare haan aik sahab thay, to woh kuch karte nahi thay, to woh bohat maawashi mein unhon ne khudkushi kar li, khudkushi kha liya, kuch zehriili cheez.</w:t>
      </w:r>
      <w:r>
        <w:br/>
      </w:r>
      <w:r>
        <w:rPr>
          <w:sz w:val="20"/>
        </w:rPr>
        <w:t>47:58  lekin phir jaldi se un ka ilaj hua, woh bach gaye. woh bachne ke baad woh aadmi hero ban gaya. to woh jo khudkushi ki thi, unhon ne mein samajhta hoon ke woh woh woh tha radical operation.</w:t>
      </w:r>
      <w:r>
        <w:br/>
      </w:r>
      <w:r>
        <w:rPr>
          <w:sz w:val="20"/>
        </w:rPr>
        <w:t>48:13  is ke zariye un ke andar rethinking aayi, aik nayi shakhsiyat un ke andar paida hui. to fard ke andar bhi kuch aisa bhonchal aata hai, kuch aisa shock treatment hota hai, tab us ke andar aik naya insan jagta hai.</w:t>
      </w:r>
      <w:r>
        <w:br/>
      </w:r>
      <w:r>
        <w:rPr>
          <w:sz w:val="20"/>
        </w:rPr>
        <w:t>48:28  aisi qomon ke andar, aisay mulkon ke andar. to yeh aik aik aik fitrat ka qanoon hai ke bari tabdeeli hamesha aati hai kisi kisi bhonchal ke zariye se,</w:t>
      </w:r>
      <w:r>
        <w:br/>
      </w:r>
      <w:r>
        <w:rPr>
          <w:sz w:val="20"/>
        </w:rPr>
        <w:t>48:41  baghair bhonchal ke bari tabdeeli nahi aati. to mein samajhta hoon ke ata turk ne jo kaam kiya wahan, woh isi qanoon fitrat ka aik misaal thi, isi qanoon fitrat ki misaal thi jis ke zariye se yani shock treatment ke baghair koi bari tabdeeli nahi aati.</w:t>
      </w:r>
      <w:r>
        <w:br/>
      </w:r>
      <w:r>
        <w:rPr>
          <w:sz w:val="20"/>
        </w:rPr>
        <w:t>49:03  ab wahan par dekhiye, wahan koi ziman akhbar hai, woh aik million copy rozana us ki sale hoti hai, aik million copy daily.</w:t>
      </w:r>
      <w:r>
        <w:br/>
      </w:r>
      <w:r>
        <w:rPr>
          <w:sz w:val="20"/>
        </w:rPr>
        <w:t>49:14  kisi muslim mulk mein aisa akhbar nahi hai. muslim mulkon mein jo tel ke mulk hain, tel walay to akhbar chaptay hain.</w:t>
      </w:r>
      <w:r>
        <w:br/>
      </w:r>
      <w:r>
        <w:rPr>
          <w:sz w:val="20"/>
        </w:rPr>
        <w:t>49:23  kya woh wahan par hukoomat ki khabrein hoti hain, badshahon ki khabrein hoti hain? free bantay atay hain, free, koi khareedta nahi.</w:t>
      </w:r>
      <w:r>
        <w:br/>
      </w:r>
      <w:r>
        <w:rPr>
          <w:sz w:val="20"/>
        </w:rPr>
        <w:t>49:31  yeh akhbar jo hai, in ka ziman aaj ke jo modern journals ka jo standard hai, us ke mutabiq hai. yeh bohat hi standard ka parcha hai.</w:t>
      </w:r>
      <w:r>
        <w:br/>
      </w:r>
      <w:r>
        <w:rPr>
          <w:sz w:val="20"/>
        </w:rPr>
        <w:t>49:43  mere paas bhi do copyan yahan koi dekhna chahiye to dekh sakta hai. aur chounkay woh taleem bohat hai, turki mein taleem bohat hai, taleem yafta log hain, bohat parhtay hain.</w:t>
      </w:r>
      <w:r>
        <w:br/>
      </w:r>
      <w:r>
        <w:rPr>
          <w:sz w:val="20"/>
        </w:rPr>
        <w:t>49:58  woh</w:t>
      </w:r>
      <w:r>
        <w:br/>
      </w:r>
      <w:r>
        <w:rPr>
          <w:sz w:val="20"/>
        </w:rPr>
        <w:t>49:59  to rozana aik billion copy bikti hai. kisi muslim mulk mein aisa nahi hai ke aik standard ka akhbar aik billion copy us ki bikti ho.</w:t>
      </w:r>
      <w:r>
        <w:br/>
      </w:r>
      <w:r>
        <w:rPr>
          <w:sz w:val="20"/>
        </w:rPr>
        <w:t>50:09  yeh aik choti si misaal hai. aisi wahan par libraryan, college, school, hospital, mukhtalif qism ke institutions sab bohat hi European standard ke hain.</w:t>
      </w:r>
      <w:r>
        <w:br/>
      </w:r>
      <w:r>
        <w:rPr>
          <w:sz w:val="20"/>
        </w:rPr>
        <w:t>50:28  is mein aik cheez yeh bhi mein arz karoon ke mein sochta raha ke aakhir aisa kaise hua. to dekhiye, musalmanon ne jo baat ke andar musalmanon mein jo is zamane mein aik aik soch aayi, maghrib se nafrat ki, woh woh ghalat soch thi.</w:t>
      </w:r>
      <w:r>
        <w:br/>
      </w:r>
      <w:r>
        <w:rPr>
          <w:sz w:val="20"/>
        </w:rPr>
        <w:t>50:45  maghrib se aap agar aap doori aap ka andar aa jaye, nafrat aur doori to woh is se paida kiya hoga?</w:t>
      </w:r>
      <w:r>
        <w:br/>
      </w:r>
      <w:r>
        <w:rPr>
          <w:sz w:val="20"/>
        </w:rPr>
        <w:t>50:54  ghetto mentality paida hogi, aap ki taraf ruk jaye gi</w:t>
      </w:r>
      <w:r>
        <w:br/>
      </w:r>
      <w:r>
        <w:rPr>
          <w:sz w:val="20"/>
        </w:rPr>
        <w:t>50:57  . woh bilkul yaani maghrib hi ka yaani aadha hissa taqreeban europe mein hai, is ka aadha hissa asia mein hai.</w:t>
      </w:r>
    </w:p>
    <w:p>
      <w:pPr>
        <w:pStyle w:val="Heading2"/>
      </w:pPr>
      <w:r>
        <w:t>Intellectual development through sabr</w:t>
      </w:r>
    </w:p>
    <w:p>
      <w:r>
        <w:rPr>
          <w:color w:val="666666"/>
          <w:sz w:val="18"/>
        </w:rPr>
        <w:t>Adjustment the Only Option | September 19, 2010 | Maulana Wahiduddin Khan · 5m 05s · at 48:46 · https://youtu.be/9plhRQ_z1fw?t=2926</w:t>
      </w:r>
    </w:p>
    <w:p>
      <w:r>
        <w:rPr>
          <w:i/>
        </w:rPr>
        <w:t>“To tazkiya kya hai? Woh intellectual development hai.”</w:t>
      </w:r>
    </w:p>
    <w:p>
      <w:r>
        <w:rPr>
          <w:sz w:val="20"/>
        </w:rPr>
        <w:t>48:46  to tazkiya kya hai? woh intellectual development hai. intellectual development kya hai? to attain high level of thinking. yeh hai intellectual development. to attain high level of thinking, buland fikri, oopar uth kar sochna, har cheez ko nazardaar kar ke sochna. yani har cheez ko aap jab sabr ke khane mein dalenge, tab aap soch paayenge.</w:t>
      </w:r>
      <w:r>
        <w:br/>
      </w:r>
      <w:r>
        <w:rPr>
          <w:sz w:val="20"/>
        </w:rPr>
        <w:t>49:18  agar sabr khaye na dalenge to phanse rahenge. aaj kal ke naujawanon ka haal jante hain kya hai? kisi naujawan ko apne doston se shikayat nahin hoti, aur rishtedaron se shikayat hoti hai, ghar walon se shikayat hoti hai. kyun? dost to khali hua karte hain. dost aap par na to criticize karta, na aap ko koi takleef pahunchata.</w:t>
      </w:r>
      <w:r>
        <w:br/>
      </w:r>
      <w:r>
        <w:rPr>
          <w:sz w:val="20"/>
        </w:rPr>
        <w:t>49:48  dost se aap ko koi aisa experience nahin hota jis par sabr karna pade aap ko. to khoob khush hain aap doston se. aise dost to matlab hota hai ke qabil-e-laanat hain. aise dost qabil-e-laanat hain. friendship ko main laanat samajhta hoon. laanat! kyun? friendship ka matlab kya hai? sochne ka lower level par le jana, lower level of thinking par le jana. jab baith kar</w:t>
      </w:r>
      <w:r>
        <w:br/>
      </w:r>
      <w:r>
        <w:rPr>
          <w:sz w:val="20"/>
        </w:rPr>
        <w:t>50:18  hua karen ge aap to wear is high high level of thinking? jab aap doston ko baith kar hua karen ge to wear is that higher level of thinking? newton ka koi dost nahi tha, ek bhi dost nahi tha newton ka. to kitni bari bari kaam kaam kiya us ne. to behal</w:t>
      </w:r>
      <w:r>
        <w:br/>
      </w:r>
      <w:r>
        <w:rPr>
          <w:sz w:val="20"/>
        </w:rPr>
        <w:t>50:48  mein kahoon ga ke aadmi ko chahiye ke wo sochi samjhi zindagi guzare. aur hamare jo daai hain, jin ka koi mission hai, un ko to aur bhi zyada sochi samjhi zindagi guzarna hai. hum weeker weekend afford to lose a single second. hum afford nahi kar sakte kyunke ek second ka aakhri mein hamein karoron saal bhugtna pare ga</w:t>
      </w:r>
      <w:r>
        <w:br/>
      </w:r>
      <w:r>
        <w:rPr>
          <w:sz w:val="20"/>
        </w:rPr>
        <w:t>51:19  a. to hum hum is ko afford nahi kar sakte ke apne second ko hum lose karen. hum aisa nahi kar sakte. to yeh bohat hi zyada sochne ki baat hai. ek bar maine ek article parha tha j</w:t>
      </w:r>
      <w:r>
        <w:br/>
      </w:r>
      <w:r>
        <w:rPr>
          <w:sz w:val="20"/>
        </w:rPr>
        <w:t>51:49  apan ke bare mein. japan ke bare mein wo article bataya gaya tha ke japan ki language jo hai, us mein confrontation ke liye sirf ek hi lafz hai, yani confrontation, bas koi aur lafz nahi. aur adjustment ke liye more than dozen alfaaz hain. yani adjustment ka jo concept hai, us ke liye japanese mein ek se ek ek darjan zyada alfaaz hain.</w:t>
      </w:r>
      <w:r>
        <w:br/>
      </w:r>
      <w:r>
        <w:rPr>
          <w:sz w:val="20"/>
        </w:rPr>
        <w:t>52:20  aur takrao ke liye ek hi ek hi sirf ek hi lafz hai. ab aap ghor kijiye, compare kijiye, compare kijiye. yani japan ka aur in logon ka jo ladai lad rahe hain, kaun taraqqi kis ne taraqqi ki hai? kashmiriyon ne taraqqi ki hai, filastiniyon ne taraqqi ki hai, afghaniyon ne taraqqi ki hai, iraqiyon ne taraqqi ki hai. koi taraqqi nahi kyunke lad rahe hain, lad rahe hain, lad</w:t>
      </w:r>
      <w:r>
        <w:br/>
      </w:r>
      <w:r>
        <w:rPr>
          <w:sz w:val="20"/>
        </w:rPr>
        <w:t>52:50  rahe hain. adjustment ka un ki lughat mein koi lafzi nahi hai. to japan ki zuban mein confrontation ka lafz nahi, aur in logon ki zuban language mein adjustment ka lafz nahi hai. wo mazak urate hain sabr ka, sab ka mazak urana. aise hi suraj ka mazak urana. jo sabr ka mazak uraye, wo</w:t>
      </w:r>
      <w:r>
        <w:br/>
      </w:r>
      <w:r>
        <w:rPr>
          <w:sz w:val="20"/>
        </w:rPr>
        <w:t>53:20  intehai bewakoof aadmi hai. wo jante hi nahi ke sabr ki value kya cheez hai. sabr hi se sari taraqqiyan juri hui hain. social life mein dekhiye, social life mein chahe married life ho, family life ho, international life ho, hamesha differences hon ge. it is impossible ke differences na hon. to aap kya karen ge?</w:t>
      </w:r>
    </w:p>
    <w:p>
      <w:pPr>
        <w:pStyle w:val="Heading2"/>
      </w:pPr>
      <w:r>
        <w:t>Pampering is harmful, train for challenges</w:t>
      </w:r>
    </w:p>
    <w:p>
      <w:r>
        <w:rPr>
          <w:color w:val="666666"/>
          <w:sz w:val="18"/>
        </w:rPr>
        <w:t>On Issues of the Youth · 5m 34s · at 21:15 · https://youtu.be/iBCPuyaTsc4?t=1275</w:t>
      </w:r>
    </w:p>
    <w:p>
      <w:r>
        <w:rPr>
          <w:i/>
        </w:rPr>
        <w:t>“Today's parents are not playing the right role.”</w:t>
      </w:r>
    </w:p>
    <w:p>
      <w:r>
        <w:rPr>
          <w:sz w:val="20"/>
        </w:rPr>
        <w:t>21:15  to yahan main aik baat yeh kahoon ga ke aaj kal ke jo parent hain, woh koi sahi</w:t>
      </w:r>
      <w:r>
        <w:br/>
      </w:r>
      <w:r>
        <w:rPr>
          <w:sz w:val="20"/>
        </w:rPr>
        <w:t>21:20  role bhi nahi kar rahay hain.</w:t>
      </w:r>
      <w:r>
        <w:br/>
      </w:r>
      <w:r>
        <w:rPr>
          <w:sz w:val="20"/>
        </w:rPr>
        <w:t>21:25  woh pampering ko samajhtay hain ke yeh in ka role hai.</w:t>
      </w:r>
      <w:r>
        <w:br/>
      </w:r>
      <w:r>
        <w:rPr>
          <w:sz w:val="20"/>
        </w:rPr>
        <w:t>21:30  pampering to halan ke pampering jo hai, woh ulti cheez hai.</w:t>
      </w:r>
      <w:r>
        <w:br/>
      </w:r>
      <w:r>
        <w:rPr>
          <w:sz w:val="20"/>
        </w:rPr>
        <w:t>21:35  pampering kar ke apne bachay ko aap kharab kar rahay hain.</w:t>
      </w:r>
      <w:r>
        <w:br/>
      </w:r>
      <w:r>
        <w:rPr>
          <w:sz w:val="20"/>
        </w:rPr>
        <w:t>21:40  kyun ke aap aik ghar mein to pampering kar sakte hain.</w:t>
      </w:r>
      <w:r>
        <w:br/>
      </w:r>
      <w:r>
        <w:rPr>
          <w:sz w:val="20"/>
        </w:rPr>
        <w:t>21:45  jab bachay ghar se bahar jaye ga to wahan kon hoga is ki pampering karnay wala? to ghar</w:t>
      </w:r>
      <w:r>
        <w:br/>
      </w:r>
      <w:r>
        <w:rPr>
          <w:sz w:val="20"/>
        </w:rPr>
        <w:t>21:51  mein agar aap laad piyar de rahay hain, pampering de rahay hain, is ka matlab hai ke aap</w:t>
      </w:r>
      <w:r>
        <w:br/>
      </w:r>
      <w:r>
        <w:rPr>
          <w:sz w:val="20"/>
        </w:rPr>
        <w:t>21:56  artificial mind bana rahay hain is ke andar.</w:t>
      </w:r>
      <w:r>
        <w:br/>
      </w:r>
      <w:r>
        <w:rPr>
          <w:sz w:val="20"/>
        </w:rPr>
        <w:t>22:01  aisay bachay ko kya hoga? woh chahe ga ke jo mujh se mere munh se niklay, woh poora ho.</w:t>
      </w:r>
      <w:r>
        <w:br/>
      </w:r>
      <w:r>
        <w:rPr>
          <w:sz w:val="20"/>
        </w:rPr>
        <w:t>22:06  jo main chahoon, woh mujhe mil jaye.</w:t>
      </w:r>
      <w:r>
        <w:br/>
      </w:r>
      <w:r>
        <w:rPr>
          <w:sz w:val="20"/>
        </w:rPr>
        <w:t>22:11  kyun ke pampering mein yeh hota hai ke jo bachay chahe, maa baap us ko poora kar detay hain foran.</w:t>
      </w:r>
      <w:r>
        <w:br/>
      </w:r>
      <w:r>
        <w:rPr>
          <w:sz w:val="20"/>
        </w:rPr>
        <w:t>22:16  lekin bahar ki duniya to aisa nahi karay gi.</w:t>
      </w:r>
      <w:r>
        <w:br/>
      </w:r>
      <w:r>
        <w:rPr>
          <w:sz w:val="20"/>
        </w:rPr>
        <w:t>22:21  bahar ki duniya to aap aap se ki pampering nahi karay gi.</w:t>
      </w:r>
      <w:r>
        <w:br/>
      </w:r>
      <w:r>
        <w:rPr>
          <w:sz w:val="20"/>
        </w:rPr>
        <w:t>22:26  wahan to jo aap jitna aap mehnat karen ge, jitna aap den ge, itna aap paayen ge.</w:t>
      </w:r>
      <w:r>
        <w:br/>
      </w:r>
      <w:r>
        <w:rPr>
          <w:sz w:val="20"/>
        </w:rPr>
        <w:t>22:32  jo shakespeare ne kaha tha ke "in giving that we receive".</w:t>
      </w:r>
      <w:r>
        <w:br/>
      </w:r>
      <w:r>
        <w:rPr>
          <w:sz w:val="20"/>
        </w:rPr>
        <w:t>22:37  jaisa dena, waisa paana.</w:t>
      </w:r>
      <w:r>
        <w:br/>
      </w:r>
      <w:r>
        <w:rPr>
          <w:sz w:val="20"/>
        </w:rPr>
        <w:t>22:42  to bahir ki dunya ka jo principle hai, woh yeh hai ke jaisa dena, waisa paana.</w:t>
      </w:r>
      <w:r>
        <w:br/>
      </w:r>
      <w:r>
        <w:rPr>
          <w:sz w:val="20"/>
        </w:rPr>
        <w:t>22:47  to ghar mein aap keh rahe hain ke jo mujhe mere munh se nikal jae, bas woh poora hona chahiye. main ne kai ladke ladkiyan dekhi jin ke baba, jin ke maa baap ne khoob pampering ki un ki. bas jo munh se nikla, woh poora kar diya. jo munh se nikla, woh poora kar diya. to kya hua? zindagi mein bilkul woh fail ho gaen. main ne khud apni aankh se dekha hai ke aise bachche jin ki khoob pampering hui, maa baap ne un ki har khwahish poori</w:t>
      </w:r>
      <w:r>
        <w:br/>
      </w:r>
      <w:r>
        <w:rPr>
          <w:sz w:val="20"/>
        </w:rPr>
        <w:t>23:17  ke.</w:t>
      </w:r>
      <w:r>
        <w:br/>
      </w:r>
      <w:r>
        <w:rPr>
          <w:sz w:val="20"/>
        </w:rPr>
        <w:t>23:21  jo bachay ki zuban se nikla, woh maa baap us ko poora karne ke liye tayyar.</w:t>
      </w:r>
      <w:r>
        <w:br/>
      </w:r>
      <w:r>
        <w:rPr>
          <w:sz w:val="20"/>
        </w:rPr>
        <w:t>23:25  to aise maa baap mein samajhta hoon ke apne bete ke dushman hain.</w:t>
      </w:r>
      <w:r>
        <w:br/>
      </w:r>
      <w:r>
        <w:rPr>
          <w:sz w:val="20"/>
        </w:rPr>
        <w:t>23:30  kyunke bahir ki dunya mein to aisa hone wala hai nahi.</w:t>
      </w:r>
      <w:r>
        <w:br/>
      </w:r>
      <w:r>
        <w:rPr>
          <w:sz w:val="20"/>
        </w:rPr>
        <w:t>23:34  aik martaba mein gaya ahmadabad to wahan mein kisi hotel mein tha to aik sahab mujh se</w:t>
      </w:r>
      <w:r>
        <w:br/>
      </w:r>
      <w:r>
        <w:rPr>
          <w:sz w:val="20"/>
        </w:rPr>
        <w:t>23:38  milne ke liye aaye.</w:t>
      </w:r>
      <w:r>
        <w:br/>
      </w:r>
      <w:r>
        <w:rPr>
          <w:sz w:val="20"/>
        </w:rPr>
        <w:t>23:43  woh aaye to apne bachay ko</w:t>
      </w:r>
      <w:r>
        <w:br/>
      </w:r>
      <w:r>
        <w:rPr>
          <w:sz w:val="20"/>
        </w:rPr>
        <w:t>23:47  apni god mein liye hue thay.</w:t>
      </w:r>
      <w:r>
        <w:br/>
      </w:r>
      <w:r>
        <w:rPr>
          <w:sz w:val="20"/>
        </w:rPr>
        <w:t>23:52  woh apni god mein liye hue thay aur apne bethe, tab bhi woh us ko liye rahe apni god mein.</w:t>
      </w:r>
      <w:r>
        <w:br/>
      </w:r>
      <w:r>
        <w:rPr>
          <w:sz w:val="20"/>
        </w:rPr>
        <w:t>23:57  to mein ne un se poocha ke yeh bachha aap ka kaun hai? unhon ne kaha ke mera beta hai.</w:t>
      </w:r>
      <w:r>
        <w:br/>
      </w:r>
      <w:r>
        <w:rPr>
          <w:sz w:val="20"/>
        </w:rPr>
        <w:t>24:03  mein ne kaha nahi, nahi.</w:t>
      </w:r>
      <w:r>
        <w:br/>
      </w:r>
      <w:r>
        <w:rPr>
          <w:sz w:val="20"/>
        </w:rPr>
        <w:t>24:08  mein ne yeh poocha ke is is bachhe ke aap kaun hain? kaha ke mein is ka baap hoon.</w:t>
      </w:r>
      <w:r>
        <w:br/>
      </w:r>
      <w:r>
        <w:rPr>
          <w:sz w:val="20"/>
        </w:rPr>
        <w:t>24:13  mein ne kaha ke nahi, aap is ke dushman hain.</w:t>
      </w:r>
      <w:r>
        <w:br/>
      </w:r>
      <w:r>
        <w:rPr>
          <w:sz w:val="20"/>
        </w:rPr>
        <w:t>24:18  woh us bachche ko apni god mein khoob sambhale hue the, bohat hi pyar ke sath. jab main ne poocha ke aap is bachche ke kaun hain? to bare hi fakhr ke sath unhon ne kaha ke main us ka baap hoon. main ne kaha nahin, aap us ke dushman hain. unhon ne kaha woh kaise? main ne kaha ke aap is ko god mein le kar paal rahe hain, kya bahar ki duniya mein bhi is ke sath yahi hoga? is ko bahar jana hai, is ko job karna hai, is ko business</w:t>
      </w:r>
      <w:r>
        <w:br/>
      </w:r>
      <w:r>
        <w:rPr>
          <w:sz w:val="20"/>
        </w:rPr>
        <w:t>24:48  karna hai, kuch na kuch to karna hai.</w:t>
      </w:r>
      <w:r>
        <w:br/>
      </w:r>
      <w:r>
        <w:rPr>
          <w:sz w:val="20"/>
        </w:rPr>
        <w:t>24:53  zindagi ki struggle, is zindagi ki struggle mein us ko dakhil hona hai.</w:t>
      </w:r>
      <w:r>
        <w:br/>
      </w:r>
      <w:r>
        <w:rPr>
          <w:sz w:val="20"/>
        </w:rPr>
        <w:t>24:57  wahan us ko kaun god mile ga? to aap to dushman hain kyunke us ko aap ulti training</w:t>
      </w:r>
      <w:r>
        <w:br/>
      </w:r>
      <w:r>
        <w:rPr>
          <w:sz w:val="20"/>
        </w:rPr>
        <w:t>25:01  de rahe hain.</w:t>
      </w:r>
      <w:r>
        <w:br/>
      </w:r>
      <w:r>
        <w:rPr>
          <w:sz w:val="20"/>
        </w:rPr>
        <w:t>25:06  to unhon ne kaha nahi, woh kamzor hai, mera bachha aisa hai.</w:t>
      </w:r>
      <w:r>
        <w:br/>
      </w:r>
      <w:r>
        <w:rPr>
          <w:sz w:val="20"/>
        </w:rPr>
        <w:t>25:10  to mein ne un ko kaha ke nahi, aap utariye bachhe ko, god se nikaliye, utariye us ko.</w:t>
      </w:r>
      <w:r>
        <w:br/>
      </w:r>
      <w:r>
        <w:rPr>
          <w:sz w:val="20"/>
        </w:rPr>
        <w:t>25:15  jaise hi utara, unhon ne khoob dorne laga. woh</w:t>
      </w:r>
      <w:r>
        <w:br/>
      </w:r>
      <w:r>
        <w:rPr>
          <w:sz w:val="20"/>
        </w:rPr>
        <w:t>25:19  idhar dor raha hai, udhar dor raha hai.</w:t>
      </w:r>
      <w:r>
        <w:br/>
      </w:r>
      <w:r>
        <w:rPr>
          <w:sz w:val="20"/>
        </w:rPr>
        <w:t>25:23  mein ne kaha ke dekhiye, yaani aap khwamkhwah bachche ko apahij bana rahe hain.</w:t>
      </w:r>
      <w:r>
        <w:br/>
      </w:r>
      <w:r>
        <w:rPr>
          <w:sz w:val="20"/>
        </w:rPr>
        <w:t>25:26  is ke haath paon ko chalne nahi dete.</w:t>
      </w:r>
      <w:r>
        <w:br/>
      </w:r>
      <w:r>
        <w:rPr>
          <w:sz w:val="20"/>
        </w:rPr>
        <w:t>25:29  woh khoob dorne laga.</w:t>
      </w:r>
      <w:r>
        <w:br/>
      </w:r>
      <w:r>
        <w:rPr>
          <w:sz w:val="20"/>
        </w:rPr>
        <w:t>25:33  yeh hai pampering.</w:t>
      </w:r>
      <w:r>
        <w:br/>
      </w:r>
      <w:r>
        <w:rPr>
          <w:sz w:val="20"/>
        </w:rPr>
        <w:t>25:36  toh pampering kar ke log apne bachche ko samajhte hain ke hum parenting kar rahe hain.</w:t>
      </w:r>
      <w:r>
        <w:br/>
      </w:r>
      <w:r>
        <w:rPr>
          <w:sz w:val="20"/>
        </w:rPr>
        <w:t>25:39  yeh parenting nahi hai.</w:t>
      </w:r>
      <w:r>
        <w:br/>
      </w:r>
      <w:r>
        <w:rPr>
          <w:sz w:val="20"/>
        </w:rPr>
        <w:t>25:43  yeh parenting nahi hai.</w:t>
      </w:r>
      <w:r>
        <w:br/>
      </w:r>
      <w:r>
        <w:rPr>
          <w:sz w:val="20"/>
        </w:rPr>
        <w:t>25:46  yeh toh ulta maamla hai.</w:t>
      </w:r>
      <w:r>
        <w:br/>
      </w:r>
      <w:r>
        <w:rPr>
          <w:sz w:val="20"/>
        </w:rPr>
        <w:t>25:50  yeh dushmani hai. dushmani.</w:t>
      </w:r>
      <w:r>
        <w:br/>
      </w:r>
      <w:r>
        <w:rPr>
          <w:sz w:val="20"/>
        </w:rPr>
        <w:t>25:54  apne bachche ko is is lihaaz se train kijiye ke jab ghar se bahar nikle woh toh challenge</w:t>
      </w:r>
      <w:r>
        <w:br/>
      </w:r>
      <w:r>
        <w:rPr>
          <w:sz w:val="20"/>
        </w:rPr>
        <w:t>25:58  jo saamne aaye, us challenge ko meet kar sake.</w:t>
      </w:r>
      <w:r>
        <w:br/>
      </w:r>
      <w:r>
        <w:rPr>
          <w:sz w:val="20"/>
        </w:rPr>
        <w:t>26:03  woh bahar ki duniya mein challenge hai, bahar ki duniya mein competition hai.</w:t>
      </w:r>
      <w:r>
        <w:br/>
      </w:r>
      <w:r>
        <w:rPr>
          <w:sz w:val="20"/>
        </w:rPr>
        <w:t>26:07  toh wahan jab niklega, bahar ki duniya mein woh zindagi ki struggle mein jab niklega, woh</w:t>
      </w:r>
      <w:r>
        <w:br/>
      </w:r>
      <w:r>
        <w:rPr>
          <w:sz w:val="20"/>
        </w:rPr>
        <w:t>26:11  toh challenges ko saamna karna padega use.</w:t>
      </w:r>
      <w:r>
        <w:br/>
      </w:r>
      <w:r>
        <w:rPr>
          <w:sz w:val="20"/>
        </w:rPr>
        <w:t>26:15  toh apne bachche ko aap is qabil banaiye ke</w:t>
      </w:r>
      <w:r>
        <w:br/>
      </w:r>
      <w:r>
        <w:rPr>
          <w:sz w:val="20"/>
        </w:rPr>
        <w:t>26:20  bahar jab nikle toh woh challenges ka saamna kar sake.</w:t>
      </w:r>
      <w:r>
        <w:br/>
      </w:r>
      <w:r>
        <w:rPr>
          <w:sz w:val="20"/>
        </w:rPr>
        <w:t>26:26  woh competition mein apne aap ko le ke chal sake.</w:t>
      </w:r>
      <w:r>
        <w:br/>
      </w:r>
      <w:r>
        <w:rPr>
          <w:sz w:val="20"/>
        </w:rPr>
        <w:t>26:32  woh is ke liye soch bojh, soch bojh chahiye aur mehnat chahiye, planning chahiye, saari cheezein chahiye.</w:t>
      </w:r>
      <w:r>
        <w:br/>
      </w:r>
      <w:r>
        <w:rPr>
          <w:sz w:val="20"/>
        </w:rPr>
        <w:t>26:38  toh pampering toh dushmani hai.</w:t>
      </w:r>
      <w:r>
        <w:br/>
      </w:r>
      <w:r>
        <w:rPr>
          <w:sz w:val="20"/>
        </w:rPr>
        <w:t>26:44  aaj kal ek nazariya naya nikla hai, mein</w:t>
      </w:r>
    </w:p>
    <w:p>
      <w:pPr>
        <w:pStyle w:val="Heading2"/>
      </w:pPr>
      <w:r>
        <w:t>Maulana's journey to Quran translation</w:t>
      </w:r>
    </w:p>
    <w:p>
      <w:r>
        <w:rPr>
          <w:color w:val="666666"/>
          <w:sz w:val="18"/>
        </w:rPr>
        <w:t>How to Decondition One's Mind December 27, 2009 Maulana Wahiduddin Khan · 6m 14s · at 8:28 · https://youtu.be/Hisjf1BPTes?t=508</w:t>
      </w:r>
    </w:p>
    <w:p>
      <w:r>
        <w:rPr>
          <w:i/>
        </w:rPr>
        <w:t>“Yeh dekhiye aisa tarjuma abhi tak chhapa hi nahi tha”</w:t>
      </w:r>
    </w:p>
    <w:p>
      <w:r>
        <w:rPr>
          <w:sz w:val="20"/>
        </w:rPr>
        <w:t>8:28  yeh dekhiye aisa tarjuma</w:t>
      </w:r>
      <w:r>
        <w:br/>
      </w:r>
      <w:r>
        <w:rPr>
          <w:sz w:val="20"/>
        </w:rPr>
        <w:t>8:31  ابھی تک چھپا ہی نہیں تھا اور simple language, easily understandable language, clarity جس کے اندر ہو کوئی</w:t>
      </w:r>
      <w:r>
        <w:br/>
      </w:r>
      <w:r>
        <w:rPr>
          <w:sz w:val="20"/>
        </w:rPr>
        <w:t>8:39  ek bhi maujood nahi tha</w:t>
      </w:r>
      <w:r>
        <w:br/>
      </w:r>
      <w:r>
        <w:rPr>
          <w:sz w:val="20"/>
        </w:rPr>
        <w:t>8:42  to main madrasay mein parh kar nikla to main arabi to janta tha english nahi janta tha</w:t>
      </w:r>
      <w:r>
        <w:br/>
      </w:r>
      <w:r>
        <w:rPr>
          <w:sz w:val="20"/>
        </w:rPr>
        <w:t>8:50  to bhi conditioning thi</w:t>
      </w:r>
      <w:r>
        <w:br/>
      </w:r>
      <w:r>
        <w:rPr>
          <w:sz w:val="20"/>
        </w:rPr>
        <w:t>8:54  madrasay mein jo conditioning hui thi meri woh kya thi quran parho hadees parho namaz parho roza rakho</w:t>
      </w:r>
      <w:r>
        <w:br/>
      </w:r>
      <w:r>
        <w:rPr>
          <w:sz w:val="20"/>
        </w:rPr>
        <w:t>9:02  is condition ko kaise maine toda</w:t>
      </w:r>
      <w:r>
        <w:br/>
      </w:r>
      <w:r>
        <w:rPr>
          <w:sz w:val="20"/>
        </w:rPr>
        <w:t>9:06  meri family mein sare log english wale log thay</w:t>
      </w:r>
      <w:r>
        <w:br/>
      </w:r>
      <w:r>
        <w:rPr>
          <w:sz w:val="20"/>
        </w:rPr>
        <w:t>9:11  zamana bhi english ka zamana tha woh</w:t>
      </w:r>
      <w:r>
        <w:br/>
      </w:r>
      <w:r>
        <w:rPr>
          <w:sz w:val="20"/>
        </w:rPr>
        <w:t>9:14  thom</w:t>
      </w:r>
      <w:r>
        <w:br/>
      </w:r>
      <w:r>
        <w:rPr>
          <w:sz w:val="20"/>
        </w:rPr>
        <w:t>9:14  thi english parho english parho english parho to jab mein bahar aaya parh kar ke to mein ne mehsoos kiya ke mein abhi tak goonga hoon madrese mein mein taqreer karta tha likhta tha yahan mein goonga ho gaya kyunke modern mind ko address nahi kar sakta tha mein</w:t>
      </w:r>
      <w:r>
        <w:br/>
      </w:r>
      <w:r>
        <w:rPr>
          <w:sz w:val="20"/>
        </w:rPr>
        <w:t>9:40  jo traditional mind tha us ke us ko address karne ke liye mere paas bohat se baatein thi bohat se alfaaz the modern mind ko mein address nahi kar sakta tha</w:t>
      </w:r>
      <w:r>
        <w:br/>
      </w:r>
      <w:r>
        <w:rPr>
          <w:sz w:val="20"/>
        </w:rPr>
        <w:t>9:54  yeh ek shock laga</w:t>
      </w:r>
      <w:r>
        <w:br/>
      </w:r>
      <w:r>
        <w:rPr>
          <w:sz w:val="20"/>
        </w:rPr>
        <w:t>9:57  aap shock ko jab ek tajrube ke taur par lein tab yahan se from here starts de-conditioning</w:t>
      </w:r>
      <w:r>
        <w:br/>
      </w:r>
      <w:r>
        <w:rPr>
          <w:sz w:val="20"/>
        </w:rPr>
        <w:t>10:07  har aadmi ki zindagi mein shock lagte hain har aadmi ke negative experience hote hain</w:t>
      </w:r>
      <w:r>
        <w:br/>
      </w:r>
      <w:r>
        <w:rPr>
          <w:sz w:val="20"/>
        </w:rPr>
        <w:t>10:13  lekin woh bas is ko complain ke sense mein le leta hai</w:t>
      </w:r>
      <w:r>
        <w:br/>
      </w:r>
      <w:r>
        <w:rPr>
          <w:sz w:val="20"/>
        </w:rPr>
        <w:t>10:18  dusron ko bura karne lagta hai</w:t>
      </w:r>
      <w:r>
        <w:br/>
      </w:r>
      <w:r>
        <w:rPr>
          <w:sz w:val="20"/>
        </w:rPr>
        <w:t>10:21  to mein jin logon se milta tha angrezi daanon se aur un se mujhe jo shock lagta tha</w:t>
      </w:r>
      <w:r>
        <w:br/>
      </w:r>
      <w:r>
        <w:rPr>
          <w:sz w:val="20"/>
        </w:rPr>
        <w:t>10:26  dekh sakte the ke mein un ko bura samajhta tha jaise ke bohat se logon ne samjha ke</w:t>
      </w:r>
      <w:r>
        <w:br/>
      </w:r>
      <w:r>
        <w:rPr>
          <w:sz w:val="20"/>
        </w:rPr>
        <w:t>10:31  murtad hain aur yeh fasaq hain yeh gumrah hain saare log isi mani mein lete the in logon</w:t>
      </w:r>
      <w:r>
        <w:br/>
      </w:r>
      <w:r>
        <w:rPr>
          <w:sz w:val="20"/>
        </w:rPr>
        <w:t>10:38  ko ke neechri hai</w:t>
      </w:r>
      <w:r>
        <w:br/>
      </w:r>
      <w:r>
        <w:rPr>
          <w:sz w:val="20"/>
        </w:rPr>
        <w:t>10:43  lekin mein ne</w:t>
      </w:r>
      <w:r>
        <w:br/>
      </w:r>
      <w:r>
        <w:rPr>
          <w:sz w:val="20"/>
        </w:rPr>
        <w:t>10:46  introspection kiya ke kyun aisa hai ke mein parh kar nikla hoon aur un ko mein address nahi</w:t>
      </w:r>
      <w:r>
        <w:br/>
      </w:r>
      <w:r>
        <w:rPr>
          <w:sz w:val="20"/>
        </w:rPr>
        <w:t>10:53  kar sakta to mein ne is hadith se rehnumai mujhe mili ke in yakoon baseeran be zamana</w:t>
      </w:r>
      <w:r>
        <w:br/>
      </w:r>
      <w:r>
        <w:rPr>
          <w:sz w:val="20"/>
        </w:rPr>
        <w:t>11:02  ke momin ko chahiye ke ek taraf woh deen ko jaane aur sath sath woh zamane ko jaane</w:t>
      </w:r>
      <w:r>
        <w:br/>
      </w:r>
      <w:r>
        <w:rPr>
          <w:sz w:val="20"/>
        </w:rPr>
        <w:t>11:08  in yakoon baseeran be zamana to mein ne kaha madarse mein mein ne mein ne socha ke madarse</w:t>
      </w:r>
      <w:r>
        <w:br/>
      </w:r>
      <w:r>
        <w:rPr>
          <w:sz w:val="20"/>
        </w:rPr>
        <w:t>11:14  mein mein ne deen ko to jaana lekin zamane se be khabar reh gaya</w:t>
      </w:r>
      <w:r>
        <w:br/>
      </w:r>
      <w:r>
        <w:rPr>
          <w:sz w:val="20"/>
        </w:rPr>
        <w:t>11:21  yeh bhi ek bari daryaft thi ke log taqseem karte hain deen aur dunya ek parcha nikalta tha</w:t>
      </w:r>
      <w:r>
        <w:br/>
      </w:r>
      <w:r>
        <w:rPr>
          <w:sz w:val="20"/>
        </w:rPr>
        <w:t>11:27  is zamane mein falan</w:t>
      </w:r>
      <w:r>
        <w:br/>
      </w:r>
      <w:r>
        <w:rPr>
          <w:sz w:val="20"/>
        </w:rPr>
        <w:t>11:28  deen dunya falan deen dunya yeh taqseem sahi nahi hai sahi taqseem deen aur zamana</w:t>
      </w:r>
      <w:r>
        <w:br/>
      </w:r>
      <w:r>
        <w:rPr>
          <w:sz w:val="20"/>
        </w:rPr>
        <w:t>11:37  madarse mein hum suntay the ke ek deen hai ek dunya hai ek deen hai ek dunya hai</w:t>
      </w:r>
      <w:r>
        <w:br/>
      </w:r>
      <w:r>
        <w:rPr>
          <w:sz w:val="20"/>
        </w:rPr>
        <w:t>11:42  ek teesri cheez hai jo zamana is se hum be khabar the</w:t>
      </w:r>
      <w:r>
        <w:br/>
      </w:r>
      <w:r>
        <w:rPr>
          <w:sz w:val="20"/>
        </w:rPr>
        <w:t>11:46  samajhte the deen achi cheez hai dunya dunya daari buri cheez hai</w:t>
      </w:r>
      <w:r>
        <w:br/>
      </w:r>
      <w:r>
        <w:rPr>
          <w:sz w:val="20"/>
        </w:rPr>
        <w:t>11:51  isi conditioning mein hum jeetay the yaani is ko kehte hain yaani ek ek duality galat qism ki</w:t>
      </w:r>
      <w:r>
        <w:br/>
      </w:r>
      <w:r>
        <w:rPr>
          <w:sz w:val="20"/>
        </w:rPr>
        <w:t>11:59  woh sanviyat mein ke deen hai dunya hai deen hai aur dunya hai nahi ek teesri cheez bhi</w:t>
      </w:r>
      <w:r>
        <w:br/>
      </w:r>
      <w:r>
        <w:rPr>
          <w:sz w:val="20"/>
        </w:rPr>
        <w:t>12:06  hai woh zamana hai</w:t>
      </w:r>
      <w:r>
        <w:br/>
      </w:r>
      <w:r>
        <w:rPr>
          <w:sz w:val="20"/>
        </w:rPr>
        <w:t>12:08  yeh yeh daryaft thi meri discovery thi is ko</w:t>
      </w:r>
      <w:r>
        <w:br/>
      </w:r>
      <w:r>
        <w:rPr>
          <w:sz w:val="20"/>
        </w:rPr>
        <w:t>12:15  ke dunya dari to hamein nahi karna hai lekin zamane ko to jaanna hai hamein zamane ko nahi janenge to hum dawat ka kaam kaise karenge islam ko yaqeen kaise apna bahal karenge</w:t>
      </w:r>
      <w:r>
        <w:br/>
      </w:r>
      <w:r>
        <w:rPr>
          <w:sz w:val="20"/>
        </w:rPr>
        <w:t>12:33  zamane ka matlab hai ke you have to re discover your religion in modern terms</w:t>
      </w:r>
      <w:r>
        <w:br/>
      </w:r>
      <w:r>
        <w:rPr>
          <w:sz w:val="20"/>
        </w:rPr>
        <w:t>12:43  yeh ek bohat bari daryaft thi mere liye ke taqseem jo hai wo deen dunya ki nahi hai deen aur zamane ki hai</w:t>
      </w:r>
      <w:r>
        <w:br/>
      </w:r>
      <w:r>
        <w:rPr>
          <w:sz w:val="20"/>
        </w:rPr>
        <w:t>12:56  is ko kehte hain angrezi mein dichotomy woh dichotomy galat thi</w:t>
      </w:r>
      <w:r>
        <w:br/>
      </w:r>
      <w:r>
        <w:rPr>
          <w:sz w:val="20"/>
        </w:rPr>
        <w:t>13:02  madarse ki taleem ne jo dichotomy hamare andar paida ki thi woh yeh thi ke yeh deen hai</w:t>
      </w:r>
      <w:r>
        <w:br/>
      </w:r>
      <w:r>
        <w:rPr>
          <w:sz w:val="20"/>
        </w:rPr>
        <w:t>13:06  baqi sab dunya hai</w:t>
      </w:r>
      <w:r>
        <w:br/>
      </w:r>
      <w:r>
        <w:rPr>
          <w:sz w:val="20"/>
        </w:rPr>
        <w:t>13:09  to dunya ko chodo woh to</w:t>
      </w:r>
      <w:r>
        <w:br/>
      </w:r>
      <w:r>
        <w:rPr>
          <w:sz w:val="20"/>
        </w:rPr>
        <w:t>13:13  bekar cheez hai nahi maloom hai ke deen hai woh doosra zamana hai</w:t>
      </w:r>
      <w:r>
        <w:br/>
      </w:r>
      <w:r>
        <w:rPr>
          <w:sz w:val="20"/>
        </w:rPr>
        <w:t>13:17  to yeh ghalat dichotomy mein jee raha tha mein</w:t>
      </w:r>
      <w:r>
        <w:br/>
      </w:r>
      <w:r>
        <w:rPr>
          <w:sz w:val="20"/>
        </w:rPr>
        <w:t>13:20  lekin jab mujhe shock laga to maine socha sochte sochte maine samjha ke yeh to ghalat</w:t>
      </w:r>
      <w:r>
        <w:br/>
      </w:r>
      <w:r>
        <w:rPr>
          <w:sz w:val="20"/>
        </w:rPr>
        <w:t>13:25  dichotomy thi deen aur duniya ki dichotomy nahi deen aur zamane ki dichotomy</w:t>
      </w:r>
      <w:r>
        <w:br/>
      </w:r>
      <w:r>
        <w:rPr>
          <w:sz w:val="20"/>
        </w:rPr>
        <w:t>13:33  to is ke baad mein ne english parhna shuru kiya aur bees baras tak mein english mein ghara raha ab mera khwab kya tha</w:t>
      </w:r>
      <w:r>
        <w:br/>
      </w:r>
      <w:r>
        <w:rPr>
          <w:sz w:val="20"/>
        </w:rPr>
        <w:t>13:45  mera khwab yeh tha ke yeh Allah ka jo kalam hai maine jis madarse mein padha wahan</w:t>
      </w:r>
      <w:r>
        <w:br/>
      </w:r>
      <w:r>
        <w:rPr>
          <w:sz w:val="20"/>
        </w:rPr>
        <w:t>13:51  par poora quran padhaya jata tha kisi bhi madarse mein madarse mein poora quran nahi padhaya jata hadith</w:t>
      </w:r>
      <w:r>
        <w:br/>
      </w:r>
      <w:r>
        <w:rPr>
          <w:sz w:val="20"/>
        </w:rPr>
        <w:t>13:58  aur fiqh aur adab yeh sab padhaye jate hain lekin poora poora quran wahan syllabus mein dakhil ho</w:t>
      </w:r>
      <w:r>
        <w:br/>
      </w:r>
      <w:r>
        <w:rPr>
          <w:sz w:val="20"/>
        </w:rPr>
        <w:t>14:03  aisa koi madarsa nahi hai isi wahi tha jahan mein</w:t>
      </w:r>
      <w:r>
        <w:br/>
      </w:r>
      <w:r>
        <w:rPr>
          <w:sz w:val="20"/>
        </w:rPr>
        <w:t>14:08  padha bane lekin yeh padha quran ko padha aur phir quran ko mein doosron ko pata nahi sakta</w:t>
      </w:r>
      <w:r>
        <w:br/>
      </w:r>
      <w:r>
        <w:rPr>
          <w:sz w:val="20"/>
        </w:rPr>
        <w:t>14:14  zaban yar man turki o man turki nami danam</w:t>
      </w:r>
      <w:r>
        <w:br/>
      </w:r>
      <w:r>
        <w:rPr>
          <w:sz w:val="20"/>
        </w:rPr>
        <w:t>14:20  The language of my friend is Turkish and I don't know Turkish. To international language jo thi angrezi thi us mein Quran ko pesh karna tha. Yani Quran ko parha maine lekin mein jab aya doosron ka andar to mein gunga ban gaya kyunke woh samajhte the English mein.</w:t>
      </w:r>
    </w:p>
    <w:p>
      <w:pPr>
        <w:pStyle w:val="Heading2"/>
      </w:pPr>
      <w:r>
        <w:t>How ulema blocking schools created Muslim ghetto mentality</w:t>
      </w:r>
    </w:p>
    <w:p>
      <w:r>
        <w:rPr>
          <w:color w:val="666666"/>
          <w:sz w:val="18"/>
        </w:rPr>
        <w:t>Revival of Muslims March 08, 2015 · 4m 23s · at 37:34 · https://youtu.be/8ShFcr8YozI?t=2254</w:t>
      </w:r>
    </w:p>
    <w:p>
      <w:r>
        <w:rPr>
          <w:i/>
        </w:rPr>
        <w:t>“Aam taur par musalman ki ghetto mentality hoti hai”</w:t>
      </w:r>
    </w:p>
    <w:p>
      <w:r>
        <w:rPr>
          <w:sz w:val="20"/>
        </w:rPr>
        <w:t>37:34  yani عالمی interaction ke zariye. achha aam taur par musalman kya hai? woh ghetto mentality hai, apne ilaqon mein rehte hain. yani shehar ke andar un ilaqon mein nahi jatay woh jahan ghair muslim rehte hain.</w:t>
      </w:r>
      <w:r>
        <w:br/>
      </w:r>
      <w:r>
        <w:rPr>
          <w:sz w:val="20"/>
        </w:rPr>
        <w:t>37:50  apne ghetto mein woh isi mein khush rehte hain. to ghetto mentality ka tootna yeh bohat zaroori hai.</w:t>
      </w:r>
      <w:r>
        <w:br/>
      </w:r>
      <w:r>
        <w:rPr>
          <w:sz w:val="20"/>
        </w:rPr>
        <w:t>38:01  interaction ka barhna yeh bohat zaroori hai.</w:t>
      </w:r>
      <w:r>
        <w:br/>
      </w:r>
      <w:r>
        <w:rPr>
          <w:sz w:val="20"/>
        </w:rPr>
        <w:t>38:04  hamaray ulama ne ek bohat bari ghalti yeh ki ke angrezon ne india mein angrezi school kholay.</w:t>
      </w:r>
      <w:r>
        <w:br/>
      </w:r>
      <w:r>
        <w:rPr>
          <w:sz w:val="20"/>
        </w:rPr>
        <w:t>38:14  dekhen ek baat mein arz karun ke pehle zamanay mein interaction jo hota tha khetun mein hota tha.</w:t>
      </w:r>
      <w:r>
        <w:br/>
      </w:r>
      <w:r>
        <w:rPr>
          <w:sz w:val="20"/>
        </w:rPr>
        <w:t>38:22  sari yani ziraat par mabni hoti thi sari maeeshat, balkay sari zindagi. to khetun mein log jatay thay, wahan logon se apas mein mulaqaten hoti theen.</w:t>
      </w:r>
      <w:r>
        <w:br/>
      </w:r>
      <w:r>
        <w:rPr>
          <w:sz w:val="20"/>
        </w:rPr>
        <w:t>38:34  is se woh samajh banta tha wahan ka. is liye nafraten nahi hoti theen. dekhen nafrat na hona yeh zaroori hai ke aap ka interaction ho doosron ke sath.</w:t>
      </w:r>
      <w:r>
        <w:br/>
      </w:r>
      <w:r>
        <w:rPr>
          <w:sz w:val="20"/>
        </w:rPr>
        <w:t>38:46  doosron ke sath aap ka interaction ho. to hum rehte thay apne up mein, wahan koi nafrat nahi thi. is is daur mein, meri zindagi ka ibtidai hissa guzra hai isi daur mein jabke sawa kheti bari ke koi kaam nahi hota tha.</w:t>
      </w:r>
      <w:r>
        <w:br/>
      </w:r>
      <w:r>
        <w:rPr>
          <w:sz w:val="20"/>
        </w:rPr>
        <w:t>39:04  to zarai daur tha, is mein khet jo tha woh interaction ka zariya tha.</w:t>
      </w:r>
      <w:r>
        <w:br/>
      </w:r>
      <w:r>
        <w:rPr>
          <w:sz w:val="20"/>
        </w:rPr>
        <w:t>39:11  achha angrezon ne jo school kholay to jagah ka interaction badal gaya.</w:t>
      </w:r>
      <w:r>
        <w:br/>
      </w:r>
      <w:r>
        <w:rPr>
          <w:sz w:val="20"/>
        </w:rPr>
        <w:t>39:20  ab taleem ban gaya.</w:t>
      </w:r>
      <w:r>
        <w:br/>
      </w:r>
      <w:r>
        <w:rPr>
          <w:sz w:val="20"/>
        </w:rPr>
        <w:t>39:25  pehlay interaction hota tha khayton mein, ab honay laga schoolon mein. har mazhab ke log, har qom ke log schoolon mein parhnay lagay, un ke bachay.</w:t>
      </w:r>
      <w:r>
        <w:br/>
      </w:r>
      <w:r>
        <w:rPr>
          <w:sz w:val="20"/>
        </w:rPr>
        <w:t>39:37  to agar musalmanon ko unhon nay, unhon nay musalmanon ko roka ulama nay.</w:t>
      </w:r>
      <w:r>
        <w:br/>
      </w:r>
      <w:r>
        <w:rPr>
          <w:sz w:val="20"/>
        </w:rPr>
        <w:t>39:43  roka, lekin roknay ki wajah say woh khayton mein chalay gay. agar roka na hota to yeh kehtay ke yeh sab parhtay hain, tum bhi parho.</w:t>
      </w:r>
      <w:r>
        <w:br/>
      </w:r>
      <w:r>
        <w:rPr>
          <w:sz w:val="20"/>
        </w:rPr>
        <w:t>39:52  hindu parh rahay hain, isai parh rahay hain, jaini parh rahay hain, sardar parh rahay hain, tum bhi parho. to goya ke woh khet ka badal ban jata school.</w:t>
      </w:r>
      <w:r>
        <w:br/>
      </w:r>
      <w:r>
        <w:rPr>
          <w:sz w:val="20"/>
        </w:rPr>
        <w:t>40:04  jo interaction hua karta tha pehlay ziraat ke maidan mein, woh honay lagta taleem ke maidan mein. aur phir woh jari rehta.</w:t>
      </w:r>
      <w:r>
        <w:br/>
      </w:r>
      <w:r>
        <w:rPr>
          <w:sz w:val="20"/>
        </w:rPr>
        <w:t>40:15  woh dosti, mohabbat, taluq, woh sab jari rehta. lekin ab kya kiya unhon nay, ulama nay alag madrassay kholay, alag school kholay aur musalmanon se kaha ke yahan parho, wahan mat jao.</w:t>
      </w:r>
      <w:r>
        <w:br/>
      </w:r>
      <w:r>
        <w:rPr>
          <w:sz w:val="20"/>
        </w:rPr>
        <w:t>40:30  to woh goya khayton banaya unhon nay. ya alag taleemi nizaam jo banaya unhon nay, woh khayton tha, khayton. to musalmanon ka interaction doosron se khatam ho gaya.</w:t>
      </w:r>
      <w:r>
        <w:br/>
      </w:r>
      <w:r>
        <w:rPr>
          <w:sz w:val="20"/>
        </w:rPr>
        <w:t>40:43  is say ghetto mentality develop hui. ab dhairay dhairay yeh tasawwur aaya, woh ghair qom hain, hum hum musalman hain, woh ghair qom hain, yeh sab aaya.</w:t>
      </w:r>
      <w:r>
        <w:br/>
      </w:r>
      <w:r>
        <w:rPr>
          <w:sz w:val="20"/>
        </w:rPr>
        <w:t>40:56  yeh sab barhtay barhtay yahan tak pohancha hai ke ab nafrat, tashaddud, intiqam yahi hai. abhi jo dekhen, aaj kal musalman jo sab say ziyada bharkatay hain, jis ko kehtay hain woh sat pe rasool ya blasphemy.</w:t>
      </w:r>
      <w:r>
        <w:br/>
      </w:r>
      <w:r>
        <w:rPr>
          <w:sz w:val="20"/>
        </w:rPr>
        <w:t>41:15  kahin koi waqia hota hai, koi cartoon chhap gaya, koi achi baat ho gayi to bharkatay hain, hastay hain, duniya mein hungama kartay hain. is ko kehtay hain sat pe rasool.</w:t>
      </w:r>
      <w:r>
        <w:br/>
      </w:r>
      <w:r>
        <w:rPr>
          <w:sz w:val="20"/>
        </w:rPr>
        <w:t>41:26  dekhen sat pe rasool yeh in ka lafz nahi, hum musalman ka diya hua lafz hai. blasphemy in ka lafz nahi hai. jinko aap kehtay hain ke blasphemy kar rahay hain, unhon nay kabhi nahi kaha ke hum blasphemy kartay hain, hum sat kartay hain.</w:t>
      </w:r>
      <w:r>
        <w:br/>
      </w:r>
      <w:r>
        <w:rPr>
          <w:sz w:val="20"/>
        </w:rPr>
        <w:t>41:41  musalmanon nay day rakha hai. kyun?</w:t>
      </w:r>
      <w:r>
        <w:br/>
      </w:r>
      <w:r>
        <w:rPr>
          <w:sz w:val="20"/>
        </w:rPr>
        <w:t>41:45  is afsar ki wajah say. woh samjhtay hain ke jo aadmi agar aisi baat kahay rasool Allah ke baray mein jo hamari baton ke mutabiq na ho to bas woh sat kar raha hai.</w:t>
      </w:r>
    </w:p>
    <w:p>
      <w:pPr>
        <w:pStyle w:val="Heading2"/>
      </w:pPr>
      <w:r>
        <w:t>Final message and media image mission</w:t>
      </w:r>
    </w:p>
    <w:p>
      <w:r>
        <w:rPr>
          <w:color w:val="666666"/>
          <w:sz w:val="18"/>
        </w:rPr>
        <w:t>Maulana Addressal to the CPS Team at Nizamuddin Park January 18, 2015 · 4m 33s · at 6:15 · https://youtu.be/GLx-fj6TU8s?t=375</w:t>
      </w:r>
    </w:p>
    <w:p>
      <w:r>
        <w:rPr>
          <w:i/>
        </w:rPr>
        <w:t>“Bismillah al-Rahman al-Rahim. 18 January 2015.”</w:t>
      </w:r>
    </w:p>
    <w:p>
      <w:r>
        <w:rPr>
          <w:sz w:val="20"/>
        </w:rPr>
        <w:t>6:15  bismillah rahman rahim.</w:t>
      </w:r>
      <w:r>
        <w:br/>
      </w:r>
      <w:r>
        <w:rPr>
          <w:sz w:val="20"/>
        </w:rPr>
        <w:t>6:18  18 janvari 2015.</w:t>
      </w:r>
      <w:r>
        <w:br/>
      </w:r>
      <w:r>
        <w:rPr>
          <w:sz w:val="20"/>
        </w:rPr>
        <w:t>6:24  dekhiye, is waqt mein jo kuch</w:t>
      </w:r>
      <w:r>
        <w:br/>
      </w:r>
      <w:r>
        <w:rPr>
          <w:sz w:val="20"/>
        </w:rPr>
        <w:t>6:28  keh raha hoon, yeh</w:t>
      </w:r>
      <w:r>
        <w:br/>
      </w:r>
      <w:r>
        <w:rPr>
          <w:sz w:val="20"/>
        </w:rPr>
        <w:t>6:31  bohat thori samjhi baat hai, aur yeh hamara</w:t>
      </w:r>
      <w:r>
        <w:br/>
      </w:r>
      <w:r>
        <w:rPr>
          <w:sz w:val="20"/>
        </w:rPr>
        <w:t>6:36  final message hai aap sab logon ke liye.</w:t>
      </w:r>
      <w:r>
        <w:br/>
      </w:r>
      <w:r>
        <w:rPr>
          <w:sz w:val="20"/>
        </w:rPr>
        <w:t>6:40  main chahe zinda rahu ya na rahu,</w:t>
      </w:r>
      <w:r>
        <w:br/>
      </w:r>
      <w:r>
        <w:rPr>
          <w:sz w:val="20"/>
        </w:rPr>
        <w:t>6:46  jo log is mission ke loyal hain,</w:t>
      </w:r>
      <w:r>
        <w:br/>
      </w:r>
      <w:r>
        <w:rPr>
          <w:sz w:val="20"/>
        </w:rPr>
        <w:t>6:49  un ko yahi kaam karna hai.</w:t>
      </w:r>
      <w:r>
        <w:br/>
      </w:r>
      <w:r>
        <w:rPr>
          <w:sz w:val="20"/>
        </w:rPr>
        <w:t>6:55  chahe abhi aap jo dilli mein sun rahe hain meri baat, ya duniya mein kahin doosre sun rahe</w:t>
      </w:r>
      <w:r>
        <w:br/>
      </w:r>
      <w:r>
        <w:rPr>
          <w:sz w:val="20"/>
        </w:rPr>
        <w:t>7:01  hain, ya baat ko sunein, un sab ke liye mera yeh message hai.</w:t>
      </w:r>
      <w:r>
        <w:br/>
      </w:r>
      <w:r>
        <w:rPr>
          <w:sz w:val="20"/>
        </w:rPr>
        <w:t>7:10  dekhiye, is waqt</w:t>
      </w:r>
      <w:r>
        <w:br/>
      </w:r>
      <w:r>
        <w:rPr>
          <w:sz w:val="20"/>
        </w:rPr>
        <w:t>7:18  jo kaam hamein karna hai,</w:t>
      </w:r>
      <w:r>
        <w:br/>
      </w:r>
      <w:r>
        <w:rPr>
          <w:sz w:val="20"/>
        </w:rPr>
        <w:t>7:22  is ko main batana chahta hoon.</w:t>
      </w:r>
      <w:r>
        <w:br/>
      </w:r>
      <w:r>
        <w:rPr>
          <w:sz w:val="20"/>
        </w:rPr>
        <w:t>7:26  yeh hamare mission ka final phase hai.</w:t>
      </w:r>
      <w:r>
        <w:br/>
      </w:r>
      <w:r>
        <w:rPr>
          <w:sz w:val="20"/>
        </w:rPr>
        <w:t>7:32  final phase hai.</w:t>
      </w:r>
      <w:r>
        <w:br/>
      </w:r>
      <w:r>
        <w:rPr>
          <w:sz w:val="20"/>
        </w:rPr>
        <w:t>7:35  hamara mission bohat se phases se guzra hai, ab woh final phase mein hai.</w:t>
      </w:r>
      <w:r>
        <w:br/>
      </w:r>
      <w:r>
        <w:rPr>
          <w:sz w:val="20"/>
        </w:rPr>
        <w:t>7:46  woh final phase</w:t>
      </w:r>
      <w:r>
        <w:br/>
      </w:r>
      <w:r>
        <w:rPr>
          <w:sz w:val="20"/>
        </w:rPr>
        <w:t>7:50  mein aap ka target sirf ek hoga, koi do nahin.</w:t>
      </w:r>
      <w:r>
        <w:br/>
      </w:r>
      <w:r>
        <w:rPr>
          <w:sz w:val="20"/>
        </w:rPr>
        <w:t>7:57  woh yeh hai:</w:t>
      </w:r>
      <w:r>
        <w:br/>
      </w:r>
      <w:r>
        <w:rPr>
          <w:sz w:val="20"/>
        </w:rPr>
        <w:t>8:00  Islam ki image ko</w:t>
      </w:r>
      <w:r>
        <w:br/>
      </w:r>
      <w:r>
        <w:rPr>
          <w:sz w:val="20"/>
        </w:rPr>
        <w:t>8:04  durust karna. Is waqt jo Islam ki image ban gayi hai,</w:t>
      </w:r>
      <w:r>
        <w:br/>
      </w:r>
      <w:r>
        <w:rPr>
          <w:sz w:val="20"/>
        </w:rPr>
        <w:t>8:11  وہ یہ ہے کہ Islam is a religion of violence.</w:t>
      </w:r>
      <w:r>
        <w:br/>
      </w:r>
      <w:r>
        <w:rPr>
          <w:sz w:val="20"/>
        </w:rPr>
        <w:t>8:17  ہمیں کرنا ہے کہ Islam is a religion of peace.</w:t>
      </w:r>
      <w:r>
        <w:br/>
      </w:r>
      <w:r>
        <w:rPr>
          <w:sz w:val="20"/>
        </w:rPr>
        <w:t>8:22  to hamare nazdeek is ka blame</w:t>
      </w:r>
      <w:r>
        <w:br/>
      </w:r>
      <w:r>
        <w:rPr>
          <w:sz w:val="20"/>
        </w:rPr>
        <w:t>8:26  poora ka poora jata hai musalmanon par,</w:t>
      </w:r>
      <w:r>
        <w:br/>
      </w:r>
      <w:r>
        <w:rPr>
          <w:sz w:val="20"/>
        </w:rPr>
        <w:t>8:30  dusron par nahin.</w:t>
      </w:r>
      <w:r>
        <w:br/>
      </w:r>
      <w:r>
        <w:rPr>
          <w:sz w:val="20"/>
        </w:rPr>
        <w:t>8:33  jis cheez ko kehte hain log Islamophobia,</w:t>
      </w:r>
      <w:r>
        <w:br/>
      </w:r>
      <w:r>
        <w:rPr>
          <w:sz w:val="20"/>
        </w:rPr>
        <w:t>8:38  woh haqeeqat mein hai Americaphobia.</w:t>
      </w:r>
      <w:r>
        <w:br/>
      </w:r>
      <w:r>
        <w:rPr>
          <w:sz w:val="20"/>
        </w:rPr>
        <w:t>8:43  koi doosra zimmedar nahin hai,</w:t>
      </w:r>
      <w:r>
        <w:br/>
      </w:r>
      <w:r>
        <w:rPr>
          <w:sz w:val="20"/>
        </w:rPr>
        <w:t>8:47  sirf musalman zimmedar hain ke yeh image jo Islam ki aisi hui hai.</w:t>
      </w:r>
      <w:r>
        <w:br/>
      </w:r>
      <w:r>
        <w:rPr>
          <w:sz w:val="20"/>
        </w:rPr>
        <w:t>8:51  yeh bohat afsos aur mushkil aap se yeh baat kar raha hoon.</w:t>
      </w:r>
      <w:r>
        <w:br/>
      </w:r>
      <w:r>
        <w:rPr>
          <w:sz w:val="20"/>
        </w:rPr>
        <w:t>8:56  to hamein khud hi</w:t>
      </w:r>
      <w:r>
        <w:br/>
      </w:r>
      <w:r>
        <w:rPr>
          <w:sz w:val="20"/>
        </w:rPr>
        <w:t>9:01  yeh kaam karna hai ke Islam ki image ko badlein.</w:t>
      </w:r>
      <w:r>
        <w:br/>
      </w:r>
      <w:r>
        <w:rPr>
          <w:sz w:val="20"/>
        </w:rPr>
        <w:t>9:05  image ka matlab kya hai?</w:t>
      </w:r>
      <w:r>
        <w:br/>
      </w:r>
      <w:r>
        <w:rPr>
          <w:sz w:val="20"/>
        </w:rPr>
        <w:t>9:07  image ka matlab hai media image.</w:t>
      </w:r>
      <w:r>
        <w:br/>
      </w:r>
      <w:r>
        <w:rPr>
          <w:sz w:val="20"/>
        </w:rPr>
        <w:t>9:11  basically image ka matlab hai media image.</w:t>
      </w:r>
      <w:r>
        <w:br/>
      </w:r>
      <w:r>
        <w:rPr>
          <w:sz w:val="20"/>
        </w:rPr>
        <w:t>9:16  hamare paas na to koi</w:t>
      </w:r>
      <w:r>
        <w:br/>
      </w:r>
      <w:r>
        <w:rPr>
          <w:sz w:val="20"/>
        </w:rPr>
        <w:t>9:20  political mission hai,</w:t>
      </w:r>
      <w:r>
        <w:br/>
      </w:r>
      <w:r>
        <w:rPr>
          <w:sz w:val="20"/>
        </w:rPr>
        <w:t>9:23  na koi system hamein badalna hai,</w:t>
      </w:r>
      <w:r>
        <w:br/>
      </w:r>
      <w:r>
        <w:rPr>
          <w:sz w:val="20"/>
        </w:rPr>
        <w:t>9:26  na hamein koi musalmanon ka koi</w:t>
      </w:r>
      <w:r>
        <w:br/>
      </w:r>
      <w:r>
        <w:rPr>
          <w:sz w:val="20"/>
        </w:rPr>
        <w:t>9:32  right hai is ko humain dilana hai.</w:t>
      </w:r>
      <w:r>
        <w:br/>
      </w:r>
      <w:r>
        <w:rPr>
          <w:sz w:val="20"/>
        </w:rPr>
        <w:t>9:34  yeh hamara mission nahi hai.</w:t>
      </w:r>
      <w:r>
        <w:br/>
      </w:r>
      <w:r>
        <w:rPr>
          <w:sz w:val="20"/>
        </w:rPr>
        <w:t>9:37  to is waqt jo media hai,</w:t>
      </w:r>
      <w:r>
        <w:br/>
      </w:r>
      <w:r>
        <w:rPr>
          <w:sz w:val="20"/>
        </w:rPr>
        <w:t>9:42  basically world media,</w:t>
      </w:r>
      <w:r>
        <w:br/>
      </w:r>
      <w:r>
        <w:rPr>
          <w:sz w:val="20"/>
        </w:rPr>
        <w:t>9:45  woh bhar gaya hai</w:t>
      </w:r>
      <w:r>
        <w:br/>
      </w:r>
      <w:r>
        <w:rPr>
          <w:sz w:val="20"/>
        </w:rPr>
        <w:t>9:48  aisi news se</w:t>
      </w:r>
      <w:r>
        <w:br/>
      </w:r>
      <w:r>
        <w:rPr>
          <w:sz w:val="20"/>
        </w:rPr>
        <w:t>9:51  کہ Islam is a religion of violence.</w:t>
      </w:r>
      <w:r>
        <w:br/>
      </w:r>
      <w:r>
        <w:rPr>
          <w:sz w:val="20"/>
        </w:rPr>
        <w:t>9:54  to world media mein lana hai.</w:t>
      </w:r>
      <w:r>
        <w:br/>
      </w:r>
      <w:r>
        <w:rPr>
          <w:sz w:val="20"/>
        </w:rPr>
        <w:t>10:00  ab jo mein baat kar raha hoon aap se, aap ko poori energy,</w:t>
      </w:r>
      <w:r>
        <w:br/>
      </w:r>
      <w:r>
        <w:rPr>
          <w:sz w:val="20"/>
        </w:rPr>
        <w:t>10:06  apna poora soul concern</w:t>
      </w:r>
      <w:r>
        <w:br/>
      </w:r>
      <w:r>
        <w:rPr>
          <w:sz w:val="20"/>
        </w:rPr>
        <w:t>10:12  sirf yeh banana hai ke world media mein</w:t>
      </w:r>
      <w:r>
        <w:br/>
      </w:r>
      <w:r>
        <w:rPr>
          <w:sz w:val="20"/>
        </w:rPr>
        <w:t>10:17  یہ آ جائے: Islam is a religion of peace.</w:t>
      </w:r>
      <w:r>
        <w:br/>
      </w:r>
      <w:r>
        <w:rPr>
          <w:sz w:val="20"/>
        </w:rPr>
        <w:t>10:22  dekhiye, hum hamesha aik cheez central hoti hai,</w:t>
      </w:r>
      <w:r>
        <w:br/>
      </w:r>
      <w:r>
        <w:rPr>
          <w:sz w:val="20"/>
        </w:rPr>
        <w:t>10:29  is ko kehte hain master stroke.</w:t>
      </w:r>
      <w:r>
        <w:br/>
      </w:r>
      <w:r>
        <w:rPr>
          <w:sz w:val="20"/>
        </w:rPr>
        <w:t>10:32  aik baat ho jaye to saari baat apnay aap ho jati hai.</w:t>
      </w:r>
      <w:r>
        <w:br/>
      </w:r>
      <w:r>
        <w:rPr>
          <w:sz w:val="20"/>
        </w:rPr>
        <w:t>10:38  to agar aik bar world media mein yeh baat aa jaye</w:t>
      </w:r>
      <w:r>
        <w:br/>
      </w:r>
      <w:r>
        <w:rPr>
          <w:sz w:val="20"/>
        </w:rPr>
        <w:t>10:45  کہ اسلام is a religion of peace، تو کیا ہوگا</w:t>
      </w:r>
    </w:p>
    <w:p>
      <w:pPr>
        <w:pStyle w:val="Heading2"/>
      </w:pPr>
      <w:r>
        <w:t>What 'fitna' really means in the Quran</w:t>
      </w:r>
    </w:p>
    <w:p>
      <w:r>
        <w:rPr>
          <w:color w:val="666666"/>
          <w:sz w:val="18"/>
        </w:rPr>
        <w:t>Making War in the Name of God December 10, 2023 · 4m 57s · at 25:24 · https://youtu.be/X-KaWopXg9Y?t=1524</w:t>
      </w:r>
    </w:p>
    <w:p>
      <w:r>
        <w:rPr>
          <w:i/>
        </w:rPr>
        <w:t>“Fitna bhi wohi hai ke logon ne usko samjha nahi hai”</w:t>
      </w:r>
    </w:p>
    <w:p>
      <w:r>
        <w:rPr>
          <w:sz w:val="20"/>
        </w:rPr>
        <w:t>25:24  jaise Quran mein bhi chapter eight mein aaya hai ke "fight till there is no persecution and religion be holy God", to kafi misquote aur misinterpret hota hai. To main chahunga isko bhi aap achhe se wazeh karein.</w:t>
      </w:r>
      <w:r>
        <w:br/>
      </w:r>
      <w:r>
        <w:rPr>
          <w:sz w:val="20"/>
        </w:rPr>
        <w:t>25:39  fitna bhi wohi hai ke logon ne isko samjha nahi hai, iske kuch ke kuch ma'ni bana liye hain.</w:t>
      </w:r>
      <w:r>
        <w:br/>
      </w:r>
      <w:r>
        <w:rPr>
          <w:sz w:val="20"/>
        </w:rPr>
        <w:t>25:46  to jahan dekhte hain ke doosri qaumon se unhein koi takleef pahunch rahi hai, koi problem create ho raha hai, to isi ko fitna samajhne lagte hain. Matlab dunyavi cheezon, dunyavi masail ko woh samajhte hain yeh fitna hai, aur phir isi ke bare mein woh ya to negative ho jayenge, ya to tarah tarah se sochenge ke is masle ko jang ke zariye se kaise hal kiya ja</w:t>
      </w:r>
      <w:r>
        <w:br/>
      </w:r>
      <w:r>
        <w:rPr>
          <w:sz w:val="20"/>
        </w:rPr>
        <w:t>26:13  aye. To yeh dekhiye, yeh yeh yeh bhi woh yeh hai. Quran mein aaya hai fitna ke to fitna Quran mein aaya hai jo uska ma'ni hai religious persecution.</w:t>
      </w:r>
      <w:r>
        <w:br/>
      </w:r>
      <w:r>
        <w:rPr>
          <w:sz w:val="20"/>
        </w:rPr>
        <w:t>26:24  ismein hai na ke fitne ko khatam karo taake deen sirf Allah ka ho jaye. To deen Allah ka ho jaye, matlab poora Quran ko apne hisab se unhone apni apne dimaagh se interpret kiya hai. Haalanke yeh bahut gunah ka kaam hai</w:t>
      </w:r>
      <w:r>
        <w:br/>
      </w:r>
      <w:r>
        <w:rPr>
          <w:sz w:val="20"/>
        </w:rPr>
        <w:t>26:40  ke deen Allah ka ho jaye. Yeh thoda ke hai ke poori duniya Allah ki ho jaye. Ab yeh jo kainat, yeh jo earth hai na, yeh jo zara hota hai iska sand ka, is poori kainat ke muqable mein jo sand ka zara hota hai na, uske bhi laakhon hisse banaye jayein to is kainat ke muqable mein earth kitni hi qeemat hai, kitni hi badi hai. Matlab to ab woh kehte hain ke sari duniya mein Allah ki hukumat chal rahi hai,</w:t>
      </w:r>
      <w:r>
        <w:br/>
      </w:r>
      <w:r>
        <w:rPr>
          <w:sz w:val="20"/>
        </w:rPr>
        <w:t>27:10  to is duniya mein bhi Allah ki hukumat chalani hai. To Allah ne ki to chal hi rahi hai har jagah. To yeh jo sari jo kainat insaan ke ilawa sab kuch hai, woh woh Allah hi chala raha hai, usi ke mutabiq sara govern ho raha hai.</w:t>
      </w:r>
      <w:r>
        <w:br/>
      </w:r>
      <w:r>
        <w:rPr>
          <w:sz w:val="20"/>
        </w:rPr>
        <w:t>27:25  Allah ke farishte chala rahe hain. To yeh masla nahi hai. Masla yeh hai ke deen Allah ka ho jaye.</w:t>
      </w:r>
      <w:r>
        <w:br/>
      </w:r>
      <w:r>
        <w:rPr>
          <w:sz w:val="20"/>
        </w:rPr>
        <w:t>27:34  deen ka Allah ka hone ka matlab hai ke woh religious persecution jo tha, to kisi ko agar koi naya deen qabool karta tha to uske bahut zyada maarte the, takleef dete the, Arab mein garam ret mein latate the, namaz nahi parhne dete the.</w:t>
      </w:r>
      <w:r>
        <w:br/>
      </w:r>
      <w:r>
        <w:rPr>
          <w:sz w:val="20"/>
        </w:rPr>
        <w:t>27:50  yeh yeh yeh yeh cheez khatam ho jaye. Insaan ko azaadi ho. Dekhein, Allah taala ne azaadi di hai ke jab tumhare saamne bhalai aur burai aaye to tum bhalai ko opt karo,</w:t>
      </w:r>
      <w:r>
        <w:br/>
      </w:r>
      <w:r>
        <w:rPr>
          <w:sz w:val="20"/>
        </w:rPr>
        <w:t>28:04  burai ko chhod do. Burai ka matlab shaitan ka rasta woh chodo aur angel ke raste ko apnao. To bas azaadi. Aur Hazrat Abdullah ibn Umar ne kaha hai ke humne to fitna khatam kar diya.</w:t>
      </w:r>
      <w:r>
        <w:br/>
      </w:r>
      <w:r>
        <w:rPr>
          <w:sz w:val="20"/>
        </w:rPr>
        <w:t>28:17  matlab woh daur hi khatam ho gaya, mazhabi religious persecution ka daur hi khatam ho gaya. To woh samajhte hain ke har masla jo ho raha hai duniya mein and doosri hukumaton se, woh hum woh fitna hai.</w:t>
      </w:r>
      <w:r>
        <w:br/>
      </w:r>
      <w:r>
        <w:rPr>
          <w:sz w:val="20"/>
        </w:rPr>
        <w:t>28:29  to har cheez ka galat interpretation woh dete hain.</w:t>
      </w:r>
      <w:r>
        <w:br/>
      </w:r>
      <w:r>
        <w:rPr>
          <w:sz w:val="20"/>
        </w:rPr>
        <w:t>28:35  woh samajhte nahi ke woh jo jabr system jo tha, jisko Henry Pirenne ne absolute imperialism kaha hai, to jabr system to khatam ho gaya jab Sasanid Empire aur aur Roman Empire khatam</w:t>
      </w:r>
      <w:r>
        <w:br/>
      </w:r>
      <w:r>
        <w:rPr>
          <w:sz w:val="20"/>
        </w:rPr>
        <w:t>28:48  hui na. Ab bahut mehnat se, bahut zyada sacrifices ke zariye se isko khatam kiya gaya, kyunke wohi jo hai apne jo jabr system ke tehat wohi fitna paida kiye hue the. Kyunke woh us zamaney mein ek to state religion hota tha, koi doosra mazhab ikhtiyar karne ki ijazat nahi thi. Koi karta tha usko marwa dete the.</w:t>
      </w:r>
      <w:r>
        <w:br/>
      </w:r>
      <w:r>
        <w:rPr>
          <w:sz w:val="20"/>
        </w:rPr>
        <w:t>29:11  Ashab Kahf the, woh bhi yeh masla tha.</w:t>
      </w:r>
      <w:r>
        <w:br/>
      </w:r>
      <w:r>
        <w:rPr>
          <w:sz w:val="20"/>
        </w:rPr>
        <w:t>29:14  to woh Isaiyat shuru shuru mein Isaiyat Isaiyon par bahut persecution hota tha na. Ji, to woh log Isai ho gaye the.</w:t>
      </w:r>
      <w:r>
        <w:br/>
      </w:r>
      <w:r>
        <w:rPr>
          <w:sz w:val="20"/>
        </w:rPr>
        <w:t>29:23  aur to in logon ne sab maarne ke liye daudaya, to woh jaake ghar mein chhu gaye. To yeh hota tha. Yeh asas phenomenon ko khatam karna tha ke insaan azaad hai, apni marzi se sachai ko accept kare ya na kare, uski marzi hai.</w:t>
      </w:r>
      <w:r>
        <w:br/>
      </w:r>
      <w:r>
        <w:rPr>
          <w:sz w:val="20"/>
        </w:rPr>
        <w:t>29:40  to koi bhi ismein laa ikraaha fiddin, koi zor zabardast nahi hai. To yehi ayat hai na Surah Baqarah mein ke inse lado yahan tak ke fitna baqi na rahe.</w:t>
      </w:r>
      <w:r>
        <w:br/>
      </w:r>
      <w:r>
        <w:rPr>
          <w:sz w:val="20"/>
        </w:rPr>
        <w:t>29:52  to woh to allah ne hukm diya, rasool allah (saw) aur aap ke ashaab ne fitna ko khatm kar diya. ab hum jo kar rahe hain, dunya bhar mein jagah jagah jang kar rahe hain, woh to fitna ko dobara qaim karna hai, dobara wapas lana hai.</w:t>
      </w:r>
      <w:r>
        <w:br/>
      </w:r>
      <w:r>
        <w:rPr>
          <w:sz w:val="20"/>
        </w:rPr>
        <w:t>30:09  to yeh sab baatein jo hain, in ko samajhna padega, tabhi woh kuch kaam kar sakenge. warna jaise saare mulk barbad kiye hain unhone, aise hi falasteen bhi barbad ho jayega.</w:t>
      </w:r>
    </w:p>
    <w:p>
      <w:pPr>
        <w:pStyle w:val="Heading2"/>
      </w:pPr>
      <w:r>
        <w:t>Marriage registration and court marriage</w:t>
      </w:r>
    </w:p>
    <w:p>
      <w:r>
        <w:rPr>
          <w:color w:val="666666"/>
          <w:sz w:val="18"/>
        </w:rPr>
        <w:t>Kashmir Model November 01, 2015 · 3m 05s · at 41:14 · https://youtu.be/7DtTxO5WcBA?t=2474</w:t>
      </w:r>
    </w:p>
    <w:p>
      <w:r>
        <w:rPr>
          <w:i/>
        </w:rPr>
        <w:t>“Already ek law bana hua hai keh aap”</w:t>
      </w:r>
    </w:p>
    <w:p>
      <w:r>
        <w:rPr>
          <w:sz w:val="20"/>
        </w:rPr>
        <w:t>41:14  already ek law bana hua hai ke aap ek ladka ya ladki shadi karna chahte hain to court</w:t>
      </w:r>
      <w:r>
        <w:br/>
      </w:r>
      <w:r>
        <w:rPr>
          <w:sz w:val="20"/>
        </w:rPr>
        <w:t>41:21  mein jayen court barge haan court barge already kar sakte hain</w:t>
      </w:r>
      <w:r>
        <w:br/>
      </w:r>
      <w:r>
        <w:rPr>
          <w:sz w:val="20"/>
        </w:rPr>
        <w:t>41:26  woh aindah bhi karte hain khula darwaza khula rahega to ek exceptional rahega rasoolullah ke</w:t>
      </w:r>
      <w:r>
        <w:br/>
      </w:r>
      <w:r>
        <w:rPr>
          <w:sz w:val="20"/>
        </w:rPr>
        <w:t>41:33  zamane mein hijrat hui thi habsha ki hijrat kuch log madina se chhod kar ke chale gaye nahi</w:t>
      </w:r>
      <w:r>
        <w:br/>
      </w:r>
      <w:r>
        <w:rPr>
          <w:sz w:val="20"/>
        </w:rPr>
        <w:t>41:41  makkah se chhod kar makkah ke daur mein</w:t>
      </w:r>
      <w:r>
        <w:br/>
      </w:r>
      <w:r>
        <w:rPr>
          <w:sz w:val="20"/>
        </w:rPr>
        <w:t>41:45  habash chale gaye wahan jaane ke baad ek aadmi</w:t>
      </w:r>
      <w:r>
        <w:br/>
      </w:r>
      <w:r>
        <w:rPr>
          <w:sz w:val="20"/>
        </w:rPr>
        <w:t>41:50  isai ban gaya yani islam chhod ke isai ban gaya to aap yeh kahein ke hijrat jo hai</w:t>
      </w:r>
      <w:r>
        <w:br/>
      </w:r>
      <w:r>
        <w:rPr>
          <w:sz w:val="20"/>
        </w:rPr>
        <w:t>41:55  ghalat hai aise ek kuch waqiat hote rahenge</w:t>
      </w:r>
      <w:r>
        <w:br/>
      </w:r>
      <w:r>
        <w:rPr>
          <w:sz w:val="20"/>
        </w:rPr>
        <w:t>42:00  ek is ek ek exceptional waqiye se hijrat ka principle ghalat sabit nahi hota</w:t>
      </w:r>
      <w:r>
        <w:br/>
      </w:r>
      <w:r>
        <w:rPr>
          <w:sz w:val="20"/>
        </w:rPr>
        <w:t>42:07  aap is kitab ko padh lijiye is mein sari baatein hain woh 50 safhe ki kitab hai dekhiye</w:t>
      </w:r>
      <w:r>
        <w:br/>
      </w:r>
      <w:r>
        <w:rPr>
          <w:sz w:val="20"/>
        </w:rPr>
        <w:t>42:13  kisi system ko manne ke liye ek bahut zaroori shart hai openness bada dil</w:t>
      </w:r>
      <w:r>
        <w:br/>
      </w:r>
      <w:r>
        <w:rPr>
          <w:sz w:val="20"/>
        </w:rPr>
        <w:t>42:23  yeh hona chahiye</w:t>
      </w:r>
      <w:r>
        <w:br/>
      </w:r>
      <w:r>
        <w:rPr>
          <w:sz w:val="20"/>
        </w:rPr>
        <w:t>42:25  bada dil agar na ho to kisi cheez ko aap nahi maan sakte</w:t>
      </w:r>
      <w:r>
        <w:br/>
      </w:r>
      <w:r>
        <w:rPr>
          <w:sz w:val="20"/>
        </w:rPr>
        <w:t>42:31  aur thoda sa risk bhi lena parta hai</w:t>
      </w:r>
      <w:r>
        <w:br/>
      </w:r>
      <w:r>
        <w:rPr>
          <w:sz w:val="20"/>
        </w:rPr>
        <w:t>42:35  rasoolullah jab makkah chhod kar madina gaye to bhi is mein bhi risk shamil tha to thoda</w:t>
      </w:r>
      <w:r>
        <w:br/>
      </w:r>
      <w:r>
        <w:rPr>
          <w:sz w:val="20"/>
        </w:rPr>
        <w:t>42:41  sa risk to lena hi parta hai maulana european model mein kya kami hai ke unhone religion</w:t>
      </w:r>
      <w:r>
        <w:br/>
      </w:r>
      <w:r>
        <w:rPr>
          <w:sz w:val="20"/>
        </w:rPr>
        <w:t>42:47  ko alag kar diya hai dekhiye religion ko alag karna koi ghalat nahi tha ghalat nahi tha cheez</w:t>
      </w:r>
      <w:r>
        <w:br/>
      </w:r>
      <w:r>
        <w:rPr>
          <w:sz w:val="20"/>
        </w:rPr>
        <w:t>42:53  yeh hai ke jo civilization bani civilization poori secular thi</w:t>
      </w:r>
      <w:r>
        <w:br/>
      </w:r>
      <w:r>
        <w:rPr>
          <w:sz w:val="20"/>
        </w:rPr>
        <w:t>42:57  mazhabi logon ne yeh nahi kiya ke modern jo concept hai modern science hai modern philosophy hai is</w:t>
      </w:r>
      <w:r>
        <w:br/>
      </w:r>
      <w:r>
        <w:rPr>
          <w:sz w:val="20"/>
        </w:rPr>
        <w:t>43:07  par mazhab ko pesh karen</w:t>
      </w:r>
      <w:r>
        <w:br/>
      </w:r>
      <w:r>
        <w:rPr>
          <w:sz w:val="20"/>
        </w:rPr>
        <w:t>43:10  asal kami yahan hai inhein koi farq na hota is ke sath alag karne se koi farq na</w:t>
      </w:r>
      <w:r>
        <w:br/>
      </w:r>
      <w:r>
        <w:rPr>
          <w:sz w:val="20"/>
        </w:rPr>
        <w:t>43:14  hota kuch bhi kijiye alag kijiye na alag kijiye ap mazhab ko ek rational bhej dijiye to aadmi</w:t>
      </w:r>
      <w:r>
        <w:br/>
      </w:r>
      <w:r>
        <w:rPr>
          <w:sz w:val="20"/>
        </w:rPr>
        <w:t>43:24  chhodega nahi is ko kyunke to woh nature mein hai</w:t>
      </w:r>
      <w:r>
        <w:br/>
      </w:r>
      <w:r>
        <w:rPr>
          <w:sz w:val="20"/>
        </w:rPr>
        <w:t>43:29  to wahan ke logon ne mazhab ko rational base nahi kiya</w:t>
      </w:r>
      <w:r>
        <w:br/>
      </w:r>
      <w:r>
        <w:rPr>
          <w:sz w:val="20"/>
        </w:rPr>
        <w:t>43:34  sirf ek color ka mamla bana raha hua</w:t>
      </w:r>
      <w:r>
        <w:br/>
      </w:r>
      <w:r>
        <w:rPr>
          <w:sz w:val="20"/>
        </w:rPr>
        <w:t>43:39  jaise hum koshish kar rahe hain hum ne jo kitabein chhapi hain hamare yahan se woh sab yeh</w:t>
      </w:r>
      <w:r>
        <w:br/>
      </w:r>
      <w:r>
        <w:rPr>
          <w:sz w:val="20"/>
        </w:rPr>
        <w:t>43:42  hai ke mazhab ko rational bhej dena</w:t>
      </w:r>
      <w:r>
        <w:br/>
      </w:r>
      <w:r>
        <w:rPr>
          <w:sz w:val="20"/>
        </w:rPr>
        <w:t>43:46  jo bhi kitabein hamari padhein ap to ek koshish aati hai is ko rational bhej dena dekhiye insan</w:t>
      </w:r>
      <w:r>
        <w:br/>
      </w:r>
      <w:r>
        <w:rPr>
          <w:sz w:val="20"/>
        </w:rPr>
        <w:t>43:52  jo hai hamesha</w:t>
      </w:r>
      <w:r>
        <w:br/>
      </w:r>
      <w:r>
        <w:rPr>
          <w:sz w:val="20"/>
        </w:rPr>
        <w:t>43:56  by nature woh apni religion ko follow karta hai is mamle ki nahi sunta woh</w:t>
      </w:r>
      <w:r>
        <w:br/>
      </w:r>
      <w:r>
        <w:rPr>
          <w:sz w:val="20"/>
        </w:rPr>
        <w:t>44:03  agar kisi cheez cheez ko ap rational ground par prove kar dein to aadmi kuch nahi sunega</w:t>
      </w:r>
      <w:r>
        <w:br/>
      </w:r>
      <w:r>
        <w:rPr>
          <w:sz w:val="20"/>
        </w:rPr>
        <w:t>44:10  is ko follow karega woh insan hamesha apne nature ke aitbar se reason ko follow karta hai</w:t>
      </w:r>
    </w:p>
    <w:p>
      <w:pPr>
        <w:pStyle w:val="Heading2"/>
      </w:pPr>
      <w:r>
        <w:t>Islam's peaceful mission and the true meaning of jihad</w:t>
      </w:r>
    </w:p>
    <w:p>
      <w:r>
        <w:rPr>
          <w:color w:val="666666"/>
          <w:sz w:val="18"/>
        </w:rPr>
        <w:t>Importance of Peace November 29, 2013 · 4m 46s · at 31:46 · https://youtu.be/ojJ4gCFf-YE?t=1906</w:t>
      </w:r>
    </w:p>
    <w:p>
      <w:r>
        <w:rPr>
          <w:i/>
        </w:rPr>
        <w:t>“So many stories say the Prophet engaged in many wars — completely wrong”</w:t>
      </w:r>
    </w:p>
    <w:p>
      <w:r>
        <w:rPr>
          <w:sz w:val="20"/>
        </w:rPr>
        <w:t>31:46  There are so many stories about the Prophet of Islam that he was engaged in so many wars. Completely wrong.</w:t>
      </w:r>
      <w:r>
        <w:br/>
      </w:r>
      <w:r>
        <w:rPr>
          <w:sz w:val="20"/>
        </w:rPr>
        <w:t>31:56  prophet of islam never involved any any any war, except some time when he was compelled to leave for defence.</w:t>
      </w:r>
      <w:r>
        <w:br/>
      </w:r>
      <w:r>
        <w:rPr>
          <w:sz w:val="20"/>
        </w:rPr>
        <w:t>32:07  there are some some small skirmishes, not war skirmishes. all those ghazwat, all those so called war are skirmishes, because these ghazwat lasted only one day.</w:t>
      </w:r>
      <w:r>
        <w:br/>
      </w:r>
      <w:r>
        <w:rPr>
          <w:sz w:val="20"/>
        </w:rPr>
        <w:t>32:28  according to the scholar definition, it is six day to call an act a war.</w:t>
      </w:r>
      <w:r>
        <w:br/>
      </w:r>
      <w:r>
        <w:rPr>
          <w:sz w:val="20"/>
        </w:rPr>
        <w:t>32:39  a minimum period must be six day, then is a war. so there was no full fledged war.</w:t>
      </w:r>
      <w:r>
        <w:br/>
      </w:r>
      <w:r>
        <w:rPr>
          <w:sz w:val="20"/>
        </w:rPr>
        <w:t>32:49  there was some established.</w:t>
      </w:r>
      <w:r>
        <w:br/>
      </w:r>
      <w:r>
        <w:rPr>
          <w:sz w:val="20"/>
        </w:rPr>
        <w:t>32:53  why? what is the reason?</w:t>
      </w:r>
      <w:r>
        <w:br/>
      </w:r>
      <w:r>
        <w:rPr>
          <w:sz w:val="20"/>
        </w:rPr>
        <w:t>32:58  islam has a mission, a great mission. and what is that mission</w:t>
      </w:r>
      <w:r>
        <w:br/>
      </w:r>
      <w:r>
        <w:rPr>
          <w:sz w:val="20"/>
        </w:rPr>
        <w:t>33:05  ? that mission is to to make full, to make people aware of the creation plan of god.</w:t>
      </w:r>
      <w:r>
        <w:br/>
      </w:r>
      <w:r>
        <w:rPr>
          <w:sz w:val="20"/>
        </w:rPr>
        <w:t>33:16  this is the islamic mission: to make people aware of the creation plan of god. yani why god almighty created man?</w:t>
      </w:r>
      <w:r>
        <w:br/>
      </w:r>
      <w:r>
        <w:rPr>
          <w:sz w:val="20"/>
        </w:rPr>
        <w:t>33:30  what is the right path? what is wrong path?</w:t>
      </w:r>
      <w:r>
        <w:br/>
      </w:r>
      <w:r>
        <w:rPr>
          <w:sz w:val="20"/>
        </w:rPr>
        <w:t>33:34  what is death? what is pre death? and what is post death? what is the successful way of life for man?</w:t>
      </w:r>
      <w:r>
        <w:br/>
      </w:r>
      <w:r>
        <w:rPr>
          <w:sz w:val="20"/>
        </w:rPr>
        <w:t>33:45  how man can find entry into paradise? what is the salvation? all these questions are very important questions, and this is the only mission of prophet that to make people aware of these issues.</w:t>
      </w:r>
      <w:r>
        <w:br/>
      </w:r>
      <w:r>
        <w:rPr>
          <w:sz w:val="20"/>
        </w:rPr>
        <w:t>34:04  so what is the these issues? are yani there is no need for why fighting? no need for fighting.</w:t>
      </w:r>
      <w:r>
        <w:br/>
      </w:r>
      <w:r>
        <w:rPr>
          <w:sz w:val="20"/>
        </w:rPr>
        <w:t>34:16  islam wants peace so that he may complete his mission.</w:t>
      </w:r>
      <w:r>
        <w:br/>
      </w:r>
      <w:r>
        <w:rPr>
          <w:sz w:val="20"/>
        </w:rPr>
        <w:t>34:23  this kind of mission cannot be completed except in the situation of peace. it required normalcy.</w:t>
      </w:r>
      <w:r>
        <w:br/>
      </w:r>
      <w:r>
        <w:rPr>
          <w:sz w:val="20"/>
        </w:rPr>
        <w:t>34:31  if there is hate, if there are non, if there hate, violence, provocation, then you cannot perform this mission.</w:t>
      </w:r>
      <w:r>
        <w:br/>
      </w:r>
      <w:r>
        <w:rPr>
          <w:sz w:val="20"/>
        </w:rPr>
        <w:t>34:42  so the only concern of islam or prophet of islam was to make people aware of the creation plan of god.</w:t>
      </w:r>
      <w:r>
        <w:br/>
      </w:r>
      <w:r>
        <w:rPr>
          <w:sz w:val="20"/>
        </w:rPr>
        <w:t>34:52  this is the only concern, not conversion. conversion was not the concern of islam. no,</w:t>
      </w:r>
      <w:r>
        <w:br/>
      </w:r>
      <w:r>
        <w:rPr>
          <w:sz w:val="20"/>
        </w:rPr>
        <w:t>35:01  only tabligh, only da'wah, only conveying the message of god to all mankind.</w:t>
      </w:r>
      <w:r>
        <w:br/>
      </w:r>
      <w:r>
        <w:rPr>
          <w:sz w:val="20"/>
        </w:rPr>
        <w:t>35:12  god almighty, it is god almighty concern that people must be aware. why? what is the purpose of life?</w:t>
      </w:r>
      <w:r>
        <w:br/>
      </w:r>
      <w:r>
        <w:rPr>
          <w:sz w:val="20"/>
        </w:rPr>
        <w:t>35:23  what is the purpose of life? what is the end? what is the end of life? what is paradise? how they can find int</w:t>
      </w:r>
      <w:r>
        <w:br/>
      </w:r>
      <w:r>
        <w:rPr>
          <w:sz w:val="20"/>
        </w:rPr>
        <w:t>35:31  ry into paradise? all these things are concern of islam. so it is a peaceful mission. this kind of mission, a mission of this kind can be performed only in a in a normal situation, in a peaceful situation.</w:t>
      </w:r>
      <w:r>
        <w:br/>
      </w:r>
      <w:r>
        <w:rPr>
          <w:sz w:val="20"/>
        </w:rPr>
        <w:t>35:49  if there are war, if there are fighting, then you cannot perform this kind of mission.</w:t>
      </w:r>
      <w:r>
        <w:br/>
      </w:r>
      <w:r>
        <w:rPr>
          <w:sz w:val="20"/>
        </w:rPr>
        <w:t>35:56  so all those muslims who are engaged in war, it is their, it is their concern, it not islamic concern.</w:t>
      </w:r>
      <w:r>
        <w:br/>
      </w:r>
      <w:r>
        <w:rPr>
          <w:sz w:val="20"/>
        </w:rPr>
        <w:t>36:05  it is not jihad. it is, it is their yani former fighting. it is not jihad.</w:t>
      </w:r>
      <w:r>
        <w:br/>
      </w:r>
      <w:r>
        <w:rPr>
          <w:sz w:val="20"/>
        </w:rPr>
        <w:t>36:18  ayon in falasteen, ayon in kashmir, ayon and all those countries well they are engaged in jihad. is not jihad, because you see word jihad.</w:t>
      </w:r>
    </w:p>
    <w:p>
      <w:pPr>
        <w:pStyle w:val="Heading2"/>
      </w:pPr>
      <w:r>
        <w:t>Critique of the political interpretation of Islam and jihad</w:t>
      </w:r>
    </w:p>
    <w:p>
      <w:r>
        <w:rPr>
          <w:color w:val="666666"/>
          <w:sz w:val="18"/>
        </w:rPr>
        <w:t>Islam Has No Place for Terrorism May 4, 2025 · 4m 33s · at 48:47 · https://youtu.be/Q6vPQ2BOOs4?t=2927</w:t>
      </w:r>
    </w:p>
    <w:p>
      <w:r>
        <w:rPr>
          <w:i/>
        </w:rPr>
        <w:t>“Yeh chalta pehle se raha tha, Jamaluddin Afghani ke zamane se”</w:t>
      </w:r>
    </w:p>
    <w:p>
      <w:r>
        <w:rPr>
          <w:sz w:val="20"/>
        </w:rPr>
        <w:t>48:47  hain. aap a, aaj kyunke teen kitaaben bhi Maulana ki humein launch karni hain, to ab main yeh aakhri sawal aapse poochunga, which was very important question, that if you can throw some light on the political interpretation of Islam, because sab se badi jar jo violence, extremism, terrorism hai, woh yeh yeh hai: political interpretation karna Islam ka.</w:t>
      </w:r>
      <w:r>
        <w:br/>
      </w:r>
      <w:r>
        <w:rPr>
          <w:sz w:val="20"/>
        </w:rPr>
        <w:t>49:09  to is is ko aap wazeh karen. yeh chalta pehle se tha, jamaluddin afghani ke zamane se</w:t>
      </w:r>
      <w:r>
        <w:br/>
      </w:r>
      <w:r>
        <w:rPr>
          <w:sz w:val="20"/>
        </w:rPr>
        <w:t>49:18  syed qutb ne bhi isi line pe kaam kiya, lekin maulana abul ala maududi ne poori ideology develop ki, jaise aap ne kaha tha na aaj, is zamane mein communism nikla tha, un ka dialectical materialism jo hai ke jo hamara party mein nahi hai, woh hamara dushman hai.</w:t>
      </w:r>
      <w:r>
        <w:br/>
      </w:r>
      <w:r>
        <w:rPr>
          <w:sz w:val="20"/>
        </w:rPr>
        <w:t>49:38  to bilkul wahi sara unhon ne adopt kar liya, aur jo un ki jamaat mein nahi hai, woh un ka nahi hai.</w:t>
      </w:r>
      <w:r>
        <w:br/>
      </w:r>
      <w:r>
        <w:rPr>
          <w:sz w:val="20"/>
        </w:rPr>
        <w:t>49:46  phir us se chahe woh jang karen, chahe kuch bhi karen, sab jaiz ho jata hai. to un ki jo ideology hai, ke chand cheezen jo maulana ki do kitaben detail mein hain, deen ki siyasi taabeer to thoda brief mein hai, lekin doosri hai taabeer ki ghalati, woh detail mein hai.</w:t>
      </w:r>
      <w:r>
        <w:br/>
      </w:r>
      <w:r>
        <w:rPr>
          <w:sz w:val="20"/>
        </w:rPr>
        <w:t>50:04  to us mein saari detail aap logon ko milegi. to unhon ne jo sab se moti moti cheezen jo hain, ibadat deen,</w:t>
      </w:r>
      <w:r>
        <w:br/>
      </w:r>
      <w:r>
        <w:rPr>
          <w:sz w:val="20"/>
        </w:rPr>
        <w:t>50:16  to us mein hai ke deen ke maane state. to deen ke maane state kar diya hai. to ab jab deen ke maane state hain, to sab se badi jo hai hamara kaam, woh yeh ho gaya ke hum political power ko hasil karen, aur state ke zariye se hum tamam jo hain,</w:t>
      </w:r>
      <w:r>
        <w:br/>
      </w:r>
      <w:r>
        <w:rPr>
          <w:sz w:val="20"/>
        </w:rPr>
        <w:t>50:38  woh jo tamam qawaneen hain, isko isko implement karen.</w:t>
      </w:r>
      <w:r>
        <w:br/>
      </w:r>
      <w:r>
        <w:rPr>
          <w:sz w:val="20"/>
        </w:rPr>
        <w:t>50:47  to yeh excessi ghulu hai, aur yeh bohat ziyada jo hai, yeh Islam mein mana kiya gaya extremism ko, kyunke jab hum is tareeqe ki tehreek chalate hain, to woh tehreek jo hai,</w:t>
      </w:r>
      <w:r>
        <w:br/>
      </w:r>
      <w:r>
        <w:rPr>
          <w:sz w:val="20"/>
        </w:rPr>
        <w:t>51:02  woh iske upar hoti hai jiske paas already power hai.</w:t>
      </w:r>
      <w:r>
        <w:br/>
      </w:r>
      <w:r>
        <w:rPr>
          <w:sz w:val="20"/>
        </w:rPr>
        <w:t>51:07  to woh power iske paas hai, iske paas fauj hai, woh crush karega, aur is tareeqe se musalsal la-mutanahi tor par jang jo hai, woh chalti rahegi, chalti rahegi.</w:t>
      </w:r>
      <w:r>
        <w:br/>
      </w:r>
      <w:r>
        <w:rPr>
          <w:sz w:val="20"/>
        </w:rPr>
        <w:t>51:18  to yeh yeh ho raha hai aaj ki duniya mein, sau saal se yahi ho raha hai. To tamam paighambar, woh Maulana Maudoodi ne kaha ke hukoomat-e-Ilahiya qaim karne ke liye bheje gaye the, halanke bilkul baseless hai tamam paighambaron ke bare mein jo hamein maloomat hain.</w:t>
      </w:r>
      <w:r>
        <w:br/>
      </w:r>
      <w:r>
        <w:rPr>
          <w:sz w:val="20"/>
        </w:rPr>
        <w:t>51:35  abhi maine Hazrat Musa ke bare mein bataya tha ke woh sab kuch chhod chhad kar chale gaye. Asal cheez hai tazkiya-e-nafs, hamari spiritual training.</w:t>
      </w:r>
      <w:r>
        <w:br/>
      </w:r>
      <w:r>
        <w:rPr>
          <w:sz w:val="20"/>
        </w:rPr>
        <w:t>51:46  to is tareeqe se unhone is kaam ko zyada ahmiyat di. Jab hum trained ho jayenge, jab hum is qabil ho jayenge ke hum hukoomat ke farayez ko sambhal saken, to yeh Allah ki marzi</w:t>
      </w:r>
      <w:r>
        <w:br/>
      </w:r>
      <w:r>
        <w:rPr>
          <w:sz w:val="20"/>
        </w:rPr>
        <w:t>52:00  hai. Allah kabhi hamein hukoomat, political power dega, kabhi nahi dega. Matlab yeh Khuda ka jurisprudence hai.</w:t>
      </w:r>
      <w:r>
        <w:br/>
      </w:r>
      <w:r>
        <w:rPr>
          <w:sz w:val="20"/>
        </w:rPr>
        <w:t>52:09  hamari koshish karne se hamein nahi milega, kyunke siyasi jahad hamara maqsad nahi hai. To hamara maqsad to yeh hai jo Quran ki ayat mein aaya hai: "Wa ma khalaqtul jinna wal insa illa li ya'budun". To Khuda ne hamein ibaadat karne ke liye, apni ma'rifat hasil karne ke liye hamein banaya</w:t>
      </w:r>
      <w:r>
        <w:br/>
      </w:r>
      <w:r>
        <w:rPr>
          <w:sz w:val="20"/>
        </w:rPr>
        <w:t>52:28  hai, hukoomat qaim karne ke liye nahi banaya. Hukoomat ka qayam to aise hi hai jaise zakat. Agar hamare paas paisa hai to hum zakat denge, nahi hai to hum kahin bhi, kahin se zabardasti, kahin kisi ke paas se hasil karne thodi jayenge ke hamein zakat deni hai.</w:t>
      </w:r>
      <w:r>
        <w:br/>
      </w:r>
      <w:r>
        <w:rPr>
          <w:sz w:val="20"/>
        </w:rPr>
        <w:t>52:46  woh hai to hamare upar farz hai, nahi hai to nahi farz hai. To isi tareeqe se siyasat hai. Agar</w:t>
      </w:r>
      <w:r>
        <w:br/>
      </w:r>
      <w:r>
        <w:rPr>
          <w:sz w:val="20"/>
        </w:rPr>
        <w:t>52:52  hamein siyasi siyasat mein, political power mein hamein hissa milta hai to hum in qawaneen ko to koshish karenge ke isko, isko implement kiya jaye.</w:t>
      </w:r>
      <w:r>
        <w:br/>
      </w:r>
      <w:r>
        <w:rPr>
          <w:sz w:val="20"/>
        </w:rPr>
        <w:t>53:04  nahi to nahi, woh hamari zimmedari nahi hai, kyunke yeh Khuda ka inaam hai. Khuda jab inaam se sarfraz farmayega, tab yeh hamari, hamare upar yeh zimmedari aayegi.</w:t>
      </w:r>
      <w:r>
        <w:br/>
      </w:r>
      <w:r>
        <w:rPr>
          <w:sz w:val="20"/>
        </w:rPr>
        <w:t>53:15  to yeh sabse bada masla yahi hai. Isi wajah se sau baras se ladaiyan ho rahi</w:t>
      </w:r>
    </w:p>
    <w:p>
      <w:pPr>
        <w:pStyle w:val="Heading2"/>
      </w:pPr>
      <w:r>
        <w:t>Wrong to give power to degenerated Muslims</w:t>
      </w:r>
    </w:p>
    <w:p>
      <w:r>
        <w:rPr>
          <w:color w:val="666666"/>
          <w:sz w:val="18"/>
        </w:rPr>
        <w:t>Present Day Muslims Jan 13, 2013 · 5m 18s · at 37:11 · https://youtu.be/CVcbWVYitog?t=2231</w:t>
      </w:r>
    </w:p>
    <w:p>
      <w:r>
        <w:rPr>
          <w:i/>
        </w:rPr>
        <w:t>“Yeh hai masla musalmano ka”</w:t>
      </w:r>
    </w:p>
    <w:p>
      <w:r>
        <w:rPr>
          <w:sz w:val="20"/>
        </w:rPr>
        <w:t>37:11  aisi qom ke liye jo logon ne kaha ke in ko alag hamein aik land do hamein aik pakistan chahiye wo kitna zyada hikmat se khali the.</w:t>
      </w:r>
      <w:r>
        <w:br/>
      </w:r>
      <w:r>
        <w:rPr>
          <w:sz w:val="20"/>
        </w:rPr>
        <w:t>37:22  kitna zyada be khabar the tareekh se kitna zyada be khabar the haqeeqat se.</w:t>
      </w:r>
      <w:r>
        <w:br/>
      </w:r>
      <w:r>
        <w:rPr>
          <w:sz w:val="20"/>
        </w:rPr>
        <w:t>37:33  kyunke aap dekhiye jo log jhoot mein jeete hon jo log manfi mein jeete hon jo log jhoote fakhr mein jeete hon un ko aap land de dein to kya hoga?</w:t>
      </w:r>
      <w:r>
        <w:br/>
      </w:r>
      <w:r>
        <w:rPr>
          <w:sz w:val="20"/>
        </w:rPr>
        <w:t>37:48  un ko aap siyasat taqat de dein aur land de dein to kya hoga? aapas mein ladenge aur kya karenge wo? yahi ho raha hai. That was not aright starting point</w:t>
      </w:r>
      <w:r>
        <w:br/>
      </w:r>
      <w:r>
        <w:rPr>
          <w:sz w:val="20"/>
        </w:rPr>
        <w:t>38:02  musalman jahan pahunch chuke the wahan un ko kya karna tha? un ko taleem deni thi. un ko phir se bahal karna tha.</w:t>
      </w:r>
      <w:r>
        <w:br/>
      </w:r>
      <w:r>
        <w:rPr>
          <w:sz w:val="20"/>
        </w:rPr>
        <w:t>38:11  dobara paida karna tha un ko. aik bohat hi khamosh aur bohat hi pur aman jahad darkar thi.</w:t>
      </w:r>
      <w:r>
        <w:br/>
      </w:r>
      <w:r>
        <w:rPr>
          <w:sz w:val="20"/>
        </w:rPr>
        <w:t>38:22  un ko phir se uth un ke ahya ke liye is ko kehte hain ahya bahali. That was notright starting point ke unhein hukoomat de do.</w:t>
      </w:r>
      <w:r>
        <w:br/>
      </w:r>
      <w:r>
        <w:rPr>
          <w:sz w:val="20"/>
        </w:rPr>
        <w:t>38:32  hukoomat kya karenge le kar ke? yani aisi hi baat hai jaise ke hamare haan aik sahab the bohat paisa kamaya unhone.</w:t>
      </w:r>
      <w:r>
        <w:br/>
      </w:r>
      <w:r>
        <w:rPr>
          <w:sz w:val="20"/>
        </w:rPr>
        <w:t>38:43  wo ladka un ka nalaiq tha. to paisa bohat kamaya aur us nalaiq bete ko paisa de kar mar gaye.</w:t>
      </w:r>
      <w:r>
        <w:br/>
      </w:r>
      <w:r>
        <w:rPr>
          <w:sz w:val="20"/>
        </w:rPr>
        <w:t>38:53  us nalaiq bete ne sare paison ko barbaad kar diya.</w:t>
      </w:r>
      <w:r>
        <w:br/>
      </w:r>
      <w:r>
        <w:rPr>
          <w:sz w:val="20"/>
        </w:rPr>
        <w:t>39:00  aik sahab ne bataya ke un ke bete ko main ne dekha hai kolkata ki sarkon par wo aamal nama aur fa'al nama jo kitabein hoti hain wo bech raha tha. wo aur bohat paisa chhoda tha unhone buildingen aur paisa sab kuch.</w:t>
      </w:r>
      <w:r>
        <w:br/>
      </w:r>
      <w:r>
        <w:rPr>
          <w:sz w:val="20"/>
        </w:rPr>
        <w:t>39:15  sab paisa barbaad kar ke sarkon par wo chhoti chhoti kitabein jo hoti hain bech kar us se rozi kama raha tha wo. to aik nalaiq bete ko aik baap agar paisa de kar jaye to kya hoga?</w:t>
      </w:r>
      <w:r>
        <w:br/>
      </w:r>
      <w:r>
        <w:rPr>
          <w:sz w:val="20"/>
        </w:rPr>
        <w:t>39:30  wo beta paise ko barbaad karega? aisi zawaal yafta qom ko koi bar e sagheer university de raha hai koi muslim pakistan de raha hai wo bhi tabaah wo bhi tabaah.</w:t>
      </w:r>
      <w:r>
        <w:br/>
      </w:r>
      <w:r>
        <w:rPr>
          <w:sz w:val="20"/>
        </w:rPr>
        <w:t>39:44  sab tabaah hain. khush fehmiyon ki gumbad banana chhod diye aap.</w:t>
      </w:r>
      <w:r>
        <w:br/>
      </w:r>
      <w:r>
        <w:rPr>
          <w:sz w:val="20"/>
        </w:rPr>
        <w:t>39:49  aaj yeh halat hai ke bar e sagheer university ka aadmi jab degree le kar jata hai arab mumalik mein bhi haal yeh hai. to wo degree mante nahin us ko wo. jab tak dobara wo test de.</w:t>
      </w:r>
      <w:r>
        <w:br/>
      </w:r>
      <w:r>
        <w:rPr>
          <w:sz w:val="20"/>
        </w:rPr>
        <w:t>40:01  baghair dobara test ke un ko koi naukri nahin milta un ko wahan.</w:t>
      </w:r>
      <w:r>
        <w:br/>
      </w:r>
      <w:r>
        <w:rPr>
          <w:sz w:val="20"/>
        </w:rPr>
        <w:t>40:07  to is zamane mein jitne bhi leader uthe baghair kisi istis'na ke sab ne kiya kiya?</w:t>
      </w:r>
      <w:r>
        <w:br/>
      </w:r>
      <w:r>
        <w:rPr>
          <w:sz w:val="20"/>
        </w:rPr>
        <w:t>40:15  ke yeh nahi jaana unhon ne ke yeh qom zawal yafta qom hai. to pehle is ke is ke is ko zinda karo dobara.</w:t>
      </w:r>
      <w:r>
        <w:br/>
      </w:r>
      <w:r>
        <w:rPr>
          <w:sz w:val="20"/>
        </w:rPr>
        <w:t>40:25  bahaal karo in ko. phir aage ke marhala aye ga. to sari in ki koshishein jo theen woh kiya theen? Putting the cart before haath band kar reh gayi.</w:t>
      </w:r>
      <w:r>
        <w:br/>
      </w:r>
      <w:r>
        <w:rPr>
          <w:sz w:val="20"/>
        </w:rPr>
        <w:t>40:36  dekhiye sahi ibtida se agar aap chalein tab koi</w:t>
      </w:r>
      <w:r>
        <w:br/>
      </w:r>
      <w:r>
        <w:rPr>
          <w:sz w:val="20"/>
        </w:rPr>
        <w:t>40:40  kaam hoga. jaise ab hum aap is building mein hain. farz kiya yahan ka jo builder tha woh shuru karta chhat banane se.</w:t>
      </w:r>
      <w:r>
        <w:br/>
      </w:r>
      <w:r>
        <w:rPr>
          <w:sz w:val="20"/>
        </w:rPr>
        <w:t>40:53  yani is building ko banane ka aaghaz woh karta chhat banane se. to kiya building banti kabhi? kabhi nahi ban sakti thi.</w:t>
      </w:r>
      <w:r>
        <w:br/>
      </w:r>
      <w:r>
        <w:rPr>
          <w:sz w:val="20"/>
        </w:rPr>
        <w:t>41:03  hazaron saal mein bhi nahi banti woh. kyunke building ka aaghaz hota hai buniyad se. zameen se chhat se nahi hota hai. to jitne leader the hamare is mein koi istis'na nahi hai.</w:t>
      </w:r>
      <w:r>
        <w:br/>
      </w:r>
      <w:r>
        <w:rPr>
          <w:sz w:val="20"/>
        </w:rPr>
        <w:t>41:16  No exception at all .</w:t>
      </w:r>
      <w:r>
        <w:br/>
      </w:r>
      <w:r>
        <w:rPr>
          <w:sz w:val="20"/>
        </w:rPr>
        <w:t>41:19  sab ne is haqiqat ko jaane baghair ke musalman jo hain zawal ho chuka hai woh zawal ka shikar hain.</w:t>
      </w:r>
      <w:r>
        <w:br/>
      </w:r>
      <w:r>
        <w:rPr>
          <w:sz w:val="20"/>
        </w:rPr>
        <w:t>41:29  un ke andar koi jaan nahi reh gayi hai. to pehle un ko bahaal karo. pehle un ko taleem dein. phir aage ka kaam hoga.</w:t>
      </w:r>
      <w:r>
        <w:br/>
      </w:r>
      <w:r>
        <w:rPr>
          <w:sz w:val="20"/>
        </w:rPr>
        <w:t>41:39  lekin sab ne chalaki laga di.</w:t>
      </w:r>
      <w:r>
        <w:br/>
      </w:r>
      <w:r>
        <w:rPr>
          <w:sz w:val="20"/>
        </w:rPr>
        <w:t>41:42  bade bade islami hukoomat aur muslim Pakistan aur muslim university aur sab ke sab barbaad hain.</w:t>
      </w:r>
      <w:r>
        <w:br/>
      </w:r>
      <w:r>
        <w:rPr>
          <w:sz w:val="20"/>
        </w:rPr>
        <w:t>41:51  kahin kuch bhi nahi.</w:t>
      </w:r>
      <w:r>
        <w:br/>
      </w:r>
      <w:r>
        <w:rPr>
          <w:sz w:val="20"/>
        </w:rPr>
        <w:t>41:58  International level par bade bade idare ban rahe hain zaroor.</w:t>
      </w:r>
      <w:r>
        <w:br/>
      </w:r>
      <w:r>
        <w:rPr>
          <w:sz w:val="20"/>
        </w:rPr>
        <w:t>42:06  kisi ne sahi kaha hai ke My way to begin from the beginning.</w:t>
      </w:r>
      <w:r>
        <w:br/>
      </w:r>
      <w:r>
        <w:rPr>
          <w:sz w:val="20"/>
        </w:rPr>
        <w:t>42:14  kaam ka aaghaz ibtida se hota hai. intiha se nahi hota hai. jaise building ka aaghaz buniyad se hota hai chhat se nahi hota hai.</w:t>
      </w:r>
      <w:r>
        <w:br/>
      </w:r>
      <w:r>
        <w:rPr>
          <w:sz w:val="20"/>
        </w:rPr>
        <w:t>42:25  aise hi is qom ka muamla hai.</w:t>
      </w:r>
    </w:p>
    <w:p>
      <w:pPr>
        <w:pStyle w:val="Heading2"/>
      </w:pPr>
      <w:r>
        <w:t>Patience and waiting for relief in life</w:t>
      </w:r>
    </w:p>
    <w:p>
      <w:r>
        <w:rPr>
          <w:color w:val="666666"/>
          <w:sz w:val="18"/>
        </w:rPr>
        <w:t>On Issues of the Youth · 5m 02s · at 41:35 · https://youtu.be/iBCPuyaTsc4?t=2495</w:t>
      </w:r>
    </w:p>
    <w:p>
      <w:r>
        <w:rPr>
          <w:i/>
        </w:rPr>
        <w:t>“People used to go to the elder for blessings.”</w:t>
      </w:r>
    </w:p>
    <w:p>
      <w:r>
        <w:rPr>
          <w:sz w:val="20"/>
        </w:rPr>
        <w:t>41:35  toh log barkat ke liye wahan jaya karte the buzurg ke paas ke Hazrat hamare liye dua kijiye.</w:t>
      </w:r>
      <w:r>
        <w:br/>
      </w:r>
      <w:r>
        <w:rPr>
          <w:sz w:val="20"/>
        </w:rPr>
        <w:t>41:43  to ek ladki ki shadi hui kahin doosre jagah par, to shadi ke baad jab rukhsat ho kar</w:t>
      </w:r>
      <w:r>
        <w:br/>
      </w:r>
      <w:r>
        <w:rPr>
          <w:sz w:val="20"/>
        </w:rPr>
        <w:t>41:50  ja rahi thi woh ladki, toh woh gayi unke saath, unke paas ke Hazrat kuch dua kijiye.</w:t>
      </w:r>
      <w:r>
        <w:br/>
      </w:r>
      <w:r>
        <w:rPr>
          <w:sz w:val="20"/>
        </w:rPr>
        <w:t>41:58  iski maa iske saath thi, maa ne kaha ke Hazrat isko</w:t>
      </w:r>
      <w:r>
        <w:br/>
      </w:r>
      <w:r>
        <w:rPr>
          <w:sz w:val="20"/>
        </w:rPr>
        <w:t>42:05  achi kamyab zindagi guzre, iski iske liye hum laye hain isko aap ke paas.</w:t>
      </w:r>
      <w:r>
        <w:br/>
      </w:r>
      <w:r>
        <w:rPr>
          <w:sz w:val="20"/>
        </w:rPr>
        <w:t>42:13  toh unhon ne sirf ek jumla kaha, unhon ne yeh kaha ke tum jis ghar mein ja rahi</w:t>
      </w:r>
      <w:r>
        <w:br/>
      </w:r>
      <w:r>
        <w:rPr>
          <w:sz w:val="20"/>
        </w:rPr>
        <w:t>42:21  ho, ek naya ghar hoga, toh ek kaam karna tum sirf bas woh yeh ke yeh intezar mat</w:t>
      </w:r>
      <w:r>
        <w:br/>
      </w:r>
      <w:r>
        <w:rPr>
          <w:sz w:val="20"/>
        </w:rPr>
        <w:t>42:29  karna ke koi tum se kahe karne ke liye tab karo, balkeh dekhti rehna ke kaun sa kaam karna hai.</w:t>
      </w:r>
      <w:r>
        <w:br/>
      </w:r>
      <w:r>
        <w:rPr>
          <w:sz w:val="20"/>
        </w:rPr>
        <w:t>42:36  iska waqt aa gaya toh khud se kar dalna is kaam ko, yaani kehe baghair kaam karna, kehe baghair.</w:t>
      </w:r>
      <w:r>
        <w:br/>
      </w:r>
      <w:r>
        <w:rPr>
          <w:sz w:val="20"/>
        </w:rPr>
        <w:t>42:44  is is ghar mein tum ek aisi member ban jaana ke kehe baghair tum doosron ka zaroorat poori</w:t>
      </w:r>
      <w:r>
        <w:br/>
      </w:r>
      <w:r>
        <w:rPr>
          <w:sz w:val="20"/>
        </w:rPr>
        <w:t>42:51  karo, kehe baghair ghar ke kaam ko sambhalo, keh kar nahi, baghair kahe hui.</w:t>
      </w:r>
      <w:r>
        <w:br/>
      </w:r>
      <w:r>
        <w:rPr>
          <w:sz w:val="20"/>
        </w:rPr>
        <w:t>42:59  ab ek bohat simple si baat hai, lekin</w:t>
      </w:r>
      <w:r>
        <w:br/>
      </w:r>
      <w:r>
        <w:rPr>
          <w:sz w:val="20"/>
        </w:rPr>
        <w:t>43:06  do saal ke baad jab dobara woh mili buzurg se toh uski maa ne kaha ke Hazrat,</w:t>
      </w:r>
      <w:r>
        <w:br/>
      </w:r>
      <w:r>
        <w:rPr>
          <w:sz w:val="20"/>
        </w:rPr>
        <w:t>43:14  boht boht hi kamyab zindagi rahi is ki, kyunke isi isi ko pakar liya is ne.</w:t>
      </w:r>
      <w:r>
        <w:br/>
      </w:r>
      <w:r>
        <w:rPr>
          <w:sz w:val="20"/>
        </w:rPr>
        <w:t>43:21  jab wahan gayi to khud se kaam karne lagi, baghair kahe hue, khud se kaam karne lagi, baghair kahe hue.</w:t>
      </w:r>
      <w:r>
        <w:br/>
      </w:r>
      <w:r>
        <w:rPr>
          <w:sz w:val="20"/>
        </w:rPr>
        <w:t>43:29  ab wo wahan par logon ki zaroorat ban gayi, logon ki aankh ka tara ban</w:t>
      </w:r>
      <w:r>
        <w:br/>
      </w:r>
      <w:r>
        <w:rPr>
          <w:sz w:val="20"/>
        </w:rPr>
        <w:t>43:36  gayi. aise hi ek aur qissa mujhe yaad aata hai, ek ladki ki shadi hui, jis ghar mein woh gayi to wahan par in logon ke liye woh unwanted ban gayi, kyun ke dekhne mein koi zyada attractive nahi thi, koi zyada beauty nahi thi. woh aisi ordinary si shakl surat us ki, to</w:t>
      </w:r>
      <w:r>
        <w:br/>
      </w:r>
      <w:r>
        <w:rPr>
          <w:sz w:val="20"/>
        </w:rPr>
        <w:t>44:06  wahan par log boht zyada beauty conscious the, to unhon ne is ko yaani kuch humiliate karna shuru</w:t>
      </w:r>
      <w:r>
        <w:br/>
      </w:r>
      <w:r>
        <w:rPr>
          <w:sz w:val="20"/>
        </w:rPr>
        <w:t>44:12  kar diya is larki ko.</w:t>
      </w:r>
      <w:r>
        <w:br/>
      </w:r>
      <w:r>
        <w:rPr>
          <w:sz w:val="20"/>
        </w:rPr>
        <w:t>44:18  to wo ek buzurg se mili aur poocha ke mujhe koi aisi baat bataiye, koi aisi dua bataiye,</w:t>
      </w:r>
      <w:r>
        <w:br/>
      </w:r>
      <w:r>
        <w:rPr>
          <w:sz w:val="20"/>
        </w:rPr>
        <w:t>44:25  aisi koi dua ke wo maa mein izzat ke sath reh sakoon.</w:t>
      </w:r>
      <w:r>
        <w:br/>
      </w:r>
      <w:r>
        <w:rPr>
          <w:sz w:val="20"/>
        </w:rPr>
        <w:t>44:31  to unhon ne kiya bataya? wait and see ka formula.</w:t>
      </w:r>
      <w:r>
        <w:br/>
      </w:r>
      <w:r>
        <w:rPr>
          <w:sz w:val="20"/>
        </w:rPr>
        <w:t>44:37  wait and see ka matlab kiya tha? ke thore din tum intezar karo, jab tumhare bete ho jayen</w:t>
      </w:r>
      <w:r>
        <w:br/>
      </w:r>
      <w:r>
        <w:rPr>
          <w:sz w:val="20"/>
        </w:rPr>
        <w:t>44:42  ge to isi ghar par tumhara qabza ho jayega, kyunke aap jante hain ke aurat ki taqat</w:t>
      </w:r>
      <w:r>
        <w:br/>
      </w:r>
      <w:r>
        <w:rPr>
          <w:sz w:val="20"/>
        </w:rPr>
        <w:t>44:47  us ke bete hain, aurat ki taqat us ke bete hain, bete ke zariye wo ghar par qabiz</w:t>
      </w:r>
      <w:r>
        <w:br/>
      </w:r>
      <w:r>
        <w:rPr>
          <w:sz w:val="20"/>
        </w:rPr>
        <w:t>44:52  ho jati hai.</w:t>
      </w:r>
      <w:r>
        <w:br/>
      </w:r>
      <w:r>
        <w:rPr>
          <w:sz w:val="20"/>
        </w:rPr>
        <w:t>44:57  to buzurg ne is ko naseehat ki ke tum wait and see ki policy ikhtiyar karo.</w:t>
      </w:r>
      <w:r>
        <w:br/>
      </w:r>
      <w:r>
        <w:rPr>
          <w:sz w:val="20"/>
        </w:rPr>
        <w:t>45:02  hadees mein bhi ye aaya hai ke afzal ul ibad</w:t>
      </w:r>
      <w:r>
        <w:br/>
      </w:r>
      <w:r>
        <w:rPr>
          <w:sz w:val="20"/>
        </w:rPr>
        <w:t>45:07  t intezar ul faraj hai. behtareen ibadat yeh hai ke aadmi kushadgi ka intezar kare. yani aaj jo cheez nahi mili hui hai, kal mil jayegi, yeh soche woh. to yeh unhone bataya, chunancha woh gayi aur sabr ke sath rehne lagi. unhone kaha, abhi to sabr karo, tum kuch din ke baad tum is ghar mein malik ban jaogi. is ke baad kya hua? is ke do bete paida hue, dono</w:t>
      </w:r>
      <w:r>
        <w:br/>
      </w:r>
      <w:r>
        <w:rPr>
          <w:sz w:val="20"/>
        </w:rPr>
        <w:t>45:37  tandrst the, beton ne parha likha, parh likh kar ke khoob achi kamai karne lagay.</w:t>
      </w:r>
      <w:r>
        <w:br/>
      </w:r>
      <w:r>
        <w:rPr>
          <w:sz w:val="20"/>
        </w:rPr>
        <w:t>45:43  wo ab jab do bete paida hue, tandrst aur kamai karne lage, baat ko barh kar ke to</w:t>
      </w:r>
      <w:r>
        <w:br/>
      </w:r>
      <w:r>
        <w:rPr>
          <w:sz w:val="20"/>
        </w:rPr>
        <w:t>45:49  sara ghar isi qabze mein tha, isi aurat ke qabze mein tha.</w:t>
      </w:r>
      <w:r>
        <w:br/>
      </w:r>
      <w:r>
        <w:rPr>
          <w:sz w:val="20"/>
        </w:rPr>
        <w:t>45:55  wo to jo aurat pehle unwanted ban gayi thi, wahi kuch din ke baad jab sabr kiya is</w:t>
      </w:r>
      <w:r>
        <w:br/>
      </w:r>
      <w:r>
        <w:rPr>
          <w:sz w:val="20"/>
        </w:rPr>
        <w:t>46:01  ne aur bete is ke ho gaye, to is mulk</w:t>
      </w:r>
      <w:r>
        <w:br/>
      </w:r>
      <w:r>
        <w:rPr>
          <w:sz w:val="20"/>
        </w:rPr>
        <w:t>46:07  is ghar mein wahi wahi thi.</w:t>
      </w:r>
      <w:r>
        <w:br/>
      </w:r>
      <w:r>
        <w:rPr>
          <w:sz w:val="20"/>
        </w:rPr>
        <w:t>46:12  bas ab is ka koi rival nahi tha, boht izzat is ki hone lagi, kyunke dono bachay khoob</w:t>
      </w:r>
      <w:r>
        <w:br/>
      </w:r>
      <w:r>
        <w:rPr>
          <w:sz w:val="20"/>
        </w:rPr>
        <w:t>46:17  paisay bhejny lagay, kama kama kar ke.</w:t>
      </w:r>
      <w:r>
        <w:br/>
      </w:r>
      <w:r>
        <w:rPr>
          <w:sz w:val="20"/>
        </w:rPr>
        <w:t>46:22  ye hai learning, ye hai seekh.</w:t>
      </w:r>
      <w:r>
        <w:br/>
      </w:r>
      <w:r>
        <w:rPr>
          <w:sz w:val="20"/>
        </w:rPr>
        <w:t>46:27  to chahe larki ho ya larka, har aik ko chahiye ke is ko sahi parenting mile, healthy parenting,</w:t>
      </w:r>
      <w:r>
        <w:br/>
      </w:r>
      <w:r>
        <w:rPr>
          <w:sz w:val="20"/>
        </w:rPr>
        <w:t>46:32  sahi mashwara mile, sahi advice milay.</w:t>
      </w:r>
    </w:p>
    <w:p>
      <w:pPr>
        <w:pStyle w:val="Heading2"/>
      </w:pPr>
      <w:r>
        <w:t>Mind-as-filing-cabinet: hatred fills the file, love stays empty</w:t>
      </w:r>
    </w:p>
    <w:p>
      <w:r>
        <w:rPr>
          <w:color w:val="666666"/>
          <w:sz w:val="18"/>
        </w:rPr>
        <w:t>Present Muslims- A Case of Wrong Identity February 13, 2011 · 5m 23s · at 1:15:54 · https://youtu.be/gDX72gIRL4E?t=4554</w:t>
      </w:r>
    </w:p>
    <w:p>
      <w:r>
        <w:rPr>
          <w:i/>
        </w:rPr>
        <w:t>“Throw some light on the concept of filing in the human mind”</w:t>
      </w:r>
    </w:p>
    <w:p>
      <w:r>
        <w:rPr>
          <w:sz w:val="20"/>
        </w:rPr>
        <w:t>1:15:54  maulana asrar ahmad ne tamil nadu se likha hai: "maulana, please throw some light on the concept of failing and the human mind."</w:t>
      </w:r>
      <w:r>
        <w:br/>
      </w:r>
      <w:r>
        <w:rPr>
          <w:sz w:val="20"/>
        </w:rPr>
        <w:t>1:16:09  dekhiye, yeh yeh bahut hi badi baat hai, isko samjhiye ke yeh yeh research hui hai ispar ke insaan ka mind kaise kaam karta hai.</w:t>
      </w:r>
      <w:r>
        <w:br/>
      </w:r>
      <w:r>
        <w:rPr>
          <w:sz w:val="20"/>
        </w:rPr>
        <w:t>1:16:21  insaan ka mind to insaan ka mind jo hai, sote hain, tab bhi kaam karta hai. itni badi machine hai. yeh</w:t>
      </w:r>
      <w:r>
        <w:br/>
      </w:r>
      <w:r>
        <w:rPr>
          <w:sz w:val="20"/>
        </w:rPr>
        <w:t>1:16:30  ek scientist ne kaha ke: "agar tum ek aisi computer banao, uska infrastructure 10 storey ki building mein phaila hua ho, tab bhi woh insani mind ka ek rough sketch hoga." to insaan ka mind sirf din mein nahin kaam karta, raat ko bhi kaam karta hai.</w:t>
      </w:r>
      <w:r>
        <w:br/>
      </w:r>
      <w:r>
        <w:rPr>
          <w:sz w:val="20"/>
        </w:rPr>
        <w:t>1:16:48  to woh kya hai? din bhar aapne bahut si baatein suni, bahut si baatein padhi, bahut si baaton ko charcha kiya. to ek jangal aa gaya, dimaag mein jangal.</w:t>
      </w:r>
      <w:r>
        <w:br/>
      </w:r>
      <w:r>
        <w:rPr>
          <w:sz w:val="20"/>
        </w:rPr>
        <w:t>1:16:58  to raat ko aap sote hain to mind jo hai, iske file bane hue hain dimaag mein. file ka matlab ayi america ki baat sochi aapne, woh iske file mein chali jayegi.</w:t>
      </w:r>
      <w:r>
        <w:br/>
      </w:r>
      <w:r>
        <w:rPr>
          <w:sz w:val="20"/>
        </w:rPr>
        <w:t>1:17:09  aur woh muslim baat soche to woh iske file mein chali jayegi. family ke welfare ka socha aapne, woh phir file mein chali jayegi. har cheez apne file mein hai. to</w:t>
      </w:r>
      <w:r>
        <w:br/>
      </w:r>
      <w:r>
        <w:rPr>
          <w:sz w:val="20"/>
        </w:rPr>
        <w:t>1:17:18  bahut se file insaan ke dimaag mein, jaise computer mein hote hain na, ke ek file ko aap open karte hain to saari baatein jo usse mutalliq hain, woh ismein aa jaati hain.</w:t>
      </w:r>
      <w:r>
        <w:br/>
      </w:r>
      <w:r>
        <w:rPr>
          <w:sz w:val="20"/>
        </w:rPr>
        <w:t>1:17:30  aisi dimaag mein hai, jaise mein misaal ke taur par arz karoon ke mujhe bahut baar tajurba hua mujhe ke kisi se milein, usse zikr karein uski family ka to khoob baatein batata hai. woh meri family, yeh meri family, woh mere ladke ne yeh kiya, mere ladke ne woh kiya.</w:t>
      </w:r>
      <w:r>
        <w:br/>
      </w:r>
      <w:r>
        <w:rPr>
          <w:sz w:val="20"/>
        </w:rPr>
        <w:t>1:17:48  ek poora hai iska card, iske paas kahani ke liye bahut si baatein hoti hain. isi khadim se Khuda ka zikr karein, Khuda ka zikr karein to uske baad koi baatein nahi hoti kehne ki,</w:t>
      </w:r>
      <w:r>
        <w:br/>
      </w:r>
      <w:r>
        <w:rPr>
          <w:sz w:val="20"/>
        </w:rPr>
        <w:t>1:18:00  kuch bhi keh nahi pata. woh usse yahan se le ke America tak maine yahi paaya hai. kyun? Khuda ka file iska khali hai. aap din bhar mein jo charcha kiya aapne, woh apni family ka, apne bete ka,</w:t>
      </w:r>
      <w:r>
        <w:br/>
      </w:r>
      <w:r>
        <w:rPr>
          <w:sz w:val="20"/>
        </w:rPr>
        <w:t>1:18:14  apne job ka, apne business ka, iska to khoob charcha kiya aapne. to raat ko dimaag jo hai, jab cheezon ko sort out karega to uske paas family ko le kar jo file hai, usmein to daalne ke liye bahut saari cheezein</w:t>
      </w:r>
      <w:r>
        <w:br/>
      </w:r>
      <w:r>
        <w:rPr>
          <w:sz w:val="20"/>
        </w:rPr>
        <w:t>1:18:28  mein hongi. Khuda ka charcha nahi kiya aapne. Khuda ko le kar Khuda wale file mein koi koi daalne ke liye kuch hoga na.</w:t>
      </w:r>
      <w:r>
        <w:br/>
      </w:r>
      <w:r>
        <w:rPr>
          <w:sz w:val="20"/>
        </w:rPr>
        <w:t>1:18:37  to recall kaise karega dimaag? recall kaise karega? yeh jo ho raha hai, jaise hum jaise wahan pe jo hua Misr mein ke milin milin log aa jama ho gaye, woh bhi wohi baat hai ke ayi nti HUSSAIN MUBARAK jo file hai, unka unka unka to 30 saal se bhara ja raha tha. woh HUSSAIN MUBARAK yeh kar rahe hain, HUSSAIN MUBARAK woh kar rahe hain.</w:t>
      </w:r>
      <w:r>
        <w:br/>
      </w:r>
      <w:r>
        <w:rPr>
          <w:sz w:val="20"/>
        </w:rPr>
        <w:t>1:18:59  to jab naara lagaya unhone, MUHAMMAD BURZAI ne, to saara file logon ka khul gaya. aur Khuda ka file hi nahi tha, dawat ka file nahi tha.</w:t>
      </w:r>
      <w:r>
        <w:br/>
      </w:r>
      <w:r>
        <w:rPr>
          <w:sz w:val="20"/>
        </w:rPr>
        <w:t>1:19:11  yaani maine jab dawat ki baatein ki isi isi QAHIRA mein to kisi ki file mein kuch tha hi nahi ke jo khule woh. arey sahib, dawat ka kaam woh to bahut mushkil cheez hai.</w:t>
      </w:r>
      <w:r>
        <w:br/>
      </w:r>
      <w:r>
        <w:rPr>
          <w:sz w:val="20"/>
        </w:rPr>
        <w:t>1:19:23  kyun? dawat ka file jo hai dimaag mein, woh khali pada</w:t>
      </w:r>
      <w:r>
        <w:br/>
      </w:r>
      <w:r>
        <w:rPr>
          <w:sz w:val="20"/>
        </w:rPr>
        <w:t>1:19:27  hua hai. Khuda ka jo file hai, woh khali pada hua hai. aur ayi nti ayi authority jo file tha, woh bhara hua tha, bhara hua</w:t>
      </w:r>
      <w:r>
        <w:br/>
      </w:r>
      <w:r>
        <w:rPr>
          <w:sz w:val="20"/>
        </w:rPr>
        <w:t>1:19:36  tha, bhara hua tha. to BURZAI sahib ne isko, iska jo yaani iska iska naam liya to ek jangal aa gaya maloomat ka. ayi authority yeh bahut hi badi cheez hai, isko humein chhodni chahiye ke kya wajah hai ke hum dawat ki baatein kijiye to kisi ka kisi ke paas kehne ke liye nahi hota.</w:t>
      </w:r>
      <w:r>
        <w:br/>
      </w:r>
      <w:r>
        <w:rPr>
          <w:sz w:val="20"/>
        </w:rPr>
        <w:t>1:19:57  Khuda ki baatein kijiye to kisi ke paas kehne ke liye nahi hota kyunke iska file hi nahi hai iske dimaag mein. file kiska hai? nafrat ka, tashaddud ka, dushman ka</w:t>
      </w:r>
      <w:r>
        <w:br/>
      </w:r>
      <w:r>
        <w:rPr>
          <w:sz w:val="20"/>
        </w:rPr>
        <w:t>1:20:06  file hai. woh khoob khulta hai. yeh bahut hi badi daryaft hai jisse humein apne aap ko samajhne ka mauqa milta hai.</w:t>
      </w:r>
      <w:r>
        <w:br/>
      </w:r>
      <w:r>
        <w:rPr>
          <w:sz w:val="20"/>
        </w:rPr>
        <w:t>1:20:19  aur yeh is zamane mein ka jisko kehte hain muhasiba, introspection, iska yeh ek item mila hai. kaise muhasiba karein? kaise hum introspection karein?</w:t>
      </w:r>
      <w:r>
        <w:br/>
      </w:r>
      <w:r>
        <w:rPr>
          <w:sz w:val="20"/>
        </w:rPr>
        <w:t>1:20:30  rozana aap dekh sakte hain ke kya wajah hai ke dawat ki baat ho to mere mind mein kuch baat nahi hoti kehne ke liye. Khuda ki baat ho to mere paas koi baat nahi hoti kehne ki kyunke woh file khali pada hua hai.</w:t>
      </w:r>
      <w:r>
        <w:br/>
      </w:r>
      <w:r>
        <w:rPr>
          <w:sz w:val="20"/>
        </w:rPr>
        <w:t>1:20:42  maine ispar na study ki, na iska charcha kiya. ghar mein kuch baatein nahi ki, bahar ki bhi nahi ki. har jagah charcha kiya hai? wohi nafrat ka charcha aur tashaddud ka charcha.</w:t>
      </w:r>
      <w:r>
        <w:br/>
      </w:r>
      <w:r>
        <w:rPr>
          <w:sz w:val="20"/>
        </w:rPr>
        <w:t>1:20:54  to woh filein bhari hui hain.</w:t>
      </w:r>
      <w:r>
        <w:br/>
      </w:r>
      <w:r>
        <w:rPr>
          <w:sz w:val="20"/>
        </w:rPr>
        <w:t>1:20:56  yeh bahut hi, bahut hi danger baat hai. aur saare musalmanon ka haal yeh hai ke unhone nafrat ki filein bhar rakhi hain aur mohabbat ki filein khali padi hui hain. humein zaroori hai ke hum isko phir se sochein aur is surat e haal ko badlein warna aakhir mein hum bilkul yaani ghata uthane wale honge.</w:t>
      </w:r>
    </w:p>
    <w:p>
      <w:pPr>
        <w:pStyle w:val="Heading2"/>
      </w:pPr>
      <w:r>
        <w:t>what tajdeed truly means versus false modern claims</w:t>
      </w:r>
    </w:p>
    <w:p>
      <w:r>
        <w:rPr>
          <w:color w:val="666666"/>
          <w:sz w:val="18"/>
        </w:rPr>
        <w:t>Tajdeed-e-Deen Book by Maulana Wahiduddin Khan · 5m 25s · at 0:14 · https://youtu.be/IPf3V74gGr4?t=14</w:t>
      </w:r>
    </w:p>
    <w:p>
      <w:r>
        <w:rPr>
          <w:i/>
        </w:rPr>
        <w:t>“تجدید یا جددہ کے معنی ہیں نیا کرنا، یعنی to renew”</w:t>
      </w:r>
    </w:p>
    <w:p>
      <w:r>
        <w:rPr>
          <w:sz w:val="20"/>
        </w:rPr>
        <w:t>0:14  tajdeed ya jaddeh ke maani hain naya karna, yaani to renew. kisi cheez par baat ko pesh aane wale bigaad ko khatm kar ke usko apni pehli soorat par le aana.</w:t>
      </w:r>
      <w:r>
        <w:br/>
      </w:r>
      <w:r>
        <w:rPr>
          <w:sz w:val="20"/>
        </w:rPr>
        <w:t>0:27  yeh tajdeed ba-aitbaar-e-tabyeen, yaani fikri wazahat murad hai, na ke ba-aitbaar-e-tanfeez, yaani amli iqamat.</w:t>
      </w:r>
      <w:r>
        <w:br/>
      </w:r>
      <w:r>
        <w:rPr>
          <w:sz w:val="20"/>
        </w:rPr>
        <w:t>0:36  chunanche is silsile mein hadith ki kitabon mein jo riwayatein aayi hain, un mein baaz riwayaton mein tajdeed ka lafz hai aur baaz riwayaton mein tabyin ka lafz.</w:t>
      </w:r>
      <w:r>
        <w:br/>
      </w:r>
      <w:r>
        <w:rPr>
          <w:sz w:val="20"/>
        </w:rPr>
        <w:t>0:47  tajdeed ka matlab yeh nahi hai ke deen mein koi nayi cheez nikali jaye. maujooda zamane mein kuch log paida hue jinhone Islam ko modernise karne ki koshish ki.</w:t>
      </w:r>
      <w:r>
        <w:br/>
      </w:r>
      <w:r>
        <w:rPr>
          <w:sz w:val="20"/>
        </w:rPr>
        <w:t>0:58  misalan unhone kaha ke Islam mein aqeedah abadi hai aur qanoon, yaani shariyat, zamani.</w:t>
      </w:r>
      <w:r>
        <w:br/>
      </w:r>
      <w:r>
        <w:rPr>
          <w:sz w:val="20"/>
        </w:rPr>
        <w:t>1:06  ek tabqe ne aise logon ko mujaddid kehna shuru kiya, magar yeh bilkul lagho baat hai. yeh log mujaddid nahi balkeh mutajaddid thay, aur mutajaddid ki islam mein koi ganjaisgh nahi thi.</w:t>
      </w:r>
      <w:r>
        <w:br/>
      </w:r>
      <w:r>
        <w:rPr>
          <w:sz w:val="20"/>
        </w:rPr>
        <w:t>1:20  isi tarah kuch logon ne dekha keh maujooda zamaney ke musalman siyasi maghloobiyat ya maashi inhitat mein mubtala hain. unhon ne qom ko siyasi aur maashi aitbar se uthaney ki koshish ki.</w:t>
      </w:r>
      <w:r>
        <w:br/>
      </w:r>
      <w:r>
        <w:rPr>
          <w:sz w:val="20"/>
        </w:rPr>
        <w:t>1:33  aise logon ko bhi mujaddid kaha janey laga, magar is qism ke ek kaam ko qomi khidmat to kaha ja sakta hai magar is ko tajdeed ka naam nahi diya ja sakta.</w:t>
      </w:r>
      <w:r>
        <w:br/>
      </w:r>
      <w:r>
        <w:rPr>
          <w:sz w:val="20"/>
        </w:rPr>
        <w:t>1:46  is</w:t>
      </w:r>
      <w:r>
        <w:br/>
      </w:r>
      <w:r>
        <w:rPr>
          <w:sz w:val="20"/>
        </w:rPr>
        <w:t>1:47  tarah kuch mufakireen ne islam ko alamgir siyasi nizam ke taur par pesh karna shuru kiya. is maqsad ke liye woh hukmaranon se takraye.</w:t>
      </w:r>
      <w:r>
        <w:br/>
      </w:r>
      <w:r>
        <w:rPr>
          <w:sz w:val="20"/>
        </w:rPr>
        <w:t>1:57  unhon ne mukhtalif mulkon mein opposition ki siyasat jaari kar di, aur islam ke naam par dunya mein riyasati aur tamadduni inqilab ka jhanda le kar khare ho gaye.</w:t>
      </w:r>
      <w:r>
        <w:br/>
      </w:r>
      <w:r>
        <w:rPr>
          <w:sz w:val="20"/>
        </w:rPr>
        <w:t>2:08  aise logon ko bhi kuch log mujaddid ke lafz se pukarte hain, magar yeh bhi sarasar galat hai.</w:t>
      </w:r>
      <w:r>
        <w:br/>
      </w:r>
      <w:r>
        <w:rPr>
          <w:sz w:val="20"/>
        </w:rPr>
        <w:t>2:15  is qism ki nazariya saazi ya siyasi akheer pachad bhi woh cheez nahi jis ko hadith mein tajdeed kaha gaya hai. hadith mein jis tajdeedi amal ka zikr hai, us se murad yeh hai keh deen ki taleemat ko az sar-e-nau us ki asal soorat mein wazeh karna.</w:t>
      </w:r>
      <w:r>
        <w:br/>
      </w:r>
      <w:r>
        <w:rPr>
          <w:sz w:val="20"/>
        </w:rPr>
        <w:t>2:34  deen ko insani milawaton se pak kar ke us ko us ibtidai soorat mein samney le aana jaisa keh paighambar ne us ko apne zamaney mein pesh kiya tha.</w:t>
      </w:r>
      <w:r>
        <w:br/>
      </w:r>
      <w:r>
        <w:rPr>
          <w:sz w:val="20"/>
        </w:rPr>
        <w:t>2:45  quran mein hai keh hum ne tumhare upar yaad dahani utari hai taa keh tum logon par is cheez ko wazeh kar do jo un ki taraf utari gayi hai.</w:t>
      </w:r>
      <w:r>
        <w:br/>
      </w:r>
      <w:r>
        <w:rPr>
          <w:sz w:val="20"/>
        </w:rPr>
        <w:t>2:55  wa anzalna ilayka al-dhikra li tubayyina lil-nasi ma nuzzila ilayhim surah al-nahl ayat 44.</w:t>
      </w:r>
      <w:r>
        <w:br/>
      </w:r>
      <w:r>
        <w:rPr>
          <w:sz w:val="20"/>
        </w:rPr>
        <w:t>3:05  dhikr manzil ki isi tabyeen-e-nau ka naam tajdeed hai. yahan tajdeed se mutalliq kuch hadithain naqal ki jati hain.</w:t>
      </w:r>
      <w:r>
        <w:br/>
      </w:r>
      <w:r>
        <w:rPr>
          <w:sz w:val="20"/>
        </w:rPr>
        <w:t>3:15  inna allaha yab'athu li hadhihi al-ummah 'ala ra'si kulli mi'ati sanatin man yujaddidu laha dinaha.</w:t>
      </w:r>
      <w:r>
        <w:br/>
      </w:r>
      <w:r>
        <w:rPr>
          <w:sz w:val="20"/>
        </w:rPr>
        <w:t>3:23  allah is ummat ke liye har sau saal ke siray par kisi ko bhejega jo is ke deen ki tajdeed karega. inna allaha yab'athu li hadhihi al-ummah 'ala ra'si kulli mi'ati sanatin man yujaddidu laha amra dinaha.</w:t>
      </w:r>
      <w:r>
        <w:br/>
      </w:r>
      <w:r>
        <w:rPr>
          <w:sz w:val="20"/>
        </w:rPr>
        <w:t>3:40  allah is ummat ke liye har sau saal ke siray par kisi ko bhejega jo is ke mamle ki tajdeed karega. inna allaha yab'athu 'ala ra'si kulli mi'ati sanatin man yujaddidu li hadhihi al-ummah amra dinaha</w:t>
      </w:r>
      <w:r>
        <w:br/>
      </w:r>
      <w:r>
        <w:rPr>
          <w:sz w:val="20"/>
        </w:rPr>
        <w:t>3:55  . allah har sau saal ke siray par kisi ko bhejega jo is ummat ke deeni mamle ki tajdeed karega. inna allaha 'azza wa jalla yab'athu li hadhihi al-ummah 'ala ra'si kulli mi'ati sanatin rajulan yuqimu laha amra dinaha.</w:t>
      </w:r>
      <w:r>
        <w:br/>
      </w:r>
      <w:r>
        <w:rPr>
          <w:sz w:val="20"/>
        </w:rPr>
        <w:t>4:12  allah taala is ummat ke liye har sau saal ke siray par ek shakhs ko bhejega jo is ke liye is ke deeni mamle ko durust karega.</w:t>
      </w:r>
      <w:r>
        <w:br/>
      </w:r>
      <w:r>
        <w:rPr>
          <w:sz w:val="20"/>
        </w:rPr>
        <w:t>4:22  inna allaha yamunnu 'ala ahli dinihi fi ra'si kulli mi'ati sanatin bi rajulin min ahli bayti fa yubayyinu lahum amra dinahim.</w:t>
      </w:r>
      <w:r>
        <w:br/>
      </w:r>
      <w:r>
        <w:rPr>
          <w:sz w:val="20"/>
        </w:rPr>
        <w:t>4:33  allah har sau saal ke siray par apne deen ke logon par mere ahle bait ke ek aadmi ke zariye ehsan karega. woh un ke liye un ke deen ke mamle ko bayan karega.</w:t>
      </w:r>
      <w:r>
        <w:br/>
      </w:r>
      <w:r>
        <w:rPr>
          <w:sz w:val="20"/>
        </w:rPr>
        <w:t>4:45  dawat al-haq, al-ribat, rabi al-awwal, 1405 hijri. tajdeed deen ki riwayat alfaaz ke mamooli farq ke sath jis tarah hadith ki kitabon mein aayi hai, us ko hum ne upar naqal kar diya</w:t>
      </w:r>
      <w:r>
        <w:br/>
      </w:r>
      <w:r>
        <w:rPr>
          <w:sz w:val="20"/>
        </w:rPr>
        <w:t>5:00  hai. un ko mila kar dekhne se andaza hota hai keh tajdeed darasal tabyeen ke hum ma'ni hai. tajdeed deen se murad hai deen ko khalis soorat mein bayan kar dena.</w:t>
      </w:r>
      <w:r>
        <w:br/>
      </w:r>
      <w:r>
        <w:rPr>
          <w:sz w:val="20"/>
        </w:rPr>
        <w:t>5:12  chunki is deen ko qayamat tak ke liye baqi rehna hai, is liye allah taala ne yeh ehtimam farmaya keh har sadi mein kam az kam ek aisa shakhs paida hota rahe jo logon ke samney deen ko us ki sahi aur be-ghalut soorat mein bayan kar de.</w:t>
      </w:r>
      <w:r>
        <w:br/>
      </w:r>
      <w:r>
        <w:rPr>
          <w:sz w:val="20"/>
        </w:rPr>
        <w:t>5:29  woh haq ko nahq se juda kar de taa keh jis ko paney ki talab hai woh pa le aur jis ko paney ki talab nahi hai us ka ghair talib hona sabit ho jaye.</w:t>
      </w:r>
    </w:p>
    <w:p>
      <w:pPr>
        <w:pStyle w:val="Heading2"/>
      </w:pPr>
      <w:r>
        <w:t>Early Makkan revelations training</w:t>
      </w:r>
    </w:p>
    <w:p>
      <w:r>
        <w:rPr>
          <w:color w:val="666666"/>
          <w:sz w:val="18"/>
        </w:rPr>
        <w:t>Towards Understanding Islam (English) March 22, 2007 Maulana Wahiduddin Khan · 4m 07s · at 20:36 · https://youtu.be/jXvJkbWa2MM?t=1236</w:t>
      </w:r>
    </w:p>
    <w:p>
      <w:r>
        <w:rPr>
          <w:i/>
        </w:rPr>
        <w:t>“For example, in Sahih al-Bukhari, a very authentic book”</w:t>
      </w:r>
    </w:p>
    <w:p>
      <w:r>
        <w:rPr>
          <w:sz w:val="20"/>
        </w:rPr>
        <w:t>20:36  For example, in Sahih al-Bukhari, you know Sahih al-Bukhari is a very authentic book in Islam, next only to the Quran. So in Sahih al-Bukhari, there is a tradition.</w:t>
      </w:r>
      <w:r>
        <w:br/>
      </w:r>
      <w:r>
        <w:rPr>
          <w:sz w:val="20"/>
        </w:rPr>
        <w:t>20:56  Aisha, the wife of the Prophet, says that in Islam, in the early period of Islam, all the</w:t>
      </w:r>
      <w:r>
        <w:br/>
      </w:r>
      <w:r>
        <w:rPr>
          <w:sz w:val="20"/>
        </w:rPr>
        <w:t>21:08  revelations are based on basic tenets.</w:t>
      </w:r>
      <w:r>
        <w:br/>
      </w:r>
      <w:r>
        <w:rPr>
          <w:sz w:val="20"/>
        </w:rPr>
        <w:t>21:21  In the early period of Islam, for example, in Makkah, only those verses of the Quran were revealed</w:t>
      </w:r>
      <w:r>
        <w:br/>
      </w:r>
      <w:r>
        <w:rPr>
          <w:sz w:val="20"/>
        </w:rPr>
        <w:t>21:33  in which there is Dhikr al-Jannatah or Narr that pertains to Paradise or Hell.</w:t>
      </w:r>
      <w:r>
        <w:br/>
      </w:r>
      <w:r>
        <w:rPr>
          <w:sz w:val="20"/>
        </w:rPr>
        <w:t>21:46  Such teachings.</w:t>
      </w:r>
      <w:r>
        <w:br/>
      </w:r>
      <w:r>
        <w:rPr>
          <w:sz w:val="20"/>
        </w:rPr>
        <w:t>21:54  During that early period, no such verse was revealed in the Quran that, "Don't commit adultery.</w:t>
      </w:r>
      <w:r>
        <w:br/>
      </w:r>
      <w:r>
        <w:rPr>
          <w:sz w:val="20"/>
        </w:rPr>
        <w:t>22:02  Don't take wine." No.</w:t>
      </w:r>
      <w:r>
        <w:br/>
      </w:r>
      <w:r>
        <w:rPr>
          <w:sz w:val="20"/>
        </w:rPr>
        <w:t>22:10  So she says that if these verses were revealed in the early period of Islam, for example, in</w:t>
      </w:r>
      <w:r>
        <w:br/>
      </w:r>
      <w:r>
        <w:rPr>
          <w:sz w:val="20"/>
        </w:rPr>
        <w:t>22:18  the Makkah period, then people would say that, "We don't accept these teachings.</w:t>
      </w:r>
      <w:r>
        <w:br/>
      </w:r>
      <w:r>
        <w:rPr>
          <w:sz w:val="20"/>
        </w:rPr>
        <w:t>22:26  We are not ready to abandon these practices.</w:t>
      </w:r>
      <w:r>
        <w:br/>
      </w:r>
      <w:r>
        <w:rPr>
          <w:sz w:val="20"/>
        </w:rPr>
        <w:t>22:35  We are not ready to abandon wine.</w:t>
      </w:r>
      <w:r>
        <w:br/>
      </w:r>
      <w:r>
        <w:rPr>
          <w:sz w:val="20"/>
        </w:rPr>
        <w:t>22:43  We are not ready to abandon adultery." So first of all, those verses were revealed in which that</w:t>
      </w:r>
      <w:r>
        <w:br/>
      </w:r>
      <w:r>
        <w:rPr>
          <w:sz w:val="20"/>
        </w:rPr>
        <w:t>22:51  was based simply on teachings, on persuasion.</w:t>
      </w:r>
      <w:r>
        <w:br/>
      </w:r>
      <w:r>
        <w:rPr>
          <w:sz w:val="20"/>
        </w:rPr>
        <w:t>22:59  So first of all, first of all, only those verses were revealed in the Quran that pertain to</w:t>
      </w:r>
      <w:r>
        <w:br/>
      </w:r>
      <w:r>
        <w:rPr>
          <w:sz w:val="20"/>
        </w:rPr>
        <w:t>23:07  the intellectual change, spiritual change, change in heart, change in mind.</w:t>
      </w:r>
      <w:r>
        <w:br/>
      </w:r>
      <w:r>
        <w:rPr>
          <w:sz w:val="20"/>
        </w:rPr>
        <w:t>23:16  So when this target was fulfilled, when people were trained, when people were ready to accept other commandments,</w:t>
      </w:r>
      <w:r>
        <w:br/>
      </w:r>
      <w:r>
        <w:rPr>
          <w:sz w:val="20"/>
        </w:rPr>
        <w:t>23:27  then it was revealed.</w:t>
      </w:r>
      <w:r>
        <w:br/>
      </w:r>
      <w:r>
        <w:rPr>
          <w:sz w:val="20"/>
        </w:rPr>
        <w:t>23:38  "Don't commit adultery and don't take wine." And they accepted.</w:t>
      </w:r>
      <w:r>
        <w:br/>
      </w:r>
      <w:r>
        <w:rPr>
          <w:sz w:val="20"/>
        </w:rPr>
        <w:t>23:49  So here you can see that in the first phase, only those verses were revealed that are, you</w:t>
      </w:r>
      <w:r>
        <w:br/>
      </w:r>
      <w:r>
        <w:rPr>
          <w:sz w:val="20"/>
        </w:rPr>
        <w:t>24:00  can say, that pertain to the ideology of Islam.</w:t>
      </w:r>
      <w:r>
        <w:br/>
      </w:r>
      <w:r>
        <w:rPr>
          <w:sz w:val="20"/>
        </w:rPr>
        <w:t>24:12  And all those teachings that pertain to the practices, these were not revealed during this early period. So first, Islam tries to build a mind.</w:t>
      </w:r>
      <w:r>
        <w:br/>
      </w:r>
      <w:r>
        <w:rPr>
          <w:sz w:val="20"/>
        </w:rPr>
        <w:t>24:31  First, Islam tries to build a society. First, Islam tries to inculcate receptivity, acceptance.</w:t>
      </w:r>
      <w:r>
        <w:br/>
      </w:r>
      <w:r>
        <w:rPr>
          <w:sz w:val="20"/>
        </w:rPr>
        <w:t>24:43  Before the spirit of acceptance, there is no use to reveal all those verses.</w:t>
      </w:r>
    </w:p>
    <w:p>
      <w:pPr>
        <w:pStyle w:val="Heading2"/>
      </w:pPr>
      <w:r>
        <w:t>full two-point peace formula for Israel-Palestine, both sides</w:t>
      </w:r>
    </w:p>
    <w:p>
      <w:r>
        <w:rPr>
          <w:color w:val="666666"/>
          <w:sz w:val="18"/>
        </w:rPr>
        <w:t>Peace and Violence June 06, 2009 · 5m 46s · at 15:49 · https://youtu.be/OUXCF-40RGY?t=949</w:t>
      </w:r>
    </w:p>
    <w:p>
      <w:r>
        <w:rPr>
          <w:i/>
        </w:rPr>
        <w:t>“There are two-point formulas for both parties, based on realism.”</w:t>
      </w:r>
    </w:p>
    <w:p>
      <w:r>
        <w:rPr>
          <w:sz w:val="20"/>
        </w:rPr>
        <w:t>15:49  I cannot go to the details, but I can say that according to my knowledge, there are two-point formula for both the party.</w:t>
      </w:r>
      <w:r>
        <w:br/>
      </w:r>
      <w:r>
        <w:rPr>
          <w:sz w:val="20"/>
        </w:rPr>
        <w:t>16:14  This formula is based on realism. Arab and Israel both must accept the reality,</w:t>
      </w:r>
      <w:r>
        <w:br/>
      </w:r>
      <w:r>
        <w:rPr>
          <w:sz w:val="20"/>
        </w:rPr>
        <w:t>16:29  drives there is no solution. And what is that reality?</w:t>
      </w:r>
      <w:r>
        <w:br/>
      </w:r>
      <w:r>
        <w:rPr>
          <w:sz w:val="20"/>
        </w:rPr>
        <w:t>16:38  in shart, ai kan se dat</w:t>
      </w:r>
      <w:r>
        <w:br/>
      </w:r>
      <w:r>
        <w:rPr>
          <w:sz w:val="20"/>
        </w:rPr>
        <w:t>16:45  Muslims or Arabs must abandon all kind of violence. They must disarm their violent factions.</w:t>
      </w:r>
      <w:r>
        <w:br/>
      </w:r>
      <w:r>
        <w:rPr>
          <w:sz w:val="20"/>
        </w:rPr>
        <w:t>17:01  baehart.</w:t>
      </w:r>
      <w:r>
        <w:br/>
      </w:r>
      <w:r>
        <w:rPr>
          <w:sz w:val="20"/>
        </w:rPr>
        <w:t>17:04  They must adopt peaceful activism in complete sense of the word, otherwise there is no solution.</w:t>
      </w:r>
      <w:r>
        <w:br/>
      </w:r>
      <w:r>
        <w:rPr>
          <w:sz w:val="20"/>
        </w:rPr>
        <w:t>17:17  at present, Muslims are creative threat to Israel every day and night by their militancy.</w:t>
      </w:r>
      <w:r>
        <w:br/>
      </w:r>
      <w:r>
        <w:rPr>
          <w:sz w:val="20"/>
        </w:rPr>
        <w:t>17:28  So, when you are creative traits to the other party, then there is no solution. So, first of all, Muslims must abide,</w:t>
      </w:r>
      <w:r>
        <w:br/>
      </w:r>
      <w:r>
        <w:rPr>
          <w:sz w:val="20"/>
        </w:rPr>
        <w:t>17:42  Arab missed behind all those militant activities.</w:t>
      </w:r>
      <w:r>
        <w:br/>
      </w:r>
      <w:r>
        <w:rPr>
          <w:sz w:val="20"/>
        </w:rPr>
        <w:t>17:51  de mist disarm all doz ngos</w:t>
      </w:r>
      <w:r>
        <w:br/>
      </w:r>
      <w:r>
        <w:rPr>
          <w:sz w:val="20"/>
        </w:rPr>
        <w:t>17:59  like Hamas and Hezbollah and other militant factions.</w:t>
      </w:r>
      <w:r>
        <w:br/>
      </w:r>
      <w:r>
        <w:rPr>
          <w:sz w:val="20"/>
        </w:rPr>
        <w:t>18:07  completely disarmament is the solution.</w:t>
      </w:r>
      <w:r>
        <w:br/>
      </w:r>
      <w:r>
        <w:rPr>
          <w:sz w:val="20"/>
        </w:rPr>
        <w:t>18:13  When you are giving threat every day and night to the other party, then you cannot expect that they will enter into fruitful negotiation.</w:t>
      </w:r>
      <w:r>
        <w:br/>
      </w:r>
      <w:r>
        <w:rPr>
          <w:sz w:val="20"/>
        </w:rPr>
        <w:t>18:28  So, this is the first prerequisite for Arab.</w:t>
      </w:r>
      <w:r>
        <w:br/>
      </w:r>
      <w:r>
        <w:rPr>
          <w:sz w:val="20"/>
        </w:rPr>
        <w:t>18:35  then for Israel, I would like to say that</w:t>
      </w:r>
      <w:r>
        <w:br/>
      </w:r>
      <w:r>
        <w:rPr>
          <w:sz w:val="20"/>
        </w:rPr>
        <w:t>18:42  What was Israel in 1948? That was legitimate Israel, that was legitimate border of Israel. What was given to them under the Balfour verdict in 1948?</w:t>
      </w:r>
      <w:r>
        <w:br/>
      </w:r>
      <w:r>
        <w:rPr>
          <w:sz w:val="20"/>
        </w:rPr>
        <w:t>19:00  That was legitimate Israel according to the United Nations.</w:t>
      </w:r>
      <w:r>
        <w:br/>
      </w:r>
      <w:r>
        <w:rPr>
          <w:sz w:val="20"/>
        </w:rPr>
        <w:t>19:05  But what? But after 1948, they expanded their area.</w:t>
      </w:r>
      <w:r>
        <w:br/>
      </w:r>
      <w:r>
        <w:rPr>
          <w:sz w:val="20"/>
        </w:rPr>
        <w:t>19:21  so, now one part of Israel is legitimate Israel, and the other part of Israel is illegitimate Israel.</w:t>
      </w:r>
      <w:r>
        <w:br/>
      </w:r>
      <w:r>
        <w:rPr>
          <w:sz w:val="20"/>
        </w:rPr>
        <w:t>19:30  so Israel must pull out from the illegitimate part. they must return to the to the 1948 border,</w:t>
      </w:r>
      <w:r>
        <w:br/>
      </w:r>
      <w:r>
        <w:rPr>
          <w:sz w:val="20"/>
        </w:rPr>
        <w:t>19:48  otherwise there is no solution.</w:t>
      </w:r>
      <w:r>
        <w:br/>
      </w:r>
      <w:r>
        <w:rPr>
          <w:sz w:val="20"/>
        </w:rPr>
        <w:t>19:54  so, Arab people must disarm their militant factions, and Israel must pull out its forces from that area that was captured by them after 1948.</w:t>
      </w:r>
      <w:r>
        <w:br/>
      </w:r>
      <w:r>
        <w:rPr>
          <w:sz w:val="20"/>
        </w:rPr>
        <w:t>20:14  two point formula, I don't think that any other formula can yield any positive result.</w:t>
      </w:r>
      <w:r>
        <w:br/>
      </w:r>
      <w:r>
        <w:rPr>
          <w:sz w:val="20"/>
        </w:rPr>
        <w:t>20:24  although this formula is very difficult, but simply peace up is not enough to solve any problem.</w:t>
      </w:r>
      <w:r>
        <w:br/>
      </w:r>
      <w:r>
        <w:rPr>
          <w:sz w:val="20"/>
        </w:rPr>
        <w:t>20:34  you have to be realist. if you want to establish peace, then you have to accept the reality.</w:t>
      </w:r>
      <w:r>
        <w:br/>
      </w:r>
      <w:r>
        <w:rPr>
          <w:sz w:val="20"/>
        </w:rPr>
        <w:t>20:54  it is reality that Israel must not live in fear.</w:t>
      </w:r>
      <w:r>
        <w:br/>
      </w:r>
      <w:r>
        <w:rPr>
          <w:sz w:val="20"/>
        </w:rPr>
        <w:t>21:01  then again, it is reality that Israel must not</w:t>
      </w:r>
      <w:r>
        <w:br/>
      </w:r>
      <w:r>
        <w:rPr>
          <w:sz w:val="20"/>
        </w:rPr>
        <w:t>21:11  must not</w:t>
      </w:r>
      <w:r>
        <w:br/>
      </w:r>
      <w:r>
        <w:rPr>
          <w:sz w:val="20"/>
        </w:rPr>
        <w:t>21:16  live in what is illegitimate according to the United Nations.</w:t>
      </w:r>
      <w:r>
        <w:br/>
      </w:r>
      <w:r>
        <w:rPr>
          <w:sz w:val="20"/>
        </w:rPr>
        <w:t>21:22  so, both the party must</w:t>
      </w:r>
      <w:r>
        <w:br/>
      </w:r>
      <w:r>
        <w:rPr>
          <w:sz w:val="20"/>
        </w:rPr>
        <w:t>21:27  must must accept the reality, otherwise there is no solution.</w:t>
      </w:r>
    </w:p>
    <w:p>
      <w:pPr>
        <w:pStyle w:val="Heading2"/>
      </w:pPr>
      <w:r>
        <w:t>War is over, use wisdom and dawa</w:t>
      </w:r>
    </w:p>
    <w:p>
      <w:r>
        <w:rPr>
          <w:color w:val="666666"/>
          <w:sz w:val="18"/>
        </w:rPr>
        <w:t>Age of Peace 18 Nov, 2012 - Maulana Wahiduddin Khan · 4m 47s · at 37:30 · https://youtu.be/rLxr-OBhcPg?t=2250</w:t>
      </w:r>
    </w:p>
    <w:p>
      <w:r>
        <w:rPr>
          <w:i/>
        </w:rPr>
        <w:t>“To wohi hai Hazrat Abdullah Umar ne jo kaha tha, Katafna”</w:t>
      </w:r>
    </w:p>
    <w:p>
      <w:r>
        <w:rPr>
          <w:sz w:val="20"/>
        </w:rPr>
        <w:t>37:30  to wahi hai hazrat abdullah umar ne jo kaha tha, qatna. wo to humne kar diya, jo rukawat thi, khatam kar di. ab to khoob avail karo mawaqe ko,</w:t>
      </w:r>
      <w:r>
        <w:br/>
      </w:r>
      <w:r>
        <w:rPr>
          <w:sz w:val="20"/>
        </w:rPr>
        <w:t>37:43  opportunity ko khoob avail karo har field mein. to allah taala ne tareekh mein aise asbab paida kiye,</w:t>
      </w:r>
      <w:r>
        <w:br/>
      </w:r>
      <w:r>
        <w:rPr>
          <w:sz w:val="20"/>
        </w:rPr>
        <w:t>37:58  ek ek lamba process chalaya. achanak aisi tabdiliya dekhiye, achanak nahi hoti hai. yeh process ke roop mein hoti hai. process to allah taala ne tareekh mein ek aisa process chalaya.</w:t>
      </w:r>
      <w:r>
        <w:br/>
      </w:r>
      <w:r>
        <w:rPr>
          <w:sz w:val="20"/>
        </w:rPr>
        <w:t>38:17  aise aisi tabdiliya hui, aise inkilabath hue ki poora daur badal gaya. daur jang khatam ho gaya, daur aman aa gaya. talwar jo hai,</w:t>
      </w:r>
      <w:r>
        <w:br/>
      </w:r>
      <w:r>
        <w:rPr>
          <w:sz w:val="20"/>
        </w:rPr>
        <w:t>38:31  ghair zaroori cheez ban gayi, aman sabse badi taqat ban gayi. ab kisi bhi mulk mein, aapki israel se lekar india tak, jahan bhi kisi bhi mulk mein aap jaiye,</w:t>
      </w:r>
      <w:r>
        <w:br/>
      </w:r>
      <w:r>
        <w:rPr>
          <w:sz w:val="20"/>
        </w:rPr>
        <w:t>38:46  agar aap</w:t>
      </w:r>
      <w:r>
        <w:br/>
      </w:r>
      <w:r>
        <w:rPr>
          <w:sz w:val="20"/>
        </w:rPr>
        <w:t>38:51  basoor hain, baaton ko samajhte hain, agar aap pass wisdom ho, aap pass baseerat hai, to aap jo chahte hain, wo kar sakte hain. yeh dawa work kijiye,</w:t>
      </w:r>
      <w:r>
        <w:br/>
      </w:r>
      <w:r>
        <w:rPr>
          <w:sz w:val="20"/>
        </w:rPr>
        <w:t>39:05  education ke idare chalaiye, industry lagaiye, business kijiye.</w:t>
      </w:r>
      <w:r>
        <w:br/>
      </w:r>
      <w:r>
        <w:rPr>
          <w:sz w:val="20"/>
        </w:rPr>
        <w:t>39:15  sab kuch jab sab kuch hasil hai, to phir ladna kis liye? ladai kis liye?</w:t>
      </w:r>
      <w:r>
        <w:br/>
      </w:r>
      <w:r>
        <w:rPr>
          <w:sz w:val="20"/>
        </w:rPr>
        <w:t>39:27  yeh hai masad ki sabse bada paigham, jo aaj ki khabar se mujhe mila ki bal thackeray ki death ek taraf aur doosri taraf hamas ka headquarter tabah. do waqiyat ki khabar aaj hi aayi hai.</w:t>
      </w:r>
      <w:r>
        <w:br/>
      </w:r>
      <w:r>
        <w:rPr>
          <w:sz w:val="20"/>
        </w:rPr>
        <w:t>39:48  us par sochte sochte main samjha, is haqeeqat tak pahuncha ki kitne naye zamane mein hum dakhil ho chuke hain. 21st century ek nayi century hai, bilkul nayi.</w:t>
      </w:r>
      <w:r>
        <w:br/>
      </w:r>
      <w:r>
        <w:rPr>
          <w:sz w:val="20"/>
        </w:rPr>
        <w:t>40:04  in rukawaton ko khatam ki ki century. sab kuch jo aap chahte hain, wo hasil kar sakte hain aman ki taqat se, ideology ki taqat se.</w:t>
      </w:r>
      <w:r>
        <w:br/>
      </w:r>
      <w:r>
        <w:rPr>
          <w:sz w:val="20"/>
        </w:rPr>
        <w:t>40:19  yaani violent activism ka daur khatam aur peaceful activism ka daur ab duniya mein aa gaya.</w:t>
      </w:r>
      <w:r>
        <w:br/>
      </w:r>
      <w:r>
        <w:rPr>
          <w:sz w:val="20"/>
        </w:rPr>
        <w:t>40:29  violent activism ka daur khatam. wo to sach poochhe to second world war ke baad hi khatam ho chuka tha. ab to aakhri taur par wo khatma ho chuka hai. uska</w:t>
      </w:r>
      <w:r>
        <w:br/>
      </w:r>
      <w:r>
        <w:rPr>
          <w:sz w:val="20"/>
        </w:rPr>
        <w:t>40:45  log jhoothe politics mein fase rehte hain. jhoothe politics ke liye andhe bane bane rehte hain. andhe jhoothi politics hai jisne logon ko andha bana rakha hai.</w:t>
      </w:r>
      <w:r>
        <w:br/>
      </w:r>
      <w:r>
        <w:rPr>
          <w:sz w:val="20"/>
        </w:rPr>
        <w:t>41:00  jhoothi politics ne. warna jab opportunity ke darwaze khul jayen, jab mawaqe ke raste khul jayen, to phir ladna kis liye?</w:t>
      </w:r>
      <w:r>
        <w:br/>
      </w:r>
      <w:r>
        <w:rPr>
          <w:sz w:val="20"/>
        </w:rPr>
        <w:t>41:12  kisi se ladna kis liye?</w:t>
      </w:r>
      <w:r>
        <w:br/>
      </w:r>
      <w:r>
        <w:rPr>
          <w:sz w:val="20"/>
        </w:rPr>
        <w:t>41:17  ladai hoti hai kisi masad ke liye. faka kehte hain, qatar jo hai, hasan lajati nahi hai, hasan lagar hi hai.</w:t>
      </w:r>
      <w:r>
        <w:br/>
      </w:r>
      <w:r>
        <w:rPr>
          <w:sz w:val="20"/>
        </w:rPr>
        <w:t>41:30  yaani jang ka masad yeh nahi ki jang bara jang, balki jang ka masad hota hai kisi cheez ko hasil karna. to ab to agar aap lade, to wo jang bara jang banegi. jang lajati hi banegi aur jang lajati din mein kuch nahi hai.</w:t>
      </w:r>
      <w:r>
        <w:br/>
      </w:r>
      <w:r>
        <w:rPr>
          <w:sz w:val="20"/>
        </w:rPr>
        <w:t>41:55  ab to planning ki ahmiyat hai, aqal ki ahmiyat hai, shaoor ki ahmiyat hai, samajh boojh ki ahmiyat hai, wisdom ki ahmiyat hai. wisdom, wisdom ko istemal kijiye aur samajh boojh karke halaat ko janiye aur planning kijiye.</w:t>
      </w:r>
    </w:p>
    <w:p>
      <w:pPr>
        <w:pStyle w:val="Heading2"/>
      </w:pPr>
      <w:r>
        <w:t>Creation plan, natural law, and social peace</w:t>
      </w:r>
    </w:p>
    <w:p>
      <w:r>
        <w:rPr>
          <w:color w:val="666666"/>
          <w:sz w:val="18"/>
        </w:rPr>
        <w:t>Ideology of Life I December 29, 2013 · 13m 22s · at 26:53 · https://youtu.be/iWgAIWN7D9E?t=1613</w:t>
      </w:r>
    </w:p>
    <w:p>
      <w:r>
        <w:rPr>
          <w:i/>
        </w:rPr>
        <w:t>“What is the creation plan of God? Adjust yourself to it.”</w:t>
      </w:r>
    </w:p>
    <w:p>
      <w:r>
        <w:rPr>
          <w:sz w:val="20"/>
        </w:rPr>
        <w:t>26:53  What is the creation plan of God?</w:t>
      </w:r>
      <w:r>
        <w:br/>
      </w:r>
      <w:r>
        <w:rPr>
          <w:sz w:val="20"/>
        </w:rPr>
        <w:t>26:58  aur phir is se aap adjust karein.</w:t>
      </w:r>
      <w:r>
        <w:br/>
      </w:r>
      <w:r>
        <w:rPr>
          <w:sz w:val="20"/>
        </w:rPr>
        <w:t>27:03  right ideology wahi hai.</w:t>
      </w:r>
      <w:r>
        <w:br/>
      </w:r>
      <w:r>
        <w:rPr>
          <w:sz w:val="20"/>
        </w:rPr>
        <w:t>27:09  kyun ke yeh duniya banai hai, hum ne nahi banai hai.</w:t>
      </w:r>
      <w:r>
        <w:br/>
      </w:r>
      <w:r>
        <w:rPr>
          <w:sz w:val="20"/>
        </w:rPr>
        <w:t>27:14  kisi aur ne banai hai.</w:t>
      </w:r>
      <w:r>
        <w:br/>
      </w:r>
      <w:r>
        <w:rPr>
          <w:sz w:val="20"/>
        </w:rPr>
        <w:t>27:20  to jab kisi aur ne banai hai to jab tak hum yeh na jaanein ke is ka naqsha</w:t>
      </w:r>
      <w:r>
        <w:br/>
      </w:r>
      <w:r>
        <w:rPr>
          <w:sz w:val="20"/>
        </w:rPr>
        <w:t>27:25  kya hai, is ka idea kya hai, is ke zehen mein kya plan hai.</w:t>
      </w:r>
      <w:r>
        <w:br/>
      </w:r>
      <w:r>
        <w:rPr>
          <w:sz w:val="20"/>
        </w:rPr>
        <w:t>27:30  to yeh maamla, jaise mein kaha karta hoon, aksar ke ek cog jaisa maamla hai.</w:t>
      </w:r>
      <w:r>
        <w:br/>
      </w:r>
      <w:r>
        <w:rPr>
          <w:sz w:val="20"/>
        </w:rPr>
        <w:t>27:36  yani ek cog insan ka hai, ek cog jo hai, creator ka hai.</w:t>
      </w:r>
      <w:r>
        <w:br/>
      </w:r>
      <w:r>
        <w:rPr>
          <w:sz w:val="20"/>
        </w:rPr>
        <w:t>27:41  to cog wheel jo hai, chalti hai dono ke dono ke ek ek tareeqe se harkat karein.</w:t>
      </w:r>
      <w:r>
        <w:br/>
      </w:r>
      <w:r>
        <w:rPr>
          <w:sz w:val="20"/>
        </w:rPr>
        <w:t>27:47  ek idhar chale, ek idhar chale to nahi toot jayega woh.</w:t>
      </w:r>
      <w:r>
        <w:br/>
      </w:r>
      <w:r>
        <w:rPr>
          <w:sz w:val="20"/>
        </w:rPr>
        <w:t>27:52  yani ek cog idhar chale, ek cog idhar chale to toot jayega.</w:t>
      </w:r>
      <w:r>
        <w:br/>
      </w:r>
      <w:r>
        <w:rPr>
          <w:sz w:val="20"/>
        </w:rPr>
        <w:t>27:57  to ek hai insan ka cog, ek hai creator ka cog.</w:t>
      </w:r>
      <w:r>
        <w:br/>
      </w:r>
      <w:r>
        <w:rPr>
          <w:sz w:val="20"/>
        </w:rPr>
        <w:t>28:03  to pehla kaam yeh hai ke aap yeh jaanein ke ke creator ke mutabiq kya plan hai zindagi ka.</w:t>
      </w:r>
      <w:r>
        <w:br/>
      </w:r>
      <w:r>
        <w:rPr>
          <w:sz w:val="20"/>
        </w:rPr>
        <w:t>28:08  creator ke mutabiq zindagi ka What is the purpose of life?</w:t>
      </w:r>
      <w:r>
        <w:br/>
      </w:r>
      <w:r>
        <w:rPr>
          <w:sz w:val="20"/>
        </w:rPr>
        <w:t>28:14  aur What is the law of nature?</w:t>
      </w:r>
      <w:r>
        <w:br/>
      </w:r>
      <w:r>
        <w:rPr>
          <w:sz w:val="20"/>
        </w:rPr>
        <w:t>28:18  is ko jaan kar ke is ke is se mutabiqat karein aap.</w:t>
      </w:r>
      <w:r>
        <w:br/>
      </w:r>
      <w:r>
        <w:rPr>
          <w:sz w:val="20"/>
        </w:rPr>
        <w:t>28:22  is se adjust karein aap.</w:t>
      </w:r>
      <w:r>
        <w:br/>
      </w:r>
      <w:r>
        <w:rPr>
          <w:sz w:val="20"/>
        </w:rPr>
        <w:t>28:26  tab aap individual level par bhi aap ka development hoga aur society mein bhi peace aayega.</w:t>
      </w:r>
      <w:r>
        <w:br/>
      </w:r>
      <w:r>
        <w:rPr>
          <w:sz w:val="20"/>
        </w:rPr>
        <w:t>28:30  mein samajhta hoon ke yeh do cheezein hain jis ko insan ko khabar nahi hai.</w:t>
      </w:r>
      <w:r>
        <w:br/>
      </w:r>
      <w:r>
        <w:rPr>
          <w:sz w:val="20"/>
        </w:rPr>
        <w:t>28:34  ek hai individual level par apne ko develop karna.</w:t>
      </w:r>
      <w:r>
        <w:br/>
      </w:r>
      <w:r>
        <w:rPr>
          <w:sz w:val="20"/>
        </w:rPr>
        <w:t>28:38  yani spiritual development, intellectual development, personality development.</w:t>
      </w:r>
      <w:r>
        <w:br/>
      </w:r>
      <w:r>
        <w:rPr>
          <w:sz w:val="20"/>
        </w:rPr>
        <w:t>28:42  yeh possible hai har har aadmi ke liye.</w:t>
      </w:r>
      <w:r>
        <w:br/>
      </w:r>
      <w:r>
        <w:rPr>
          <w:sz w:val="20"/>
        </w:rPr>
        <w:t>28:46  aur doosri cheez hai social level par peace.</w:t>
      </w:r>
      <w:r>
        <w:br/>
      </w:r>
      <w:r>
        <w:rPr>
          <w:sz w:val="20"/>
        </w:rPr>
        <w:t>28:50  dekhen, social level par idealism nahin.</w:t>
      </w:r>
      <w:r>
        <w:br/>
      </w:r>
      <w:r>
        <w:rPr>
          <w:sz w:val="20"/>
        </w:rPr>
        <w:t>28:54  isko achhe se samajh lijie ke social system ke aitbaar se idealism nahin possible hai.</w:t>
      </w:r>
      <w:r>
        <w:br/>
      </w:r>
      <w:r>
        <w:rPr>
          <w:sz w:val="20"/>
        </w:rPr>
        <w:t>28:58  jo cheez possible hai ke wahan peace rahe.</w:t>
      </w:r>
      <w:r>
        <w:br/>
      </w:r>
      <w:r>
        <w:rPr>
          <w:sz w:val="20"/>
        </w:rPr>
        <w:t>29:02  yeh bahut bada fallacy hai ke log social level par peace chahte hain.</w:t>
      </w:r>
      <w:r>
        <w:br/>
      </w:r>
      <w:r>
        <w:rPr>
          <w:sz w:val="20"/>
        </w:rPr>
        <w:t>29:06  woh idealism chahte hain.</w:t>
      </w:r>
      <w:r>
        <w:br/>
      </w:r>
      <w:r>
        <w:rPr>
          <w:sz w:val="20"/>
        </w:rPr>
        <w:t>29:10  bahut badi fallacies is mein pade hue hain.</w:t>
      </w:r>
      <w:r>
        <w:br/>
      </w:r>
      <w:r>
        <w:rPr>
          <w:sz w:val="20"/>
        </w:rPr>
        <w:t>29:14  saare log, chahe secular hon, chahe Muslim hon.</w:t>
      </w:r>
      <w:r>
        <w:br/>
      </w:r>
      <w:r>
        <w:rPr>
          <w:sz w:val="20"/>
        </w:rPr>
        <w:t>29:18  ke social level par unhon ne apne zehn mein ek ideal model banaya hai.</w:t>
      </w:r>
      <w:r>
        <w:br/>
      </w:r>
      <w:r>
        <w:rPr>
          <w:sz w:val="20"/>
        </w:rPr>
        <w:t>29:22  ek ideal model.</w:t>
      </w:r>
      <w:r>
        <w:br/>
      </w:r>
      <w:r>
        <w:rPr>
          <w:sz w:val="20"/>
        </w:rPr>
        <w:t>29:26  government ka, society ka.</w:t>
      </w:r>
      <w:r>
        <w:br/>
      </w:r>
      <w:r>
        <w:rPr>
          <w:sz w:val="20"/>
        </w:rPr>
        <w:t>29:30  isko chahte hain impose karna.</w:t>
      </w:r>
      <w:r>
        <w:br/>
      </w:r>
      <w:r>
        <w:rPr>
          <w:sz w:val="20"/>
        </w:rPr>
        <w:t>29:34  That is impossible.</w:t>
      </w:r>
      <w:r>
        <w:br/>
      </w:r>
      <w:r>
        <w:rPr>
          <w:sz w:val="20"/>
        </w:rPr>
        <w:t>29:38  jo cheez possible hai, woh sirf yeh hai ke aap social level par peace ho.</w:t>
      </w:r>
      <w:r>
        <w:br/>
      </w:r>
      <w:r>
        <w:rPr>
          <w:sz w:val="20"/>
        </w:rPr>
        <w:t>29:42  kyunki peace jab hoga to opportunities sab ke liye khuli rahen gi.</w:t>
      </w:r>
      <w:r>
        <w:br/>
      </w:r>
      <w:r>
        <w:rPr>
          <w:sz w:val="20"/>
        </w:rPr>
        <w:t>29:47  peace hoga to sab ko mauqa hoga ke woh apni apni jo chahta hai, woh kare.</w:t>
      </w:r>
      <w:r>
        <w:br/>
      </w:r>
      <w:r>
        <w:rPr>
          <w:sz w:val="20"/>
        </w:rPr>
        <w:t>29:52  to logon ne dekhen, priority ko galat set kar rakha hai.</w:t>
      </w:r>
      <w:r>
        <w:br/>
      </w:r>
      <w:r>
        <w:rPr>
          <w:sz w:val="20"/>
        </w:rPr>
        <w:t>29:57  ke woh chahte hain ke society mein ideal system qaim karo.</w:t>
      </w:r>
      <w:r>
        <w:br/>
      </w:r>
      <w:r>
        <w:rPr>
          <w:sz w:val="20"/>
        </w:rPr>
        <w:t>30:02  ideal rule qaim karo.</w:t>
      </w:r>
      <w:r>
        <w:br/>
      </w:r>
      <w:r>
        <w:rPr>
          <w:sz w:val="20"/>
        </w:rPr>
        <w:t>30:07  sab log yahi boli bolte hain.</w:t>
      </w:r>
      <w:r>
        <w:br/>
      </w:r>
      <w:r>
        <w:rPr>
          <w:sz w:val="20"/>
        </w:rPr>
        <w:t>30:12  aur woh possible nahin hai.</w:t>
      </w:r>
      <w:r>
        <w:br/>
      </w:r>
      <w:r>
        <w:rPr>
          <w:sz w:val="20"/>
        </w:rPr>
        <w:t>30:17  to sahi jo hai, sahi jo hamara jo hai, yani jo sahi baat hai, woh yeh hai ke</w:t>
      </w:r>
      <w:r>
        <w:br/>
      </w:r>
      <w:r>
        <w:rPr>
          <w:sz w:val="20"/>
        </w:rPr>
        <w:t>30:22  social level par peace.</w:t>
      </w:r>
      <w:r>
        <w:br/>
      </w:r>
      <w:r>
        <w:rPr>
          <w:sz w:val="20"/>
        </w:rPr>
        <w:t>30:27  individual level par idealism.</w:t>
      </w:r>
      <w:r>
        <w:br/>
      </w:r>
      <w:r>
        <w:rPr>
          <w:sz w:val="20"/>
        </w:rPr>
        <w:t>30:32  idealism ka matlab yeh hai ke jo aap chahte hain, woh apne ko banayein aap.</w:t>
      </w:r>
      <w:r>
        <w:br/>
      </w:r>
      <w:r>
        <w:rPr>
          <w:sz w:val="20"/>
        </w:rPr>
        <w:t>30:37  social level par peace is liye ke agar social level par peace hoga, tab hi aap ko opportunities</w:t>
      </w:r>
      <w:r>
        <w:br/>
      </w:r>
      <w:r>
        <w:rPr>
          <w:sz w:val="20"/>
        </w:rPr>
        <w:t>30:42  ko avail karne ke mawaqe honge.</w:t>
      </w:r>
      <w:r>
        <w:br/>
      </w:r>
      <w:r>
        <w:rPr>
          <w:sz w:val="20"/>
        </w:rPr>
        <w:t>30:47  agar social level par peace na ho to opportunities hongi, aap us ko avail nahi kar payenge.</w:t>
      </w:r>
      <w:r>
        <w:br/>
      </w:r>
      <w:r>
        <w:rPr>
          <w:sz w:val="20"/>
        </w:rPr>
        <w:t>30:52  is yeh jo yeh jo baat hai, yahi yahi wisdom hai sab se bari.</w:t>
      </w:r>
      <w:r>
        <w:br/>
      </w:r>
      <w:r>
        <w:rPr>
          <w:sz w:val="20"/>
        </w:rPr>
        <w:t>30:57  sab se bari zindagi ki wisdom yeh hai ke aap is is baat ko janein ke social level</w:t>
      </w:r>
      <w:r>
        <w:br/>
      </w:r>
      <w:r>
        <w:rPr>
          <w:sz w:val="20"/>
        </w:rPr>
        <w:t>31:01  par jo cheez possible hai, woh peace hai, woh ideal system nahi hai.</w:t>
      </w:r>
      <w:r>
        <w:br/>
      </w:r>
      <w:r>
        <w:rPr>
          <w:sz w:val="20"/>
        </w:rPr>
        <w:t>31:06  sab se bara wisdom, jis se sab sab log in aware hain is se.</w:t>
      </w:r>
      <w:r>
        <w:br/>
      </w:r>
      <w:r>
        <w:rPr>
          <w:sz w:val="20"/>
        </w:rPr>
        <w:t>31:11  social level ka matlab hai majmooay ki satah par.</w:t>
      </w:r>
      <w:r>
        <w:br/>
      </w:r>
      <w:r>
        <w:rPr>
          <w:sz w:val="20"/>
        </w:rPr>
        <w:t>31:16  poora majmooa jo hai, us ki satah par.</w:t>
      </w:r>
      <w:r>
        <w:br/>
      </w:r>
      <w:r>
        <w:rPr>
          <w:sz w:val="20"/>
        </w:rPr>
        <w:t>31:21  toh majmooay ki satah par bilkul impossible hai ke aap koi ideal system banayein.</w:t>
      </w:r>
      <w:r>
        <w:br/>
      </w:r>
      <w:r>
        <w:rPr>
          <w:sz w:val="20"/>
        </w:rPr>
        <w:t>31:26  sirf yeh hai ke aap aisa, is tarah adjust karein, is tarah organize karein cheezon ko, is tarah manage karein.</w:t>
      </w:r>
      <w:r>
        <w:br/>
      </w:r>
      <w:r>
        <w:rPr>
          <w:sz w:val="20"/>
        </w:rPr>
        <w:t>31:31  is tarah manage karein ke social level par aap ko peace milti rahe, peace milti rahe, peace milti rahe.</w:t>
      </w:r>
      <w:r>
        <w:br/>
      </w:r>
      <w:r>
        <w:rPr>
          <w:sz w:val="20"/>
        </w:rPr>
        <w:t>31:36  isi ko na janne ki wajah se ladaiyan hain, hate hai, intolerance hai.</w:t>
      </w:r>
      <w:r>
        <w:br/>
      </w:r>
      <w:r>
        <w:rPr>
          <w:sz w:val="20"/>
        </w:rPr>
        <w:t>31:41  isi isi baat ko na janne ki wajah se.</w:t>
      </w:r>
      <w:r>
        <w:br/>
      </w:r>
      <w:r>
        <w:rPr>
          <w:sz w:val="20"/>
        </w:rPr>
        <w:t>31:46  toh hamara jo mission hai, Allah ke fazl se, hamare mission ka yahi target hai ke hum dunya</w:t>
      </w:r>
      <w:r>
        <w:br/>
      </w:r>
      <w:r>
        <w:rPr>
          <w:sz w:val="20"/>
        </w:rPr>
        <w:t>31:51  ko, sirf musalmanon ko nahi, dunya ko hum batayein ke jo creation plan of God hai, us ke</w:t>
      </w:r>
      <w:r>
        <w:br/>
      </w:r>
      <w:r>
        <w:rPr>
          <w:sz w:val="20"/>
        </w:rPr>
        <w:t>31:56  mutabiq aap ko zindagi ka naqsha kis tarah banana chahiye.</w:t>
      </w:r>
      <w:r>
        <w:br/>
      </w:r>
      <w:r>
        <w:rPr>
          <w:sz w:val="20"/>
        </w:rPr>
        <w:t>32:01  creation plan of God se ko ignore kar ke aap koi naqsha nahi bana sakte.</w:t>
      </w:r>
      <w:r>
        <w:br/>
      </w:r>
      <w:r>
        <w:rPr>
          <w:sz w:val="20"/>
        </w:rPr>
        <w:t>32:06  misal ke taur par dekhein, yeh yeh yeh pani hai ek glass mein.</w:t>
      </w:r>
      <w:r>
        <w:br/>
      </w:r>
      <w:r>
        <w:rPr>
          <w:sz w:val="20"/>
        </w:rPr>
        <w:t>32:11  mujhe agar mujhe pyas lag rahi hai toh pani jaisa petrol bhi hota hai.</w:t>
      </w:r>
      <w:r>
        <w:br/>
      </w:r>
      <w:r>
        <w:rPr>
          <w:sz w:val="20"/>
        </w:rPr>
        <w:t>32:16  yani dekhne mein toh petrol bhi aise hi lagta hai jaisa pani.</w:t>
      </w:r>
      <w:r>
        <w:br/>
      </w:r>
      <w:r>
        <w:rPr>
          <w:sz w:val="20"/>
        </w:rPr>
        <w:t>32:20  lekin law of nature ke mutabiq petrol meri pyas nahi bujha sakta.</w:t>
      </w:r>
      <w:r>
        <w:br/>
      </w:r>
      <w:r>
        <w:rPr>
          <w:sz w:val="20"/>
        </w:rPr>
        <w:t>32:25  sirf pani bujhayega.</w:t>
      </w:r>
      <w:r>
        <w:br/>
      </w:r>
      <w:r>
        <w:rPr>
          <w:sz w:val="20"/>
        </w:rPr>
        <w:t>32:30  agar main chahta hoon ke meri jo pyas hai, woh bujhe toh mujhe pani peena padega.</w:t>
      </w:r>
      <w:r>
        <w:br/>
      </w:r>
      <w:r>
        <w:rPr>
          <w:sz w:val="20"/>
        </w:rPr>
        <w:t>32:35  isi ke milti julti shakal ka jo petrol hai, us ko pee loon to us se pyas nahi</w:t>
      </w:r>
      <w:r>
        <w:br/>
      </w:r>
      <w:r>
        <w:rPr>
          <w:sz w:val="20"/>
        </w:rPr>
        <w:t>32:40  bujhe gi bhai.</w:t>
      </w:r>
      <w:r>
        <w:br/>
      </w:r>
      <w:r>
        <w:rPr>
          <w:sz w:val="20"/>
        </w:rPr>
        <w:t>32:45  that is law of nature .</w:t>
      </w:r>
      <w:r>
        <w:br/>
      </w:r>
      <w:r>
        <w:rPr>
          <w:sz w:val="20"/>
        </w:rPr>
        <w:t>32:50  to pehla kaam yeh hai ke aap is baat ko janiye ke aap yahan aap, ya aap yani</w:t>
      </w:r>
      <w:r>
        <w:br/>
      </w:r>
      <w:r>
        <w:rPr>
          <w:sz w:val="20"/>
        </w:rPr>
        <w:t>32:55  master of universe nahi hain.</w:t>
      </w:r>
      <w:r>
        <w:br/>
      </w:r>
      <w:r>
        <w:rPr>
          <w:sz w:val="20"/>
        </w:rPr>
        <w:t>33:00  yeh nahi ke aap jo chahen wahi karen.</w:t>
      </w:r>
      <w:r>
        <w:br/>
      </w:r>
      <w:r>
        <w:rPr>
          <w:sz w:val="20"/>
        </w:rPr>
        <w:t>33:05  jis ne dunya banai hai, jis ne yahan ke, yahan ke yani yahan ke jo jo naqsha hai,</w:t>
      </w:r>
      <w:r>
        <w:br/>
      </w:r>
      <w:r>
        <w:rPr>
          <w:sz w:val="20"/>
        </w:rPr>
        <w:t>33:10  us ke mind mein hai, us ko aap jan kar ke us se adjust karen ge, tab hi</w:t>
      </w:r>
      <w:r>
        <w:br/>
      </w:r>
      <w:r>
        <w:rPr>
          <w:sz w:val="20"/>
        </w:rPr>
        <w:t>33:15  aap ke liye kamyabi hai.</w:t>
      </w:r>
      <w:r>
        <w:br/>
      </w:r>
      <w:r>
        <w:rPr>
          <w:sz w:val="20"/>
        </w:rPr>
        <w:t>33:20  warna kamyabi bhi nahi hai.</w:t>
      </w:r>
      <w:r>
        <w:br/>
      </w:r>
      <w:r>
        <w:rPr>
          <w:sz w:val="20"/>
        </w:rPr>
        <w:t>33:25  main samajhta hoon ke yeh cheez leak kar rahi hai sab logon ke andar.</w:t>
      </w:r>
      <w:r>
        <w:br/>
      </w:r>
      <w:r>
        <w:rPr>
          <w:sz w:val="20"/>
        </w:rPr>
        <w:t>33:30  sab log samajhte hain ke hamare mind, hamare mind mein jo model hai, us model ko hum impose</w:t>
      </w:r>
      <w:r>
        <w:br/>
      </w:r>
      <w:r>
        <w:rPr>
          <w:sz w:val="20"/>
        </w:rPr>
        <w:t>33:35  kar sakte hain, us ko implement kar sakte hain.</w:t>
      </w:r>
      <w:r>
        <w:br/>
      </w:r>
      <w:r>
        <w:rPr>
          <w:sz w:val="20"/>
        </w:rPr>
        <w:t>33:39  yeh nahi, yeh koi sochta nahi ke hamare mind mein jo jo hai, woh to yani hamare bahar</w:t>
      </w:r>
      <w:r>
        <w:br/>
      </w:r>
      <w:r>
        <w:rPr>
          <w:sz w:val="20"/>
        </w:rPr>
        <w:t>33:44  jo jo world hai, woh hum ne nahi banai hai, us ko woh to kisi aur ne banaya hai.</w:t>
      </w:r>
      <w:r>
        <w:br/>
      </w:r>
      <w:r>
        <w:rPr>
          <w:sz w:val="20"/>
        </w:rPr>
        <w:t>33:49  to sab us ko jano.</w:t>
      </w:r>
      <w:r>
        <w:br/>
      </w:r>
      <w:r>
        <w:rPr>
          <w:sz w:val="20"/>
        </w:rPr>
        <w:t>33:54  to 50 feesad mera role hai, 50 feesad to creator ka role hai.</w:t>
      </w:r>
      <w:r>
        <w:br/>
      </w:r>
      <w:r>
        <w:rPr>
          <w:sz w:val="20"/>
        </w:rPr>
        <w:t>33:59  yeh 50 feesad ka mamla hai.</w:t>
      </w:r>
      <w:r>
        <w:br/>
      </w:r>
      <w:r>
        <w:rPr>
          <w:sz w:val="20"/>
        </w:rPr>
        <w:t>34:04  50 feesad mera role hai, 50 feesad creator ka role hai.</w:t>
      </w:r>
      <w:r>
        <w:br/>
      </w:r>
      <w:r>
        <w:rPr>
          <w:sz w:val="20"/>
        </w:rPr>
        <w:t>34:09  log samajhte hain ke bas mere mind jo hai, bas usi ko main implement kar sakta hoon.</w:t>
      </w:r>
      <w:r>
        <w:br/>
      </w:r>
      <w:r>
        <w:rPr>
          <w:sz w:val="20"/>
        </w:rPr>
        <w:t>34:14  natija kya hai ke frustration, tension.</w:t>
      </w:r>
      <w:r>
        <w:br/>
      </w:r>
      <w:r>
        <w:rPr>
          <w:sz w:val="20"/>
        </w:rPr>
        <w:t>34:19  aaj hi ek paper mein ek ek ek aur news hai ke ek bohat bare believer ne suicide</w:t>
      </w:r>
      <w:r>
        <w:br/>
      </w:r>
      <w:r>
        <w:rPr>
          <w:sz w:val="20"/>
        </w:rPr>
        <w:t>34:24  kar li wahan par.</w:t>
      </w:r>
      <w:r>
        <w:br/>
      </w:r>
      <w:r>
        <w:rPr>
          <w:sz w:val="20"/>
        </w:rPr>
        <w:t>34:29  USA ke.</w:t>
      </w:r>
      <w:r>
        <w:br/>
      </w:r>
      <w:r>
        <w:rPr>
          <w:sz w:val="20"/>
        </w:rPr>
        <w:t>34:34  aaj hi hai.</w:t>
      </w:r>
      <w:r>
        <w:br/>
      </w:r>
      <w:r>
        <w:rPr>
          <w:sz w:val="20"/>
        </w:rPr>
        <w:t>34:39  kyun ke is ko is ko peace of mind nahi mila.</w:t>
      </w:r>
      <w:r>
        <w:br/>
      </w:r>
      <w:r>
        <w:rPr>
          <w:sz w:val="20"/>
        </w:rPr>
        <w:t>34:44  yani is ke paas dollar ka anbaar hai.</w:t>
      </w:r>
      <w:r>
        <w:br/>
      </w:r>
      <w:r>
        <w:rPr>
          <w:sz w:val="20"/>
        </w:rPr>
        <w:t>34:49  lekin is ko pata nahi ke kya zindagi ideology kya hai.</w:t>
      </w:r>
      <w:r>
        <w:br/>
      </w:r>
      <w:r>
        <w:rPr>
          <w:sz w:val="20"/>
        </w:rPr>
        <w:t>34:54  wo dollar kamaya, is ne samajhta tha wo ke dollar mujhe ideology de de ga.</w:t>
      </w:r>
      <w:r>
        <w:br/>
      </w:r>
      <w:r>
        <w:rPr>
          <w:sz w:val="20"/>
        </w:rPr>
        <w:t>34:58  to dollar ne ideology nahi di.</w:t>
      </w:r>
      <w:r>
        <w:br/>
      </w:r>
      <w:r>
        <w:rPr>
          <w:sz w:val="20"/>
        </w:rPr>
        <w:t>35:03  frustration mein para, frustration mein para.</w:t>
      </w:r>
      <w:r>
        <w:br/>
      </w:r>
      <w:r>
        <w:rPr>
          <w:sz w:val="20"/>
        </w:rPr>
        <w:t>35:08  yahan tak ke suicide kar liya is ne.</w:t>
      </w:r>
      <w:r>
        <w:br/>
      </w:r>
      <w:r>
        <w:rPr>
          <w:sz w:val="20"/>
        </w:rPr>
        <w:t>35:13  to dunya ki sab se bari zaroorat yeh nahi ke logon ke paas dollar aa jaye.</w:t>
      </w:r>
      <w:r>
        <w:br/>
      </w:r>
      <w:r>
        <w:rPr>
          <w:sz w:val="20"/>
        </w:rPr>
        <w:t>35:18  equal distribution of wealth aa jaye. nahi.</w:t>
      </w:r>
      <w:r>
        <w:br/>
      </w:r>
      <w:r>
        <w:rPr>
          <w:sz w:val="20"/>
        </w:rPr>
        <w:t>35:23  aadmi ko aap ideology dena pare gi aap ko.</w:t>
      </w:r>
      <w:r>
        <w:br/>
      </w:r>
      <w:r>
        <w:rPr>
          <w:sz w:val="20"/>
        </w:rPr>
        <w:t>35:28  ideology of life.</w:t>
      </w:r>
      <w:r>
        <w:br/>
      </w:r>
      <w:r>
        <w:rPr>
          <w:sz w:val="20"/>
        </w:rPr>
        <w:t>35:33  ek aisi ideology jo har cheez ko right way mein explain kare.</w:t>
      </w:r>
      <w:r>
        <w:br/>
      </w:r>
      <w:r>
        <w:rPr>
          <w:sz w:val="20"/>
        </w:rPr>
        <w:t>35:38  kyun ke aap dekhen, insaan ke bare mein kaha jata hai ke Man is a explanation-seeking animal.</w:t>
      </w:r>
      <w:r>
        <w:br/>
      </w:r>
      <w:r>
        <w:rPr>
          <w:sz w:val="20"/>
        </w:rPr>
        <w:t>35:43  Man is a explanation-seeking animal.</w:t>
      </w:r>
      <w:r>
        <w:br/>
      </w:r>
      <w:r>
        <w:rPr>
          <w:sz w:val="20"/>
        </w:rPr>
        <w:t>35:48  hum tojeeh chahte hain cheezon ki.</w:t>
      </w:r>
      <w:r>
        <w:br/>
      </w:r>
      <w:r>
        <w:rPr>
          <w:sz w:val="20"/>
        </w:rPr>
        <w:t>35:53  hum chahte hain ke cheezon ko hum tojeeh karen, is ko explain karen.</w:t>
      </w:r>
      <w:r>
        <w:br/>
      </w:r>
      <w:r>
        <w:rPr>
          <w:sz w:val="20"/>
        </w:rPr>
        <w:t>35:58  is liye hamein ideology chahiye.</w:t>
      </w:r>
      <w:r>
        <w:br/>
      </w:r>
      <w:r>
        <w:rPr>
          <w:sz w:val="20"/>
        </w:rPr>
        <w:t>36:03  buildingen ya carain ya wealth, bank balance ya fame ya bari bari position, is se aap ko peace</w:t>
      </w:r>
      <w:r>
        <w:br/>
      </w:r>
      <w:r>
        <w:rPr>
          <w:sz w:val="20"/>
        </w:rPr>
        <w:t>36:08  of mind nahi mil sakta.</w:t>
      </w:r>
      <w:r>
        <w:br/>
      </w:r>
      <w:r>
        <w:rPr>
          <w:sz w:val="20"/>
        </w:rPr>
        <w:t>36:13  jab tak aap ke paas ek ideology na ho aisi jis se aap zindagi ko explain kar saken.</w:t>
      </w:r>
      <w:r>
        <w:br/>
      </w:r>
      <w:r>
        <w:rPr>
          <w:sz w:val="20"/>
        </w:rPr>
        <w:t>36:17  jis se aap nature ko explain kar saken.</w:t>
      </w:r>
      <w:r>
        <w:br/>
      </w:r>
      <w:r>
        <w:rPr>
          <w:sz w:val="20"/>
        </w:rPr>
        <w:t>36:22  jis se aap world ko explain kar saken.</w:t>
      </w:r>
      <w:r>
        <w:br/>
      </w:r>
      <w:r>
        <w:rPr>
          <w:sz w:val="20"/>
        </w:rPr>
        <w:t>36:27  is se aap ko peace of mind mile ga.</w:t>
      </w:r>
      <w:r>
        <w:br/>
      </w:r>
      <w:r>
        <w:rPr>
          <w:sz w:val="20"/>
        </w:rPr>
        <w:t>36:32  to is aadmi ke paas yani billion billion dollar the.</w:t>
      </w:r>
      <w:r>
        <w:br/>
      </w:r>
      <w:r>
        <w:rPr>
          <w:sz w:val="20"/>
        </w:rPr>
        <w:t>36:37  aur aaj hi aap parh lijye, aaj hi paper mein aya hai ke wo America ka ke is</w:t>
      </w:r>
      <w:r>
        <w:br/>
      </w:r>
      <w:r>
        <w:rPr>
          <w:sz w:val="20"/>
        </w:rPr>
        <w:t>36:42  ne suicide kar liya.</w:t>
      </w:r>
      <w:r>
        <w:br/>
      </w:r>
      <w:r>
        <w:rPr>
          <w:sz w:val="20"/>
        </w:rPr>
        <w:t>36:47  kyunke is par ideology nahi thi is ke paas.</w:t>
      </w:r>
      <w:r>
        <w:br/>
      </w:r>
      <w:r>
        <w:rPr>
          <w:sz w:val="20"/>
        </w:rPr>
        <w:t>36:52  paisa tha, ideology nahi thi.</w:t>
      </w:r>
      <w:r>
        <w:br/>
      </w:r>
      <w:r>
        <w:rPr>
          <w:sz w:val="20"/>
        </w:rPr>
        <w:t>36:57  to chahe wo Muslim ho ya na ho, sab ka ek qissa yahi hai.</w:t>
      </w:r>
      <w:r>
        <w:br/>
      </w:r>
      <w:r>
        <w:rPr>
          <w:sz w:val="20"/>
        </w:rPr>
        <w:t>37:02  yani aaj hi ke paper mein jo jo Egypt ke jo Muslims hain, jo universityon ko jala rahe</w:t>
      </w:r>
      <w:r>
        <w:br/>
      </w:r>
      <w:r>
        <w:rPr>
          <w:sz w:val="20"/>
        </w:rPr>
        <w:t>37:07  hain, un ke paas ideology nahin.</w:t>
      </w:r>
      <w:r>
        <w:br/>
      </w:r>
      <w:r>
        <w:rPr>
          <w:sz w:val="20"/>
        </w:rPr>
        <w:t>37:12  aur America ka jo believer hai, us ne jo suicide kar li, us ke paas ideology nahin.</w:t>
      </w:r>
      <w:r>
        <w:br/>
      </w:r>
      <w:r>
        <w:rPr>
          <w:sz w:val="20"/>
        </w:rPr>
        <w:t>37:17  kaisi ajeeb baat hai.</w:t>
      </w:r>
      <w:r>
        <w:br/>
      </w:r>
      <w:r>
        <w:rPr>
          <w:sz w:val="20"/>
        </w:rPr>
        <w:t>37:22  yani aaj hi ke paper mein aap dono cheezein dekh sakte hain.</w:t>
      </w:r>
      <w:r>
        <w:br/>
      </w:r>
      <w:r>
        <w:rPr>
          <w:sz w:val="20"/>
        </w:rPr>
        <w:t>37:27  ke Egypt ke Muslim Islamists jo hain wahan ke, wo university ko jala rahe hain.</w:t>
      </w:r>
      <w:r>
        <w:br/>
      </w:r>
      <w:r>
        <w:rPr>
          <w:sz w:val="20"/>
        </w:rPr>
        <w:t>37:32  aur police firing kar rahi hai, mar rahe hain.</w:t>
      </w:r>
      <w:r>
        <w:br/>
      </w:r>
      <w:r>
        <w:rPr>
          <w:sz w:val="20"/>
        </w:rPr>
        <w:t>37:36  kyun? un ke paas ideology nahin.</w:t>
      </w:r>
      <w:r>
        <w:br/>
      </w:r>
      <w:r>
        <w:rPr>
          <w:sz w:val="20"/>
        </w:rPr>
        <w:t>37:41  aur America ka believer jo hai, wo suicide kar raha hai.</w:t>
      </w:r>
      <w:r>
        <w:br/>
      </w:r>
      <w:r>
        <w:rPr>
          <w:sz w:val="20"/>
        </w:rPr>
        <w:t>37:46  kyun? us ke paas ideology nahin.</w:t>
      </w:r>
      <w:r>
        <w:br/>
      </w:r>
      <w:r>
        <w:rPr>
          <w:sz w:val="20"/>
        </w:rPr>
        <w:t>37:51  yeh hai aaj ki duniya ki picture.</w:t>
      </w:r>
      <w:r>
        <w:br/>
      </w:r>
      <w:r>
        <w:rPr>
          <w:sz w:val="20"/>
        </w:rPr>
        <w:t>37:56  to yeh jo CPS ka mission hai, wo isi liye hai ke hum duniya ko batayein.</w:t>
      </w:r>
      <w:r>
        <w:br/>
      </w:r>
      <w:r>
        <w:rPr>
          <w:sz w:val="20"/>
        </w:rPr>
        <w:t>38:01  duniya ko roshni dikhayein.</w:t>
      </w:r>
      <w:r>
        <w:br/>
      </w:r>
      <w:r>
        <w:rPr>
          <w:sz w:val="20"/>
        </w:rPr>
        <w:t>38:06  saare log roshni se mehroom hain.</w:t>
      </w:r>
      <w:r>
        <w:br/>
      </w:r>
      <w:r>
        <w:rPr>
          <w:sz w:val="20"/>
        </w:rPr>
        <w:t>38:11  کچھ پتہ ہی نہیں لوگوں کو کہ کیسے زندگی کو explain کریں۔</w:t>
      </w:r>
      <w:r>
        <w:br/>
      </w:r>
      <w:r>
        <w:rPr>
          <w:sz w:val="20"/>
        </w:rPr>
        <w:t>38:16  mujh se ek sahab ne jo America mein rehte hain, unhone kaha ke wahan par chunke bohat</w:t>
      </w:r>
      <w:r>
        <w:br/>
      </w:r>
      <w:r>
        <w:rPr>
          <w:sz w:val="20"/>
        </w:rPr>
        <w:t>38:21  zyada logon ko stress hota hai, bohat stress hota hai.</w:t>
      </w:r>
      <w:r>
        <w:br/>
      </w:r>
      <w:r>
        <w:rPr>
          <w:sz w:val="20"/>
        </w:rPr>
        <w:t>38:26  to logon ne kya hai nikala ke chutti ke dinon mein bahar jao, kahin outing karo.</w:t>
      </w:r>
      <w:r>
        <w:br/>
      </w:r>
      <w:r>
        <w:rPr>
          <w:sz w:val="20"/>
        </w:rPr>
        <w:t>38:31  wahan par kuch entertainment ho, entertainment ka saman ho, wahan par apne ko de-stress karo.</w:t>
      </w:r>
      <w:r>
        <w:br/>
      </w:r>
      <w:r>
        <w:rPr>
          <w:sz w:val="20"/>
        </w:rPr>
        <w:t>38:36  de-stress karne ke liye outing.</w:t>
      </w:r>
      <w:r>
        <w:br/>
      </w:r>
      <w:r>
        <w:rPr>
          <w:sz w:val="20"/>
        </w:rPr>
        <w:t>38:41  holidays mein.</w:t>
      </w:r>
      <w:r>
        <w:br/>
      </w:r>
      <w:r>
        <w:rPr>
          <w:sz w:val="20"/>
        </w:rPr>
        <w:t>38:46  to wahan par ek wahan to aap jante hain ke companies hoti hain, har cheez is ka bhi</w:t>
      </w:r>
      <w:r>
        <w:br/>
      </w:r>
      <w:r>
        <w:rPr>
          <w:sz w:val="20"/>
        </w:rPr>
        <w:t>38:51  aik aik management ka mul nikal aya, bohat si companiyan manage karne lagen logon ke tour.</w:t>
      </w:r>
      <w:r>
        <w:br/>
      </w:r>
      <w:r>
        <w:rPr>
          <w:sz w:val="20"/>
        </w:rPr>
        <w:t>38:55  to unhon ne bataya ke ab kya hai logon ko ke holiday ke liye jate hain bahar,</w:t>
      </w:r>
      <w:r>
        <w:br/>
      </w:r>
      <w:r>
        <w:rPr>
          <w:sz w:val="20"/>
        </w:rPr>
        <w:t>39:00  outing karte hain wahan par, wapas ate hain phir naya stress.</w:t>
      </w:r>
      <w:r>
        <w:br/>
      </w:r>
      <w:r>
        <w:rPr>
          <w:sz w:val="20"/>
        </w:rPr>
        <w:t>39:05  تو اب نیا ٹرم وہاں نکلا ہے، holiday stress۔</w:t>
      </w:r>
      <w:r>
        <w:br/>
      </w:r>
      <w:r>
        <w:rPr>
          <w:sz w:val="20"/>
        </w:rPr>
        <w:t>39:10  holiday stress.</w:t>
      </w:r>
      <w:r>
        <w:br/>
      </w:r>
      <w:r>
        <w:rPr>
          <w:sz w:val="20"/>
        </w:rPr>
        <w:t>39:15  یعنی یعنی اس بات کے یعنی pre-holiday بھی ایک اسٹریس ہے، اب post-holiday بھی</w:t>
      </w:r>
      <w:r>
        <w:br/>
      </w:r>
      <w:r>
        <w:rPr>
          <w:sz w:val="20"/>
        </w:rPr>
        <w:t>39:20  aik stress hai.</w:t>
      </w:r>
      <w:r>
        <w:br/>
      </w:r>
      <w:r>
        <w:rPr>
          <w:sz w:val="20"/>
        </w:rPr>
        <w:t>39:25  beech mein insan hai.</w:t>
      </w:r>
      <w:r>
        <w:br/>
      </w:r>
      <w:r>
        <w:rPr>
          <w:sz w:val="20"/>
        </w:rPr>
        <w:t>39:30  تو دنیا بھر میں جو سب سے بڑا مسئلہ اس وقت ہے کہ لوگ tension میں بھی جیتے</w:t>
      </w:r>
      <w:r>
        <w:br/>
      </w:r>
      <w:r>
        <w:rPr>
          <w:sz w:val="20"/>
        </w:rPr>
        <w:t>39:35  hain, in ko peace of mind nahi.</w:t>
      </w:r>
      <w:r>
        <w:br/>
      </w:r>
      <w:r>
        <w:rPr>
          <w:sz w:val="20"/>
        </w:rPr>
        <w:t>39:40  اس کی وجہ کیا ہے؟ ان کے پاس right ideology نہیں۔</w:t>
      </w:r>
      <w:r>
        <w:br/>
      </w:r>
      <w:r>
        <w:rPr>
          <w:sz w:val="20"/>
        </w:rPr>
        <w:t>39:45  right ideology nahi hai.</w:t>
      </w:r>
      <w:r>
        <w:br/>
      </w:r>
      <w:r>
        <w:rPr>
          <w:sz w:val="20"/>
        </w:rPr>
        <w:t>39:50  main Allah ke fazl se aap dekhen, mujhe mein tension free rehta hoon.</w:t>
      </w:r>
      <w:r>
        <w:br/>
      </w:r>
      <w:r>
        <w:rPr>
          <w:sz w:val="20"/>
        </w:rPr>
        <w:t>39:55  mujhe koi tension nahi, koi stress nahi.</w:t>
      </w:r>
      <w:r>
        <w:br/>
      </w:r>
      <w:r>
        <w:rPr>
          <w:sz w:val="20"/>
        </w:rPr>
        <w:t>40:00  کیونکہ میرے پاس right ideology ہے۔</w:t>
      </w:r>
      <w:r>
        <w:br/>
      </w:r>
      <w:r>
        <w:rPr>
          <w:sz w:val="20"/>
        </w:rPr>
        <w:t>40:05  main janta hoon ke main zinda kis liye hoon, maron ga to kis liye maron ga.</w:t>
      </w:r>
      <w:r>
        <w:br/>
      </w:r>
      <w:r>
        <w:rPr>
          <w:sz w:val="20"/>
        </w:rPr>
        <w:t>40:10  What is pre-death?</w:t>
      </w:r>
      <w:r>
        <w:br/>
      </w:r>
      <w:r>
        <w:rPr>
          <w:sz w:val="20"/>
        </w:rPr>
        <w:t>40:15  What is post-death? What is in the pre-death period? What is in the post-death period?</w:t>
      </w:r>
    </w:p>
    <w:p>
      <w:pPr>
        <w:pStyle w:val="Heading2"/>
      </w:pPr>
      <w:r>
        <w:t>science disproves polytheism through atomic theory and unified force</w:t>
      </w:r>
    </w:p>
    <w:p>
      <w:r>
        <w:rPr>
          <w:color w:val="666666"/>
          <w:sz w:val="18"/>
        </w:rPr>
        <w:t>Prophetic Mission in 21st Century October 2, 2011 Maulana Wahiduddin Khan · 4m 00s · at 13:08 · https://youtu.be/ao5gC6SXQXE?t=788</w:t>
      </w:r>
    </w:p>
    <w:p>
      <w:r>
        <w:rPr>
          <w:i/>
        </w:rPr>
        <w:t>“Shirk ka masla lijiye, sab se pehle aqeeda tauheed”</w:t>
      </w:r>
    </w:p>
    <w:p>
      <w:r>
        <w:rPr>
          <w:sz w:val="20"/>
        </w:rPr>
        <w:t>13:08  yani scientific discoveries yani aap baatein jo hain sabit karne ke liye, hum moajze ke baghair hum sabit kar sakte hain is ko. usay leejiyay, dekhiye, misaal ke taur par shirk ka masla leejiyay, sab se pehle aqeed tauheed ka masla leejiyay.</w:t>
      </w:r>
      <w:r>
        <w:br/>
      </w:r>
      <w:r>
        <w:rPr>
          <w:sz w:val="20"/>
        </w:rPr>
        <w:t>13:24  sab se pehla jo peghambaron ka jo nuqta dawat hota tha, woh tauheed hoti thi ke khuda ek hai.</w:t>
      </w:r>
      <w:r>
        <w:br/>
      </w:r>
      <w:r>
        <w:rPr>
          <w:sz w:val="20"/>
        </w:rPr>
        <w:t>13:32  is zamanay mein shirk ka daur daura tha, log mante the ke khuda bohat se hain, yani woh polytheism ka daur tha is zamanay mein ke kai khuda ko khuda manen.</w:t>
      </w:r>
      <w:r>
        <w:br/>
      </w:r>
      <w:r>
        <w:rPr>
          <w:sz w:val="20"/>
        </w:rPr>
        <w:t>13:49  to kai khuda khuda mannay ka yeh sabit karne ke liye ke karne ke liye aqeed galat hai, peghambaron ko moajza dikhana pada tha.</w:t>
      </w:r>
      <w:r>
        <w:br/>
      </w:r>
      <w:r>
        <w:rPr>
          <w:sz w:val="20"/>
        </w:rPr>
        <w:t>14:00  aaj science se yeh sabit ho gaya hai ke kai khuda ho nahi sakte, woh kaise? dekhiye, kai khuda ka tasawwur kyun tha?</w:t>
      </w:r>
      <w:r>
        <w:br/>
      </w:r>
      <w:r>
        <w:rPr>
          <w:sz w:val="20"/>
        </w:rPr>
        <w:t>14:11  woh is liye tha ke nature mein, yani fitrat mein, log dekhte dekhte, log dekhte the ke yani diversity, diversity, tarah tarah ki cheezein hain,</w:t>
      </w:r>
      <w:r>
        <w:br/>
      </w:r>
      <w:r>
        <w:rPr>
          <w:sz w:val="20"/>
        </w:rPr>
        <w:t>14:24  yani sitare hain, sayare hain, samandar hai, pahad hai, darakht hai, animal hai, is tarah tarah ki cheezein hain.</w:t>
      </w:r>
      <w:r>
        <w:br/>
      </w:r>
      <w:r>
        <w:rPr>
          <w:sz w:val="20"/>
        </w:rPr>
        <w:t>14:36  to jab tarah tarah ki cheezein hain to us se unhon ne farz kar liya tha ke kai khuda bhi hone chahiye, yani yeh khuda jis ne samandar paida kiya ho, ya khuda jis ne pahad paida kiya ho, ya khuda jis ne suraj paida kiya ho, ya khuda jis ne sitare paida kiye hon.</w:t>
      </w:r>
      <w:r>
        <w:br/>
      </w:r>
      <w:r>
        <w:rPr>
          <w:sz w:val="20"/>
        </w:rPr>
        <w:t>14:51  to jo diversity thi, yani manazir fitrat mein, us se unhon ne yeh aqeed bana liya ke kai khuda hain. lekin science ne phir discover kar diya is ko.</w:t>
      </w:r>
      <w:r>
        <w:br/>
      </w:r>
      <w:r>
        <w:rPr>
          <w:sz w:val="20"/>
        </w:rPr>
        <w:t>15:01  science ki discoveries se sabit hua ke tanawwu hai nahi, is mein diversity hai nahi, tala</w:t>
      </w:r>
      <w:r>
        <w:br/>
      </w:r>
      <w:r>
        <w:rPr>
          <w:sz w:val="20"/>
        </w:rPr>
        <w:t>15:09  ke woh har cheez apne aakhri darjay mein kya hai? atom hai. har cheez, chahe woh darakht ho, chahe samandar ho, chahe pahad ho, chahe suraj ho, chahe sitare hon, sayare hon, har cheez apne aakhri darjay mein, pani, lrsis mein, woh kya hai?</w:t>
      </w:r>
      <w:r>
        <w:br/>
      </w:r>
      <w:r>
        <w:rPr>
          <w:sz w:val="20"/>
        </w:rPr>
        <w:t>15:28  atom hai. atom hai. kai to kai ke nazariya khatm ho gaya, diversity ka concept hi khatm ho gaya.</w:t>
      </w:r>
      <w:r>
        <w:br/>
      </w:r>
      <w:r>
        <w:rPr>
          <w:sz w:val="20"/>
        </w:rPr>
        <w:t>15:37  is ke baad doosri science diye gayi ke newton ke zamanay mein mana jata tha ke char forces hain jo universe ko control karti hain, char forces.</w:t>
      </w:r>
      <w:r>
        <w:br/>
      </w:r>
      <w:r>
        <w:rPr>
          <w:sz w:val="20"/>
        </w:rPr>
        <w:t>15:49  lekin yeh char ka tasawwur science danon ko ke liye qabil fahm nahi tha, to woh char ko ek karne ki koshish lable gayi hui thi.</w:t>
      </w:r>
      <w:r>
        <w:br/>
      </w:r>
      <w:r>
        <w:rPr>
          <w:sz w:val="20"/>
        </w:rPr>
        <w:t>16:00  newton ke zamanay se woh shuru hui thi, ab stephen hawking ke zamanay mein yeh mukammal ho chuki hai,</w:t>
      </w:r>
      <w:r>
        <w:br/>
      </w:r>
      <w:r>
        <w:rPr>
          <w:sz w:val="20"/>
        </w:rPr>
        <w:t>16:07  yani char ki jagah ko ghatte ghatte ab maan liya gaya hai ke ek hi force hai. us ko stephen hawking single string kehta hai, single string.</w:t>
      </w:r>
      <w:r>
        <w:br/>
      </w:r>
      <w:r>
        <w:rPr>
          <w:sz w:val="20"/>
        </w:rPr>
        <w:t>16:18  to poori kainat ko ek hi force control karti hai. to aap dekhen, do baaten saabit huin is science</w:t>
      </w:r>
      <w:r>
        <w:br/>
      </w:r>
      <w:r>
        <w:rPr>
          <w:sz w:val="20"/>
        </w:rPr>
        <w:t>16:26  ke zariye. ek hai ke in terms of matter, sab cheez ek hai, yaani atom, aur in terms of law, ek hi law hai jo poore universe ko control ki hui hai.</w:t>
      </w:r>
      <w:r>
        <w:br/>
      </w:r>
      <w:r>
        <w:rPr>
          <w:sz w:val="20"/>
        </w:rPr>
        <w:t>16:39  to is ke maani kya? ab kai Khuda maanne ka bilkul imkaan hi khatam ho gaya, woh logic khatam hui, woh logic.</w:t>
      </w:r>
      <w:r>
        <w:br/>
      </w:r>
      <w:r>
        <w:rPr>
          <w:sz w:val="20"/>
        </w:rPr>
        <w:t>16:49  to jadeed science mein woh logic khatam kar di jis logic par shirk khada hua tha. pehle zamane mein</w:t>
      </w:r>
      <w:r>
        <w:br/>
      </w:r>
      <w:r>
        <w:rPr>
          <w:sz w:val="20"/>
        </w:rPr>
        <w:t>16:56  yeh hai scientific moajza. is tarah se dekhen, bohat si baaten hui hain. maine yeh baaton ko apni kitabon mein likha hai, aap is ki details padh sakte hain.</w:t>
      </w:r>
    </w:p>
    <w:p>
      <w:pPr>
        <w:pStyle w:val="Heading2"/>
      </w:pPr>
      <w:r>
        <w:t>Ikhwan-e-Rasul and history of dawah</w:t>
      </w:r>
    </w:p>
    <w:p>
      <w:r>
        <w:rPr>
          <w:color w:val="666666"/>
          <w:sz w:val="18"/>
        </w:rPr>
        <w:t>Role Of Ikhwan-e-Rasool 2 April 2011 - Maulana Wahiduddin Khan · 5m 59s · at 0:51 · https://youtu.be/O4gmiyD-KV8?t=51</w:t>
      </w:r>
    </w:p>
    <w:p>
      <w:r>
        <w:rPr>
          <w:i/>
        </w:rPr>
        <w:t>“The word Ikhwan-e-Rasul came in hadith”</w:t>
      </w:r>
    </w:p>
    <w:p>
      <w:r>
        <w:rPr>
          <w:sz w:val="20"/>
        </w:rPr>
        <w:t>0:51  Ikhwan-e-Rasul ka lafz hadith mein aaya hai.</w:t>
      </w:r>
      <w:r>
        <w:br/>
      </w:r>
      <w:r>
        <w:rPr>
          <w:sz w:val="20"/>
        </w:rPr>
        <w:t>0:59  quran aur hadith ke mutabiq, ya anbiya ki tareekh ke mutabiq, do khaas group hain jo do mukhtalif zamano mein dawat ka kaam anjam denge.</w:t>
      </w:r>
      <w:r>
        <w:br/>
      </w:r>
      <w:r>
        <w:rPr>
          <w:sz w:val="20"/>
        </w:rPr>
        <w:t>1:18  ek ashab-e-rasul aur doosre Ikhwan-e-Rasul.</w:t>
      </w:r>
      <w:r>
        <w:br/>
      </w:r>
      <w:r>
        <w:rPr>
          <w:sz w:val="20"/>
        </w:rPr>
        <w:t>1:26  aap jante hain ke Allah taala ne jab insan ko paida kiya aur zameen par us ko settle kiya to barabar peghambar bhejhe.</w:t>
      </w:r>
      <w:r>
        <w:br/>
      </w:r>
      <w:r>
        <w:rPr>
          <w:sz w:val="20"/>
        </w:rPr>
        <w:t>1:43  thumma arsalna rusulana tatarra.</w:t>
      </w:r>
      <w:r>
        <w:br/>
      </w:r>
      <w:r>
        <w:rPr>
          <w:sz w:val="20"/>
        </w:rPr>
        <w:t>1:47  kis liye?</w:t>
      </w:r>
      <w:r>
        <w:br/>
      </w:r>
      <w:r>
        <w:rPr>
          <w:sz w:val="20"/>
        </w:rPr>
        <w:t>1:51  quran o hadith ke mutale se maloom hota hai ke khaas maqsad jo tha is ka yeh tha ke insan ki naslon ko, tamam insano ko jo is zameen par paida ho kar abad hue,</w:t>
      </w:r>
      <w:r>
        <w:br/>
      </w:r>
      <w:r>
        <w:rPr>
          <w:sz w:val="20"/>
        </w:rPr>
        <w:t>2:09  un ko Creation Plan of God se agah karna. aur un ko jannat ka rasta dikhana.</w:t>
      </w:r>
      <w:r>
        <w:br/>
      </w:r>
      <w:r>
        <w:rPr>
          <w:sz w:val="20"/>
        </w:rPr>
        <w:t>2:22  bas yahi maqsad tha khaas peghambaron ke, ba'sat ka.</w:t>
      </w:r>
      <w:r>
        <w:br/>
      </w:r>
      <w:r>
        <w:rPr>
          <w:sz w:val="20"/>
        </w:rPr>
        <w:t>2:29  kyun ke Allah taala ne insan ko paida kiya, us ko zameen jaisi muwafiq jagah di, life support system diya, beshumar cheezein dein jin ka woh</w:t>
      </w:r>
      <w:r>
        <w:br/>
      </w:r>
      <w:r>
        <w:rPr>
          <w:sz w:val="20"/>
        </w:rPr>
        <w:t>2:47  zarurat mand tha. lekin hidayat jo thi woh kisi ki peshani par likhi hui nahi thi.</w:t>
      </w:r>
      <w:r>
        <w:br/>
      </w:r>
      <w:r>
        <w:rPr>
          <w:sz w:val="20"/>
        </w:rPr>
        <w:t>2:59  na kisi himalaya pahad par likhi hui thi. to hidayat ka intezam Allah taala ne peghambaron ke zariye se kiya.</w:t>
      </w:r>
      <w:r>
        <w:br/>
      </w:r>
      <w:r>
        <w:rPr>
          <w:sz w:val="20"/>
        </w:rPr>
        <w:t>3:13  yani Hazrat Adam se le kar Rasool Allah Sal Allahu Alaihi Wasallam tak barabar peghambar aate rahe.</w:t>
      </w:r>
      <w:r>
        <w:br/>
      </w:r>
      <w:r>
        <w:rPr>
          <w:sz w:val="20"/>
        </w:rPr>
        <w:t>3:20  lekin jo tareekh hai woh batati hai, quran ke mutabiq, ke hazaron saal tak dawat ka kaam sirf individual level par hota raha.</w:t>
      </w:r>
      <w:r>
        <w:br/>
      </w:r>
      <w:r>
        <w:rPr>
          <w:sz w:val="20"/>
        </w:rPr>
        <w:t>3:37  yani peghambaron ki hesiyat fard ki rahi, fard, individual ki.</w:t>
      </w:r>
      <w:r>
        <w:br/>
      </w:r>
      <w:r>
        <w:rPr>
          <w:sz w:val="20"/>
        </w:rPr>
        <w:t>3:44  koi team nahi bani. ashaab ka lafz jo hai ashaab-e-muhammad ke sath istemal hua hai. is se pehle ashaab-e-nooh, ashaab-e-ibrahim, ashaab-e-moosa jaisay alfaaz nahi hain.</w:t>
      </w:r>
      <w:r>
        <w:br/>
      </w:r>
      <w:r>
        <w:rPr>
          <w:sz w:val="20"/>
        </w:rPr>
        <w:t>4:04  agarche hazrat moosa aur hazrat essa ke sath kuch afraad the, lekin woh team ki soorat mein nahi ban sake woh.</w:t>
      </w:r>
      <w:r>
        <w:br/>
      </w:r>
      <w:r>
        <w:rPr>
          <w:sz w:val="20"/>
        </w:rPr>
        <w:t>4:16  ashaab se murad hai team.</w:t>
      </w:r>
      <w:r>
        <w:br/>
      </w:r>
      <w:r>
        <w:rPr>
          <w:sz w:val="20"/>
        </w:rPr>
        <w:t>4:22  to hazrat moosa ke sath aik bheer thi bani israel ki jo</w:t>
      </w:r>
      <w:r>
        <w:br/>
      </w:r>
      <w:r>
        <w:rPr>
          <w:sz w:val="20"/>
        </w:rPr>
        <w:t>4:30  zawaal yafta log the. un ka degeneration ho chuka tha. to un ka haal yeh tha ke unhon ne kaha ke "ida bandu rabuka fqatilo innaha huna qaidoon".</w:t>
      </w:r>
      <w:r>
        <w:br/>
      </w:r>
      <w:r>
        <w:rPr>
          <w:sz w:val="20"/>
        </w:rPr>
        <w:t>4:43  to hazrat moosa ko jo kaam karna para woh apne bhai</w:t>
      </w:r>
      <w:r>
        <w:br/>
      </w:r>
      <w:r>
        <w:rPr>
          <w:sz w:val="20"/>
        </w:rPr>
        <w:t>4:46  haroon ke sath kaam karna para. woh bhi goya ke individual level par tha.</w:t>
      </w:r>
      <w:r>
        <w:br/>
      </w:r>
      <w:r>
        <w:rPr>
          <w:sz w:val="20"/>
        </w:rPr>
        <w:t>4:54  isi tarah tamam anbiya ka mamla hai. unhon ne bohat zabardast kaam kiya dawat ka, moajize dikhaye.</w:t>
      </w:r>
      <w:r>
        <w:br/>
      </w:r>
      <w:r>
        <w:rPr>
          <w:sz w:val="20"/>
        </w:rPr>
        <w:t>5:05  lekin amalan un ka kaam tha fard ki satah par. individual level par.</w:t>
      </w:r>
      <w:r>
        <w:br/>
      </w:r>
      <w:r>
        <w:rPr>
          <w:sz w:val="20"/>
        </w:rPr>
        <w:t>5:15  aik group bana kar ke, aik team bana kar ke jo kaam hai woh sirf rasool Allah sal-lal-lahu alaihi wasallam ki zaban mein hua. un ko kaha jata hai ashaab-e-muhammad.</w:t>
      </w:r>
      <w:r>
        <w:br/>
      </w:r>
      <w:r>
        <w:rPr>
          <w:sz w:val="20"/>
        </w:rPr>
        <w:t>5:24  inhi ke liye aaya hai lafz khair-ul-ummah.</w:t>
      </w:r>
      <w:r>
        <w:br/>
      </w:r>
      <w:r>
        <w:rPr>
          <w:sz w:val="20"/>
        </w:rPr>
        <w:t>5:30  to hadith mein aata hai ke baad ke zamanay mein dobara aik team banay gi.</w:t>
      </w:r>
      <w:r>
        <w:br/>
      </w:r>
      <w:r>
        <w:rPr>
          <w:sz w:val="20"/>
        </w:rPr>
        <w:t>5:37  is team ke liye Ikhwan-e-Rasul ka lafz aaya hai hadith mein. yani ashaab-e-muhammad ke mani hain Companions of the Prophet.</w:t>
      </w:r>
      <w:r>
        <w:br/>
      </w:r>
      <w:r>
        <w:rPr>
          <w:sz w:val="20"/>
        </w:rPr>
        <w:t>5:48  aur Ikhwan-e-Rasul ke mani hain Brothers of the Prophet.</w:t>
      </w:r>
      <w:r>
        <w:br/>
      </w:r>
      <w:r>
        <w:rPr>
          <w:sz w:val="20"/>
        </w:rPr>
        <w:t>5:57  to in ke role ko samajhne ke liye aik hadith mein pesh karunga. aik hadith mein hai ke "badaa al-islam ghareeban wa sa-ya'ood kama badaa fa-tooba lil-ghurabaa".</w:t>
      </w:r>
      <w:r>
        <w:br/>
      </w:r>
      <w:r>
        <w:rPr>
          <w:sz w:val="20"/>
        </w:rPr>
        <w:t>6:17  islam jab shuru hua to ajnabi tha. baad ke zamanay mein dobara woh ajnabi ho jayega.</w:t>
      </w:r>
      <w:r>
        <w:br/>
      </w:r>
      <w:r>
        <w:rPr>
          <w:sz w:val="20"/>
        </w:rPr>
        <w:t>6:28  to daur-e-ajnabiyat mein kaam karna para ashaab-e-muhammad ko, ashaab-e-rasool ko. aur dobara daur-e-ajnabiyat mein kaam karna parega Ikhwan-e-Rasul ko.</w:t>
      </w:r>
      <w:r>
        <w:br/>
      </w:r>
      <w:r>
        <w:rPr>
          <w:sz w:val="20"/>
        </w:rPr>
        <w:t>6:42  yeh matlab hai is ka. magar yeh saada baat nahi hai.</w:t>
      </w:r>
    </w:p>
    <w:p>
      <w:pPr>
        <w:pStyle w:val="Heading2"/>
      </w:pPr>
      <w:r>
        <w:t>Jihad not holy war means struggle</w:t>
      </w:r>
    </w:p>
    <w:p>
      <w:r>
        <w:rPr>
          <w:color w:val="666666"/>
          <w:sz w:val="18"/>
        </w:rPr>
        <w:t>Jihad in Islam (English) June 12, 2007 Maulana Wahiduddin Khan · 5m 01s · at 0:47 · https://youtu.be/4_Qe6ZZ6c7o?t=47</w:t>
      </w:r>
    </w:p>
    <w:p>
      <w:r>
        <w:rPr>
          <w:i/>
        </w:rPr>
        <w:t>“Jihad is in the news every day.”</w:t>
      </w:r>
    </w:p>
    <w:p>
      <w:r>
        <w:rPr>
          <w:sz w:val="20"/>
        </w:rPr>
        <w:t>0:47  Jihad is in the news every day.</w:t>
      </w:r>
      <w:r>
        <w:br/>
      </w:r>
      <w:r>
        <w:rPr>
          <w:sz w:val="20"/>
        </w:rPr>
        <w:t>0:56  Everyone</w:t>
      </w:r>
      <w:r>
        <w:br/>
      </w:r>
      <w:r>
        <w:rPr>
          <w:sz w:val="20"/>
        </w:rPr>
        <w:t>0:59  knows</w:t>
      </w:r>
      <w:r>
        <w:br/>
      </w:r>
      <w:r>
        <w:rPr>
          <w:sz w:val="20"/>
        </w:rPr>
        <w:t>1:04  about Jihad, but there is a grave misunderstanding. People generally take Jihad as a holy war or fighting.</w:t>
      </w:r>
      <w:r>
        <w:br/>
      </w:r>
      <w:r>
        <w:rPr>
          <w:sz w:val="20"/>
        </w:rPr>
        <w:t>1:23  So according to</w:t>
      </w:r>
      <w:r>
        <w:br/>
      </w:r>
      <w:r>
        <w:rPr>
          <w:sz w:val="20"/>
        </w:rPr>
        <w:t>1:27  their</w:t>
      </w:r>
      <w:r>
        <w:br/>
      </w:r>
      <w:r>
        <w:rPr>
          <w:sz w:val="20"/>
        </w:rPr>
        <w:t>1:30  mind, there is no difference between Jihad and war.</w:t>
      </w:r>
      <w:r>
        <w:br/>
      </w:r>
      <w:r>
        <w:rPr>
          <w:sz w:val="20"/>
        </w:rPr>
        <w:t>1:36  Both are synonymous, but all these things are quite</w:t>
      </w:r>
      <w:r>
        <w:br/>
      </w:r>
      <w:r>
        <w:rPr>
          <w:sz w:val="20"/>
        </w:rPr>
        <w:t>1:46  baseless. Jihad is not a holy war. The concept of holy is not in Islam.</w:t>
      </w:r>
      <w:r>
        <w:br/>
      </w:r>
      <w:r>
        <w:rPr>
          <w:sz w:val="20"/>
        </w:rPr>
        <w:t>2:00  The concept of holy is a Christian concept.</w:t>
      </w:r>
      <w:r>
        <w:br/>
      </w:r>
      <w:r>
        <w:rPr>
          <w:sz w:val="20"/>
        </w:rPr>
        <w:t>2:08  Some Muslims wrongly use this word and say that holy Quran, holy Prophet, holy Jihad, but it is alien in Islam</w:t>
      </w:r>
      <w:r>
        <w:br/>
      </w:r>
      <w:r>
        <w:rPr>
          <w:sz w:val="20"/>
        </w:rPr>
        <w:t>2:25  . It is not an Islamic concept. You have to say simply Quran ya Al-Quran ya Prophet, the Prophet or Jihad without adding holy.</w:t>
      </w:r>
      <w:r>
        <w:br/>
      </w:r>
      <w:r>
        <w:rPr>
          <w:sz w:val="20"/>
        </w:rPr>
        <w:t>2:43  So in Islam, there is no concept of holy. The word holy means it is something mysterious, but in Islam, there is nothing mysterious.</w:t>
      </w:r>
      <w:r>
        <w:br/>
      </w:r>
      <w:r>
        <w:rPr>
          <w:sz w:val="20"/>
        </w:rPr>
        <w:t>3:02  In Islam, everything is scientific.</w:t>
      </w:r>
      <w:r>
        <w:br/>
      </w:r>
      <w:r>
        <w:rPr>
          <w:sz w:val="20"/>
        </w:rPr>
        <w:t>3:05  Everything is well known. Everything is understandable by the reason.</w:t>
      </w:r>
      <w:r>
        <w:br/>
      </w:r>
      <w:r>
        <w:rPr>
          <w:sz w:val="20"/>
        </w:rPr>
        <w:t>3:16  So there is no concept of holy Jihad in Islam. Then Jihad is an Arabic word.</w:t>
      </w:r>
      <w:r>
        <w:br/>
      </w:r>
      <w:r>
        <w:rPr>
          <w:sz w:val="20"/>
        </w:rPr>
        <w:t>3:31  Jihad is not a mysterious word. You know in every language, there are words for work like act.</w:t>
      </w:r>
      <w:r>
        <w:br/>
      </w:r>
      <w:r>
        <w:rPr>
          <w:sz w:val="20"/>
        </w:rPr>
        <w:t>3:49  In English, you say act. In Arabic, the equivalent of act is amal.</w:t>
      </w:r>
      <w:r>
        <w:br/>
      </w:r>
      <w:r>
        <w:rPr>
          <w:sz w:val="20"/>
        </w:rPr>
        <w:t>4:00  But act is a simple word. When you want to emphasize, you want to convey</w:t>
      </w:r>
      <w:r>
        <w:br/>
      </w:r>
      <w:r>
        <w:rPr>
          <w:sz w:val="20"/>
        </w:rPr>
        <w:t>4:15  that</w:t>
      </w:r>
      <w:r>
        <w:br/>
      </w:r>
      <w:r>
        <w:rPr>
          <w:sz w:val="20"/>
        </w:rPr>
        <w:t>4:21  super effort, you say struggle. So act and struggle are both synonymous words, but act is a simple word</w:t>
      </w:r>
      <w:r>
        <w:br/>
      </w:r>
      <w:r>
        <w:rPr>
          <w:sz w:val="20"/>
        </w:rPr>
        <w:t>4:35  . And struggle is a</w:t>
      </w:r>
      <w:r>
        <w:br/>
      </w:r>
      <w:r>
        <w:rPr>
          <w:sz w:val="20"/>
        </w:rPr>
        <w:t>4:43  super action. Struggle means super action. So there is no mystery in struggle. Simply, it means that super struggle or super action.</w:t>
      </w:r>
      <w:r>
        <w:br/>
      </w:r>
      <w:r>
        <w:rPr>
          <w:sz w:val="20"/>
        </w:rPr>
        <w:t>4:59  So is the case of Arabic language. In Arabic, there is a word amal.</w:t>
      </w:r>
      <w:r>
        <w:br/>
      </w:r>
      <w:r>
        <w:rPr>
          <w:sz w:val="20"/>
        </w:rPr>
        <w:t>5:08  amal means action, to act, to work. But Jihad is a</w:t>
      </w:r>
      <w:r>
        <w:br/>
      </w:r>
      <w:r>
        <w:rPr>
          <w:sz w:val="20"/>
        </w:rPr>
        <w:t>5:19  superlative. Jihad is a super work.</w:t>
      </w:r>
      <w:r>
        <w:br/>
      </w:r>
      <w:r>
        <w:rPr>
          <w:sz w:val="20"/>
        </w:rPr>
        <w:t>5:31  So Jihad is in the sense of struggle,</w:t>
      </w:r>
      <w:r>
        <w:br/>
      </w:r>
      <w:r>
        <w:rPr>
          <w:sz w:val="20"/>
        </w:rPr>
        <w:t>5:38  utmost struggle.</w:t>
      </w:r>
      <w:r>
        <w:br/>
      </w:r>
      <w:r>
        <w:rPr>
          <w:sz w:val="20"/>
        </w:rPr>
        <w:t>5:42  So this is the meaning of Jihad.</w:t>
      </w:r>
    </w:p>
    <w:p>
      <w:pPr>
        <w:pStyle w:val="Heading2"/>
      </w:pPr>
      <w:r>
        <w:t>Prophet Muhammad's daily activities and warfare</w:t>
      </w:r>
    </w:p>
    <w:p>
      <w:r>
        <w:rPr>
          <w:color w:val="666666"/>
          <w:sz w:val="18"/>
        </w:rPr>
        <w:t>Islam in the Modern Age May 22, 2016 · 4m 30s · at 36:25 · https://youtu.be/RdJegCn3D10?t=2185</w:t>
      </w:r>
    </w:p>
    <w:p>
      <w:r>
        <w:rPr>
          <w:i/>
        </w:rPr>
        <w:t>“Moulana, we have another question from Dr. Farida Khanam”</w:t>
      </w:r>
    </w:p>
    <w:p>
      <w:r>
        <w:rPr>
          <w:sz w:val="20"/>
        </w:rPr>
        <w:t>36:25  maulana, we have another question from Dr. Farida Khanum from Delhi, and she has written: what was Prophet of Islam's daily activity? it is a general perception that he was all the time engaged in war. how did he communicate the divine message to people?</w:t>
      </w:r>
      <w:r>
        <w:br/>
      </w:r>
      <w:r>
        <w:rPr>
          <w:sz w:val="20"/>
        </w:rPr>
        <w:t>36:47  ab war kaise kahen ge aap? aap dekhiye ke Rasool Allah ne terah saal Makah mein guzara, kabhi</w:t>
      </w:r>
      <w:r>
        <w:br/>
      </w:r>
      <w:r>
        <w:rPr>
          <w:sz w:val="20"/>
        </w:rPr>
        <w:t>36:52  nahi lade aap, halanke wo satate the aap ko, zulm karte the, hatta ke Kaaba mein namaz parhne</w:t>
      </w:r>
      <w:r>
        <w:br/>
      </w:r>
      <w:r>
        <w:rPr>
          <w:sz w:val="20"/>
        </w:rPr>
        <w:t>36:58  ko mana karte the.</w:t>
      </w:r>
      <w:r>
        <w:br/>
      </w:r>
      <w:r>
        <w:rPr>
          <w:sz w:val="20"/>
        </w:rPr>
        <w:t>37:04  to terah saal tak aap ko bar bar sataya gaya, lekin aap kabhi lade nahi.</w:t>
      </w:r>
      <w:r>
        <w:br/>
      </w:r>
      <w:r>
        <w:rPr>
          <w:sz w:val="20"/>
        </w:rPr>
        <w:t>37:10  acha, Madinah aanay ke baad aap ne kabhi Makah walon ki shikayat nahi ki? wahan normal tareeqay se</w:t>
      </w:r>
      <w:r>
        <w:br/>
      </w:r>
      <w:r>
        <w:rPr>
          <w:sz w:val="20"/>
        </w:rPr>
        <w:t>37:16  rehne lage, dawat ka kaam karne lage.</w:t>
      </w:r>
      <w:r>
        <w:br/>
      </w:r>
      <w:r>
        <w:rPr>
          <w:sz w:val="20"/>
        </w:rPr>
        <w:t>37:22  to unhon ne attack kiya.</w:t>
      </w:r>
      <w:r>
        <w:br/>
      </w:r>
      <w:r>
        <w:rPr>
          <w:sz w:val="20"/>
        </w:rPr>
        <w:t>37:28  sach poochhen to chand attack the wo, kyunke wo ghussa the ke Madinah se ke Makah se hum</w:t>
      </w:r>
      <w:r>
        <w:br/>
      </w:r>
      <w:r>
        <w:rPr>
          <w:sz w:val="20"/>
        </w:rPr>
        <w:t>37:34  ne nikaal diya, to Madinah mein yeh apna adda bana liya.</w:t>
      </w:r>
      <w:r>
        <w:br/>
      </w:r>
      <w:r>
        <w:rPr>
          <w:sz w:val="20"/>
        </w:rPr>
        <w:t>37:40  to is ghusse mein unhon ne attack kiya.</w:t>
      </w:r>
      <w:r>
        <w:br/>
      </w:r>
      <w:r>
        <w:rPr>
          <w:sz w:val="20"/>
        </w:rPr>
        <w:t>37:46  lekin Rasool Allah sal Allah alaihi wasallam ne wahi band jo kaha is se pehle ke har mauqa</w:t>
      </w:r>
      <w:r>
        <w:br/>
      </w:r>
      <w:r>
        <w:rPr>
          <w:sz w:val="20"/>
        </w:rPr>
        <w:t>37:51  پر آپ نے manage کیا اور لڑائی کو اس conditions سے آگے نہیں بڑھنے دیا۔</w:t>
      </w:r>
      <w:r>
        <w:br/>
      </w:r>
      <w:r>
        <w:rPr>
          <w:sz w:val="20"/>
        </w:rPr>
        <w:t>37:57  to dekhiye aap, Ghazwa e Badr, Ghazwa e Uhud, Ghazwa e Hunain, aur yeh jo chand ghazwaat hain, wo ek din</w:t>
      </w:r>
      <w:r>
        <w:br/>
      </w:r>
      <w:r>
        <w:rPr>
          <w:sz w:val="20"/>
        </w:rPr>
        <w:t>38:03  mein hue, is din khatm bhi ho gaye.</w:t>
      </w:r>
      <w:r>
        <w:br/>
      </w:r>
      <w:r>
        <w:rPr>
          <w:sz w:val="20"/>
        </w:rPr>
        <w:t>38:09  ghazwa uhud, woh ghazwa badr, ghazwa hunain, ghazwa uhud, isi din shuru hue, isi din khatm bhi ho gaye.</w:t>
      </w:r>
      <w:r>
        <w:br/>
      </w:r>
      <w:r>
        <w:rPr>
          <w:sz w:val="20"/>
        </w:rPr>
        <w:t>38:15  تو یہ تو جھڑپ تھی، اس conditions تھا، یہ لڑائی کہاں تھی؟ تو رسول اللہ نے کیا کیا</w:t>
      </w:r>
      <w:r>
        <w:br/>
      </w:r>
      <w:r>
        <w:rPr>
          <w:sz w:val="20"/>
        </w:rPr>
        <w:t>38:21  کہ اس طرح سے manage کیا کہ لڑائی بڑھنے نہ پائے۔</w:t>
      </w:r>
      <w:r>
        <w:br/>
      </w:r>
      <w:r>
        <w:rPr>
          <w:sz w:val="20"/>
        </w:rPr>
        <w:t>38:27  har baar maanj kiya.</w:t>
      </w:r>
      <w:r>
        <w:br/>
      </w:r>
      <w:r>
        <w:rPr>
          <w:sz w:val="20"/>
        </w:rPr>
        <w:t>38:33  is ki aik misaal yeh hai ke unhon ne aik martaba attack kiya, jise kehte hain ghazwa e khandaq.</w:t>
      </w:r>
      <w:r>
        <w:br/>
      </w:r>
      <w:r>
        <w:rPr>
          <w:sz w:val="20"/>
        </w:rPr>
        <w:t>38:39  to ghazwa e khandaq, ghazwa kahan tha? woh to aap ne aisa kiya ke un ka lashkar madina pounchanay</w:t>
      </w:r>
      <w:r>
        <w:br/>
      </w:r>
      <w:r>
        <w:rPr>
          <w:sz w:val="20"/>
        </w:rPr>
        <w:t>38:45  se pehle aap ne aik trench khod di, khandaq, khandaq, trench.</w:t>
      </w:r>
      <w:r>
        <w:br/>
      </w:r>
      <w:r>
        <w:rPr>
          <w:sz w:val="20"/>
        </w:rPr>
        <w:t>38:51  is ko aap ne kaha buffer ke tor par.</w:t>
      </w:r>
      <w:r>
        <w:br/>
      </w:r>
      <w:r>
        <w:rPr>
          <w:sz w:val="20"/>
        </w:rPr>
        <w:t>38:56  to aap apne aur un ki fauj ke beech mein aik buffer qaim kar diya.</w:t>
      </w:r>
      <w:r>
        <w:br/>
      </w:r>
      <w:r>
        <w:rPr>
          <w:sz w:val="20"/>
        </w:rPr>
        <w:t>39:02  kyunkay madina aisa tha ke teen taraf se is mein pressure nahin hota tha.</w:t>
      </w:r>
      <w:r>
        <w:br/>
      </w:r>
      <w:r>
        <w:rPr>
          <w:sz w:val="20"/>
        </w:rPr>
        <w:t>39:08  penetration teen taraf se, kyunkay pahar thay, khullar ke janglaat thay, ghane.</w:t>
      </w:r>
      <w:r>
        <w:br/>
      </w:r>
      <w:r>
        <w:rPr>
          <w:sz w:val="20"/>
        </w:rPr>
        <w:t>39:14  to teen taraf se pressure mumkin nahin tha.</w:t>
      </w:r>
      <w:r>
        <w:br/>
      </w:r>
      <w:r>
        <w:rPr>
          <w:sz w:val="20"/>
        </w:rPr>
        <w:t>39:20  sirf aagay ki taraf se tha, aik taraf.</w:t>
      </w:r>
      <w:r>
        <w:br/>
      </w:r>
      <w:r>
        <w:rPr>
          <w:sz w:val="20"/>
        </w:rPr>
        <w:t>39:26  idhar aap ne khandaq khod di.</w:t>
      </w:r>
      <w:r>
        <w:br/>
      </w:r>
      <w:r>
        <w:rPr>
          <w:sz w:val="20"/>
        </w:rPr>
        <w:t>39:32  to is ka maani yeh hai ke aap ne un se bajaye is ke ke ladein, aap ne</w:t>
      </w:r>
      <w:r>
        <w:br/>
      </w:r>
      <w:r>
        <w:rPr>
          <w:sz w:val="20"/>
        </w:rPr>
        <w:t>39:38  aik beech mein buffer qaim kar diya ke ladaai na ho.</w:t>
      </w:r>
      <w:r>
        <w:br/>
      </w:r>
      <w:r>
        <w:rPr>
          <w:sz w:val="20"/>
        </w:rPr>
        <w:t>39:44  تو یہ لڑائیاں کہاں تھیں؟ یہ لڑائیاں کہاں تھیں؟ یہ تو لڑائی کو avoid کیا آپ نے، اور</w:t>
      </w:r>
      <w:r>
        <w:br/>
      </w:r>
      <w:r>
        <w:rPr>
          <w:sz w:val="20"/>
        </w:rPr>
        <w:t>39:50  کبھی مجبورا لڑائی میں کرنا پڑا تو آپ اس conditions کی حد تک رہ گیا، وہ اس سے</w:t>
      </w:r>
      <w:r>
        <w:br/>
      </w:r>
      <w:r>
        <w:rPr>
          <w:sz w:val="20"/>
        </w:rPr>
        <w:t>39:55  aagay nahin barha.</w:t>
      </w:r>
      <w:r>
        <w:br/>
      </w:r>
      <w:r>
        <w:rPr>
          <w:sz w:val="20"/>
        </w:rPr>
        <w:t>40:01  to aap poori zindagi, aap ki jo hai taees saal paighambar ki zindagi, is mein aap dekhiye, har</w:t>
      </w:r>
      <w:r>
        <w:br/>
      </w:r>
      <w:r>
        <w:rPr>
          <w:sz w:val="20"/>
        </w:rPr>
        <w:t>40:07  din ke aitbaar se dekhiye, har din aap ki sargermi peace ki sargermi thi.</w:t>
      </w:r>
      <w:r>
        <w:br/>
      </w:r>
      <w:r>
        <w:rPr>
          <w:sz w:val="20"/>
        </w:rPr>
        <w:t>40:13  namaz, roza, hajj, zakat, aur Allah ki hamd, Allah ka zikr, Allah ki tasbeeh, Allah ki barhai, isi</w:t>
      </w:r>
      <w:r>
        <w:br/>
      </w:r>
      <w:r>
        <w:rPr>
          <w:sz w:val="20"/>
        </w:rPr>
        <w:t>40:19  baaton par log batatay thay.</w:t>
      </w:r>
      <w:r>
        <w:br/>
      </w:r>
      <w:r>
        <w:rPr>
          <w:sz w:val="20"/>
        </w:rPr>
        <w:t>40:25  to in taees saal ko aap tareekh mein parhiye to aap ko yaani taees saal mein sirf chand</w:t>
      </w:r>
      <w:r>
        <w:br/>
      </w:r>
      <w:r>
        <w:rPr>
          <w:sz w:val="20"/>
        </w:rPr>
        <w:t>40:31  din milenge jahan aap ladaai ke maidan mein aap dikhai denge.</w:t>
      </w:r>
      <w:r>
        <w:br/>
      </w:r>
      <w:r>
        <w:rPr>
          <w:sz w:val="20"/>
        </w:rPr>
        <w:t>40:37  mein ne kabhi ladaai ke maidan mein nahin dikhai denge, balkay tarbiyat ke maidan mein, aur Allah</w:t>
      </w:r>
      <w:r>
        <w:br/>
      </w:r>
      <w:r>
        <w:rPr>
          <w:sz w:val="20"/>
        </w:rPr>
        <w:t>40:43  ke zikr ke maidan mein, aur quran ki taleem ke maidan mein, aur hikmat ki baatein logon ko</w:t>
      </w:r>
      <w:r>
        <w:br/>
      </w:r>
      <w:r>
        <w:rPr>
          <w:sz w:val="20"/>
        </w:rPr>
        <w:t>40:49  batany ke maidan mein hum masroof rehtay thay.</w:t>
      </w:r>
      <w:r>
        <w:br/>
      </w:r>
      <w:r>
        <w:rPr>
          <w:sz w:val="20"/>
        </w:rPr>
        <w:t>40:55  Maulana sahib, Dr. Farida Khanum is another question: she has written: Can God assign man a duty which even prophets cannot perform? That is the establishment of political khilafat on earth.</w:t>
      </w:r>
    </w:p>
    <w:p>
      <w:pPr>
        <w:pStyle w:val="Heading2"/>
      </w:pPr>
      <w:r>
        <w:t>Mahdi's complete mission explained in depth</w:t>
      </w:r>
    </w:p>
    <w:p>
      <w:r>
        <w:rPr>
          <w:color w:val="666666"/>
          <w:sz w:val="18"/>
        </w:rPr>
        <w:t>Beginning of The End April 20, 2008 · 5m 52s · at 27:34 · https://youtu.be/6atQ8muQDUk?t=1654</w:t>
      </w:r>
    </w:p>
    <w:p>
      <w:r>
        <w:rPr>
          <w:i/>
        </w:rPr>
        <w:t>“Mahdi ke maayne kya hain? Dekhein”</w:t>
      </w:r>
    </w:p>
    <w:p>
      <w:r>
        <w:rPr>
          <w:sz w:val="20"/>
        </w:rPr>
        <w:t>27:34  isi isi situation ko correct karne ke liye jo insaan aayega, isi ko hadith mein Mahdi kaha gaya hai. Dekhein, Mahdi ke maani kya hain?</w:t>
      </w:r>
      <w:r>
        <w:br/>
      </w:r>
      <w:r>
        <w:rPr>
          <w:sz w:val="20"/>
        </w:rPr>
        <w:t>27:44  Mahdi ke maani hain guided person</w:t>
      </w:r>
      <w:r>
        <w:br/>
      </w:r>
      <w:r>
        <w:rPr>
          <w:sz w:val="20"/>
        </w:rPr>
        <w:t>27:47  . Guided ke maani yaani hidayat dene wala nahi hai, balke hidayat paya hua hai. Hidayat paya hua.</w:t>
      </w:r>
      <w:r>
        <w:br/>
      </w:r>
      <w:r>
        <w:rPr>
          <w:sz w:val="20"/>
        </w:rPr>
        <w:t>27:57  to yahan par bohat bari bhool yeh hui hai ke logon ne Mahdi ka jo concept banaya, woh apne aap hadi kar hadi ke sense mein bana liya.</w:t>
      </w:r>
      <w:r>
        <w:br/>
      </w:r>
      <w:r>
        <w:rPr>
          <w:sz w:val="20"/>
        </w:rPr>
        <w:t>28:09  yaani dunya ko hidayat dene wala.</w:t>
      </w:r>
      <w:r>
        <w:br/>
      </w:r>
      <w:r>
        <w:rPr>
          <w:sz w:val="20"/>
        </w:rPr>
        <w:t>28:11  to ek sahib ne likha ke Mahdi jo hai, woh modern zamane ka ek inqilabi leader hoga, revolutionary leader hoga.</w:t>
      </w:r>
      <w:r>
        <w:br/>
      </w:r>
      <w:r>
        <w:rPr>
          <w:sz w:val="20"/>
        </w:rPr>
        <w:t>28:22  yeh is baat aayi nahi is ke andar kyunke woh hadi nahi hai, woh lafz aaya hai, Mahdi ka lafz aaya hai. To Mahdi ka maani yeh hai ke main main samajhta hoon yahan tak ke woh discover karega is cheez ko jo Dajjal ne chupa chupa diya tha.</w:t>
      </w:r>
      <w:r>
        <w:br/>
      </w:r>
      <w:r>
        <w:rPr>
          <w:sz w:val="20"/>
        </w:rPr>
        <w:t>28:39  yaani is ke is ke mis interpretation ko se hat kar, hata hat kar ke, usay us se apne ko, yaani ab us ke is se bacha kar apne aap ko in haqiqaton ko dobara daryaft karega.</w:t>
      </w:r>
      <w:r>
        <w:br/>
      </w:r>
      <w:r>
        <w:rPr>
          <w:sz w:val="20"/>
        </w:rPr>
        <w:t>28:54  hata yani in haqiqaton ko jo science ne daryaft ki hain, un ko daryaft kar ke, un ko discover kar ke, aur phir us ko focus karega Khuda ki taraf.</w:t>
      </w:r>
      <w:r>
        <w:br/>
      </w:r>
      <w:r>
        <w:rPr>
          <w:sz w:val="20"/>
        </w:rPr>
        <w:t>29:09  yeh yeh kaam hai Mahdi ka. Yahi is waqt matloob hai. Is waqt jo kaam Khuda ko matloob hai, woh yeh hai ke Dajjal ne bhar diya dunya ko buraiyon se.</w:t>
      </w:r>
      <w:r>
        <w:br/>
      </w:r>
      <w:r>
        <w:rPr>
          <w:sz w:val="20"/>
        </w:rPr>
        <w:t>29:23  Dajjal ke bare mein aata hai hadith mein ke is woh jab bolay ga to East aur West tak us ki awaz sunai degi.</w:t>
      </w:r>
      <w:r>
        <w:br/>
      </w:r>
      <w:r>
        <w:rPr>
          <w:sz w:val="20"/>
        </w:rPr>
        <w:t>29:33  to log samajhte hain ke itna zor se chalayega woh ke us ki awaz hi wahan tak pohanch</w:t>
      </w:r>
      <w:r>
        <w:br/>
      </w:r>
      <w:r>
        <w:rPr>
          <w:sz w:val="20"/>
        </w:rPr>
        <w:t>29:39  jaye gi. Halanke yeh galat hai. Yeh dekhein, scientifically yeh bilkul galat baat hai kyunke agar awaz agar itni tez ho ke khud awaz hi sunai de East se West tak to dunya khatam ho jayegi.</w:t>
      </w:r>
      <w:r>
        <w:br/>
      </w:r>
      <w:r>
        <w:rPr>
          <w:sz w:val="20"/>
        </w:rPr>
        <w:t>29:52  kyunke awaz destroy karne wali cheez hai. Awaz destroy kar deti hai har cheez ko. Yahi ko agar hum bohat zor se bol bol saken, is tarah ki awaz mein to sab deewarein toot jayengi.</w:t>
      </w:r>
      <w:r>
        <w:br/>
      </w:r>
      <w:r>
        <w:rPr>
          <w:sz w:val="20"/>
        </w:rPr>
        <w:t>30:04  deewarein toot jayengi. Sound waves jo hain, sab tod denge us ko. Itna strong agar ho jayen to</w:t>
      </w:r>
      <w:r>
        <w:br/>
      </w:r>
      <w:r>
        <w:rPr>
          <w:sz w:val="20"/>
        </w:rPr>
        <w:t>30:09  . To yeh matlab nahi hai is ka. Is ka matlab hai ke through telecommunication. Wahi matlab hai. Yaani woh Dajjal ke age ko bata raha hai.</w:t>
      </w:r>
      <w:r>
        <w:br/>
      </w:r>
      <w:r>
        <w:rPr>
          <w:sz w:val="20"/>
        </w:rPr>
        <w:t>30:20  Dajjal ek aise zamane mein aayega jab ke yeh possible ho jayega ke aap ki awaz East se West, East se West tak sunai de.</w:t>
      </w:r>
      <w:r>
        <w:br/>
      </w:r>
      <w:r>
        <w:rPr>
          <w:sz w:val="20"/>
        </w:rPr>
        <w:t>30:28  is ka matlab sirf yeh hai ke Dajjal ek aise zamane mein aayega jab ke through media, through telecommunication, yeh mumkin ho jayega, yeh possible ho jayega ke aap ki awaz poori dunya mein phail jaye, poore globe mein sunai de, har jagah.</w:t>
      </w:r>
      <w:r>
        <w:br/>
      </w:r>
      <w:r>
        <w:rPr>
          <w:sz w:val="20"/>
        </w:rPr>
        <w:t>30:47  is zamane mein Dajjal ka phenomena samne aayega.</w:t>
      </w:r>
      <w:r>
        <w:br/>
      </w:r>
      <w:r>
        <w:rPr>
          <w:sz w:val="20"/>
        </w:rPr>
        <w:t>30:51  to in sari cheezon ko Dajjal istemal karega negative maqsad ke liye aur aap ko istemal karna hai us ko positive maqsad ke liye.</w:t>
      </w:r>
      <w:r>
        <w:br/>
      </w:r>
      <w:r>
        <w:rPr>
          <w:sz w:val="20"/>
        </w:rPr>
        <w:t>31:03  jaise aaj ka main ne jo qissa bataya, hum aap to yahan Delhi mein hain aur TV par ek cheez aayi, us ko dunya bhar mein logon ne suna aur usay sun kar us ne telephone kiya ke mujhe Quran ki copy chahiye.</w:t>
      </w:r>
      <w:r>
        <w:br/>
      </w:r>
      <w:r>
        <w:rPr>
          <w:sz w:val="20"/>
        </w:rPr>
        <w:t>31:17  to</w:t>
      </w:r>
      <w:r>
        <w:br/>
      </w:r>
      <w:r>
        <w:rPr>
          <w:sz w:val="20"/>
        </w:rPr>
        <w:t>31:18  yeh hai in in opportunities ka positive tor par avail karna. Yahi aap ko karna hai.</w:t>
      </w:r>
      <w:r>
        <w:br/>
      </w:r>
      <w:r>
        <w:rPr>
          <w:sz w:val="20"/>
        </w:rPr>
        <w:t>31:29  Yahi aap ko karna hai. Kal main kisi se baat kar raha tha to yahan se jo woh chhote chhote brochure shop pe gaye hain to us ko main ne dekha to mujhe bohat hi ek ajeeb ehsas hua.</w:t>
      </w:r>
      <w:r>
        <w:br/>
      </w:r>
      <w:r>
        <w:rPr>
          <w:sz w:val="20"/>
        </w:rPr>
        <w:t>31:43  mein ne kaha aaj ka kaam sirf yeh hai ke is brochures ko flat kar diya jaye sari dunya mein. bas yahi kaam karna hai kyunke sari baatein is mein kahi aa chuki hain. yeh jo kitabein hain, jo pamphlets hain, jo brochures hain, sari baatein is mein aa chuki hain.</w:t>
      </w:r>
      <w:r>
        <w:br/>
      </w:r>
      <w:r>
        <w:rPr>
          <w:sz w:val="20"/>
        </w:rPr>
        <w:t>31:58  wohi baatein jo ke yani industrial civilization mein zahir hui theen khuda ke science ke tor</w:t>
      </w:r>
      <w:r>
        <w:br/>
      </w:r>
      <w:r>
        <w:rPr>
          <w:sz w:val="20"/>
        </w:rPr>
        <w:t>32:07  par, in sab ko le kar ke yeh banaya gaya hai aur is ko sari dunya mein pahunchana hai.</w:t>
      </w:r>
      <w:r>
        <w:br/>
      </w:r>
      <w:r>
        <w:rPr>
          <w:sz w:val="20"/>
        </w:rPr>
        <w:t>32:16  to mein samajhta hoon ke yahi yahi hamara sab se bara kaam hai. yahi hamara sab se bara kaam hai ke in as yeh jo is pamphlet ko, is brochure ko, in books ko flat kar dein sari dunya mein.</w:t>
      </w:r>
      <w:r>
        <w:br/>
      </w:r>
      <w:r>
        <w:rPr>
          <w:sz w:val="20"/>
        </w:rPr>
        <w:t>32:30  ab dekhein, internet ke zariye se ek sahib ne bataya ke internet se woh isi din magazine le lete hain wahan par peshawar mein, yani yahan magazine chapa aur us ko daal diya gaya internet mein.</w:t>
      </w:r>
      <w:r>
        <w:br/>
      </w:r>
      <w:r>
        <w:rPr>
          <w:sz w:val="20"/>
        </w:rPr>
        <w:t>32:47  to same din woh wahan par nikaal lete hain is mein se, yani abhi by post woh pahuncha bhi nahi hota doosron ke paas aur internet se woh nikaal lete hain. woh yeh zamana hai.</w:t>
      </w:r>
      <w:r>
        <w:br/>
      </w:r>
      <w:r>
        <w:rPr>
          <w:sz w:val="20"/>
        </w:rPr>
        <w:t>32:59  to jo role hai doosra, ek positive role, is role ke liye koi anokha aindah aadmi nahi hamare paas se niklega.</w:t>
      </w:r>
      <w:r>
        <w:br/>
      </w:r>
      <w:r>
        <w:rPr>
          <w:sz w:val="20"/>
        </w:rPr>
        <w:t>33:09  aisa nahi ke koi woh jo role hai mehdi ka, us ke liye koi aasman se aadmi tapkega ya pahad se niklega ya koi samandar se baramad hoga.</w:t>
      </w:r>
      <w:r>
        <w:br/>
      </w:r>
      <w:r>
        <w:rPr>
          <w:sz w:val="20"/>
        </w:rPr>
        <w:t>33:18  aisa kuch bhi nahi hai. aap hi ko woh role karna hai. mehdi ek role ka naam hai ya dajjal ek role ka naam hai.</w:t>
      </w:r>
    </w:p>
    <w:p>
      <w:pPr>
        <w:pStyle w:val="Heading2"/>
      </w:pPr>
      <w:r>
        <w:t>1857 mutiny: a senior scholar called it haram, unheard</w:t>
      </w:r>
    </w:p>
    <w:p>
      <w:r>
        <w:rPr>
          <w:color w:val="666666"/>
          <w:sz w:val="18"/>
        </w:rPr>
        <w:t>Islamization of Muslims January 10, 2010 Maulana Wahiduddin Khan · 3m 25s · at 21:41 · https://youtu.be/bjCT5yer37Q?t=1301</w:t>
      </w:r>
    </w:p>
    <w:p>
      <w:r>
        <w:rPr>
          <w:i/>
        </w:rPr>
        <w:t>“In the 1857 revolt, scholars raised the flag of jihad”</w:t>
      </w:r>
    </w:p>
    <w:p>
      <w:r>
        <w:rPr>
          <w:sz w:val="20"/>
        </w:rPr>
        <w:t>21:41  aise hi dekhiye, misaal hai</w:t>
      </w:r>
      <w:r>
        <w:br/>
      </w:r>
      <w:r>
        <w:rPr>
          <w:sz w:val="20"/>
        </w:rPr>
        <w:t>21:46  yeh 1857 mein jo baghavat hui thi 1857 mein, jis ko angrezon ne mutiny kaha tha, aur doosre log is ko jang e aazadi kehte hain.</w:t>
      </w:r>
      <w:r>
        <w:br/>
      </w:r>
      <w:r>
        <w:rPr>
          <w:sz w:val="20"/>
        </w:rPr>
        <w:t>21:58  ulama ne is mein jhanda uthaya, yaani ulama is mein aage aage thay, angrezon ke khilaf jihad.</w:t>
      </w:r>
      <w:r>
        <w:br/>
      </w:r>
      <w:r>
        <w:rPr>
          <w:sz w:val="20"/>
        </w:rPr>
        <w:t>22:09  to deoband mein jab mashwara hua to wahan aik aalim thay, sheikh muhammad, baray aalim thay woh. unhon ne kaha ke haram hai yeh.</w:t>
      </w:r>
      <w:r>
        <w:br/>
      </w:r>
      <w:r>
        <w:rPr>
          <w:sz w:val="20"/>
        </w:rPr>
        <w:t>22:18  aap ghor kijiye ke jis cheez ko doosre ulama jihad keh rahe thay, us ko sheikh muhammad haram bata rahe thay. woh senior aalim thay wahan ke,</w:t>
      </w:r>
      <w:r>
        <w:br/>
      </w:r>
      <w:r>
        <w:rPr>
          <w:sz w:val="20"/>
        </w:rPr>
        <w:t>22:29  lekin un ki nahi chali. kyun? mahaul nahi tha.</w:t>
      </w:r>
      <w:r>
        <w:br/>
      </w:r>
      <w:r>
        <w:rPr>
          <w:sz w:val="20"/>
        </w:rPr>
        <w:t>22:37  madarson ke zariye mahaul nahi banaya gaya, masjidon ke zariye mahaul nahi banaya gaya, jamaaton ke zariye mahaul nahi banaya gaya ke tanqeed ko suno, discussion karo, doosre ki rai jano, phir faisla karo.</w:t>
      </w:r>
      <w:r>
        <w:br/>
      </w:r>
      <w:r>
        <w:rPr>
          <w:sz w:val="20"/>
        </w:rPr>
        <w:t>22:52  to mahaul tha buzurg parasti ka. to unhon ne kaha, sheikh muhammad ne baqayda ke yeh to haram feal kar rahe hain aap, yeh jihad nahi hai.</w:t>
      </w:r>
      <w:r>
        <w:br/>
      </w:r>
      <w:r>
        <w:rPr>
          <w:sz w:val="20"/>
        </w:rPr>
        <w:t>23:06  lekin un ki baat nahi chali, aur logon ne jihad kiya, aur sab ja kar mar gaye.</w:t>
      </w:r>
      <w:r>
        <w:br/>
      </w:r>
      <w:r>
        <w:rPr>
          <w:sz w:val="20"/>
        </w:rPr>
        <w:t>23:13  aap ghor kijiye, kaisi ajeeb baat hai yeh. yaani pani pat ke maidan mein ja kar sab log khatam ho gaye. to mein jis cheez par zor dena chahta hoon woh yeh hai ke aik shakhs hamesha sahi rehta hai.</w:t>
      </w:r>
      <w:r>
        <w:br/>
      </w:r>
      <w:r>
        <w:rPr>
          <w:sz w:val="20"/>
        </w:rPr>
        <w:t>23:26  kabhi aisa nahi hota ke aik shakhs bhi na ho aisa jo baat ko jaane. lekin aik shakhs agar hai to baat chalti hai nahi us ki.</w:t>
      </w:r>
      <w:r>
        <w:br/>
      </w:r>
      <w:r>
        <w:rPr>
          <w:sz w:val="20"/>
        </w:rPr>
        <w:t>23:36  agar aap chahte hain ke ummat sahi rastay par rahe, na bigaad is ka, na paida ho, to aap ko aik mahaul banana paray ga.</w:t>
      </w:r>
      <w:r>
        <w:br/>
      </w:r>
      <w:r>
        <w:rPr>
          <w:sz w:val="20"/>
        </w:rPr>
        <w:t>23:47  masjid ka yeh rol hai, madrasay ka yeh rol hai, jamaaton ka yeh rol hai ke woh ek mahaul banate rahen. mahaul kis baat ka? logon ke andar yeh bataen, ispritt ke bhai tumhare khilaaf koi baat ho, suno us ko, kirschan ko bura na mano.</w:t>
      </w:r>
      <w:r>
        <w:br/>
      </w:r>
      <w:r>
        <w:rPr>
          <w:sz w:val="20"/>
        </w:rPr>
        <w:t>24:01  jab koi kirschan karta hai to bura na mano us ko. kirschan to nahin, yeh ahl-ul-munkir hai. kirschan wohi cheez hai jis ko quran mein nahin, ahl-ul-munkir kaha gaya hai.</w:t>
      </w:r>
      <w:r>
        <w:br/>
      </w:r>
      <w:r>
        <w:rPr>
          <w:sz w:val="20"/>
        </w:rPr>
        <w:t>24:14  jis cheez ko quran majeed mein, hadith mein munkir se rokna, nahin, ahl-ul-munkir kaha gaya hai, wohi to hai kirschan.</w:t>
      </w:r>
      <w:r>
        <w:br/>
      </w:r>
      <w:r>
        <w:rPr>
          <w:sz w:val="20"/>
        </w:rPr>
        <w:t>24:24  aur kya hai kirschan?</w:t>
      </w:r>
      <w:r>
        <w:br/>
      </w:r>
      <w:r>
        <w:rPr>
          <w:sz w:val="20"/>
        </w:rPr>
        <w:t>24:28  to masjidon mein bataya jata, madrason mein bataya jata, jamaaton mein bataya jata, jalson mein bataya jata. to ek mahaul banta.</w:t>
      </w:r>
      <w:r>
        <w:br/>
      </w:r>
      <w:r>
        <w:rPr>
          <w:sz w:val="20"/>
        </w:rPr>
        <w:t>24:39  mahaul tha nahin. to 1857 mein ulama ne jo faisla kiya tha, agarche ek shakhs, ek ek senior alam, sheikh muhammad, us ke khilaaf khade hue ke yeh to tum galat kaam kar rahe ho.</w:t>
      </w:r>
      <w:r>
        <w:br/>
      </w:r>
      <w:r>
        <w:rPr>
          <w:sz w:val="20"/>
        </w:rPr>
        <w:t>24:52  lekin mahaul chuki bana nahin hua tha, to un ki chali nahin.</w:t>
      </w:r>
      <w:r>
        <w:br/>
      </w:r>
      <w:r>
        <w:rPr>
          <w:sz w:val="20"/>
        </w:rPr>
        <w:t>24:56  unhon ne jihad kar dala, aur kaha yahan tak sawa lakh ulama jo hain, angrezon ki goli ka shikar ho gae.</w:t>
      </w:r>
    </w:p>
    <w:p>
      <w:pPr>
        <w:pStyle w:val="Heading2"/>
      </w:pPr>
      <w:r>
        <w:t>Universal peace principle: non-interference</w:t>
      </w:r>
    </w:p>
    <w:p>
      <w:r>
        <w:rPr>
          <w:color w:val="666666"/>
          <w:sz w:val="18"/>
        </w:rPr>
        <w:t>Living in Peace and Harmony in a Multicultural World | February 9, 2016 Full · 5m 34s · at 11:29 · https://youtu.be/jRR83pRA6QU?t=689</w:t>
      </w:r>
    </w:p>
    <w:p>
      <w:r>
        <w:rPr>
          <w:i/>
        </w:rPr>
        <w:t>“Mein aata hoon aaj ke topic par. Aaj ka topic hai”</w:t>
      </w:r>
    </w:p>
    <w:p>
      <w:r>
        <w:rPr>
          <w:sz w:val="20"/>
        </w:rPr>
        <w:t>11:29  That is openness.</w:t>
      </w:r>
      <w:r>
        <w:br/>
      </w:r>
      <w:r>
        <w:rPr>
          <w:sz w:val="20"/>
        </w:rPr>
        <w:t>11:34  Yeh bohat bari nemat hai hamare liye.</w:t>
      </w:r>
      <w:r>
        <w:br/>
      </w:r>
      <w:r>
        <w:rPr>
          <w:sz w:val="20"/>
        </w:rPr>
        <w:t>11:39  ab mein aata hoon aaj ke topic par.</w:t>
      </w:r>
      <w:r>
        <w:br/>
      </w:r>
      <w:r>
        <w:rPr>
          <w:sz w:val="20"/>
        </w:rPr>
        <w:t>11:44  aaj ka topic hai "How to Establish Peace in a Multicultural Society" dekhen, yeh topic sirf human society</w:t>
      </w:r>
      <w:r>
        <w:br/>
      </w:r>
      <w:r>
        <w:rPr>
          <w:sz w:val="20"/>
        </w:rPr>
        <w:t>11:49  ke liye nahi hai, poori universe ke liye hai.</w:t>
      </w:r>
      <w:r>
        <w:br/>
      </w:r>
      <w:r>
        <w:rPr>
          <w:sz w:val="20"/>
        </w:rPr>
        <w:t>11:54  aap jante hain ke poori universe mein numerous stars hain,</w:t>
      </w:r>
      <w:r>
        <w:br/>
      </w:r>
      <w:r>
        <w:rPr>
          <w:sz w:val="20"/>
        </w:rPr>
        <w:t>11:59  mil yani billion trillion ki ginti bhi kam hai is ke liye.</w:t>
      </w:r>
      <w:r>
        <w:br/>
      </w:r>
      <w:r>
        <w:rPr>
          <w:sz w:val="20"/>
        </w:rPr>
        <w:t>12:07  to universe ke liye bhi yahi sawal hai how to maintain aap jante hain ke sare stars har</w:t>
      </w:r>
      <w:r>
        <w:br/>
      </w:r>
      <w:r>
        <w:rPr>
          <w:sz w:val="20"/>
        </w:rPr>
        <w:t>12:14  waqt move kar rahe hain, static nahi hain kehen.</w:t>
      </w:r>
      <w:r>
        <w:br/>
      </w:r>
      <w:r>
        <w:rPr>
          <w:sz w:val="20"/>
        </w:rPr>
        <w:t>12:22  to poori universe ke liye yeh sawal hai how to maintain peace in a multi-star world wahan bhi yahi sawal</w:t>
      </w:r>
      <w:r>
        <w:br/>
      </w:r>
      <w:r>
        <w:rPr>
          <w:sz w:val="20"/>
        </w:rPr>
        <w:t>12:29  hai.</w:t>
      </w:r>
      <w:r>
        <w:br/>
      </w:r>
      <w:r>
        <w:rPr>
          <w:sz w:val="20"/>
        </w:rPr>
        <w:t>12:37  jis tarah insan ka samaj multi cultural samaj hota hai, aise hi poori universe multi star universe hai.</w:t>
      </w:r>
      <w:r>
        <w:br/>
      </w:r>
      <w:r>
        <w:rPr>
          <w:sz w:val="20"/>
        </w:rPr>
        <w:t>12:45  to Quran mein is ka bataya gaya, is ke bare mein ke Allah taala ne, yani creator ne,</w:t>
      </w:r>
      <w:r>
        <w:br/>
      </w:r>
      <w:r>
        <w:rPr>
          <w:sz w:val="20"/>
        </w:rPr>
        <w:t>12:52  universe mein ek principle ko wahan par apply kar rakha hai.</w:t>
      </w:r>
      <w:r>
        <w:br/>
      </w:r>
      <w:r>
        <w:rPr>
          <w:sz w:val="20"/>
        </w:rPr>
        <w:t>13:00  is ka zikr Quran mein is ayat mein hai: lashamsu yanbaghi laha an tudhka qabr wla saqu annar</w:t>
      </w:r>
      <w:r>
        <w:br/>
      </w:r>
      <w:r>
        <w:rPr>
          <w:sz w:val="20"/>
        </w:rPr>
        <w:t>13:07  kullun fi falaki yasbahun is ka matlab kya hai? Every astronomical body moves on its own orbit har</w:t>
      </w:r>
      <w:r>
        <w:br/>
      </w:r>
      <w:r>
        <w:rPr>
          <w:sz w:val="20"/>
        </w:rPr>
        <w:t>13:15  sitare ka, har sayare ka ek orbit hai, isi mein woh move kar rahe hain.</w:t>
      </w:r>
      <w:r>
        <w:br/>
      </w:r>
      <w:r>
        <w:rPr>
          <w:sz w:val="20"/>
        </w:rPr>
        <w:t>13:23  isi wajah se un ka darmian takrao nahi hota.</w:t>
      </w:r>
      <w:r>
        <w:br/>
      </w:r>
      <w:r>
        <w:rPr>
          <w:sz w:val="20"/>
        </w:rPr>
        <w:t>13:31  takrao nahi hota.</w:t>
      </w:r>
      <w:r>
        <w:br/>
      </w:r>
      <w:r>
        <w:rPr>
          <w:sz w:val="20"/>
        </w:rPr>
        <w:t>13:36  theek yahi baat Quran mein insani society ke bare mein kahi gayi hai: assulhu khair sulah ka matlab</w:t>
      </w:r>
      <w:r>
        <w:br/>
      </w:r>
      <w:r>
        <w:rPr>
          <w:sz w:val="20"/>
        </w:rPr>
        <w:t>13:41  kya hai? Policy of Non-Interference yeh hai sulah.</w:t>
      </w:r>
      <w:r>
        <w:br/>
      </w:r>
      <w:r>
        <w:rPr>
          <w:sz w:val="20"/>
        </w:rPr>
        <w:t>13:46  wahan par jo hai, wahi yahan par bhi hai.</w:t>
      </w:r>
      <w:r>
        <w:br/>
      </w:r>
      <w:r>
        <w:rPr>
          <w:sz w:val="20"/>
        </w:rPr>
        <w:t>13:51  interference policy hamein apnana hai.</w:t>
      </w:r>
      <w:r>
        <w:br/>
      </w:r>
      <w:r>
        <w:rPr>
          <w:sz w:val="20"/>
        </w:rPr>
        <w:t>13:56  wahan bhi yahi kar rahe hain, woh star jo hain.</w:t>
      </w:r>
      <w:r>
        <w:br/>
      </w:r>
      <w:r>
        <w:rPr>
          <w:sz w:val="20"/>
        </w:rPr>
        <w:t>14:01  Takrao nahi hota. Theek yahi baat Quran mein insani society ke bare mein kahi gayi hai: "As-sulhu khayr." Sulah ka matlab kya hai? Policy of Non-Interference. Yeh hai sulah. Wahan par jo hai, wahi yahan par bhi hai. Interference policy hamein apnana hai. Wahan bhi yahi kar rahe hain, woh stars jo hain.</w:t>
      </w:r>
      <w:r>
        <w:br/>
      </w:r>
      <w:r>
        <w:rPr>
          <w:sz w:val="20"/>
        </w:rPr>
        <w:t>14:31  rahen.</w:t>
      </w:r>
      <w:r>
        <w:br/>
      </w:r>
      <w:r>
        <w:rPr>
          <w:sz w:val="20"/>
        </w:rPr>
        <w:t>14:36  yeh, yeh, yeh option hi nahi hai hamare liye.</w:t>
      </w:r>
      <w:r>
        <w:br/>
      </w:r>
      <w:r>
        <w:rPr>
          <w:sz w:val="20"/>
        </w:rPr>
        <w:t>14:40  option kya hai? ke hum manage karen freedom ko.</w:t>
      </w:r>
      <w:r>
        <w:br/>
      </w:r>
      <w:r>
        <w:rPr>
          <w:sz w:val="20"/>
        </w:rPr>
        <w:t>14:45  yeh option hai.</w:t>
      </w:r>
      <w:r>
        <w:br/>
      </w:r>
      <w:r>
        <w:rPr>
          <w:sz w:val="20"/>
        </w:rPr>
        <w:t>14:49  to kuch logon ne insaan ki azadi ko khatam kar ke society banana chaha, woh fail ho gaye.</w:t>
      </w:r>
      <w:r>
        <w:br/>
      </w:r>
      <w:r>
        <w:rPr>
          <w:sz w:val="20"/>
        </w:rPr>
        <w:t>14:53  woh work nahi kiya is formula ne.</w:t>
      </w:r>
      <w:r>
        <w:br/>
      </w:r>
      <w:r>
        <w:rPr>
          <w:sz w:val="20"/>
        </w:rPr>
        <w:t>14:58  to jo workable formula hai, woh yahi hai ke aap</w:t>
      </w:r>
      <w:r>
        <w:br/>
      </w:r>
      <w:r>
        <w:rPr>
          <w:sz w:val="20"/>
        </w:rPr>
        <w:t>15:02  sakein. Yeh, yeh, yeh option hi nahi hai hamare liye. Option kya hai? Ke hum manage karein freedom ko. Yeh option hai. To kuch logon ne insaan ki aazadi ko khatam kar ke society banana chaha, woh fail ho gaye. Woh work nahi kiya is formula ne. To jo workable formula hai, woh yahi hai ke aap</w:t>
      </w:r>
      <w:r>
        <w:br/>
      </w:r>
      <w:r>
        <w:rPr>
          <w:sz w:val="20"/>
        </w:rPr>
        <w:t>15:32  laga sakta.</w:t>
      </w:r>
      <w:r>
        <w:br/>
      </w:r>
      <w:r>
        <w:rPr>
          <w:sz w:val="20"/>
        </w:rPr>
        <w:t>15:38  lekin har ek ko yeh karna hai ke woh apne orbit mein rahe.</w:t>
      </w:r>
      <w:r>
        <w:br/>
      </w:r>
      <w:r>
        <w:rPr>
          <w:sz w:val="20"/>
        </w:rPr>
        <w:t>15:44  امریکن ہسٹری میں ایک بہت ہی دلچسپ اسٹوری ہے، میں سمجھتا ہوں کہ وہ اس کو study کرتی ہے۔</w:t>
      </w:r>
      <w:r>
        <w:br/>
      </w:r>
      <w:r>
        <w:rPr>
          <w:sz w:val="20"/>
        </w:rPr>
        <w:t>15:51  yeh kaha jata hai ke when America gained freedom, one American was very enthusiastic; he went out of</w:t>
      </w:r>
      <w:r>
        <w:br/>
      </w:r>
      <w:r>
        <w:rPr>
          <w:sz w:val="20"/>
        </w:rPr>
        <w:t>15:57  his home, he was moving an estate</w:t>
      </w:r>
      <w:r>
        <w:br/>
      </w:r>
      <w:r>
        <w:rPr>
          <w:sz w:val="20"/>
        </w:rPr>
        <w:t>16:03  American ne kaha ke "Today I am free. I am exercising my— I am celebrating my freedom." Us ne kaha ke "Yes, you are free. But your</w:t>
      </w:r>
      <w:r>
        <w:br/>
      </w:r>
      <w:r>
        <w:rPr>
          <w:sz w:val="20"/>
        </w:rPr>
        <w:t>16:33  "Freedom knows where my nose begins." یہ ہے فارمولا آف نیچر۔</w:t>
      </w:r>
      <w:r>
        <w:br/>
      </w:r>
      <w:r>
        <w:rPr>
          <w:sz w:val="20"/>
        </w:rPr>
        <w:t>16:38  aap doosre ke nose ko hit na karein.</w:t>
      </w:r>
      <w:r>
        <w:br/>
      </w:r>
      <w:r>
        <w:rPr>
          <w:sz w:val="20"/>
        </w:rPr>
        <w:t>16:43  to aap poori tarah azaad hain, kuch bhi karne ke liye.</w:t>
      </w:r>
      <w:r>
        <w:br/>
      </w:r>
      <w:r>
        <w:rPr>
          <w:sz w:val="20"/>
        </w:rPr>
        <w:t>16:48  dawa field mein, education ki field mein, industry ki field mein, invention ki field mein, jis field mein</w:t>
      </w:r>
      <w:r>
        <w:br/>
      </w:r>
      <w:r>
        <w:rPr>
          <w:sz w:val="20"/>
        </w:rPr>
        <w:t>16:53  aap ko interest ho, us mein aap azaad hain karne ke liye.</w:t>
      </w:r>
      <w:r>
        <w:br/>
      </w:r>
      <w:r>
        <w:rPr>
          <w:sz w:val="20"/>
        </w:rPr>
        <w:t>16:58  But you cannot hit the nose of the other</w:t>
      </w:r>
    </w:p>
    <w:p>
      <w:pPr>
        <w:pStyle w:val="Heading2"/>
      </w:pPr>
      <w:r>
        <w:t>Full search across religions leads to Maulana via Sri Sri Ravi Shankar conversation</w:t>
      </w:r>
    </w:p>
    <w:p>
      <w:r>
        <w:rPr>
          <w:color w:val="666666"/>
          <w:sz w:val="18"/>
        </w:rPr>
        <w:t>Experiences Sharing by CPS Members November 11, 2006 Maulana Wahiduddin Khan · 5m 54s · at 21:48 · https://youtu.be/VhS3VofQlHo?t=1308</w:t>
      </w:r>
    </w:p>
    <w:p>
      <w:r>
        <w:rPr>
          <w:i/>
        </w:rPr>
        <w:t>“The truth, why don't you go and meet this priest”</w:t>
      </w:r>
    </w:p>
    <w:p>
      <w:r>
        <w:rPr>
          <w:sz w:val="20"/>
        </w:rPr>
        <w:t>21:48  the truth why dont you go and meet this priest i would say fine so long he is a christian its okay because christians are very very a peace loving people i am okay about them or the indian pujari and pandit i am okay with that something very strange happen with me w change my life a i had gone a to spain on a vacation and i was travelling in a train from metro to barcelona</w:t>
      </w:r>
      <w:r>
        <w:br/>
      </w:r>
      <w:r>
        <w:rPr>
          <w:sz w:val="20"/>
        </w:rPr>
        <w:t>22:12  is i got a chance to be with shri shri ravi shankar who is a very renowned a spiritual so called scholar within the vedanta fold i met him and i sat with him in the train and we got into a conversation he was with his entaus of art of living while he was sitting and having a conversation with him i asked him one question asked shri shri tell me one thing he said what i said is happiness is something which is very well embedded into everybody mind</w:t>
      </w:r>
      <w:r>
        <w:br/>
      </w:r>
      <w:r>
        <w:rPr>
          <w:sz w:val="20"/>
        </w:rPr>
        <w:t>22:42  if you ask anybody young people old whoever what is your ultimate destination they say we want peace and contentment and happiness thats the end objective of everyone so he said ya definitely i said if happiness is something which we are born with i mean as a you know goal where is the object of that happiness so he said to me in hindi just translate right now he said to me in that a open your eyes and see everywhere is happiness</w:t>
      </w:r>
      <w:r>
        <w:br/>
      </w:r>
      <w:r>
        <w:rPr>
          <w:sz w:val="20"/>
        </w:rPr>
        <w:t>23:11  and when i i retaliate in in in telling a shri shri that i have done everything in the world which people told them it give them happiness but it only gave me dispiter to minutes to hours to years or maybe 20 years i was a highly pampered child and if my father would not book me on a trip to go abroad overseas with my friends i thought there was something wrong in his love</w:t>
      </w:r>
      <w:r>
        <w:br/>
      </w:r>
      <w:r>
        <w:rPr>
          <w:sz w:val="20"/>
        </w:rPr>
        <w:t>23:38  for me so on a Thursday evening i have to make you know request to my dad the</w:t>
      </w:r>
      <w:r>
        <w:br/>
      </w:r>
      <w:r>
        <w:rPr>
          <w:sz w:val="20"/>
        </w:rPr>
        <w:t>23:42  listen tomorrow i want to go to London with my friends and if he would not book me on</w:t>
      </w:r>
      <w:r>
        <w:br/>
      </w:r>
      <w:r>
        <w:rPr>
          <w:sz w:val="20"/>
        </w:rPr>
        <w:t>23:45  that flight there was really something drastically wrong with his love so so that is a kind of</w:t>
      </w:r>
      <w:r>
        <w:br/>
      </w:r>
      <w:r>
        <w:rPr>
          <w:sz w:val="20"/>
        </w:rPr>
        <w:t>23:50  stuff that i grew with but as i grew older i realized that at 24 i had achieved everything</w:t>
      </w:r>
      <w:r>
        <w:br/>
      </w:r>
      <w:r>
        <w:rPr>
          <w:sz w:val="20"/>
        </w:rPr>
        <w:t>23:56  in my life money was never an issue for me and my family or nothing like that but</w:t>
      </w:r>
      <w:r>
        <w:br/>
      </w:r>
      <w:r>
        <w:rPr>
          <w:sz w:val="20"/>
        </w:rPr>
        <w:t>24:01  something lacked in my life as i grew up materially my vacuum inside me only grew</w:t>
      </w:r>
      <w:r>
        <w:br/>
      </w:r>
      <w:r>
        <w:rPr>
          <w:sz w:val="20"/>
        </w:rPr>
        <w:t>24:08  and that made me question to my own self that if god is given everything and everything is available in this world why is it that every after having everything in the world why does my vacuum only increase that question really really made me search and find out a person a relationship money job which would fill that vacuum up and i went in search with that high</w:t>
      </w:r>
      <w:r>
        <w:br/>
      </w:r>
      <w:r>
        <w:rPr>
          <w:sz w:val="20"/>
        </w:rPr>
        <w:t>24:35  and low i went everywhere in the world to look for an aalim who would teach me and make me understand religion thats when i read an article of maulana in a newspaper in fact before that i went into jamaat-e-islami group as well and i met them and i questioned them i said i want to know about islam so they gave me a list about 20 books and each book had things like how to build a good character with the islam woman in islam purdah system in islam hijab or wh</w:t>
      </w:r>
      <w:r>
        <w:br/>
      </w:r>
      <w:r>
        <w:rPr>
          <w:sz w:val="20"/>
        </w:rPr>
        <w:t>25:04  that whatever i said these things are good these books are good if a person is embracing Islam</w:t>
      </w:r>
      <w:r>
        <w:br/>
      </w:r>
      <w:r>
        <w:rPr>
          <w:sz w:val="20"/>
        </w:rPr>
        <w:t>25:09  the questions have not reached that state what books do you have for non-muslims</w:t>
      </w:r>
      <w:r>
        <w:br/>
      </w:r>
      <w:r>
        <w:rPr>
          <w:sz w:val="20"/>
        </w:rPr>
        <w:t>25:15  der vaj a gentleman in vid in the group in the delegation he came up to me he</w:t>
      </w:r>
      <w:r>
        <w:br/>
      </w:r>
      <w:r>
        <w:rPr>
          <w:sz w:val="20"/>
        </w:rPr>
        <w:t>25:19  sed sister if you dont mind why dont you read this book of Maulana ch is called the</w:t>
      </w:r>
      <w:r>
        <w:br/>
      </w:r>
      <w:r>
        <w:rPr>
          <w:sz w:val="20"/>
        </w:rPr>
        <w:t>25:22  god araizes he sed Maulana Wahiduddin Khan you read this book i gift it to you and i</w:t>
      </w:r>
      <w:r>
        <w:br/>
      </w:r>
      <w:r>
        <w:rPr>
          <w:sz w:val="20"/>
        </w:rPr>
        <w:t>25:28  sed how come this book is not there in your library he sed well der certain reason for</w:t>
      </w:r>
      <w:r>
        <w:br/>
      </w:r>
      <w:r>
        <w:rPr>
          <w:sz w:val="20"/>
        </w:rPr>
        <w:t>25:32  as not having this book but you must read it i</w:t>
      </w:r>
      <w:r>
        <w:br/>
      </w:r>
      <w:r>
        <w:rPr>
          <w:sz w:val="20"/>
        </w:rPr>
        <w:t>25:35  read the book in about three weeks and then i read a article of maulana in hindustan times daily and after read the article i took an appointment with him and i came and met him and i still remember when i came in the first time to meet him i was not a allied to be listening to a maulana because everybody told me dont go to wallavi and maulana because my experience with them had been very very bad</w:t>
      </w:r>
      <w:r>
        <w:br/>
      </w:r>
      <w:r>
        <w:rPr>
          <w:sz w:val="20"/>
        </w:rPr>
        <w:t>26:03  any aalim or any maulana that i spoke to they would say they would not give me any reasons and would tell me to accept something and this was something which was completely impossible for me to accept so when i came to maulana he completely reconditioned my mind and he gave me a reason which was higher than my own belief system and unless someone gives you that that reason you can never never change</w:t>
      </w:r>
      <w:r>
        <w:br/>
      </w:r>
      <w:r>
        <w:rPr>
          <w:sz w:val="20"/>
        </w:rPr>
        <w:t>26:28  and when he told me the real face of islam like l l of us me rajat and khalid we all came together initially we immediate change our stance and i started reading about islam and second thing that he told me very clearly which i remember still he said he said what is your objective in life as the truth is my objective in life he said if truth is your objective in life then you have to rise above emotional biases if truth is your objective then you have to rise above emotional by</w:t>
      </w:r>
      <w:r>
        <w:br/>
      </w:r>
      <w:r>
        <w:rPr>
          <w:sz w:val="20"/>
        </w:rPr>
        <w:t>26:55  ases means do not be conditioned that you should get answers within what text you are searching in completely focus yourself on the truth and read based on a criteria read all the scr</w:t>
      </w:r>
      <w:r>
        <w:br/>
      </w:r>
      <w:r>
        <w:rPr>
          <w:sz w:val="20"/>
        </w:rPr>
        <w:t>27:11  ipcture i red vedanta i red christianity i red everything i red bible everything you name it i</w:t>
      </w:r>
      <w:r>
        <w:br/>
      </w:r>
      <w:r>
        <w:rPr>
          <w:sz w:val="20"/>
        </w:rPr>
        <w:t>27:16  red complete vid an open thought and iventure den red the quran and understood about it and den</w:t>
      </w:r>
      <w:r>
        <w:br/>
      </w:r>
      <w:r>
        <w:rPr>
          <w:sz w:val="20"/>
        </w:rPr>
        <w:t>27:22  finally a got into the islamic spirituality ts my journey a vel i vat to start like to</w:t>
      </w:r>
      <w:r>
        <w:br/>
      </w:r>
      <w:r>
        <w:rPr>
          <w:sz w:val="20"/>
        </w:rPr>
        <w:t>27:29  start by saying that i vas i vas just a normal teenager you know he used to live</w:t>
      </w:r>
      <w:r>
        <w:br/>
      </w:r>
      <w:r>
        <w:rPr>
          <w:sz w:val="20"/>
        </w:rPr>
        <w:t>27:34  for you know for for music and fashion and everything that you know like vordly pleasure and all</w:t>
      </w:r>
      <w:r>
        <w:br/>
      </w:r>
      <w:r>
        <w:rPr>
          <w:sz w:val="20"/>
        </w:rPr>
        <w:t>27:42  but then after coming to cps i was made to made to understand the the creation plan of god which is to live for the here after and not for this world and these these classes have made me become more spiritual and and whatever i do to whatever i do i am i am i am particular conscious of god</w:t>
      </w:r>
    </w:p>
    <w:p>
      <w:pPr>
        <w:pStyle w:val="Heading2"/>
      </w:pPr>
      <w:r>
        <w:t>Real vs relative teachings of Islam</w:t>
      </w:r>
    </w:p>
    <w:p>
      <w:r>
        <w:rPr>
          <w:color w:val="666666"/>
          <w:sz w:val="18"/>
        </w:rPr>
        <w:t>Towards Understanding Islam (English) March 22, 2007 Maulana Wahiduddin Khan · 4m 16s · at 14:42 · https://youtu.be/jXvJkbWa2MM?t=882</w:t>
      </w:r>
    </w:p>
    <w:p>
      <w:r>
        <w:rPr>
          <w:i/>
        </w:rPr>
        <w:t>“So one part of these teachings is the real part of Islam”</w:t>
      </w:r>
    </w:p>
    <w:p>
      <w:r>
        <w:rPr>
          <w:sz w:val="20"/>
        </w:rPr>
        <w:t>14:42  So one part of these teachings is the real part of Islam. And the other part of teachings is not a is a relative part of Islam. Then what is the nature of these teachings?</w:t>
      </w:r>
      <w:r>
        <w:br/>
      </w:r>
      <w:r>
        <w:rPr>
          <w:sz w:val="20"/>
        </w:rPr>
        <w:t>15:07  According to my study, I can say that there are two different principles applicable to both categories. One is idealism. And the other one is status quoism.</w:t>
      </w:r>
      <w:r>
        <w:br/>
      </w:r>
      <w:r>
        <w:rPr>
          <w:sz w:val="20"/>
        </w:rPr>
        <w:t>15:33  I am avoiding to use the word pragmatism. That is supposed to be opposite to the idealism. So here, the difference is not idealism and pragmatism. No. But idealism and status quoism.</w:t>
      </w:r>
      <w:r>
        <w:br/>
      </w:r>
      <w:r>
        <w:rPr>
          <w:sz w:val="20"/>
        </w:rPr>
        <w:t>15:55  In one kind of teachings, it is required that you have to take it as an ideal. Basically, this category is based on the belief system. So the belief system of Islam is its real part.</w:t>
      </w:r>
      <w:r>
        <w:br/>
      </w:r>
      <w:r>
        <w:rPr>
          <w:sz w:val="20"/>
        </w:rPr>
        <w:t>16:19  It is based on some ideals. An ideal cannot be changed. But its practical form, but its practical category, but its practical teachings pertain to the other category. That is based on what I am saying, status quoism.</w:t>
      </w:r>
      <w:r>
        <w:br/>
      </w:r>
      <w:r>
        <w:rPr>
          <w:sz w:val="20"/>
        </w:rPr>
        <w:t>16:46  For example, Tawhid is the most important belief of Islam.</w:t>
      </w:r>
      <w:r>
        <w:br/>
      </w:r>
      <w:r>
        <w:rPr>
          <w:sz w:val="20"/>
        </w:rPr>
        <w:t>17:00  One American writer has rightly said that Allah is the most supreme concern of Islam.</w:t>
      </w:r>
      <w:r>
        <w:br/>
      </w:r>
      <w:r>
        <w:rPr>
          <w:sz w:val="20"/>
        </w:rPr>
        <w:t>17:15  It means that Tawhid is the central idea in Islam.</w:t>
      </w:r>
      <w:r>
        <w:br/>
      </w:r>
      <w:r>
        <w:rPr>
          <w:sz w:val="20"/>
        </w:rPr>
        <w:t>17:30  Tawhid means oneness of God. So oneness of God is the central theme of Islam, the central thought of Islam, the central idea of Islam.</w:t>
      </w:r>
      <w:r>
        <w:br/>
      </w:r>
      <w:r>
        <w:rPr>
          <w:sz w:val="20"/>
        </w:rPr>
        <w:t>17:46  All other teachings are based on this central idea. So in oneness of God, there is no compromise. You have to take it literally. There is a verse in the Quran, "Qul huwallahu ahad." Say that there is no God but one God.</w:t>
      </w:r>
      <w:r>
        <w:br/>
      </w:r>
      <w:r>
        <w:rPr>
          <w:sz w:val="20"/>
        </w:rPr>
        <w:t>18:11  Or, "La ilaha illallah." There is no God but one God. This is the central theme of Islam. This is the central belief of Islam. So in this belief, there is no compromise. You have to believe it in its ideal form.</w:t>
      </w:r>
      <w:r>
        <w:br/>
      </w:r>
      <w:r>
        <w:rPr>
          <w:sz w:val="20"/>
        </w:rPr>
        <w:t>18:37  Then one of the Islamic beliefs is based on Prophethood. That Muhammad was the Prophet of God. And Muhammad was the final Prophet. This is also an ideal belief.</w:t>
      </w:r>
      <w:r>
        <w:br/>
      </w:r>
      <w:r>
        <w:rPr>
          <w:sz w:val="20"/>
        </w:rPr>
        <w:t>18:58  This also pertains to the ideal category. It means that you cannot change. You cannot compromise. You cannot say that Muhammad was a Prophet of God.</w:t>
      </w:r>
    </w:p>
    <w:p>
      <w:pPr>
        <w:pStyle w:val="Heading2"/>
      </w:pPr>
      <w:r>
        <w:t>Islamic model: positive status quoism and Meccan example</w:t>
      </w:r>
    </w:p>
    <w:p>
      <w:r>
        <w:rPr>
          <w:color w:val="666666"/>
          <w:sz w:val="18"/>
        </w:rPr>
        <w:t>History of Peace (Eng) | 12 Nov 2006 - Maulana Wahiduddin Khan · 5m 35s · at 32:32 · https://youtu.be/RBYqVDDRkq4?t=1952</w:t>
      </w:r>
    </w:p>
    <w:p>
      <w:r>
        <w:rPr>
          <w:i/>
        </w:rPr>
        <w:t>“Now let us take the Islamic model of peace.”</w:t>
      </w:r>
    </w:p>
    <w:p>
      <w:r>
        <w:rPr>
          <w:sz w:val="20"/>
        </w:rPr>
        <w:t>32:32  now, now, let us take the islamic model of peace. islamic model of peace is quite different from other, from other models. the basic difference between the two categories is that</w:t>
      </w:r>
      <w:r>
        <w:br/>
      </w:r>
      <w:r>
        <w:rPr>
          <w:sz w:val="20"/>
        </w:rPr>
        <w:t>33:03  all other models believe that first of all, we have to eliminate the status quo. first of all, this is the starting point, according to their thinking. first of all, we have to eliminate the existing system</w:t>
      </w:r>
      <w:r>
        <w:br/>
      </w:r>
      <w:r>
        <w:rPr>
          <w:sz w:val="20"/>
        </w:rPr>
        <w:t>33:34  , that is called political status quo. then, we can establish peace. for example, in india, mahatma gadhi wanted to to oust british. without ousting british, there is no possibility to establish peace in india. this is the, this was the case of all other models. america, americans</w:t>
      </w:r>
      <w:r>
        <w:br/>
      </w:r>
      <w:r>
        <w:rPr>
          <w:sz w:val="20"/>
        </w:rPr>
        <w:t>34:04  wanted to eliminate saddam hussein. with saddam hussein, there was no possibility to establish american peace in iraq. so, is the case of all other models. but in contrast, islam believes in what i call positive status quoism.</w:t>
      </w:r>
      <w:r>
        <w:br/>
      </w:r>
      <w:r>
        <w:rPr>
          <w:sz w:val="20"/>
        </w:rPr>
        <w:t>34:34  positive status quoism, it means that accept status quo as it is, and try to avail the opportunities existing in that given situation. this is very, this is the, this is the distinct</w:t>
      </w:r>
      <w:r>
        <w:br/>
      </w:r>
      <w:r>
        <w:rPr>
          <w:sz w:val="20"/>
        </w:rPr>
        <w:t>35:04  ive difference in islam and other models. so, according to this model, the formula is ignore the problem and avail the opportunities. so, islamic islamic philosophy ya islamic ideology believe</w:t>
      </w:r>
      <w:r>
        <w:br/>
      </w:r>
      <w:r>
        <w:rPr>
          <w:sz w:val="20"/>
        </w:rPr>
        <w:t>35:35  in believe that every situation has some opportunities. according to the law of nature, in mal asra, in mal asra, yani every where there are problem, there are opportunities. this is the basic formula of</w:t>
      </w:r>
      <w:r>
        <w:br/>
      </w:r>
      <w:r>
        <w:rPr>
          <w:sz w:val="20"/>
        </w:rPr>
        <w:t>36:06  islamic peace. for example, let us take the makkah example. you know, the prophet of islam was born in makkah in 570 a.d. he declared his prophethood in 610. at that time, there was great, great problem that</w:t>
      </w:r>
      <w:r>
        <w:br/>
      </w:r>
      <w:r>
        <w:rPr>
          <w:sz w:val="20"/>
        </w:rPr>
        <w:t>36:37  all makkahs were worship idols. moreover, the most sacred mosque, that is kaaba, was full with idols. they have placed 360 idols in the vicinity of kaaba. that was great problem, because prophet of islam</w:t>
      </w:r>
      <w:r>
        <w:br/>
      </w:r>
      <w:r>
        <w:rPr>
          <w:sz w:val="20"/>
        </w:rPr>
        <w:t>37:08  was appointed. this was the prophet of islam mission. the only mission was that to proclaim the oneness of god and warn the people that those who worshipers of other than god, they will go to hell. so, all these orders were like gate</w:t>
      </w:r>
      <w:r>
        <w:br/>
      </w:r>
      <w:r>
        <w:rPr>
          <w:sz w:val="20"/>
        </w:rPr>
        <w:t>37:38  of hell. so, he was supposed to close all these gates. so, this was the problem, super problem. but prophet never started his mission from destroying those idols. never, never, never. instead, he accepted their existence</w:t>
      </w:r>
    </w:p>
    <w:p>
      <w:pPr>
        <w:pStyle w:val="Heading2"/>
      </w:pPr>
      <w:r>
        <w:t>Power of dua in overcoming setbacks</w:t>
      </w:r>
    </w:p>
    <w:p>
      <w:r>
        <w:rPr>
          <w:color w:val="666666"/>
          <w:sz w:val="18"/>
        </w:rPr>
        <w:t>Social Reform | December 22, 2013 | Maulana Wahiduddin Khan · 4m 32s · at 1:06:49 · https://youtu.be/kGP903BvDto?t=4009</w:t>
      </w:r>
    </w:p>
    <w:p>
      <w:r>
        <w:rPr>
          <w:i/>
        </w:rPr>
        <w:t>“Yesterday evening's lecture on spirituality was very enlightening”</w:t>
      </w:r>
    </w:p>
    <w:p>
      <w:r>
        <w:rPr>
          <w:sz w:val="20"/>
        </w:rPr>
        <w:t>1:06:49  "Yesterday evening's lecture on spirituality was very enlightening.</w:t>
      </w:r>
      <w:r>
        <w:br/>
      </w:r>
      <w:r>
        <w:rPr>
          <w:sz w:val="20"/>
        </w:rPr>
        <w:t>1:06:55  One of the points you mentioned in this lecture was 'the weapon of' that is دعا۔</w:t>
      </w:r>
      <w:r>
        <w:br/>
      </w:r>
      <w:r>
        <w:rPr>
          <w:sz w:val="20"/>
        </w:rPr>
        <w:t>1:07:01  maulana, could you please throw more light on dua aur sabr? What should die do when the acceptance</w:t>
      </w:r>
      <w:r>
        <w:br/>
      </w:r>
      <w:r>
        <w:rPr>
          <w:sz w:val="20"/>
        </w:rPr>
        <w:t>1:07:07  of his dua aur the result is delayed?" dekhen, main apna aik tajurba batata hoon.</w:t>
      </w:r>
      <w:r>
        <w:br/>
      </w:r>
      <w:r>
        <w:rPr>
          <w:sz w:val="20"/>
        </w:rPr>
        <w:t>1:07:13  aur bohat anokha</w:t>
      </w:r>
      <w:r>
        <w:br/>
      </w:r>
      <w:r>
        <w:rPr>
          <w:sz w:val="20"/>
        </w:rPr>
        <w:t>1:07:19  kha tajurba.</w:t>
      </w:r>
      <w:r>
        <w:br/>
      </w:r>
      <w:r>
        <w:rPr>
          <w:sz w:val="20"/>
        </w:rPr>
        <w:t>1:07:23  jo log jante hain hamare mission ke bare mein, unko pata hai ke jab yeh mission shuru</w:t>
      </w:r>
      <w:r>
        <w:br/>
      </w:r>
      <w:r>
        <w:rPr>
          <w:sz w:val="20"/>
        </w:rPr>
        <w:t>1:07:28  hua to sab se zyada is ko bazahir acceptance mila haiderabad mein.</w:t>
      </w:r>
      <w:r>
        <w:br/>
      </w:r>
      <w:r>
        <w:rPr>
          <w:sz w:val="20"/>
        </w:rPr>
        <w:t>1:07:32  haiderabad mein bar bar main gaya.</w:t>
      </w:r>
      <w:r>
        <w:br/>
      </w:r>
      <w:r>
        <w:rPr>
          <w:sz w:val="20"/>
        </w:rPr>
        <w:t>1:07:37  train se, wohajat se.</w:t>
      </w:r>
      <w:r>
        <w:br/>
      </w:r>
      <w:r>
        <w:rPr>
          <w:sz w:val="20"/>
        </w:rPr>
        <w:t>1:07:41  bohat bar jata tha.</w:t>
      </w:r>
      <w:r>
        <w:br/>
      </w:r>
      <w:r>
        <w:rPr>
          <w:sz w:val="20"/>
        </w:rPr>
        <w:t>1:07:46  main sab se zyada main india mein haiderabadi mein gaya hoon main.</w:t>
      </w:r>
      <w:r>
        <w:br/>
      </w:r>
      <w:r>
        <w:rPr>
          <w:sz w:val="20"/>
        </w:rPr>
        <w:t>1:07:50  wahan bohat achhe achhe program hote the.</w:t>
      </w:r>
      <w:r>
        <w:br/>
      </w:r>
      <w:r>
        <w:rPr>
          <w:sz w:val="20"/>
        </w:rPr>
        <w:t>1:07:55  phir wahan hamara aik center bana.</w:t>
      </w:r>
      <w:r>
        <w:br/>
      </w:r>
      <w:r>
        <w:rPr>
          <w:sz w:val="20"/>
        </w:rPr>
        <w:t>1:07:59  phir kya hua ke is ko setback hua.</w:t>
      </w:r>
      <w:r>
        <w:br/>
      </w:r>
      <w:r>
        <w:rPr>
          <w:sz w:val="20"/>
        </w:rPr>
        <w:t>1:08:03  aur hamara sara kam wahan jeopardize ho gaya.</w:t>
      </w:r>
      <w:r>
        <w:br/>
      </w:r>
      <w:r>
        <w:rPr>
          <w:sz w:val="20"/>
        </w:rPr>
        <w:t>1:08:08  kisi wajah se.</w:t>
      </w:r>
      <w:r>
        <w:br/>
      </w:r>
      <w:r>
        <w:rPr>
          <w:sz w:val="20"/>
        </w:rPr>
        <w:t>1:08:12  yani amalan haiderabad mein hamara kaam jo hai khatm ho gaya.</w:t>
      </w:r>
      <w:r>
        <w:br/>
      </w:r>
      <w:r>
        <w:rPr>
          <w:sz w:val="20"/>
        </w:rPr>
        <w:t>1:08:16  to lekin mere andar Allah ke fazl se koi negative thought nahin aa</w:t>
      </w:r>
      <w:r>
        <w:br/>
      </w:r>
      <w:r>
        <w:rPr>
          <w:sz w:val="20"/>
        </w:rPr>
        <w:t>1:08:21  ya.</w:t>
      </w:r>
      <w:r>
        <w:br/>
      </w:r>
      <w:r>
        <w:rPr>
          <w:sz w:val="20"/>
        </w:rPr>
        <w:t>1:08:24  koi ghussa nahin aaya.</w:t>
      </w:r>
      <w:r>
        <w:br/>
      </w:r>
      <w:r>
        <w:rPr>
          <w:sz w:val="20"/>
        </w:rPr>
        <w:t>1:08:27  main ne koi karrawai nahin ki negative.</w:t>
      </w:r>
      <w:r>
        <w:br/>
      </w:r>
      <w:r>
        <w:rPr>
          <w:sz w:val="20"/>
        </w:rPr>
        <w:t>1:08:30  sirf dua karta raha, dua karta raha, dua karta raha.</w:t>
      </w:r>
      <w:r>
        <w:br/>
      </w:r>
      <w:r>
        <w:rPr>
          <w:sz w:val="20"/>
        </w:rPr>
        <w:t>1:08:33  is poori muddat mein sirf dua hi karta raha.</w:t>
      </w:r>
      <w:r>
        <w:br/>
      </w:r>
      <w:r>
        <w:rPr>
          <w:sz w:val="20"/>
        </w:rPr>
        <w:t>1:08:36  ab wahan par aik breaking hua.</w:t>
      </w:r>
      <w:r>
        <w:br/>
      </w:r>
      <w:r>
        <w:rPr>
          <w:sz w:val="20"/>
        </w:rPr>
        <w:t>1:08:39  yani woh sara ka sara Allah taala ke fazl se hua.</w:t>
      </w:r>
      <w:r>
        <w:br/>
      </w:r>
      <w:r>
        <w:rPr>
          <w:sz w:val="20"/>
        </w:rPr>
        <w:t>1:08:42  ab mein sochta hoon to wahan par jo setback hua tha woh bohat hi zyada rehmat ka muamla tha.</w:t>
      </w:r>
      <w:r>
        <w:br/>
      </w:r>
      <w:r>
        <w:rPr>
          <w:sz w:val="20"/>
        </w:rPr>
        <w:t>1:08:45  woh duaon ki wajah se hua.</w:t>
      </w:r>
      <w:r>
        <w:br/>
      </w:r>
      <w:r>
        <w:rPr>
          <w:sz w:val="20"/>
        </w:rPr>
        <w:t>1:08:48  dekhiye, haiderabad mein hum ko jo popularity</w:t>
      </w:r>
      <w:r>
        <w:br/>
      </w:r>
      <w:r>
        <w:rPr>
          <w:sz w:val="20"/>
        </w:rPr>
        <w:t>1:08:51  mili thi woh is liye mili thi ke us waqt hamara zehn jo hai yani bari had tak</w:t>
      </w:r>
      <w:r>
        <w:br/>
      </w:r>
      <w:r>
        <w:rPr>
          <w:sz w:val="20"/>
        </w:rPr>
        <w:t>1:08:54  muslim oriented tha.</w:t>
      </w:r>
      <w:r>
        <w:br/>
      </w:r>
      <w:r>
        <w:rPr>
          <w:sz w:val="20"/>
        </w:rPr>
        <w:t>1:08:58  mere zamanay ke jo speeches hain, jo tehreerein hain jo parhe hain yani eighty three se pehle ki.</w:t>
      </w:r>
      <w:r>
        <w:br/>
      </w:r>
      <w:r>
        <w:rPr>
          <w:sz w:val="20"/>
        </w:rPr>
        <w:t>1:09:02  nineteen eighty three se pehle ki tehreerein aur tehreerein.</w:t>
      </w:r>
      <w:r>
        <w:br/>
      </w:r>
      <w:r>
        <w:rPr>
          <w:sz w:val="20"/>
        </w:rPr>
        <w:t>1:09:06  to mera mind jo hai bohat zyada muslim oriented tha.</w:t>
      </w:r>
      <w:r>
        <w:br/>
      </w:r>
      <w:r>
        <w:rPr>
          <w:sz w:val="20"/>
        </w:rPr>
        <w:t>1:09:09  to wahan woh jata tha haiderabad, taqreerein karta tha to mere points naye naye hotay thay.</w:t>
      </w:r>
      <w:r>
        <w:br/>
      </w:r>
      <w:r>
        <w:rPr>
          <w:sz w:val="20"/>
        </w:rPr>
        <w:t>1:09:13  historical aur scientific waghera.</w:t>
      </w:r>
      <w:r>
        <w:br/>
      </w:r>
      <w:r>
        <w:rPr>
          <w:sz w:val="20"/>
        </w:rPr>
        <w:t>1:09:17  to log bohat zyada ghaur suntay thay.</w:t>
      </w:r>
      <w:r>
        <w:br/>
      </w:r>
      <w:r>
        <w:rPr>
          <w:sz w:val="20"/>
        </w:rPr>
        <w:t>1:09:21  bohat bara bara jalsa hota tha.</w:t>
      </w:r>
      <w:r>
        <w:br/>
      </w:r>
      <w:r>
        <w:rPr>
          <w:sz w:val="20"/>
        </w:rPr>
        <w:t>1:09:24  to us waqt mein apne baray mein yeh kahoon ga ke mein basically yani muslim oriented thinking thi mere andar.</w:t>
      </w:r>
      <w:r>
        <w:br/>
      </w:r>
      <w:r>
        <w:rPr>
          <w:sz w:val="20"/>
        </w:rPr>
        <w:t>1:09:28  acha, jo setback woh hua aur mein confine hua dilli par.</w:t>
      </w:r>
      <w:r>
        <w:br/>
      </w:r>
      <w:r>
        <w:rPr>
          <w:sz w:val="20"/>
        </w:rPr>
        <w:t>1:09:32  haiderabad se talluq toot gaya aur dilli mein confine hua.</w:t>
      </w:r>
      <w:r>
        <w:br/>
      </w:r>
      <w:r>
        <w:rPr>
          <w:sz w:val="20"/>
        </w:rPr>
        <w:t>1:09:36  yahan Allah ke fazl se kuch naye naye hamaray aaye hamaray paas.</w:t>
      </w:r>
      <w:r>
        <w:br/>
      </w:r>
      <w:r>
        <w:rPr>
          <w:sz w:val="20"/>
        </w:rPr>
        <w:t>1:09:39  bilkul naye qism ke log.</w:t>
      </w:r>
      <w:r>
        <w:br/>
      </w:r>
      <w:r>
        <w:rPr>
          <w:sz w:val="20"/>
        </w:rPr>
        <w:t>1:09:43  wahan to sab musalman juray thay hum se.</w:t>
      </w:r>
      <w:r>
        <w:br/>
      </w:r>
      <w:r>
        <w:rPr>
          <w:sz w:val="20"/>
        </w:rPr>
        <w:t>1:09:47  sare log jo dilli mein juray thay woh sab ke sab</w:t>
      </w:r>
      <w:r>
        <w:br/>
      </w:r>
      <w:r>
        <w:rPr>
          <w:sz w:val="20"/>
        </w:rPr>
        <w:t>1:09:51  musalman thay.</w:t>
      </w:r>
      <w:r>
        <w:br/>
      </w:r>
      <w:r>
        <w:rPr>
          <w:sz w:val="20"/>
        </w:rPr>
        <w:t>1:09:54  ek bhi non-muslim nahi tha.</w:t>
      </w:r>
      <w:r>
        <w:br/>
      </w:r>
      <w:r>
        <w:rPr>
          <w:sz w:val="20"/>
        </w:rPr>
        <w:t>1:09:57  acha, dilli mein aisa hua ke non-muslim jur gaye.</w:t>
      </w:r>
      <w:r>
        <w:br/>
      </w:r>
      <w:r>
        <w:rPr>
          <w:sz w:val="20"/>
        </w:rPr>
        <w:t>1:10:00  bohat anokhi baat hui.</w:t>
      </w:r>
      <w:r>
        <w:br/>
      </w:r>
      <w:r>
        <w:rPr>
          <w:sz w:val="20"/>
        </w:rPr>
        <w:t>1:10:03  dilli mein non-muslim juray hamaray paas.</w:t>
      </w:r>
      <w:r>
        <w:br/>
      </w:r>
      <w:r>
        <w:rPr>
          <w:sz w:val="20"/>
        </w:rPr>
        <w:t>1:10:06  is ki wajah se naye naye sawalat saabiqah paish aaye.</w:t>
      </w:r>
      <w:r>
        <w:br/>
      </w:r>
      <w:r>
        <w:rPr>
          <w:sz w:val="20"/>
        </w:rPr>
        <w:t>1:10:09  to dheere dheere mere andar insan oriented thinking aai.</w:t>
      </w:r>
      <w:r>
        <w:br/>
      </w:r>
      <w:r>
        <w:rPr>
          <w:sz w:val="20"/>
        </w:rPr>
        <w:t>1:10:12  ab pehle jo mera tha millat yani millat ko le kar main sochta tha pehle, ab main insan</w:t>
      </w:r>
      <w:r>
        <w:br/>
      </w:r>
      <w:r>
        <w:rPr>
          <w:sz w:val="20"/>
        </w:rPr>
        <w:t>1:10:15  ko le kar sochne laga.</w:t>
      </w:r>
      <w:r>
        <w:br/>
      </w:r>
      <w:r>
        <w:rPr>
          <w:sz w:val="20"/>
        </w:rPr>
        <w:t>1:10:18  aur dawat, dawat Allah ka jo concept zyada</w:t>
      </w:r>
      <w:r>
        <w:br/>
      </w:r>
      <w:r>
        <w:rPr>
          <w:sz w:val="20"/>
        </w:rPr>
        <w:t>1:10:21  wazeh hua, is zamane mein wazeh hua.</w:t>
      </w:r>
      <w:r>
        <w:br/>
      </w:r>
      <w:r>
        <w:rPr>
          <w:sz w:val="20"/>
        </w:rPr>
        <w:t>1:10:26  to ek faida yeh hua ke meri zaati bohat badi islaah hui ke main yani millat oriented thinking</w:t>
      </w:r>
      <w:r>
        <w:br/>
      </w:r>
      <w:r>
        <w:rPr>
          <w:sz w:val="20"/>
        </w:rPr>
        <w:t>1:10:31  ki jagah par mere andar insan oriented thinking aai.</w:t>
      </w:r>
      <w:r>
        <w:br/>
      </w:r>
      <w:r>
        <w:rPr>
          <w:sz w:val="20"/>
        </w:rPr>
        <w:t>1:10:36  jiska matlab tha dawat Allah.</w:t>
      </w:r>
      <w:r>
        <w:br/>
      </w:r>
      <w:r>
        <w:rPr>
          <w:sz w:val="20"/>
        </w:rPr>
        <w:t>1:10:41  achha, doosra hai ke isi dauran Allah taala ne aise halaat paida kiye ke ab wahan par jo</w:t>
      </w:r>
      <w:r>
        <w:br/>
      </w:r>
      <w:r>
        <w:rPr>
          <w:sz w:val="20"/>
        </w:rPr>
        <w:t>1:10:46  abhi jo hyderabad beat hui thi hamari isi november ke aakhir mein to ek naya emergence wahan par. phir</w:t>
      </w:r>
      <w:r>
        <w:br/>
      </w:r>
      <w:r>
        <w:rPr>
          <w:sz w:val="20"/>
        </w:rPr>
        <w:t>1:10:51  se kaam establish ho gaya hai aur main sochta hoon ke pehle se behtar andaaz mein dawat ka</w:t>
      </w:r>
      <w:r>
        <w:br/>
      </w:r>
      <w:r>
        <w:rPr>
          <w:sz w:val="20"/>
        </w:rPr>
        <w:t>1:10:55  kaam aur bohat hi regular tor par woh dawat ka kaam ho raha hai.</w:t>
      </w:r>
      <w:r>
        <w:br/>
      </w:r>
      <w:r>
        <w:rPr>
          <w:sz w:val="20"/>
        </w:rPr>
        <w:t>1:10:58  aur bohat hi kamyab hyderabad beat hamari hui thi chaar din ki.</w:t>
      </w:r>
      <w:r>
        <w:br/>
      </w:r>
      <w:r>
        <w:rPr>
          <w:sz w:val="20"/>
        </w:rPr>
        <w:t>1:11:02  jo log is mein shareek hue the un se aap pooch lijiye ke bohat hi kamyab thi woh.</w:t>
      </w:r>
      <w:r>
        <w:br/>
      </w:r>
      <w:r>
        <w:rPr>
          <w:sz w:val="20"/>
        </w:rPr>
        <w:t>1:11:06  yeh sab kuch dua ka masla hai.</w:t>
      </w:r>
      <w:r>
        <w:br/>
      </w:r>
      <w:r>
        <w:rPr>
          <w:sz w:val="20"/>
        </w:rPr>
        <w:t>1:11:10  kyun ke main is darmiyan mein kuch bhi nahi kiya.</w:t>
      </w:r>
      <w:r>
        <w:br/>
      </w:r>
      <w:r>
        <w:rPr>
          <w:sz w:val="20"/>
        </w:rPr>
        <w:t>1:11:13  main samajhta tha ke hyderabad ke maamle mein main helpless hoon.</w:t>
      </w:r>
      <w:r>
        <w:br/>
      </w:r>
      <w:r>
        <w:rPr>
          <w:sz w:val="20"/>
        </w:rPr>
        <w:t>1:11:17  kuch karwai karne ki position mein nahi hoon main. to</w:t>
      </w:r>
    </w:p>
    <w:p>
      <w:pPr>
        <w:pStyle w:val="Heading2"/>
      </w:pPr>
      <w:r>
        <w:t>Darwin's evolution theory examined and debunked via museum visit</w:t>
      </w:r>
    </w:p>
    <w:p>
      <w:r>
        <w:rPr>
          <w:color w:val="666666"/>
          <w:sz w:val="18"/>
        </w:rPr>
        <w:t>The Age of Deceiving Philosophies I 21 June 2009 · 5m 51s · at 9:17 · https://youtu.be/RZCs_8AtCTM?t=557</w:t>
      </w:r>
    </w:p>
    <w:p>
      <w:r>
        <w:rPr>
          <w:i/>
        </w:rPr>
        <w:t>“Let's take Darwin first — what did he do?”</w:t>
      </w:r>
    </w:p>
    <w:p>
      <w:r>
        <w:rPr>
          <w:sz w:val="20"/>
        </w:rPr>
        <w:t>9:17  situation un ke liye wafer thi, is liye un ko bhi popularity mil gayi. ab main aap ko batana chahunga ke kaise kaise hua. Darwin ko lijiye, sab se pehle aap.</w:t>
      </w:r>
      <w:r>
        <w:br/>
      </w:r>
      <w:r>
        <w:rPr>
          <w:sz w:val="20"/>
        </w:rPr>
        <w:t>9:29  Darwin ne kya kiya?</w:t>
      </w:r>
      <w:r>
        <w:br/>
      </w:r>
      <w:r>
        <w:rPr>
          <w:sz w:val="20"/>
        </w:rPr>
        <w:t>9:33  Darwin ne ek lamba safar kiya tha samundaron ke kinare, aur mukhtalif qism ke jo zindagi ke namune hain, us ko dekha to us ne ek theory banayi, jis ko kehte hain theory of evolution ya biological evolution ya organic evolution.</w:t>
      </w:r>
      <w:r>
        <w:br/>
      </w:r>
      <w:r>
        <w:rPr>
          <w:sz w:val="20"/>
        </w:rPr>
        <w:t>9:55  yaani us ne yeh dikhaya ke life jo hai, us ki do kitabein</w:t>
      </w:r>
      <w:r>
        <w:br/>
      </w:r>
      <w:r>
        <w:rPr>
          <w:sz w:val="20"/>
        </w:rPr>
        <w:t>10:00  hain. ek kitab naam hai "Origin of Species", doosri kitab ka naam hai "Descent of Man".</w:t>
      </w:r>
      <w:r>
        <w:br/>
      </w:r>
      <w:r>
        <w:rPr>
          <w:sz w:val="20"/>
        </w:rPr>
        <w:t>10:10  to us ne yeh dikhaya ke life jo hai, ek jo shuru mein life ek bani, jo shayad amoeba hogi, woh phir us se evolutionary process ek chala,</w:t>
      </w:r>
      <w:r>
        <w:br/>
      </w:r>
      <w:r>
        <w:rPr>
          <w:sz w:val="20"/>
        </w:rPr>
        <w:t>10:27  jis ko jis ko naam diya us ne "natural selection" ka. is se sari zindagiyaan ban gayi. yaani amoeba se le kar insaan tak sab jo hai, ek natural process ke tehat ban</w:t>
      </w:r>
      <w:r>
        <w:br/>
      </w:r>
      <w:r>
        <w:rPr>
          <w:sz w:val="20"/>
        </w:rPr>
        <w:t>10:38  aaye, is mein kisi creator ka, kisi khuda ka dakhal nahi hai. to apni kitaab mein woh god ka naam leta hai, darwin, lekin god ka naam ek samajhiye ke ek originator ke taur par, ek prime mover ke taur par, ya life ka pehla form jo hai, woh create karne ke taur par.</w:t>
      </w:r>
      <w:r>
        <w:br/>
      </w:r>
      <w:r>
        <w:rPr>
          <w:sz w:val="20"/>
        </w:rPr>
        <w:t>10:56  bas is ke baad khuda ka koi dakhal nahi. to yahan se wahan tak natural process chala, natural selection ke zariye se yeh sab kuch hota chala gaya.</w:t>
      </w:r>
      <w:r>
        <w:br/>
      </w:r>
      <w:r>
        <w:rPr>
          <w:sz w:val="20"/>
        </w:rPr>
        <w:t>11:05  yeh itna zyada yaani established hai, yeh is yeh theory, lekin sari duniya mein chha gayi. woh sari duniya mein chha gayi.</w:t>
      </w:r>
      <w:r>
        <w:br/>
      </w:r>
      <w:r>
        <w:rPr>
          <w:sz w:val="20"/>
        </w:rPr>
        <w:t>11:15  bahut aakhri had tak established theory hai, is ka koi proof, scientific proof nahi hai, lekin chha gayi. ab dekhiye ke kaise kaise nadani ki baatein ki hain logon ne, jaise insaan kaise bana.</w:t>
      </w:r>
      <w:r>
        <w:br/>
      </w:r>
      <w:r>
        <w:rPr>
          <w:sz w:val="20"/>
        </w:rPr>
        <w:t>11:29  to mein ek zamane mein, mein ne bahut kai baras tak is ki study ki thi, darwinism ki ya evolution theory ki. to us zamane mein mujhe maloom hua ke india mein sirf ek hi museum hai, jis ko kehte hain "natural history museum", woh hai chandi chandi garh mein.</w:t>
      </w:r>
      <w:r>
        <w:br/>
      </w:r>
      <w:r>
        <w:rPr>
          <w:sz w:val="20"/>
        </w:rPr>
        <w:t>11:48  us waqt poore india mein ek hi tha "natural history museum". ab shayad aur bhi hon, to mein wahan gaya baqayda, wahan thehra mein, aur sab dekha mein ne is ko</w:t>
      </w:r>
      <w:r>
        <w:br/>
      </w:r>
      <w:r>
        <w:rPr>
          <w:sz w:val="20"/>
        </w:rPr>
        <w:t>11:57  . to mein ne books se study bhi ki, aur isi ke saath ja kar ke woh angrezon ko bhi dekha. ab wahan par mein batata hoon kya qissa tha.</w:t>
      </w:r>
      <w:r>
        <w:br/>
      </w:r>
      <w:r>
        <w:rPr>
          <w:sz w:val="20"/>
        </w:rPr>
        <w:t>12:07  ek jagah wahan par tha ke ek ghore ko khada kar rakha tha unhon ne. do dhanche the, ek insaan ka dhanche jo seedha khada hua tha,</w:t>
      </w:r>
      <w:r>
        <w:br/>
      </w:r>
      <w:r>
        <w:rPr>
          <w:sz w:val="20"/>
        </w:rPr>
        <w:t>12:16  ek ghore ka tha jo pichhle paon par khada khada hua tha. is ke upar ke jo paon latak rahe the, haath ke tareeqe se, is liye dono paon par khada hua tha.</w:t>
      </w:r>
      <w:r>
        <w:br/>
      </w:r>
      <w:r>
        <w:rPr>
          <w:sz w:val="20"/>
        </w:rPr>
        <w:t>12:25  woh is ko aisi ek frame bana kar is ko khada kar diya gaya tha. dikhaya gaya tha ke yeh ghoda jo hai, wohi insaan ban gaya hai.</w:t>
      </w:r>
      <w:r>
        <w:br/>
      </w:r>
      <w:r>
        <w:rPr>
          <w:sz w:val="20"/>
        </w:rPr>
        <w:t>12:36  ghoda jo hai, woh insaan ban gaya hai. yaani aap jante hain ke sab janwar jo hain, koi quadruped hain, chopaye hain, yaani four leg se chalte hain.</w:t>
      </w:r>
      <w:r>
        <w:br/>
      </w:r>
      <w:r>
        <w:rPr>
          <w:sz w:val="20"/>
        </w:rPr>
        <w:t>12:47  to hote hote hote ek development hua ke pichhle do pairon se khada hone laga haiwan. khada hote hote hote phir insaan ban gaya.</w:t>
      </w:r>
      <w:r>
        <w:br/>
      </w:r>
      <w:r>
        <w:rPr>
          <w:sz w:val="20"/>
        </w:rPr>
        <w:t>12:55  to is ki ek bahut hi dilchasp woh hai, yaani kitabon mein aaya hai, abhi paper mein bhi aaya hai, woh yaani June 15 ke paper mein aap dekh sakte hain, english paper hain, June 15 ke.</w:t>
      </w:r>
      <w:r>
        <w:br/>
      </w:r>
      <w:r>
        <w:rPr>
          <w:sz w:val="20"/>
        </w:rPr>
        <w:t>13:11  to is mein batate hain woh ke insaan ke jo back, peeche back ki haddi jo hai, is mein aap jante hain ke vulnerability hai,</w:t>
      </w:r>
      <w:r>
        <w:br/>
      </w:r>
      <w:r>
        <w:rPr>
          <w:sz w:val="20"/>
        </w:rPr>
        <w:t>13:25  aaj kal yeh mana jata hai ke aadmi zara sa kuch ulta ho jaye, kuch dab jaye, dab jaye, dab jaye to peeche ki rate ki haddi mein takleef ho jati hai.</w:t>
      </w:r>
      <w:r>
        <w:br/>
      </w:r>
      <w:r>
        <w:rPr>
          <w:sz w:val="20"/>
        </w:rPr>
        <w:t>13:36  to rate ki haddi ko mana jata hai bahut hi vulnerable. to vulnerable kyun hai?</w:t>
      </w:r>
      <w:r>
        <w:br/>
      </w:r>
      <w:r>
        <w:rPr>
          <w:sz w:val="20"/>
        </w:rPr>
        <w:t>13:41  to yeh kehte hain ke ke vulnerability of lower back is due to evolutionary adaptation. yaani vulnerability of lower back is due to evolutionary adaptation.</w:t>
      </w:r>
      <w:r>
        <w:br/>
      </w:r>
      <w:r>
        <w:rPr>
          <w:sz w:val="20"/>
        </w:rPr>
        <w:t>13:58  yaani jab haiwan jo hai, animal, do paon par khada ho gaya, peeche ke paon par, to to jab char paon par chal raha tha to woh to vulnerable nahi tha woh.</w:t>
      </w:r>
      <w:r>
        <w:br/>
      </w:r>
      <w:r>
        <w:rPr>
          <w:sz w:val="20"/>
        </w:rPr>
        <w:t>14:09  lekin jab khada ho gaya to sara bojh aa gaya peeth ke upar. to woh peeth jo hai, vulnerable ho gayi aur bahut jald woh is mein koi woh ho jata hai, koi koi gadbad ho jata hai, koi kharabi aa jati hai.</w:t>
      </w:r>
      <w:r>
        <w:br/>
      </w:r>
      <w:r>
        <w:rPr>
          <w:sz w:val="20"/>
        </w:rPr>
        <w:t>14:23  yeh bilkul ahmaqana baat hai.</w:t>
      </w:r>
      <w:r>
        <w:br/>
      </w:r>
      <w:r>
        <w:rPr>
          <w:sz w:val="20"/>
        </w:rPr>
        <w:t>14:26  dekhiye, peeth ke jo lower back ke jo aaj kal cases aa rahe hain, bahut zyada, woh sab aaj kal aa rahe hain, 20, 25 saal ke andar.</w:t>
      </w:r>
      <w:r>
        <w:br/>
      </w:r>
      <w:r>
        <w:rPr>
          <w:sz w:val="20"/>
        </w:rPr>
        <w:t>14:35  is se pehle hazaron saal tak yeh sab case nahi hua karte the. kitni badi fallacy hai yeh. fallacy mere bachpan mein kabhi suna bhi nahi tha ke ke back ka problem, back ka problem aaj kal aata hai.</w:t>
      </w:r>
      <w:r>
        <w:br/>
      </w:r>
      <w:r>
        <w:rPr>
          <w:sz w:val="20"/>
        </w:rPr>
        <w:t>14:49  to kyun hai yeh</w:t>
      </w:r>
      <w:r>
        <w:br/>
      </w:r>
      <w:r>
        <w:rPr>
          <w:sz w:val="20"/>
        </w:rPr>
        <w:t>14:50  ? yeh evolution ki wajah se nahi hai, yeh yeh comfort culture ki wajah se hai. comfort culture jab se yeh aaya hai, yeh touch button culture ya push button culture pehle aaya tha, push button culture ke is ko dabao to kuch hoga.</w:t>
      </w:r>
    </w:p>
    <w:p>
      <w:pPr>
        <w:pStyle w:val="Heading2"/>
      </w:pPr>
      <w:r>
        <w:t>Dajjal as exploiter; everyone can identify truth</w:t>
      </w:r>
    </w:p>
    <w:p>
      <w:r>
        <w:rPr>
          <w:color w:val="666666"/>
          <w:sz w:val="18"/>
        </w:rPr>
        <w:t>Q&amp;A 09 Mar 2008 Maulana Wahiduddin Khan · 4m 12s · at 44:16 · https://youtu.be/qE__fts05yw?t=2656</w:t>
      </w:r>
    </w:p>
    <w:p>
      <w:r>
        <w:rPr>
          <w:i/>
        </w:rPr>
        <w:t>“People think Dajjal is like a mountain, that's baseless”</w:t>
      </w:r>
    </w:p>
    <w:p>
      <w:r>
        <w:rPr>
          <w:sz w:val="20"/>
        </w:rPr>
        <w:t>44:16  das question is from idrees</w:t>
      </w:r>
      <w:r>
        <w:br/>
      </w:r>
      <w:r>
        <w:rPr>
          <w:sz w:val="20"/>
        </w:rPr>
        <w:t>44:19  : will dajjal misguide people because he himself is misguided or he deliberately misguides peop</w:t>
      </w:r>
      <w:r>
        <w:br/>
      </w:r>
      <w:r>
        <w:rPr>
          <w:sz w:val="20"/>
        </w:rPr>
        <w:t>44:28  l? dekhen, log samajhte hain dajjal koi yani mountain jaisa aadmi hoga, bahut bada sa, aur badi seeng hogi. yeh sab bilkul baseless baaten hain.</w:t>
      </w:r>
      <w:r>
        <w:br/>
      </w:r>
      <w:r>
        <w:rPr>
          <w:sz w:val="20"/>
        </w:rPr>
        <w:t>44:39  hum hi aap mein se koi jaisa hoga. dajjal, dajjal kya hai? dajjal koi nai baat nahi hai. dajjal se murad wahi hai jo</w:t>
      </w:r>
      <w:r>
        <w:br/>
      </w:r>
      <w:r>
        <w:rPr>
          <w:sz w:val="20"/>
        </w:rPr>
        <w:t>44:48  jo khuda ke mazhab ko exploitation ke liye istemal kare. pehle bhi thay, aaj bhi hain. pehle chote dajjal hotay thay, ab bara dajjal.</w:t>
      </w:r>
      <w:r>
        <w:br/>
      </w:r>
      <w:r>
        <w:rPr>
          <w:sz w:val="20"/>
        </w:rPr>
        <w:t>44:58  yani religion ko apne interest ke liye exploit karna yahi dajali hai.</w:t>
      </w:r>
      <w:r>
        <w:br/>
      </w:r>
      <w:r>
        <w:rPr>
          <w:sz w:val="20"/>
        </w:rPr>
        <w:t>45:04  pehlay bhi hotay thay, baad ke zamanay mein is ki opportunity zyada barh gayi hai. aaj kal jo media hai aur communication hai, paisa hai, zara zara fame milti hai logon ko.</w:t>
      </w:r>
      <w:r>
        <w:br/>
      </w:r>
      <w:r>
        <w:rPr>
          <w:sz w:val="20"/>
        </w:rPr>
        <w:t>45:18  akhbaron mein photo chaptay hain.</w:t>
      </w:r>
      <w:r>
        <w:br/>
      </w:r>
      <w:r>
        <w:rPr>
          <w:sz w:val="20"/>
        </w:rPr>
        <w:t>45:20  to aaj ka jo hoga, exploit karne wala aadmi dajjal se murad exploiter. pehle bhi hotay thay, ab bhi hotay hain. pehle ke exploiter jo thay, itna baray pemanay par exploit nahi kar paatay thay.</w:t>
      </w:r>
      <w:r>
        <w:br/>
      </w:r>
      <w:r>
        <w:rPr>
          <w:sz w:val="20"/>
        </w:rPr>
        <w:t>45:36  ab jo hai, ab dahanay khulay hain exploitation ke.</w:t>
      </w:r>
      <w:r>
        <w:br/>
      </w:r>
      <w:r>
        <w:rPr>
          <w:sz w:val="20"/>
        </w:rPr>
        <w:t>45:41  to dajjal koi anokhi personality nahi hogi. hum hi aap jaisay log jo mazhab ko exploitation ke liye istemal karein gay, wahi dajjal hain.</w:t>
      </w:r>
      <w:r>
        <w:br/>
      </w:r>
      <w:r>
        <w:rPr>
          <w:sz w:val="20"/>
        </w:rPr>
        <w:t>45:56  he has another question: since dajjal and mahdi both would appear to be learned people, teaching people about interpretation of religion.</w:t>
      </w:r>
      <w:r>
        <w:br/>
      </w:r>
      <w:r>
        <w:rPr>
          <w:sz w:val="20"/>
        </w:rPr>
        <w:t>46:09  how will everybody be able to identify who is right and who is wrong among them?</w:t>
      </w:r>
      <w:r>
        <w:br/>
      </w:r>
      <w:r>
        <w:rPr>
          <w:sz w:val="20"/>
        </w:rPr>
        <w:t>46:23  dekhen, main samajhta hoon ke</w:t>
      </w:r>
      <w:r>
        <w:br/>
      </w:r>
      <w:r>
        <w:rPr>
          <w:sz w:val="20"/>
        </w:rPr>
        <w:t>46:29  ke this question is not very qualified question. why?</w:t>
      </w:r>
      <w:r>
        <w:br/>
      </w:r>
      <w:r>
        <w:rPr>
          <w:sz w:val="20"/>
        </w:rPr>
        <w:t>46:37  it is everyone's</w:t>
      </w:r>
      <w:r>
        <w:br/>
      </w:r>
      <w:r>
        <w:rPr>
          <w:sz w:val="20"/>
        </w:rPr>
        <w:t>46:42  need to find a doctor, to find a lawyer, and he finds.</w:t>
      </w:r>
      <w:r>
        <w:br/>
      </w:r>
      <w:r>
        <w:rPr>
          <w:sz w:val="20"/>
        </w:rPr>
        <w:t>46:51  you know, in every city, there are thousands and thousands doctors, but you identify that doctor which suits to you.</w:t>
      </w:r>
      <w:r>
        <w:br/>
      </w:r>
      <w:r>
        <w:rPr>
          <w:sz w:val="20"/>
        </w:rPr>
        <w:t>47:06  there are thousands and thousands shopkeepers, doctors, lawyers, but you can identify that shopkeeper, or that doctor, or that lawyer, who is suitable for you.</w:t>
      </w:r>
      <w:r>
        <w:br/>
      </w:r>
      <w:r>
        <w:rPr>
          <w:sz w:val="20"/>
        </w:rPr>
        <w:t>47:22  so why you are? why you fail to understand, to identify</w:t>
      </w:r>
      <w:r>
        <w:br/>
      </w:r>
      <w:r>
        <w:rPr>
          <w:sz w:val="20"/>
        </w:rPr>
        <w:t>47:29  that human being, which is playing the role of mahdi, role of role of of a dajjal</w:t>
      </w:r>
      <w:r>
        <w:br/>
      </w:r>
      <w:r>
        <w:rPr>
          <w:sz w:val="20"/>
        </w:rPr>
        <w:t>47:45  ? why you fail here? so i don't think that any any one has excuse.</w:t>
      </w:r>
      <w:r>
        <w:br/>
      </w:r>
      <w:r>
        <w:rPr>
          <w:sz w:val="20"/>
        </w:rPr>
        <w:t>47:56  excuse is in this regard, is not acceptable, not acceptable. everyone has the same mind,</w:t>
      </w:r>
      <w:r>
        <w:br/>
      </w:r>
      <w:r>
        <w:rPr>
          <w:sz w:val="20"/>
        </w:rPr>
        <w:t>48:06  everyone has the same same sexity, same quality,</w:t>
      </w:r>
      <w:r>
        <w:br/>
      </w:r>
      <w:r>
        <w:rPr>
          <w:sz w:val="20"/>
        </w:rPr>
        <w:t>48:15  whether he is degree holder or not.</w:t>
      </w:r>
      <w:r>
        <w:br/>
      </w:r>
      <w:r>
        <w:rPr>
          <w:sz w:val="20"/>
        </w:rPr>
        <w:t>48:21  so i don't think that this kind of excuse is acceptable.</w:t>
      </w:r>
    </w:p>
    <w:p>
      <w:pPr>
        <w:pStyle w:val="Heading2"/>
      </w:pPr>
      <w:r>
        <w:t>Finding the historical prophet Muhammad</w:t>
      </w:r>
    </w:p>
    <w:p>
      <w:r>
        <w:rPr>
          <w:color w:val="666666"/>
          <w:sz w:val="18"/>
        </w:rPr>
        <w:t>Dawat ke Tajarbat - Maulana Wahiduddin Khan · 4m 01s · at 23:53 · https://youtu.be/gFtAj-BOZHg?t=1433</w:t>
      </w:r>
    </w:p>
    <w:p>
      <w:r>
        <w:rPr>
          <w:i/>
        </w:rPr>
        <w:t>“February 1999 mein maine Thiruvananthapuram, Kerala ka safar kiya”</w:t>
      </w:r>
    </w:p>
    <w:p>
      <w:r>
        <w:rPr>
          <w:sz w:val="20"/>
        </w:rPr>
        <w:t>23:53  mahnama al-risala rishikesh ka safar jannori 2003. khuda ka mustanad paigham. farwari 1999 mein ne tiruvanantapuram, kerala ka safar kiya tha.</w:t>
      </w:r>
      <w:r>
        <w:br/>
      </w:r>
      <w:r>
        <w:rPr>
          <w:sz w:val="20"/>
        </w:rPr>
        <w:t>24:08  28 farwari 1999 ki subah ko saadey paanch baje main dilli airport par pahuncha. yeh naya airport is tarah banaya gaya hai ke woh aik bohat bade hall ki manind hai.</w:t>
      </w:r>
      <w:r>
        <w:br/>
      </w:r>
      <w:r>
        <w:rPr>
          <w:sz w:val="20"/>
        </w:rPr>
        <w:t>24:22  main is ke andar khara hua to is ki wusat mere zehn mein sahra-e-hayat ki wusat mein tabdeel ho gayi. main ne socha ke maujooda duniya mein insaan goya aik azim sahra mein khara hua hai.</w:t>
      </w:r>
      <w:r>
        <w:br/>
      </w:r>
      <w:r>
        <w:rPr>
          <w:sz w:val="20"/>
        </w:rPr>
        <w:t>24:37  woh raaz-e-hayat janna chahta hai magar koi darakht ya pahad is se nahi bolta. koi sitara ya sayara is se humkalam nahi hota.</w:t>
      </w:r>
      <w:r>
        <w:br/>
      </w:r>
      <w:r>
        <w:rPr>
          <w:sz w:val="20"/>
        </w:rPr>
        <w:t>24:48  is khamosh duniya mein woh hairaan khara hua hai. is ke baad is ke samne khuda ka paighambar aata hai. woh kehta hai ke main khuda ka faristada hoon aur tum ko khuda ka yeh paigham deta hoon.</w:t>
      </w:r>
      <w:r>
        <w:br/>
      </w:r>
      <w:r>
        <w:rPr>
          <w:sz w:val="20"/>
        </w:rPr>
        <w:t>25:02  insaan ke liye yeh kaisi ajeeb rahat hai. aqeeday ke aitbar se yahan bohat se paighambar aaye magar un ki shakhsiyat aur un ka paigham tareekh ke andheron mein gum hain.</w:t>
      </w:r>
      <w:r>
        <w:br/>
      </w:r>
      <w:r>
        <w:rPr>
          <w:sz w:val="20"/>
        </w:rPr>
        <w:t>25:16  yahan sirf aik hi qabil-e-yaqeen paighambar hain aur woh Muhammad bin Abdullah bin Abdul Muttalib hain. aik mutallashi rooh ke liye yeh bilashuba aik azim nemat hai.</w:t>
      </w:r>
      <w:r>
        <w:br/>
      </w:r>
      <w:r>
        <w:rPr>
          <w:sz w:val="20"/>
        </w:rPr>
        <w:t>25:29  doctor nishi kant chattopadhyay ne lambi talash ke baad jab paighambar-e-islam ko paya to woh cheekh uthe: "What a relief to find after all a truly historical prophet to believe in." samajik miljul.</w:t>
      </w:r>
      <w:r>
        <w:br/>
      </w:r>
      <w:r>
        <w:rPr>
          <w:sz w:val="20"/>
        </w:rPr>
        <w:t>25:46  main ne bar bar aisi conferenceon mein shirkat ki hai jahan sari karrawai angrezi mein hui hai. aise moqon par zyada tar main apni taqreer likhe hue paper ki surat mein karta tha.</w:t>
      </w:r>
      <w:r>
        <w:br/>
      </w:r>
      <w:r>
        <w:rPr>
          <w:sz w:val="20"/>
        </w:rPr>
        <w:t>25:59  aur juzwi taur par angrezi mein kalam karta tha. shanti gram ashram ya kerala mein log ya to malayalam jante the ya angrezi.</w:t>
      </w:r>
      <w:r>
        <w:br/>
      </w:r>
      <w:r>
        <w:rPr>
          <w:sz w:val="20"/>
        </w:rPr>
        <w:t>26:09  is liye yahan poori muddat mein angrezi hi mein bolna aur guftagu karna pada. is moqe par pehli bar mujhe apni is isti'dad ka tajurba hua ke main khuda ke fazl se angrezi mein be takalluf bol sakta hoon aur be takalluf taqreer kar sakta hoon.</w:t>
      </w:r>
      <w:r>
        <w:br/>
      </w:r>
      <w:r>
        <w:rPr>
          <w:sz w:val="20"/>
        </w:rPr>
        <w:t>26:27  is zaati tajurbe ne mere da'wati jazbe mein aik naya hausla paida kar diya. yahan conference ki wajah se taleem yafta hindu bari tadad mein ikattha thay.</w:t>
      </w:r>
      <w:r>
        <w:br/>
      </w:r>
      <w:r>
        <w:rPr>
          <w:sz w:val="20"/>
        </w:rPr>
        <w:t>26:39  un se bare paimane par interaction hua. andaza hua ke log ajeeb ajeeb qism ki galat fehmiyon mein pade hue hain. Hazrat Musa ki ibtidai umar fir'on ke mahal mein guzri.</w:t>
      </w:r>
      <w:r>
        <w:br/>
      </w:r>
      <w:r>
        <w:rPr>
          <w:sz w:val="20"/>
        </w:rPr>
        <w:t>26:52  is liye Hazrat Musa ke bare mein yeh log samajhte hain ke woh aala nasal mein paida hue. Hazrat Isa ne machheron ke darmiyan kaam kiya is liye unhon ne samajh liya ke woh nichle tabqe mein paida hue.</w:t>
      </w:r>
      <w:r>
        <w:br/>
      </w:r>
      <w:r>
        <w:rPr>
          <w:sz w:val="20"/>
        </w:rPr>
        <w:t>27:04  isi tarah paighambar-e-islam ko apne watan Makka se hijrat karna pada is liye unhon ne samajh liya ke paighambar-e-islam ne mazloom aur nakaam halat mein wafat payi.</w:t>
      </w:r>
      <w:r>
        <w:br/>
      </w:r>
      <w:r>
        <w:rPr>
          <w:sz w:val="20"/>
        </w:rPr>
        <w:t>27:18  zarurat hai ke islam ke bare mein har qism ki maloomati kitabein bare paimane par tayyar kar ke phailayi jayen. isi ke sath bare paimane par muslim aur ghair muslim ka interaction ho.</w:t>
      </w:r>
      <w:r>
        <w:br/>
      </w:r>
      <w:r>
        <w:rPr>
          <w:sz w:val="20"/>
        </w:rPr>
        <w:t>27:32  dialogue kiye jayen. taleemi idaron mein dono giroh ke log bari tadad mein taleem hasil karen. taham sirf kitabein chhapna kafi nahi.</w:t>
      </w:r>
      <w:r>
        <w:br/>
      </w:r>
      <w:r>
        <w:rPr>
          <w:sz w:val="20"/>
        </w:rPr>
        <w:t>27:43  zindagi ki sargarmion mein dono ki shirkat zarori hai. mahnama al-risala kerla ka safar february 2003.</w:t>
      </w:r>
    </w:p>
    <w:p>
      <w:pPr>
        <w:pStyle w:val="Heading2"/>
      </w:pPr>
      <w:r>
        <w:t>political movements turned kalam into a rigid new orthodoxy</w:t>
      </w:r>
    </w:p>
    <w:p>
      <w:r>
        <w:rPr>
          <w:color w:val="666666"/>
          <w:sz w:val="18"/>
        </w:rPr>
        <w:t>Ilm-e-Kalaam Tajdeed-e-Deen Book by Maulana Wahiduddin Khan · 3m 38s · at 4:01 · https://youtu.be/8OqRuoQaggk?t=241</w:t>
      </w:r>
    </w:p>
    <w:p>
      <w:r>
        <w:rPr>
          <w:i/>
        </w:rPr>
        <w:t>“Siyasi tehreekon ne Islam ko siyasi istilahon mein kyun bayan kiya”</w:t>
      </w:r>
    </w:p>
    <w:p>
      <w:r>
        <w:rPr>
          <w:sz w:val="20"/>
        </w:rPr>
        <w:t>4:01  maujudah zamane mein uthne wali kuch tehrikon ne is khala ko pur karne ki koshish ki hai. misal ke taur par woh tehrikain jinon ne islam ki taleemat ko siyasi istilahaat mein bayan kiya, un tehrikon se waqti faide bhi hue, magar badqismati se un tehrikon mein aaghaz hi se kharabi shamil ho gayi.</w:t>
      </w:r>
      <w:r>
        <w:br/>
      </w:r>
      <w:r>
        <w:rPr>
          <w:sz w:val="20"/>
        </w:rPr>
        <w:t>4:20  yeh tehrikain ba-e'tebar-e-haqiqat mutakallimana tehrikain theen jo unniswin sadi ke maghribi afkar ke hangame mein is liye uthein ke islam ko logon ke liye qabil-e-qubool banayen.</w:t>
      </w:r>
      <w:r>
        <w:br/>
      </w:r>
      <w:r>
        <w:rPr>
          <w:sz w:val="20"/>
        </w:rPr>
        <w:t>4:32  magar un ke purjoshe داعyon ne sirf is par iktafa nahi kiya ke woh islam ko siyasi zaban mein bayan karte, balke unhon ne tafsir aur seerat bhi isi nahaj par murattab kar dali.</w:t>
      </w:r>
      <w:r>
        <w:br/>
      </w:r>
      <w:r>
        <w:rPr>
          <w:sz w:val="20"/>
        </w:rPr>
        <w:t>4:46  hata ke yeh ailan bhi kar diya ke mukhtalif zamanon mein jo anbiya aaye, woh isi liye aaye the ke duniya mein khuda ki siyasi hukumat qaim karen.</w:t>
      </w:r>
      <w:r>
        <w:br/>
      </w:r>
      <w:r>
        <w:rPr>
          <w:sz w:val="20"/>
        </w:rPr>
        <w:t>4:55  is tarah unhon ne apne kalami literature ko deen ki tashreeh ka unwan de diya. yeh na sirf deen mein ek jasarat thi, balke is ke zariye se unhon ne apne peeron ko dobara isi jamood mein mubtala kar diya jis mein hamare qadeem deeni idare mubtala chale aa rahe hain.</w:t>
      </w:r>
      <w:r>
        <w:br/>
      </w:r>
      <w:r>
        <w:rPr>
          <w:sz w:val="20"/>
        </w:rPr>
        <w:t>5:13  unniswin sadi ka siyasi andaaz-e-fikr jis mein yeh literature paida hua tha, doosri jang-e-azeem ke sath khatam ho gaya.</w:t>
      </w:r>
      <w:r>
        <w:br/>
      </w:r>
      <w:r>
        <w:rPr>
          <w:sz w:val="20"/>
        </w:rPr>
        <w:t>5:21  ab zarurat thi ke naye zehni taqazon ki roshni mein doosra kalami literature tayyar kiya jaye, magar yeh giroh aaj bhi be-faida taur par isi siyasi literature ki tilawat mein masroof hai jis tarah arabi madaris yunani ma'qulat ke dars-o-tadrees mein.</w:t>
      </w:r>
      <w:r>
        <w:br/>
      </w:r>
      <w:r>
        <w:rPr>
          <w:sz w:val="20"/>
        </w:rPr>
        <w:t>5:40  aur is ki wajah yahi hai ke woh apne is literature ko deen ki mutlaq tashreeh samajh raha hai, na ke mahaz waqti tor par paida shuda ilm-e-kalaam.</w:t>
      </w:r>
      <w:r>
        <w:br/>
      </w:r>
      <w:r>
        <w:rPr>
          <w:sz w:val="20"/>
        </w:rPr>
        <w:t>5:51  saleebi jangon ke zamanay mein sham o misr mein hathiyar tayyar karne ki jo bhattiyan banai gayi theen, aaj un ka kahin wajood nahi hai kyunke waqt guzarne ke baad un ki ahmiyat khatm ho gayi.</w:t>
      </w:r>
      <w:r>
        <w:br/>
      </w:r>
      <w:r>
        <w:rPr>
          <w:sz w:val="20"/>
        </w:rPr>
        <w:t>6:03  isi tarah qadeem ma'qoolat ko bhi Islam ki ilmi fehrist se kharij ho jana chahiye tha. Jo cheez waqti zaroorat ke tehat aati hai, woh waqt khatm hone ke baad khud ba khud chali jati hai, magar qadeem ma'qoolat se hum abhi tak nijat hasil na kar sake.</w:t>
      </w:r>
      <w:r>
        <w:br/>
      </w:r>
      <w:r>
        <w:rPr>
          <w:sz w:val="20"/>
        </w:rPr>
        <w:t>6:21  is ki wajah qadeem ma'qoolat ka hamari funoon ki kitabon mein shamil ho jana hai. Jis zamanay mein yeh ajnabi uloom Islam ke muashray mein dakhil hue, yeh wohi zamanah tha jabke Islami uloom ki tadween ho rahi thi.</w:t>
      </w:r>
      <w:r>
        <w:br/>
      </w:r>
      <w:r>
        <w:rPr>
          <w:sz w:val="20"/>
        </w:rPr>
        <w:t>6:36  qadeem manțiqi andaaz logon ke liye itna mazkoor kun sabit hua ke unhon ne samjha ke Islami uloom ki tadween ke liye bhi yahi andaaz sab se zyada mauzu hai.</w:t>
      </w:r>
      <w:r>
        <w:br/>
      </w:r>
      <w:r>
        <w:rPr>
          <w:sz w:val="20"/>
        </w:rPr>
        <w:t>6:46  chunaanche Islami funoon ki kitabein qadeem manțiqi andaaz mein likhi jane lagin. Is waqe' ne qadeem mantiq ko Islami kutub khane ka lazmi juz bana diya.</w:t>
      </w:r>
      <w:r>
        <w:br/>
      </w:r>
      <w:r>
        <w:rPr>
          <w:sz w:val="20"/>
        </w:rPr>
        <w:t>6:57  kisi bhi aalim ko ba-asani is rai se mutafiq kiya ja sakta hai ke qadeem ma'qoolat ko madaris-e-deenia ke nisaab se kharij kar diya jaye.</w:t>
      </w:r>
      <w:r>
        <w:br/>
      </w:r>
      <w:r>
        <w:rPr>
          <w:sz w:val="20"/>
        </w:rPr>
        <w:t>7:07  magar mushkil yeh hai ke foran hi yeh sawal paida ho jata hai ke hamari kutub-e-funoon ko samajhne wale log kaise tayyar ho sakenge? Qadeem ma'qoolat ko dunya se mita diya jaye to Quran o Hadees ko samajhne mein kisi ko zahamat na hogi, kyunke Quran o Hadees ki tarteeb qadeem mantiq ki istilahaat mein ki hi nahi gayi hai.</w:t>
      </w:r>
      <w:r>
        <w:br/>
      </w:r>
      <w:r>
        <w:rPr>
          <w:sz w:val="20"/>
        </w:rPr>
        <w:t>7:27  magar ilm-e-aqaid aur usool-e-fiqh ki bunyadi kitabon ko koi shakhs bakhoobi samajh nahi sakta jab tak qadeem manțiqi istilahaat se is ko aagahi na ho.</w:t>
      </w:r>
    </w:p>
    <w:p>
      <w:pPr>
        <w:pStyle w:val="Heading2"/>
      </w:pPr>
      <w:r>
        <w:t>Prophet's Mecca years: idols, Tawhid, avoidance, migration to Medina</w:t>
      </w:r>
    </w:p>
    <w:p>
      <w:r>
        <w:rPr>
          <w:color w:val="666666"/>
          <w:sz w:val="18"/>
        </w:rPr>
        <w:t>Peaceful Activism vs Violent Activism May 23, 2009 · 5m 22s · at 24:41 · https://youtu.be/LlwiET1Kb5w?t=1481</w:t>
      </w:r>
    </w:p>
    <w:p>
      <w:r>
        <w:rPr>
          <w:i/>
        </w:rPr>
        <w:t>“When the Prophet started his mission in 610 AD, Mecca was polytheist.”</w:t>
      </w:r>
    </w:p>
    <w:p>
      <w:r>
        <w:rPr>
          <w:sz w:val="20"/>
        </w:rPr>
        <w:t>24:41  when the prophet started mission in 610 AD, time Mecca was under the mushrik peoples.</w:t>
      </w:r>
      <w:r>
        <w:br/>
      </w:r>
      <w:r>
        <w:rPr>
          <w:sz w:val="20"/>
        </w:rPr>
        <w:t>24:52  kaba was under their, under their</w:t>
      </w:r>
      <w:r>
        <w:br/>
      </w:r>
      <w:r>
        <w:rPr>
          <w:sz w:val="20"/>
        </w:rPr>
        <w:t>25:00  tawliyat, trusteeship</w:t>
      </w:r>
      <w:r>
        <w:br/>
      </w:r>
      <w:r>
        <w:rPr>
          <w:sz w:val="20"/>
        </w:rPr>
        <w:t>25:04  . so, they have placed 360 idols in kaba. you know, kaba was built by Ibrahim, Hazrat Ibrahim,</w:t>
      </w:r>
      <w:r>
        <w:br/>
      </w:r>
      <w:r>
        <w:rPr>
          <w:sz w:val="20"/>
        </w:rPr>
        <w:t>25:17  as a, as a, yani baitullah, house of God, house of tauheed, house of one God.</w:t>
      </w:r>
      <w:r>
        <w:br/>
      </w:r>
      <w:r>
        <w:rPr>
          <w:sz w:val="20"/>
        </w:rPr>
        <w:t>25:29  in later period, mushrik people placed 360 idols. that was trust passing, that was unlawful.</w:t>
      </w:r>
      <w:r>
        <w:br/>
      </w:r>
      <w:r>
        <w:rPr>
          <w:sz w:val="20"/>
        </w:rPr>
        <w:t>25:45  and prophet of Islam was prophet of tauheed. he all, he used to, he used to convey message in the</w:t>
      </w:r>
      <w:r>
        <w:br/>
      </w:r>
      <w:r>
        <w:rPr>
          <w:sz w:val="20"/>
        </w:rPr>
        <w:t>25:55  verse: "a, o nas, bolo la ilaha illallah, taflo."</w:t>
      </w:r>
      <w:r>
        <w:br/>
      </w:r>
      <w:r>
        <w:rPr>
          <w:sz w:val="20"/>
        </w:rPr>
        <w:t>26:02  o people, say that there no God but one God, and you will find success. this was mission, but he never touch those, those idols.</w:t>
      </w:r>
      <w:r>
        <w:br/>
      </w:r>
      <w:r>
        <w:rPr>
          <w:sz w:val="20"/>
        </w:rPr>
        <w:t>26:19  never touch those idols, he never try to destroy those idols.</w:t>
      </w:r>
      <w:r>
        <w:br/>
      </w:r>
      <w:r>
        <w:rPr>
          <w:sz w:val="20"/>
        </w:rPr>
        <w:t>26:24  even he never protested against these idols. he never protested, he never demanded, he never try to destroy those idols.</w:t>
      </w:r>
      <w:r>
        <w:br/>
      </w:r>
      <w:r>
        <w:rPr>
          <w:sz w:val="20"/>
        </w:rPr>
        <w:t>26:40  he simply avoid, he simply followed the principle of avoidance. avoidance, avoidance, avoidance.</w:t>
      </w:r>
      <w:r>
        <w:br/>
      </w:r>
      <w:r>
        <w:rPr>
          <w:sz w:val="20"/>
        </w:rPr>
        <w:t>26:49  so, his policy was avoid, avoid the unwanted situations, and do your work constructively.</w:t>
      </w:r>
      <w:r>
        <w:br/>
      </w:r>
      <w:r>
        <w:rPr>
          <w:sz w:val="20"/>
        </w:rPr>
        <w:t>27:02  this was formula.</w:t>
      </w:r>
      <w:r>
        <w:br/>
      </w:r>
      <w:r>
        <w:rPr>
          <w:sz w:val="20"/>
        </w:rPr>
        <w:t>27:10  up to 13 years, he lived in Mecca, and he never touch those idols, and he never try to register complaint against those idols.</w:t>
      </w:r>
      <w:r>
        <w:br/>
      </w:r>
      <w:r>
        <w:rPr>
          <w:sz w:val="20"/>
        </w:rPr>
        <w:t>27:24  why? because this was bound to create controversy. you are bound to create fighting and war.</w:t>
      </w:r>
      <w:r>
        <w:br/>
      </w:r>
      <w:r>
        <w:rPr>
          <w:sz w:val="20"/>
        </w:rPr>
        <w:t>27:38  those people very sensitive. then what happen? those people were mushrik people, idol worshippers.</w:t>
      </w:r>
      <w:r>
        <w:br/>
      </w:r>
      <w:r>
        <w:rPr>
          <w:sz w:val="20"/>
        </w:rPr>
        <w:t>27:50  They was, they were not ready to accept mission, although it was completely peaceful mission.</w:t>
      </w:r>
      <w:r>
        <w:br/>
      </w:r>
      <w:r>
        <w:rPr>
          <w:sz w:val="20"/>
        </w:rPr>
        <w:t>28:01  mission was peaceful mission in complete sense of the word.</w:t>
      </w:r>
      <w:r>
        <w:br/>
      </w:r>
      <w:r>
        <w:rPr>
          <w:sz w:val="20"/>
        </w:rPr>
        <w:t>28:13  even then, they became hostile, and finally, they wanted to kill him. finally, they wanted to kill the prophet of Islam.</w:t>
      </w:r>
      <w:r>
        <w:br/>
      </w:r>
      <w:r>
        <w:rPr>
          <w:sz w:val="20"/>
        </w:rPr>
        <w:t>28:27  but what happen?</w:t>
      </w:r>
      <w:r>
        <w:br/>
      </w:r>
      <w:r>
        <w:rPr>
          <w:sz w:val="20"/>
        </w:rPr>
        <w:t>28:29  prophet never try to to go to fighting,</w:t>
      </w:r>
      <w:r>
        <w:br/>
      </w:r>
      <w:r>
        <w:rPr>
          <w:sz w:val="20"/>
        </w:rPr>
        <w:t>28:38  but he silently, in the dark, in the darkness of light, he migrated from Makka to Madina. This was, was, this is called hijra.</w:t>
      </w:r>
      <w:r>
        <w:br/>
      </w:r>
      <w:r>
        <w:rPr>
          <w:sz w:val="20"/>
        </w:rPr>
        <w:t>28:52  hijra literally means migration, but it was simply migration.</w:t>
      </w:r>
      <w:r>
        <w:br/>
      </w:r>
      <w:r>
        <w:rPr>
          <w:sz w:val="20"/>
        </w:rPr>
        <w:t>28:58  it was, it was change in the work place. it was to change the work place.</w:t>
      </w:r>
      <w:r>
        <w:br/>
      </w:r>
      <w:r>
        <w:rPr>
          <w:sz w:val="20"/>
        </w:rPr>
        <w:t>29:12  makka was work place with with confrontation, with violence.</w:t>
      </w:r>
      <w:r>
        <w:br/>
      </w:r>
      <w:r>
        <w:rPr>
          <w:sz w:val="20"/>
        </w:rPr>
        <w:t>29:25  so, he left makka, and he, he, he entered madina. at that time, madina was, madina was different from makka.</w:t>
      </w:r>
      <w:r>
        <w:br/>
      </w:r>
      <w:r>
        <w:rPr>
          <w:sz w:val="20"/>
        </w:rPr>
        <w:t>29:40  so, he, he, he change work place from makka to madina.</w:t>
      </w:r>
      <w:r>
        <w:br/>
      </w:r>
      <w:r>
        <w:rPr>
          <w:sz w:val="20"/>
        </w:rPr>
        <w:t>29:50  this was the one application of the principle, principle of avoidance.</w:t>
      </w:r>
    </w:p>
    <w:p>
      <w:pPr>
        <w:pStyle w:val="Heading2"/>
      </w:pPr>
      <w:r>
        <w:t>Prophet Muhammad's lifelong policy of avoiding war</w:t>
      </w:r>
    </w:p>
    <w:p>
      <w:r>
        <w:rPr>
          <w:color w:val="666666"/>
          <w:sz w:val="18"/>
        </w:rPr>
        <w:t>Peace in Islam March 13, 2022 Prof. Farida Khanam · 4m 26s · at 2:20 · https://youtu.be/EZ7ICiSN0aE?t=140</w:t>
      </w:r>
    </w:p>
    <w:p>
      <w:r>
        <w:rPr>
          <w:i/>
        </w:rPr>
        <w:t>“रसूल्लाह हमेशा आसान, peaceful रास्ता चुनते थे”</w:t>
      </w:r>
    </w:p>
    <w:p>
      <w:r>
        <w:rPr>
          <w:sz w:val="20"/>
        </w:rPr>
        <w:t>2:20  uske baad hum dekhenge rasoolullah sausallam ki zindagi se aur quran se ki aam aur, aur jang yani peace and war and jo confrontation hota hai, jo is tarike ke conflicts hote hain, to usmein islam ka kya stand hai?</w:t>
      </w:r>
      <w:r>
        <w:br/>
      </w:r>
      <w:r>
        <w:rPr>
          <w:sz w:val="20"/>
        </w:rPr>
        <w:t>2:40  to hazrat asha batati hain ki rasoolullah sallallahu alaihi wasallam social mamlat mein aapki general policy kya hoti? to aap kehti hain ki jab bhi aapko do cheezon mein se ek ka intzaab karna hota to hamesha aap dono mein se aasan ka intzaab karte. to ab aap samajh sakte hain ki aasan ka intzaab jo hai woh kya hoga?</w:t>
      </w:r>
      <w:r>
        <w:br/>
      </w:r>
      <w:r>
        <w:rPr>
          <w:sz w:val="20"/>
        </w:rPr>
        <w:t>3:10  isko ek taiyare asar kaha hai unhone. to easier option, to yeh easier option jo hai woh, woh shull hai. puran mein bhi aaya hai wasool okhair chapter four, verse one twenty eight. to shull par tamam kamyabiyon ab, shul par tamam kamyabiyon ka nsr hai.</w:t>
      </w:r>
      <w:r>
        <w:br/>
      </w:r>
      <w:r>
        <w:rPr>
          <w:sz w:val="20"/>
        </w:rPr>
        <w:t>3:32  to aur dusra jo ikhtiyar hai, ikhtiyar hai, asar, yeh hai mushkil option aur jang jo hai violence ka rasta jo hai, yeh sab mushkil option mein aayega.</w:t>
      </w:r>
      <w:r>
        <w:br/>
      </w:r>
      <w:r>
        <w:rPr>
          <w:sz w:val="20"/>
        </w:rPr>
        <w:t>3:45  to aman isse pata chalta hai ki aman jo hai woh rule hai, yani jo mustaqil jo state of affairs hona chahiye, woh peace hona chahiye aur kabhi kabhi exceptional cases mein jang ki naubat aa jati hai, lekin har halat mein usko avoid karna chahiye jaisa ki hum rasoolullah sallallahu alaihi wasallam ki zindagi se dekhte hain ki aapne har mumkin avoidance ki policy ek taiyar ki.</w:t>
      </w:r>
      <w:r>
        <w:br/>
      </w:r>
      <w:r>
        <w:rPr>
          <w:sz w:val="20"/>
        </w:rPr>
        <w:t>4:14  rasoolullah sanslam ne ek bar faramaya, eh logon tum dushman se mudbhed ki tamanna na karo balke tum allah se amn mango. to rasoolullah sanslam ki zindagi mein hum dekhte hain ki sabse pehle makka mein aapne har mumkin sabr aur avoidance ka tarika ek taiyar kiya. logon ne bahut aapko sataya bahut pareshan kiya lekin aapne kabhi unko *** for tat ki shakal mein jawab nahi diya.</w:t>
      </w:r>
      <w:r>
        <w:br/>
      </w:r>
      <w:r>
        <w:rPr>
          <w:sz w:val="20"/>
        </w:rPr>
        <w:t>4:43  hamesha aap peaceful tarike se apna kaam karte rahe. jab ek waqt aaya jab halaat bahut zyada kharab ho gaye aur logon ne aapko marne ki poori planning kar li, to aapne us waqt bhi aapne bilkul khamoshi se makka se padina hijrat ki. to wahan bhi aapne aur yeh sirf na sirf aamali taur par balke aap zaban se bhi unko kuch nahi kehte the ki yeh log kitna galat kaam kar rahe hain.</w:t>
      </w:r>
      <w:r>
        <w:br/>
      </w:r>
      <w:r>
        <w:rPr>
          <w:sz w:val="20"/>
        </w:rPr>
        <w:t>5:13  phir jab aap madina pahunche to wahan yeh log quresh jo hai jo aapke mukhalafat par tule hue the unhone kai jangon mein aapko involve kiya. to aapne poori koshish ki jangon se avoid karne ki.</w:t>
      </w:r>
      <w:r>
        <w:br/>
      </w:r>
      <w:r>
        <w:rPr>
          <w:sz w:val="20"/>
        </w:rPr>
        <w:t>5:29  wo misal ke taur par ek jang, jang thika dua hai khandaq, to aapne uske madina aisa hai ki teen taraf to woh pahadon se aur khajoor ke pedon se ghira hua hai, aur ek taraf sirf khula hua hai. to wahan par aapne poore raste, apne asab ke sath milkar khandaq kho di, to phir is tarike se woh jang tal gayi.</w:t>
      </w:r>
      <w:r>
        <w:br/>
      </w:r>
      <w:r>
        <w:rPr>
          <w:sz w:val="20"/>
        </w:rPr>
        <w:t>5:55  lekin phir bhi masle uljhate rahe aur korahij hai aur kahin na kahin kuch na kuch koshish karte rahe. musalmanon ko jang mein involve karne ki to aapne finally sulehudebiya kar liya.</w:t>
      </w:r>
      <w:r>
        <w:br/>
      </w:r>
      <w:r>
        <w:rPr>
          <w:sz w:val="20"/>
        </w:rPr>
        <w:t>6:08  sulehudeveya jo tha woh nauwaar pact tha, das saal ka nauwaar pact aur is mein aap ne tamam conditions ko</w:t>
      </w:r>
      <w:r>
        <w:br/>
      </w:r>
      <w:r>
        <w:rPr>
          <w:sz w:val="20"/>
        </w:rPr>
        <w:t>6:15  enemy ki accept karke yeh nauwaar pact kiya aur is se itna zyada faayde hue ke do saal mein</w:t>
      </w:r>
      <w:r>
        <w:br/>
      </w:r>
      <w:r>
        <w:rPr>
          <w:sz w:val="20"/>
        </w:rPr>
        <w:t>6:23  tamam jo hai poora arab mein islam phail gaya aur bohat hi khamoshi se phir aap ne uske baad</w:t>
      </w:r>
      <w:r>
        <w:br/>
      </w:r>
      <w:r>
        <w:rPr>
          <w:sz w:val="20"/>
        </w:rPr>
        <w:t>6:30  jab, jab itne zyada taadaad ho gayi to aap ne bilkul peaceful tareeqe se aap ne makka ko fata kar</w:t>
      </w:r>
      <w:r>
        <w:br/>
      </w:r>
      <w:r>
        <w:rPr>
          <w:sz w:val="20"/>
        </w:rPr>
        <w:t>6:38  liya, baghair bloodshed ke.</w:t>
      </w:r>
      <w:r>
        <w:br/>
      </w:r>
      <w:r>
        <w:rPr>
          <w:sz w:val="20"/>
        </w:rPr>
        <w:t>6:46  to sabse pehle hum yeh dekhenge ki islam ka maqsad kya hai? islam humse kya chahta hai? islam kis liye aaya hai? ya hum keh sakte hain ki hamara creation plan allah ne kya diya hai hamein? to wah hai islam jo hai aur isi tarike se tamam bazahib hai jo revealed religion hai, woh tahid commission hai.</w:t>
      </w:r>
    </w:p>
    <w:p>
      <w:pPr>
        <w:pStyle w:val="Heading2"/>
      </w:pPr>
      <w:r>
        <w:t>Opening with prayer and eternal nature of Islam</w:t>
      </w:r>
    </w:p>
    <w:p>
      <w:r>
        <w:rPr>
          <w:color w:val="666666"/>
          <w:sz w:val="18"/>
        </w:rPr>
        <w:t>Islam and the Modern Age June 3, 2007 - Maulana Wahiduddin Khan · 4m 20s · at 0:13 · https://youtu.be/yfJx3XZr3UA?t=13</w:t>
      </w:r>
    </w:p>
    <w:p>
      <w:r>
        <w:rPr>
          <w:i/>
        </w:rPr>
        <w:t>“Bismillah al-rahman al-rahim, wa salla Allahu ala al-nabi al-karim”</w:t>
      </w:r>
    </w:p>
    <w:p>
      <w:r>
        <w:rPr>
          <w:sz w:val="20"/>
        </w:rPr>
        <w:t>0:13  bismillah-ur-rehman-ur-rahim, wasallallahu ala-n-nabiyyil karim. rab-ish-rah-li sadri, wa yassir-li amri, wah-lul-uqdatan-min-lisani yafqahu qawli.</w:t>
      </w:r>
      <w:r>
        <w:br/>
      </w:r>
      <w:r>
        <w:rPr>
          <w:sz w:val="20"/>
        </w:rPr>
        <w:t>0:33  aaj ka topic hai: islam and modern age.</w:t>
      </w:r>
      <w:r>
        <w:br/>
      </w:r>
      <w:r>
        <w:rPr>
          <w:sz w:val="20"/>
        </w:rPr>
        <w:t>0:45  main apne bachpan se is subject par cheezain parhta raha hoon. pehle main parhta tha urdu mein, phir main parhne laga arabic mein aur english mein.</w:t>
      </w:r>
      <w:r>
        <w:br/>
      </w:r>
      <w:r>
        <w:rPr>
          <w:sz w:val="20"/>
        </w:rPr>
        <w:t>1:00  lekin aaj tak mujhe in kitabon se, in articles se yeh clear nahi hua ke yeh writers kya kehna chahte hain.</w:t>
      </w:r>
      <w:r>
        <w:br/>
      </w:r>
      <w:r>
        <w:rPr>
          <w:sz w:val="20"/>
        </w:rPr>
        <w:t>1:14  kuch bhi clear nahi, sab confusion hi confusion. sab se bari baat yeh hai ke aap analysis karen. analysis kar ke batain ke islam kya hai, modern age kya hai.</w:t>
      </w:r>
      <w:r>
        <w:br/>
      </w:r>
      <w:r>
        <w:rPr>
          <w:sz w:val="20"/>
        </w:rPr>
        <w:t>1:28  aur phir batain ke dono mein kya problem hai, hai ya nahi hai. to jaise, for example, ek kitab chhapi hai bombay se, ek bohat well known writer thay,</w:t>
      </w:r>
      <w:r>
        <w:br/>
      </w:r>
      <w:r>
        <w:rPr>
          <w:sz w:val="20"/>
        </w:rPr>
        <w:t>1:49  aa aa aa faizi. wo three a faizi kaha jata tha un ko. bohat achi english thi un ki, ab un ka intaqal ho chuka hai.</w:t>
      </w:r>
      <w:r>
        <w:br/>
      </w:r>
      <w:r>
        <w:rPr>
          <w:sz w:val="20"/>
        </w:rPr>
        <w:t>2:01  to un ki kitab hai: "a modern approach to islam".</w:t>
      </w:r>
      <w:r>
        <w:br/>
      </w:r>
      <w:r>
        <w:rPr>
          <w:sz w:val="20"/>
        </w:rPr>
        <w:t>2:08  "a modern approach to islam". is kitab ko parh kar main to yahi samjha ke is mein koi wo message nahi de paye.</w:t>
      </w:r>
      <w:r>
        <w:br/>
      </w:r>
      <w:r>
        <w:rPr>
          <w:sz w:val="20"/>
        </w:rPr>
        <w:t>2:19  koi message nahi de paye. parh kar ke aadmi kuch samajhta nahi ke kya karna hai, kya nahi karna hai. aisi bohat sari cheezain chhapi hain.</w:t>
      </w:r>
      <w:r>
        <w:br/>
      </w:r>
      <w:r>
        <w:rPr>
          <w:sz w:val="20"/>
        </w:rPr>
        <w:t>2:30  beh-haal dekhen, pehli baat yeh hai ke islam kya hai. islam koi cultural tradition nahi hai.</w:t>
      </w:r>
      <w:r>
        <w:br/>
      </w:r>
      <w:r>
        <w:rPr>
          <w:sz w:val="20"/>
        </w:rPr>
        <w:t>2:43  islam ek eternal principle hai, just like law of nature.</w:t>
      </w:r>
      <w:r>
        <w:br/>
      </w:r>
      <w:r>
        <w:rPr>
          <w:sz w:val="20"/>
        </w:rPr>
        <w:t>2:53  aap jante hain ke law of nature jo hai wo eternal hai. zamane ke badalne se is mein koi farq nahi aata.</w:t>
      </w:r>
      <w:r>
        <w:br/>
      </w:r>
      <w:r>
        <w:rPr>
          <w:sz w:val="20"/>
        </w:rPr>
        <w:t>3:03  koi farq nahi aata. law of nature jo hai wo eternal hai. khuda ki taraf se is ko qaim kiya gaya hai.</w:t>
      </w:r>
      <w:r>
        <w:br/>
      </w:r>
      <w:r>
        <w:rPr>
          <w:sz w:val="20"/>
        </w:rPr>
        <w:t>3:14  isi tarah se islam jo hai wo bhi khuda hi ka qaim kiya hua hai. wo bhi eternal hai, isi tarah jis tarah law of nature eternal hai.</w:t>
      </w:r>
      <w:r>
        <w:br/>
      </w:r>
      <w:r>
        <w:rPr>
          <w:sz w:val="20"/>
        </w:rPr>
        <w:t>3:25  isi liye aap quran ko parhen to quran mein aap ko sirf basic principles milen ge. kisi bhi cheez ki detail nahi mile gi.</w:t>
      </w:r>
      <w:r>
        <w:br/>
      </w:r>
      <w:r>
        <w:rPr>
          <w:sz w:val="20"/>
        </w:rPr>
        <w:t>3:36  kyun ke eternal principle jo hota hai wo hamesha fundamentals ko deal karta hai. details mein nahi jata. kyun ke details jo hain wo badalte rehte hain.</w:t>
      </w:r>
      <w:r>
        <w:br/>
      </w:r>
      <w:r>
        <w:rPr>
          <w:sz w:val="20"/>
        </w:rPr>
        <w:t>3:51  jaise pani hai, pehle zamane mein pani rakha jata tha pathar ke bartan mein. phir log rakhne lage mitti ke bartan mein.</w:t>
      </w:r>
      <w:r>
        <w:br/>
      </w:r>
      <w:r>
        <w:rPr>
          <w:sz w:val="20"/>
        </w:rPr>
        <w:t>4:04  hamare bachpan ke zamane mein rakha jata tha lakri ke bartan mein. ab hum is ko rakhte hain stainless glass mein ya shishe ke glass mein.</w:t>
      </w:r>
      <w:r>
        <w:br/>
      </w:r>
      <w:r>
        <w:rPr>
          <w:sz w:val="20"/>
        </w:rPr>
        <w:t>4:15  to pani to wahi ka wahi hai, pani to nahi badla. container badalta raha.</w:t>
      </w:r>
      <w:r>
        <w:br/>
      </w:r>
      <w:r>
        <w:rPr>
          <w:sz w:val="20"/>
        </w:rPr>
        <w:t>4:23  to quran mein isi liye kisi bhi cheez ki details nahi hain. sirf fundamentals hain, aur fundamentals kabhi badalte nahi.</w:t>
      </w:r>
    </w:p>
    <w:p>
      <w:pPr>
        <w:pStyle w:val="Heading2"/>
      </w:pPr>
      <w:r>
        <w:t>Paris attack and need to condemn extremist ideology</w:t>
      </w:r>
    </w:p>
    <w:p>
      <w:r>
        <w:rPr>
          <w:color w:val="666666"/>
          <w:sz w:val="18"/>
        </w:rPr>
        <w:t>Khas Mulakat , Munsif TV, December 03, 2015 · 3m 51s · at 2:48 · https://youtu.be/zWU-kGSikPo?t=168</w:t>
      </w:r>
    </w:p>
    <w:p>
      <w:r>
        <w:rPr>
          <w:i/>
        </w:rPr>
        <w:t>“Khabron mein bataya gaya hai ke jin logon ne hamla kiya tha.”</w:t>
      </w:r>
    </w:p>
    <w:p>
      <w:r>
        <w:rPr>
          <w:sz w:val="20"/>
        </w:rPr>
        <w:t>2:48  ? dekhiye, khabron mein bataya gaya hai ke jin logon ne hamla kiya tha, hamle ke waqt woh</w:t>
      </w:r>
      <w:r>
        <w:br/>
      </w:r>
      <w:r>
        <w:rPr>
          <w:sz w:val="20"/>
        </w:rPr>
        <w:t>2:55  "allah o akbar" ka nara laga rahe the.</w:t>
      </w:r>
      <w:r>
        <w:br/>
      </w:r>
      <w:r>
        <w:rPr>
          <w:sz w:val="20"/>
        </w:rPr>
        <w:t>2:58  ji. to jab aap</w:t>
      </w:r>
      <w:r>
        <w:br/>
      </w:r>
      <w:r>
        <w:rPr>
          <w:sz w:val="20"/>
        </w:rPr>
        <w:t>3:01  is tarah ka hamla karenge, aur nara aap ka hoga "allah o akbar", to doosre log zaroor yeh</w:t>
      </w:r>
      <w:r>
        <w:br/>
      </w:r>
      <w:r>
        <w:rPr>
          <w:sz w:val="20"/>
        </w:rPr>
        <w:t>3:08  samajhenge ke yeh islam ki taleem hai.</w:t>
      </w:r>
      <w:r>
        <w:br/>
      </w:r>
      <w:r>
        <w:rPr>
          <w:sz w:val="20"/>
        </w:rPr>
        <w:t>3:12  is liye hamein chahiye ke hum is ko wazeh karen ke kuch log agar "allah o akbar" ka nara</w:t>
      </w:r>
      <w:r>
        <w:br/>
      </w:r>
      <w:r>
        <w:rPr>
          <w:sz w:val="20"/>
        </w:rPr>
        <w:t>3:20  laga kar tashaddud karen, to woh islam nahi ban jayega.</w:t>
      </w:r>
      <w:r>
        <w:br/>
      </w:r>
      <w:r>
        <w:rPr>
          <w:sz w:val="20"/>
        </w:rPr>
        <w:t>3:26  islam woh hai jo quran o hadees se maloom hota hai.</w:t>
      </w:r>
      <w:r>
        <w:br/>
      </w:r>
      <w:r>
        <w:rPr>
          <w:sz w:val="20"/>
        </w:rPr>
        <w:t>3:29  kisi ke feal ko aap le kar ke islam ke bare mein rai qaim na karen.</w:t>
      </w:r>
      <w:r>
        <w:br/>
      </w:r>
      <w:r>
        <w:rPr>
          <w:sz w:val="20"/>
        </w:rPr>
        <w:t>3:34  yeh hamein karna chahiye.</w:t>
      </w:r>
      <w:r>
        <w:br/>
      </w:r>
      <w:r>
        <w:rPr>
          <w:sz w:val="20"/>
        </w:rPr>
        <w:t>3:36  yahi mein kehta hoon.</w:t>
      </w:r>
      <w:r>
        <w:br/>
      </w:r>
      <w:r>
        <w:rPr>
          <w:sz w:val="20"/>
        </w:rPr>
        <w:t>3:37  lekin sir hota kya hai afghanistan iraq aur ab suriya dekh lijiye tamam mumalik jahan musalmanon ki abadi hai jahan musalmanon ki hukmarani chalti hai jahan musalmanon ka sikka chalta hai sab se zyada dahshatgardi inhi mumalik mein palti hai</w:t>
      </w:r>
      <w:r>
        <w:br/>
      </w:r>
      <w:r>
        <w:rPr>
          <w:sz w:val="20"/>
        </w:rPr>
        <w:t>3:53  islam aur musalman do alag cheezein hain jo musalman karen wohi islam nahi hai to aap is musalmanon ka koi feal agar islam ke mutabiq nahi hai to saaf taur par kahiye ke yeh islam ke mutabiq nahi hai to duniya samjhegi ke yeh ek community ka feal hai islam ki taleem nahi hai yeh ek sahi tareeqa hai karne ka.</w:t>
      </w:r>
      <w:r>
        <w:br/>
      </w:r>
      <w:r>
        <w:rPr>
          <w:sz w:val="20"/>
        </w:rPr>
        <w:t>4:21  sir jab paris par hamle hue us ke baad delhi ke jantr mantr par badi tadad mein ulama ikram jama hue aur unhone is ki mazammat ki is ko condemn kiya aur kaha ke yeh jo hai yeh kahin na kahin yeh galat hai.</w:t>
      </w:r>
      <w:r>
        <w:br/>
      </w:r>
      <w:r>
        <w:rPr>
          <w:sz w:val="20"/>
        </w:rPr>
        <w:t>4:38  haan, sahi hai, lekin aap is ka tafseel padhiye.</w:t>
      </w:r>
      <w:r>
        <w:br/>
      </w:r>
      <w:r>
        <w:rPr>
          <w:sz w:val="20"/>
        </w:rPr>
        <w:t>4:43  unhon ne condemn kiya terrorism ko, un logon ko nahi jo is ko arise karte hain, jo is</w:t>
      </w:r>
      <w:r>
        <w:br/>
      </w:r>
      <w:r>
        <w:rPr>
          <w:sz w:val="20"/>
        </w:rPr>
        <w:t>4:50  ko is tarah ka</w:t>
      </w:r>
      <w:r>
        <w:br/>
      </w:r>
      <w:r>
        <w:rPr>
          <w:sz w:val="20"/>
        </w:rPr>
        <w:t>4:53  soch phailate hain, aur is ko jihad kehte hain.</w:t>
      </w:r>
      <w:r>
        <w:br/>
      </w:r>
      <w:r>
        <w:rPr>
          <w:sz w:val="20"/>
        </w:rPr>
        <w:t>4:56  un ko naam le kar un ko nahi kaha unhon ne, balkeh yeh kaha ke terrorism buri cheez</w:t>
      </w:r>
      <w:r>
        <w:br/>
      </w:r>
      <w:r>
        <w:rPr>
          <w:sz w:val="20"/>
        </w:rPr>
        <w:t>5:00  hai. yeh nahi kaha unhon ne ke "allah o akbar" ka naam le kar ke yeh log aisa kar</w:t>
      </w:r>
      <w:r>
        <w:br/>
      </w:r>
      <w:r>
        <w:rPr>
          <w:sz w:val="20"/>
        </w:rPr>
        <w:t>5:06  rahe hain, halanke allah o akbar se is ka koi talluq nahi hai.</w:t>
      </w:r>
      <w:r>
        <w:br/>
      </w:r>
      <w:r>
        <w:rPr>
          <w:sz w:val="20"/>
        </w:rPr>
        <w:t>5:09  is tarah nahi.</w:t>
      </w:r>
      <w:r>
        <w:br/>
      </w:r>
      <w:r>
        <w:rPr>
          <w:sz w:val="20"/>
        </w:rPr>
        <w:t>5:10  yani specific taur par nahi kaha, jahan tak mein janta hoon.</w:t>
      </w:r>
      <w:r>
        <w:br/>
      </w:r>
      <w:r>
        <w:rPr>
          <w:sz w:val="20"/>
        </w:rPr>
        <w:t>5:14  wahiduddin sahib, ek sawal yeh bhi uthta hai, hum log barabar dekhte hain, jab bhi is tarah ke hamle hote hain musalmanon par nishana sadha jata hai aur ulama-e-kiram ke bayanat lagataar aate hain, na sirf hindustan se balkeh poori duniya se. jo bayan hote hain woh is tareeqe se hain ke islam ka talluq terrorism se nahi hai. kuch chand log hain jo is tarah ka kaam kar rahe hain. aakhir woh chand log hum mein se kaise tayyar hote hain?</w:t>
      </w:r>
      <w:r>
        <w:br/>
      </w:r>
      <w:r>
        <w:rPr>
          <w:sz w:val="20"/>
        </w:rPr>
        <w:t>5:38  wohi mein keh raha hoon ke in chand logon ki jo ideology hai, us ko condemn karna padega.</w:t>
      </w:r>
      <w:r>
        <w:br/>
      </w:r>
      <w:r>
        <w:rPr>
          <w:sz w:val="20"/>
        </w:rPr>
        <w:t>5:46  dekhiye, arab mein aur arab se bahar aise kuch thinker paida hue, muslim thinker, jinhon ne islam</w:t>
      </w:r>
      <w:r>
        <w:br/>
      </w:r>
      <w:r>
        <w:rPr>
          <w:sz w:val="20"/>
        </w:rPr>
        <w:t>5:54  ka political interpretation diya,</w:t>
      </w:r>
      <w:r>
        <w:br/>
      </w:r>
      <w:r>
        <w:rPr>
          <w:sz w:val="20"/>
        </w:rPr>
        <w:t>5:58  ke islam yeh hai ke dunya bhar mein islam ki hukoomat qaim ki jaye, islam yeh hai ke</w:t>
      </w:r>
      <w:r>
        <w:br/>
      </w:r>
      <w:r>
        <w:rPr>
          <w:sz w:val="20"/>
        </w:rPr>
        <w:t>6:02  dunya bhar mein islam ka dabdaba qaim kiya jaye.</w:t>
      </w:r>
      <w:r>
        <w:br/>
      </w:r>
      <w:r>
        <w:rPr>
          <w:sz w:val="20"/>
        </w:rPr>
        <w:t>6:05  yeh islam hai hi nahi.</w:t>
      </w:r>
      <w:r>
        <w:br/>
      </w:r>
      <w:r>
        <w:rPr>
          <w:sz w:val="20"/>
        </w:rPr>
        <w:t>6:08  to is ko le kar ke kuch log mutasir ho gaye, aur yeh aisa feal wahi log kar</w:t>
      </w:r>
      <w:r>
        <w:br/>
      </w:r>
      <w:r>
        <w:rPr>
          <w:sz w:val="20"/>
        </w:rPr>
        <w:t>6:13  rahe hain. to aap ko yeh kehna pare ga ke yeh jo muslim thinkers ne yeh jo islam</w:t>
      </w:r>
      <w:r>
        <w:br/>
      </w:r>
      <w:r>
        <w:rPr>
          <w:sz w:val="20"/>
        </w:rPr>
        <w:t>6:20  ka yeh interpretation diya, yeh ta'beer ki, woh ghalat hai.</w:t>
      </w:r>
      <w:r>
        <w:br/>
      </w:r>
      <w:r>
        <w:rPr>
          <w:sz w:val="20"/>
        </w:rPr>
        <w:t>6:24  woh ta'beer yeh koi kehta nahi.</w:t>
      </w:r>
      <w:r>
        <w:br/>
      </w:r>
      <w:r>
        <w:rPr>
          <w:sz w:val="20"/>
        </w:rPr>
        <w:t>6:27  sirf terrorism ko poora karne se kafi nahi hai.</w:t>
      </w:r>
      <w:r>
        <w:br/>
      </w:r>
      <w:r>
        <w:rPr>
          <w:sz w:val="20"/>
        </w:rPr>
        <w:t>6:30  is ki root cause par jana chahiye aap ko.</w:t>
      </w:r>
      <w:r>
        <w:br/>
      </w:r>
      <w:r>
        <w:rPr>
          <w:sz w:val="20"/>
        </w:rPr>
        <w:t>6:32  root cause ko point out kar ke is ko aap ko batana pare ga.</w:t>
      </w:r>
      <w:r>
        <w:br/>
      </w:r>
      <w:r>
        <w:rPr>
          <w:sz w:val="20"/>
        </w:rPr>
        <w:t>6:39  lekin sab se bara sawal hai jo ulama-e-kiram hain, zyada mawaqe par negative fikr kyun aati hai? kya hum pasti ke shikar ho chuke hain?</w:t>
      </w:r>
    </w:p>
    <w:p>
      <w:pPr>
        <w:pStyle w:val="Heading2"/>
      </w:pPr>
      <w:r>
        <w:t>Egypt, Sayyid Qutb, and Prophet Yusuf's alternative path</w:t>
      </w:r>
    </w:p>
    <w:p>
      <w:r>
        <w:rPr>
          <w:color w:val="666666"/>
          <w:sz w:val="18"/>
        </w:rPr>
        <w:t>Age of Alternatives April 05, 2015 · 5m 36s · at 22:26 · https://youtu.be/4v0uCM2BZuA?t=1346</w:t>
      </w:r>
    </w:p>
    <w:p>
      <w:r>
        <w:rPr>
          <w:i/>
        </w:rPr>
        <w:t>“In Egypt, people have fought a political war for 60 years”</w:t>
      </w:r>
    </w:p>
    <w:p>
      <w:r>
        <w:rPr>
          <w:sz w:val="20"/>
        </w:rPr>
        <w:t>22:26  misal ke taur par dekhiye, Egypt mein 60 baras se log lad rahe hain political ladai. King Farooq ke zamane se, 60 saal se.</w:t>
      </w:r>
      <w:r>
        <w:br/>
      </w:r>
      <w:r>
        <w:rPr>
          <w:sz w:val="20"/>
        </w:rPr>
        <w:t>22:36  kyun? unhein khabar nahin hai ke Egypt mein, yaani Misr mein, un ke liye alternative maujood hai.</w:t>
      </w:r>
      <w:r>
        <w:br/>
      </w:r>
      <w:r>
        <w:rPr>
          <w:sz w:val="20"/>
        </w:rPr>
        <w:t>22:43  education ki field, industry ki field, social service ki field, aur dawah ki field. Egypt mein is ke aas paas ka jo area hai, wahan tourist bohat aate hain.</w:t>
      </w:r>
      <w:r>
        <w:br/>
      </w:r>
      <w:r>
        <w:rPr>
          <w:sz w:val="20"/>
        </w:rPr>
        <w:t>22:56  bohat zyada tourist aate hain. to tourist ka matlab kya hai? poora woh land jo hai, madu land bana hua hai.</w:t>
      </w:r>
      <w:r>
        <w:br/>
      </w:r>
      <w:r>
        <w:rPr>
          <w:sz w:val="20"/>
        </w:rPr>
        <w:t>23:06  madu land. aap dawah kijiye, wahan koi rukawat nahin hai. koi rukawat nahin hai. lekin woh bas lad rahe hain hukumat se. woh samajhte hain ke political power jab tak haath mein na ho, tab tak kuch nahin hai.</w:t>
      </w:r>
      <w:r>
        <w:br/>
      </w:r>
      <w:r>
        <w:rPr>
          <w:sz w:val="20"/>
        </w:rPr>
        <w:t>23:22  yahan tak ke jo Egypt mein, jo Misr mein, jo woh Gamal Abdel Nasser the, jo president ban gaye the wahan ke</w:t>
      </w:r>
      <w:r>
        <w:br/>
      </w:r>
      <w:r>
        <w:rPr>
          <w:sz w:val="20"/>
        </w:rPr>
        <w:t>23:33  , to unhon ne offer diya tha Ikhwan Muslim League leader Syed Qutb ko ke aap minister of education ban jaiye aur aur ka desh mein aap apne tareeqe se logon ko trend kijiye.</w:t>
      </w:r>
      <w:r>
        <w:br/>
      </w:r>
      <w:r>
        <w:rPr>
          <w:sz w:val="20"/>
        </w:rPr>
        <w:t>23:49  education ka poora mamla aap ke hawale. lekin woh nahin qabool kiya unhon ne. aur phir ladai jari rahi.</w:t>
      </w:r>
      <w:r>
        <w:br/>
      </w:r>
      <w:r>
        <w:rPr>
          <w:sz w:val="20"/>
        </w:rPr>
        <w:t>23:58  yahan tak ke hukumat un ko paanch</w:t>
      </w:r>
      <w:r>
        <w:br/>
      </w:r>
      <w:r>
        <w:rPr>
          <w:sz w:val="20"/>
        </w:rPr>
        <w:t>24:00  de di. yaani alternative ka concept un ko nahin hasil nahin tha. woh ke political power ka ka alternative hai educational field.</w:t>
      </w:r>
      <w:r>
        <w:br/>
      </w:r>
      <w:r>
        <w:rPr>
          <w:sz w:val="20"/>
        </w:rPr>
        <w:t>24:12  jabke isi area mein Allah taala ne ek misal qaim kar di thi ke saare teen hazar saal pehle Egypt mein ek family rule karti thi jis ko kehte hain Hyksos Kings.</w:t>
      </w:r>
      <w:r>
        <w:br/>
      </w:r>
      <w:r>
        <w:rPr>
          <w:sz w:val="20"/>
        </w:rPr>
        <w:t>24:26  us ke zamane mein Hazrat Yusuf wahan aaye.</w:t>
      </w:r>
      <w:r>
        <w:br/>
      </w:r>
      <w:r>
        <w:rPr>
          <w:sz w:val="20"/>
        </w:rPr>
        <w:t>24:29  to Hazrat Yusuf ko offer diya wahan ke badshah ne ke jo agricultural administration hai, woh tum ko hum dete hain, is ka intezam karo.</w:t>
      </w:r>
      <w:r>
        <w:br/>
      </w:r>
      <w:r>
        <w:rPr>
          <w:sz w:val="20"/>
        </w:rPr>
        <w:t>24:42  unhon ne qabool kar liya is ko. khazana arz ka lafz jo aaya Quran majeed mein, is ka matlab hai agricultural administration. qabool kar liya unhon ne.</w:t>
      </w:r>
      <w:r>
        <w:br/>
      </w:r>
      <w:r>
        <w:rPr>
          <w:sz w:val="20"/>
        </w:rPr>
        <w:t>24:54  yaani isi mulk mein, isi desh mein, jahan ek purist ho chuka tha</w:t>
      </w:r>
      <w:r>
        <w:br/>
      </w:r>
      <w:r>
        <w:rPr>
          <w:sz w:val="20"/>
        </w:rPr>
        <w:t>25:00  ke Hazrat Yusuf ne ko badshah apne, yaani takht par baqi rakhte hue, us ne yeh peshkash ki thi ke acha bible mein alfaaz hain ke "only in regard to the throne I will be greater than you".</w:t>
      </w:r>
      <w:r>
        <w:br/>
      </w:r>
      <w:r>
        <w:rPr>
          <w:sz w:val="20"/>
        </w:rPr>
        <w:t>25:17  ka matlab hai ke political position to mujhe hasil rahe gi, lekin jo agricultural mamlaat hain, woh woh tum tumhare hawale rahen ge.</w:t>
      </w:r>
      <w:r>
        <w:br/>
      </w:r>
      <w:r>
        <w:rPr>
          <w:sz w:val="20"/>
        </w:rPr>
        <w:t>25:27  aur us zamane mein aap jante hain ke ek hi, yaani ek hi sab se bara shoba hua karta tha agriculture. yeh aaj is ke bare mein aaj kal ki tarah industry nahin thi aur koi cheez nahin thi.</w:t>
      </w:r>
      <w:r>
        <w:br/>
      </w:r>
      <w:r>
        <w:rPr>
          <w:sz w:val="20"/>
        </w:rPr>
        <w:t>25:42  sab se bara jo is zamane mein government ka department hua karta tha, woh agriculture hota tha. woh us ko hawale kar diya, woh qabool kar liya unhon ne.</w:t>
      </w:r>
      <w:r>
        <w:br/>
      </w:r>
      <w:r>
        <w:rPr>
          <w:sz w:val="20"/>
        </w:rPr>
        <w:t>25:51  lekin Syed Qutb ne qabool nahi kiya. kyun? Syed Qutb is se bekhabar the ke is dunya mein jo nizam hai Allah taala ka, woh hai ke accept karo alternatives ko.</w:t>
      </w:r>
      <w:r>
        <w:br/>
      </w:r>
      <w:r>
        <w:rPr>
          <w:sz w:val="20"/>
        </w:rPr>
        <w:t>26:05  agar ek jagah tum ko mauqa nahi mil raha to alternative arrangement talash karo.</w:t>
      </w:r>
      <w:r>
        <w:br/>
      </w:r>
      <w:r>
        <w:rPr>
          <w:sz w:val="20"/>
        </w:rPr>
        <w:t>26:13  abhi ab aaj kal yahi ho raha hai ke har mulk mein musalman hukumaton se lad rahe hain khwamkhwah. un ke liye namuna hai Hazrat Yusuf hain jis ko Quran mein kaha tha asal al-qasas.</w:t>
      </w:r>
      <w:r>
        <w:br/>
      </w:r>
      <w:r>
        <w:rPr>
          <w:sz w:val="20"/>
        </w:rPr>
        <w:t>26:28  yani Quran mein Hazrat Yusuf ke qisse ko asal al-qasas kaha gaya hai. yani best story. best story ka matlab kya hai? best method.</w:t>
      </w:r>
      <w:r>
        <w:br/>
      </w:r>
      <w:r>
        <w:rPr>
          <w:sz w:val="20"/>
        </w:rPr>
        <w:t>26:39  yeh qissa kahani nahi hai, best method hai. yeh</w:t>
      </w:r>
      <w:r>
        <w:br/>
      </w:r>
      <w:r>
        <w:rPr>
          <w:sz w:val="20"/>
        </w:rPr>
        <w:t>26:42  best method kya hai? ke political field mein agar tum ko position nahi mil rahi hai to alternative field talash karo.</w:t>
      </w:r>
      <w:r>
        <w:br/>
      </w:r>
      <w:r>
        <w:rPr>
          <w:sz w:val="20"/>
        </w:rPr>
        <w:t>26:55  yani political field mein agar tum ko position nahi mil rahi hai to alternative field talash karo. wahan tum woh sab kuch pa loge jo political field mein tum ko nahi mil raha tha.</w:t>
      </w:r>
      <w:r>
        <w:br/>
      </w:r>
      <w:r>
        <w:rPr>
          <w:sz w:val="20"/>
        </w:rPr>
        <w:t>27:09  yeh hai best method.</w:t>
      </w:r>
      <w:r>
        <w:br/>
      </w:r>
      <w:r>
        <w:rPr>
          <w:sz w:val="20"/>
        </w:rPr>
        <w:t>27:11  asal al-qasas ka matlab hai best method. lekin log woh is se bekhabar hain. har har jagah yeh best method available hai.</w:t>
      </w:r>
      <w:r>
        <w:br/>
      </w:r>
      <w:r>
        <w:rPr>
          <w:sz w:val="20"/>
        </w:rPr>
        <w:t>27:23  hum khud India mein yahi kar rahe hain. hamein koi shauq nahi ke hum minister banein, governor banein, president banein. hum ek ek aur alternative field maujood hai hamare liye, woh hum us ko ikhtiyar kar rak</w:t>
      </w:r>
      <w:r>
        <w:br/>
      </w:r>
      <w:r>
        <w:rPr>
          <w:sz w:val="20"/>
        </w:rPr>
        <w:t>27:37  a hai. hamein na election se matlab hai, na member parliament banne ka shauq hai, na minister banne ka shauq hai. kyunke is hum ne is ko jana, is ko hum ne discover kiya ke yahan alternative field maujood hai.</w:t>
      </w:r>
      <w:r>
        <w:br/>
      </w:r>
      <w:r>
        <w:rPr>
          <w:sz w:val="20"/>
        </w:rPr>
        <w:t>27:55  woh hai taleem ki field, dawat ki field. is mein hum kaam kar rahe hain.</w:t>
      </w:r>
    </w:p>
    <w:p>
      <w:pPr>
        <w:pStyle w:val="Heading2"/>
      </w:pPr>
      <w:r>
        <w:t>How strategy got mistaken for eternal command, and politics</w:t>
      </w:r>
    </w:p>
    <w:p>
      <w:r>
        <w:rPr>
          <w:color w:val="666666"/>
          <w:sz w:val="18"/>
        </w:rPr>
        <w:t>Islam A Religion of Peace November 25, 2024 · 5m 13s · at 33:57 · https://youtu.be/9WlSbAPxmwc?t=2037</w:t>
      </w:r>
    </w:p>
    <w:p>
      <w:r>
        <w:rPr>
          <w:i/>
        </w:rPr>
        <w:t>“Doosri ghalati mussalmanon se yeh hui ke mission aur strategy”</w:t>
      </w:r>
    </w:p>
    <w:p>
      <w:r>
        <w:rPr>
          <w:sz w:val="20"/>
        </w:rPr>
        <w:t>33:57  doosri jo ghalti hui musalmanon se, woh yeh ke musalmanon ne Rasool Allah ke mission aur aap ne is mission ki khatir halaat ko madenazar rakhte hue jo strategy aap ne apnayi, un do ke beech musalmanon ne farq nahi kiya.</w:t>
      </w:r>
      <w:r>
        <w:br/>
      </w:r>
      <w:r>
        <w:rPr>
          <w:sz w:val="20"/>
        </w:rPr>
        <w:t>34:17  Rasool Paighambar e Islam ka jo mission tha, woh mission creation plan of God tha. logon ko creation plan se aware karna yeh aap ka mission tha.</w:t>
      </w:r>
      <w:r>
        <w:br/>
      </w:r>
      <w:r>
        <w:rPr>
          <w:sz w:val="20"/>
        </w:rPr>
        <w:t>34:26  is peaceful mission ki khatir jo aap ne halaat ko madenazar rakhte hue jo strategy aap ne apnayi, woh strategy ke taur par qitaal tha, woh bhi difai aur defense mein qitaal tha.</w:t>
      </w:r>
      <w:r>
        <w:br/>
      </w:r>
      <w:r>
        <w:rPr>
          <w:sz w:val="20"/>
        </w:rPr>
        <w:t>34:41  aap dekhenge Quran e Kareem ki ayat wa qātilūhum ḥattā lā takūna fitnatun wa yakūna ad-dīnu lillāh ke aap un se lado us waqt tak jab ke fitna khatam na ho jaye.</w:t>
      </w:r>
      <w:r>
        <w:br/>
      </w:r>
      <w:r>
        <w:rPr>
          <w:sz w:val="20"/>
        </w:rPr>
        <w:t>34:53  fitna jo religious persecution hai, ya aap is ko mazhab jabr keh sakte hain, jo mazhabi jabr ya religious persecution hai, yeh Paighambar e Islam ke samne yeh halaat the.</w:t>
      </w:r>
      <w:r>
        <w:br/>
      </w:r>
      <w:r>
        <w:rPr>
          <w:sz w:val="20"/>
        </w:rPr>
        <w:t>35:06  un halaat mein mazhabi jabr ko ya religious persecution ko khatam kiye baghair aap ne jo peaceful mission le ke uthe, aap us mission ki isha'at nahi ho sakti thi.</w:t>
      </w:r>
      <w:r>
        <w:br/>
      </w:r>
      <w:r>
        <w:rPr>
          <w:sz w:val="20"/>
        </w:rPr>
        <w:t>35:18  is liye aap ne strategy yeh apnai ke khitab fitna khatm ho, yaani religious persecution ya mazhabi jabr ka khatma ho jaye, tabhi possible hoga ke is peaceful mission ko logon ke beech phailaya jaye.</w:t>
      </w:r>
      <w:r>
        <w:br/>
      </w:r>
      <w:r>
        <w:rPr>
          <w:sz w:val="20"/>
        </w:rPr>
        <w:t>35:33  aap is ko samajhna hai to ek misaal se samajh sakte hain ke Gandhi ji, un ka mission tha ke swaraj rule ko lana.</w:t>
      </w:r>
      <w:r>
        <w:br/>
      </w:r>
      <w:r>
        <w:rPr>
          <w:sz w:val="20"/>
        </w:rPr>
        <w:t>35:46  swaraj rule lana yeh Gandhi ji ka mission tha. aur is mission ke liye unhon ne jo strategy apnai thi, woh tha civil disobedience.</w:t>
      </w:r>
      <w:r>
        <w:br/>
      </w:r>
      <w:r>
        <w:rPr>
          <w:sz w:val="20"/>
        </w:rPr>
        <w:t>35:57  civil disobedience yeh aap ne strategy apnai.</w:t>
      </w:r>
      <w:r>
        <w:br/>
      </w:r>
      <w:r>
        <w:rPr>
          <w:sz w:val="20"/>
        </w:rPr>
        <w:t>36:01  ab jab angrezon ki angrezon se azadi hasil ho gayi, is strategy se jo matlab tha, woh hasil ho gaya.</w:t>
      </w:r>
      <w:r>
        <w:br/>
      </w:r>
      <w:r>
        <w:rPr>
          <w:sz w:val="20"/>
        </w:rPr>
        <w:t>36:10  is ke baad azadi mil gayi. to hindustaniyon ki janib se ghalati yeh hui ke hindustaniyon ne is strategy ko civil disobedience wali jo strategy thi ke hum angrezon ke banaye hue qanoon ki khilaf warzi karenge, yeh jo strategy Gandhi ji ne apnai thi, is strategy ko hindustaniyon ne, indians ne, is ko apni taqdeer samajh liya, is ko hamesha ka usool aur zabta samajh liya.</w:t>
      </w:r>
      <w:r>
        <w:br/>
      </w:r>
      <w:r>
        <w:rPr>
          <w:sz w:val="20"/>
        </w:rPr>
        <w:t>36:38  yeh ghalati un se hui.</w:t>
      </w:r>
      <w:r>
        <w:br/>
      </w:r>
      <w:r>
        <w:rPr>
          <w:sz w:val="20"/>
        </w:rPr>
        <w:t>36:40  wohi ghalati musalmanon se yeh hui ke fitna aur mazhabi jabr, religious persecution ko khatm karne ke liye jo qital ki strategy peghambar e islam ne apnai thi, musalmanon ne ghalati se is strategy ko yeh samajh liya jaise namaz roze ka hukum hai, waise qital ka bhi hukum hai.</w:t>
      </w:r>
      <w:r>
        <w:br/>
      </w:r>
      <w:r>
        <w:rPr>
          <w:sz w:val="20"/>
        </w:rPr>
        <w:t>36:59  jang aur war yeh bhi waise hi hukum hai jaise namaz roze ka hukum hai.</w:t>
      </w:r>
      <w:r>
        <w:br/>
      </w:r>
      <w:r>
        <w:rPr>
          <w:sz w:val="20"/>
        </w:rPr>
        <w:t>37:03  yeh ghalati musalmanon ne ki jis ki wajah se aaj islam ek violent mazhab ke taur par logon ke beech samjha jane laga.</w:t>
      </w:r>
      <w:r>
        <w:br/>
      </w:r>
      <w:r>
        <w:rPr>
          <w:sz w:val="20"/>
        </w:rPr>
        <w:t>37:12  teesri aur aakhri jo ghalati hui, woh yeh ke siyasi islam ki siyasi taabeer, polity yani islam ka political interpretation,</w:t>
      </w:r>
      <w:r>
        <w:br/>
      </w:r>
      <w:r>
        <w:rPr>
          <w:sz w:val="20"/>
        </w:rPr>
        <w:t>37:25  yeh jo ghalati hui, siyasi jo taabeer musalmanon ne apnai, yeh bhi islam ko badnam karne aur islam ko violent mazhab ke taur par dekha jane laga is taabeer ki wajah se.</w:t>
      </w:r>
      <w:r>
        <w:br/>
      </w:r>
      <w:r>
        <w:rPr>
          <w:sz w:val="20"/>
        </w:rPr>
        <w:t>37:37  is mein hota kya hai ke hukoomat elahiya ka qayam yeh maqsad le kar aap uthen ge, pehle se seat par baithe hue log maujood hain, aap un ko in seat karne ke liye aap iqdam karen ge.</w:t>
      </w:r>
      <w:r>
        <w:br/>
      </w:r>
      <w:r>
        <w:rPr>
          <w:sz w:val="20"/>
        </w:rPr>
        <w:t>37:50  zahair si baat hai, larai shuru hogi, jangain shuru hongi.</w:t>
      </w:r>
      <w:r>
        <w:br/>
      </w:r>
      <w:r>
        <w:rPr>
          <w:sz w:val="20"/>
        </w:rPr>
        <w:t>37:55  to isi zehniyat ki wajah se musalmanon ne mukhtalif countries mein mukhtalif maqamat mein apne hukmraanon ke khilaf unhon ne violence aur tashaddud aur war shuru kar diya hai.</w:t>
      </w:r>
      <w:r>
        <w:br/>
      </w:r>
      <w:r>
        <w:rPr>
          <w:sz w:val="20"/>
        </w:rPr>
        <w:t>38:07  to yeh teen ghaltiyan huin. pehli ghalati yeh hui ke seerat nigaron ki taraf se jo ghalati hui, woh yeh ke unhon ne peghambar e islam ko ek jangii hero ke taur par pesh kiya jab ke aap ki zindagi se is ka koi wasta hi nahi tha.</w:t>
      </w:r>
      <w:r>
        <w:br/>
      </w:r>
      <w:r>
        <w:rPr>
          <w:sz w:val="20"/>
        </w:rPr>
        <w:t>38:21  aap to peghambar e aman thay.</w:t>
      </w:r>
      <w:r>
        <w:br/>
      </w:r>
      <w:r>
        <w:rPr>
          <w:sz w:val="20"/>
        </w:rPr>
        <w:t>38:23  aur doosri jo ghalati hui, woh yeh ke musalmanon ne peghambar e islam ke mission aur aap ne halaat ko madenazar rakhte hue is mission ki khatir jo strategy aap ne apnai thi, us strategy ko jo ke waqtia thi, temporary thi, magar us ko permanent samajh liya gaya.</w:t>
      </w:r>
      <w:r>
        <w:br/>
      </w:r>
      <w:r>
        <w:rPr>
          <w:sz w:val="20"/>
        </w:rPr>
        <w:t>38:42  yeh doosri ghalati hui. teesri ghalati yeh hui ke islam jo ke puraman mazhab hai, is ki taabeer hi</w:t>
      </w:r>
      <w:r>
        <w:br/>
      </w:r>
      <w:r>
        <w:rPr>
          <w:sz w:val="20"/>
        </w:rPr>
        <w:t>38:50  badal di gayi, siyasi taabeer aur political interpretation is ka kar diya gaya. to yeh teen wajuhaat hain jis ki wajah se islam jo ke sarapa mazhab e aman hai, jis ka tashaddud se, violence se koi talluq nahi hai, is puraman mazhab ko log violent mazhab samajhne lage.</w:t>
      </w:r>
    </w:p>
    <w:p>
      <w:pPr>
        <w:pStyle w:val="Heading2"/>
      </w:pPr>
      <w:r>
        <w:t>Quran's family-purification verse is a universal message</w:t>
      </w:r>
    </w:p>
    <w:p>
      <w:r>
        <w:rPr>
          <w:color w:val="666666"/>
          <w:sz w:val="18"/>
        </w:rPr>
        <w:t>Why People Live in Despair September 2, 2007 Maulana Wahiduddin Khan · 5m 34s · at 41:49 · https://youtu.be/1Wxz28OJh9c?t=2509</w:t>
      </w:r>
    </w:p>
    <w:p>
      <w:r>
        <w:rPr>
          <w:i/>
        </w:rPr>
        <w:t>“قرآن میں ایک آیت ہے سورہ احزاب میں، اہل بیت کا ذکر”</w:t>
      </w:r>
    </w:p>
    <w:p>
      <w:r>
        <w:rPr>
          <w:sz w:val="20"/>
        </w:rPr>
        <w:t>41:49  Quran mein bohat si baaton ko log is liye samajh nahi paate ki taqdis ki nazar se dekhte hain. Dekhein, Quran mein aik aayat hai Surah Ahzab mein.</w:t>
      </w:r>
      <w:r>
        <w:br/>
      </w:r>
      <w:r>
        <w:rPr>
          <w:sz w:val="20"/>
        </w:rPr>
        <w:t>42:00  Yani chapter number thirty three aur verse number bhi shayad thirty three hai. Woh</w:t>
      </w:r>
      <w:r>
        <w:br/>
      </w:r>
      <w:r>
        <w:rPr>
          <w:sz w:val="20"/>
        </w:rPr>
        <w:t>42:12  Yeh hai, is mein Ahl-e-Bait ka zikr hai, yani Rasool Allah ke ghar wale, Rasool Allah ki family. Khuda chahta hai, aye Ahl-e-Bait, ki tum ko paak kare, tum se gandagi ko nikale aur tum ko paakiza banaye.</w:t>
      </w:r>
      <w:r>
        <w:br/>
      </w:r>
      <w:r>
        <w:rPr>
          <w:sz w:val="20"/>
        </w:rPr>
        <w:t>42:35  Allah, ab saare log is ko likhte hain, is samajh mein bas Ahl-e-Bait ki fazilat. Ahl-e-Bait matlab Rasool Allah ke ghar wale.</w:t>
      </w:r>
      <w:r>
        <w:br/>
      </w:r>
      <w:r>
        <w:rPr>
          <w:sz w:val="20"/>
        </w:rPr>
        <w:t>42:43  Is aayat mein aate hi jaante hain woh. Kya Ahl-e-Bait ki fazilat aayi hai is mein? Nahi, is mein aik bohat badi baat kahi gayi hai. Aur saare insanon ke liye kahi gayi hai.</w:t>
      </w:r>
      <w:r>
        <w:br/>
      </w:r>
      <w:r>
        <w:rPr>
          <w:sz w:val="20"/>
        </w:rPr>
        <w:t>42:55  Saare insanon ke liye. Ki apne ghar walon ko tathir kar ke, is ko purify kar ke banao apna intellectual partner. Woh tumhare liye blessing hai.</w:t>
      </w:r>
      <w:r>
        <w:br/>
      </w:r>
      <w:r>
        <w:rPr>
          <w:sz w:val="20"/>
        </w:rPr>
        <w:t>43:09  Quran ki bohat si bohat hi gehri baatein jo hain, is ko log nahi samajh paate, is liye ki is ko dekhte hain aik aik muqaddas bana kar ke, mysterious bana kar ke, mysterious.</w:t>
      </w:r>
      <w:r>
        <w:br/>
      </w:r>
      <w:r>
        <w:rPr>
          <w:sz w:val="20"/>
        </w:rPr>
        <w:t>43:21  Yahan jo baat kahi gayi, dekhiye aik baat yeh samajh lijiye ki Quran mein kai baar aisa hota hai ki aik particular reference hota hai, lekin is ka matlab jo hai general hota hai.</w:t>
      </w:r>
      <w:r>
        <w:br/>
      </w:r>
      <w:r>
        <w:rPr>
          <w:sz w:val="20"/>
        </w:rPr>
        <w:t>43:32  Yani aik general baat ko particular reference mein kaha jata hai.</w:t>
      </w:r>
      <w:r>
        <w:br/>
      </w:r>
      <w:r>
        <w:rPr>
          <w:sz w:val="20"/>
        </w:rPr>
        <w:t>43:38  Aik general message ko kisi particular reference mein diya jata hai. Yahan par aik aik particular reference hai, yani Rasool Allah ke Ahl-e-Bait, Rasool Allah ki family wale, Rasool Allah ke ghar wale.</w:t>
      </w:r>
      <w:r>
        <w:br/>
      </w:r>
      <w:r>
        <w:rPr>
          <w:sz w:val="20"/>
        </w:rPr>
        <w:t>43:50  to yeh particular reference hai. lekin is mein ek general baat kahi gayi hai. har aadmi ka ek ahl-e-bait hota hai. yani har aadmi ki family hoti hai, ghar wale hote hain.</w:t>
      </w:r>
      <w:r>
        <w:br/>
      </w:r>
      <w:r>
        <w:rPr>
          <w:sz w:val="20"/>
        </w:rPr>
        <w:t>44:03  har aadmi ki. to yahan par sirf Rasul Allah ke ahl-e-bait murad nahin hain.</w:t>
      </w:r>
      <w:r>
        <w:br/>
      </w:r>
      <w:r>
        <w:rPr>
          <w:sz w:val="20"/>
        </w:rPr>
        <w:t>44:08  yeh qanoon hai, ek law of nature bataya gaya hai, law of nature. khuda ne is mein ek law of nature ko bataya hai. har insan ko hum ne di hain aise aise member, aisi aurtein aur mard jin mein aapas mein blood relationship hota hai.</w:t>
      </w:r>
      <w:r>
        <w:br/>
      </w:r>
      <w:r>
        <w:rPr>
          <w:sz w:val="20"/>
        </w:rPr>
        <w:t>44:25  is ki wajah se ek khas, yani ek ek blood, blood jo hai woh adhesive kaam karta hai, adhesive ka. family mein jo blood ka taluq hota hai, woh adhesive ka kaam karta hai.</w:t>
      </w:r>
      <w:r>
        <w:br/>
      </w:r>
      <w:r>
        <w:rPr>
          <w:sz w:val="20"/>
        </w:rPr>
        <w:t>44:36  log jure rehte hain aapas mein.</w:t>
      </w:r>
      <w:r>
        <w:br/>
      </w:r>
      <w:r>
        <w:rPr>
          <w:sz w:val="20"/>
        </w:rPr>
        <w:t>44:39  to in se exchange ka taluq karna bohat aasan hai. lekin is ke liye zaroori kya hai? aap in ko in ko pak banayein. isi ko Quran mein dekhiye ke in ki gandagi khatam karein.</w:t>
      </w:r>
      <w:r>
        <w:br/>
      </w:r>
      <w:r>
        <w:rPr>
          <w:sz w:val="20"/>
        </w:rPr>
        <w:t>44:50  is mein do lafz aaye hain. gandagi ko khatam karna aur in ko purify karna. aur rizq ke maani hote hain gandagi.</w:t>
      </w:r>
      <w:r>
        <w:br/>
      </w:r>
      <w:r>
        <w:rPr>
          <w:sz w:val="20"/>
        </w:rPr>
        <w:t>45:02  rizq ke maani gandagi. R I J S.</w:t>
      </w:r>
      <w:r>
        <w:br/>
      </w:r>
      <w:r>
        <w:rPr>
          <w:sz w:val="20"/>
        </w:rPr>
        <w:t>45:06  to khuda chahta hai, aye ahl-e-bait, ke tumhare andar se rizq ko khatam kare, gandagi ko khatam kare. aur tum ko pak kare. tum ko purify kare.</w:t>
      </w:r>
      <w:r>
        <w:br/>
      </w:r>
      <w:r>
        <w:rPr>
          <w:sz w:val="20"/>
        </w:rPr>
        <w:t>45:16  is ka matlab kya hua? rizq</w:t>
      </w:r>
      <w:r>
        <w:br/>
      </w:r>
      <w:r>
        <w:rPr>
          <w:sz w:val="20"/>
        </w:rPr>
        <w:t>45:18  kya hai? rizq wohi jo maine kaha. animal level par jeena, worldly baatein karna.</w:t>
      </w:r>
      <w:r>
        <w:br/>
      </w:r>
      <w:r>
        <w:rPr>
          <w:sz w:val="20"/>
        </w:rPr>
        <w:t>45:27  wohi yani jo maine abhi arz kiya aap ko. yeh shopping aur outing aur khana aur kapra aur yeh sab baatein karna.</w:t>
      </w:r>
      <w:r>
        <w:br/>
      </w:r>
      <w:r>
        <w:rPr>
          <w:sz w:val="20"/>
        </w:rPr>
        <w:t>45:39  yeh yeh rizq hai, rizq. gandagi. kis sense mein? dekhiye, yeh bhi samajh lijiye. haraam ke sense mein nahin hai.</w:t>
      </w:r>
      <w:r>
        <w:br/>
      </w:r>
      <w:r>
        <w:rPr>
          <w:sz w:val="20"/>
        </w:rPr>
        <w:t>45:48  yeh distraction ke sense mein hai yeh. yahan par rizq to hai, rizq. ek kabhi aisa hota hai ke bohat hi kara shabd istemal kiya jata hai.</w:t>
      </w:r>
      <w:r>
        <w:br/>
      </w:r>
      <w:r>
        <w:rPr>
          <w:sz w:val="20"/>
        </w:rPr>
        <w:t>45:58  shock dene ke liye kara shabd. distraction jo hai to rizq hai, rizq. gandagi hai, bacho is se. to kai baar aisa hota hai ke jis ko main kaha karta hoon hammering ki language.</w:t>
      </w:r>
      <w:r>
        <w:br/>
      </w:r>
      <w:r>
        <w:rPr>
          <w:sz w:val="20"/>
        </w:rPr>
        <w:t>46:11  yahan language of hammering. ek baat ko kehne ke liye bohat hi kara shabd use kiya jata hai.</w:t>
      </w:r>
      <w:r>
        <w:br/>
      </w:r>
      <w:r>
        <w:rPr>
          <w:sz w:val="20"/>
        </w:rPr>
        <w:t>46:18  yahan par jis ko rizq kaha gaya hai, woh distraction hai is se murad. yani worldly cheezon ki taraf distraction. jis ki wajah se aap apne ko tayyar nahin kar kar pate.</w:t>
      </w:r>
      <w:r>
        <w:br/>
      </w:r>
      <w:r>
        <w:rPr>
          <w:sz w:val="20"/>
        </w:rPr>
        <w:t>46:27  aur doosra jo hai, tathir. tathir maani purification. woh hai bohat positive aspect hai is ka. tathir is ka positive aspect hai aur rizq is ka negative aspect hai.</w:t>
      </w:r>
      <w:r>
        <w:br/>
      </w:r>
      <w:r>
        <w:rPr>
          <w:sz w:val="20"/>
        </w:rPr>
        <w:t>46:40  yani distraction se bachao aur achhe achhe subject par intellectual exchange karo. yeh matlab hai is ka.</w:t>
      </w:r>
      <w:r>
        <w:br/>
      </w:r>
      <w:r>
        <w:rPr>
          <w:sz w:val="20"/>
        </w:rPr>
        <w:t>46:51  yani positive subject par intellectual exchange karo aur is se apne ko bachao ke tum yani worldly cheezon mein baatein karte raho aur sara time ise waste kar daalo is mein.</w:t>
      </w:r>
      <w:r>
        <w:br/>
      </w:r>
      <w:r>
        <w:rPr>
          <w:sz w:val="20"/>
        </w:rPr>
        <w:t>47:07  to yeh Quran mein jo aayat hai, sare log samajhte hain is ko ahl-e-bait ke fazaail is mein bayan kiye gaye hain. yeh bilkul absurd baat hai. dekhiye, Quran jo hai, woh hai sare logon ke liye.</w:t>
      </w:r>
    </w:p>
    <w:p>
      <w:pPr>
        <w:pStyle w:val="Heading2"/>
      </w:pPr>
      <w:r>
        <w:t>Even superpowers have no option but to find alternatives</w:t>
      </w:r>
    </w:p>
    <w:p>
      <w:r>
        <w:rPr>
          <w:color w:val="666666"/>
          <w:sz w:val="18"/>
        </w:rPr>
        <w:t>Age of Alternatives April 05, 2015 · 3m 56s · at 31:03 · https://youtu.be/4v0uCM2BZuA?t=1863</w:t>
      </w:r>
    </w:p>
    <w:p>
      <w:r>
        <w:rPr>
          <w:i/>
        </w:rPr>
        <w:t>“Even a superpower sometimes has no other option”</w:t>
      </w:r>
    </w:p>
    <w:p>
      <w:r>
        <w:rPr>
          <w:sz w:val="20"/>
        </w:rPr>
        <w:t>31:03  is ko ab yahi karna hai ke jahan ek jagah is ka mamla bigra to woh alternative talash kare. is ki misaal dekhiye, yeh hai</w:t>
      </w:r>
      <w:r>
        <w:br/>
      </w:r>
      <w:r>
        <w:rPr>
          <w:sz w:val="20"/>
        </w:rPr>
        <w:t>31:14  ke America ko superpower samjha jata hai. America ko ikhtilaf paida hua</w:t>
      </w:r>
      <w:r>
        <w:br/>
      </w:r>
      <w:r>
        <w:rPr>
          <w:sz w:val="20"/>
        </w:rPr>
        <w:t>31:24  is se Iraq se. unhon ne samjha ke Iraq jo hai, woh support kar raha hai militanton ki, aur is ki wajah se 9/11 hua, aur is aur yeh bin laden ko support kar raha hai.</w:t>
      </w:r>
      <w:r>
        <w:br/>
      </w:r>
      <w:r>
        <w:rPr>
          <w:sz w:val="20"/>
        </w:rPr>
        <w:t>31:40  to woh Iraq ke khilaf ho gaye, Iraq ko apna dushman samajh liya, aur bohat bari larai chiri.</w:t>
      </w:r>
      <w:r>
        <w:br/>
      </w:r>
      <w:r>
        <w:rPr>
          <w:sz w:val="20"/>
        </w:rPr>
        <w:t>31:47  main samajhta hoon ke jo gulf war hui thi Saddam ke khilaf, Iraq ke khilaf, woh poori history ki sab se bari larai thi.</w:t>
      </w:r>
      <w:r>
        <w:br/>
      </w:r>
      <w:r>
        <w:rPr>
          <w:sz w:val="20"/>
        </w:rPr>
        <w:t>31:58  lekin kya hua? abhi haal mein jo president, jo abhi jo jo sitting president hain, Barack Obama, us ne kaha ke yeh larai jo hamari thi, gulf war,</w:t>
      </w:r>
      <w:r>
        <w:br/>
      </w:r>
      <w:r>
        <w:rPr>
          <w:sz w:val="20"/>
        </w:rPr>
        <w:t>32:14  is ke liye woh lafz istemal kiya unhon ne, "unintended consequences", yani aise nateeje jo hum na chahte hon, paish aaye.</w:t>
      </w:r>
      <w:r>
        <w:br/>
      </w:r>
      <w:r>
        <w:rPr>
          <w:sz w:val="20"/>
        </w:rPr>
        <w:t>32:23  matlab ulta nateeja nikla.</w:t>
      </w:r>
      <w:r>
        <w:br/>
      </w:r>
      <w:r>
        <w:rPr>
          <w:sz w:val="20"/>
        </w:rPr>
        <w:t>32:28  aur ajeeb ittefaq hai ke main ne jang shuru hone ke deid saal pehle Times of India mein ek interview diya tha. is mein yeh main ne likha tha, Bush jab sadar thay tab ke agar America ne Iraq ke khilaf larai chiri to is ka nateeja kya hoga?</w:t>
      </w:r>
      <w:r>
        <w:br/>
      </w:r>
      <w:r>
        <w:rPr>
          <w:sz w:val="20"/>
        </w:rPr>
        <w:t>32:46  woh counter productive sabit hogi woh larai, aur wahi ho gaya.</w:t>
      </w:r>
      <w:r>
        <w:br/>
      </w:r>
      <w:r>
        <w:rPr>
          <w:sz w:val="20"/>
        </w:rPr>
        <w:t>32:55  to America ke liye bhi koi doosra option nahi hai ke woh alternative talash kare. direct takrao se koi faida superpower ko bhi nahi ho sakta.</w:t>
      </w:r>
      <w:r>
        <w:br/>
      </w:r>
      <w:r>
        <w:rPr>
          <w:sz w:val="20"/>
        </w:rPr>
        <w:t>33:06  to America ne agar alternative talash kiya hota to kai trillion dollar ki larai is tareeqe se be faida na hui hoti.</w:t>
      </w:r>
      <w:r>
        <w:br/>
      </w:r>
      <w:r>
        <w:rPr>
          <w:sz w:val="20"/>
        </w:rPr>
        <w:t>33:16  isi area mein aaj superpower paida ho gaye.</w:t>
      </w:r>
      <w:r>
        <w:br/>
      </w:r>
      <w:r>
        <w:rPr>
          <w:sz w:val="20"/>
        </w:rPr>
        <w:t>33:24  abhi jo aap jante hain ke isi area mein jo jo ek naya wahan par nayi hukumat qaim ho gayi hai, ISIS to superpower yani Saddam se barh kar hai woh.</w:t>
      </w:r>
      <w:r>
        <w:br/>
      </w:r>
      <w:r>
        <w:rPr>
          <w:sz w:val="20"/>
        </w:rPr>
        <w:t>33:40  to dekhiye, chahe ek aam insan ho, chahe superpower ho, is dunya mein according to the nature, according to the law of nature, koi option is ke siwa nahi hai ke jab koi problem samne aaye to woh alternative talash kare.</w:t>
      </w:r>
      <w:r>
        <w:br/>
      </w:r>
      <w:r>
        <w:rPr>
          <w:sz w:val="20"/>
        </w:rPr>
        <w:t>33:57  problem se na takraye.</w:t>
      </w:r>
      <w:r>
        <w:br/>
      </w:r>
      <w:r>
        <w:rPr>
          <w:sz w:val="20"/>
        </w:rPr>
        <w:t>34:03  aam taur par jaldi se log problems ladne lagte hain, is se takrane lagte hain, aur phir aakhir mein kya hota hai? fail hote hain kyunke woh law of nature ke khilaf hai.</w:t>
      </w:r>
      <w:r>
        <w:br/>
      </w:r>
      <w:r>
        <w:rPr>
          <w:sz w:val="20"/>
        </w:rPr>
        <w:t>34:18  to main apni study se, apne experience se jo main ne samjha hai, woh yeh hai ke zindagi mein jab bhi koi samsya, koi problem aaye to is se takrao mat kijiye,</w:t>
      </w:r>
      <w:r>
        <w:br/>
      </w:r>
      <w:r>
        <w:rPr>
          <w:sz w:val="20"/>
        </w:rPr>
        <w:t>34:34  balke alternative, alternative talash kijiye, mutabadil talash kijiye. yeh formula itna zyada aam hai ke ek aam aadmi ke liye bhi hai aur superpower ke liye bhi hai.</w:t>
      </w:r>
      <w:r>
        <w:br/>
      </w:r>
      <w:r>
        <w:rPr>
          <w:sz w:val="20"/>
        </w:rPr>
        <w:t>34:47  jo is ke khilaaf chalay ga, us ko is dunya mein success nahi milay gi.</w:t>
      </w:r>
    </w:p>
    <w:p>
      <w:pPr>
        <w:pStyle w:val="Heading2"/>
      </w:pPr>
      <w:r>
        <w:t>goat-to-giraffe natural selection story called pure guesswork</w:t>
      </w:r>
    </w:p>
    <w:p>
      <w:r>
        <w:rPr>
          <w:color w:val="666666"/>
          <w:sz w:val="18"/>
        </w:rPr>
        <w:t>The Age of Deceiving Philosophies I 21 June 2009 · 3m 33s · at 18:35 · https://youtu.be/RZCs_8AtCTM?t=1115</w:t>
      </w:r>
    </w:p>
    <w:p>
      <w:r>
        <w:rPr>
          <w:i/>
        </w:rPr>
        <w:t>“Darwin gave an example: how a goat became a giraffe”</w:t>
      </w:r>
    </w:p>
    <w:p>
      <w:r>
        <w:rPr>
          <w:sz w:val="20"/>
        </w:rPr>
        <w:t>18:35  jaisay misaal ke tor par Darwin ne aik misaal di hai ke goat jo hai, kaise zarafah ban gai. goat aur zarafah mein aik similarity hai is ke dhanche mein.</w:t>
      </w:r>
      <w:r>
        <w:br/>
      </w:r>
      <w:r>
        <w:rPr>
          <w:sz w:val="20"/>
        </w:rPr>
        <w:t>18:47  to kya kiya unhon ne ke aik goat ke chaar bachay paida hue. ab chaar bachon mein kisi aik bachay ki thori si yeh neck jo thi, gardan thori si lambi thi.</w:t>
      </w:r>
      <w:r>
        <w:br/>
      </w:r>
      <w:r>
        <w:rPr>
          <w:sz w:val="20"/>
        </w:rPr>
        <w:t>19:02  to charnay ka zamanah tha, woh charai karte thay log. to neechay ka chara jab khatam ho gaya aur oopar ka darakhton ki patiyan hi available rahin, to to choti gardan walay sab mar gaye.</w:t>
      </w:r>
      <w:r>
        <w:br/>
      </w:r>
      <w:r>
        <w:rPr>
          <w:sz w:val="20"/>
        </w:rPr>
        <w:t>19:15  ab jo lambi gardan wala tha, woh oopar tak hatti tod sakta tha. to that is natural selection. to nature ne select kar liya us ko jo gardan dekhen lambi thi.</w:t>
      </w:r>
      <w:r>
        <w:br/>
      </w:r>
      <w:r>
        <w:rPr>
          <w:sz w:val="20"/>
        </w:rPr>
        <w:t>19:25  ab phir is gardan lambi walay ke phir aur bachay paida hue, chaar ya jitnay bhi.</w:t>
      </w:r>
      <w:r>
        <w:br/>
      </w:r>
      <w:r>
        <w:rPr>
          <w:sz w:val="20"/>
        </w:rPr>
        <w:t>19:30  to is mein kisi ki gardan thori si aur bari thi. to phir kya hua ke thora aur oopar tak woh kha sakta tha. to neechay ke sab mar gaye. to is tarah se generation of generation selection hota raha, yahan tak ke zarafah ban gaya.</w:t>
      </w:r>
      <w:r>
        <w:br/>
      </w:r>
      <w:r>
        <w:rPr>
          <w:sz w:val="20"/>
        </w:rPr>
        <w:t>19:46  ab bilkul yeh bilkul badness hai, ahmaqana baat hai ke goat jo hai, zarafah ban gaya is tareeqay se. yeh to is story teller ki kahani hai.</w:t>
      </w:r>
      <w:r>
        <w:br/>
      </w:r>
      <w:r>
        <w:rPr>
          <w:sz w:val="20"/>
        </w:rPr>
        <w:t>19:56  pehle zamane mein story teller aisa kaha karte the,</w:t>
      </w:r>
      <w:r>
        <w:br/>
      </w:r>
      <w:r>
        <w:rPr>
          <w:sz w:val="20"/>
        </w:rPr>
        <w:t>19:59  wohi darwain ne kiya aur sari dunya ne is ko paal liya. kisi ne socha nahi ke bhai is ka scientific proof kya hai? there is no scientific proof at all.</w:t>
      </w:r>
      <w:r>
        <w:br/>
      </w:r>
      <w:r>
        <w:rPr>
          <w:sz w:val="20"/>
        </w:rPr>
        <w:t>20:11  sara gas work hai, gas work. maine bohat parha hai evolution theory ko, sara gas work hai. koi ek bhi sab kuch kiya base pe similarity pe base kar</w:t>
      </w:r>
      <w:r>
        <w:br/>
      </w:r>
      <w:r>
        <w:rPr>
          <w:sz w:val="20"/>
        </w:rPr>
        <w:t>20:21  ta hai. similarity yani goat ka dhancha similar hai zarafay ke dhanchay se, is liye zarafah jo hai, ban gaya hai goat se.</w:t>
      </w:r>
      <w:r>
        <w:br/>
      </w:r>
      <w:r>
        <w:rPr>
          <w:sz w:val="20"/>
        </w:rPr>
        <w:t>20:30  billi ka dhancha similar hai sher se, to billi jo hai, wo sher ban gayi. ye kya? ye to badness hai. jab tak aap dikhayen nahi ke billi sher ban rahi hai, goat zarafah ban rahi hai,</w:t>
      </w:r>
      <w:r>
        <w:br/>
      </w:r>
      <w:r>
        <w:rPr>
          <w:sz w:val="20"/>
        </w:rPr>
        <w:t>20:43  tab tak ye gas, ye gas rahega. ye ye story rahegi. ye</w:t>
      </w:r>
      <w:r>
        <w:br/>
      </w:r>
      <w:r>
        <w:rPr>
          <w:sz w:val="20"/>
        </w:rPr>
        <w:t>20:50  to ye darwain ne ye kiya aur is ko natural selection ka naam diya. do term use karta hai wo: natural selection aur survival of the fittest.</w:t>
      </w:r>
      <w:r>
        <w:br/>
      </w:r>
      <w:r>
        <w:rPr>
          <w:sz w:val="20"/>
        </w:rPr>
        <w:t>21:03  natural selection aur survival of the fittest. to ek khoobsurat, main manta hoon ke is ne bohat hi ek beautiful term banaya. is is ka badshah tha darwain, beautiful term banane ka.</w:t>
      </w:r>
      <w:r>
        <w:br/>
      </w:r>
      <w:r>
        <w:rPr>
          <w:sz w:val="20"/>
        </w:rPr>
        <w:t>21:14  lekin is term ke peeche kya tha? kuch bhi nahi</w:t>
      </w:r>
      <w:r>
        <w:br/>
      </w:r>
      <w:r>
        <w:rPr>
          <w:sz w:val="20"/>
        </w:rPr>
        <w:t>21:17  tha. us waqt dut check, dut check use hota hai bank ki istilaah mein. agar aap ek check likhen, us par likh den ke five thousand rupees de den kisi ko, aur jab wo bank mein jaye to wo kahe ke bhai is mein to ab sirf das rupiya, so rupiya hai bas.</w:t>
      </w:r>
      <w:r>
        <w:br/>
      </w:r>
      <w:r>
        <w:rPr>
          <w:sz w:val="20"/>
        </w:rPr>
        <w:t>21:36  to wo hai dut check, du</w:t>
      </w:r>
      <w:r>
        <w:br/>
      </w:r>
      <w:r>
        <w:rPr>
          <w:sz w:val="20"/>
        </w:rPr>
        <w:t>21:38  d. yani jis check ke peeche bank mein paisa maujood na ho. to aisa hi hai, ye beautiful words hain jis ke liye koi yani reality mein, real world mein is ka koi proof nahi hai.</w:t>
      </w:r>
      <w:r>
        <w:br/>
      </w:r>
      <w:r>
        <w:rPr>
          <w:sz w:val="20"/>
        </w:rPr>
        <w:t>21:54  ye tha darwain ka, yani darwain ka ye mughalta ya deception, jo bhi lafz boliye aap.</w:t>
      </w:r>
    </w:p>
    <w:p>
      <w:pPr>
        <w:pStyle w:val="Heading2"/>
      </w:pPr>
      <w:r>
        <w:t>Jammu story expands into tourists as Kashmir's dawah opportunity</w:t>
      </w:r>
    </w:p>
    <w:p>
      <w:r>
        <w:rPr>
          <w:color w:val="666666"/>
          <w:sz w:val="18"/>
        </w:rPr>
        <w:t>Kashmir Dwah Meet November 27, 2011 · 5m 49s · at 15:02 · https://youtu.be/1eNX-LJ65so?t=902</w:t>
      </w:r>
    </w:p>
    <w:p>
      <w:r>
        <w:rPr>
          <w:i/>
        </w:rPr>
        <w:t>“Mujhe aik qissa yaad aata hai, 1978, Jammu ke ilaqe mein”</w:t>
      </w:r>
    </w:p>
    <w:p>
      <w:r>
        <w:rPr>
          <w:sz w:val="20"/>
        </w:rPr>
        <w:t>15:02  mujhe ek qissa yaad aata hai jo ghaliban 1978 mein main gaya tha jammu ke ilaqe mein. jammu ke ilaqe mein</w:t>
      </w:r>
      <w:r>
        <w:br/>
      </w:r>
      <w:r>
        <w:rPr>
          <w:sz w:val="20"/>
        </w:rPr>
        <w:t>15:14  wahan par farooq mustafa sahib waghera se mulaqat hui thi.</w:t>
      </w:r>
      <w:r>
        <w:br/>
      </w:r>
      <w:r>
        <w:rPr>
          <w:sz w:val="20"/>
        </w:rPr>
        <w:t>15:21  to woh log le gaye mujhe ek sahib ke haan. un ka naam tha mirza aazam sahib thay. woh woh forester thay.</w:t>
      </w:r>
      <w:r>
        <w:br/>
      </w:r>
      <w:r>
        <w:rPr>
          <w:sz w:val="20"/>
        </w:rPr>
        <w:t>15:33  ab to shayad retire ho gaye honge.</w:t>
      </w:r>
      <w:r>
        <w:br/>
      </w:r>
      <w:r>
        <w:rPr>
          <w:sz w:val="20"/>
        </w:rPr>
        <w:t>15:37  to woh is waqt jab main mila un se to un ki daadhi thi aur bazahir deendar badan tha.</w:t>
      </w:r>
      <w:r>
        <w:br/>
      </w:r>
      <w:r>
        <w:rPr>
          <w:sz w:val="20"/>
        </w:rPr>
        <w:t>15:47  to main ne poocha un ke un ke baray mein. to unhon ne kaha ke pehle main coat pant pehanta tha, daadhi nahi rakhta tha.</w:t>
      </w:r>
      <w:r>
        <w:br/>
      </w:r>
      <w:r>
        <w:rPr>
          <w:sz w:val="20"/>
        </w:rPr>
        <w:t>15:58  namaz waghera se mujhe koi matlab nahi tha. ek waqia hua jis ne mujhe badal diya.</w:t>
      </w:r>
      <w:r>
        <w:br/>
      </w:r>
      <w:r>
        <w:rPr>
          <w:sz w:val="20"/>
        </w:rPr>
        <w:t>16:06  ek waqia hua. yeh ghaliban rajouri ke hain. woh sahib abhi bhi maujood hain rajouri mein. unhon ne kaha ke main meri duty jo thi janglon mein hua karti thi to aksar main der mein lot ta tha.</w:t>
      </w:r>
      <w:r>
        <w:br/>
      </w:r>
      <w:r>
        <w:rPr>
          <w:sz w:val="20"/>
        </w:rPr>
        <w:t>16:22  jab lot ta tha to bachon ke liye kuch chocolate waghera, kuch aisi cheez lata tha jo bachay pasand karte thay.</w:t>
      </w:r>
      <w:r>
        <w:br/>
      </w:r>
      <w:r>
        <w:rPr>
          <w:sz w:val="20"/>
        </w:rPr>
        <w:t>16:33  ek din main aaya to der ho chuki thi aur main kuch laya nahi tha. magar kuch liye hue main ghar aa gaya.</w:t>
      </w:r>
      <w:r>
        <w:br/>
      </w:r>
      <w:r>
        <w:rPr>
          <w:sz w:val="20"/>
        </w:rPr>
        <w:t>16:45  jab main ghar pohancha to bachon ne mujhe ghera. kya laye? to unhon ne kaha ke aaj to main kuch nahi laya hoon.</w:t>
      </w:r>
      <w:r>
        <w:br/>
      </w:r>
      <w:r>
        <w:rPr>
          <w:sz w:val="20"/>
        </w:rPr>
        <w:t>16:58  to un ke ek bachay ne wahan jis ko kehte hain pahari zuban, jammu ke ilaqay mein jo zuban boli jati hai, uska naam shayad pahari zuban hai.</w:t>
      </w:r>
      <w:r>
        <w:br/>
      </w:r>
      <w:r>
        <w:rPr>
          <w:sz w:val="20"/>
        </w:rPr>
        <w:t>17:10  to us zuban mein us ne kaha:</w:t>
      </w:r>
      <w:r>
        <w:br/>
      </w:r>
      <w:r>
        <w:rPr>
          <w:sz w:val="20"/>
        </w:rPr>
        <w:t>17:14  agar tusaan asaan vaste kuch nahi anda, phir tusaan kamaray vaste aaye, phir tusaan kamanay vaste aaye.</w:t>
      </w:r>
      <w:r>
        <w:br/>
      </w:r>
      <w:r>
        <w:rPr>
          <w:sz w:val="20"/>
        </w:rPr>
        <w:t>17:27  agar tusaan asaan vaste kuch nahi anda, phir tusaan kamaray vaste aaye. agar tum hamare liye kuch nahi laye ho to kis liye aaye ho?</w:t>
      </w:r>
      <w:r>
        <w:br/>
      </w:r>
      <w:r>
        <w:rPr>
          <w:sz w:val="20"/>
        </w:rPr>
        <w:t>17:43  agar tumhare tum hamare liye kuch nahi laye to aaye kis liye?" aap to main kaseer walon ko kahunga ke allah taala ne aap ko ek bohat bada kaam diya tha.</w:t>
      </w:r>
      <w:r>
        <w:br/>
      </w:r>
      <w:r>
        <w:rPr>
          <w:sz w:val="20"/>
        </w:rPr>
        <w:t>17:57  woh kaam kya? logon ko jana parta hai madu ke paas. allah taala ne aap ka madu bhej diya.</w:t>
      </w:r>
      <w:r>
        <w:br/>
      </w:r>
      <w:r>
        <w:rPr>
          <w:sz w:val="20"/>
        </w:rPr>
        <w:t>18:12  ek kashmiri se mujhe mulaqat hui. un se main dawat ki baat ki. unhon ne kaha ke kashmir se musalman musalman hain. wahan kya hum daawati kaam karenge? main ne kaha yeh bekhabari ki baat hai.</w:t>
      </w:r>
      <w:r>
        <w:br/>
      </w:r>
      <w:r>
        <w:rPr>
          <w:sz w:val="20"/>
        </w:rPr>
        <w:t>18:25  kashmir to yani madu ka madu logon ki dunya hai.</w:t>
      </w:r>
      <w:r>
        <w:br/>
      </w:r>
      <w:r>
        <w:rPr>
          <w:sz w:val="20"/>
        </w:rPr>
        <w:t>18:35  dekhiye, kashmir mein jo aarzii hai, us ko aap dushman samajhte hain to madu hai aap ki lakhon ki tadad mein.</w:t>
      </w:r>
      <w:r>
        <w:br/>
      </w:r>
      <w:r>
        <w:rPr>
          <w:sz w:val="20"/>
        </w:rPr>
        <w:t>18:47  kashmir jo bohat baray paon par yatri aate hain kyunke wahan teerth gahein hain hinduo ki, woh madu hain aap ke liye.</w:t>
      </w:r>
      <w:r>
        <w:br/>
      </w:r>
      <w:r>
        <w:rPr>
          <w:sz w:val="20"/>
        </w:rPr>
        <w:t>18:58  kashmir jo seyah aate hain, tourist lakhon ki tadad, woh madu hain aap ke liye. to seyah aap ke madu hain, aarzii aap ke madu hain, yatri aap ke madu hain.</w:t>
      </w:r>
      <w:r>
        <w:br/>
      </w:r>
      <w:r>
        <w:rPr>
          <w:sz w:val="20"/>
        </w:rPr>
        <w:t>19:10  main samajhta hoon ke shayad salana pachas lakh aadmi aate hain kashmir mein is tarah se. to allah taala ne aap ke haan itne saaray madu bhej diye.</w:t>
      </w:r>
      <w:r>
        <w:br/>
      </w:r>
      <w:r>
        <w:rPr>
          <w:sz w:val="20"/>
        </w:rPr>
        <w:t>19:29  aap ka farz tha ke un ko allah ka paigham pohanchayen, allah ka paigham pohanchayen. yaad rakhiye,</w:t>
      </w:r>
      <w:r>
        <w:br/>
      </w:r>
      <w:r>
        <w:rPr>
          <w:sz w:val="20"/>
        </w:rPr>
        <w:t>19:43  allah kisi bande se jo kuch chahta hai to aasman se awaz nahi aati. bande ko khud janna parta hai.</w:t>
      </w:r>
      <w:r>
        <w:br/>
      </w:r>
      <w:r>
        <w:rPr>
          <w:sz w:val="20"/>
        </w:rPr>
        <w:t>19:53  misalan dekhiye, agar barish hoti hai to kya awaz deti hai? kaha: "ae kisanon, pani ko istemal karo ziraat ke liye."</w:t>
      </w:r>
      <w:r>
        <w:br/>
      </w:r>
      <w:r>
        <w:rPr>
          <w:sz w:val="20"/>
        </w:rPr>
        <w:t>20:05  barish ek khamosh paigham hai ke: "ae kisanon, waqt aa gaya, tum apni ziraat, apni fasal agao." to kisan daudta hai.</w:t>
      </w:r>
      <w:r>
        <w:br/>
      </w:r>
      <w:r>
        <w:rPr>
          <w:sz w:val="20"/>
        </w:rPr>
        <w:t>20:20  isi tarah se yeh muamla hai jab allah taala ne aap ke sath har saal pachas lakh madu bhej diye to yeh paigham tha is ke sath allah taala ka</w:t>
      </w:r>
      <w:r>
        <w:br/>
      </w:r>
      <w:r>
        <w:rPr>
          <w:sz w:val="20"/>
        </w:rPr>
        <w:t>20:30  ke: "ae kashmiri, main tumhare pas apne bandon ko bhej raha hon jo bande be khabar hain, jin bandon ko maloom nahi ke unhein kya karna chahiye.</w:t>
      </w:r>
      <w:r>
        <w:br/>
      </w:r>
      <w:r>
        <w:rPr>
          <w:sz w:val="20"/>
        </w:rPr>
        <w:t>20:44  tum un ko dawat pahunchao, un ko kaam do."</w:t>
      </w:r>
    </w:p>
    <w:p>
      <w:pPr>
        <w:pStyle w:val="Heading2"/>
      </w:pPr>
      <w:r>
        <w:t>why Muslim education collapsed under British colonialism</w:t>
      </w:r>
    </w:p>
    <w:p>
      <w:r>
        <w:rPr>
          <w:color w:val="666666"/>
          <w:sz w:val="18"/>
        </w:rPr>
        <w:t>CPS Women Monthly Interaction 9 September 25, 2022 · 4m 54s · at 3:14 · https://youtu.be/JCCpV6DcC-c?t=194</w:t>
      </w:r>
    </w:p>
    <w:p>
      <w:r>
        <w:rPr>
          <w:i/>
        </w:rPr>
        <w:t>“Farida Sahiba, importance of education in Islam ki pehli ayat thi”</w:t>
      </w:r>
    </w:p>
    <w:p>
      <w:r>
        <w:rPr>
          <w:sz w:val="20"/>
        </w:rPr>
        <w:t>3:14  farida saiba last time I have you have taken the importance of education in Islam and also the</w:t>
      </w:r>
      <w:r>
        <w:br/>
      </w:r>
      <w:r>
        <w:rPr>
          <w:sz w:val="20"/>
        </w:rPr>
        <w:t>3:21  first ayat was lekin yeh aisa kya ho gaya ke Musalmanon ke literacy mein itna neeche gir gaya</w:t>
      </w:r>
      <w:r>
        <w:br/>
      </w:r>
      <w:r>
        <w:rPr>
          <w:sz w:val="20"/>
        </w:rPr>
        <w:t>3:29  hai aur aur jab padhai nahi hai to open mindedness nahi hai to ab kya kiya jaye?</w:t>
      </w:r>
      <w:r>
        <w:br/>
      </w:r>
      <w:r>
        <w:rPr>
          <w:sz w:val="20"/>
        </w:rPr>
        <w:t>3:37  to yeh mera sawal hai ke hua kya aur kaise karein sab mil judkar?</w:t>
      </w:r>
      <w:r>
        <w:br/>
      </w:r>
      <w:r>
        <w:rPr>
          <w:sz w:val="20"/>
        </w:rPr>
        <w:t>3:45  Asal mein traditional jo age tha medieval period to us mein is tarah ke adhare nahi the educational institutions jo aaj hain woh nahi the balke jo raja hote the, nawab hote the. To yahi log jo hain patronize karte the education ko.</w:t>
      </w:r>
      <w:r>
        <w:br/>
      </w:r>
      <w:r>
        <w:rPr>
          <w:sz w:val="20"/>
        </w:rPr>
        <w:t>4:05  To barabar political downfall hota raha dynasties ka to us ki wajah se bohat bara setback hua. To aur us ke baad jab English ne sara colonize kiya aur unhon ne apni education le kar aaye to Musalman us ko samajhte rahe ke yeh Islam ke khilaf hai.</w:t>
      </w:r>
      <w:r>
        <w:br/>
      </w:r>
      <w:r>
        <w:rPr>
          <w:sz w:val="20"/>
        </w:rPr>
        <w:t>4:33  Yeh Musalmanon se unhon ne approve kiya hai. Musalmanon ki hukoomatein sab khatam ki hain. Kya cheez awaaz aa rahi hai? Kuch disturbance aa rahi hai. Waise aapki awaaz theek aa rahi hai. Achha.</w:t>
      </w:r>
      <w:r>
        <w:br/>
      </w:r>
      <w:r>
        <w:rPr>
          <w:sz w:val="20"/>
        </w:rPr>
        <w:t>4:50  To chunke Angrezon se Musalman jham kar rahe the woh yeh samajh rahe the ke inhone hamari hukoomat cheeni hai hamara iktedaar cheena hai to tamam jo educational institutions the modern education ke jo adhare the woh sab Angrezon ne qayam kiye the. Ab baad mein English medium hi ho gaya tha.</w:t>
      </w:r>
      <w:r>
        <w:br/>
      </w:r>
      <w:r>
        <w:rPr>
          <w:sz w:val="20"/>
        </w:rPr>
        <w:t>5:14  To is wajah se logon ne us ko boycott kiya aur boycott bhi kiya aur tamam log jo hain woh jihad mein shareek, shareek the directly ya indirectly jihad mein shareek rahe. To is tarike se jo purana educational setup tha woh to sab khatam ho gaya aur jo naya educational setup jo Angrez laye to us mein Musalmanon ne hissa nahi liya.</w:t>
      </w:r>
      <w:r>
        <w:br/>
      </w:r>
      <w:r>
        <w:rPr>
          <w:sz w:val="20"/>
        </w:rPr>
        <w:t>5:39  Jo chand log jo hissa le rahe the unhon ne talim hasil ki jab lekin woh upper class the usi mein se liberal Muslim University bhi thi. To woh lekin middle class aur jo lower classes the unhon ne to bilkul hi unke paas adhari nahi thi, school nahi the. To is tarike se woh bohat zyada backward ho gaye.</w:t>
      </w:r>
      <w:r>
        <w:br/>
      </w:r>
      <w:r>
        <w:rPr>
          <w:sz w:val="20"/>
        </w:rPr>
        <w:t>6:05  Angrezon unhon ne yeh fark nahi kar paye ke Angrezon ki jo taalim laye the aur jo Angrez political system the us mein fark nahi kiya. To unhon ne political system ke khilaf the to un se zyada kar rahe the to un ki taalim ka bhi boycott kiya. Halanki jab crusade chal raha tha na to Angrezon ne baqayda span aate the wahan bari bari Muslim universities thi. Tamam ilm jo hai wahan tarraqi ho rahi thi span mein.</w:t>
      </w:r>
      <w:r>
        <w:br/>
      </w:r>
      <w:r>
        <w:rPr>
          <w:sz w:val="20"/>
        </w:rPr>
        <w:t>6:35  To Angrezi nahi balki Europeans aate the wahan ki. Wahan talim hasil kar dete unko samajh mein aa gaya tha ke Musalmanon ko maidan e jang mein haraaya nahi ja sakta. To unki woh talim mein bohat aa gaye hain. To unhon ne Salmanon ki talim hasil karna shuru kar di aur tamam kitabon ke tarjume kar dale. To is wajah se hum log yeh nahi kar sake.</w:t>
      </w:r>
      <w:r>
        <w:br/>
      </w:r>
      <w:r>
        <w:rPr>
          <w:sz w:val="20"/>
        </w:rPr>
        <w:t>7:01  Hum log yahan creative thinking khatam ho gayi thi. Ab jo bhi wajah rahe ho to creative thinking khatam ho gayi thi. Ab jaise misaal ke taur par Rasool Allah sallallahu sallam ne Badr mein jangi qaidiyon se bachchon ko padhvaya. Aap ne yeh nahi socha ke yeh log to dushman hain, bachchon ko kharab kar denge. Yeh nahi socha. To Musalmanon mein creative thinking khatam ho gayi thi.</w:t>
      </w:r>
      <w:r>
        <w:br/>
      </w:r>
      <w:r>
        <w:rPr>
          <w:sz w:val="20"/>
        </w:rPr>
        <w:t>7:28  iski wajah se aaj humko bahut bada setback hua.</w:t>
      </w:r>
      <w:r>
        <w:br/>
      </w:r>
      <w:r>
        <w:rPr>
          <w:sz w:val="20"/>
        </w:rPr>
        <w:t>7:33  Very true papa.</w:t>
      </w:r>
      <w:r>
        <w:br/>
      </w:r>
      <w:r>
        <w:rPr>
          <w:sz w:val="20"/>
        </w:rPr>
        <w:t>7:39  What you said?</w:t>
      </w:r>
      <w:r>
        <w:br/>
      </w:r>
      <w:r>
        <w:rPr>
          <w:sz w:val="20"/>
        </w:rPr>
        <w:t>7:45  maine ek kitab Indian Muslims ke saath acche se kuch chapters cover kiye hain Maulana sahab ne ki</w:t>
      </w:r>
      <w:r>
        <w:br/>
      </w:r>
      <w:r>
        <w:rPr>
          <w:sz w:val="20"/>
        </w:rPr>
        <w:t>7:50  unko usmein unhone bataya hai ki jab angrez jab English introduce kar rahe the schools mein aur kai</w:t>
      </w:r>
      <w:r>
        <w:br/>
      </w:r>
      <w:r>
        <w:rPr>
          <w:sz w:val="20"/>
        </w:rPr>
        <w:t>7:56  कई नई सारे schools जब खुल रहे थे there was a very tough resistance by the Muslim community</w:t>
      </w:r>
      <w:r>
        <w:br/>
      </w:r>
      <w:r>
        <w:rPr>
          <w:sz w:val="20"/>
        </w:rPr>
        <w:t>8:02  and specially from the ullema, from the Molanas and all that because somewhere unki interest clash ho rahe the.</w:t>
      </w:r>
      <w:r>
        <w:br/>
      </w:r>
      <w:r>
        <w:rPr>
          <w:sz w:val="20"/>
        </w:rPr>
        <w:t>8:08  Jab Angrezi aa jayegi, education aa jayegi to yeh sare log us ko follow karne lagega aur unka interest wahan par meet nahi karega. To they try to somehow mislead people aur logon ko bhatka rahe the ke nahi yeh Angrezi tumhare liye kharab hai, yeh hamare upar qabza karna chahte hain aur is tarah se, tarah tarah se unhon ne kisi tarah se deviate kiya unke mind ko taake yeh English education nai nai hasil karein aur tarraqi na karein.</w:t>
      </w:r>
    </w:p>
    <w:p>
      <w:pPr>
        <w:pStyle w:val="Heading2"/>
      </w:pPr>
      <w:r>
        <w:t>humanity's journey from primitive age to luxury still ends in boredom</w:t>
      </w:r>
    </w:p>
    <w:p>
      <w:r>
        <w:rPr>
          <w:color w:val="666666"/>
          <w:sz w:val="18"/>
        </w:rPr>
        <w:t>Journey of Civilization January 14, 2007 · 3m 38s · at 20:06 · https://youtu.be/ZCFRrqmfms4?t=1206</w:t>
      </w:r>
    </w:p>
    <w:p>
      <w:r>
        <w:rPr>
          <w:i/>
        </w:rPr>
        <w:t>“Ancient man, bilkul jo primitive age ka insaan tha, uske paas kuch bhi nahi tha”</w:t>
      </w:r>
    </w:p>
    <w:p>
      <w:r>
        <w:rPr>
          <w:sz w:val="20"/>
        </w:rPr>
        <w:t>20:06  is ki detail dekhiye yeh hai ke ancient insaan, bilkul jo primitive age ka jo insaan tha, us ke paas kuch bhi nahi tha.</w:t>
      </w:r>
      <w:r>
        <w:br/>
      </w:r>
      <w:r>
        <w:rPr>
          <w:sz w:val="20"/>
        </w:rPr>
        <w:t>20:19  primitive age ka insaan jo tha, us ke paas kuch bhi nahi tha. woh animal ke skin ko apna kapra banata tha.</w:t>
      </w:r>
      <w:r>
        <w:br/>
      </w:r>
      <w:r>
        <w:rPr>
          <w:sz w:val="20"/>
        </w:rPr>
        <w:t>20:29  woh animal ke chamray ko kapra bana kar us ko pehanta tha.</w:t>
      </w:r>
      <w:r>
        <w:br/>
      </w:r>
      <w:r>
        <w:rPr>
          <w:sz w:val="20"/>
        </w:rPr>
        <w:t>20:37  rehne ke liye us ke paas kya tha? mountain ke cave. kho. kho mein rehta tha woh. aise ghar nahi hote the us zamanay mein.</w:t>
      </w:r>
      <w:r>
        <w:br/>
      </w:r>
      <w:r>
        <w:rPr>
          <w:sz w:val="20"/>
        </w:rPr>
        <w:t>20:50  pani peene ke liye woh pathar ka bartan hota tha us ke paas.</w:t>
      </w:r>
      <w:r>
        <w:br/>
      </w:r>
      <w:r>
        <w:rPr>
          <w:sz w:val="20"/>
        </w:rPr>
        <w:t>20:57  joota pehne ke liye woh nangay paon chalta tha woh.</w:t>
      </w:r>
      <w:r>
        <w:br/>
      </w:r>
      <w:r>
        <w:rPr>
          <w:sz w:val="20"/>
        </w:rPr>
        <w:t>21:01  khana pakane ke liye kuch bhi nahi tha siwaye shikar kar liya, gosht ko koi thora sa phoonk bandh kar kha liya. yeh thi primitive insaan ki zindagi.</w:t>
      </w:r>
      <w:r>
        <w:br/>
      </w:r>
      <w:r>
        <w:rPr>
          <w:sz w:val="20"/>
        </w:rPr>
        <w:t>21:14  to insaan chahta tha kuch aur mile, kuch aur mile, kuch aur mile. to us ko us ki jo need hai woh mili. need. matlab iron se saman banaya us ne.</w:t>
      </w:r>
      <w:r>
        <w:br/>
      </w:r>
      <w:r>
        <w:rPr>
          <w:sz w:val="20"/>
        </w:rPr>
        <w:t>21:27  ghar us zamanay ke lehaz se ghar banaya us ne primitive style par. aur bohat cheez banai us ne.</w:t>
      </w:r>
      <w:r>
        <w:br/>
      </w:r>
      <w:r>
        <w:rPr>
          <w:sz w:val="20"/>
        </w:rPr>
        <w:t>21:35  us ne pehia banaya jis se woh thora bohat us ka safar chalne laga. to is tarah se us ko kuch comfort mila.</w:t>
      </w:r>
      <w:r>
        <w:br/>
      </w:r>
      <w:r>
        <w:rPr>
          <w:sz w:val="20"/>
        </w:rPr>
        <w:t>21:45  abhi bhi lekin woh khush nahi tha. kyunke bohat se problem abhi baqi the us ke.</w:t>
      </w:r>
      <w:r>
        <w:br/>
      </w:r>
      <w:r>
        <w:rPr>
          <w:sz w:val="20"/>
        </w:rPr>
        <w:t>21:53  phir aur insaan ne taraqqi ki. research hui. hote hote insaan ne aur item banaye jis ko hum comfort kehte hain.</w:t>
      </w:r>
      <w:r>
        <w:br/>
      </w:r>
      <w:r>
        <w:rPr>
          <w:sz w:val="20"/>
        </w:rPr>
        <w:t>22:05  yani need se doosra zamanay aaya jab us ko comfort milne lagi. to kuch din comfort mein raha woh.</w:t>
      </w:r>
      <w:r>
        <w:br/>
      </w:r>
      <w:r>
        <w:rPr>
          <w:sz w:val="20"/>
        </w:rPr>
        <w:t>22:15  phir us ke liye woh forward lene laga. woh use to ho gaya.</w:t>
      </w:r>
      <w:r>
        <w:br/>
      </w:r>
      <w:r>
        <w:rPr>
          <w:sz w:val="20"/>
        </w:rPr>
        <w:t>22:21  us mein kuch us ko khushi nahi rahi. aur chahanay laga. yahan tak ke luxury ka zamanay aaya. luxury wale items us ko mile.</w:t>
      </w:r>
      <w:r>
        <w:br/>
      </w:r>
      <w:r>
        <w:rPr>
          <w:sz w:val="20"/>
        </w:rPr>
        <w:t>22:33  jaisay fridge hai, aur air conditioner hai, aur car hai, naye qism ke furnished ghar hain, aur plant city hai,</w:t>
      </w:r>
      <w:r>
        <w:br/>
      </w:r>
      <w:r>
        <w:rPr>
          <w:sz w:val="20"/>
        </w:rPr>
        <w:t>22:47  waghera waghera.</w:t>
      </w:r>
      <w:r>
        <w:br/>
      </w:r>
      <w:r>
        <w:rPr>
          <w:sz w:val="20"/>
        </w:rPr>
        <w:t>22:48  lekin luxury ko hasil karne ke baad phir insaan ko kya paish aaya? boredom. boredom.</w:t>
      </w:r>
      <w:r>
        <w:br/>
      </w:r>
      <w:r>
        <w:rPr>
          <w:sz w:val="20"/>
        </w:rPr>
        <w:t>22:58  sari dunya mein. phir dobara gham ka daur aa gaya. kyunke aap jante hain ke insaan jo hai kisi cheez mein mila jab tak woh mila hua na ho, tab tak to woh sochta hai ke yeh mil jaye ga to bari jo khushi mile gi.</w:t>
      </w:r>
      <w:r>
        <w:br/>
      </w:r>
      <w:r>
        <w:rPr>
          <w:sz w:val="20"/>
        </w:rPr>
        <w:t>23:17  lekin milne ke baad us ka charm khatam ho jata hai. to luxury us waqt tak us ko attractive lagti thi jab tak woh mili hui nahi thi.</w:t>
      </w:r>
      <w:r>
        <w:br/>
      </w:r>
      <w:r>
        <w:rPr>
          <w:sz w:val="20"/>
        </w:rPr>
        <w:t>23:30  mil gayi to kya hua? us ka attraction khatam ho gaya. phir wohi zamanay aa gaya ke khushi nahi. boredom mein jee raha hai insaan.</w:t>
      </w:r>
      <w:r>
        <w:br/>
      </w:r>
      <w:r>
        <w:rPr>
          <w:sz w:val="20"/>
        </w:rPr>
        <w:t>23:41  aktaahat mein jee raha hai insaan.</w:t>
      </w:r>
    </w:p>
    <w:p>
      <w:pPr>
        <w:pStyle w:val="Heading2"/>
      </w:pPr>
      <w:r>
        <w:t>the Iraq war proves happiness failure isn't about being in a hurry</w:t>
      </w:r>
    </w:p>
    <w:p>
      <w:r>
        <w:rPr>
          <w:color w:val="666666"/>
          <w:sz w:val="18"/>
        </w:rPr>
        <w:t>Journey of Civilization January 14, 2007 · 3m 21s · at 6:54 · https://youtu.be/ZCFRrqmfms4?t=414</w:t>
      </w:r>
    </w:p>
    <w:p>
      <w:r>
        <w:rPr>
          <w:i/>
        </w:rPr>
        <w:t>“America ko lijiye, jo super power hai, uski taraqqi ki machine chalane ke liye chahiye energy”</w:t>
      </w:r>
    </w:p>
    <w:p>
      <w:r>
        <w:rPr>
          <w:sz w:val="20"/>
        </w:rPr>
        <w:t>6:54  ab dekhiye ke america ko lijiye, jo superpower hai, to apni taraqqi ki machine ko chalane ke liye is ko chahiye energy,</w:t>
      </w:r>
      <w:r>
        <w:br/>
      </w:r>
      <w:r>
        <w:rPr>
          <w:sz w:val="20"/>
        </w:rPr>
        <w:t>7:10  yani tel.</w:t>
      </w:r>
      <w:r>
        <w:br/>
      </w:r>
      <w:r>
        <w:rPr>
          <w:sz w:val="20"/>
        </w:rPr>
        <w:t>7:14  apni taraqqi ki machine ko barabar chalta rehne ke liye is ko tel chahiye. Kyun ke sara jo industrial world hai, woh tel par chal raha hai.</w:t>
      </w:r>
      <w:r>
        <w:br/>
      </w:r>
      <w:r>
        <w:rPr>
          <w:sz w:val="20"/>
        </w:rPr>
        <w:t>7:29  to tel ke liye is ne attack kiya iraq par, do bar. Kyun ke aap jante hain ke iraq mein tel ka bohat bara bhandar hai.</w:t>
      </w:r>
      <w:r>
        <w:br/>
      </w:r>
      <w:r>
        <w:rPr>
          <w:sz w:val="20"/>
        </w:rPr>
        <w:t>7:39  to is par qabza karne ke liye.</w:t>
      </w:r>
      <w:r>
        <w:br/>
      </w:r>
      <w:r>
        <w:rPr>
          <w:sz w:val="20"/>
        </w:rPr>
        <w:t>7:43  aur report mein bataya gaya hai ke do, aap jante hain ke do bar attack kiya unho ne. George Bush senior ke zamane mein, phir George Bush junior ke zamane mein.</w:t>
      </w:r>
      <w:r>
        <w:br/>
      </w:r>
      <w:r>
        <w:rPr>
          <w:sz w:val="20"/>
        </w:rPr>
        <w:t>7:55  aur dono ko mila kar jo kharcha hua, woh tha 410 billion, B se.</w:t>
      </w:r>
      <w:r>
        <w:br/>
      </w:r>
      <w:r>
        <w:rPr>
          <w:sz w:val="20"/>
        </w:rPr>
        <w:t>8:06  M nahi, B. 410 billion dollar.</w:t>
      </w:r>
      <w:r>
        <w:br/>
      </w:r>
      <w:r>
        <w:rPr>
          <w:sz w:val="20"/>
        </w:rPr>
        <w:t>8:12  aur mila kuch bhi nahi? mila kuch bhi nahi? dekhiye, yeh kal yani 13 January ko jo Times of India mein ek report aayi hai,</w:t>
      </w:r>
      <w:r>
        <w:br/>
      </w:r>
      <w:r>
        <w:rPr>
          <w:sz w:val="20"/>
        </w:rPr>
        <w:t>8:29  is mein yeh hai ke ab ab president in tears, George Bush ki aankhon mein aansu,</w:t>
      </w:r>
      <w:r>
        <w:br/>
      </w:r>
      <w:r>
        <w:rPr>
          <w:sz w:val="20"/>
        </w:rPr>
        <w:t>8:37  ab president in tears, yani 410 billion dollar kharch kar ke unho ne attack kiya iraq par, aur mila kuch bhi nahi.</w:t>
      </w:r>
      <w:r>
        <w:br/>
      </w:r>
      <w:r>
        <w:rPr>
          <w:sz w:val="20"/>
        </w:rPr>
        <w:t>8:53  mila kuch bhi nahi. To yeh yeh kehna ke yeh hari ka mamla hai, yeh galat hai. Hari ki baat hi nahi hai.</w:t>
      </w:r>
      <w:r>
        <w:br/>
      </w:r>
      <w:r>
        <w:rPr>
          <w:sz w:val="20"/>
        </w:rPr>
        <w:t>9:01  zyada sahi baat yeh hai ke log unachievable ko achieve karne ki koshish kar rahe hain, is liye is ko pa nahi rahe hain.</w:t>
      </w:r>
      <w:r>
        <w:br/>
      </w:r>
      <w:r>
        <w:rPr>
          <w:sz w:val="20"/>
        </w:rPr>
        <w:t>9:13  isi tarah se confusion dalte hain intellectuals. Confusion.</w:t>
      </w:r>
      <w:r>
        <w:br/>
      </w:r>
      <w:r>
        <w:rPr>
          <w:sz w:val="20"/>
        </w:rPr>
        <w:t>9:22  isi tarah se confusion dalte hain.</w:t>
      </w:r>
      <w:r>
        <w:br/>
      </w:r>
      <w:r>
        <w:rPr>
          <w:sz w:val="20"/>
        </w:rPr>
        <w:t>9:25  ab bataiye ke jo cheez is liye nahi mil rahi hai ke insan ka target hi galat tha, is duniya mein happiness pana, hazaron percent ki history batati hai ke mumkin nahi hai,</w:t>
      </w:r>
      <w:r>
        <w:br/>
      </w:r>
      <w:r>
        <w:rPr>
          <w:sz w:val="20"/>
        </w:rPr>
        <w:t>9:39  to is ko daal diya kis mein? Hari ke khane mein. Aur keh diya ke "it is all due to hurry." To insan ko koi direction nahi mila.</w:t>
      </w:r>
      <w:r>
        <w:br/>
      </w:r>
      <w:r>
        <w:rPr>
          <w:sz w:val="20"/>
        </w:rPr>
        <w:t>9:51  ab bataiye ke superpower, jis ke paas sare sources hain, sab kuch, jo bhi aap soch sakte hon, woh sare sources is ke paas maujood hain.</w:t>
      </w:r>
      <w:r>
        <w:br/>
      </w:r>
      <w:r>
        <w:rPr>
          <w:sz w:val="20"/>
        </w:rPr>
        <w:t>10:05  aur 410 billion dollar kharch karta hai, aur apne target ko achieve nahi kar pata. to yeh jaldi ki baat kya hai is mein?</w:t>
      </w:r>
    </w:p>
    <w:p>
      <w:pPr>
        <w:pStyle w:val="Heading2"/>
      </w:pPr>
      <w:r>
        <w:t>Three stages: economic, education, dawah, and tajdeed</w:t>
      </w:r>
    </w:p>
    <w:p>
      <w:r>
        <w:rPr>
          <w:color w:val="666666"/>
          <w:sz w:val="18"/>
        </w:rPr>
        <w:t>Revival and Revivalist | June 7, 2015 · 5m 37s · at 23:22 · https://youtu.be/tJqheiPlZ94?t=1402</w:t>
      </w:r>
    </w:p>
    <w:p>
      <w:r>
        <w:rPr>
          <w:i/>
        </w:rPr>
        <w:t>“Kal Bombay se ek sahib aaye the”</w:t>
      </w:r>
    </w:p>
    <w:p>
      <w:r>
        <w:rPr>
          <w:sz w:val="20"/>
        </w:rPr>
        <w:t>23:22  , kal ki baat hai, kal bombay se ek sahib aaye the jo wahan ek bahut hi bada</w:t>
      </w:r>
      <w:r>
        <w:br/>
      </w:r>
      <w:r>
        <w:rPr>
          <w:sz w:val="20"/>
        </w:rPr>
        <w:t>23:27  adarah hai musalmanon ka, jo deyrh saal se qaaim hai.</w:t>
      </w:r>
      <w:r>
        <w:br/>
      </w:r>
      <w:r>
        <w:rPr>
          <w:sz w:val="20"/>
        </w:rPr>
        <w:t>23:32  is ke 95 school chal rahe hain, school college.</w:t>
      </w:r>
      <w:r>
        <w:br/>
      </w:r>
      <w:r>
        <w:rPr>
          <w:sz w:val="20"/>
        </w:rPr>
        <w:t>23:37  95 school college chal rahe hain in ke.</w:t>
      </w:r>
      <w:r>
        <w:br/>
      </w:r>
      <w:r>
        <w:rPr>
          <w:sz w:val="20"/>
        </w:rPr>
        <w:t>23:42  to unhon ne bataya ke hum aik naya college bana rahe hain, shayad medical college bataya unhon ne kuch.</w:t>
      </w:r>
      <w:r>
        <w:br/>
      </w:r>
      <w:r>
        <w:rPr>
          <w:sz w:val="20"/>
        </w:rPr>
        <w:t>23:47  is mein aik</w:t>
      </w:r>
      <w:r>
        <w:br/>
      </w:r>
      <w:r>
        <w:rPr>
          <w:sz w:val="20"/>
        </w:rPr>
        <w:t>23:52  hindu ne 60 crore rupay ka donation diya hai bombay mein.</w:t>
      </w:r>
      <w:r>
        <w:br/>
      </w:r>
      <w:r>
        <w:rPr>
          <w:sz w:val="20"/>
        </w:rPr>
        <w:t>23:56  lekin yeh khabar mein ne kisi musalman perche mein nahi parhi.</w:t>
      </w:r>
      <w:r>
        <w:br/>
      </w:r>
      <w:r>
        <w:rPr>
          <w:sz w:val="20"/>
        </w:rPr>
        <w:t>24:01  wo chairman sahib jo aaye thay, unhon ne bataya to maloom hua.</w:t>
      </w:r>
      <w:r>
        <w:br/>
      </w:r>
      <w:r>
        <w:rPr>
          <w:sz w:val="20"/>
        </w:rPr>
        <w:t>24:05  aisi khabrein nahi aati hamare perchon mein.</w:t>
      </w:r>
      <w:r>
        <w:br/>
      </w:r>
      <w:r>
        <w:rPr>
          <w:sz w:val="20"/>
        </w:rPr>
        <w:t>24:10  hamare perchon mein aati hain kya? negative khabrein, negative.</w:t>
      </w:r>
      <w:r>
        <w:br/>
      </w:r>
      <w:r>
        <w:rPr>
          <w:sz w:val="20"/>
        </w:rPr>
        <w:t>24:14  dhoond dhoond ke dhoondte hain, dhoond dhoond ke laate hain koi na koi khabar.</w:t>
      </w:r>
      <w:r>
        <w:br/>
      </w:r>
      <w:r>
        <w:rPr>
          <w:sz w:val="20"/>
        </w:rPr>
        <w:t>24:19  aur positive khabrein woh chhapte nahi.</w:t>
      </w:r>
      <w:r>
        <w:br/>
      </w:r>
      <w:r>
        <w:rPr>
          <w:sz w:val="20"/>
        </w:rPr>
        <w:t>24:23  to us waqt musalmanon ka jo masla hai, woh un ke yani incompetent leadership. jahan tak halaat ka ta'alluq hai, halaat to bilkul musalmanon ke favor mein ho chuke hain, aur is se musalmanon ko faida bhi ho raha hai. yeh pehlu hai, yani economic ke aitbar se, maeeshat ke aitbar se. ab doosra, doosri pehlu ko lejeye. to kisi community ke liye pehli baat</w:t>
      </w:r>
      <w:r>
        <w:br/>
      </w:r>
      <w:r>
        <w:rPr>
          <w:sz w:val="20"/>
        </w:rPr>
        <w:t>24:53  yeh hai ke is ko aik maeeshiyati buniyad mile, economic base, economic base mile.</w:t>
      </w:r>
      <w:r>
        <w:br/>
      </w:r>
      <w:r>
        <w:rPr>
          <w:sz w:val="20"/>
        </w:rPr>
        <w:t>24:58  yeh pehli cheez hai.</w:t>
      </w:r>
      <w:r>
        <w:br/>
      </w:r>
      <w:r>
        <w:rPr>
          <w:sz w:val="20"/>
        </w:rPr>
        <w:t>25:02  yani is ke paas ghar ho, is ke bachon ke taleem ke liye kharch ho, economic base.</w:t>
      </w:r>
      <w:r>
        <w:br/>
      </w:r>
      <w:r>
        <w:rPr>
          <w:sz w:val="20"/>
        </w:rPr>
        <w:t>25:06  yeh already musalmanon ko India mein mil chuka hai.</w:t>
      </w:r>
      <w:r>
        <w:br/>
      </w:r>
      <w:r>
        <w:rPr>
          <w:sz w:val="20"/>
        </w:rPr>
        <w:t>25:11  yani jo pehla stage hai, woh already ho chuka hai ke musalmanon ko economic base is mulk mein</w:t>
      </w:r>
      <w:r>
        <w:br/>
      </w:r>
      <w:r>
        <w:rPr>
          <w:sz w:val="20"/>
        </w:rPr>
        <w:t>25:15  mil chuki hai.</w:t>
      </w:r>
      <w:r>
        <w:br/>
      </w:r>
      <w:r>
        <w:rPr>
          <w:sz w:val="20"/>
        </w:rPr>
        <w:t>25:19  in ke paas ghar hai, in ke</w:t>
      </w:r>
      <w:r>
        <w:br/>
      </w:r>
      <w:r>
        <w:rPr>
          <w:sz w:val="20"/>
        </w:rPr>
        <w:t>25:23  paas job hai, in ke bachay parh rahe hain, yeh sab ho raha hai.</w:t>
      </w:r>
      <w:r>
        <w:br/>
      </w:r>
      <w:r>
        <w:rPr>
          <w:sz w:val="20"/>
        </w:rPr>
        <w:t>25:29  ab doosra, ab doosra stage hai.</w:t>
      </w:r>
      <w:r>
        <w:br/>
      </w:r>
      <w:r>
        <w:rPr>
          <w:sz w:val="20"/>
        </w:rPr>
        <w:t>25:35  doosra stage hai taleem ka, education ka.</w:t>
      </w:r>
      <w:r>
        <w:br/>
      </w:r>
      <w:r>
        <w:rPr>
          <w:sz w:val="20"/>
        </w:rPr>
        <w:t>25:41  to ab musalman bari tadad mein aa rahe hain education mein. har jagah.</w:t>
      </w:r>
      <w:r>
        <w:br/>
      </w:r>
      <w:r>
        <w:rPr>
          <w:sz w:val="20"/>
        </w:rPr>
        <w:t>25:47  education ki importance kya hai? education aadmi ko bashaoor banata hai. yani intellect</w:t>
      </w:r>
      <w:r>
        <w:br/>
      </w:r>
      <w:r>
        <w:rPr>
          <w:sz w:val="20"/>
        </w:rPr>
        <w:t>25:53  ual development lata hai is ke andar.</w:t>
      </w:r>
      <w:r>
        <w:br/>
      </w:r>
      <w:r>
        <w:rPr>
          <w:sz w:val="20"/>
        </w:rPr>
        <w:t>25:59  sochne ki taqat aati hai.</w:t>
      </w:r>
      <w:r>
        <w:br/>
      </w:r>
      <w:r>
        <w:rPr>
          <w:sz w:val="20"/>
        </w:rPr>
        <w:t>26:04  education ka sab se bara role yeh nahi ke aap ko job mil jata hai.</w:t>
      </w:r>
      <w:r>
        <w:br/>
      </w:r>
      <w:r>
        <w:rPr>
          <w:sz w:val="20"/>
        </w:rPr>
        <w:t>26:09  wo secondary baat hai.</w:t>
      </w:r>
      <w:r>
        <w:br/>
      </w:r>
      <w:r>
        <w:rPr>
          <w:sz w:val="20"/>
        </w:rPr>
        <w:t>26:14  education ka sab se bara role yeh hai ke wo aap ko batata hai ke how to think.</w:t>
      </w:r>
      <w:r>
        <w:br/>
      </w:r>
      <w:r>
        <w:rPr>
          <w:sz w:val="20"/>
        </w:rPr>
        <w:t>26:19  sochne ka tareeqa kya hai? sochne ka tareeqa kya hai? to ab musalman dakhil ho gaye hain dheere dheere. yani</w:t>
      </w:r>
      <w:r>
        <w:br/>
      </w:r>
      <w:r>
        <w:rPr>
          <w:sz w:val="20"/>
        </w:rPr>
        <w:t>26:24  muashre maidan mein to aage barh chuke hain kafi.</w:t>
      </w:r>
      <w:r>
        <w:br/>
      </w:r>
      <w:r>
        <w:rPr>
          <w:sz w:val="20"/>
        </w:rPr>
        <w:t>26:27  taleem ke maidan mein dheere dheere aage barh rahe hain.</w:t>
      </w:r>
      <w:r>
        <w:br/>
      </w:r>
      <w:r>
        <w:rPr>
          <w:sz w:val="20"/>
        </w:rPr>
        <w:t>26:31  to kya ke wo ek waqt aye ga, wo shayad bohat jald aye ga, jab musalmanon ke andar</w:t>
      </w:r>
      <w:r>
        <w:br/>
      </w:r>
      <w:r>
        <w:rPr>
          <w:sz w:val="20"/>
        </w:rPr>
        <w:t>26:35  shaoor paida ho chuka hoga.</w:t>
      </w:r>
      <w:r>
        <w:br/>
      </w:r>
      <w:r>
        <w:rPr>
          <w:sz w:val="20"/>
        </w:rPr>
        <w:t>26:39  یعنی intellectual awakening آ چکی ہوگی۔</w:t>
      </w:r>
      <w:r>
        <w:br/>
      </w:r>
      <w:r>
        <w:rPr>
          <w:sz w:val="20"/>
        </w:rPr>
        <w:t>26:43  وہ اس قابل ہو چکے ہوں گے کہ سچ right way میں، right thinking ان کے اندر آ چکی ہوگی۔</w:t>
      </w:r>
      <w:r>
        <w:br/>
      </w:r>
      <w:r>
        <w:rPr>
          <w:sz w:val="20"/>
        </w:rPr>
        <w:t>26:46  to shayad bohat jald aisa hoga.</w:t>
      </w:r>
      <w:r>
        <w:br/>
      </w:r>
      <w:r>
        <w:rPr>
          <w:sz w:val="20"/>
        </w:rPr>
        <w:t>26:50  is ke, is ke, is ka</w:t>
      </w:r>
      <w:r>
        <w:br/>
      </w:r>
      <w:r>
        <w:rPr>
          <w:sz w:val="20"/>
        </w:rPr>
        <w:t>26:54  yeh process shuru ho chuka hai.</w:t>
      </w:r>
      <w:r>
        <w:br/>
      </w:r>
      <w:r>
        <w:rPr>
          <w:sz w:val="20"/>
        </w:rPr>
        <w:t>26:59  yeh process shuru ho chuka hai.</w:t>
      </w:r>
      <w:r>
        <w:br/>
      </w:r>
      <w:r>
        <w:rPr>
          <w:sz w:val="20"/>
        </w:rPr>
        <w:t>27:05  dost, is ke baad jo teesra stage hai, teesra, wo hai dawat.</w:t>
      </w:r>
      <w:r>
        <w:br/>
      </w:r>
      <w:r>
        <w:rPr>
          <w:sz w:val="20"/>
        </w:rPr>
        <w:t>27:10  dawat kya hai? dawat kya hai ke musalman pehle is mulk mein ek liability ke taur par thay.</w:t>
      </w:r>
      <w:r>
        <w:br/>
      </w:r>
      <w:r>
        <w:rPr>
          <w:sz w:val="20"/>
        </w:rPr>
        <w:t>27:16  phir un ke zehn mein aya ke hum ek taker group banen.</w:t>
      </w:r>
      <w:r>
        <w:br/>
      </w:r>
      <w:r>
        <w:rPr>
          <w:sz w:val="20"/>
        </w:rPr>
        <w:t>27:21  taker group, taker community banay hue thay.</w:t>
      </w:r>
      <w:r>
        <w:br/>
      </w:r>
      <w:r>
        <w:rPr>
          <w:sz w:val="20"/>
        </w:rPr>
        <w:t>27:27  to ab is se nikal kar ke wo dour aye ga inshallah ke jab un ke andar yeh</w:t>
      </w:r>
      <w:r>
        <w:br/>
      </w:r>
      <w:r>
        <w:rPr>
          <w:sz w:val="20"/>
        </w:rPr>
        <w:t>27:31  soch aye gi ke hamein giver group banna hai.</w:t>
      </w:r>
      <w:r>
        <w:br/>
      </w:r>
      <w:r>
        <w:rPr>
          <w:sz w:val="20"/>
        </w:rPr>
        <w:t>27:35  dawi banne ka matlab hai giver group banna.</w:t>
      </w:r>
      <w:r>
        <w:br/>
      </w:r>
      <w:r>
        <w:rPr>
          <w:sz w:val="20"/>
        </w:rPr>
        <w:t>27:40  dawat kya hai? doosron ko dena.</w:t>
      </w:r>
      <w:r>
        <w:br/>
      </w:r>
      <w:r>
        <w:rPr>
          <w:sz w:val="20"/>
        </w:rPr>
        <w:t>27:44  aap jab job karte hain to doosron se lete hain.</w:t>
      </w:r>
      <w:r>
        <w:br/>
      </w:r>
      <w:r>
        <w:rPr>
          <w:sz w:val="20"/>
        </w:rPr>
        <w:t>27:48  aap business karte hain to tab bhi aap customer se lete hain.</w:t>
      </w:r>
      <w:r>
        <w:br/>
      </w:r>
      <w:r>
        <w:rPr>
          <w:sz w:val="20"/>
        </w:rPr>
        <w:t>27:53  lekin dawat ek aisa kaam hai jo aap ko taker group se utha kar ke</w:t>
      </w:r>
      <w:r>
        <w:br/>
      </w:r>
      <w:r>
        <w:rPr>
          <w:sz w:val="20"/>
        </w:rPr>
        <w:t>27:57  giver group mein dakhil kar deta hai.</w:t>
      </w:r>
      <w:r>
        <w:br/>
      </w:r>
      <w:r>
        <w:rPr>
          <w:sz w:val="20"/>
        </w:rPr>
        <w:t>28:02  dene wala bana deta hai aap ko.</w:t>
      </w:r>
      <w:r>
        <w:br/>
      </w:r>
      <w:r>
        <w:rPr>
          <w:sz w:val="20"/>
        </w:rPr>
        <w:t>28:08  to quran mein hai ke jo giver group hota hai, usi ko barhai milti hai.</w:t>
      </w:r>
      <w:r>
        <w:br/>
      </w:r>
      <w:r>
        <w:rPr>
          <w:sz w:val="20"/>
        </w:rPr>
        <w:t>28:13  usi ko establishment milta hai.</w:t>
      </w:r>
      <w:r>
        <w:br/>
      </w:r>
      <w:r>
        <w:rPr>
          <w:sz w:val="20"/>
        </w:rPr>
        <w:t>28:18  usi ka darja barhta hai.</w:t>
      </w:r>
      <w:r>
        <w:br/>
      </w:r>
      <w:r>
        <w:rPr>
          <w:sz w:val="20"/>
        </w:rPr>
        <w:t>28:23  to ab mein samajhta hoon ke teesra jo daur hai ke musalman is mulk ke ticker group ban jayen, woh</w:t>
      </w:r>
      <w:r>
        <w:br/>
      </w:r>
      <w:r>
        <w:rPr>
          <w:sz w:val="20"/>
        </w:rPr>
        <w:t>28:28  woh bhi shuru ho chuka hai, agarche bohat hi dheemi raftaar se.</w:t>
      </w:r>
      <w:r>
        <w:br/>
      </w:r>
      <w:r>
        <w:rPr>
          <w:sz w:val="20"/>
        </w:rPr>
        <w:t>28:31  to yeh us ko samajhne ki baat hai.</w:t>
      </w:r>
      <w:r>
        <w:br/>
      </w:r>
      <w:r>
        <w:rPr>
          <w:sz w:val="20"/>
        </w:rPr>
        <w:t>28:34  usi ko samajhne ke wala tajdid ka kaam kar payega.</w:t>
      </w:r>
      <w:r>
        <w:br/>
      </w:r>
      <w:r>
        <w:rPr>
          <w:sz w:val="20"/>
        </w:rPr>
        <w:t>28:37  jo us ko na samjhe, woh tajdid kaam nahi kar sakta.</w:t>
      </w:r>
      <w:r>
        <w:br/>
      </w:r>
      <w:r>
        <w:rPr>
          <w:sz w:val="20"/>
        </w:rPr>
        <w:t>28:41  mujaddid ka role koi, koi apartment ka role nahi.</w:t>
      </w:r>
      <w:r>
        <w:br/>
      </w:r>
      <w:r>
        <w:rPr>
          <w:sz w:val="20"/>
        </w:rPr>
        <w:t>28:44  nabi apartment ki ayat hai.</w:t>
      </w:r>
      <w:r>
        <w:br/>
      </w:r>
      <w:r>
        <w:rPr>
          <w:sz w:val="20"/>
        </w:rPr>
        <w:t>28:47  nabi ka role apartment ka role hota hai.</w:t>
      </w:r>
      <w:r>
        <w:br/>
      </w:r>
      <w:r>
        <w:rPr>
          <w:sz w:val="20"/>
        </w:rPr>
        <w:t>28:50  yani Allah ne ek shakhs ko nabi bana diya.</w:t>
      </w:r>
      <w:r>
        <w:br/>
      </w:r>
      <w:r>
        <w:rPr>
          <w:sz w:val="20"/>
        </w:rPr>
        <w:t>28:53  ab farishta aaya, us ko wahi di.</w:t>
      </w:r>
      <w:r>
        <w:br/>
      </w:r>
      <w:r>
        <w:rPr>
          <w:sz w:val="20"/>
        </w:rPr>
        <w:t>28:56  us wahi ko suna diya us ne.</w:t>
      </w:r>
    </w:p>
    <w:p>
      <w:pPr>
        <w:pStyle w:val="Heading2"/>
      </w:pPr>
      <w:r>
        <w:t>Root cause of Muslim violence political Islam</w:t>
      </w:r>
    </w:p>
    <w:p>
      <w:r>
        <w:rPr>
          <w:color w:val="666666"/>
          <w:sz w:val="18"/>
        </w:rPr>
        <w:t>Islam and Politics November 17, 2013 · 5m 22s · at 3:13 · https://youtu.be/2MiJJ1QzDRY?t=193</w:t>
      </w:r>
    </w:p>
    <w:p>
      <w:r>
        <w:rPr>
          <w:i/>
        </w:rPr>
        <w:t>“To meri samajh mein aaya ke is ki wajah kya hai”</w:t>
      </w:r>
    </w:p>
    <w:p>
      <w:r>
        <w:rPr>
          <w:sz w:val="20"/>
        </w:rPr>
        <w:t>3:13  yani yeh musalmanon mein jo yeh jo culture aa gaya hai, is culture ka sabab kya hai.</w:t>
      </w:r>
      <w:r>
        <w:br/>
      </w:r>
      <w:r>
        <w:rPr>
          <w:sz w:val="20"/>
        </w:rPr>
        <w:t>3:26  is ka sabab hai Islam ko</w:t>
      </w:r>
      <w:r>
        <w:br/>
      </w:r>
      <w:r>
        <w:rPr>
          <w:sz w:val="20"/>
        </w:rPr>
        <w:t>3:31  mukammal Islam batana, including political system. yahi is ka sabab hai. is zamane mein, yeh na Quran mein hai, na hadith mein hai,</w:t>
      </w:r>
      <w:r>
        <w:br/>
      </w:r>
      <w:r>
        <w:rPr>
          <w:sz w:val="20"/>
        </w:rPr>
        <w:t>3:47  na is ke baad Islam ki tareekh mein yeh term use hua, Islam ek mukammal nizam hai. kyunke aaj kal jo hai, sari dunya mein hi halat bolte hain log.</w:t>
      </w:r>
      <w:r>
        <w:br/>
      </w:r>
      <w:r>
        <w:rPr>
          <w:sz w:val="20"/>
        </w:rPr>
        <w:t>4:00  arab kahenge ke Islam deen kamil o shamil hai.</w:t>
      </w:r>
      <w:r>
        <w:br/>
      </w:r>
      <w:r>
        <w:rPr>
          <w:sz w:val="20"/>
        </w:rPr>
        <w:t>4:06  aur yeh jo Indian subcontinent hai, is mein kahenge ke Islam mukammal nizam hai. aap maghrib mein jayen to wahan ke musalman kahenge ke Islam ek complete system hai.</w:t>
      </w:r>
      <w:r>
        <w:br/>
      </w:r>
      <w:r>
        <w:rPr>
          <w:sz w:val="20"/>
        </w:rPr>
        <w:t>4:20  yahi woh cheez hai jis ne sari dunya ke musalmanon ko violent bana diya hai. yeh meri samajh mein aya.</w:t>
      </w:r>
      <w:r>
        <w:br/>
      </w:r>
      <w:r>
        <w:rPr>
          <w:sz w:val="20"/>
        </w:rPr>
        <w:t>4:30  aur kitni yani super evil hai main samajhta hoon, violence mein jeena. chahe woh active violence ho ya passive violence ho, dono mere dekh super evil hain.</w:t>
      </w:r>
      <w:r>
        <w:br/>
      </w:r>
      <w:r>
        <w:rPr>
          <w:sz w:val="20"/>
        </w:rPr>
        <w:t>4:44  kyun? jahan</w:t>
      </w:r>
      <w:r>
        <w:br/>
      </w:r>
      <w:r>
        <w:rPr>
          <w:sz w:val="20"/>
        </w:rPr>
        <w:t>4:49  yeh culture aya, wahan marifat rokhsat ho gayi. yani Allah se mohabbat, Allah ki marifat, deen ka gehri samajh, yeh sab rokhsat ho gayi.</w:t>
      </w:r>
      <w:r>
        <w:br/>
      </w:r>
      <w:r>
        <w:rPr>
          <w:sz w:val="20"/>
        </w:rPr>
        <w:t>5:01  aur yahi musalmanon ka haal ho raha hai is zamane mein. dekhen is ka raaz kya hai.</w:t>
      </w:r>
      <w:r>
        <w:br/>
      </w:r>
      <w:r>
        <w:rPr>
          <w:sz w:val="20"/>
        </w:rPr>
        <w:t>5:10  ek hoti hai aadmi ki apni private zindagi, ek hoti hai social ya political life.</w:t>
      </w:r>
      <w:r>
        <w:br/>
      </w:r>
      <w:r>
        <w:rPr>
          <w:sz w:val="20"/>
        </w:rPr>
        <w:t>5:19  to aadmi ki apni zindagi jo hai, wahan to kisi se aap ko poochna nahin hai. aap jaise chahen waise apne ghar mein rahen.</w:t>
      </w:r>
      <w:r>
        <w:br/>
      </w:r>
      <w:r>
        <w:rPr>
          <w:sz w:val="20"/>
        </w:rPr>
        <w:t>5:30  yani Allah ko aap ek manen to kisi se aap ko poochna nahin hai. aap namaz padhen, aap Quran padhen, aap marifat hasil karne ki koshish karen, aap tadabbur aur tafakkur karen.</w:t>
      </w:r>
      <w:r>
        <w:br/>
      </w:r>
      <w:r>
        <w:rPr>
          <w:sz w:val="20"/>
        </w:rPr>
        <w:t>5:45  aap insanon ki hidayat ke liye duayen karen, apne liye Allah se hidayat mangen. to is mein aap ko kisi se takrana nahin hai.</w:t>
      </w:r>
      <w:r>
        <w:br/>
      </w:r>
      <w:r>
        <w:rPr>
          <w:sz w:val="20"/>
        </w:rPr>
        <w:t>5:56  apne ghar mein is deen ko aap ikhtiyar kar sakte hain. aur iqamat e deen yahi hai. Quran majeed mein jo lafz aya hai iqamat e deen to is ka matlab yahi hai ke apne aap ko deen e khuda wandi par qaim karo.</w:t>
      </w:r>
      <w:r>
        <w:br/>
      </w:r>
      <w:r>
        <w:rPr>
          <w:sz w:val="20"/>
        </w:rPr>
        <w:t>6:12  yeh iqamat e deen haqeeqat mein aadmi ki apni zaati zindagi ke liye hai. ke aap ko Allah ki daryaft ho, Allah se mohabbat ho aap ko, Allah se khauf karen aap.</w:t>
      </w:r>
      <w:r>
        <w:br/>
      </w:r>
      <w:r>
        <w:rPr>
          <w:sz w:val="20"/>
        </w:rPr>
        <w:t>6:25  aap jannat o jahannum ke baray mein sochen. aap acha akhlaq ikhtiyar karen, logon ke liye khair khwah hon. apni zindagi mein aap amant dari ikhtiyar karen, sach bolen.</w:t>
      </w:r>
      <w:r>
        <w:br/>
      </w:r>
      <w:r>
        <w:rPr>
          <w:sz w:val="20"/>
        </w:rPr>
        <w:t>6:41  yeh sari chezen jo hain iqamat-e-deen hain. is mein aap ko kisi se takrana hai, na kisi se nafrat karna hai, na koi aap se larne ke liye aye ga.</w:t>
      </w:r>
      <w:r>
        <w:br/>
      </w:r>
      <w:r>
        <w:rPr>
          <w:sz w:val="20"/>
        </w:rPr>
        <w:t>6:56  private life har aadmi guzar raha hai baghair is ke ke us ko kisi se ladna paray.</w:t>
      </w:r>
      <w:r>
        <w:br/>
      </w:r>
      <w:r>
        <w:rPr>
          <w:sz w:val="20"/>
        </w:rPr>
        <w:t>7:03  chahe secular life ho ya religious life ho. lekin jab aap system ki baat karte hain to foran takrao shuru ho jata hai.</w:t>
      </w:r>
      <w:r>
        <w:br/>
      </w:r>
      <w:r>
        <w:rPr>
          <w:sz w:val="20"/>
        </w:rPr>
        <w:t>7:13  kyun ke aap jis mulk mein rahen wahan par aik system hoga. India ka aik system, Sri Lanka ka aik system, Britain, Germany, France, Africa ka system, har jagah aik system hai.</w:t>
      </w:r>
      <w:r>
        <w:br/>
      </w:r>
      <w:r>
        <w:rPr>
          <w:sz w:val="20"/>
        </w:rPr>
        <w:t>7:29  dunya mein taqreeban 200 countries hain to har jagah ka aik system aik hai. ab aap agar yeh aqeedah bana len ke mujhe system ko Islamize karna hai to foran takrao shuru ho.</w:t>
      </w:r>
      <w:r>
        <w:br/>
      </w:r>
      <w:r>
        <w:rPr>
          <w:sz w:val="20"/>
        </w:rPr>
        <w:t>7:45  agar aap ka aqeedah yeh ho ke mujhe apne aap ko Islamize karna hai to koi takrao nahin. iqamat-e-deen ka matlab hai apne aap ko Islamize karo.</w:t>
      </w:r>
      <w:r>
        <w:br/>
      </w:r>
      <w:r>
        <w:rPr>
          <w:sz w:val="20"/>
        </w:rPr>
        <w:t>7:56  lekin jab aap mukammal deen aur system ki baaten karen, political Islam ki baat karen to kya hoga? aap jis mulk mein hain wahin aap dekhen ke aik mukhtalif type ka wahan par system qaim hai.</w:t>
      </w:r>
      <w:r>
        <w:br/>
      </w:r>
      <w:r>
        <w:rPr>
          <w:sz w:val="20"/>
        </w:rPr>
        <w:t>8:12  aik nizam qaim hai. to apne aqeeday ke rooh se aap zaroor samjhen ge ke mein is system ko badlun. is nizam ko badlun. to kya hai?</w:t>
      </w:r>
      <w:r>
        <w:br/>
      </w:r>
      <w:r>
        <w:rPr>
          <w:sz w:val="20"/>
        </w:rPr>
        <w:t>8:22  kya woh aadmi kahe ga haan aap badal do? zahir hai ke woh resist kare ga. jab resist kare ga to takrao shuru ho jaye ga. yahi wajah hai ke sari dunya mein musalmanon ka zehan jo hai violent ban gaya.</w:t>
      </w:r>
    </w:p>
    <w:p>
      <w:pPr>
        <w:pStyle w:val="Heading2"/>
      </w:pPr>
      <w:r>
        <w:t>Woodcutter king parable for dawah</w:t>
      </w:r>
    </w:p>
    <w:p>
      <w:r>
        <w:rPr>
          <w:color w:val="666666"/>
          <w:sz w:val="18"/>
        </w:rPr>
        <w:t>From the Spiritual Tree December 3, 2006 Maulana Wahiduddin Khan · 4m 27s · at 48:02 · https://youtu.be/2MrnmNMSEfs?t=2882</w:t>
      </w:r>
    </w:p>
    <w:p>
      <w:r>
        <w:rPr>
          <w:i/>
        </w:rPr>
        <w:t>“Ek raja tha, woh raja mar gaya”</w:t>
      </w:r>
    </w:p>
    <w:p>
      <w:r>
        <w:rPr>
          <w:sz w:val="20"/>
        </w:rPr>
        <w:t>48:02  ek raja tha. woh raja mar gaya to uska koi beta nahin tha. aap jantey hain ke rajaon ke haan raja marta tha to beta us ki jagah par gaddi par baithta tha.</w:t>
      </w:r>
      <w:r>
        <w:br/>
      </w:r>
      <w:r>
        <w:rPr>
          <w:sz w:val="20"/>
        </w:rPr>
        <w:t>48:18  to raja ki gaddi par baithne ke liye koi beta maujood nahin tha.</w:t>
      </w:r>
      <w:r>
        <w:br/>
      </w:r>
      <w:r>
        <w:rPr>
          <w:sz w:val="20"/>
        </w:rPr>
        <w:t>48:25  to kya hua? darbari log jo thay unhon ne mashwara kiya ke abhi kya kiya jaye? raja ka to koi beta hai nahin.</w:t>
      </w:r>
      <w:r>
        <w:br/>
      </w:r>
      <w:r>
        <w:rPr>
          <w:sz w:val="20"/>
        </w:rPr>
        <w:t>48:35  to unhon ne kaha acha aisa karo ke kal subah hum bohat sawere nikaltay hain jangal mein. bahar.</w:t>
      </w:r>
      <w:r>
        <w:br/>
      </w:r>
      <w:r>
        <w:rPr>
          <w:sz w:val="20"/>
        </w:rPr>
        <w:t>48:45  jo aadmi pehla mil jaye subah sawere bahar wohi hamara raja hoga. us ko la kar gaddi par bitha denge. to agley din subah sawere kafi sawere nikley woh log jangal ki taraf.</w:t>
      </w:r>
      <w:r>
        <w:br/>
      </w:r>
      <w:r>
        <w:rPr>
          <w:sz w:val="20"/>
        </w:rPr>
        <w:t>49:04  to ek ghareeb aadmi mil gaya.</w:t>
      </w:r>
      <w:r>
        <w:br/>
      </w:r>
      <w:r>
        <w:rPr>
          <w:sz w:val="20"/>
        </w:rPr>
        <w:t>49:09  jo lakri bechta tha. yeh uska kaam tha. jis ko hamare urdu mein kehtey hain lakrhara. lakrhare ko kya kehtey hain english mein?</w:t>
      </w:r>
      <w:r>
        <w:br/>
      </w:r>
      <w:r>
        <w:rPr>
          <w:sz w:val="20"/>
        </w:rPr>
        <w:t>49:22  lakrhara. lakrhara kehtey hain. lakri kaatna aur bechna. to us ko kehtey hain hamare lakrhara.</w:t>
      </w:r>
      <w:r>
        <w:br/>
      </w:r>
      <w:r>
        <w:rPr>
          <w:sz w:val="20"/>
        </w:rPr>
        <w:t>49:32  english mein shayad us ko kehtey hain lakrhara. to woh mil gaya. aur us se unhon ne kaha ke aaj se tum hamare raja ho.</w:t>
      </w:r>
      <w:r>
        <w:br/>
      </w:r>
      <w:r>
        <w:rPr>
          <w:sz w:val="20"/>
        </w:rPr>
        <w:t>49:48  us ne kaha mujhe maaf karo.</w:t>
      </w:r>
      <w:r>
        <w:br/>
      </w:r>
      <w:r>
        <w:rPr>
          <w:sz w:val="20"/>
        </w:rPr>
        <w:t>49:54  us ne kaha mujh se mazak kar rahey hain log. ke maaf karo mein to ek ghareeb aadmi hoon. lakri la kar bechta hoon. ek lakrhara hoon.</w:t>
      </w:r>
      <w:r>
        <w:br/>
      </w:r>
      <w:r>
        <w:rPr>
          <w:sz w:val="20"/>
        </w:rPr>
        <w:t>50:03  mujhe maaf kar do.</w:t>
      </w:r>
      <w:r>
        <w:br/>
      </w:r>
      <w:r>
        <w:rPr>
          <w:sz w:val="20"/>
        </w:rPr>
        <w:t>50:11  to darbarion ne kaha ke nahin. yahi hamara yeh hum ne faisla kiya hai. aur isi faisle ke mutabiq yahan aaye they hum.</w:t>
      </w:r>
      <w:r>
        <w:br/>
      </w:r>
      <w:r>
        <w:rPr>
          <w:sz w:val="20"/>
        </w:rPr>
        <w:t>50:21  ke jo subah sawere mil jaye wohi hamara raja hoga. to tum mil gaye ho to ab tum hi hamare raja ho.</w:t>
      </w:r>
      <w:r>
        <w:br/>
      </w:r>
      <w:r>
        <w:rPr>
          <w:sz w:val="20"/>
        </w:rPr>
        <w:t>50:36  to us ko pakad kar le gaye aur gaddi par bitha diya. to mujhe aisa lagta hai jab zahab ulma ho gaya. yeh sarey log dawat mission ke mahaz ko chhod kar chaley gaye.</w:t>
      </w:r>
      <w:r>
        <w:br/>
      </w:r>
      <w:r>
        <w:rPr>
          <w:sz w:val="20"/>
        </w:rPr>
        <w:t>50:49  parties ke qabristan mein. to shayad khuda ne apne farishton se kaha ke jao dhoondo kisi insaan ko. to mein jo libraryon mein guzarta tha.</w:t>
      </w:r>
      <w:r>
        <w:br/>
      </w:r>
      <w:r>
        <w:rPr>
          <w:sz w:val="20"/>
        </w:rPr>
        <w:t>51:04  aap ko bataon ke adam garh mein mehtah library thi. is mein mein ne mutala shuru kiya jadeed soch ko janne ke liye.</w:t>
      </w:r>
      <w:r>
        <w:br/>
      </w:r>
      <w:r>
        <w:rPr>
          <w:sz w:val="20"/>
        </w:rPr>
        <w:t>51:13  to wahan jab mein gaya to sab gard padi hui thi gard kitabon par. log aate thay sirf akhbar parh kar. news paper parh kar chale aate thay. kitab koi nahi parhta tha.</w:t>
      </w:r>
      <w:r>
        <w:br/>
      </w:r>
      <w:r>
        <w:rPr>
          <w:sz w:val="20"/>
        </w:rPr>
        <w:t>51:24  gard jhaar jhaar kar mein ne kitabein parhin. musannifeen ke kutub khane mein itni der tak mein ne parha hai ke wahan mein be hosh ho jata tha.</w:t>
      </w:r>
      <w:r>
        <w:br/>
      </w:r>
      <w:r>
        <w:rPr>
          <w:sz w:val="20"/>
        </w:rPr>
        <w:t>51:33  phir bhi parhta rehta tha. to shayad khuda ne apne farishton ko kaha hai jao. to unhon ne dekha ke khuda ek aadmi hai.</w:t>
      </w:r>
      <w:r>
        <w:br/>
      </w:r>
      <w:r>
        <w:rPr>
          <w:sz w:val="20"/>
        </w:rPr>
        <w:t>51:43  jis ki yeh zindagi hai ke tere deen ko samajhne ke liye woh libraryon mein be hosh ho raha hai. tere deen ko samajhne ke liye woh libraryon ki kitabon ko gard mein jhaar raha hai.</w:t>
      </w:r>
      <w:r>
        <w:br/>
      </w:r>
      <w:r>
        <w:rPr>
          <w:sz w:val="20"/>
        </w:rPr>
        <w:t>51:57  aur tere liye dua kar raha hai. mein raat din dua karta tha. raat din dua karta tha.</w:t>
      </w:r>
      <w:r>
        <w:br/>
      </w:r>
      <w:r>
        <w:rPr>
          <w:sz w:val="20"/>
        </w:rPr>
        <w:t>52:05  mein ne kabhi bhi kisi madi cheez ke liye dua nahi ki. hamesha yeh dua meri hoti thi ke khuda ya deen ka koi kaam mujh se le le. to shayad farishton ne mujhe utha kar gira kar yahan rakh diya.</w:t>
      </w:r>
      <w:r>
        <w:br/>
      </w:r>
      <w:r>
        <w:rPr>
          <w:sz w:val="20"/>
        </w:rPr>
        <w:t>52:18  to mein woh lakrahara hoon jis ne dawat mission ko shuru kiya.</w:t>
      </w:r>
      <w:r>
        <w:br/>
      </w:r>
      <w:r>
        <w:rPr>
          <w:sz w:val="20"/>
        </w:rPr>
        <w:t>52:24  aur Allah ke fazl se yahan tak pohancha.</w:t>
      </w:r>
    </w:p>
    <w:p>
      <w:pPr>
        <w:pStyle w:val="Heading2"/>
      </w:pPr>
      <w:r>
        <w:t>Criterion for dawah is delivering, not acceptance</w:t>
      </w:r>
    </w:p>
    <w:p>
      <w:r>
        <w:rPr>
          <w:color w:val="666666"/>
          <w:sz w:val="18"/>
        </w:rPr>
        <w:t>Q&amp;A 09 Mar 2008 Maulana Wahiduddin Khan · 4m 02s · at 55:31 · https://youtu.be/qE__fts05yw?t=3331</w:t>
      </w:r>
    </w:p>
    <w:p>
      <w:r>
        <w:rPr>
          <w:i/>
        </w:rPr>
        <w:t>“This is a very important question”</w:t>
      </w:r>
    </w:p>
    <w:p>
      <w:r>
        <w:rPr>
          <w:sz w:val="20"/>
        </w:rPr>
        <w:t>55:31  this question is from doctor farida khanum: we are distributing literature on a large scale, but the result is not very encouraging.</w:t>
      </w:r>
      <w:r>
        <w:br/>
      </w:r>
      <w:r>
        <w:rPr>
          <w:sz w:val="20"/>
        </w:rPr>
        <w:t>55:42  in such case, what should be done?</w:t>
      </w:r>
      <w:r>
        <w:br/>
      </w:r>
      <w:r>
        <w:rPr>
          <w:sz w:val="20"/>
        </w:rPr>
        <w:t>55:45  should we continue to work irrespective of the result? haan, dekhiye, yeh bohat zyada important question hai.</w:t>
      </w:r>
      <w:r>
        <w:br/>
      </w:r>
      <w:r>
        <w:rPr>
          <w:sz w:val="20"/>
        </w:rPr>
        <w:t>55:58  pichhle hafte hamare kuch saathi'on ne</w:t>
      </w:r>
      <w:r>
        <w:br/>
      </w:r>
      <w:r>
        <w:rPr>
          <w:sz w:val="20"/>
        </w:rPr>
        <w:t>56:03  one thousand brochure jo hai, akhbar mein daal kar ke</w:t>
      </w:r>
      <w:r>
        <w:br/>
      </w:r>
      <w:r>
        <w:rPr>
          <w:sz w:val="20"/>
        </w:rPr>
        <w:t>56:10  ek ghar, ek hazar gharon mein pouncha diya. yani rozana jo akhbar, yeh newspaper distribute hote hain, to ek hazar mein unhon ne dala.</w:t>
      </w:r>
      <w:r>
        <w:br/>
      </w:r>
      <w:r>
        <w:rPr>
          <w:sz w:val="20"/>
        </w:rPr>
        <w:t>56:19  aur aap dekhein ke minute'on mein woh ek hazar gharon mein pounch gaya. ek saal mein mujh se kaha ke</w:t>
      </w:r>
      <w:r>
        <w:br/>
      </w:r>
      <w:r>
        <w:rPr>
          <w:sz w:val="20"/>
        </w:rPr>
        <w:t>56:27  kya is ka faida hai? ab dekhein ke kya sab log sachai par aa gaye? dekhiye, that is wrong criterion. yeh wrong criterion se judge karna hai.</w:t>
      </w:r>
      <w:r>
        <w:br/>
      </w:r>
      <w:r>
        <w:rPr>
          <w:sz w:val="20"/>
        </w:rPr>
        <w:t>56:40  lekin sachai ka jo jo woh hai,</w:t>
      </w:r>
      <w:r>
        <w:br/>
      </w:r>
      <w:r>
        <w:rPr>
          <w:sz w:val="20"/>
        </w:rPr>
        <w:t>56:46  jo dai hai, jo messenger hai, jo sachai ko phailana chahta hai, woh is ka kya hai? yeh nahin ke kitne logon ne maan liya, kitne logon tak mein pouncha paya.</w:t>
      </w:r>
      <w:r>
        <w:br/>
      </w:r>
      <w:r>
        <w:rPr>
          <w:sz w:val="20"/>
        </w:rPr>
        <w:t>57:02  ek hai</w:t>
      </w:r>
      <w:r>
        <w:br/>
      </w:r>
      <w:r>
        <w:rPr>
          <w:sz w:val="20"/>
        </w:rPr>
        <w:t>57:04  ke log maan lein, ek hai ke aap pahuncha dein. to da work mein pahunchana asal cheez hai. log maan liye, yeh asal cheez nahin hai.</w:t>
      </w:r>
      <w:r>
        <w:br/>
      </w:r>
      <w:r>
        <w:rPr>
          <w:sz w:val="20"/>
        </w:rPr>
        <w:t>57:14  yeh koi business nahin hai. business mein aap jante hain ke business mein hota hai ke income se toalte hain.</w:t>
      </w:r>
      <w:r>
        <w:br/>
      </w:r>
      <w:r>
        <w:rPr>
          <w:sz w:val="20"/>
        </w:rPr>
        <w:t>57:22  woh</w:t>
      </w:r>
      <w:r>
        <w:br/>
      </w:r>
      <w:r>
        <w:rPr>
          <w:sz w:val="20"/>
        </w:rPr>
        <w:t>57:23  jis business mein income ho rahi ho, us ko rakhenge, nahin income ho to us ko khatam kar denge. to so in business the criteria is is income.</w:t>
      </w:r>
      <w:r>
        <w:br/>
      </w:r>
      <w:r>
        <w:rPr>
          <w:sz w:val="20"/>
        </w:rPr>
        <w:t>57:37  lekin yeh da work mein yeh criteria nahin hai.</w:t>
      </w:r>
      <w:r>
        <w:br/>
      </w:r>
      <w:r>
        <w:rPr>
          <w:sz w:val="20"/>
        </w:rPr>
        <w:t>57:43  quran mein hai ke wa alaina illal balagh.</w:t>
      </w:r>
      <w:r>
        <w:br/>
      </w:r>
      <w:r>
        <w:rPr>
          <w:sz w:val="20"/>
        </w:rPr>
        <w:t>57:49  yeh sahib, yeh ayat hai quran ki: wa alaina illal balagh. pahuncha dena yeh hai criteria.</w:t>
      </w:r>
      <w:r>
        <w:br/>
      </w:r>
      <w:r>
        <w:rPr>
          <w:sz w:val="20"/>
        </w:rPr>
        <w:t>58:00  woh maane ya na maane, yeh un ka kaam hai.</w:t>
      </w:r>
      <w:r>
        <w:br/>
      </w:r>
      <w:r>
        <w:rPr>
          <w:sz w:val="20"/>
        </w:rPr>
        <w:t>58:05  to jitna zyada hum pahuncha sakein, utne hamein pahunchana chahiye. aur yeh condition nahin rakhni chahiye ke log accept karein hamari baaton ko, to hum pahunchayenge nahin, to nahin pahunchayenge.</w:t>
      </w:r>
      <w:r>
        <w:br/>
      </w:r>
      <w:r>
        <w:rPr>
          <w:sz w:val="20"/>
        </w:rPr>
        <w:t>58:19  that is wrong criteria. khuda kabhi bhi aap ko is criteria ko accept nahin karega. aap ke is is aap ke is excuse ko accept nahin karega.</w:t>
      </w:r>
      <w:r>
        <w:br/>
      </w:r>
      <w:r>
        <w:rPr>
          <w:sz w:val="20"/>
        </w:rPr>
        <w:t>58:32  kabhi bhi accept nahin karega.</w:t>
      </w:r>
      <w:r>
        <w:br/>
      </w:r>
      <w:r>
        <w:rPr>
          <w:sz w:val="20"/>
        </w:rPr>
        <w:t>58:38  quran mein bohat baar yeh baat aayi hai: innama anta muzakkar alaihim bimustair.</w:t>
      </w:r>
      <w:r>
        <w:br/>
      </w:r>
      <w:r>
        <w:rPr>
          <w:sz w:val="20"/>
        </w:rPr>
        <w:t>58:47  bohat baar aayi hai ke tumhara kaam pahuncha dena hai. baqi woh maante na maante hain, to yeh hamara, yeh hamara muamla hai. hum un ko poocheinge un se ke tum ne kyun nahin maana?</w:t>
      </w:r>
      <w:r>
        <w:br/>
      </w:r>
      <w:r>
        <w:rPr>
          <w:sz w:val="20"/>
        </w:rPr>
        <w:t>59:03  to beharhaal, jis jis kisi ke dil mein agar yeh baat aati ho ke result ko le kar ke woh da work karna hai, to woh samajh rahe hain ke yeh yeh bilkul satanic baat hai.</w:t>
      </w:r>
      <w:r>
        <w:br/>
      </w:r>
      <w:r>
        <w:rPr>
          <w:sz w:val="20"/>
        </w:rPr>
        <w:t>59:14  yeh yeh khuda ki baat nahin hai. result ko le kar da work nahin kiya jata. da work to ek responsibility hai ke har insan jo is zameen par chal phir raha hai,</w:t>
      </w:r>
      <w:r>
        <w:br/>
      </w:r>
      <w:r>
        <w:rPr>
          <w:sz w:val="20"/>
        </w:rPr>
        <w:t>59:28  us ko aap sachai pahuncha dein. bas.</w:t>
      </w:r>
    </w:p>
    <w:p>
      <w:pPr>
        <w:pStyle w:val="Heading2"/>
      </w:pPr>
      <w:r>
        <w:t>Islam's degraded state and final proclamation</w:t>
      </w:r>
    </w:p>
    <w:p>
      <w:r>
        <w:rPr>
          <w:color w:val="666666"/>
          <w:sz w:val="18"/>
        </w:rPr>
        <w:t>Fragments of a CPS Mind 5 May 2006 - Maulana Wahiduddin Khan · 4m 54s · at 8:03 · https://youtu.be/_IxGI6LsK8o?t=483</w:t>
      </w:r>
    </w:p>
    <w:p>
      <w:r>
        <w:rPr>
          <w:i/>
        </w:rPr>
        <w:t>“Aap ko ye baat maine kai baar batata raha hoon ke log”</w:t>
      </w:r>
    </w:p>
    <w:p>
      <w:r>
        <w:rPr>
          <w:sz w:val="20"/>
        </w:rPr>
        <w:t>8:03  aap ko yeh baat main ne kai baar batata raha hoon ke log ke aaj Islam ka woh zamana aa gaya hai jis ke baray mein hadith mein kaha gaya hai ke "lam yabqa min al-Islam illa ismuhu wa lam yabqa min al-Quran illa rasmuhu".</w:t>
      </w:r>
      <w:r>
        <w:br/>
      </w:r>
      <w:r>
        <w:rPr>
          <w:sz w:val="20"/>
        </w:rPr>
        <w:t>8:26  yeh prophet ke alfaaz hain.</w:t>
      </w:r>
      <w:r>
        <w:br/>
      </w:r>
      <w:r>
        <w:rPr>
          <w:sz w:val="20"/>
        </w:rPr>
        <w:t>8:30  aap ne kaha ke ek daur aayega jab ke</w:t>
      </w:r>
      <w:r>
        <w:br/>
      </w:r>
      <w:r>
        <w:rPr>
          <w:sz w:val="20"/>
        </w:rPr>
        <w:t>8:37  Quran ke sirf lines baqi rahengi aur Islam ka sirf naam baqi rahega.</w:t>
      </w:r>
      <w:r>
        <w:br/>
      </w:r>
      <w:r>
        <w:rPr>
          <w:sz w:val="20"/>
        </w:rPr>
        <w:t>8:51  yahan bhi main kahunga ke mujhe nahin maloom ke Allah ke nazdeek woh din aa chuka ya aanay wala hai, lekin main apni samajh se samajhta hoon ke woh waqt aa chuka.</w:t>
      </w:r>
      <w:r>
        <w:br/>
      </w:r>
      <w:r>
        <w:rPr>
          <w:sz w:val="20"/>
        </w:rPr>
        <w:t>9:03  aaj wahi zamana hai.</w:t>
      </w:r>
      <w:r>
        <w:br/>
      </w:r>
      <w:r>
        <w:rPr>
          <w:sz w:val="20"/>
        </w:rPr>
        <w:t>9:08  islam ki jo dhoom idhar udhar aap dekh rahe hain, woh islam ki dhoom nahi hai, woh sirf qoumi dhoom hai, qoumi dhoom hai, mili dhoom hai. Is ka islam se koi talluq nahin.</w:t>
      </w:r>
      <w:r>
        <w:br/>
      </w:r>
      <w:r>
        <w:rPr>
          <w:sz w:val="20"/>
        </w:rPr>
        <w:t>9:22  aaj ki mein aik misaal deta hoon. Aaj mein ne</w:t>
      </w:r>
      <w:r>
        <w:br/>
      </w:r>
      <w:r>
        <w:rPr>
          <w:sz w:val="20"/>
        </w:rPr>
        <w:t>9:30  aik bohat hi well known muslim scholar ka aik article parha.</w:t>
      </w:r>
      <w:r>
        <w:br/>
      </w:r>
      <w:r>
        <w:rPr>
          <w:sz w:val="20"/>
        </w:rPr>
        <w:t>9:44  unhon ne is is article mein kaha tha ke dunya aik final war ke qareeb pohanch chuki hai.</w:t>
      </w:r>
      <w:r>
        <w:br/>
      </w:r>
      <w:r>
        <w:rPr>
          <w:sz w:val="20"/>
        </w:rPr>
        <w:t>9:57  final war. Un ki theme yeh thi ke islam aur</w:t>
      </w:r>
      <w:r>
        <w:br/>
      </w:r>
      <w:r>
        <w:rPr>
          <w:sz w:val="20"/>
        </w:rPr>
        <w:t>10:09  aur aur taghoot ya islam aur batil mein, islam ya false food mein aik eternal larai jari hai.</w:t>
      </w:r>
      <w:r>
        <w:br/>
      </w:r>
      <w:r>
        <w:rPr>
          <w:sz w:val="20"/>
        </w:rPr>
        <w:t>10:20  ab finally woh larai, ab is ab aik final war dono ke beech mein honay wali hai</w:t>
      </w:r>
      <w:r>
        <w:br/>
      </w:r>
      <w:r>
        <w:rPr>
          <w:sz w:val="20"/>
        </w:rPr>
        <w:t>10:27  jis ke baad sari dunya mein musalmanon ka role qaim ho jaye ga aur batil mit jaye ga. Yeh bilashuba aik jhooti baat hai, baseless baat hai.</w:t>
      </w:r>
      <w:r>
        <w:br/>
      </w:r>
      <w:r>
        <w:rPr>
          <w:sz w:val="20"/>
        </w:rPr>
        <w:t>10:39  Is ka na quran se koi talluq hai, na hadith se koi talluq hai.</w:t>
      </w:r>
      <w:r>
        <w:br/>
      </w:r>
      <w:r>
        <w:rPr>
          <w:sz w:val="20"/>
        </w:rPr>
        <w:t>10:44  dekhen, khuda ka yeh matloob hi nahi ke dunya musalmanon ko role ho, musalmanon ki hukoomat ho ya musalmanon ka apna qoumi ambitious, qoumi un ki tamanna ho sakti hai.</w:t>
      </w:r>
      <w:r>
        <w:br/>
      </w:r>
      <w:r>
        <w:rPr>
          <w:sz w:val="20"/>
        </w:rPr>
        <w:t>10:59  islam ka is se koi talluq nahin.</w:t>
      </w:r>
      <w:r>
        <w:br/>
      </w:r>
      <w:r>
        <w:rPr>
          <w:sz w:val="20"/>
        </w:rPr>
        <w:t>11:03  dekhen, khuda ka jo concern hai, woh final proclamation hai sachai ka,</w:t>
      </w:r>
      <w:r>
        <w:br/>
      </w:r>
      <w:r>
        <w:rPr>
          <w:sz w:val="20"/>
        </w:rPr>
        <w:t>11:17  final war nahin. Yeh zaroor hai ke aik final waqea honay wala hai,</w:t>
      </w:r>
      <w:r>
        <w:br/>
      </w:r>
      <w:r>
        <w:rPr>
          <w:sz w:val="20"/>
        </w:rPr>
        <w:t>11:24  lekin woh hoga proclamation, sachai ka aakhri elaan. Sachai ka aakhri elaan.</w:t>
      </w:r>
      <w:r>
        <w:br/>
      </w:r>
      <w:r>
        <w:rPr>
          <w:sz w:val="20"/>
        </w:rPr>
        <w:t>11:35  mein samajhta hoon ke sachai ka hi aakhri elaan, yani proclamation,</w:t>
      </w:r>
      <w:r>
        <w:br/>
      </w:r>
      <w:r>
        <w:rPr>
          <w:sz w:val="20"/>
        </w:rPr>
        <w:t>11:43  yehi woh kaam hai jo ikhwan e rasool anjam dein ge, yani brothers of the prophet.</w:t>
      </w:r>
      <w:r>
        <w:br/>
      </w:r>
      <w:r>
        <w:rPr>
          <w:sz w:val="20"/>
        </w:rPr>
        <w:t>11:55  aur mein samajhta hoon ke, yani khuda ke ilm mein kya hai, woh zahir hai ke na mein janta, na aap jante.</w:t>
      </w:r>
      <w:r>
        <w:br/>
      </w:r>
      <w:r>
        <w:rPr>
          <w:sz w:val="20"/>
        </w:rPr>
        <w:t>12:07  lekin insan ko apni soch par chalna hota hai. Aap ko aik soch banani parti hai. Agar aap soch na banayein to aap koi kaam nahi kar sakte.</w:t>
      </w:r>
      <w:r>
        <w:br/>
      </w:r>
      <w:r>
        <w:rPr>
          <w:sz w:val="20"/>
        </w:rPr>
        <w:t>12:21  woh soch sahi hai ya galat, is ka faisla khuda karta hai, hum aap nahi kar sakte. Lekin agar aap nek niyat hain, agar aap ki intention durust hai to zaroor khuda is ka jo sawab de ga, is ka reward de ga.</w:t>
      </w:r>
      <w:r>
        <w:br/>
      </w:r>
      <w:r>
        <w:rPr>
          <w:sz w:val="20"/>
        </w:rPr>
        <w:t>12:36  to final</w:t>
      </w:r>
      <w:r>
        <w:br/>
      </w:r>
      <w:r>
        <w:rPr>
          <w:sz w:val="20"/>
        </w:rPr>
        <w:t>12:39  proclamation honay wala hai, aakhri waqt aa gaya hai is ka. Aur meri yeh tamanna hai, meri yeh dua hai ke woh kaam aap logon ke zariye anjam paye.</w:t>
      </w:r>
    </w:p>
    <w:p>
      <w:pPr>
        <w:pStyle w:val="Heading2"/>
      </w:pPr>
      <w:r>
        <w:t>Correct good vs evil man vs Satan test of patience</w:t>
      </w:r>
    </w:p>
    <w:p>
      <w:r>
        <w:rPr>
          <w:color w:val="666666"/>
          <w:sz w:val="18"/>
        </w:rPr>
        <w:t>The Science of Man October 23, 2007 Maulana Wahiduddin Khan · 6m 04s · at 10:01 · https://youtu.be/nhZ6JUSBKOg?t=601</w:t>
      </w:r>
    </w:p>
    <w:p>
      <w:r>
        <w:rPr>
          <w:i/>
        </w:rPr>
        <w:t>“Philosophers were aware of this fact, but they misinterpreted this.”</w:t>
      </w:r>
    </w:p>
    <w:p>
      <w:r>
        <w:rPr>
          <w:sz w:val="20"/>
        </w:rPr>
        <w:t>10:01  Philosophers were aware of this fact, but they misinterpreted this.</w:t>
      </w:r>
      <w:r>
        <w:br/>
      </w:r>
      <w:r>
        <w:rPr>
          <w:sz w:val="20"/>
        </w:rPr>
        <w:t>10:10  For example, Zoroaster</w:t>
      </w:r>
      <w:r>
        <w:br/>
      </w:r>
      <w:r>
        <w:rPr>
          <w:sz w:val="20"/>
        </w:rPr>
        <w:t>10:14  said that the world is a perpetual ground between</w:t>
      </w:r>
      <w:r>
        <w:br/>
      </w:r>
      <w:r>
        <w:rPr>
          <w:sz w:val="20"/>
        </w:rPr>
        <w:t>10:31  two forces—that is, good and evil.</w:t>
      </w:r>
      <w:r>
        <w:br/>
      </w:r>
      <w:r>
        <w:rPr>
          <w:sz w:val="20"/>
        </w:rPr>
        <w:t>10:39  Zoroaster was wrong because this battle was not between God and Satan.</w:t>
      </w:r>
      <w:r>
        <w:br/>
      </w:r>
      <w:r>
        <w:rPr>
          <w:sz w:val="20"/>
        </w:rPr>
        <w:t>10:54  This was the—this battle was between man and Satan. So, he confused.</w:t>
      </w:r>
      <w:r>
        <w:br/>
      </w:r>
      <w:r>
        <w:rPr>
          <w:sz w:val="20"/>
        </w:rPr>
        <w:t>11:03  It is true that there are two forces, but two forces are not God and Satan, but man and Satan.</w:t>
      </w:r>
      <w:r>
        <w:br/>
      </w:r>
      <w:r>
        <w:rPr>
          <w:sz w:val="20"/>
        </w:rPr>
        <w:t>11:15  So, he said that the world is a perpetual battleground of good and evil—and of good forces and evil forces.</w:t>
      </w:r>
      <w:r>
        <w:br/>
      </w:r>
      <w:r>
        <w:rPr>
          <w:sz w:val="20"/>
        </w:rPr>
        <w:t>11:28  But it is wrong. God—the correct explanation is that the world is a perpetual battleground between man and Satan.</w:t>
      </w:r>
      <w:r>
        <w:br/>
      </w:r>
      <w:r>
        <w:rPr>
          <w:sz w:val="20"/>
        </w:rPr>
        <w:t>11:41  Man and Satan. It means that man was destined to live in challenge. What is Satan? Satan means challenge.</w:t>
      </w:r>
      <w:r>
        <w:br/>
      </w:r>
      <w:r>
        <w:rPr>
          <w:sz w:val="20"/>
        </w:rPr>
        <w:t>11:50  Every time, there is challenge.</w:t>
      </w:r>
      <w:r>
        <w:br/>
      </w:r>
      <w:r>
        <w:rPr>
          <w:sz w:val="20"/>
        </w:rPr>
        <w:t>11:55  Challenge from Satan, from jinn, from Satanic community. But also, there are jinn.</w:t>
      </w:r>
      <w:r>
        <w:br/>
      </w:r>
      <w:r>
        <w:rPr>
          <w:sz w:val="20"/>
        </w:rPr>
        <w:t>12:04  Also, there are malaika or angels. Angels are helpers of man. Helpers of man.</w:t>
      </w:r>
      <w:r>
        <w:br/>
      </w:r>
      <w:r>
        <w:rPr>
          <w:sz w:val="20"/>
        </w:rPr>
        <w:t>12:17  So, man in this world is not alone. He has a great helper—that is, angel.</w:t>
      </w:r>
      <w:r>
        <w:br/>
      </w:r>
      <w:r>
        <w:rPr>
          <w:sz w:val="20"/>
        </w:rPr>
        <w:t>12:29  Against Satan, man is not alone. But God has given</w:t>
      </w:r>
      <w:r>
        <w:br/>
      </w:r>
      <w:r>
        <w:rPr>
          <w:sz w:val="20"/>
        </w:rPr>
        <w:t>12:38  a great force in the help of man—that is, angels. So, every time, we are between angels and Satan.</w:t>
      </w:r>
      <w:r>
        <w:br/>
      </w:r>
      <w:r>
        <w:rPr>
          <w:sz w:val="20"/>
        </w:rPr>
        <w:t>12:51  Then, you know,</w:t>
      </w:r>
      <w:r>
        <w:br/>
      </w:r>
      <w:r>
        <w:rPr>
          <w:sz w:val="20"/>
        </w:rPr>
        <w:t>12:55  there are two different faculties in a human being. Every man has two faculties—ego and conscience.</w:t>
      </w:r>
      <w:r>
        <w:br/>
      </w:r>
      <w:r>
        <w:rPr>
          <w:sz w:val="20"/>
        </w:rPr>
        <w:t>13:07  Ego and conscience. So, it means—in other words—there are two different entry points in a human personality.</w:t>
      </w:r>
      <w:r>
        <w:br/>
      </w:r>
      <w:r>
        <w:rPr>
          <w:sz w:val="20"/>
        </w:rPr>
        <w:t>13:20  One is ego, and the other is—and the other is conscience. Ego is the entry point of Satan, and conscience is the entry point of angel.</w:t>
      </w:r>
      <w:r>
        <w:br/>
      </w:r>
      <w:r>
        <w:rPr>
          <w:sz w:val="20"/>
        </w:rPr>
        <w:t>13:36  So, every time—so, man lives in different situations, different circumstances.</w:t>
      </w:r>
      <w:r>
        <w:br/>
      </w:r>
      <w:r>
        <w:rPr>
          <w:sz w:val="20"/>
        </w:rPr>
        <w:t>13:45  So, every time, there are some challenges. Every time, there are different kinds of sentiments, different kinds of thinking.</w:t>
      </w:r>
      <w:r>
        <w:br/>
      </w:r>
      <w:r>
        <w:rPr>
          <w:sz w:val="20"/>
        </w:rPr>
        <w:t>13:58  So, for example, if one provokes you and you become angry—so, angry is a phenomenon—anger is a phenomenon of ego.</w:t>
      </w:r>
      <w:r>
        <w:br/>
      </w:r>
      <w:r>
        <w:rPr>
          <w:sz w:val="20"/>
        </w:rPr>
        <w:t>14:13  What is anger? Anger is a phenomenon of ego. So, when you become angry, you open the door for Satan to enter in your personality.</w:t>
      </w:r>
      <w:r>
        <w:br/>
      </w:r>
      <w:r>
        <w:rPr>
          <w:sz w:val="20"/>
        </w:rPr>
        <w:t>14:27  So, anger is the entry point of Satan. When you become angry after provocation, Satan will enter in your personality, and he will activate you,</w:t>
      </w:r>
      <w:r>
        <w:br/>
      </w:r>
      <w:r>
        <w:rPr>
          <w:sz w:val="20"/>
        </w:rPr>
        <w:t>14:43  excite you so that you may become angry and angry. Then, you try to take revenge and all those negative activities.</w:t>
      </w:r>
      <w:r>
        <w:br/>
      </w:r>
      <w:r>
        <w:rPr>
          <w:sz w:val="20"/>
        </w:rPr>
        <w:t>14:58  So, when there is provocation and you become angry, you have to know that this is the point of—this is the—that I have opened the entry point for Satan.</w:t>
      </w:r>
      <w:r>
        <w:br/>
      </w:r>
      <w:r>
        <w:rPr>
          <w:sz w:val="20"/>
        </w:rPr>
        <w:t>15:12  You have to be alert. You have to save yourself.</w:t>
      </w:r>
      <w:r>
        <w:br/>
      </w:r>
      <w:r>
        <w:rPr>
          <w:sz w:val="20"/>
        </w:rPr>
        <w:t>15:20  You have to forgive. You have to adopt the forgiveness. You have to tolerate. You have to ignore. You have to be patient.</w:t>
      </w:r>
      <w:r>
        <w:br/>
      </w:r>
      <w:r>
        <w:rPr>
          <w:sz w:val="20"/>
        </w:rPr>
        <w:t>15:30  So, if you keep patience, if you avoid that provocation, then it means that you</w:t>
      </w:r>
      <w:r>
        <w:br/>
      </w:r>
      <w:r>
        <w:rPr>
          <w:sz w:val="20"/>
        </w:rPr>
        <w:t>15:44  are not allowing Satan to enter in your personality.</w:t>
      </w:r>
      <w:r>
        <w:br/>
      </w:r>
      <w:r>
        <w:rPr>
          <w:sz w:val="20"/>
        </w:rPr>
        <w:t>15:52  And instead, you are giving angels to come and to activate you in a positive terms. So, this is the test of a human being.</w:t>
      </w:r>
      <w:r>
        <w:br/>
      </w:r>
      <w:r>
        <w:rPr>
          <w:sz w:val="20"/>
        </w:rPr>
        <w:t>16:06  Every time, we are between two different possibilities. One is—one may be called negative and the other one positive.</w:t>
      </w:r>
    </w:p>
    <w:p>
      <w:pPr>
        <w:pStyle w:val="Heading2"/>
      </w:pPr>
      <w:r>
        <w:t>From peace rule to dichotomous thinking</w:t>
      </w:r>
    </w:p>
    <w:p>
      <w:r>
        <w:rPr>
          <w:color w:val="666666"/>
          <w:sz w:val="18"/>
        </w:rPr>
        <w:t>Peace and Non Violence - 11. 08. 2007 · 5m 39s · at 0:37 · https://youtu.be/e4iKH4GUT3E?t=37</w:t>
      </w:r>
    </w:p>
    <w:p>
      <w:r>
        <w:rPr>
          <w:i/>
        </w:rPr>
        <w:t>“Islam is a religion of peace.”</w:t>
      </w:r>
    </w:p>
    <w:p>
      <w:r>
        <w:rPr>
          <w:sz w:val="20"/>
        </w:rPr>
        <w:t>0:37  olence in Islam." I can say that Islam is a religion of peace. The very name of Islam has a connotation of peace. You know, the word "Islam" is derived from "silm." Silm is the root word of Islam</w:t>
      </w:r>
      <w:r>
        <w:br/>
      </w:r>
      <w:r>
        <w:rPr>
          <w:sz w:val="20"/>
        </w:rPr>
        <w:t>1:07  , and silm means peace. So Islam is a religion of peace. If you take a copy of the Quran and start reading, you'll find that almost all the verses of the Quran are related to peace, either directly or indirectly. I know that there are some vers</w:t>
      </w:r>
      <w:r>
        <w:br/>
      </w:r>
      <w:r>
        <w:rPr>
          <w:sz w:val="20"/>
        </w:rPr>
        <w:t>1:37  es—maybe two dozen verses—that deal with qital, that is, war. But these verses are related to defensive war. I can say that in Islam, peace is the rule and war is an exception. And that exception is at</w:t>
      </w:r>
      <w:r>
        <w:br/>
      </w:r>
      <w:r>
        <w:rPr>
          <w:sz w:val="20"/>
        </w:rPr>
        <w:t>2:08  the time of defense. So in Islam, there is no war other than defensive war. No war other than defensive war. All these wars which you know these days, like guerrilla war, and proxy war, and secret war, all</w:t>
      </w:r>
      <w:r>
        <w:br/>
      </w:r>
      <w:r>
        <w:rPr>
          <w:sz w:val="20"/>
        </w:rPr>
        <w:t>2:38  these wars are unlawful in Islam. You know, there is a well-established principle in Islam that is al-Rahi lil-Imam. It means to declare a war is a prerogative of a state. So any agency other than the state is not allowed to go to war.</w:t>
      </w:r>
      <w:r>
        <w:br/>
      </w:r>
      <w:r>
        <w:rPr>
          <w:sz w:val="20"/>
        </w:rPr>
        <w:t>3:10  Now, even in a genuine war, there are some conditions. For example, even in a genuine war, you cannot kill ghayr muqatil. You can kill only muqatil, that is, combatant and non-combatant. So Islam differentiates between combatant and non-combatant. Islam allows to</w:t>
      </w:r>
      <w:r>
        <w:br/>
      </w:r>
      <w:r>
        <w:rPr>
          <w:sz w:val="20"/>
        </w:rPr>
        <w:t>3:40  kill combatant, but not the non-combatant. So when you see that now we are living in an age that is weapons of mass destruction, so I can say that now war is not an option for Muslims. Because in such an age, you cannot save yourself from killing non-combatant. Because now the age is</w:t>
      </w:r>
      <w:r>
        <w:br/>
      </w:r>
      <w:r>
        <w:rPr>
          <w:sz w:val="20"/>
        </w:rPr>
        <w:t>4:11  ages of weapons of mass destruction. So I am, I can say with conviction that now there is now Muslims have no option other than peaceful activism. Now war is not the next option for us. Here I can this is the yesterday issue of Times of India.</w:t>
      </w:r>
      <w:r>
        <w:br/>
      </w:r>
      <w:r>
        <w:rPr>
          <w:sz w:val="20"/>
        </w:rPr>
        <w:t>4:42  Yesterday, that is August 10. In this Times of India issue, there is a news item about Pakistan. One responsible person of Pakistan says in parliament, he is a member of parliament and also he is a member of ruling party, he says that jihad against India and US.</w:t>
      </w:r>
      <w:r>
        <w:br/>
      </w:r>
      <w:r>
        <w:rPr>
          <w:sz w:val="20"/>
        </w:rPr>
        <w:t>5:13  Jihad against India and America. When I read this news item, I was bewildered. Why these people talk in terms of jihad? Jihad already you are doing already jihad. You are busy in jihad. I can say that since long time</w:t>
      </w:r>
      <w:r>
        <w:br/>
      </w:r>
      <w:r>
        <w:rPr>
          <w:sz w:val="20"/>
        </w:rPr>
        <w:t>5:44  all the Muslims are either doing jihad or thinking in terms of jihad. Everywhere in the world. So why they say why they are engaged such like in this news item that he said that no talk but jihad, that is war. No talk but war. Why?</w:t>
      </w:r>
    </w:p>
    <w:p>
      <w:pPr>
        <w:pStyle w:val="Heading2"/>
      </w:pPr>
      <w:r>
        <w:t>Crusades' defeat sent Europe to science, Muslims to war</w:t>
      </w:r>
    </w:p>
    <w:p>
      <w:r>
        <w:rPr>
          <w:color w:val="666666"/>
          <w:sz w:val="18"/>
        </w:rPr>
        <w:t>Islam and Violence October 12, 2014 · 4m 15s · at 18:22 · https://youtu.be/KmpXYZjPlj8?t=1102</w:t>
      </w:r>
    </w:p>
    <w:p>
      <w:r>
        <w:rPr>
          <w:i/>
        </w:rPr>
        <w:t>“Ab dusri taraf dekhen, West ko dekhen”</w:t>
      </w:r>
    </w:p>
    <w:p>
      <w:r>
        <w:rPr>
          <w:sz w:val="20"/>
        </w:rPr>
        <w:t>18:22  ab doosri taraf dekhen, West ko dekhen.</w:t>
      </w:r>
      <w:r>
        <w:br/>
      </w:r>
      <w:r>
        <w:rPr>
          <w:sz w:val="20"/>
        </w:rPr>
        <w:t>18:29  Crusaders ke baad West ko bohat zyada humiliating defeat hui musalmanon ke muqable mein.</w:t>
      </w:r>
      <w:r>
        <w:br/>
      </w:r>
      <w:r>
        <w:rPr>
          <w:sz w:val="20"/>
        </w:rPr>
        <w:t>18:38  to unhon ne U-turn le liya.</w:t>
      </w:r>
      <w:r>
        <w:br/>
      </w:r>
      <w:r>
        <w:rPr>
          <w:sz w:val="20"/>
        </w:rPr>
        <w:t>18:42  west ne you turn le liya. unhon ne kaha ke humain, yaani larai se hum kuch paane wale nahi hain. humain doosra kaam karna hai. to crusaders ke baad west mein, europe mein ek naya zehan paida hua ke humain spiritual crusader karna hai.</w:t>
      </w:r>
      <w:r>
        <w:br/>
      </w:r>
      <w:r>
        <w:rPr>
          <w:sz w:val="20"/>
        </w:rPr>
        <w:t>19:02  pehle is ka naam rakha gaya tha "spiritual crusader". dhire dhire is ka naam ho gaya "scientific crusader".</w:t>
      </w:r>
      <w:r>
        <w:br/>
      </w:r>
      <w:r>
        <w:rPr>
          <w:sz w:val="20"/>
        </w:rPr>
        <w:t>19:09  ab europe to scientific crusader par hai. aur musalman tribal crusader par hain. woh chala chal raha hai in ka.</w:t>
      </w:r>
      <w:r>
        <w:br/>
      </w:r>
      <w:r>
        <w:rPr>
          <w:sz w:val="20"/>
        </w:rPr>
        <w:t>19:20  musalmanon ne jo kuch jo jeet hui crusaders mein, unhon ne un ke andar yeh zehan bana, shaoori hai, ghaythi tor par ke bas sab se bari cheez talwar hai.</w:t>
      </w:r>
      <w:r>
        <w:br/>
      </w:r>
      <w:r>
        <w:rPr>
          <w:sz w:val="20"/>
        </w:rPr>
        <w:t>19:34  talwar se sari dunya humain fateh karna hai.</w:t>
      </w:r>
      <w:r>
        <w:br/>
      </w:r>
      <w:r>
        <w:rPr>
          <w:sz w:val="20"/>
        </w:rPr>
        <w:t>19:37  yaani un ke haar ne un ko continue rakha, tribal culture ko. aur west ki jeet, west nahi, musalmanon ki jeet ne un ko tribal culture par aur jama diya.</w:t>
      </w:r>
      <w:r>
        <w:br/>
      </w:r>
      <w:r>
        <w:rPr>
          <w:sz w:val="20"/>
        </w:rPr>
        <w:t>19:53  aur west ke haar ne is ko tribal culture chhod kar ke scientific culture ki taraf daal diya. yeh hai poori history ka khulasa.</w:t>
      </w:r>
      <w:r>
        <w:br/>
      </w:r>
      <w:r>
        <w:rPr>
          <w:sz w:val="20"/>
        </w:rPr>
        <w:t>20:03  barson tak mein ne is ki study ki hai. is ke baad mein yeh samajh aya hoon ke crusaders jo hai, bohat hi aham thi. crusaders mein musalmanon ka jeetna aur europe ka haarna, yeh bohat bara waqea hai human history ka.</w:t>
      </w:r>
      <w:r>
        <w:br/>
      </w:r>
      <w:r>
        <w:rPr>
          <w:sz w:val="20"/>
        </w:rPr>
        <w:t>20:21  musalmanon ko jeet hui to un ka yaqeen barh gaya jang ke upar. kaha humain larr kar ke hum jis ko chahe</w:t>
      </w:r>
      <w:r>
        <w:br/>
      </w:r>
      <w:r>
        <w:rPr>
          <w:sz w:val="20"/>
        </w:rPr>
        <w:t>20:28  shikast dein, dunya bhar mein hukoomat qaim karein apni. aur europe ko jo haar hui to us ne yeh samjha ke jang se hum kuch pa nahi sakte.</w:t>
      </w:r>
      <w:r>
        <w:br/>
      </w:r>
      <w:r>
        <w:rPr>
          <w:sz w:val="20"/>
        </w:rPr>
        <w:t>20:39  to woh murr gaye peace ki taraf. yaani ilm ki taraf, tehqeeq ki taraf.</w:t>
      </w:r>
      <w:r>
        <w:br/>
      </w:r>
      <w:r>
        <w:rPr>
          <w:sz w:val="20"/>
        </w:rPr>
        <w:t>20:48  aur education ki taraf.</w:t>
      </w:r>
      <w:r>
        <w:br/>
      </w:r>
      <w:r>
        <w:rPr>
          <w:sz w:val="20"/>
        </w:rPr>
        <w:t>20:53  in in cheezon ki taraf. wahan renaissance jis ko kaha jata hai, renaissance aayi un ke. renaissance aayi. yaani crusaders ke baad europe mein renaissance aayi.</w:t>
      </w:r>
      <w:r>
        <w:br/>
      </w:r>
      <w:r>
        <w:rPr>
          <w:sz w:val="20"/>
        </w:rPr>
        <w:t>21:04  aur crusaders ke baad musalmanon mein empire aa gaya. empire aa gaya.</w:t>
      </w:r>
      <w:r>
        <w:br/>
      </w:r>
      <w:r>
        <w:rPr>
          <w:sz w:val="20"/>
        </w:rPr>
        <w:t>21:13  lekin yeh ke yeh yeh jo musalmanon mein jo culture chala, woh koi culture islam culture nahi tha, woh woh tribal culture tha.</w:t>
      </w:r>
      <w:r>
        <w:br/>
      </w:r>
      <w:r>
        <w:rPr>
          <w:sz w:val="20"/>
        </w:rPr>
        <w:t>21:24  tribal culture continue raha musalmanon mein jihad ke naam par. chuki is ko unhon ne jihad ka naam de diya to woh muqaddas ho gaya.</w:t>
      </w:r>
      <w:r>
        <w:br/>
      </w:r>
      <w:r>
        <w:rPr>
          <w:sz w:val="20"/>
        </w:rPr>
        <w:t>21:35  aqeeday ka juz ban gaya. aur europe ne, yaani yeh mein kahunga ke agar cooperation aisa hua, yaani bohat soch samajh kar nahi hua,</w:t>
      </w:r>
      <w:r>
        <w:br/>
      </w:r>
      <w:r>
        <w:rPr>
          <w:sz w:val="20"/>
        </w:rPr>
        <w:t>21:49  halat ki majboori ke tehat europe ne kaha ke humain to ab aman wali kaam karne hain, aman ke zariye se apna renaissance karna hai.</w:t>
      </w:r>
      <w:r>
        <w:br/>
      </w:r>
      <w:r>
        <w:rPr>
          <w:sz w:val="20"/>
        </w:rPr>
        <w:t>21:58  to aman ke zariye se unhon ne apne renaissance shuru kiye. pehle is ko kaha gaya tha "spiritual crusaders" aur ab woh hai "scientific crusaders</w:t>
      </w:r>
      <w:r>
        <w:br/>
      </w:r>
      <w:r>
        <w:rPr>
          <w:sz w:val="20"/>
        </w:rPr>
        <w:t>22:08  "۔ to mein samajhta hoon ke Malala ka jo waqea hai, woh bohat hi, yaani ek taraf Malala ko goli mari gayi aur doosri taraf Malala ka itna zabardast istaqbal hua maghrib mein ke is ka bohat shandar ilaaj kiya gaya.</w:t>
      </w:r>
      <w:r>
        <w:br/>
      </w:r>
      <w:r>
        <w:rPr>
          <w:sz w:val="20"/>
        </w:rPr>
        <w:t>22:25  United Nations mein is ko taqreer ka mauqa diya gaya aur is ki taleem ka aala intezam kiya gaya aur is ko Nobel Peace Prize diya gaya.</w:t>
      </w:r>
    </w:p>
    <w:p>
      <w:pPr>
        <w:pStyle w:val="Heading2"/>
      </w:pPr>
      <w:r>
        <w:t>Why avoiding political conflict unlocks every opportunity</w:t>
      </w:r>
    </w:p>
    <w:p>
      <w:r>
        <w:rPr>
          <w:color w:val="666666"/>
          <w:sz w:val="18"/>
        </w:rPr>
        <w:t>Islam Ideology, Team and Method October 09, 2011 · 6m 07s · at 35:08 · https://youtu.be/zRilc1fG6c0?t=2108</w:t>
      </w:r>
    </w:p>
    <w:p>
      <w:r>
        <w:rPr>
          <w:i/>
        </w:rPr>
        <w:t>“To sab se achi tadbeer kya hai? Practical wisdom ikhtiyar karna”</w:t>
      </w:r>
    </w:p>
    <w:p>
      <w:r>
        <w:rPr>
          <w:sz w:val="20"/>
        </w:rPr>
        <w:t>35:08  to sab se achi tadbeer kya hai? Woh hai practical wisdom ka ikhtiyar karna. Practical wisdom kya hai?</w:t>
      </w:r>
      <w:r>
        <w:br/>
      </w:r>
      <w:r>
        <w:rPr>
          <w:sz w:val="20"/>
        </w:rPr>
        <w:t>35:18  political authority se aap takrao na karein, political authority ko accept kar lein.</w:t>
      </w:r>
      <w:r>
        <w:br/>
      </w:r>
      <w:r>
        <w:rPr>
          <w:sz w:val="20"/>
        </w:rPr>
        <w:t>35:27  is ke nateeje mein kya hoga? Non-political field mein sari opportunities aap ko hasil ho jayengi. Jaise hum is mulk mein, India mein, hum yahan ki jo political authority hai, us se hum koi takrao nahi karte.</w:t>
      </w:r>
      <w:r>
        <w:br/>
      </w:r>
      <w:r>
        <w:rPr>
          <w:sz w:val="20"/>
        </w:rPr>
        <w:t>35:42  woh apna administer kar rahe hain mulk ko. Hum hum se police, fauj aur jitne bhi shobay hain, political shobay, sab un ke hath mein hain.</w:t>
      </w:r>
      <w:r>
        <w:br/>
      </w:r>
      <w:r>
        <w:rPr>
          <w:sz w:val="20"/>
        </w:rPr>
        <w:t>35:52  humein is se koi na hamari koi demand hai, na kahin koi shikayat hai, na koi protest hai. To yahan ki jo political authority hai, us ko accept ki hui hai.</w:t>
      </w:r>
      <w:r>
        <w:br/>
      </w:r>
      <w:r>
        <w:rPr>
          <w:sz w:val="20"/>
        </w:rPr>
        <w:t>36:04  nateejay kya hai? Hum ko sari opportunities ka, opportunities ko avail karne ka mauqa mil gaya hai. Sari opportunities ko avail karne ka mauqa mil gaya</w:t>
      </w:r>
      <w:r>
        <w:br/>
      </w:r>
      <w:r>
        <w:rPr>
          <w:sz w:val="20"/>
        </w:rPr>
        <w:t>36:15  hai. Hum yahan ke newspaper ko istemal karte hain, yahan ke TV ko istemal karte hain, yahan ke radio ko istemal karte hain, yahan ke jo baray baray hall hain jahan log jama hote hain, meeting hoti hai, samrah hota hai, us ko istemal karte hain.</w:t>
      </w:r>
      <w:r>
        <w:br/>
      </w:r>
      <w:r>
        <w:rPr>
          <w:sz w:val="20"/>
        </w:rPr>
        <w:t>36:31  gharz hai ke sara infrastructure, sara infrastructure hum istemal kar rahe hain apni dawat ka kaam ke liye. Yeh hai wisdom.</w:t>
      </w:r>
      <w:r>
        <w:br/>
      </w:r>
      <w:r>
        <w:rPr>
          <w:sz w:val="20"/>
        </w:rPr>
        <w:t>36:41  agar aap political authority se takrao na karein to kisi mulk mein jo wahan jo infrastructure hai, woh sab aap ke istemal aa jata hai.</w:t>
      </w:r>
      <w:r>
        <w:br/>
      </w:r>
      <w:r>
        <w:rPr>
          <w:sz w:val="20"/>
        </w:rPr>
        <w:t>36:51  yeh hai asal al-qasas, yeh hai best story, yeh best methodology.</w:t>
      </w:r>
      <w:r>
        <w:br/>
      </w:r>
      <w:r>
        <w:rPr>
          <w:sz w:val="20"/>
        </w:rPr>
        <w:t>36:59  to yeh do baatein hum ne arz karein. Aik hai ke world of distraction mein team kaise banai jaye?</w:t>
      </w:r>
      <w:r>
        <w:br/>
      </w:r>
      <w:r>
        <w:rPr>
          <w:sz w:val="20"/>
        </w:rPr>
        <w:t>37:13  is ka aik misaal Hazrat Ibrahim, Hazrat Ismail, Hazrat Hajar ke zariye qaim hui. To apne zamanay ke lehaz se aaj hum isi ko dohraein ge.</w:t>
      </w:r>
      <w:r>
        <w:br/>
      </w:r>
      <w:r>
        <w:rPr>
          <w:sz w:val="20"/>
        </w:rPr>
        <w:t>37:23  tab hum bana payein ge team,</w:t>
      </w:r>
      <w:r>
        <w:br/>
      </w:r>
      <w:r>
        <w:rPr>
          <w:sz w:val="20"/>
        </w:rPr>
        <w:t>37:27  yani mission ke liye jo team darkar hai, us ko banane ke liye aik hi shakal hai ke hum is model ko jo Hazrat Ismail, Hazrat Ibrahim ke liye qaim hua tha, is model ko aaj ke zamane ke lehaz se implement karein.</w:t>
      </w:r>
      <w:r>
        <w:br/>
      </w:r>
      <w:r>
        <w:rPr>
          <w:sz w:val="20"/>
        </w:rPr>
        <w:t>37:42  aur doosra jo hai ke political authority hamari record number hai. To is ka is ki shakal kya hai?</w:t>
      </w:r>
      <w:r>
        <w:br/>
      </w:r>
      <w:r>
        <w:rPr>
          <w:sz w:val="20"/>
        </w:rPr>
        <w:t>37:53  Political, political authority ko aap aap challenge mat kijiye, us ko apne daire mein jo kaam hue karne dijiye.</w:t>
      </w:r>
      <w:r>
        <w:br/>
      </w:r>
      <w:r>
        <w:rPr>
          <w:sz w:val="20"/>
        </w:rPr>
        <w:t>38:03  To faida kya aap ko milega? Ke daai ka asal masla yeh hai ke jo infrastructure hai, jo opportunities hain, woh us ko milein.</w:t>
      </w:r>
      <w:r>
        <w:br/>
      </w:r>
      <w:r>
        <w:rPr>
          <w:sz w:val="20"/>
        </w:rPr>
        <w:t>38:14  Hum ko humein kya zaroorat hai ke hum hamare haath mein, humein is ki kya zaroorat hai ke hum sadar hon, wazir-e-azam hon, minister hon? Is ki humein zaroorat hi kya hai?</w:t>
      </w:r>
      <w:r>
        <w:br/>
      </w:r>
      <w:r>
        <w:rPr>
          <w:sz w:val="20"/>
        </w:rPr>
        <w:t>38:23  Yeh to aik shaan o shaukat ki cheez hai. Humein jo zaroorat hai, woh yeh hai ke is mulk ka jo infrastructure hai, is mulk mein jo opportunities hain, woh hamari qabil-e-istemal hon.</w:t>
      </w:r>
      <w:r>
        <w:br/>
      </w:r>
      <w:r>
        <w:rPr>
          <w:sz w:val="20"/>
        </w:rPr>
        <w:t>38:37  To woh poori tarah hamare, yani hundred percent hamare zariye istemal hain, koi rukawat nahi hai. To isi isi tadbeer ko, isi method ko quran mein asal al-qasas kaha gaya hai.</w:t>
      </w:r>
      <w:r>
        <w:br/>
      </w:r>
      <w:r>
        <w:rPr>
          <w:sz w:val="20"/>
        </w:rPr>
        <w:t>38:51  Asal al-qasas ka lafzi tarjuma hai best story. Main samajhta hoon ke is mauqa ke lehaz se kaha jayega ke is ka matlab hai best method.</w:t>
      </w:r>
      <w:r>
        <w:br/>
      </w:r>
      <w:r>
        <w:rPr>
          <w:sz w:val="20"/>
        </w:rPr>
        <w:t>39:04  Best method. To main samajhta hoon ke yeh jo Hazrat Yusuf ne jo misaal qaim ki thi, aaj ke zamane mein woh thousand times zyada important ho gayi hai.</w:t>
      </w:r>
      <w:r>
        <w:br/>
      </w:r>
      <w:r>
        <w:rPr>
          <w:sz w:val="20"/>
        </w:rPr>
        <w:t>39:18  Kyunke dekhiye, aaj kya hai? Pehle zamane mein kingship hua karti thi. King jo tha, king har cheez ka malik samajhata tha.</w:t>
      </w:r>
      <w:r>
        <w:br/>
      </w:r>
      <w:r>
        <w:rPr>
          <w:sz w:val="20"/>
        </w:rPr>
        <w:t>39:30  King jo tha, har cheez ka malik samajhata tha. Malik. Ab kya hai? Ab khud jo development, jo jo political philosophy ka jo development hua hai,</w:t>
      </w:r>
      <w:r>
        <w:br/>
      </w:r>
      <w:r>
        <w:rPr>
          <w:sz w:val="20"/>
        </w:rPr>
        <w:t>39:43  Aaj ki political philosophy woh nahi hai jo pehle thi.</w:t>
      </w:r>
      <w:r>
        <w:br/>
      </w:r>
      <w:r>
        <w:rPr>
          <w:sz w:val="20"/>
        </w:rPr>
        <w:t>39:47  Pehle ki political philosophy ke mutabiq king jo tha, woh sab kuch wohi usi ka hota tha. Sab kuch.</w:t>
      </w:r>
      <w:r>
        <w:br/>
      </w:r>
      <w:r>
        <w:rPr>
          <w:sz w:val="20"/>
        </w:rPr>
        <w:t>39:58  Har king despotic king hota tha pehle zamane mein. Kyunke us zamane ki jo political philosophy thi, woh yahi thi. Aaj ki jo political philosophy hai, woh yeh hai ke ab hukoomat jo hai, sirf administration hai.</w:t>
      </w:r>
      <w:r>
        <w:br/>
      </w:r>
      <w:r>
        <w:rPr>
          <w:sz w:val="20"/>
        </w:rPr>
        <w:t>40:11  Bas.</w:t>
      </w:r>
      <w:r>
        <w:br/>
      </w:r>
      <w:r>
        <w:rPr>
          <w:sz w:val="20"/>
        </w:rPr>
        <w:t>40:12  Jahan jahan dekhiye, itna bara mulk hai America, to wahan par government nahi boli jati. Yani American government nahi boli jati wahan par.</w:t>
      </w:r>
      <w:r>
        <w:br/>
      </w:r>
      <w:r>
        <w:rPr>
          <w:sz w:val="20"/>
        </w:rPr>
        <w:t>40:21  Wahan kehta hai American administration. Yeh is zamane mein sahi, sahi expression hai political authority ka.</w:t>
      </w:r>
      <w:r>
        <w:br/>
      </w:r>
      <w:r>
        <w:rPr>
          <w:sz w:val="20"/>
        </w:rPr>
        <w:t>40:33  To aaj jo hai, political jo khayalat ka development hua hai, jo thought ka development hua hai, political philosophy ka jo development hua hai, us ke mutabiq ab hukoomat jo hai,</w:t>
      </w:r>
      <w:r>
        <w:br/>
      </w:r>
      <w:r>
        <w:rPr>
          <w:sz w:val="20"/>
        </w:rPr>
        <w:t>40:48  Ka woh tasawwur nahi hai jo pehle zamane mein hua karta tha. Ab hukoomat jo hai, sirf administration hai. Bas. Zyada nahi.</w:t>
      </w:r>
      <w:r>
        <w:br/>
      </w:r>
      <w:r>
        <w:rPr>
          <w:sz w:val="20"/>
        </w:rPr>
        <w:t>40:56  Riwayat ke aik aik dealing, aik dealing kar diya hai maujooda zamane ne hukoomat ko aur doosri cheezon ko.</w:t>
      </w:r>
      <w:r>
        <w:br/>
      </w:r>
      <w:r>
        <w:rPr>
          <w:sz w:val="20"/>
        </w:rPr>
        <w:t>41:07  To yeh ain hamare haq mein hai. Yeh jo zamane mein jo yeh jo cheez paida hui hai, woh ain hamare haq mein hai.</w:t>
      </w:r>
    </w:p>
    <w:p>
      <w:pPr>
        <w:pStyle w:val="Heading2"/>
      </w:pPr>
      <w:r>
        <w:t>Maintain peace at any cost to seize opportunity</w:t>
      </w:r>
    </w:p>
    <w:p>
      <w:r>
        <w:rPr>
          <w:color w:val="666666"/>
          <w:sz w:val="18"/>
        </w:rPr>
        <w:t>The Importance of Peace in Life June 30, 2008 · 5m 39s · at 20:05 · https://youtu.be/gbbbmsdMHRs?t=1205</w:t>
      </w:r>
    </w:p>
    <w:p>
      <w:r>
        <w:rPr>
          <w:i/>
        </w:rPr>
        <w:t>“No one can afford to step outside of peace”</w:t>
      </w:r>
    </w:p>
    <w:p>
      <w:r>
        <w:rPr>
          <w:sz w:val="20"/>
        </w:rPr>
        <w:t>20:05  to koi bhi afford nahi kar sakta ke peace se bahar jaye.</w:t>
      </w:r>
      <w:r>
        <w:br/>
      </w:r>
      <w:r>
        <w:rPr>
          <w:sz w:val="20"/>
        </w:rPr>
        <w:t>20:11  you have to maintain peace at any cost, in every situation, no excuse what so ever.</w:t>
      </w:r>
      <w:r>
        <w:br/>
      </w:r>
      <w:r>
        <w:rPr>
          <w:sz w:val="20"/>
        </w:rPr>
        <w:t>20:24  kuch bhi idhar ho to aap ko is idhar ko nahi rehna hai. peace par to qaim hi rehna hai, chahe kuch bhi hota rahe.</w:t>
      </w:r>
      <w:r>
        <w:br/>
      </w:r>
      <w:r>
        <w:rPr>
          <w:sz w:val="20"/>
        </w:rPr>
        <w:t>20:36  to kya hoga? dekhen, peace par qaim rehne ka faida kya hota hai?</w:t>
      </w:r>
      <w:r>
        <w:br/>
      </w:r>
      <w:r>
        <w:rPr>
          <w:sz w:val="20"/>
        </w:rPr>
        <w:t>20:41  aap ki energy intact rehti hai. aur sab se bara jo kaam hai ke opportunity ko avail karna.</w:t>
      </w:r>
      <w:r>
        <w:br/>
      </w:r>
      <w:r>
        <w:rPr>
          <w:sz w:val="20"/>
        </w:rPr>
        <w:t>20:51  to aap opportunity ko avail karne ka jo process hai, woh continue rehta hai.</w:t>
      </w:r>
      <w:r>
        <w:br/>
      </w:r>
      <w:r>
        <w:rPr>
          <w:sz w:val="20"/>
        </w:rPr>
        <w:t>20:59  yaad rakhiye, sab se bara faida peace ko maintain karne ka yeh hai ke opportunity ko avail karne ka process chalta rahe.</w:t>
      </w:r>
      <w:r>
        <w:br/>
      </w:r>
      <w:r>
        <w:rPr>
          <w:sz w:val="20"/>
        </w:rPr>
        <w:t>21:11  har jaise america hai, agar woh peace ko maintain karta to opportunity ko avail karne ka jo process tha, chalta rehta.</w:t>
      </w:r>
      <w:r>
        <w:br/>
      </w:r>
      <w:r>
        <w:rPr>
          <w:sz w:val="20"/>
        </w:rPr>
        <w:t>21:20  woh space mein nai nai cheezen is ko discover karni theen. woh opportunity thi is ki ke opportunity ke space ki cheezon ko discover kar ke woh apni leadership ko maintain kare.</w:t>
      </w:r>
      <w:r>
        <w:br/>
      </w:r>
      <w:r>
        <w:rPr>
          <w:sz w:val="20"/>
        </w:rPr>
        <w:t>21:37  to peace ka sab se bara faida jo hota hai, woh yeh hota hai ke aap is position mein ho jatay hain ke us waqt ke yani kisi bhi given situation mein yaad rakhiye, hamesha opportunities baqi rehti hain.</w:t>
      </w:r>
      <w:r>
        <w:br/>
      </w:r>
      <w:r>
        <w:rPr>
          <w:sz w:val="20"/>
        </w:rPr>
        <w:t>21:58  kabhi aisa nahi ho sakta ke opportunities maujood na hon.</w:t>
      </w:r>
      <w:r>
        <w:br/>
      </w:r>
      <w:r>
        <w:rPr>
          <w:sz w:val="20"/>
        </w:rPr>
        <w:t>22:06  to jab aap war ka option lete hain to to kya hota hai? opportunities ko avail karna jo hai, wo stop ho jata hai, band ho jata hai.</w:t>
      </w:r>
      <w:r>
        <w:br/>
      </w:r>
      <w:r>
        <w:rPr>
          <w:sz w:val="20"/>
        </w:rPr>
        <w:t>22:17  aur jab peace ka option lete hain to opportunities ko avail karne ka process chalta rehta hai.</w:t>
      </w:r>
      <w:r>
        <w:br/>
      </w:r>
      <w:r>
        <w:rPr>
          <w:sz w:val="20"/>
        </w:rPr>
        <w:t>22:25  isi liye hadith mein hai ke "in Allah yuti al-rifq ma la yuti al-rifq". God grants to non-violence what he does not grant to violence.</w:t>
      </w:r>
      <w:r>
        <w:br/>
      </w:r>
      <w:r>
        <w:rPr>
          <w:sz w:val="20"/>
        </w:rPr>
        <w:t>22:41  yani Khuda aman par wo cheez deta hai jo wo tashaddud par nahi deta. Yani aap aman behavior par qaim rahen,</w:t>
      </w:r>
      <w:r>
        <w:br/>
      </w:r>
      <w:r>
        <w:rPr>
          <w:sz w:val="20"/>
        </w:rPr>
        <w:t>22:55  is se wo faida milega aap ko jo tashaddud ke behavior par jane se aap ko nahi milega.</w:t>
      </w:r>
      <w:r>
        <w:br/>
      </w:r>
      <w:r>
        <w:rPr>
          <w:sz w:val="20"/>
        </w:rPr>
        <w:t>23:04  God grants to non-violence what he does not grant to violence. isi liye kaha gaya hai.</w:t>
      </w:r>
      <w:r>
        <w:br/>
      </w:r>
      <w:r>
        <w:rPr>
          <w:sz w:val="20"/>
        </w:rPr>
        <w:t>23:12  is ka matlab yahi hai ke jab aap peaceful rahenge to aap is position mein honge ke opportunities ko avail kar saken.</w:t>
      </w:r>
      <w:r>
        <w:br/>
      </w:r>
      <w:r>
        <w:rPr>
          <w:sz w:val="20"/>
        </w:rPr>
        <w:t>23:25  aur jab aap ne violence ka option liya to is ka matlab kya hoga? ke aap ke haan opportunities ko avail karne ka jo process hai,</w:t>
      </w:r>
      <w:r>
        <w:br/>
      </w:r>
      <w:r>
        <w:rPr>
          <w:sz w:val="20"/>
        </w:rPr>
        <w:t>23:38  wohi ruk gaya.</w:t>
      </w:r>
      <w:r>
        <w:br/>
      </w:r>
      <w:r>
        <w:rPr>
          <w:sz w:val="20"/>
        </w:rPr>
        <w:t>23:41  to sab se bara yaad rakhiye, ye dunya mein sab se bara nuqsan yahi hai ke koi aadmi apne ko is position mein na rakhe ke wo opportunities ko avail na kar sake.</w:t>
      </w:r>
      <w:r>
        <w:br/>
      </w:r>
      <w:r>
        <w:rPr>
          <w:sz w:val="20"/>
        </w:rPr>
        <w:t>23:55  to yaad rakhiye, violence, larai, ghussa, nafrat, intiqam aur jitni bhi negative cheezen hain is qism ki,</w:t>
      </w:r>
      <w:r>
        <w:br/>
      </w:r>
      <w:r>
        <w:rPr>
          <w:sz w:val="20"/>
        </w:rPr>
        <w:t>24:11  in sab ka ye nuqsan hota hai ke aap</w:t>
      </w:r>
      <w:r>
        <w:br/>
      </w:r>
      <w:r>
        <w:rPr>
          <w:sz w:val="20"/>
        </w:rPr>
        <w:t>24:17  jo opportunities hain, un ko avail nahi kar paate.</w:t>
      </w:r>
      <w:r>
        <w:br/>
      </w:r>
      <w:r>
        <w:rPr>
          <w:sz w:val="20"/>
        </w:rPr>
        <w:t>24:25  sab se bara nuqsan ye hota hai. aur yaad rakhiye, aaj jo aap opportunity thi aap ke liye, agar aap ne is ko avail nahi kiya to kal dobara wo opportunity aap ke paas nahi aane wali hai.</w:t>
      </w:r>
      <w:r>
        <w:br/>
      </w:r>
      <w:r>
        <w:rPr>
          <w:sz w:val="20"/>
        </w:rPr>
        <w:t>24:41  aaj ka din aaj ke liye hai, kal ke liye nahi hai. agar aap aaj ka din ko kho den to kal ka din jo aayega, wo aaj ko le kar nahi aayega, aaj ke baghair aayega.</w:t>
      </w:r>
      <w:r>
        <w:br/>
      </w:r>
      <w:r>
        <w:rPr>
          <w:sz w:val="20"/>
        </w:rPr>
        <w:t>24:57  bohat hi zyada sochne ki baat hai. yani aaj ka din agar aap ne kho diya to kal ka din jo aayega, wo aaj ke din ko le kar nahi aayega, wo aaj ke din ke baghair aayega.</w:t>
      </w:r>
      <w:r>
        <w:br/>
      </w:r>
      <w:r>
        <w:rPr>
          <w:sz w:val="20"/>
        </w:rPr>
        <w:t>25:09  wo aap sochiye ke agar hum aaj ko kho diya to kabhi bhi nahi milne wala hai. wo</w:t>
      </w:r>
      <w:r>
        <w:br/>
      </w:r>
      <w:r>
        <w:rPr>
          <w:sz w:val="20"/>
        </w:rPr>
        <w:t>25:19  yani aaj jo opportunity ko avail karne ka jo kaam mein kar sakta tha, us ko mein nahi kar saka. to phir sari life khatm ho jayegi aur dobara mein is position mein nahi hounga ke aaj wali kami ko, aaj wale nuqsan ko phir mein poora kar sakun.</w:t>
      </w:r>
      <w:r>
        <w:br/>
      </w:r>
      <w:r>
        <w:rPr>
          <w:sz w:val="20"/>
        </w:rPr>
        <w:t>25:42  jo khoya, wo khoya gaya hamesha ke liye.</w:t>
      </w:r>
      <w:r>
        <w:br/>
      </w:r>
      <w:r>
        <w:rPr>
          <w:sz w:val="20"/>
        </w:rPr>
        <w:t>25:45  forever. yahan mein ek baat add karna chahunga, wo ye ke peace ki importance itni zyada hai, itni zyada hai, itni zyada hai ke shayad is se zyada importance kisi aur cheez ki nahi.</w:t>
      </w:r>
    </w:p>
    <w:p>
      <w:pPr>
        <w:pStyle w:val="Heading2"/>
      </w:pPr>
      <w:r>
        <w:t>Prophetic prediction and modern peace</w:t>
      </w:r>
    </w:p>
    <w:p>
      <w:r>
        <w:rPr>
          <w:color w:val="666666"/>
          <w:sz w:val="18"/>
        </w:rPr>
        <w:t>RIS Talks Maulana Wahiduddin Khan In Pursuit of Peace The Roadmap to Harmonious Societies · 5m 27s · at 11:20 · https://youtu.be/lJPxioppf4o?t=680</w:t>
      </w:r>
    </w:p>
    <w:p>
      <w:r>
        <w:rPr>
          <w:i/>
        </w:rPr>
        <w:t>“Yesterday I was flying from Delhi to Toronto by Air Canada.”</w:t>
      </w:r>
    </w:p>
    <w:p>
      <w:r>
        <w:rPr>
          <w:sz w:val="20"/>
        </w:rPr>
        <w:t>11:20  yesterday i was flying from delhi to toronto by air canada.</w:t>
      </w:r>
      <w:r>
        <w:br/>
      </w:r>
      <w:r>
        <w:rPr>
          <w:sz w:val="20"/>
        </w:rPr>
        <w:t>11:32  it was tulo thousand kilometers non stop journey. this experience triggered my mind.</w:t>
      </w:r>
      <w:r>
        <w:br/>
      </w:r>
      <w:r>
        <w:rPr>
          <w:sz w:val="20"/>
        </w:rPr>
        <w:t>11:47  i rickald a hadith. this hadith is narrated by bukhari.</w:t>
      </w:r>
      <w:r>
        <w:br/>
      </w:r>
      <w:r>
        <w:rPr>
          <w:sz w:val="20"/>
        </w:rPr>
        <w:t>11:59  the prophet islam had said that in the latter history of islam,</w:t>
      </w:r>
      <w:r>
        <w:br/>
      </w:r>
      <w:r>
        <w:rPr>
          <w:sz w:val="20"/>
        </w:rPr>
        <w:t>12:06  some group of my ummah will travel for islamic mission, will travel abroad.</w:t>
      </w:r>
      <w:r>
        <w:br/>
      </w:r>
      <w:r>
        <w:rPr>
          <w:sz w:val="20"/>
        </w:rPr>
        <w:t>12:19  then the wording is,</w:t>
      </w:r>
      <w:r>
        <w:br/>
      </w:r>
      <w:r>
        <w:rPr>
          <w:sz w:val="20"/>
        </w:rPr>
        <w:t>12:26  "kul muluk ala asirah,</w:t>
      </w:r>
      <w:r>
        <w:br/>
      </w:r>
      <w:r>
        <w:rPr>
          <w:sz w:val="20"/>
        </w:rPr>
        <w:t>12:32  kul muluk ala asirah, they will travel like kings</w:t>
      </w:r>
      <w:r>
        <w:br/>
      </w:r>
      <w:r>
        <w:rPr>
          <w:sz w:val="20"/>
        </w:rPr>
        <w:t>12:41  at the throne."</w:t>
      </w:r>
      <w:r>
        <w:br/>
      </w:r>
      <w:r>
        <w:rPr>
          <w:sz w:val="20"/>
        </w:rPr>
        <w:t>12:46  it is very, it is very strange that this was predicted by the prophet of islam in seventh century.</w:t>
      </w:r>
      <w:r>
        <w:br/>
      </w:r>
      <w:r>
        <w:rPr>
          <w:sz w:val="20"/>
        </w:rPr>
        <w:t>13:01  further my mind triggered and i said to myself, "what is airplane</w:t>
      </w:r>
      <w:r>
        <w:br/>
      </w:r>
      <w:r>
        <w:rPr>
          <w:sz w:val="20"/>
        </w:rPr>
        <w:t>13:07  ? it is flying throne."</w:t>
      </w:r>
      <w:r>
        <w:br/>
      </w:r>
      <w:r>
        <w:rPr>
          <w:sz w:val="20"/>
        </w:rPr>
        <w:t>13:11  present airplane is a flying throne. so the prophet of islam sallallahu alaihi wasallam had predicted that they will come when my group of my ummah will travel for islamic mission</w:t>
      </w:r>
      <w:r>
        <w:br/>
      </w:r>
      <w:r>
        <w:rPr>
          <w:sz w:val="20"/>
        </w:rPr>
        <w:t>13:35  or for dawah by flying vehicle</w:t>
      </w:r>
      <w:r>
        <w:br/>
      </w:r>
      <w:r>
        <w:rPr>
          <w:sz w:val="20"/>
        </w:rPr>
        <w:t>13:46  and with royal facilities.</w:t>
      </w:r>
      <w:r>
        <w:br/>
      </w:r>
      <w:r>
        <w:rPr>
          <w:sz w:val="20"/>
        </w:rPr>
        <w:t>13:51  royal facilities. so in the twenty first century, we are inherited all these facilities.</w:t>
      </w:r>
      <w:r>
        <w:br/>
      </w:r>
      <w:r>
        <w:rPr>
          <w:sz w:val="20"/>
        </w:rPr>
        <w:t>14:07  then i reminded that in the quran there are several verses that tell us that quran was revealed, quran was sent for all mankind.</w:t>
      </w:r>
      <w:r>
        <w:br/>
      </w:r>
      <w:r>
        <w:rPr>
          <w:sz w:val="20"/>
        </w:rPr>
        <w:t>14:24  nazal furqan ala abdihi li yakuna lil alamin nadhira. quran was sent for all mankind.</w:t>
      </w:r>
      <w:r>
        <w:br/>
      </w:r>
      <w:r>
        <w:rPr>
          <w:sz w:val="20"/>
        </w:rPr>
        <w:t>14:35  but at the time in the seventh century, there were no peace, no communication, no religious freedom, no openness</w:t>
      </w:r>
      <w:r>
        <w:br/>
      </w:r>
      <w:r>
        <w:rPr>
          <w:sz w:val="20"/>
        </w:rPr>
        <w:t>14:50  . all those things that are necessary to complete this mission were absent at the time.</w:t>
      </w:r>
      <w:r>
        <w:br/>
      </w:r>
      <w:r>
        <w:rPr>
          <w:sz w:val="20"/>
        </w:rPr>
        <w:t>15:01  then allah subhanahu wa ta'ala</w:t>
      </w:r>
      <w:r>
        <w:br/>
      </w:r>
      <w:r>
        <w:rPr>
          <w:sz w:val="20"/>
        </w:rPr>
        <w:t>15:06  intervened in the history. there were some very great wars like first world war and second world war.</w:t>
      </w:r>
      <w:r>
        <w:br/>
      </w:r>
      <w:r>
        <w:rPr>
          <w:sz w:val="20"/>
        </w:rPr>
        <w:t>15:24  these wars proved to be disastrous, no positive gain. then the thinking people started reassessing,</w:t>
      </w:r>
      <w:r>
        <w:br/>
      </w:r>
      <w:r>
        <w:rPr>
          <w:sz w:val="20"/>
        </w:rPr>
        <w:t>15:41  rethinking. then they decided universally that war is not an option.</w:t>
      </w:r>
      <w:r>
        <w:br/>
      </w:r>
      <w:r>
        <w:rPr>
          <w:sz w:val="20"/>
        </w:rPr>
        <w:t>15:54  only option is peace</w:t>
      </w:r>
      <w:r>
        <w:br/>
      </w:r>
      <w:r>
        <w:rPr>
          <w:sz w:val="20"/>
        </w:rPr>
        <w:t>15:58  . what we want, we can achieve only through peace. so in the mid 20th century, nations were formed.</w:t>
      </w:r>
      <w:r>
        <w:br/>
      </w:r>
      <w:r>
        <w:rPr>
          <w:sz w:val="20"/>
        </w:rPr>
        <w:t>16:12  all the countries, all the nations became member of this organization. and they decided universally that now there is no war</w:t>
      </w:r>
      <w:r>
        <w:br/>
      </w:r>
      <w:r>
        <w:rPr>
          <w:sz w:val="20"/>
        </w:rPr>
        <w:t>16:28  onli pais az da onli aipshan.</w:t>
      </w:r>
      <w:r>
        <w:br/>
      </w:r>
      <w:r>
        <w:rPr>
          <w:sz w:val="20"/>
        </w:rPr>
        <w:t>16:35  This opened a new age of peace. This event opened a new age of peace.</w:t>
      </w:r>
    </w:p>
    <w:p>
      <w:pPr>
        <w:pStyle w:val="Heading2"/>
      </w:pPr>
      <w:r>
        <w:t>Choosing Jannah over worldly desires</w:t>
      </w:r>
    </w:p>
    <w:p>
      <w:r>
        <w:rPr>
          <w:color w:val="666666"/>
          <w:sz w:val="18"/>
        </w:rPr>
        <w:t>What is Paradise 4 March 2006 - Maulana Wahiduddin Khan · 3m 20s · at 37:16 · https://youtu.be/SYmFRRq3BGU?t=2236</w:t>
      </w:r>
    </w:p>
    <w:p>
      <w:r>
        <w:rPr>
          <w:i/>
        </w:rPr>
        <w:t>“Rasool Allah ke jo companions thay”</w:t>
      </w:r>
    </w:p>
    <w:p>
      <w:r>
        <w:rPr>
          <w:sz w:val="20"/>
        </w:rPr>
        <w:t>37:16  Yahan mein chand waqiat bataunga ke Rasool Allah ke jo companion the, sahabi, un ka tareeqa kya tha?</w:t>
      </w:r>
      <w:r>
        <w:br/>
      </w:r>
      <w:r>
        <w:rPr>
          <w:sz w:val="20"/>
        </w:rPr>
        <w:t>37:28  Kis tarah woh</w:t>
      </w:r>
      <w:r>
        <w:br/>
      </w:r>
      <w:r>
        <w:rPr>
          <w:sz w:val="20"/>
        </w:rPr>
        <w:t>37:35  dunya mein rehte the jis ke nateejay mein Khuda ne ailaan kiya ke razi Allahu anhum wa ridwanuhum,</w:t>
      </w:r>
      <w:r>
        <w:br/>
      </w:r>
      <w:r>
        <w:rPr>
          <w:sz w:val="20"/>
        </w:rPr>
        <w:t>37:45  un ke liye jannat ka ailaan farmaya. Misalan ek sahabi hain, un ko second caliph ne, yaani Umar Farooq ne, Syria ka governor banaya.</w:t>
      </w:r>
      <w:r>
        <w:br/>
      </w:r>
      <w:r>
        <w:rPr>
          <w:sz w:val="20"/>
        </w:rPr>
        <w:t>38:01  Syria ka governor. Woh Madina se rawana hue Syria ke liye. Raaste mein jab the abhi woh ke un ko dinar ki theli pahunchi.</w:t>
      </w:r>
      <w:r>
        <w:br/>
      </w:r>
      <w:r>
        <w:rPr>
          <w:sz w:val="20"/>
        </w:rPr>
        <w:t>38:17  Yaani Hazrat Umar ne un ko dinar theli, dinar ki theli bheji ke apni zarooraten poori karne ke liye. Un ki biwi bohat khush hui.</w:t>
      </w:r>
      <w:r>
        <w:br/>
      </w:r>
      <w:r>
        <w:rPr>
          <w:sz w:val="20"/>
        </w:rPr>
        <w:t>38:30  Us ke zehen mein diya tha ke main Syria mein governor ki biwi ban kar mujhe rehna hai to mere paas achhe kapde hone chahiye. Mere paas achha furniture hona chahiye.</w:t>
      </w:r>
      <w:r>
        <w:br/>
      </w:r>
      <w:r>
        <w:rPr>
          <w:sz w:val="20"/>
        </w:rPr>
        <w:t>38:41  To us ne kaha ke bada achha yeh paisa aa gaya hai, ab aap is se yeh sab kar daliye. Taake wahan hum Syria mein hum rahein to lage bhai first lady yeh Syria ki hain.</w:t>
      </w:r>
      <w:r>
        <w:br/>
      </w:r>
      <w:r>
        <w:rPr>
          <w:sz w:val="20"/>
        </w:rPr>
        <w:t>38:54  To unhone kaha</w:t>
      </w:r>
      <w:r>
        <w:br/>
      </w:r>
      <w:r>
        <w:rPr>
          <w:sz w:val="20"/>
        </w:rPr>
        <w:t>38:58  ke mere paas is dinar ka ek aur achha istemal bhi hai. Is se achha istemal.</w:t>
      </w:r>
      <w:r>
        <w:br/>
      </w:r>
      <w:r>
        <w:rPr>
          <w:sz w:val="20"/>
        </w:rPr>
        <w:t>39:09  To us ne poocha ke woh kya? Us ne kaha ke unhone kaha ke main is ko Khuda ke raaste mein kharch kar doon.</w:t>
      </w:r>
      <w:r>
        <w:br/>
      </w:r>
      <w:r>
        <w:rPr>
          <w:sz w:val="20"/>
        </w:rPr>
        <w:t>39:18  To rore chalane lagi woh. Kitab mein aata hai ke woh good looking lady thi woh.</w:t>
      </w:r>
      <w:r>
        <w:br/>
      </w:r>
      <w:r>
        <w:rPr>
          <w:sz w:val="20"/>
        </w:rPr>
        <w:t>39:31  To aap jante hain ke good looking jo ladies hoti hain un mein jis ko kehte hain angrezi mein tantrum, to un ke andar tantrum bhi aa jata hai, naaz nakhre dikhati hain.</w:t>
      </w:r>
      <w:r>
        <w:br/>
      </w:r>
      <w:r>
        <w:rPr>
          <w:sz w:val="20"/>
        </w:rPr>
        <w:t>39:45  To us ne naaz nakhra dikhaya, roye chalai. To us sahabi ne kaha ke sun lo,</w:t>
      </w:r>
      <w:r>
        <w:br/>
      </w:r>
      <w:r>
        <w:rPr>
          <w:sz w:val="20"/>
        </w:rPr>
        <w:t>39:56  main tumhari khatir jannat ko nahi chhod sakta.</w:t>
      </w:r>
      <w:r>
        <w:br/>
      </w:r>
      <w:r>
        <w:rPr>
          <w:sz w:val="20"/>
        </w:rPr>
        <w:t>40:06  Yaani tumhare, main tumhari khatir jannat ko nahi chhod sakta. Mujhe is paise se jannat ka ticket lena hai. Tumhari khwahishen nahi poori karna hai.</w:t>
      </w:r>
      <w:r>
        <w:br/>
      </w:r>
      <w:r>
        <w:rPr>
          <w:sz w:val="20"/>
        </w:rPr>
        <w:t>40:19  Jab, jab is tarah se karapan dikhaya unhone to aata hai ke fasmat wa radhiyat. To woh naram pad gayi aur raazi ho gayi. Yeh tareeqa tha sahaba karam ka problem ko solve karne ka.</w:t>
      </w:r>
    </w:p>
    <w:p>
      <w:pPr>
        <w:pStyle w:val="Heading2"/>
      </w:pPr>
      <w:r>
        <w:t>Islam's position on war and peace, with Prophet's example</w:t>
      </w:r>
    </w:p>
    <w:p>
      <w:r>
        <w:rPr>
          <w:color w:val="666666"/>
          <w:sz w:val="18"/>
        </w:rPr>
        <w:t>Islam Has No Place for Terrorism May 4, 2025 · 4m 42s · at 32:21 · https://youtu.be/Q6vPQ2BOOs4?t=1941</w:t>
      </w:r>
    </w:p>
    <w:p>
      <w:r>
        <w:rPr>
          <w:i/>
        </w:rPr>
        <w:t>“What is the position of Islam with respect to war and peace?”</w:t>
      </w:r>
    </w:p>
    <w:p>
      <w:r>
        <w:rPr>
          <w:sz w:val="20"/>
        </w:rPr>
        <w:t>32:21  kul. jazakallahu, aap. aap, mera agla sawal yeh bhi hai keh what was the disposition of Islam with respect to war and peace?</w:t>
      </w:r>
      <w:r>
        <w:br/>
      </w:r>
      <w:r>
        <w:rPr>
          <w:sz w:val="20"/>
        </w:rPr>
        <w:t>32:31  iske bare mein bhi bataein.</w:t>
      </w:r>
      <w:r>
        <w:br/>
      </w:r>
      <w:r>
        <w:rPr>
          <w:sz w:val="20"/>
        </w:rPr>
        <w:t>32:35  Islam mein war to woh hai jab bilkul hi naguzir ho jaye.</w:t>
      </w:r>
      <w:r>
        <w:br/>
      </w:r>
      <w:r>
        <w:rPr>
          <w:sz w:val="20"/>
        </w:rPr>
        <w:t>32:42  dekhiye, kisi bhi mulk par hamla ho jaye, us waqt yahan ke shehri jo wahin chup chap peaceful tareeqe se gharon mein baithe rahein, to woh mujrim qarar diye jayenge.</w:t>
      </w:r>
      <w:r>
        <w:br/>
      </w:r>
      <w:r>
        <w:rPr>
          <w:sz w:val="20"/>
        </w:rPr>
        <w:t>32:51  to wohi jab hamla ho jaye, us waqt war hai. otherwise, peace hi peace hai, aur peaceful tareeqe se hi humein saare kaam karne hain. lekin dekhiye, Islam ka jo maqsad hai, woh hamare dil ki islaah karna hai, hamara spiritual personality ko develop karna hai.</w:t>
      </w:r>
      <w:r>
        <w:br/>
      </w:r>
      <w:r>
        <w:rPr>
          <w:sz w:val="20"/>
        </w:rPr>
        <w:t>33:10  kyunki hamare paas jo kuch bhi hai, woh potential form mein hai, to woh is ko realize karna hai. to yeh sab ko i jang maidan mein thodi hoga.</w:t>
      </w:r>
      <w:r>
        <w:br/>
      </w:r>
      <w:r>
        <w:rPr>
          <w:sz w:val="20"/>
        </w:rPr>
        <w:t>33:21  to is ke liye humein bohat kaam karna padta hai.</w:t>
      </w:r>
      <w:r>
        <w:br/>
      </w:r>
      <w:r>
        <w:rPr>
          <w:sz w:val="20"/>
        </w:rPr>
        <w:t>33:24  to humein akhirat ki yaad dilana, humein Khuda se ta'alluq jodna, Khuda ki raza hasil karna, ibadat karna, aur apni akhlaqi kamzoriyon ko door karna, apne andar jo bhi kamiyaan hain, is ko khatm karna, aur bandon ki khair khwahi karna.</w:t>
      </w:r>
      <w:r>
        <w:br/>
      </w:r>
      <w:r>
        <w:rPr>
          <w:sz w:val="20"/>
        </w:rPr>
        <w:t>33:41  to yeh saari cheezein jo hain, is ke liye humein peaceful environment ki zaroorat hai.</w:t>
      </w:r>
      <w:r>
        <w:br/>
      </w:r>
      <w:r>
        <w:rPr>
          <w:sz w:val="20"/>
        </w:rPr>
        <w:t>33:48  aur hum bar bar humein Rasool Allah sallallahu alaihi wasallam ki zindagi mein se waqiyat milte hain, jo humein yaad dilate hain is baat ko keh jab sab se pehli bar jab Rasool Allah sallallahu alaihi wasallam ko paighambar banaya gaya, aur un ko sab se pehle message diya gaya, to aap ne tamam logon ko Koh-e-Safa par jama kiya, aur kaha keh kya main tum ko maut ke baad aane wale masle ki khabar na doon?</w:t>
      </w:r>
      <w:r>
        <w:br/>
      </w:r>
      <w:r>
        <w:rPr>
          <w:sz w:val="20"/>
        </w:rPr>
        <w:t>34:14  bohat bada masla tumhare saamne aa raha hai,</w:t>
      </w:r>
      <w:r>
        <w:br/>
      </w:r>
      <w:r>
        <w:rPr>
          <w:sz w:val="20"/>
        </w:rPr>
        <w:t>34:17  is ke liye apne aap ko tayyar karo. to is mein woh yeh hai keh akhirat ki tayyari. phir jab aap Madina gaye, ji, to aap Madina kis kaise halaat mein raat ko bhag ke gaye the andhere mein?</w:t>
      </w:r>
      <w:r>
        <w:br/>
      </w:r>
      <w:r>
        <w:rPr>
          <w:sz w:val="20"/>
        </w:rPr>
        <w:t>34:30  to aap ko to wahan ja ke aaj kal jo Musalman karte hain, to bas sirf Quraish ki hi complaint karni chahiye thi, Quraish ke khilaf planning karni chahiye thi keh Quraish ne hamare saath itna bada zulm kiya hai.</w:t>
      </w:r>
      <w:r>
        <w:br/>
      </w:r>
      <w:r>
        <w:rPr>
          <w:sz w:val="20"/>
        </w:rPr>
        <w:t>34:44  kuch nahi, aap wahan gaye,</w:t>
      </w:r>
      <w:r>
        <w:br/>
      </w:r>
      <w:r>
        <w:rPr>
          <w:sz w:val="20"/>
        </w:rPr>
        <w:t>34:46  aap ne jo pehli taqreer ki, kaha: "Logon! apne aap ko aag se bachao, khwah khajoor ke ek tukde se hi kyun na ho." matlab jo humein apni tayyari karni hai, is dunya mein hum apne aap ko akhirat ke liye tayyar karne ke liye aaye hain, ji, ladai karne ke liye nahi aaye hain, dunya ko barbaad karne ke liye. to Allah taala ek bada zalzala le aayega, poori dunya barbaad ho jayegi.</w:t>
      </w:r>
      <w:r>
        <w:br/>
      </w:r>
      <w:r>
        <w:rPr>
          <w:sz w:val="20"/>
        </w:rPr>
        <w:t>35:12  to hamara yeh kaam nahi hai dunya ko barbaad karna,</w:t>
      </w:r>
      <w:r>
        <w:br/>
      </w:r>
      <w:r>
        <w:rPr>
          <w:sz w:val="20"/>
        </w:rPr>
        <w:t>35:15  humein to apne aap ko tayyar karna hai. to humein apne aap ko khuda ki marzi ke mutabiq apne aap ko is dunya mein dhalna hai, apni personality ko dhalna hai.</w:t>
      </w:r>
      <w:r>
        <w:br/>
      </w:r>
      <w:r>
        <w:rPr>
          <w:sz w:val="20"/>
        </w:rPr>
        <w:t>35:27  aur yeh jo hai, yeh to bohat kabhi kabhi hota hai. zyada tar peghambaron ke zamanon mein to jang ke halaat bhi nahin aaye, lekin rasool Allah salallahu alaihi wasallam ke zamanay mein aaye, woh religious persecution ki wajah se.</w:t>
      </w:r>
      <w:r>
        <w:br/>
      </w:r>
      <w:r>
        <w:rPr>
          <w:sz w:val="20"/>
        </w:rPr>
        <w:t>35:42  to saare peghambaron ne jang nahin ki.</w:t>
      </w:r>
      <w:r>
        <w:br/>
      </w:r>
      <w:r>
        <w:rPr>
          <w:sz w:val="20"/>
        </w:rPr>
        <w:t>35:45  ab jo Hazrat Musa alaihi salam jo hain, woh khamoshi se raat ko bani israil ko le kar ke nikal gaye, phir bhi Firon ne peecha kiya, aur Firon doob gaya.</w:t>
      </w:r>
      <w:r>
        <w:br/>
      </w:r>
      <w:r>
        <w:rPr>
          <w:sz w:val="20"/>
        </w:rPr>
        <w:t>35:59  to us waqt bhi Hazrat Musa alaihi salam, jaisa ke Maulana Abul A'la Maududi jaisay logon ka kehna hai ke insaan is dunya mein hukoomat ilahia qaim karne ke liye aaya hai,</w:t>
      </w:r>
      <w:r>
        <w:br/>
      </w:r>
      <w:r>
        <w:rPr>
          <w:sz w:val="20"/>
        </w:rPr>
        <w:t>36:11  to unhon ne us waqt to Firon aur saara lashkar tabah ho gaya tha. unko wapas aa kar hukoomat taj o takht lena chahiye tha, hukoomat Firon pe baithna chahiye tha, lekin woh bani israil ko le kar ke wahan sahara mein chale gaye. kyunke bani israil ke andar bohat sari akhlaqi weaknesses aa gayi thi, to unki training ke liye wahan unko le kar ke chale gaye. to itnay baray peghambar thay,</w:t>
      </w:r>
      <w:r>
        <w:br/>
      </w:r>
      <w:r>
        <w:rPr>
          <w:sz w:val="20"/>
        </w:rPr>
        <w:t>36:38  to aise saare peghambar se humein milta hai ke humein hamari apni tayyari karni hai taake qayamat mein hum Allah taala ke samne jawab dehi kar saken.</w:t>
      </w:r>
      <w:r>
        <w:br/>
      </w:r>
      <w:r>
        <w:rPr>
          <w:sz w:val="20"/>
        </w:rPr>
        <w:t>36:52  to aman ki hesiyat jo hai, woh rule ki hai, aur jang ki hesiyat jo hai, ek exception ki hai. jab aap Quran padhenge to aap yeh hi dekhenge ke zyada tar ayatain wohi hain</w:t>
      </w:r>
    </w:p>
    <w:p>
      <w:pPr>
        <w:pStyle w:val="Heading2"/>
      </w:pPr>
      <w:r>
        <w:t>Differences are political not religious in India</w:t>
      </w:r>
    </w:p>
    <w:p>
      <w:r>
        <w:rPr>
          <w:color w:val="666666"/>
          <w:sz w:val="18"/>
        </w:rPr>
        <w:t>B'nai B'birth International Programme October 20, 2015 · 5m 43s · at 39:21 · https://youtu.be/1WtsK3mrkEQ?t=2361</w:t>
      </w:r>
    </w:p>
    <w:p>
      <w:r>
        <w:rPr>
          <w:i/>
        </w:rPr>
        <w:t>“And fortunately, Hindus also believe in similar belief”</w:t>
      </w:r>
    </w:p>
    <w:p>
      <w:r>
        <w:rPr>
          <w:sz w:val="20"/>
        </w:rPr>
        <w:t>39:21  and fortunately, hindus also believe in a similar belief. their belief is our similar belief. our belief is monotheism. their belief is monism. monism.</w:t>
      </w:r>
      <w:r>
        <w:br/>
      </w:r>
      <w:r>
        <w:rPr>
          <w:sz w:val="20"/>
        </w:rPr>
        <w:t>39:44  and our belief is based on monotheistic concept. their belief is based on monistic concept. theyre very—both are very similar. so in india, we never find any difficulty to promote our mission. all those differences are political.</w:t>
      </w:r>
      <w:r>
        <w:br/>
      </w:r>
      <w:r>
        <w:rPr>
          <w:sz w:val="20"/>
        </w:rPr>
        <w:t>40:10  im certain that all those so-called differences between hindus and muslims in india are political. they are not religious because both the communities believe in a similar idea. moreover, as you know, swami vivekananda visited chicago in 1893.</w:t>
      </w:r>
      <w:r>
        <w:br/>
      </w:r>
      <w:r>
        <w:rPr>
          <w:sz w:val="20"/>
        </w:rPr>
        <w:t>40:38  in the chicago conference, he declared, and all the hindus appreciate this declaration, that all the religions are true, including islam. so where is the difference?</w:t>
      </w:r>
      <w:r>
        <w:br/>
      </w:r>
      <w:r>
        <w:rPr>
          <w:sz w:val="20"/>
        </w:rPr>
        <w:t>40:57  in India,</w:t>
      </w:r>
      <w:r>
        <w:br/>
      </w:r>
      <w:r>
        <w:rPr>
          <w:sz w:val="20"/>
        </w:rPr>
        <w:t>40:59  Sufi people came from</w:t>
      </w:r>
      <w:r>
        <w:br/>
      </w:r>
      <w:r>
        <w:rPr>
          <w:sz w:val="20"/>
        </w:rPr>
        <w:t>41:06  Iran and other foreign countries, and here</w:t>
      </w:r>
      <w:r>
        <w:br/>
      </w:r>
      <w:r>
        <w:rPr>
          <w:sz w:val="20"/>
        </w:rPr>
        <w:t>41:11  Hindu welcomed the Sufis.</w:t>
      </w:r>
      <w:r>
        <w:br/>
      </w:r>
      <w:r>
        <w:rPr>
          <w:sz w:val="20"/>
        </w:rPr>
        <w:t>41:15  So in in</w:t>
      </w:r>
      <w:r>
        <w:br/>
      </w:r>
      <w:r>
        <w:rPr>
          <w:sz w:val="20"/>
        </w:rPr>
        <w:t>41:19  India, there is no religious problem.</w:t>
      </w:r>
      <w:r>
        <w:br/>
      </w:r>
      <w:r>
        <w:rPr>
          <w:sz w:val="20"/>
        </w:rPr>
        <w:t>41:22  All those problems are</w:t>
      </w:r>
      <w:r>
        <w:br/>
      </w:r>
      <w:r>
        <w:rPr>
          <w:sz w:val="20"/>
        </w:rPr>
        <w:t>41:26  political problem. And we try to people</w:t>
      </w:r>
      <w:r>
        <w:br/>
      </w:r>
      <w:r>
        <w:rPr>
          <w:sz w:val="20"/>
        </w:rPr>
        <w:t>41:31  to know this difference</w:t>
      </w:r>
      <w:r>
        <w:br/>
      </w:r>
      <w:r>
        <w:rPr>
          <w:sz w:val="20"/>
        </w:rPr>
        <w:t>41:35  and i can say that we are also successful in this mission. there are so many people in india who have discovered this fact, and now they are living as a very good neighbor.</w:t>
      </w:r>
      <w:r>
        <w:br/>
      </w:r>
      <w:r>
        <w:rPr>
          <w:sz w:val="20"/>
        </w:rPr>
        <w:t>41:57  so i think that we want to establish this atmosphere also in palestine. arab and jew both can live as good neighbors if they discover that all those differences are political in nature, not religious. so is the case of both.</w:t>
      </w:r>
      <w:r>
        <w:br/>
      </w:r>
      <w:r>
        <w:rPr>
          <w:sz w:val="20"/>
        </w:rPr>
        <w:t>42:22  in India, in India,</w:t>
      </w:r>
      <w:r>
        <w:br/>
      </w:r>
      <w:r>
        <w:rPr>
          <w:sz w:val="20"/>
        </w:rPr>
        <w:t>42:26  if there is problem, there is religious, there is not religious, political in nature.</w:t>
      </w:r>
      <w:r>
        <w:br/>
      </w:r>
      <w:r>
        <w:rPr>
          <w:sz w:val="20"/>
        </w:rPr>
        <w:t>42:31  So cases of Palestine, if there problem in Palestine, they are political and not religious.</w:t>
      </w:r>
      <w:r>
        <w:br/>
      </w:r>
      <w:r>
        <w:rPr>
          <w:sz w:val="20"/>
        </w:rPr>
        <w:t>42:43  Actually, one of the most important thing is that he emphasizes</w:t>
      </w:r>
      <w:r>
        <w:br/>
      </w:r>
      <w:r>
        <w:rPr>
          <w:sz w:val="20"/>
        </w:rPr>
        <w:t>42:48  engagement, a lot of engagement and dialogue, because most of the misunderstanding arise when there is no dialogue.</w:t>
      </w:r>
      <w:r>
        <w:br/>
      </w:r>
      <w:r>
        <w:rPr>
          <w:sz w:val="20"/>
        </w:rPr>
        <w:t>42:54  You know, people living their own ghetto mentality.</w:t>
      </w:r>
      <w:r>
        <w:br/>
      </w:r>
      <w:r>
        <w:rPr>
          <w:sz w:val="20"/>
        </w:rPr>
        <w:t>42:57  So he is been writing very regularly in newspapers, the leading newspapers.</w:t>
      </w:r>
      <w:r>
        <w:br/>
      </w:r>
      <w:r>
        <w:rPr>
          <w:sz w:val="20"/>
        </w:rPr>
        <w:t>43:01  There are workshops that we organize, and then he participates extensively in other religions' platforms, and</w:t>
      </w:r>
      <w:r>
        <w:br/>
      </w:r>
      <w:r>
        <w:rPr>
          <w:sz w:val="20"/>
        </w:rPr>
        <w:t>43:08  There is exchange of ideas.</w:t>
      </w:r>
      <w:r>
        <w:br/>
      </w:r>
      <w:r>
        <w:rPr>
          <w:sz w:val="20"/>
        </w:rPr>
        <w:t>43:11  So the important thing is you respect, you know, the other person's belief, and while conveying your message.</w:t>
      </w:r>
      <w:r>
        <w:br/>
      </w:r>
      <w:r>
        <w:rPr>
          <w:sz w:val="20"/>
        </w:rPr>
        <w:t>43:17  And in the process, everybody gains, because there is intellectual transformation.</w:t>
      </w:r>
      <w:r>
        <w:br/>
      </w:r>
      <w:r>
        <w:rPr>
          <w:sz w:val="20"/>
        </w:rPr>
        <w:t>43:21  So I think that's how, you know, it is happening.</w:t>
      </w:r>
      <w:r>
        <w:br/>
      </w:r>
      <w:r>
        <w:rPr>
          <w:sz w:val="20"/>
        </w:rPr>
        <w:t>43:24  There are of course incidents, but those are in minority.</w:t>
      </w:r>
      <w:r>
        <w:br/>
      </w:r>
      <w:r>
        <w:rPr>
          <w:sz w:val="20"/>
        </w:rPr>
        <w:t>43:28  Largely, the Indian people are very peaceful people, and they appreciate.</w:t>
      </w:r>
      <w:r>
        <w:br/>
      </w:r>
      <w:r>
        <w:rPr>
          <w:sz w:val="20"/>
        </w:rPr>
        <w:t>43:33  But the key is, of course, the dialogue through which you can communicate.</w:t>
      </w:r>
      <w:r>
        <w:br/>
      </w:r>
      <w:r>
        <w:rPr>
          <w:sz w:val="20"/>
        </w:rPr>
        <w:t>43:37  So that's very important.</w:t>
      </w:r>
      <w:r>
        <w:br/>
      </w:r>
      <w:r>
        <w:rPr>
          <w:sz w:val="20"/>
        </w:rPr>
        <w:t>43:40  Greetings to all of you.</w:t>
      </w:r>
      <w:r>
        <w:br/>
      </w:r>
      <w:r>
        <w:rPr>
          <w:sz w:val="20"/>
        </w:rPr>
        <w:t>43:43  For last few months, I've been working on a book, which is actually a collection of the essays of Maulana</w:t>
      </w:r>
      <w:r>
        <w:br/>
      </w:r>
      <w:r>
        <w:rPr>
          <w:sz w:val="20"/>
        </w:rPr>
        <w:t>43:52  Wahiduddin Khan, and it is being published by Harper Collins.</w:t>
      </w:r>
      <w:r>
        <w:br/>
      </w:r>
      <w:r>
        <w:rPr>
          <w:sz w:val="20"/>
        </w:rPr>
        <w:t>43:58  So it will come out in the first week of November, Inshallah.</w:t>
      </w:r>
      <w:r>
        <w:br/>
      </w:r>
      <w:r>
        <w:rPr>
          <w:sz w:val="20"/>
        </w:rPr>
        <w:t>44:03  The idea behind</w:t>
      </w:r>
      <w:r>
        <w:br/>
      </w:r>
      <w:r>
        <w:rPr>
          <w:sz w:val="20"/>
        </w:rPr>
        <w:t>44:06  The book was for young minds like me, how the transformation it took place with me.</w:t>
      </w:r>
      <w:r>
        <w:br/>
      </w:r>
      <w:r>
        <w:rPr>
          <w:sz w:val="20"/>
        </w:rPr>
        <w:t>44:13  So few years back, when I when I started coming to the mission, and I started reading Maulana</w:t>
      </w:r>
      <w:r>
        <w:br/>
      </w:r>
      <w:r>
        <w:rPr>
          <w:sz w:val="20"/>
        </w:rPr>
        <w:t>44:20  literature, and started hearing his lectures.</w:t>
      </w:r>
      <w:r>
        <w:br/>
      </w:r>
      <w:r>
        <w:rPr>
          <w:sz w:val="20"/>
        </w:rPr>
        <w:t>44:25  The first thing which struck me most was to differentiate between Islam and Muslims.</w:t>
      </w:r>
      <w:r>
        <w:br/>
      </w:r>
      <w:r>
        <w:rPr>
          <w:sz w:val="20"/>
        </w:rPr>
        <w:t>44:31  The first thing which he said to me, and that is very important for all of us, to</w:t>
      </w:r>
      <w:r>
        <w:br/>
      </w:r>
      <w:r>
        <w:rPr>
          <w:sz w:val="20"/>
        </w:rPr>
        <w:t>44:37  diferenshiet bitween da tro sors of da religin and da falooers, bikaz onli din wi bi ebal tu</w:t>
      </w:r>
      <w:r>
        <w:br/>
      </w:r>
      <w:r>
        <w:rPr>
          <w:sz w:val="20"/>
        </w:rPr>
        <w:t>44:44  andarshtend wot laiz in da religin.</w:t>
      </w:r>
      <w:r>
        <w:br/>
      </w:r>
      <w:r>
        <w:rPr>
          <w:sz w:val="20"/>
        </w:rPr>
        <w:t>44:48  end laik wot hi said tode abaut da prafet, da insident wich hi nareted, in wich prafet hi</w:t>
      </w:r>
      <w:r>
        <w:br/>
      </w:r>
      <w:r>
        <w:rPr>
          <w:sz w:val="20"/>
        </w:rPr>
        <w:t>44:57  stod ap wen hi so fiunral of a jio pasing bai, end hi said daint isnt hi a</w:t>
      </w:r>
      <w:r>
        <w:br/>
      </w:r>
      <w:r>
        <w:rPr>
          <w:sz w:val="20"/>
        </w:rPr>
        <w:t>45:03  human bin</w:t>
      </w:r>
      <w:r>
        <w:br/>
      </w:r>
      <w:r>
        <w:rPr>
          <w:sz w:val="20"/>
        </w:rPr>
        <w:t>45:04  so things like these, its very important for young people like me to understand the importance of peace and the importance of, uh, human survival as peace. we all need it very desperately. and, uh, the starting point is, of course, uh, the young generation who are going to carry it forward.</w:t>
      </w:r>
    </w:p>
    <w:p>
      <w:pPr>
        <w:pStyle w:val="Heading2"/>
      </w:pPr>
      <w:r>
        <w:t>Dawah makes master of crisis management</w:t>
      </w:r>
    </w:p>
    <w:p>
      <w:r>
        <w:rPr>
          <w:color w:val="666666"/>
          <w:sz w:val="18"/>
        </w:rPr>
        <w:t>Islam in the Age of Science I 27 June 2010 - Maulana Wahiduddin Khan · 3m 46s · at 51:44 · https://youtu.be/aU2f802AUJk?t=3104</w:t>
      </w:r>
    </w:p>
    <w:p>
      <w:r>
        <w:rPr>
          <w:i/>
        </w:rPr>
        <w:t>“Dawat ka mizaj, dawat woh kya hai? Art of crisis management”</w:t>
      </w:r>
    </w:p>
    <w:p>
      <w:r>
        <w:rPr>
          <w:sz w:val="20"/>
        </w:rPr>
        <w:t>51:44  toh is ka faida kya hua? is ka faida hua ke is is crisis mein bhi, yaani dawat aap ko ek ek anokhi cheez deta hai.</w:t>
      </w:r>
      <w:r>
        <w:br/>
      </w:r>
      <w:r>
        <w:rPr>
          <w:sz w:val="20"/>
        </w:rPr>
        <w:t>51:55  dawat ka mizaj, dawat woh kya hai? art of crisis management. yeh zamane bohat bari cheez samjhati hai, art of crisis me</w:t>
      </w:r>
      <w:r>
        <w:br/>
      </w:r>
      <w:r>
        <w:rPr>
          <w:sz w:val="20"/>
        </w:rPr>
        <w:t>52:07  nagement. toh dawat yeh dete deta hai, yeh cheez. toh itna bara crisis paida hua Meerut mein, hamare saathiyon ne is ko positive tor par avail kiya, is ko yaani negativity ko positive badla.</w:t>
      </w:r>
      <w:r>
        <w:br/>
      </w:r>
      <w:r>
        <w:rPr>
          <w:sz w:val="20"/>
        </w:rPr>
        <w:t>52:23  that was art of crisis management</w:t>
      </w:r>
      <w:r>
        <w:br/>
      </w:r>
      <w:r>
        <w:rPr>
          <w:sz w:val="20"/>
        </w:rPr>
        <w:t>52:29  ke bohat kaafi kitabein le gaye the aur khoob distribute kiya aur. yaani bohat khush ho ho kar ke</w:t>
      </w:r>
      <w:r>
        <w:br/>
      </w:r>
      <w:r>
        <w:rPr>
          <w:sz w:val="20"/>
        </w:rPr>
        <w:t>52:38  toh dawat ka ek hi bhi faida hai. ek dawat aap ko crisis management sikhata hai. yeh Rasool Allah Sal Allahu Alaihi Wasallam ki poori zindagi bas hota hai.</w:t>
      </w:r>
      <w:r>
        <w:br/>
      </w:r>
      <w:r>
        <w:rPr>
          <w:sz w:val="20"/>
        </w:rPr>
        <w:t>52:48  woh kisi ke art of crisis, crisis management yaani Kaba mein but the 360, wahan pe aap ne woh crisis tha, woh is ko manage kiya.</w:t>
      </w:r>
      <w:r>
        <w:br/>
      </w:r>
      <w:r>
        <w:rPr>
          <w:sz w:val="20"/>
        </w:rPr>
        <w:t>52:59  aap ne jab woh log ladne marne ke liye tayyar ho gaye toh aap ne hijrat kiya, woh bhi crisis management tha.</w:t>
      </w:r>
      <w:r>
        <w:br/>
      </w:r>
      <w:r>
        <w:rPr>
          <w:sz w:val="20"/>
        </w:rPr>
        <w:t>53:08  Hudaybiyah mein jab unhone bohat zyada jut jut jut kiya, tab bhi aap ne jo kiya, woh woh bhi crisis management tha. jo khandaq khodi aap ne, woh sab crisis management tha.</w:t>
      </w:r>
      <w:r>
        <w:br/>
      </w:r>
      <w:r>
        <w:rPr>
          <w:sz w:val="20"/>
        </w:rPr>
        <w:t>53:22  toh toh toh daai chuki doosron ka khair khwah ban jata hai, daai ke andar nafrat nahi hoti, chhajlahat nahi hoti, negative thought nahi hote, toh crisis master, master of crisis management</w:t>
      </w:r>
      <w:r>
        <w:br/>
      </w:r>
      <w:r>
        <w:rPr>
          <w:sz w:val="20"/>
        </w:rPr>
        <w:t>53:38  ban jata hai. woh crisis management ke ka master banne ki zaroorat nahi ke aadmi khud bilkul woh ho, impatient ho, objective ho,</w:t>
      </w:r>
      <w:r>
        <w:br/>
      </w:r>
      <w:r>
        <w:rPr>
          <w:sz w:val="20"/>
        </w:rPr>
        <w:t>53:51  baais na ho. ek dam jo ho raha hai, jo kuch, is se alag ho kar soch sake, jo baat ho rahi hai, is se alag ho kar soch sake, tab woh achhi planning kar payega.</w:t>
      </w:r>
      <w:r>
        <w:br/>
      </w:r>
      <w:r>
        <w:rPr>
          <w:sz w:val="20"/>
        </w:rPr>
        <w:t>54:08  toh kal bari ek discovery thi meri yeh ke dawat jo hai, aadmi ko master of crisis management banati hai.</w:t>
      </w:r>
      <w:r>
        <w:br/>
      </w:r>
      <w:r>
        <w:rPr>
          <w:sz w:val="20"/>
        </w:rPr>
        <w:t>54:18  yaani yeh yeh kal kal hi mein ne is baat ko discover kiya. wahan bara hungama kiya tha un logon ne, bohat hungama. lekin hamare saathi ek bhi aisa nahi tha jo kuch ghussa ho aur jhanjhat kare, ladne ladne mein shareek ho jaye, ladne phirne mein.</w:t>
      </w:r>
      <w:r>
        <w:br/>
      </w:r>
      <w:r>
        <w:rPr>
          <w:sz w:val="20"/>
        </w:rPr>
        <w:t>54:36  balkeh unhone planning ki. planning mein unhone suna ke yahan par woh kar rahe hain, karne do un ko, lekin yeh itna audience jo hai, itne saare log ikattha hain, un ko avail karo aur kitabein pahunchao un ko.</w:t>
      </w:r>
      <w:r>
        <w:br/>
      </w:r>
      <w:r>
        <w:rPr>
          <w:sz w:val="20"/>
        </w:rPr>
        <w:t>54:49  dhoom se kitabein pahunchayin unhone.</w:t>
      </w:r>
      <w:r>
        <w:br/>
      </w:r>
      <w:r>
        <w:rPr>
          <w:sz w:val="20"/>
        </w:rPr>
        <w:t>54:51  toh kal mein ne daryaft kiya is baat ko ke dawah jo hai, dawah woh aadmi ko master of crisis management banati hai.</w:t>
      </w:r>
      <w:r>
        <w:br/>
      </w:r>
      <w:r>
        <w:rPr>
          <w:sz w:val="20"/>
        </w:rPr>
        <w:t>55:04  pehley mein yeh baat samajh nahi paya tha, lekin kal mujhe bohat khul kar yeh baat samajh mein aayi ke dawah ka mizaj agar aa jaye aadmi ke andar, positive mizaj ban jaye aadmi ke andar, dawati shor paida ho jaye aadmi ke andar, toh ek anokhi sifat aati hai is ke andar</w:t>
      </w:r>
      <w:r>
        <w:br/>
      </w:r>
      <w:r>
        <w:rPr>
          <w:sz w:val="20"/>
        </w:rPr>
        <w:t>55:24  ke woh cheez jis ko kaha jata hai art of crisis management, is ka expert ban jata hai. woh</w:t>
      </w:r>
    </w:p>
    <w:p>
      <w:pPr>
        <w:pStyle w:val="Heading2"/>
      </w:pPr>
      <w:r>
        <w:t>Hadith of the tied bull: recognizing God's changing opportunities</w:t>
      </w:r>
    </w:p>
    <w:p>
      <w:r>
        <w:rPr>
          <w:color w:val="666666"/>
          <w:sz w:val="18"/>
        </w:rPr>
        <w:t>From Political Empire to Opportunity Empire, Jan 3, 2010 · 4m 20s · at 1:31:16 · https://youtu.be/beXYK7vtZ04?t=5476</w:t>
      </w:r>
    </w:p>
    <w:p>
      <w:r>
        <w:rPr>
          <w:i/>
        </w:rPr>
        <w:t>“دیکھیں، یہ کسان کی جو لائف ہوتی ہے، اس کی تمثیل کو لے کر کے رسول اللہ نے بات سمجھائی”</w:t>
      </w:r>
    </w:p>
    <w:p>
      <w:r>
        <w:rPr>
          <w:sz w:val="20"/>
        </w:rPr>
        <w:t>1:31:16  this question is from molana az kwan and we from delhi. molana anas nad ahmed wali whom to . it is mentioned that prophet of islam once said that the believer will continue to be tested by afflictions until he and his are pure from sin .</w:t>
      </w:r>
      <w:r>
        <w:br/>
      </w:r>
      <w:r>
        <w:rPr>
          <w:sz w:val="20"/>
        </w:rPr>
        <w:t>1:31:37  and the parable of the hypocrite is that of a farmer and a mule. it does not know why it is on her tied or released.</w:t>
      </w:r>
      <w:r>
        <w:br/>
      </w:r>
      <w:r>
        <w:rPr>
          <w:sz w:val="20"/>
        </w:rPr>
        <w:t>1:31:47  molana kindly explain this hadith. dekhen, yeh yani kisan ki casual life hoti hai, us ki tamseel ko le kar ke rasool Allah ne baat samjhai.</w:t>
      </w:r>
      <w:r>
        <w:br/>
      </w:r>
      <w:r>
        <w:rPr>
          <w:sz w:val="20"/>
        </w:rPr>
        <w:t>1:32:02  agar aap jante hon, gaon mein jis tarah se kisan hote hain, un ke bail hote hain to wahan kya hota hai ke bailon ko ras mein bandha jata hai.</w:t>
      </w:r>
      <w:r>
        <w:br/>
      </w:r>
      <w:r>
        <w:rPr>
          <w:sz w:val="20"/>
        </w:rPr>
        <w:t>1:32:14  to kabhi bandh diya peed ke neeche, kabhi bandh diya khuli jagah par . to kisan samajhta hai ke is waqt us ko dhoop chahiye to bandh diya wahan, us waqt saaya chahiye to peed ke neeche bandh diya.</w:t>
      </w:r>
      <w:r>
        <w:br/>
      </w:r>
      <w:r>
        <w:rPr>
          <w:sz w:val="20"/>
        </w:rPr>
        <w:t>1:32:26  is ko le kar rasool Allah ne farmaya ke unwar ko kuch pata nahi ke kisan ne yahan kyun bandha, kisan ne wahan kyun bandha. to munafiq ka munafiq isi tarah be khabar rehta hai.</w:t>
      </w:r>
      <w:r>
        <w:br/>
      </w:r>
      <w:r>
        <w:rPr>
          <w:sz w:val="20"/>
        </w:rPr>
        <w:t>1:32:40  Allah taala mukhtalif halaat dalte hain,</w:t>
      </w:r>
      <w:r>
        <w:br/>
      </w:r>
      <w:r>
        <w:rPr>
          <w:sz w:val="20"/>
        </w:rPr>
        <w:t>1:32:42  kabhi aaram hai, kabhi kabhi kabhi kabhi sukh hai, kabhi dukh hai. kuch mawaqe khule hain, kuch jo pehle nahi thay.</w:t>
      </w:r>
      <w:r>
        <w:br/>
      </w:r>
      <w:r>
        <w:rPr>
          <w:sz w:val="20"/>
        </w:rPr>
        <w:t>1:32:52  to momin is ko jaan leta hai, munafiq jaan nahi pata is ko . to hamari sharhon mein is ko bohat mehdood ma'ne mein liya gaya hai, mehdood ma'ne mein, limited sense mein.</w:t>
      </w:r>
      <w:r>
        <w:br/>
      </w:r>
      <w:r>
        <w:rPr>
          <w:sz w:val="20"/>
        </w:rPr>
        <w:t>1:33:02  mein kehta hoon, is ko aap phailaiye to yeh bhi isi baat hai jo mein ne abhi abhi bayan kiya aapse ke Allah taala ne opportunities kholi hain, aap ko khabar nahi is ki. yeh bhi isi baat hai.</w:t>
      </w:r>
      <w:r>
        <w:br/>
      </w:r>
      <w:r>
        <w:rPr>
          <w:sz w:val="20"/>
        </w:rPr>
        <w:t>1:33:12  Allah taala ne pehle aap ko ek ruler banaya tha, emperor banaya tha, is mein aap jeh rahe hain. ab jo Allah taala ne naye halaat paida kiye, yani opportunities ka jo exposure ho gaya, us ki aap ko khabar na ho.</w:t>
      </w:r>
      <w:r>
        <w:br/>
      </w:r>
      <w:r>
        <w:rPr>
          <w:sz w:val="20"/>
        </w:rPr>
        <w:t>1:33:30  is mein yeh bhi aata hai. to yeh hadith jo hai, is ki is ke ulma jo sharah karte hain, bohat mehdood ma'ne mein karte hain, limit</w:t>
      </w:r>
      <w:r>
        <w:br/>
      </w:r>
      <w:r>
        <w:rPr>
          <w:sz w:val="20"/>
        </w:rPr>
        <w:t>1:33:37  ted ma'ne mein. mein is ko greater ma'ne mein leta hoon ke halaat jab badlein to hamesha woh aap ke liye aap ke favor mein hote hain.</w:t>
      </w:r>
      <w:r>
        <w:br/>
      </w:r>
      <w:r>
        <w:rPr>
          <w:sz w:val="20"/>
        </w:rPr>
        <w:t>1:33:47  jab bhi halaat badlen to aapke favor mein hote hain. woh to aap janiye usko ke dunya mein kingship thi to usse aapko favor mil raha tha. ab kingship nahin hai, ab democracy hai to uske uske ismein andar aur bhi bade bade favor aapke likhe hue hain. isko janiye aap</w:t>
      </w:r>
      <w:r>
        <w:br/>
      </w:r>
      <w:r>
        <w:rPr>
          <w:sz w:val="20"/>
        </w:rPr>
        <w:t>1:34:04  ke Allah taala ne kyun aisa kiya ke kingship ka daur khatm kar diya. ab democracy hai, ab secularism hai, ab freedom hai, ab industrial age hai, ab communication hai.</w:t>
      </w:r>
      <w:r>
        <w:br/>
      </w:r>
      <w:r>
        <w:rPr>
          <w:sz w:val="20"/>
        </w:rPr>
        <w:t>1:34:14  isko janiye, isko na jaane aur ladte rahen khwamkhwah. yeh bahut is hadith ke mutabiq yeh bahut badi alamat hai, yeh munafeqat ki alamat hai. yeh kehta hai itne bade mauqe isi liye hadith mein aata hai ke inna koon basir zamani.</w:t>
      </w:r>
      <w:r>
        <w:br/>
      </w:r>
      <w:r>
        <w:rPr>
          <w:sz w:val="20"/>
        </w:rPr>
        <w:t>1:34:33  yani momin ki sift yeh batai gayi hai ke apne zamane ko jaane. woh momin woh hai, inna koon basir zamani. momin apne zamane ko janne wala hota hai.</w:t>
      </w:r>
      <w:r>
        <w:br/>
      </w:r>
      <w:r>
        <w:rPr>
          <w:sz w:val="20"/>
        </w:rPr>
        <w:t>1:34:43  yani Allah taala jo halaat paida kare,</w:t>
      </w:r>
      <w:r>
        <w:br/>
      </w:r>
      <w:r>
        <w:rPr>
          <w:sz w:val="20"/>
        </w:rPr>
        <w:t>1:34:46  Allah taala yeh jo jo naye chances kholen aapke liye, jis yani jahan aapko, jahan aapko ek nayi zindagi ka mauqa mile, usko aap jaan len ke Khuda ne mere liye mauqe khole hain.</w:t>
      </w:r>
      <w:r>
        <w:br/>
      </w:r>
      <w:r>
        <w:rPr>
          <w:sz w:val="20"/>
        </w:rPr>
        <w:t>1:35:05  ke aapko pehle mauqa diya tha Allah taala ne kingship ke zamane mein, ab diya hai aapko democracy ke zamane mein. isko janiye, nahin janne ge to munafeqat ka aapko shubah</w:t>
      </w:r>
      <w:r>
        <w:br/>
      </w:r>
      <w:r>
        <w:rPr>
          <w:sz w:val="20"/>
        </w:rPr>
        <w:t>1:35:15  kya jayega ke kaise log hain, nahin jante. yeh animal ki tarah se hain, jis tarah animal woh hai, woh bekhabar rehta hai ke kisan ne yahan kyun bandha, wahan kyun bandha.</w:t>
      </w:r>
      <w:r>
        <w:br/>
      </w:r>
      <w:r>
        <w:rPr>
          <w:sz w:val="20"/>
        </w:rPr>
        <w:t>1:35:26  to aap bhi wohi animal, just like a animal ho jayenge. to main samajhta hoon ke Allah taala ne zamane mein tabdili ki hai.</w:t>
      </w:r>
    </w:p>
    <w:p>
      <w:pPr>
        <w:pStyle w:val="Heading2"/>
      </w:pPr>
      <w:r>
        <w:t>Gulf War prediction, US failure, and objective thinking</w:t>
      </w:r>
    </w:p>
    <w:p>
      <w:r>
        <w:rPr>
          <w:color w:val="666666"/>
          <w:sz w:val="18"/>
        </w:rPr>
        <w:t>Intellectual Poverty of Modern World December 17, 2006 · 5m 01s · at 7:17 · https://youtu.be/GdhR0DoI1Ys?t=437</w:t>
      </w:r>
    </w:p>
    <w:p>
      <w:r>
        <w:rPr>
          <w:i/>
        </w:rPr>
        <w:t>“یہ گلف وار جو کہتے ہیں، امریکہ نے عراق پر حملہ کیا۔”</w:t>
      </w:r>
    </w:p>
    <w:p>
      <w:r>
        <w:rPr>
          <w:sz w:val="20"/>
        </w:rPr>
        <w:t>7:17  main do ek misalein doonga. dekhiye, yeh Gulf War jo kehte hain, yaani America ne Iraq par hamla kiya.</w:t>
      </w:r>
      <w:r>
        <w:br/>
      </w:r>
      <w:r>
        <w:rPr>
          <w:sz w:val="20"/>
        </w:rPr>
        <w:t>7:32  to</w:t>
      </w:r>
      <w:r>
        <w:br/>
      </w:r>
      <w:r>
        <w:rPr>
          <w:sz w:val="20"/>
        </w:rPr>
        <w:t>7:36  yeh hamla jo hai America ne March 2003 mein kiya tha.</w:t>
      </w:r>
      <w:r>
        <w:br/>
      </w:r>
      <w:r>
        <w:rPr>
          <w:sz w:val="20"/>
        </w:rPr>
        <w:t>7:44  aur bohat mansooba bandi ke sath. yaani aaj ka jo superpower hai is ne yaani is waqt dawah yeh kiya gaya tha ke tareekh mein kabhi itni mansooba bandi ke sath koi jang nahi ladi gayi.</w:t>
      </w:r>
      <w:r>
        <w:br/>
      </w:r>
      <w:r>
        <w:rPr>
          <w:sz w:val="20"/>
        </w:rPr>
        <w:t>7:58  America ka poora infrastructure, America ka think tank, America ka intelligence, America ki technology, sab kuch is mein shamil thi.</w:t>
      </w:r>
      <w:r>
        <w:br/>
      </w:r>
      <w:r>
        <w:rPr>
          <w:sz w:val="20"/>
        </w:rPr>
        <w:t>8:09  to is tarah se super tayari ke sath March 2003 mein America ne hamla kiya Iraq par.</w:t>
      </w:r>
      <w:r>
        <w:br/>
      </w:r>
      <w:r>
        <w:rPr>
          <w:sz w:val="20"/>
        </w:rPr>
        <w:t>8:21  yeh cheez record hai ke is se dedh saal pehle, kyunke aap jante hain ke baatein to ho rahi thi Iraq ke khilaf aur dhamkiyan di ja rahi thi ke hum hamla karenge.</w:t>
      </w:r>
      <w:r>
        <w:br/>
      </w:r>
      <w:r>
        <w:rPr>
          <w:sz w:val="20"/>
        </w:rPr>
        <w:t>8:37  to hamla jo hua hai, is America ne jo hamla kiya hai Iraq par, is se dedh saal pehle mera ek chhapa tha interview Times of India mein.</w:t>
      </w:r>
      <w:r>
        <w:br/>
      </w:r>
      <w:r>
        <w:rPr>
          <w:sz w:val="20"/>
        </w:rPr>
        <w:t>8:55  yeh chhapa tha September 16, 2001 ko.</w:t>
      </w:r>
      <w:r>
        <w:br/>
      </w:r>
      <w:r>
        <w:rPr>
          <w:sz w:val="20"/>
        </w:rPr>
        <w:t>9:02  aap zara sochiye ke hamla kiya hai March 2003 mein. is se pehle jab ke sirf baatein ho rahi thi to Times of India September 16, 2001 mein maine ek interview diya tha.</w:t>
      </w:r>
      <w:r>
        <w:br/>
      </w:r>
      <w:r>
        <w:rPr>
          <w:sz w:val="20"/>
        </w:rPr>
        <w:t>9:24  is mein maine kaha tha ke agar America ne hamla kiya to yeh is ke liye counter productive hoga.</w:t>
      </w:r>
      <w:r>
        <w:br/>
      </w:r>
      <w:r>
        <w:rPr>
          <w:sz w:val="20"/>
        </w:rPr>
        <w:t>9:33  yeh baat meri itni anokhi thi ke yeh book "Voices of Sanity", is mein chhapa unhon ne.</w:t>
      </w:r>
      <w:r>
        <w:br/>
      </w:r>
      <w:r>
        <w:rPr>
          <w:sz w:val="20"/>
        </w:rPr>
        <w:t>9:42  "voice of sanity".</w:t>
      </w:r>
      <w:r>
        <w:br/>
      </w:r>
      <w:r>
        <w:rPr>
          <w:sz w:val="20"/>
        </w:rPr>
        <w:t>9:47  ab sochiye ke hua kya? jo samjha tha america ke world mein mind hai, woh hua. jo jab mein ne kaha tha, woh hua.</w:t>
      </w:r>
      <w:r>
        <w:br/>
      </w:r>
      <w:r>
        <w:rPr>
          <w:sz w:val="20"/>
        </w:rPr>
        <w:t>9:58  ab to aap ko maloom hoga ke kofi annan ne khud yeh keh diya hai, jo secretary general hain is ke uno ke, ke jo target chahta tha america, woh hasil nahi kar saka.</w:t>
      </w:r>
      <w:r>
        <w:br/>
      </w:r>
      <w:r>
        <w:rPr>
          <w:sz w:val="20"/>
        </w:rPr>
        <w:t>10:13  yahan tak inhone keh diya ke saddam ke zamane ka iraq aaj ke iraq se acha tha. yeh kis ne keh diya hai? kofi annan ne.</w:t>
      </w:r>
      <w:r>
        <w:br/>
      </w:r>
      <w:r>
        <w:rPr>
          <w:sz w:val="20"/>
        </w:rPr>
        <w:t>10:22  aur is hamle ke nakam hone ki dosra saboot yeh hai ke george bush ki party haar gayi.</w:t>
      </w:r>
      <w:r>
        <w:br/>
      </w:r>
      <w:r>
        <w:rPr>
          <w:sz w:val="20"/>
        </w:rPr>
        <w:t>10:32  yani in ko siasi tor par woh decline hua, george bush ko. aur un ki party ab doosri bar hukmarani karne ki position mein nahi hai.</w:t>
      </w:r>
      <w:r>
        <w:br/>
      </w:r>
      <w:r>
        <w:rPr>
          <w:sz w:val="20"/>
        </w:rPr>
        <w:t>10:43  ab dekhiye. intellectually woh log diwaliya hain. woh intellectual diwaliya.</w:t>
      </w:r>
      <w:r>
        <w:br/>
      </w:r>
      <w:r>
        <w:rPr>
          <w:sz w:val="20"/>
        </w:rPr>
        <w:t>10:50  to ek taraf technological taraqqi hai aur doosri taraf yeh haal hai ke baaton ko samajh nahi paate. sari ki sari american intelligence shamil thi is mein.</w:t>
      </w:r>
      <w:r>
        <w:br/>
      </w:r>
      <w:r>
        <w:rPr>
          <w:sz w:val="20"/>
        </w:rPr>
        <w:t>11:03  aur aap jante hain ke woh nakam ho gayi. to aur mein ne jo baat kahi thi, woh sahi nikli. kyun?</w:t>
      </w:r>
      <w:r>
        <w:br/>
      </w:r>
      <w:r>
        <w:rPr>
          <w:sz w:val="20"/>
        </w:rPr>
        <w:t>11:13  is liye ke mein objective tor par sochta hoon har baat ko.</w:t>
      </w:r>
      <w:r>
        <w:br/>
      </w:r>
      <w:r>
        <w:rPr>
          <w:sz w:val="20"/>
        </w:rPr>
        <w:t>11:20  inhone manfi tor par socha. yani iraq ki ke khilaf ho gaye the woh log kisi wajah se. to yeh natija manfi soch ka hai.</w:t>
      </w:r>
      <w:r>
        <w:br/>
      </w:r>
      <w:r>
        <w:rPr>
          <w:sz w:val="20"/>
        </w:rPr>
        <w:t>11:35  jab aap dekhiye, manfi ho jayein to aap ka mind, chahe kitna hi bara mind ho, theek se kaam nahi karta.</w:t>
      </w:r>
      <w:r>
        <w:br/>
      </w:r>
      <w:r>
        <w:rPr>
          <w:sz w:val="20"/>
        </w:rPr>
        <w:t>11:46  aap kitne hi zaheen hon, aap kitne hi zaheen hon,</w:t>
      </w:r>
      <w:r>
        <w:br/>
      </w:r>
      <w:r>
        <w:rPr>
          <w:sz w:val="20"/>
        </w:rPr>
        <w:t>11:52  aap genius hon, lekin agar aap ke mind mein aa gayi nafrat, dushmani, manfi soch to aap kabhi bhi objective rai, objective rai nahi bana payenge.</w:t>
      </w:r>
      <w:r>
        <w:br/>
      </w:r>
      <w:r>
        <w:rPr>
          <w:sz w:val="20"/>
        </w:rPr>
        <w:t>12:10  isi liye itna bara super power jo hai, yani rai kahan kahan se galti kar gaya.</w:t>
      </w:r>
    </w:p>
    <w:p>
      <w:pPr>
        <w:pStyle w:val="Heading2"/>
      </w:pPr>
      <w:r>
        <w:t>From peace treaty to modern violence and neglect</w:t>
      </w:r>
    </w:p>
    <w:p>
      <w:r>
        <w:rPr>
          <w:color w:val="666666"/>
          <w:sz w:val="18"/>
        </w:rPr>
        <w:t>Da'i-Mad'u Relationship | Junuary 21, 2008 · 6m 04s · at 36:18 · https://youtu.be/hLDRkE2Q0eM?t=2178</w:t>
      </w:r>
    </w:p>
    <w:p>
      <w:r>
        <w:rPr>
          <w:i/>
        </w:rPr>
        <w:t>“Business ke ta'alluq thay aapas mein.”</w:t>
      </w:r>
    </w:p>
    <w:p>
      <w:r>
        <w:rPr>
          <w:sz w:val="20"/>
        </w:rPr>
        <w:t>36:18  taiyariyan karte thay.</w:t>
      </w:r>
      <w:r>
        <w:br/>
      </w:r>
      <w:r>
        <w:rPr>
          <w:sz w:val="20"/>
        </w:rPr>
        <w:t>36:22  ab is ki zaroorat nahi rahi.</w:t>
      </w:r>
      <w:r>
        <w:br/>
      </w:r>
      <w:r>
        <w:rPr>
          <w:sz w:val="20"/>
        </w:rPr>
        <w:t>36:26  kyunke ab ho gaya ke bhai das saal tak to woh attack karen ge nahin.</w:t>
      </w:r>
      <w:r>
        <w:br/>
      </w:r>
      <w:r>
        <w:rPr>
          <w:sz w:val="20"/>
        </w:rPr>
        <w:t>36:30  das saal tak to larai hone wali hai nahin.</w:t>
      </w:r>
      <w:r>
        <w:br/>
      </w:r>
      <w:r>
        <w:rPr>
          <w:sz w:val="20"/>
        </w:rPr>
        <w:t>36:33  to ab kya hua? free, yani ab interaction shuru ho gaya.</w:t>
      </w:r>
      <w:r>
        <w:br/>
      </w:r>
      <w:r>
        <w:rPr>
          <w:sz w:val="20"/>
        </w:rPr>
        <w:t>36:37  donon ke beech mein.</w:t>
      </w:r>
      <w:r>
        <w:br/>
      </w:r>
      <w:r>
        <w:rPr>
          <w:sz w:val="20"/>
        </w:rPr>
        <w:t>36:41  is se pehle interaction ruk gaya tha.</w:t>
      </w:r>
      <w:r>
        <w:br/>
      </w:r>
      <w:r>
        <w:rPr>
          <w:sz w:val="20"/>
        </w:rPr>
        <w:t>36:45  jo larai bhadai chalne lagi, violence hone laga to heat aai.</w:t>
      </w:r>
      <w:r>
        <w:br/>
      </w:r>
      <w:r>
        <w:rPr>
          <w:sz w:val="20"/>
        </w:rPr>
        <w:t>36:49  heat aai aur donon taraf se doubts create ho gaye.</w:t>
      </w:r>
      <w:r>
        <w:br/>
      </w:r>
      <w:r>
        <w:rPr>
          <w:sz w:val="20"/>
        </w:rPr>
        <w:t>36:55  na idhar ka aadmi idhar jata tha, na udhar ka aadmi idhar aata tha.</w:t>
      </w:r>
      <w:r>
        <w:br/>
      </w:r>
      <w:r>
        <w:rPr>
          <w:sz w:val="20"/>
        </w:rPr>
        <w:t>37:01  lekin jab yeh declare kar diya gaya ke das saal tak donon party ke beech mein koi bhi</w:t>
      </w:r>
      <w:r>
        <w:br/>
      </w:r>
      <w:r>
        <w:rPr>
          <w:sz w:val="20"/>
        </w:rPr>
        <w:t>37:07  larai hone wali nahin hai, to khoob aana jana shuru ho gaya.</w:t>
      </w:r>
      <w:r>
        <w:br/>
      </w:r>
      <w:r>
        <w:rPr>
          <w:sz w:val="20"/>
        </w:rPr>
        <w:t>37:13  kyunke makkah aur madinah ke beech mein aap jante hain ke friends the, relatives the aur</w:t>
      </w:r>
      <w:r>
        <w:br/>
      </w:r>
      <w:r>
        <w:rPr>
          <w:sz w:val="20"/>
        </w:rPr>
        <w:t>37:19  business ke talluqat the aapas mein.</w:t>
      </w:r>
      <w:r>
        <w:br/>
      </w:r>
      <w:r>
        <w:rPr>
          <w:sz w:val="20"/>
        </w:rPr>
        <w:t>37:23  yeh sab tha.</w:t>
      </w:r>
      <w:r>
        <w:br/>
      </w:r>
      <w:r>
        <w:rPr>
          <w:sz w:val="20"/>
        </w:rPr>
        <w:t>37:27  to peaceful way mein interaction shuru ho gaya.</w:t>
      </w:r>
      <w:r>
        <w:br/>
      </w:r>
      <w:r>
        <w:rPr>
          <w:sz w:val="20"/>
        </w:rPr>
        <w:t>37:31  آپ جانتے ہیں کہ انٹریکشن کیا چیز ہے؟ Interaction means the work.</w:t>
      </w:r>
      <w:r>
        <w:br/>
      </w:r>
      <w:r>
        <w:rPr>
          <w:sz w:val="20"/>
        </w:rPr>
        <w:t>37:34  where there is interaction, there is dawah work.</w:t>
      </w:r>
      <w:r>
        <w:br/>
      </w:r>
      <w:r>
        <w:rPr>
          <w:sz w:val="20"/>
        </w:rPr>
        <w:t>37:38  kyunke jab aap kisi se milen ge to baat cheet karen ge.</w:t>
      </w:r>
      <w:r>
        <w:br/>
      </w:r>
      <w:r>
        <w:rPr>
          <w:sz w:val="20"/>
        </w:rPr>
        <w:t>37:42  jab kisi se milen ge to dialogue hoga.</w:t>
      </w:r>
      <w:r>
        <w:br/>
      </w:r>
      <w:r>
        <w:rPr>
          <w:sz w:val="20"/>
        </w:rPr>
        <w:t>37:46  jab aap kisi se milen ge to discussion hoga. to</w:t>
      </w:r>
      <w:r>
        <w:br/>
      </w:r>
      <w:r>
        <w:rPr>
          <w:sz w:val="20"/>
        </w:rPr>
        <w:t>37:49  ab kya hua ke violent struggle to band ho gayi, lekin ideological struggle shuru ho gayi.</w:t>
      </w:r>
      <w:r>
        <w:br/>
      </w:r>
      <w:r>
        <w:rPr>
          <w:sz w:val="20"/>
        </w:rPr>
        <w:t>37:55  yani violent struggle to band ho gayi, lekin ideological struggle shuru ho gayi.</w:t>
      </w:r>
      <w:r>
        <w:br/>
      </w:r>
      <w:r>
        <w:rPr>
          <w:sz w:val="20"/>
        </w:rPr>
        <w:t>38:01  yani daawa work shuru ho gaya.</w:t>
      </w:r>
      <w:r>
        <w:br/>
      </w:r>
      <w:r>
        <w:rPr>
          <w:sz w:val="20"/>
        </w:rPr>
        <w:t>38:08  ab kya hua? ke makkah walon ke dil mein tauheed ki baat utarne lagi.</w:t>
      </w:r>
      <w:r>
        <w:br/>
      </w:r>
      <w:r>
        <w:rPr>
          <w:sz w:val="20"/>
        </w:rPr>
        <w:t>38:14  kyunke aap dekhiye,</w:t>
      </w:r>
      <w:r>
        <w:br/>
      </w:r>
      <w:r>
        <w:rPr>
          <w:sz w:val="20"/>
        </w:rPr>
        <w:t>38:20  yeh unnatural baat hai ke teen sau saath buton ko pooja jaye.</w:t>
      </w:r>
      <w:r>
        <w:br/>
      </w:r>
      <w:r>
        <w:rPr>
          <w:sz w:val="20"/>
        </w:rPr>
        <w:t>38:22  yeh unnatural baat hai.</w:t>
      </w:r>
      <w:r>
        <w:br/>
      </w:r>
      <w:r>
        <w:rPr>
          <w:sz w:val="20"/>
        </w:rPr>
        <w:t>38:25  ek Khuda ki worship ki jaye.</w:t>
      </w:r>
      <w:r>
        <w:br/>
      </w:r>
      <w:r>
        <w:rPr>
          <w:sz w:val="20"/>
        </w:rPr>
        <w:t>38:28  ek khuda ko apna sole concern banaya jaye.</w:t>
      </w:r>
      <w:r>
        <w:br/>
      </w:r>
      <w:r>
        <w:rPr>
          <w:sz w:val="20"/>
        </w:rPr>
        <w:t>38:31  yeh natural baat hai.</w:t>
      </w:r>
      <w:r>
        <w:br/>
      </w:r>
      <w:r>
        <w:rPr>
          <w:sz w:val="20"/>
        </w:rPr>
        <w:t>38:34  yeh nature ko appeal karti hai.</w:t>
      </w:r>
      <w:r>
        <w:br/>
      </w:r>
      <w:r>
        <w:rPr>
          <w:sz w:val="20"/>
        </w:rPr>
        <w:t>38:37  toh ideal worship jo hai un natural baat hai.</w:t>
      </w:r>
      <w:r>
        <w:br/>
      </w:r>
      <w:r>
        <w:rPr>
          <w:sz w:val="20"/>
        </w:rPr>
        <w:t>38:39  woh nature ko appeal nahi karti.</w:t>
      </w:r>
      <w:r>
        <w:br/>
      </w:r>
      <w:r>
        <w:rPr>
          <w:sz w:val="20"/>
        </w:rPr>
        <w:t>38:42  toh woh log un natural is mein jee rahe thay.</w:t>
      </w:r>
      <w:r>
        <w:br/>
      </w:r>
      <w:r>
        <w:rPr>
          <w:sz w:val="20"/>
        </w:rPr>
        <w:t>38:45  un natural culture mein.</w:t>
      </w:r>
      <w:r>
        <w:br/>
      </w:r>
      <w:r>
        <w:rPr>
          <w:sz w:val="20"/>
        </w:rPr>
        <w:t>38:48  ab jab un ke samne</w:t>
      </w:r>
      <w:r>
        <w:br/>
      </w:r>
      <w:r>
        <w:rPr>
          <w:sz w:val="20"/>
        </w:rPr>
        <w:t>38:51  , yani during discussion, during a dialogue, during dialogue, tawhid ki baat aane lagi to unko mahsus</w:t>
      </w:r>
      <w:r>
        <w:br/>
      </w:r>
      <w:r>
        <w:rPr>
          <w:sz w:val="20"/>
        </w:rPr>
        <w:t>38:56  hone laga ke bhai yeh toh zyada achi baat hai.</w:t>
      </w:r>
      <w:r>
        <w:br/>
      </w:r>
      <w:r>
        <w:rPr>
          <w:sz w:val="20"/>
        </w:rPr>
        <w:t>39:01  yeh toh zyada achi baat hai.</w:t>
      </w:r>
      <w:r>
        <w:br/>
      </w:r>
      <w:r>
        <w:rPr>
          <w:sz w:val="20"/>
        </w:rPr>
        <w:t>39:06  toh nateeja kya hua? ke Islamization ka process shuru ho gaya.</w:t>
      </w:r>
      <w:r>
        <w:br/>
      </w:r>
      <w:r>
        <w:rPr>
          <w:sz w:val="20"/>
        </w:rPr>
        <w:t>39:11  bohat tezi se log Islam mein, Islam ke fold mein aane lagay.</w:t>
      </w:r>
      <w:r>
        <w:br/>
      </w:r>
      <w:r>
        <w:rPr>
          <w:sz w:val="20"/>
        </w:rPr>
        <w:t>39:16  history batati hai ke</w:t>
      </w:r>
      <w:r>
        <w:br/>
      </w:r>
      <w:r>
        <w:rPr>
          <w:sz w:val="20"/>
        </w:rPr>
        <w:t>39:21  صرف دو سال کے اندر نمبر اتنا بڑھا کہ کہ جب ایگریمنٹ ہوا تھا، حدیبیہ ایگریمنٹ، تب Prophet</w:t>
      </w:r>
      <w:r>
        <w:br/>
      </w:r>
      <w:r>
        <w:rPr>
          <w:sz w:val="20"/>
        </w:rPr>
        <w:t>39:28  کے ساتھ صرف one thousand four hundred آدمی تھے۔</w:t>
      </w:r>
      <w:r>
        <w:br/>
      </w:r>
      <w:r>
        <w:rPr>
          <w:sz w:val="20"/>
        </w:rPr>
        <w:t>39:36  one thousand four hundred aadmi.</w:t>
      </w:r>
      <w:r>
        <w:br/>
      </w:r>
      <w:r>
        <w:rPr>
          <w:sz w:val="20"/>
        </w:rPr>
        <w:t>39:44  lekin do saal ke andar kya hua? ke ten</w:t>
      </w:r>
      <w:r>
        <w:br/>
      </w:r>
      <w:r>
        <w:rPr>
          <w:sz w:val="20"/>
        </w:rPr>
        <w:t>39:51  thousand aadmi aap ke saathi ban gaye.</w:t>
      </w:r>
      <w:r>
        <w:br/>
      </w:r>
      <w:r>
        <w:rPr>
          <w:sz w:val="20"/>
        </w:rPr>
        <w:t>39:56  das hazar aadmi aap ke saathi ban gaye.</w:t>
      </w:r>
      <w:r>
        <w:br/>
      </w:r>
      <w:r>
        <w:rPr>
          <w:sz w:val="20"/>
        </w:rPr>
        <w:t>40:01  اب دیکھیں کتنا rapid، کتنا rapid اس expansion ہوا۔</w:t>
      </w:r>
      <w:r>
        <w:br/>
      </w:r>
      <w:r>
        <w:rPr>
          <w:sz w:val="20"/>
        </w:rPr>
        <w:t>40:06  toh is mein aap dekh sakte hain misaal mein ke daai madu relationship jo hai woh har</w:t>
      </w:r>
      <w:r>
        <w:br/>
      </w:r>
      <w:r>
        <w:rPr>
          <w:sz w:val="20"/>
        </w:rPr>
        <w:t>40:11  haal mein maintain kiya jayega.</w:t>
      </w:r>
      <w:r>
        <w:br/>
      </w:r>
      <w:r>
        <w:rPr>
          <w:sz w:val="20"/>
        </w:rPr>
        <w:t>40:16  agar woh baqi hai toh bohat achi baat hai.</w:t>
      </w:r>
      <w:r>
        <w:br/>
      </w:r>
      <w:r>
        <w:rPr>
          <w:sz w:val="20"/>
        </w:rPr>
        <w:t>40:21  اگر کسی وجہ سے وہ ڈسٹرب ہو گیا ہے تو آپ کو چاہیے کہ at any cost اس</w:t>
      </w:r>
      <w:r>
        <w:br/>
      </w:r>
      <w:r>
        <w:rPr>
          <w:sz w:val="20"/>
        </w:rPr>
        <w:t>40:26  ko phir se reestablish karen.</w:t>
      </w:r>
      <w:r>
        <w:br/>
      </w:r>
      <w:r>
        <w:rPr>
          <w:sz w:val="20"/>
        </w:rPr>
        <w:t>40:30  phir se restore karen.</w:t>
      </w:r>
      <w:r>
        <w:br/>
      </w:r>
      <w:r>
        <w:rPr>
          <w:sz w:val="20"/>
        </w:rPr>
        <w:t>40:34  is zamane mein badqismati se yahi nahi hua.</w:t>
      </w:r>
      <w:r>
        <w:br/>
      </w:r>
      <w:r>
        <w:rPr>
          <w:sz w:val="20"/>
        </w:rPr>
        <w:t>40:38  yani jo ek enmity ban gayi, jo ek rivalry ban gayi ke America wale jo hain Islam ke dushman hain.</w:t>
      </w:r>
      <w:r>
        <w:br/>
      </w:r>
      <w:r>
        <w:rPr>
          <w:sz w:val="20"/>
        </w:rPr>
        <w:t>40:43  Europe wale jo hain Islam ke dushman hain.</w:t>
      </w:r>
      <w:r>
        <w:br/>
      </w:r>
      <w:r>
        <w:rPr>
          <w:sz w:val="20"/>
        </w:rPr>
        <w:t>40:47  Yahudi jo hain woh Islam ke dushman hain. Hindu</w:t>
      </w:r>
      <w:r>
        <w:br/>
      </w:r>
      <w:r>
        <w:rPr>
          <w:sz w:val="20"/>
        </w:rPr>
        <w:t>40:51  jo hain woh bhi, un ko bhi dushmani hai hamare sath. to sari duniya ke bare mein yeh rai ban gayi keh yeh sab Islam ke dushman hain. to ab kya hua keh hum bhi un ke bare mein dushmani wali baatein sochne lage. hamari taraf se bhi wohi hua. jitne article chhape, jitne book chhapin, sab mein yahi baat hai. is ki extreme</w:t>
      </w:r>
      <w:r>
        <w:br/>
      </w:r>
      <w:r>
        <w:rPr>
          <w:sz w:val="20"/>
        </w:rPr>
        <w:t>41:21  Masla yeh hai ke violent activism shuru ho gaya.</w:t>
      </w:r>
      <w:r>
        <w:br/>
      </w:r>
      <w:r>
        <w:rPr>
          <w:sz w:val="20"/>
        </w:rPr>
        <w:t>41:25  جس کی extreme شکل یہ ہے کہ لوگوں نے suicide bombing شروع کر دی۔</w:t>
      </w:r>
      <w:r>
        <w:br/>
      </w:r>
      <w:r>
        <w:rPr>
          <w:sz w:val="20"/>
        </w:rPr>
        <w:t>41:29  yani pehle heat aaya.</w:t>
      </w:r>
      <w:r>
        <w:br/>
      </w:r>
      <w:r>
        <w:rPr>
          <w:sz w:val="20"/>
        </w:rPr>
        <w:t>41:33  اس کے بعد protest اور complaint آیا۔</w:t>
      </w:r>
      <w:r>
        <w:br/>
      </w:r>
      <w:r>
        <w:rPr>
          <w:sz w:val="20"/>
        </w:rPr>
        <w:t>41:36  is ke baad violent activism aaya.</w:t>
      </w:r>
      <w:r>
        <w:br/>
      </w:r>
      <w:r>
        <w:rPr>
          <w:sz w:val="20"/>
        </w:rPr>
        <w:t>41:40  aur jab violent activism mein dekha logon ne ke is mein koi faida nahin hai to kya kiya</w:t>
      </w:r>
      <w:r>
        <w:br/>
      </w:r>
      <w:r>
        <w:rPr>
          <w:sz w:val="20"/>
        </w:rPr>
        <w:t>41:44  انہوں نے؟ suicide bombing shuru kar di.</w:t>
      </w:r>
      <w:r>
        <w:br/>
      </w:r>
      <w:r>
        <w:rPr>
          <w:sz w:val="20"/>
        </w:rPr>
        <w:t>41:48  is tarah se</w:t>
      </w:r>
      <w:r>
        <w:br/>
      </w:r>
      <w:r>
        <w:rPr>
          <w:sz w:val="20"/>
        </w:rPr>
        <w:t>41:51  Da'i mad'u ka jo relationship hai woh ek dum disturb ho gaya. Toot gaya.</w:t>
      </w:r>
      <w:r>
        <w:br/>
      </w:r>
      <w:r>
        <w:rPr>
          <w:sz w:val="20"/>
        </w:rPr>
        <w:t>41:56  is poori muddat mein bohat hi anokhi baat hai ke koi bara leader utha nahi jo yeh kahe</w:t>
      </w:r>
      <w:r>
        <w:br/>
      </w:r>
      <w:r>
        <w:rPr>
          <w:sz w:val="20"/>
        </w:rPr>
        <w:t>42:00  ke yeh sab galat kar rahe ho tum.</w:t>
      </w:r>
      <w:r>
        <w:br/>
      </w:r>
      <w:r>
        <w:rPr>
          <w:sz w:val="20"/>
        </w:rPr>
        <w:t>42:05  yeh kaam bilkul galat kar rahe ho.</w:t>
      </w:r>
      <w:r>
        <w:br/>
      </w:r>
      <w:r>
        <w:rPr>
          <w:sz w:val="20"/>
        </w:rPr>
        <w:t>42:09  hum daai hain, woh madu hain.</w:t>
      </w:r>
      <w:r>
        <w:br/>
      </w:r>
      <w:r>
        <w:rPr>
          <w:sz w:val="20"/>
        </w:rPr>
        <w:t>42:14  tum enemy nahi keh sakte in ko.</w:t>
      </w:r>
      <w:r>
        <w:br/>
      </w:r>
      <w:r>
        <w:rPr>
          <w:sz w:val="20"/>
        </w:rPr>
        <w:t>42:18  ان کو enemy کہنا یہ ہمارے لیے جائز نہیں ہے۔</w:t>
      </w:r>
    </w:p>
    <w:p>
      <w:pPr>
        <w:pStyle w:val="Heading2"/>
      </w:pPr>
      <w:r>
        <w:t>Prophet Muhammad prioritized dawa over family comfort and wealth</w:t>
      </w:r>
    </w:p>
    <w:p>
      <w:r>
        <w:rPr>
          <w:color w:val="666666"/>
          <w:sz w:val="18"/>
        </w:rPr>
        <w:t>The Age of Deceiving Philosophies I 21 June 2009 · 5m 47s · at 52:18 · https://youtu.be/RZCs_8AtCTM?t=3138</w:t>
      </w:r>
    </w:p>
    <w:p>
      <w:r>
        <w:rPr>
          <w:i/>
        </w:rPr>
        <w:t>“This is a matter of priority, not balance”</w:t>
      </w:r>
    </w:p>
    <w:p>
      <w:r>
        <w:rPr>
          <w:sz w:val="20"/>
        </w:rPr>
        <w:t>52:18  dekhen, yeh priority ka mamla hai. rasool ALLAH sallallahu alaihi wasallam ko arz yeh karna galat hai ke har shobe mein barabar ka darja diya unhon ne.</w:t>
      </w:r>
      <w:r>
        <w:br/>
      </w:r>
      <w:r>
        <w:rPr>
          <w:sz w:val="20"/>
        </w:rPr>
        <w:t>52:28  nahi, priority di unhon ne dawat ko.</w:t>
      </w:r>
      <w:r>
        <w:br/>
      </w:r>
      <w:r>
        <w:rPr>
          <w:sz w:val="20"/>
        </w:rPr>
        <w:t>52:32  matlab family ka mamla lijie. aap log kehte hain ke family bhi chalai. aap ne family kya chalai? log bhooke rehte the. aap aap chalayenge aisi family?</w:t>
      </w:r>
      <w:r>
        <w:br/>
      </w:r>
      <w:r>
        <w:rPr>
          <w:sz w:val="20"/>
        </w:rPr>
        <w:t>52:41  aap tayyar hain aisi family chalane ke liye? agar is namune ko ikhtiyar karen to ke aap hazrat aisha kehti hain ke hum nau saal tak masjid nabwi mein charagh nahi jala.</w:t>
      </w:r>
      <w:r>
        <w:br/>
      </w:r>
      <w:r>
        <w:rPr>
          <w:sz w:val="20"/>
        </w:rPr>
        <w:t>52:55  masjid nabwi jo thi, jhopra tha, ek jhopra, woh koi mahal nahi tha. aaj kal ke tareeq</w:t>
      </w:r>
      <w:r>
        <w:br/>
      </w:r>
      <w:r>
        <w:rPr>
          <w:sz w:val="20"/>
        </w:rPr>
        <w:t>53:00  e se is mein ek kinare un ka ek hissa tha, is mein bila charagh ke andhere mein rehte the. woh to kehti hain ke nau saal tak wahan charagh nahi jala, aap wahin rehte the andhere mein.</w:t>
      </w:r>
      <w:r>
        <w:br/>
      </w:r>
      <w:r>
        <w:rPr>
          <w:sz w:val="20"/>
        </w:rPr>
        <w:t>53:12  to kisi ne poocha, yaani baad ke zamane ki baat hai ke ke kya tel nahi hota tha? to hazrat aisha aadi kya kehti hain ke tel hota tha, hum us ko pi jaate.</w:t>
      </w:r>
      <w:r>
        <w:br/>
      </w:r>
      <w:r>
        <w:rPr>
          <w:sz w:val="20"/>
        </w:rPr>
        <w:t>53:28  yaani is tarah se hum zindagi guzarti thi hamari ke kabhi kuch khane ko mila, kabhi faqa ho raha hai to aap farmati hain ke tel hota agar to hum us ko pi jaate.</w:t>
      </w:r>
      <w:r>
        <w:br/>
      </w:r>
      <w:r>
        <w:rPr>
          <w:sz w:val="20"/>
        </w:rPr>
        <w:t>53:40  aaj koi family chalane ko tayyar hai is tareeqe se? jo log kehte hain ke rasool allah ne family bhi chalai, aap chalayenge is tarah family?</w:t>
      </w:r>
      <w:r>
        <w:br/>
      </w:r>
      <w:r>
        <w:rPr>
          <w:sz w:val="20"/>
        </w:rPr>
        <w:t>53:50  hazrat rasool allah ne apni beti fatima ki shadi kardi ali se. ali ghar mein literally kuch bhi nahi tha,</w:t>
      </w:r>
      <w:r>
        <w:br/>
      </w:r>
      <w:r>
        <w:rPr>
          <w:sz w:val="20"/>
        </w:rPr>
        <w:t>53:56  sirf ek mamooli sa ghar tha, kuch bhi nahi tha is mein. literally aap karenge aisi shadi apni beti ki aise aadmi ke sath jis ke paas kuch bhi na ho?</w:t>
      </w:r>
      <w:r>
        <w:br/>
      </w:r>
      <w:r>
        <w:rPr>
          <w:sz w:val="20"/>
        </w:rPr>
        <w:t>54:07  to jo log yeh kehte hain ke rasool allah jo hai, un ke haan ek woh tha balance. tha balance kahan tha? aap priority diye hue the dawat ko aur baqi cheezon ko bas jitna ho sake, ho sake, nahi ho sake, na ho sake.</w:t>
      </w:r>
      <w:r>
        <w:br/>
      </w:r>
      <w:r>
        <w:rPr>
          <w:sz w:val="20"/>
        </w:rPr>
        <w:t>54:23  business kya? aap ne business chhoot chhoot gaya.</w:t>
      </w:r>
      <w:r>
        <w:br/>
      </w:r>
      <w:r>
        <w:rPr>
          <w:sz w:val="20"/>
        </w:rPr>
        <w:t>54:26  aap ko maloom hai ke pehle business karte the aap, lekin jab aap ko dawat ki jab madad dali gayi to to business chhoot gaya. shadi kya? aap ne apni beti ki to aise ghar kar diya jahan ke kuch tha hi nahi.</w:t>
      </w:r>
      <w:r>
        <w:br/>
      </w:r>
      <w:r>
        <w:rPr>
          <w:sz w:val="20"/>
        </w:rPr>
        <w:t>54:37  literally kuch nahi tha wahan par. hazrat fatima chaki peesti thi, chhala pad gaya tha. aaj kal tasbeeh fatima ka bahut zor hai, har jagah masjidon mein tasbeeh fatima padhte hain log: subhan allah, alhamdulillah, la ilaha illallah, akbar, 33 baar, 33 baar, 33 baar.</w:t>
      </w:r>
      <w:r>
        <w:br/>
      </w:r>
      <w:r>
        <w:rPr>
          <w:sz w:val="20"/>
        </w:rPr>
        <w:t>54:58  main kehta hoon ke kya woh karenge? aap jo is ki is ki background kya hai? hazrat fatima jo aap ki beti thi, un ko chaki chalana padta tha, hath mein chhale pad gaye the.</w:t>
      </w:r>
      <w:r>
        <w:br/>
      </w:r>
      <w:r>
        <w:rPr>
          <w:sz w:val="20"/>
        </w:rPr>
        <w:t>55:10  to rasool allah ke paas gayin ke humein ek khadim de dijiye, ek khadim. to rasool allah ne kya kaha?</w:t>
      </w:r>
      <w:r>
        <w:br/>
      </w:r>
      <w:r>
        <w:rPr>
          <w:sz w:val="20"/>
        </w:rPr>
        <w:t>55:21  ittqi ya fatima! ae fatima! khuda se dar itni si baat par.</w:t>
      </w:r>
      <w:r>
        <w:br/>
      </w:r>
      <w:r>
        <w:rPr>
          <w:sz w:val="20"/>
        </w:rPr>
        <w:t>55:28  phir aap ne farmaya ke main tum ko khadim se zyada achhi cheez deta hoon. to aap ne yahi yahi zikr farmaya: subhan allah, alhamdulillah, la ilaha illallah, akbar ke yeh bas padh liya karo.</w:t>
      </w:r>
      <w:r>
        <w:br/>
      </w:r>
      <w:r>
        <w:rPr>
          <w:sz w:val="20"/>
        </w:rPr>
        <w:t>55:42  yeh aap mein se kaun hai jo apni beti ko aisa kahe? koi hathon mein chhale pade hue hon, woh khadim mang rahi ho, aap kahein ke jao ghar mein raho aur sirf yeh dua padh liya karo.</w:t>
      </w:r>
      <w:r>
        <w:br/>
      </w:r>
      <w:r>
        <w:rPr>
          <w:sz w:val="20"/>
        </w:rPr>
        <w:t>55:54  jo log kehte hain ke rasool allah ki jamiyat thi, main bataoon ke woh bahut bada yaani jurm karte hain, gunah karte hain. kya yeh jamiyat ke mani yahi hain?</w:t>
      </w:r>
      <w:r>
        <w:br/>
      </w:r>
      <w:r>
        <w:rPr>
          <w:sz w:val="20"/>
        </w:rPr>
        <w:t>56:04  yeh jamiyat ke mani hain.</w:t>
      </w:r>
      <w:r>
        <w:br/>
      </w:r>
      <w:r>
        <w:rPr>
          <w:sz w:val="20"/>
        </w:rPr>
        <w:t>56:09  rasool allah ke zamane mein sahaba ki shadi hoti thi. jante hain kya jaiz hota tha? woh mahr kya hoti thi? mahr hota tha khajoor ke guthli ke wazan ke barabar sona,</w:t>
      </w:r>
      <w:r>
        <w:br/>
      </w:r>
      <w:r>
        <w:rPr>
          <w:sz w:val="20"/>
        </w:rPr>
        <w:t>56:23  is size ke barabar nahi. yaani koi guthli ke size ke barabar sona ho to yeh qeemti ho jayega, lekin wazan to kuch bhi nahi hota is ka. to khajoor ki guthli ke wazan ke barabar sona aur kuch bhi nahi, na jora, na na na kuch na kuch.</w:t>
      </w:r>
      <w:r>
        <w:br/>
      </w:r>
      <w:r>
        <w:rPr>
          <w:sz w:val="20"/>
        </w:rPr>
        <w:t>56:40  aaj koi apni beti ki shadi aisa karega? na jaiz hai, na barat hai, na koi dhoom dham hai, bas bahut si mamooli si raqam mahr mahr mein de di gayi, bas qissa khatam.</w:t>
      </w:r>
      <w:r>
        <w:br/>
      </w:r>
      <w:r>
        <w:rPr>
          <w:sz w:val="20"/>
        </w:rPr>
        <w:t>56:53  is jamiyat ko aap apnaenge apni zindagi mein? kya</w:t>
      </w:r>
      <w:r>
        <w:br/>
      </w:r>
      <w:r>
        <w:rPr>
          <w:sz w:val="20"/>
        </w:rPr>
        <w:t>56:59  badi dhoom se yeh baat kahi jati hai hamare khilaf ke bas dawat dawat karte hain? rasool allah ki to jamiyat thi. yahan hamare khilaf bhi ek baat yahi boli jati hai ke bahut zyada dawat ki baatein karte hain.</w:t>
      </w:r>
      <w:r>
        <w:br/>
      </w:r>
      <w:r>
        <w:rPr>
          <w:sz w:val="20"/>
        </w:rPr>
        <w:t>57:09  rasool allah ke haan jamiyat thi, woh family bhi chalate the aur business bhi karte the, woh yeh karte the, woh karte the. aap ko maloom hai ke rasool allah ki biwiyan jo thi, un ko do waqt ka khana nahi milta tha.</w:t>
      </w:r>
      <w:r>
        <w:br/>
      </w:r>
      <w:r>
        <w:rPr>
          <w:sz w:val="20"/>
        </w:rPr>
        <w:t>57:23  to unhon ne rasool Allah sal Allah alaihi wasallam se kaha ke hamein kam se kam do waqt khana to milay. yeh lamba qissa yeh hai ke rasool Allah do waqt khana nahi de sakte thay in ko.</w:t>
      </w:r>
      <w:r>
        <w:br/>
      </w:r>
      <w:r>
        <w:rPr>
          <w:sz w:val="20"/>
        </w:rPr>
        <w:t>57:37  quran majeed mein ayat baqayda ayat aayi, is ne kaha ke tum ya to rasool ko ikhtiyar kar lo ya phir talaq le kar bahir chale jao.</w:t>
      </w:r>
      <w:r>
        <w:br/>
      </w:r>
      <w:r>
        <w:rPr>
          <w:sz w:val="20"/>
        </w:rPr>
        <w:t>57:48  yeh itnay se mutalbe par ke do waqt ka khana hamein diya jaye.</w:t>
      </w:r>
      <w:r>
        <w:br/>
      </w:r>
      <w:r>
        <w:rPr>
          <w:sz w:val="20"/>
        </w:rPr>
        <w:t>57:53  kaha gaya hai ke tum ya to jaise ho status ke upar raho to raho, nahi to talaq le ke chale jao. aaj koi hai aisa jo apni family ko is tarah chalaye? to yeh bilkul galat hai yeh kehna.</w:t>
      </w:r>
      <w:r>
        <w:br/>
      </w:r>
      <w:r>
        <w:rPr>
          <w:sz w:val="20"/>
        </w:rPr>
        <w:t>58:06  yaad rakhiye, rasool Allah ke haan sara jo emphasis tha, woh dawat par tha. aap ne isi ko priority de de rakhi thi, isi ko sab se bara kaam samajh kar aap isi mein mashgool rehte thay.</w:t>
      </w:r>
    </w:p>
    <w:p>
      <w:pPr>
        <w:pStyle w:val="Heading2"/>
      </w:pPr>
      <w:r>
        <w:t>Redefining Dawah as open intellectual dialogue</w:t>
      </w:r>
    </w:p>
    <w:p>
      <w:r>
        <w:rPr>
          <w:color w:val="666666"/>
          <w:sz w:val="18"/>
        </w:rPr>
        <w:t>Q&amp;A · 3m 30s · at 3:27 · https://youtu.be/W2DKBK6QYTY?t=207</w:t>
      </w:r>
    </w:p>
    <w:p>
      <w:r>
        <w:rPr>
          <w:i/>
        </w:rPr>
        <w:t>“Dekhiye, dawa work ko log lete hain pata nahi kis maane mein.”</w:t>
      </w:r>
    </w:p>
    <w:p>
      <w:r>
        <w:rPr>
          <w:sz w:val="20"/>
        </w:rPr>
        <w:t>3:27  dekhiye, Dawa work ko log lete hain, pata nahi kis maane mein. main us maane mein nahi leta. main jis maane mein leta hoon, wo yeh hai ki logon ki taraf objectivity aaye, free discussion ho,</w:t>
      </w:r>
      <w:r>
        <w:br/>
      </w:r>
      <w:r>
        <w:rPr>
          <w:sz w:val="20"/>
        </w:rPr>
        <w:t>3:44  sachchai par khula dialogue ho. bas isi ko main Dawa work samajhta hoon. kisi rigidity ka naam Dawa work nahi hai, kisi kattarpan ka naam Dawa work nahi hai. khule tarike se batchit ho. mera jo nishana hai, wo yeh hai</w:t>
      </w:r>
      <w:r>
        <w:br/>
      </w:r>
      <w:r>
        <w:rPr>
          <w:sz w:val="20"/>
        </w:rPr>
        <w:t>4:00  ki jis tarah scientific field mein khuli-khuli batchit hoti hai, astronomy mein, physiology mein, aur physics mein, chemistry mein, aap seminar mein jaiye to wahan par professor log jo hote hain,</w:t>
      </w:r>
      <w:r>
        <w:br/>
      </w:r>
      <w:r>
        <w:rPr>
          <w:sz w:val="20"/>
        </w:rPr>
        <w:t>4:15  openly discussion karte hain</w:t>
      </w:r>
      <w:r>
        <w:br/>
      </w:r>
      <w:r>
        <w:rPr>
          <w:sz w:val="20"/>
        </w:rPr>
        <w:t>4:18  har theory par, har concept par. aise mazhab hone lage. yeh Dawa work openness asal mein manta hai. openness ko yahan</w:t>
      </w:r>
      <w:r>
        <w:br/>
      </w:r>
      <w:r>
        <w:rPr>
          <w:sz w:val="20"/>
        </w:rPr>
        <w:t>4:31  kya hai? yahan par tasub hai, bias hai, rigidity hai, koi sunne ko taiyar nahi hai. isse kya ho raha hai?</w:t>
      </w:r>
      <w:r>
        <w:br/>
      </w:r>
      <w:r>
        <w:rPr>
          <w:sz w:val="20"/>
        </w:rPr>
        <w:t>4:40  intellectual development in terms of spirituality रुका हुआ है।</w:t>
      </w:r>
      <w:r>
        <w:br/>
      </w:r>
      <w:r>
        <w:rPr>
          <w:sz w:val="20"/>
        </w:rPr>
        <w:t>4:45  mera matlab isse kuch nahi.</w:t>
      </w:r>
      <w:r>
        <w:br/>
      </w:r>
      <w:r>
        <w:rPr>
          <w:sz w:val="20"/>
        </w:rPr>
        <w:t>4:46  main ek aur is mazhab aur us mazhab mein hoon.</w:t>
      </w:r>
      <w:r>
        <w:br/>
      </w:r>
      <w:r>
        <w:rPr>
          <w:sz w:val="20"/>
        </w:rPr>
        <w:t>4:49  mujhe aisi koi dilchaspi nahi.</w:t>
      </w:r>
      <w:r>
        <w:br/>
      </w:r>
      <w:r>
        <w:rPr>
          <w:sz w:val="20"/>
        </w:rPr>
        <w:t>4:51  main conversion ko bilkul nahi baat karta.</w:t>
      </w:r>
      <w:r>
        <w:br/>
      </w:r>
      <w:r>
        <w:rPr>
          <w:sz w:val="20"/>
        </w:rPr>
        <w:t>4:53  conversion ki mujhe conversion se koi talluq nahi hai.</w:t>
      </w:r>
      <w:r>
        <w:br/>
      </w:r>
      <w:r>
        <w:rPr>
          <w:sz w:val="20"/>
        </w:rPr>
        <w:t>4:57  मेरी दिलचस्पी है intellectual development in terms of spirituality.</w:t>
      </w:r>
      <w:r>
        <w:br/>
      </w:r>
      <w:r>
        <w:rPr>
          <w:sz w:val="20"/>
        </w:rPr>
        <w:t>5:03  main rozana bohat se paper, bohat se magazine dekhta hoon.</w:t>
      </w:r>
      <w:r>
        <w:br/>
      </w:r>
      <w:r>
        <w:rPr>
          <w:sz w:val="20"/>
        </w:rPr>
        <w:t>5:07  to log confusion mein jeete hain.</w:t>
      </w:r>
      <w:r>
        <w:br/>
      </w:r>
      <w:r>
        <w:rPr>
          <w:sz w:val="20"/>
        </w:rPr>
        <w:t>5:10  clarity nahi kisi ke yahan.</w:t>
      </w:r>
      <w:r>
        <w:br/>
      </w:r>
      <w:r>
        <w:rPr>
          <w:sz w:val="20"/>
        </w:rPr>
        <w:t>5:12  kyon intellectual development logon ka nahi ho raha hai? science mein ho raha hai. dekhiye, do alag-alag department hain. ek science ke department hain, usmein development khoob ho raha hai. lekin jo humanities hain, humanities ke department hain,</w:t>
      </w:r>
      <w:r>
        <w:br/>
      </w:r>
      <w:r>
        <w:rPr>
          <w:sz w:val="20"/>
        </w:rPr>
        <w:t>5:27  usmein bhi development nahi. kyunki free discussion yahan par nahi hai.</w:t>
      </w:r>
      <w:r>
        <w:br/>
      </w:r>
      <w:r>
        <w:rPr>
          <w:sz w:val="20"/>
        </w:rPr>
        <w:t>5:32  jis tarah science ki field mein free discussion hota hai. main america mein pehli baar jab gaya tha, to maine wahan par ek ek professor se poocha tha ki america ke america mein jo progress hui hai, jo tarakki hui hai, uska kya khaas raaz kya hai?</w:t>
      </w:r>
      <w:r>
        <w:br/>
      </w:r>
      <w:r>
        <w:rPr>
          <w:sz w:val="20"/>
        </w:rPr>
        <w:t>5:51  unhone kaha tha us waqt ki hum dissent ko bahut zyada mahatva dete hain. dissent ko, yani ikhtilaf e rai ko. dissent ko wo mahatva dete hain. hum log dissent ko bura samajhte hain humanities mein.</w:t>
      </w:r>
      <w:r>
        <w:br/>
      </w:r>
      <w:r>
        <w:rPr>
          <w:sz w:val="20"/>
        </w:rPr>
        <w:t>6:12  to science ke field mein dissent ko bahut achha samjha jata hai. tumhare paas ek aur point of view hai, batao kya baat hai? wo yahan par aisa nahi hai. to mera jo mission hai, wo bias ko todna, kattarpan ko todna, fundamentalism ko todna,</w:t>
      </w:r>
      <w:r>
        <w:br/>
      </w:r>
      <w:r>
        <w:rPr>
          <w:sz w:val="20"/>
        </w:rPr>
        <w:t>6:28  extremism ko todna. baqi jiska jo faith hai, jo samajh mein aaya, wo karein. wo hum usse koi lena-dena nahi hai. mere dawat yahi hai. work ka matlab hai intellectual awakening, intellectual development.</w:t>
      </w:r>
      <w:r>
        <w:br/>
      </w:r>
      <w:r>
        <w:rPr>
          <w:sz w:val="20"/>
        </w:rPr>
        <w:t>6:45  bas openness. ismein har ek hissa de sakta hai. ismein koi muslim ki, non-muslim ki baat hi nahi hai. har aadmi ismein participate kar sakta hai.</w:t>
      </w:r>
    </w:p>
    <w:p>
      <w:pPr>
        <w:pStyle w:val="Heading2"/>
      </w:pPr>
      <w:r>
        <w:t>Trust human nature, engage minds instead of fatwas</w:t>
      </w:r>
    </w:p>
    <w:p>
      <w:r>
        <w:rPr>
          <w:color w:val="666666"/>
          <w:sz w:val="18"/>
        </w:rPr>
        <w:t>Why People Live in Despair September 2, 2007 Maulana Wahiduddin Khan · 5m 58s · at 52:02 · https://youtu.be/1Wxz28OJh9c?t=3122</w:t>
      </w:r>
    </w:p>
    <w:p>
      <w:r>
        <w:rPr>
          <w:i/>
        </w:rPr>
        <w:t>“امریکہ کی progress کا راز کیا ہے؟ اس نے کہا dissent”</w:t>
      </w:r>
    </w:p>
    <w:p>
      <w:r>
        <w:rPr>
          <w:sz w:val="20"/>
        </w:rPr>
        <w:t>52:02  jaise ek baar mein America mein ek scholar se mein ne poochha ke America ki mein jo progress hui hai us progress ka khas koi mujhe bataaiye.</w:t>
      </w:r>
      <w:r>
        <w:br/>
      </w:r>
      <w:r>
        <w:rPr>
          <w:sz w:val="20"/>
        </w:rPr>
        <w:t>52:13  yani kyun hui hai itni progress America mein? to us ne ek anokhi baat kahi. us ne kaha ke dissent.</w:t>
      </w:r>
      <w:r>
        <w:br/>
      </w:r>
      <w:r>
        <w:rPr>
          <w:sz w:val="20"/>
        </w:rPr>
        <w:t>52:22  D I double S E N T dissent. hua ke dissent ko hum log aadmi ka ek ek ek muqaddas haq samajhte hain.</w:t>
      </w:r>
      <w:r>
        <w:br/>
      </w:r>
      <w:r>
        <w:rPr>
          <w:sz w:val="20"/>
        </w:rPr>
        <w:t>52:33  hum samajhte hain ke ye insaan ka right hai right ke woh woh woh hum se hum se woh woh kare. criticize kare, hum se alag baat kahe woh.</w:t>
      </w:r>
      <w:r>
        <w:br/>
      </w:r>
      <w:r>
        <w:rPr>
          <w:sz w:val="20"/>
        </w:rPr>
        <w:t>52:47  to dissent ko us ne kaha America ki progress ka raaz dissent. hamare haan kya hai? dissent ko taboo samajhte hain.</w:t>
      </w:r>
      <w:r>
        <w:br/>
      </w:r>
      <w:r>
        <w:rPr>
          <w:sz w:val="20"/>
        </w:rPr>
        <w:t>52:58  kahin bhi aap masjid mein jaiye, madrase mein jaiye, kisi Muslim institution mein jaiye.</w:t>
      </w:r>
      <w:r>
        <w:br/>
      </w:r>
      <w:r>
        <w:rPr>
          <w:sz w:val="20"/>
        </w:rPr>
        <w:t>53:03  ab wahan aap koi criticize kar dijiye. foran aap ko jaise jaise koi ghalat aadmi yahan par aa gaya hai. yani dissent ko taboo bana rakha hai unhon ne.</w:t>
      </w:r>
      <w:r>
        <w:br/>
      </w:r>
      <w:r>
        <w:rPr>
          <w:sz w:val="20"/>
        </w:rPr>
        <w:t>53:16  to aap ke andar ye sahas hona chahiye, sahas. ye aap ka andar hausla hona chahiye. ke aap dissent ko sun sakin. difference of opinion jo hai us ko aap us ko aap tolerate kar sakin.</w:t>
      </w:r>
      <w:r>
        <w:br/>
      </w:r>
      <w:r>
        <w:rPr>
          <w:sz w:val="20"/>
        </w:rPr>
        <w:t>53:33  aaj hi mein ne paper mein dekha ke aaj is se pehle aap ko pata hai ke woh Denmark mein ek cartoon chhapa tha to bada hangama khara hua tha.</w:t>
      </w:r>
      <w:r>
        <w:br/>
      </w:r>
      <w:r>
        <w:rPr>
          <w:sz w:val="20"/>
        </w:rPr>
        <w:t>53:43  aaj woh kahin Sweden mein kuch ho gaya hai. koi cartoon ya kya</w:t>
      </w:r>
      <w:r>
        <w:br/>
      </w:r>
      <w:r>
        <w:rPr>
          <w:sz w:val="20"/>
        </w:rPr>
        <w:t>53:47  ab is waqt hangama wahan khara hua hai. aur sweden mein hua aur pakistan mein jal jal jalana phookna kar rahe hain. kya is se koi development ho sakta hai?</w:t>
      </w:r>
      <w:r>
        <w:br/>
      </w:r>
      <w:r>
        <w:rPr>
          <w:sz w:val="20"/>
        </w:rPr>
        <w:t>54:00  aap dekhiye ye kijiye ke jab koi shakhs pehli baat mein aap ko ek bahut hi raaz ki baat arz karta hoon, raaz ki baat.</w:t>
      </w:r>
      <w:r>
        <w:br/>
      </w:r>
      <w:r>
        <w:rPr>
          <w:sz w:val="20"/>
        </w:rPr>
        <w:t>54:10  ke insaan ko par bharosa karna sikhiye. mera soch kya hai? meri soch kya hai?</w:t>
      </w:r>
      <w:r>
        <w:br/>
      </w:r>
      <w:r>
        <w:rPr>
          <w:sz w:val="20"/>
        </w:rPr>
        <w:t>54:17  meri soch ye hai ke woh woh aadmi jo hai us ko bhi khuda ne paida kiya hai. woh kisi kisi setan ne nahi paida kiya us aadmi ko.</w:t>
      </w:r>
      <w:r>
        <w:br/>
      </w:r>
      <w:r>
        <w:rPr>
          <w:sz w:val="20"/>
        </w:rPr>
        <w:t>54:27  aur kal har aadmi jo hai bistar nature hai. mera mera starting point ye hota hai.</w:t>
      </w:r>
      <w:r>
        <w:br/>
      </w:r>
      <w:r>
        <w:rPr>
          <w:sz w:val="20"/>
        </w:rPr>
        <w:t>54:36  kisi bhi aadmi ko mein by nature bura nahi samajhta. kyunke bura samajhun to koi khuda ne ghalat paida kar diya us ko.</w:t>
      </w:r>
      <w:r>
        <w:br/>
      </w:r>
      <w:r>
        <w:rPr>
          <w:sz w:val="20"/>
        </w:rPr>
        <w:t>54:46  jab mein ye maan leta hoon ke har aadmi bistar nature hai. tab mein kya sochta hoon? woh jo ghalat baat keh raha hai woh upri baat hai.</w:t>
      </w:r>
      <w:r>
        <w:br/>
      </w:r>
      <w:r>
        <w:rPr>
          <w:sz w:val="20"/>
        </w:rPr>
        <w:t>54:56  woh us ke dil ki aawaz nahi hai. upar upri baat kyun hai? us ko us ko abhi tak sahee tareeqe se baat ko kaha nahi gaya. us ko reason nahi peshi gayi.</w:t>
      </w:r>
      <w:r>
        <w:br/>
      </w:r>
      <w:r>
        <w:rPr>
          <w:sz w:val="20"/>
        </w:rPr>
        <w:t>55:08  to us ke maani kya hue ke mujhe hope rehti hai har insaan ke baare mein. ke agar mein ye tatolta hoon, jaanne ki koshish karta hoon ke us ke mind mein woh kaun sa thought hai jis ki wajah se aisa bol raha hai woh.</w:t>
      </w:r>
      <w:r>
        <w:br/>
      </w:r>
      <w:r>
        <w:rPr>
          <w:sz w:val="20"/>
        </w:rPr>
        <w:t>55:19  us ko chahta hoon address karun mein. ye karte hain nahi log? is se pehle rushdi ne kitab likhi, wahan bhi hangama khara kiya. taslima ke nazdeek ek hangama khara kiya.</w:t>
      </w:r>
      <w:r>
        <w:br/>
      </w:r>
      <w:r>
        <w:rPr>
          <w:sz w:val="20"/>
        </w:rPr>
        <w:t>55:30  denmark ka hangama khara kiya, ab sweden mein hangama kar rahe hain.</w:t>
      </w:r>
      <w:r>
        <w:br/>
      </w:r>
      <w:r>
        <w:rPr>
          <w:sz w:val="20"/>
        </w:rPr>
        <w:t>55:34  are bhai un ko jano un ke mind ko ke kyun unhon ne woh aisa kiya unhon ne. aur phir is is ke is is ko address karo. is ka jawab do.</w:t>
      </w:r>
      <w:r>
        <w:br/>
      </w:r>
      <w:r>
        <w:rPr>
          <w:sz w:val="20"/>
        </w:rPr>
        <w:t>55:45  to kya hoga? quran mein bataya gaya hai ke</w:t>
      </w:r>
      <w:r>
        <w:br/>
      </w:r>
      <w:r>
        <w:rPr>
          <w:sz w:val="20"/>
        </w:rPr>
        <w:t>55:53  ke tumhara dushman jo hai woh tumhara dost ban jayega.</w:t>
      </w:r>
      <w:r>
        <w:br/>
      </w:r>
      <w:r>
        <w:rPr>
          <w:sz w:val="20"/>
        </w:rPr>
        <w:t>55:58  abhi habib bhai ka telephone aya hai mere paas do chaar do chaar din pehle ke ek sahib jo the woh bahut hi khilaf the. is ke mere.</w:t>
      </w:r>
      <w:r>
        <w:br/>
      </w:r>
      <w:r>
        <w:rPr>
          <w:sz w:val="20"/>
        </w:rPr>
        <w:t>56:08  mere bahut khilaf the woh. pata nahi kya kya kehte the woh. to khair un ka ek din aaya habib bhai ke haan. unhon ne poocha ke kaha ke aap kuch parha hai aap ne?</w:t>
      </w:r>
      <w:r>
        <w:br/>
      </w:r>
      <w:r>
        <w:rPr>
          <w:sz w:val="20"/>
        </w:rPr>
        <w:t>56:19  meri kuch kitab parhi hai aap ne? unhon ne kaha nahi parhi nahi hai lekin kehte hain ke woh bahut ghalat aadmi hain woh. matlab hindwon ke agent hain aur kya hain aur kya hain.</w:t>
      </w:r>
      <w:r>
        <w:br/>
      </w:r>
      <w:r>
        <w:rPr>
          <w:sz w:val="20"/>
        </w:rPr>
        <w:t>56:28  to unhon ne un ko diya ek kitab rasool allah par bhari kitab jo hai woh diya parhne ke liye. to woh le gaye. aur parh kar jab aaye to unhon ne kaha ke woh phoot phoot kar ro rahe the, ye lafz tha habib bhai ka.</w:t>
      </w:r>
      <w:r>
        <w:br/>
      </w:r>
      <w:r>
        <w:rPr>
          <w:sz w:val="20"/>
        </w:rPr>
        <w:t>56:41  ke phoot phoot kar ro rahe the woh. ke jis insaan ko maine bura bhala kaha us ne itni achi kitab likhi hai sehhat rasool par.</w:t>
      </w:r>
      <w:r>
        <w:br/>
      </w:r>
      <w:r>
        <w:rPr>
          <w:sz w:val="20"/>
        </w:rPr>
        <w:t>56:50  ye lafz tha habib bhai ka ke phoot phoot kar ro rahe the woh.</w:t>
      </w:r>
      <w:r>
        <w:br/>
      </w:r>
      <w:r>
        <w:rPr>
          <w:sz w:val="20"/>
        </w:rPr>
        <w:t>56:55  to aap ye kyun karte hain ke fatwa dene lagte hain har aadmi? aaj kal ke musalmanon mein riwaj kya hai ke fatwa activism.</w:t>
      </w:r>
      <w:r>
        <w:br/>
      </w:r>
      <w:r>
        <w:rPr>
          <w:sz w:val="20"/>
        </w:rPr>
        <w:t>57:05  nahi, educational activism chalaiye. aaj kal zor hai fatwa activism ka</w:t>
      </w:r>
      <w:r>
        <w:br/>
      </w:r>
      <w:r>
        <w:rPr>
          <w:sz w:val="20"/>
        </w:rPr>
        <w:t>57:11  . dars fatwa, dars fatwa, dars fatwa. nahi. educational activism, dawa activism. yani us ke mind ko parhiye.</w:t>
      </w:r>
      <w:r>
        <w:br/>
      </w:r>
      <w:r>
        <w:rPr>
          <w:sz w:val="20"/>
        </w:rPr>
        <w:t>57:21  us ko us ko samjhiye ke woh kahan atka hua hai. us ke lihaz se bataiye us ko. to ho sakta hai ke woh bilkul aap ka sathi ban jaye. us ki sab baatein khatam ho jayen.</w:t>
      </w:r>
      <w:r>
        <w:br/>
      </w:r>
      <w:r>
        <w:rPr>
          <w:sz w:val="20"/>
        </w:rPr>
        <w:t>57:32  bas jahan zara si kuch khabar mili aur lage lagane, woh juloos nikalne, jalane phookne.</w:t>
      </w:r>
      <w:r>
        <w:br/>
      </w:r>
      <w:r>
        <w:rPr>
          <w:sz w:val="20"/>
        </w:rPr>
        <w:t>57:41  to us ki wajah bhi kya hai? us ki wajah ye hai ke logon ka itna kam hai intellectual development. baaton ko samajhte nahin wo.</w:t>
      </w:r>
      <w:r>
        <w:br/>
      </w:r>
      <w:r>
        <w:rPr>
          <w:sz w:val="20"/>
        </w:rPr>
        <w:t>57:49  bahut badi museebat ye hai ke intellectual development logon ka na hone ki wajah se baaton ko gehrai mein samajhte nahin hain wo. baaton ko gehrai mein samajh nahin pate.</w:t>
      </w:r>
    </w:p>
    <w:p>
      <w:pPr>
        <w:pStyle w:val="Heading2"/>
      </w:pPr>
      <w:r>
        <w:t>Dajjal fully explained as the deception of the media age</w:t>
      </w:r>
    </w:p>
    <w:p>
      <w:r>
        <w:rPr>
          <w:color w:val="666666"/>
          <w:sz w:val="18"/>
        </w:rPr>
        <w:t>Reinterpretation of Islam April 12, 2009 · 4m 35s · at 38:41 · https://youtu.be/QMG_eov11Po?t=2321</w:t>
      </w:r>
    </w:p>
    <w:p>
      <w:r>
        <w:rPr>
          <w:i/>
        </w:rPr>
        <w:t>“Log samajhte hain Dajjal koi strange animal hoga”</w:t>
      </w:r>
    </w:p>
    <w:p>
      <w:r>
        <w:rPr>
          <w:sz w:val="20"/>
        </w:rPr>
        <w:t>38:41  . log samajhte hain keh dajjal koi koi strange, koi animal hoga, Albert type aik insan, bohat hi bari si seengh hogi aur bohat aisa hoga, waisa hoga.</w:t>
      </w:r>
      <w:r>
        <w:br/>
      </w:r>
      <w:r>
        <w:rPr>
          <w:sz w:val="20"/>
        </w:rPr>
        <w:t>38:54  nahi, dajjal is a phenomena of of of of a new age. dekhiye dajjal ka matlab kya hai?</w:t>
      </w:r>
      <w:r>
        <w:br/>
      </w:r>
      <w:r>
        <w:rPr>
          <w:sz w:val="20"/>
        </w:rPr>
        <w:t>39:07  jab dajjal ki literal meaning hai deceiver, jo deceive kare. dajjal means great deceiver.</w:t>
      </w:r>
      <w:r>
        <w:br/>
      </w:r>
      <w:r>
        <w:rPr>
          <w:sz w:val="20"/>
        </w:rPr>
        <w:t>39:20  to aap dekhiye keh deceive karne ka jo kaam hai, woh to hamesha duniya mein raha hai. in every age you can see this phenomena.</w:t>
      </w:r>
      <w:r>
        <w:br/>
      </w:r>
      <w:r>
        <w:rPr>
          <w:sz w:val="20"/>
        </w:rPr>
        <w:t>39:30  in every age deceive karna, yani sachai se aadmi ko deviate karna, sachai se aadmi ko hatana, yani untruth ko truth ke colour mein pesh karna.</w:t>
      </w:r>
      <w:r>
        <w:br/>
      </w:r>
      <w:r>
        <w:rPr>
          <w:sz w:val="20"/>
        </w:rPr>
        <w:t>39:48  that deceive, that is deceiving practice. to deceiving practice, yeh jo phenomena aaya hai, woh to hamesha tha.</w:t>
      </w:r>
      <w:r>
        <w:br/>
      </w:r>
      <w:r>
        <w:rPr>
          <w:sz w:val="20"/>
        </w:rPr>
        <w:t>39:58  phir yeh bara deceiver kaise ban jayega? koi aadmi dajjal meaning great deceiver. yeh hai age phenomena, age phenomena.</w:t>
      </w:r>
      <w:r>
        <w:br/>
      </w:r>
      <w:r>
        <w:rPr>
          <w:sz w:val="20"/>
        </w:rPr>
        <w:t>40:11  this phenomena of age, yani jab printing press aa jayega, jab electronic media aa jayega, printing media aa jayega, aur aur beautiful chhapi hui kitabein aa jayengi,</w:t>
      </w:r>
      <w:r>
        <w:br/>
      </w:r>
      <w:r>
        <w:rPr>
          <w:sz w:val="20"/>
        </w:rPr>
        <w:t>40:25  radio, cinema, aur TV aa jayega, aur insan bohat develop karega, kar sakega baat ko bohat hi achhe tarike se kehne mein.</w:t>
      </w:r>
      <w:r>
        <w:br/>
      </w:r>
      <w:r>
        <w:rPr>
          <w:sz w:val="20"/>
        </w:rPr>
        <w:t>40:37  aaj jis tarah se baat ko kaha jata hai, bohat hi beautify tarike se. pehle insan nahi jaanta tha aisa karna. pehle aik insan nahi jaanta tha is ko karna, jaisa keh ab jaanta hai.</w:t>
      </w:r>
      <w:r>
        <w:br/>
      </w:r>
      <w:r>
        <w:rPr>
          <w:sz w:val="20"/>
        </w:rPr>
        <w:t>40:52  ab to bohat hi beautiful tarike se baat ko karne ka aik art ban gaya hai. art to yeh jo art hai, jo print print media aur electronic media ke zamane mein jo develop hua hai, art to beautify things, cheezon ko bohat achhe tarike se pesh karna.</w:t>
      </w:r>
      <w:r>
        <w:br/>
      </w:r>
      <w:r>
        <w:rPr>
          <w:sz w:val="20"/>
        </w:rPr>
        <w:t>41:15  is zamane mein dajjal paida hoga, is age ke jo us ko woh woh exploit karega.</w:t>
      </w:r>
      <w:r>
        <w:br/>
      </w:r>
      <w:r>
        <w:rPr>
          <w:sz w:val="20"/>
        </w:rPr>
        <w:t>41:24  is age mein jo cheezein aayi hain, yani print media ko istemal karega, aur us ko electronic media ko istemal karega, modern technique ko istemal karega, modern art ko istemal karega,</w:t>
      </w:r>
      <w:r>
        <w:br/>
      </w:r>
      <w:r>
        <w:rPr>
          <w:sz w:val="20"/>
        </w:rPr>
        <w:t>41:38  aur woh kaam jo pehle hota tha, yani ordinary level par, us ko bohat oonche level par le jayega. woh toh great deceiver ban jayega.</w:t>
      </w:r>
      <w:r>
        <w:br/>
      </w:r>
      <w:r>
        <w:rPr>
          <w:sz w:val="20"/>
        </w:rPr>
        <w:t>41:52  toh dajjal koi koi strange animal nahi hai. ek age ko exploitation karke jo insan banta hai, us ka us ka yeh phenomenon hai.</w:t>
      </w:r>
      <w:r>
        <w:br/>
      </w:r>
      <w:r>
        <w:rPr>
          <w:sz w:val="20"/>
        </w:rPr>
        <w:t>42:08  toh log abhi tak dajjal ka wait kar rahe hain. dajjal wait, dajjal toh aa chuka. jab age aa chuka, dajjal bhi aa chuka. jab age aa chuka, dajjal bhi aa chuka.</w:t>
      </w:r>
      <w:r>
        <w:br/>
      </w:r>
      <w:r>
        <w:rPr>
          <w:sz w:val="20"/>
        </w:rPr>
        <w:t>42:21  yani woh age jis mein koi aadmi dajjal banta hai, woh toh aa chuka. toh phir dajjal bhi aa chuka.</w:t>
      </w:r>
      <w:r>
        <w:br/>
      </w:r>
      <w:r>
        <w:rPr>
          <w:sz w:val="20"/>
        </w:rPr>
        <w:t>42:30  toh mein dajjal ka wait nahi kar raha hoon ke mein jaanta hoon ke dajjal toh aa chuka hai. aaj kal jo mein padhta hoon, aisa tareeqe se log, yani beautify karte hain baaton ko,</w:t>
      </w:r>
      <w:r>
        <w:br/>
      </w:r>
      <w:r>
        <w:rPr>
          <w:sz w:val="20"/>
        </w:rPr>
        <w:t>42:45  un truth ko truth ke andaaz mein pesh karte hain.</w:t>
      </w:r>
      <w:r>
        <w:br/>
      </w:r>
      <w:r>
        <w:rPr>
          <w:sz w:val="20"/>
        </w:rPr>
        <w:t>42:51  aap rozana padhte honge paper mein, magazine mein, books mein ke kis tarah se log beautify karke aisi baaton ko kehte hain jo jis ki koi reality nahi hoti hai.</w:t>
      </w:r>
      <w:r>
        <w:br/>
      </w:r>
      <w:r>
        <w:rPr>
          <w:sz w:val="20"/>
        </w:rPr>
        <w:t>43:04  yeh yahi yahi hai dajali, yahi hai deceive karna. toh jab age aa chuka toh dajjal bhi aa chuka. ab hamein wait nahi karna hai.</w:t>
      </w:r>
    </w:p>
    <w:p>
      <w:pPr>
        <w:pStyle w:val="Heading2"/>
      </w:pPr>
      <w:r>
        <w:t>the straight path versus the scattered byways of religion</w:t>
      </w:r>
    </w:p>
    <w:p>
      <w:r>
        <w:rPr>
          <w:color w:val="666666"/>
          <w:sz w:val="18"/>
        </w:rPr>
        <w:t>Tajdeed-e-Deen Book by Maulana Wahiduddin Khan · 4m 01s · at 17:37 · https://youtu.be/IPf3V74gGr4?t=1057</w:t>
      </w:r>
    </w:p>
    <w:p>
      <w:r>
        <w:rPr>
          <w:i/>
        </w:rPr>
        <w:t>“قرآن میں حکم دیا گیا ہے کہ دین کی اقامت کرو”</w:t>
      </w:r>
    </w:p>
    <w:p>
      <w:r>
        <w:rPr>
          <w:sz w:val="20"/>
        </w:rPr>
        <w:t>17:37  Qur'an mein hukum diya gaya hai kay deen ki iqamat karo is mein tafriq ka tareeqa ikhtiyar na karo. Ash-Shura 13. doosri jagah yahi baat in lafzon mein kahi gayi hai:</w:t>
      </w:r>
      <w:r>
        <w:br/>
      </w:r>
      <w:r>
        <w:rPr>
          <w:sz w:val="20"/>
        </w:rPr>
        <w:t>17:49  WA ANNA HAA SIRAA-TEE MUSTAQEEMAN FA-TTABI-UOH WA LA TAT-TABI-U-SSUBULA FA-TAFARRAQA BIKUM AN SABEELEH. ZALIKUM WASSAKUM BIHEE LA-ALLAKUM TAT-TAQOON. Al-An'am 154.</w:t>
      </w:r>
      <w:r>
        <w:br/>
      </w:r>
      <w:r>
        <w:rPr>
          <w:sz w:val="20"/>
        </w:rPr>
        <w:t>18:06  aur Allah nay hukum diya hai kay yeh meri seedhi shahrah hai, pas isi par chalo aur doosray raston par na chalo kay woh tum ko Allah kay rastay say juda kar dain gi</w:t>
      </w:r>
      <w:r>
        <w:br/>
      </w:r>
      <w:r>
        <w:rPr>
          <w:sz w:val="20"/>
        </w:rPr>
        <w:t>18:17  . yeh Allah nay tum ko hukum diya hai takay tum bachtay raho. deen kay maamlay ko yahan rastay ki misaal say wazeh kiya gaya hai.</w:t>
      </w:r>
      <w:r>
        <w:br/>
      </w:r>
      <w:r>
        <w:rPr>
          <w:sz w:val="20"/>
        </w:rPr>
        <w:t>18:27  safar karnay kay liye aik seedhi aur chaori sarak hoti hai, doosri taraf is sarak kay ird gird pagdandiyan hoti hain. jo aadmi seedhi aur chaori sarak par apna safar tay karay, woh bhatkay baghair apni manzil par pohanch jata hai.</w:t>
      </w:r>
      <w:r>
        <w:br/>
      </w:r>
      <w:r>
        <w:rPr>
          <w:sz w:val="20"/>
        </w:rPr>
        <w:t>18:42  is kay baraks jo aadmi atraf ki pagdandiyon par chalay, us kay mutalliq sakht andeshah hai kay woh idhar udhar bhatak jaye ga, woh apni matloobah manzil par nahi pohanchay ga.</w:t>
      </w:r>
      <w:r>
        <w:br/>
      </w:r>
      <w:r>
        <w:rPr>
          <w:sz w:val="20"/>
        </w:rPr>
        <w:t>18:54  isi tarah deen mein kuch buniyadi usool hain, woh muttafiq alaih hain, un mein koi shubah ya ikhtilaf nahi. isi kay sath kuch juz'i aur furo'i umoor hain, yeh doosray qism kay umoor qiyas aur istinbat kay zariye nikale jatay hain aur un mein hamesha aik say ziyada raaye hoti hain.</w:t>
      </w:r>
      <w:r>
        <w:br/>
      </w:r>
      <w:r>
        <w:rPr>
          <w:sz w:val="20"/>
        </w:rPr>
        <w:t>19:14  ikhtilaf hamesha unhi doosray qism kay umoor mein paida hota hai.</w:t>
      </w:r>
      <w:r>
        <w:br/>
      </w:r>
      <w:r>
        <w:rPr>
          <w:sz w:val="20"/>
        </w:rPr>
        <w:t>19:18  Allah Ta'ala ka hukum hai kay ahle Islam sab say ziyada dhiyan asasi umoor par dain jin ko deen kaha gaya hai aur jo goya deen ki shahrah hain, woh juz'i aur furo'i umoor ko harghiz apni asal tawajjuh ka markaz na bana'ain.</w:t>
      </w:r>
      <w:r>
        <w:br/>
      </w:r>
      <w:r>
        <w:rPr>
          <w:sz w:val="20"/>
        </w:rPr>
        <w:t>19:35  tamam zor aur taakeed ittifaqi baton par ho na kay ikhtilafi baton par. awwal-uz-zikr ka naam itba-e-sirat hai aur thani-uz-zikr ka naam itba-e-subul.</w:t>
      </w:r>
      <w:r>
        <w:br/>
      </w:r>
      <w:r>
        <w:rPr>
          <w:sz w:val="20"/>
        </w:rPr>
        <w:t>19:47  itba-e-subul ain wohi cheez hai jis ko intiqal-e-tawakkud yaani shift of emphasis kaha jata hai.</w:t>
      </w:r>
      <w:r>
        <w:br/>
      </w:r>
      <w:r>
        <w:rPr>
          <w:sz w:val="20"/>
        </w:rPr>
        <w:t>19:54  yaani jis cheez par haqeeqatan zor dena chahiye, us ko chhod kar kisi aur cheez par zor denay lagna. jis cheez ko aslan qabil-e-tawajjuh banana chahiye, us say hat kar kisi aur cheez ko qabil-e-tawajjuh bana laina.</w:t>
      </w:r>
      <w:r>
        <w:br/>
      </w:r>
      <w:r>
        <w:rPr>
          <w:sz w:val="20"/>
        </w:rPr>
        <w:t>20:08  misalan iman mein asal ahmiyat ki cheez ma'rifat-e-Rabb hai magar ma'rifat ko chhod kar kalmay kay sehat-e-talaffuz par zor denay lagna.</w:t>
      </w:r>
      <w:r>
        <w:br/>
      </w:r>
      <w:r>
        <w:rPr>
          <w:sz w:val="20"/>
        </w:rPr>
        <w:t>20:18  zikr mein yaad-e-Khuda wandi kay bajaye takrar-e-alfaz ki behas karna. namaz mein khushu' kay bajaye zahiri adab par sari guftagu murattakaz kar dena.</w:t>
      </w:r>
      <w:r>
        <w:br/>
      </w:r>
      <w:r>
        <w:rPr>
          <w:sz w:val="20"/>
        </w:rPr>
        <w:t>20:28  deen kay a'maal ko kaifiyat kay bajaye kammiyat kay aitbar say janchana. aqeedah-e-Khuda kay maamlay mein ta'alluq billah kay bajaye kalami mooshgaafiyan paida karna.</w:t>
      </w:r>
      <w:r>
        <w:br/>
      </w:r>
      <w:r>
        <w:rPr>
          <w:sz w:val="20"/>
        </w:rPr>
        <w:t>20:39  risalat ke bab mein itteba rasool ke bajaye ishq rasool ki dhoom machana. haqeeqi burai ki islaah mein mehnat karne ke bajaye kuch shakhsiyaton ko bura qarar de kar un ke khilaaf jhanda uthana waghera.</w:t>
      </w:r>
      <w:r>
        <w:br/>
      </w:r>
      <w:r>
        <w:rPr>
          <w:sz w:val="20"/>
        </w:rPr>
        <w:t>20:53  yeh aur is tarah ki doosri tamam cheezen namutloob intiqal taakeed yaani shift of emphasis ke hukm mein dakhil hain.</w:t>
      </w:r>
      <w:r>
        <w:br/>
      </w:r>
      <w:r>
        <w:rPr>
          <w:sz w:val="20"/>
        </w:rPr>
        <w:t>21:02  pichhli ummaten isi qism ki ghair mutalliq bahason aur sargarmiyon mein mubtala ho kar sirat e mustaqeem se bhatak gayeen. yahi andesha dobara ummat e muslema ke liye bhi hai.</w:t>
      </w:r>
      <w:r>
        <w:br/>
      </w:r>
      <w:r>
        <w:rPr>
          <w:sz w:val="20"/>
        </w:rPr>
        <w:t>21:13  yahi wajah hai ke ummat e muslema ko quran o hadees mein bar bar aagah kiya gaya hai ke woh is gumrahi mein padne se bachen. woh deen ki asal shahrah ko chhod kar is ke mutfarriq aur zimni pehluon mein na kho jaye warna woh bhi isi tarah gumrahi ka shikar ho jayegi jis tarah pichhli ummaten gumrahi ka shikar huin aur aakhir kar khuda ki rehmat se door ho gayeen.</w:t>
      </w:r>
    </w:p>
    <w:p>
      <w:pPr>
        <w:pStyle w:val="Heading2"/>
      </w:pPr>
      <w:r>
        <w:t>full case for the ideal Muslim home as a school</w:t>
      </w:r>
    </w:p>
    <w:p>
      <w:r>
        <w:rPr>
          <w:color w:val="666666"/>
          <w:sz w:val="18"/>
        </w:rPr>
        <w:t>Ghar Aek Taleem Gaah CPS Women Article Discussion 21 June 11, 2023 · 5m 31s · at 2:29 · https://youtu.be/EK-bR9q2TpA?t=149</w:t>
      </w:r>
    </w:p>
    <w:p>
      <w:r>
        <w:rPr>
          <w:i/>
        </w:rPr>
        <w:t>“Quran mein azwaj-e-Rasul ki zimmedariyan bataate hue”</w:t>
      </w:r>
    </w:p>
    <w:p>
      <w:r>
        <w:rPr>
          <w:sz w:val="20"/>
        </w:rPr>
        <w:t>2:29  uran mein azbazi rasool ki zimmedariyon ko batate hue irshad hua hai aur tumhare gharon mein Allah ki ayat aur hikmat ki jo taleem hoti hai uska tuskara karo. beshak Allah bareek bhi hai, khabar rakhne wala hai. surah al ehsaab 34. Quran ki is ayat ka khitab bazahir azbazi rasool se hai magar apni haqeeqat ke dwar se vah ek ummi khukm ko batati hai.</w:t>
      </w:r>
      <w:r>
        <w:br/>
      </w:r>
      <w:r>
        <w:rPr>
          <w:sz w:val="20"/>
        </w:rPr>
        <w:t>2:58  azbazi rasool ki haisiyat is maamle mein model khwateen ki hai. unki zindagi ummad ki doosri khwateen ke liye na hone ki haisiyat rakhti hai. azbazi rasoor ko yeh diya gaya tha ki vah paighambar se jo deeni ehkaam aur hikmat ki baatein sunti hain, unko na sirf khud gehrai ke saath kobool karein balki unko doosre logon tak bhi pahunchayein.</w:t>
      </w:r>
      <w:r>
        <w:br/>
      </w:r>
      <w:r>
        <w:rPr>
          <w:sz w:val="20"/>
        </w:rPr>
        <w:t>3:24  is aayat se islam ki yeh spirit maloom hoti hai ki har muslim ghar ko ek taaleem gah</w:t>
      </w:r>
      <w:r>
        <w:br/>
      </w:r>
      <w:r>
        <w:rPr>
          <w:sz w:val="20"/>
        </w:rPr>
        <w:t>3:31  bana diya jaye jiski in charge ghar ki khatoon ho.</w:t>
      </w:r>
      <w:r>
        <w:br/>
      </w:r>
      <w:r>
        <w:rPr>
          <w:sz w:val="20"/>
        </w:rPr>
        <w:t>3:39  ghar poore samaj ka ek unit hai.</w:t>
      </w:r>
      <w:r>
        <w:br/>
      </w:r>
      <w:r>
        <w:rPr>
          <w:sz w:val="20"/>
        </w:rPr>
        <w:t>3:47  agar har unit is aitwaar se taameeri role ada kare toh poore samaj, poora samaj ek taameeri samaj ban jayega.</w:t>
      </w:r>
      <w:r>
        <w:br/>
      </w:r>
      <w:r>
        <w:rPr>
          <w:sz w:val="20"/>
        </w:rPr>
        <w:t>3:55  to Maulana sahib bata rahe hain ki is varsh se Islam ki spirit maloom hoti hai ki har Muslim ghar ko ek taaleenagah bana diya jaaye. to yeh tareeka Islam ka hai.</w:t>
      </w:r>
      <w:r>
        <w:br/>
      </w:r>
      <w:r>
        <w:rPr>
          <w:sz w:val="20"/>
        </w:rPr>
        <w:t>4:10  har muslim ghar ek aisa school ho jahan par ek aurat apne bachchon ki bachpan se quddai taaleem</w:t>
      </w:r>
      <w:r>
        <w:br/>
      </w:r>
      <w:r>
        <w:rPr>
          <w:sz w:val="20"/>
        </w:rPr>
        <w:t>4:21  zarie uski parwari ke aur is par din, akhlaq, discipline jaisi cheezon se uska zehan banaye aur bachche</w:t>
      </w:r>
      <w:r>
        <w:br/>
      </w:r>
      <w:r>
        <w:rPr>
          <w:sz w:val="20"/>
        </w:rPr>
        <w:t>4:32  ke zehan ki parwari shuruat unki julwat kare kare toh isko islam ka tareeqa kahenge.</w:t>
      </w:r>
      <w:r>
        <w:br/>
      </w:r>
      <w:r>
        <w:rPr>
          <w:sz w:val="20"/>
        </w:rPr>
        <w:t>4:43  uran mein auraton ko khitab karte hue chapter 33 ki verse 33 hi hai. main bataya gaya hai aur tumne apne ghar mein kara aur tum apne ghar mein karar se raho aur sabka jahiyat ki tarah dikhlati na phiro.</w:t>
      </w:r>
      <w:r>
        <w:br/>
      </w:r>
      <w:r>
        <w:rPr>
          <w:sz w:val="20"/>
        </w:rPr>
        <w:t>5:02  to Maulana sthan ne explain isko explain karte hue bataya hai ki agar aurat agar bezaroorat kaam mein apne ko gulabiz karti hai jaise numaishi kaam, shopping aur entertainment ke tareeke ismein busy rehti hai, beautification mein busy rehti hai. yeh sab gair Islami ka tareeka hai. Islam kehta hai ki aurat ghar ki zimmedari aur ghar ka intzaan to dekhein, ghar ke logon ki zaroorat ko samjhein.</w:t>
      </w:r>
      <w:r>
        <w:br/>
      </w:r>
      <w:r>
        <w:rPr>
          <w:sz w:val="20"/>
        </w:rPr>
        <w:t>5:32  ghar mein simple living ka kanoon kayam karein aur bachchon ki dekh dekh baal uski zimmedari par focus karein usko usko dhyan dein. ab ek hadish se bhi hum samajhte hain, samajh lein ki hadish hai ki rasoolla sandalla ne farmaaya ki aurat apne shaur ke ghar ki nigra hai aur vah uski jawabdeh hai yaani usko laga la ki yahan jawab dena hoga.</w:t>
      </w:r>
      <w:r>
        <w:br/>
      </w:r>
      <w:r>
        <w:rPr>
          <w:sz w:val="20"/>
        </w:rPr>
        <w:t>6:00  is par Maulana sahib ne bahut hi khoobsurat line likhi hai. vah main pankke saat chhah din mein jaati hoon. ghar ko sambhalna, chhote paimane par ek riyasat ko sambhalna hai. yeh itna hi ahmm aur mauzis kaam hai jitna mulki riyasat ka kaam ho sakta hai.</w:t>
      </w:r>
      <w:r>
        <w:br/>
      </w:r>
      <w:r>
        <w:rPr>
          <w:sz w:val="20"/>
        </w:rPr>
        <w:t>6:24  aurat ko chahiye ki vah ghar ke maamlaat ka intzaam ek baizzat zimmedari ke taur par karein. ghar ko mayyari ghar banane mein vah apni poori salahiyat waqt kar dein. vah ghar ke baag ki maali ban jaaye. yahi matlab hai is hadiz ka aur Maulana sahib kehte hain ki ghar girasti ya amoor khanadari ki maharat aurat ka sabse bada zevar hai.</w:t>
      </w:r>
      <w:r>
        <w:br/>
      </w:r>
      <w:r>
        <w:rPr>
          <w:sz w:val="20"/>
        </w:rPr>
        <w:t>6:51  jo Muslim aurat is zevar se mujzaiyan ho yaani jiske andar yeh keemti salahiyat ho vahi kaamil aurat hai. jo aurat is intehaan mein poori utre vahi Allah yahan izzat aur kaamyaabi ki mustahi karar di jayegi. jo mein ek makaan ko aam aadmi jannat ki zyada aala makaan mein aam aadmi ke liye muntakhat ki jayegi.</w:t>
      </w:r>
      <w:r>
        <w:br/>
      </w:r>
      <w:r>
        <w:rPr>
          <w:sz w:val="20"/>
        </w:rPr>
        <w:t>7:15  aur jisne yaani ki jisne itni zimmedari ke saath yeh cheez sambhali hogi. to hadish aur Quran ke zariye hamein yeh clear samajh mein aata hai ki ek achha ghar khudai mansoobe ke khudai planning ke zariye hi banta hai. to samajhne ki baat yeh hai ki hai ki zahir hai ki yeh kaam aurat aur mard dono ki zimmedari hai.</w:t>
      </w:r>
      <w:r>
        <w:br/>
      </w:r>
      <w:r>
        <w:rPr>
          <w:sz w:val="20"/>
        </w:rPr>
        <w:t>7:43  ghar ke andar ke mahol ki lekin yeh yeh bhi samajhne ki baat yeh hai ke ghar ke andar ka mahol jo hai uski responsibility ek aurat ki hi hai. ek aurat ko ke banne mein ghar banta hai aur ek aurat ki bigadne se ghar bigad jata hai.</w:t>
      </w:r>
      <w:r>
        <w:br/>
      </w:r>
      <w:r>
        <w:rPr>
          <w:sz w:val="20"/>
        </w:rPr>
        <w:t>8:00  isi liye aurat ko behtareen kulana bhi kaha gaya hai aur is platform par jahan hum ladies aisi</w:t>
      </w:r>
    </w:p>
    <w:p>
      <w:pPr>
        <w:pStyle w:val="Heading2"/>
      </w:pPr>
      <w:r>
        <w:t>Christian scholar story leading to target for peace</w:t>
      </w:r>
    </w:p>
    <w:p>
      <w:r>
        <w:rPr>
          <w:color w:val="666666"/>
          <w:sz w:val="18"/>
        </w:rPr>
        <w:t>Sayyidina Imam Al Hassan Ibn Ali Peace Award at Abu Dhabi April 30, 2015 Maulana Wahiduddin Khan · 4m 48s · at 5:10 · https://youtu.be/9i1DQ8fr5ik?t=310</w:t>
      </w:r>
    </w:p>
    <w:p>
      <w:r>
        <w:rPr>
          <w:i/>
        </w:rPr>
        <w:t>“I recall an incident during a visit to USA”</w:t>
      </w:r>
    </w:p>
    <w:p>
      <w:r>
        <w:rPr>
          <w:sz w:val="20"/>
        </w:rPr>
        <w:t>5:10  an incident: during a visit to USA, I was invited to an American church for lecture.</w:t>
      </w:r>
      <w:r>
        <w:br/>
      </w:r>
      <w:r>
        <w:rPr>
          <w:sz w:val="20"/>
        </w:rPr>
        <w:t>5:26  So after my lecture, one Christian scholar asked a question.</w:t>
      </w:r>
      <w:r>
        <w:br/>
      </w:r>
      <w:r>
        <w:rPr>
          <w:sz w:val="20"/>
        </w:rPr>
        <w:t>5:33  He said: "in Bible there is a very beautiful teaching:</w:t>
      </w:r>
      <w:r>
        <w:br/>
      </w:r>
      <w:r>
        <w:rPr>
          <w:sz w:val="20"/>
        </w:rPr>
        <w:t>5:42  love your enemy." can you refer any such teaching in the Quran also?</w:t>
      </w:r>
      <w:r>
        <w:br/>
      </w:r>
      <w:r>
        <w:rPr>
          <w:sz w:val="20"/>
        </w:rPr>
        <w:t>5:54  In the background, there was a misunderstanding</w:t>
      </w:r>
      <w:r>
        <w:br/>
      </w:r>
      <w:r>
        <w:rPr>
          <w:sz w:val="20"/>
        </w:rPr>
        <w:t>5:58  that Christian scholar, according to the media report, was believing that Muslims are engaged in violence.</w:t>
      </w:r>
      <w:r>
        <w:br/>
      </w:r>
      <w:r>
        <w:rPr>
          <w:sz w:val="20"/>
        </w:rPr>
        <w:t>6:15  and there must be some</w:t>
      </w:r>
      <w:r>
        <w:br/>
      </w:r>
      <w:r>
        <w:rPr>
          <w:sz w:val="20"/>
        </w:rPr>
        <w:t>6:19  base in Quran also. There are some teaching of the Quran.</w:t>
      </w:r>
      <w:r>
        <w:br/>
      </w:r>
      <w:r>
        <w:rPr>
          <w:sz w:val="20"/>
        </w:rPr>
        <w:t>6:25  So I said that: "No, it is fact that some Muslims are engaged in violence, but it is not based on the Quran teachings." So I said that:</w:t>
      </w:r>
      <w:r>
        <w:br/>
      </w:r>
      <w:r>
        <w:rPr>
          <w:sz w:val="20"/>
        </w:rPr>
        <w:t>6:44  "You can read the chapter 41 of the Quran.</w:t>
      </w:r>
      <w:r>
        <w:br/>
      </w:r>
      <w:r>
        <w:rPr>
          <w:sz w:val="20"/>
        </w:rPr>
        <w:t>6:49  In this chapter there is a verse: 'it means that do good deed in return for bad deed,</w:t>
      </w:r>
      <w:r>
        <w:br/>
      </w:r>
      <w:r>
        <w:rPr>
          <w:sz w:val="20"/>
        </w:rPr>
        <w:t>7:10  and you will see that your enemy has become your dear friend.</w:t>
      </w:r>
      <w:r>
        <w:br/>
      </w:r>
      <w:r>
        <w:rPr>
          <w:sz w:val="20"/>
        </w:rPr>
        <w:t>7:17  '" So I said that: "it means that." I said this is the law of nature. According to the law of nature, there is no</w:t>
      </w:r>
      <w:r>
        <w:br/>
      </w:r>
      <w:r>
        <w:rPr>
          <w:sz w:val="20"/>
        </w:rPr>
        <w:t>7:31  categorization of enemy and friend. There is only one category that is</w:t>
      </w:r>
      <w:r>
        <w:br/>
      </w:r>
      <w:r>
        <w:rPr>
          <w:sz w:val="20"/>
        </w:rPr>
        <w:t>7:42  actual friend or potential friend.</w:t>
      </w:r>
      <w:r>
        <w:br/>
      </w:r>
      <w:r>
        <w:rPr>
          <w:sz w:val="20"/>
        </w:rPr>
        <w:t>7:47  actual friend or potential friend. To turn the actual into actual, and everyone will be your friend if you.</w:t>
      </w:r>
      <w:r>
        <w:br/>
      </w:r>
      <w:r>
        <w:rPr>
          <w:sz w:val="20"/>
        </w:rPr>
        <w:t>7:57  So this is Islamic teaching. Islamic teaching is based on friendship, on peace, on harmony, on love and compassion.</w:t>
      </w:r>
      <w:r>
        <w:br/>
      </w:r>
      <w:r>
        <w:rPr>
          <w:sz w:val="20"/>
        </w:rPr>
        <w:t>8:07  دس از دا اسلامک ٹیچنگ۔</w:t>
      </w:r>
      <w:r>
        <w:br/>
      </w:r>
      <w:r>
        <w:rPr>
          <w:sz w:val="20"/>
        </w:rPr>
        <w:t>8:11  But here I would say that if we want to make people peaceful, then we have to give them a target.</w:t>
      </w:r>
      <w:r>
        <w:br/>
      </w:r>
      <w:r>
        <w:rPr>
          <w:sz w:val="20"/>
        </w:rPr>
        <w:t>8:25  Giving them an ideology is good, but simply ideology will not work. We have to give them, we have to give them a target</w:t>
      </w:r>
      <w:r>
        <w:br/>
      </w:r>
      <w:r>
        <w:rPr>
          <w:sz w:val="20"/>
        </w:rPr>
        <w:t>8:37  ۔ اینڈ واٹ از دیٹ ٹارگٹ؟ اٹ از دا ورک۔ اٹ از ٹو سپریڈ دا ورڈ اف اللہ سبحانہ و تعالی۔</w:t>
      </w:r>
      <w:r>
        <w:br/>
      </w:r>
      <w:r>
        <w:rPr>
          <w:sz w:val="20"/>
        </w:rPr>
        <w:t>8:48  دس از دا ٹارگٹ۔ دس از دا انگلش ٹرانسلیشن اف دا قرآن۔</w:t>
      </w:r>
      <w:r>
        <w:br/>
      </w:r>
      <w:r>
        <w:rPr>
          <w:sz w:val="20"/>
        </w:rPr>
        <w:t>8:56  We have prepared it, and I can see that there are thousands and thousands people who are engaged in distribution of this Quran.</w:t>
      </w:r>
      <w:r>
        <w:br/>
      </w:r>
      <w:r>
        <w:rPr>
          <w:sz w:val="20"/>
        </w:rPr>
        <w:t>9:08  So there are some other literature. I have prepared more than 100 books.</w:t>
      </w:r>
      <w:r>
        <w:br/>
      </w:r>
      <w:r>
        <w:rPr>
          <w:sz w:val="20"/>
        </w:rPr>
        <w:t>9:20  And so we have, we are trying to give a target for youth.</w:t>
      </w:r>
      <w:r>
        <w:br/>
      </w:r>
      <w:r>
        <w:rPr>
          <w:sz w:val="20"/>
        </w:rPr>
        <w:t>9:29  ا ٹارگٹ۔</w:t>
      </w:r>
      <w:r>
        <w:br/>
      </w:r>
      <w:r>
        <w:rPr>
          <w:sz w:val="20"/>
        </w:rPr>
        <w:t>9:31  So there are thousands and thousands youth and other Muslims who are engaged in this job.</w:t>
      </w:r>
      <w:r>
        <w:br/>
      </w:r>
      <w:r>
        <w:rPr>
          <w:sz w:val="20"/>
        </w:rPr>
        <w:t>9:39  They are distributing the Quran, they are distributing literature. Before this, they were living in negativity, in hate, but now they are living in love and compassion.</w:t>
      </w:r>
    </w:p>
    <w:p>
      <w:pPr>
        <w:pStyle w:val="Heading2"/>
      </w:pPr>
      <w:r>
        <w:t>Full story: a Christian leader sees God through Quran</w:t>
      </w:r>
    </w:p>
    <w:p>
      <w:r>
        <w:rPr>
          <w:color w:val="666666"/>
          <w:sz w:val="18"/>
        </w:rPr>
        <w:t>Age of Peace November 18, 2012 · 4m 43s · at 19:53 · https://youtu.be/Y9nkQnBqbrs?t=1193</w:t>
      </w:r>
    </w:p>
    <w:p>
      <w:r>
        <w:rPr>
          <w:i/>
        </w:rPr>
        <w:t>“Dekhiye, aaj ka waqiya batata hoon main”</w:t>
      </w:r>
    </w:p>
    <w:p>
      <w:r>
        <w:rPr>
          <w:sz w:val="20"/>
        </w:rPr>
        <w:t>19:53  yeh sab kuch ho gaya. abhi dekhiye, aaj ka waqia batata hoon mein. abhi hamare is hamare is class mein aik sahib maujood hain, Maulana Abdullah Qasmi.</w:t>
      </w:r>
      <w:r>
        <w:br/>
      </w:r>
      <w:r>
        <w:rPr>
          <w:sz w:val="20"/>
        </w:rPr>
        <w:t>20:09  woh bombay se aaye hain. is waqt hamare sath shareek hain. woh Maulana Abdullah Qasmi, woh bombay mein rehte hain.</w:t>
      </w:r>
      <w:r>
        <w:br/>
      </w:r>
      <w:r>
        <w:rPr>
          <w:sz w:val="20"/>
        </w:rPr>
        <w:t>20:19  woh aaj hi unhone bataya ke do October 2012 ko Goa mein aik Christian conference thi.</w:t>
      </w:r>
      <w:r>
        <w:br/>
      </w:r>
      <w:r>
        <w:rPr>
          <w:sz w:val="20"/>
        </w:rPr>
        <w:t>20:33  Goa aap jante hain ke wahan par Christian log bohat hain.</w:t>
      </w:r>
      <w:r>
        <w:br/>
      </w:r>
      <w:r>
        <w:rPr>
          <w:sz w:val="20"/>
        </w:rPr>
        <w:t>20:37  to un ke jo head hain, jo top ke log hain, woh jama hue conference mein. bohat hi top post log, do darjan ki tadad mein.</w:t>
      </w:r>
      <w:r>
        <w:br/>
      </w:r>
      <w:r>
        <w:rPr>
          <w:sz w:val="20"/>
        </w:rPr>
        <w:t>20:53  to Maulana Abdullah Qasmi Quran Majeed ke angrezi tarjuma le kar wahan gaye.</w:t>
      </w:r>
      <w:r>
        <w:br/>
      </w:r>
      <w:r>
        <w:rPr>
          <w:sz w:val="20"/>
        </w:rPr>
        <w:t>21:00  bohat sari mushkilat pesh aayin, bohat si rukawatein pesh aayin. lekin woh dua karte rahe, dua karte rahe, Allah se madad mangte rahe yahan tak ke un ko mauqa mil gaya.</w:t>
      </w:r>
      <w:r>
        <w:br/>
      </w:r>
      <w:r>
        <w:rPr>
          <w:sz w:val="20"/>
        </w:rPr>
        <w:t>21:10  aur sab ko unhone Quran pohanchaya. yahan tak ke jo head tha, head aik daddy head hai wahan ki Goa ki, woh wahan us ko bhi pohancha diya.</w:t>
      </w:r>
      <w:r>
        <w:br/>
      </w:r>
      <w:r>
        <w:rPr>
          <w:sz w:val="20"/>
        </w:rPr>
        <w:t>21:21  yeh waqia hua hai do October 2012 ko.</w:t>
      </w:r>
      <w:r>
        <w:br/>
      </w:r>
      <w:r>
        <w:rPr>
          <w:sz w:val="20"/>
        </w:rPr>
        <w:t>21:28  achha, is ke baad kya hua?</w:t>
      </w:r>
      <w:r>
        <w:br/>
      </w:r>
      <w:r>
        <w:rPr>
          <w:sz w:val="20"/>
        </w:rPr>
        <w:t>21:30  woh chalay gaye wapas bombay. unhon ne bataya ke bombay mein unhein aik telephone mila. is lady ka jo head hai christian mission ki gawah mein,</w:t>
      </w:r>
      <w:r>
        <w:br/>
      </w:r>
      <w:r>
        <w:rPr>
          <w:sz w:val="20"/>
        </w:rPr>
        <w:t>21:44  isay bataya ke hum poona mein hain is waqt. poona mein hamari aik meeting ho rahi hai, aap yahan aa jaiye. toh yeh waqia bees din ke baad ka hai.</w:t>
      </w:r>
      <w:r>
        <w:br/>
      </w:r>
      <w:r>
        <w:rPr>
          <w:sz w:val="20"/>
        </w:rPr>
        <w:t>21:55  yani do october ko unhon ne quran diya us ko. us ke bees din ke baad telephone aata hai. toh yeh bombay se gaye poona.</w:t>
      </w:r>
      <w:r>
        <w:br/>
      </w:r>
      <w:r>
        <w:rPr>
          <w:sz w:val="20"/>
        </w:rPr>
        <w:t>22:06  poona mein is lady ne un se mulaqat ki aik kamray mein. aur us ne jo kaha, woh bohat anokhi baat thi. aik christian mission ke head hain woh, woh gawah ke</w:t>
      </w:r>
      <w:r>
        <w:br/>
      </w:r>
      <w:r>
        <w:rPr>
          <w:sz w:val="20"/>
        </w:rPr>
        <w:t>22:21  senior lady. us ne kaha ke is jo quran diya tha, unhon ne english translation is ka shukriya ada kiya.</w:t>
      </w:r>
      <w:r>
        <w:br/>
      </w:r>
      <w:r>
        <w:rPr>
          <w:sz w:val="20"/>
        </w:rPr>
        <w:t>22:32  us ne kaha ke ab tak meri aankhon par patti bandhi hui thi.</w:t>
      </w:r>
      <w:r>
        <w:br/>
      </w:r>
      <w:r>
        <w:rPr>
          <w:sz w:val="20"/>
        </w:rPr>
        <w:t>22:40  mein khuda ko nahi dekh sakti thi. meri aankhon par patti bandhi hui thi. mein khuda ko nahi dekh sakti thi.</w:t>
      </w:r>
      <w:r>
        <w:br/>
      </w:r>
      <w:r>
        <w:rPr>
          <w:sz w:val="20"/>
        </w:rPr>
        <w:t>22:52  lekin quran parhnay ke baad mein is qabil ho gayi ke mein khuda ko dekhun. kaisi ajeeb baat hai. yani woh quran jo logon ki aankhon ki patti khol de,</w:t>
      </w:r>
      <w:r>
        <w:br/>
      </w:r>
      <w:r>
        <w:rPr>
          <w:sz w:val="20"/>
        </w:rPr>
        <w:t>23:06  jo logon ko is qabil banaye ke woh</w:t>
      </w:r>
      <w:r>
        <w:br/>
      </w:r>
      <w:r>
        <w:rPr>
          <w:sz w:val="20"/>
        </w:rPr>
        <w:t>23:13  khuda ko, khaliq-e-kainat ko dekhnay lagain.</w:t>
      </w:r>
      <w:r>
        <w:br/>
      </w:r>
      <w:r>
        <w:rPr>
          <w:sz w:val="20"/>
        </w:rPr>
        <w:t>23:18  woh quran jo logon ko sachai ka rasta dikhaye, woh quran jo logon ki roshni ban jaye, woh aap ke paas hai aur is ko bilkul free pohancha sakte hain logon ko.</w:t>
      </w:r>
      <w:r>
        <w:br/>
      </w:r>
      <w:r>
        <w:rPr>
          <w:sz w:val="20"/>
        </w:rPr>
        <w:t>23:35  yeh toh political power yani sari dunya mein aap ko hukumat qaim ho, is se bhi bari bari baat hai.</w:t>
      </w:r>
      <w:r>
        <w:br/>
      </w:r>
      <w:r>
        <w:rPr>
          <w:sz w:val="20"/>
        </w:rPr>
        <w:t>23:43  aap ki hukumat sari dunya mein agar qaim ho jaye ba-z-farz, jo mumkin nahi hai, tab bhi is se bari baat yeh hai.</w:t>
      </w:r>
      <w:r>
        <w:br/>
      </w:r>
      <w:r>
        <w:rPr>
          <w:sz w:val="20"/>
        </w:rPr>
        <w:t>23:50  yani woh quran jis jo logon ke dilo ko jeet le, woh quran jo logon ke mind ko address kare, woh quran jo logon ki patti khol de aankhon ki, woh quran jo andhay ko bena bana de,</w:t>
      </w:r>
      <w:r>
        <w:br/>
      </w:r>
      <w:r>
        <w:rPr>
          <w:sz w:val="20"/>
        </w:rPr>
        <w:t>24:05  woh quran jo logon ke liye apne khaliq ke introduction ka zariya ban jaye, woh quran aap ke paas hai.</w:t>
      </w:r>
      <w:r>
        <w:br/>
      </w:r>
      <w:r>
        <w:rPr>
          <w:sz w:val="20"/>
        </w:rPr>
        <w:t>24:17  aur is ka international language mein tarjuma kar ke aap har har aik ko pehan</w:t>
      </w:r>
      <w:r>
        <w:br/>
      </w:r>
      <w:r>
        <w:rPr>
          <w:sz w:val="20"/>
        </w:rPr>
        <w:t>24:23  cha sakte hain. aaj ki zaban aap jantay hain, english jo hai, international language hai. koi rukawat nahi, jahan bhi jayen aap pohancha sakte hain logon ko.</w:t>
      </w:r>
    </w:p>
    <w:p>
      <w:pPr>
        <w:pStyle w:val="Heading2"/>
      </w:pPr>
      <w:r>
        <w:t>Purpose of creation and the test of life</w:t>
      </w:r>
    </w:p>
    <w:p>
      <w:r>
        <w:rPr>
          <w:color w:val="666666"/>
          <w:sz w:val="18"/>
        </w:rPr>
        <w:t>Problem of Dajjal 29 sept, 2019 - Maulana Wahiduddin Khan · 3m 56s · at 19:22 · https://youtu.be/PL-Kv-sE68w?t=1162</w:t>
      </w:r>
    </w:p>
    <w:p>
      <w:r>
        <w:rPr>
          <w:i/>
        </w:rPr>
        <w:t>“Aap Quran ko parhein, hadees ko parhein to khulasa kya niklega”</w:t>
      </w:r>
    </w:p>
    <w:p>
      <w:r>
        <w:rPr>
          <w:sz w:val="20"/>
        </w:rPr>
        <w:t>19:22  aap quran ko padhen, hadith ko padhen to khulasa kya niklega ke Allah taala ne ek bohat hi bari, bohat hi bari duniya banai, is ko kehte hain paradise, jannat,</w:t>
      </w:r>
      <w:r>
        <w:br/>
      </w:r>
      <w:r>
        <w:rPr>
          <w:sz w:val="20"/>
        </w:rPr>
        <w:t>19:39  bohat hi haseen, bohat hi yani achhi jagah. aaram ki jagah.</w:t>
      </w:r>
      <w:r>
        <w:br/>
      </w:r>
      <w:r>
        <w:rPr>
          <w:sz w:val="20"/>
        </w:rPr>
        <w:t>19:49  yeh duniya hamari jo hai, yeh duniya imperfect hai, woh perfect hai. to ab sawal tha ke is perfect duniya mein kis ko basaya jaye?</w:t>
      </w:r>
      <w:r>
        <w:br/>
      </w:r>
      <w:r>
        <w:rPr>
          <w:sz w:val="20"/>
        </w:rPr>
        <w:t>20:02  yani Allah ne jo perfect duniya banai, wahan basaya kis ko jaye? tab yeh imperfect duniya bani ke yahan par insan ko rakh kar dekha jayega ke kaun hai jo is perfect duniya mein basaye jane ke qabil ho.</w:t>
      </w:r>
      <w:r>
        <w:br/>
      </w:r>
      <w:r>
        <w:rPr>
          <w:sz w:val="20"/>
        </w:rPr>
        <w:t>20:23  yeh duniya jo hai, is yeh dekhne ke liye ke aakhir amal kaun hai? khalaq al-mawt wal-hayat li yubluakum ayyukum ahsan 'amala yani behtareen deed kis ke andar hai?</w:t>
      </w:r>
      <w:r>
        <w:br/>
      </w:r>
      <w:r>
        <w:rPr>
          <w:sz w:val="20"/>
        </w:rPr>
        <w:t>20:39  deed amal kis ke andar hai? to yeh duniya selection ki jagah hai, yahan selection ho raha hai, yeh duniya mein selection ho raha hai.</w:t>
      </w:r>
      <w:r>
        <w:br/>
      </w:r>
      <w:r>
        <w:rPr>
          <w:sz w:val="20"/>
        </w:rPr>
        <w:t>20:54  ladna kis liye? kis liye ladna? yani aap aap apne irade ko, apne apni zuban ko,</w:t>
      </w:r>
      <w:r>
        <w:br/>
      </w:r>
      <w:r>
        <w:rPr>
          <w:sz w:val="20"/>
        </w:rPr>
        <w:t>21:07  apni aankh ko, apne hath ko, apne paon ko istemal karen aalat ki surat mein. yani khalaq al-'azeem, innaka la'laqon 'azeem, jo behtareen jo character hai, woh apna andar layen jis ko main kaha karta hoon pre-distribute character apne parosiyon ke liye.</w:t>
      </w:r>
      <w:r>
        <w:br/>
      </w:r>
      <w:r>
        <w:rPr>
          <w:sz w:val="20"/>
        </w:rPr>
        <w:t>21:34  to phir ladai kis liye? tashaddud kis liye? yani Allah taala dekh rahe hain ke is insan ko agar jannat mein basaya jaye to is ka character kya hoga?</w:t>
      </w:r>
      <w:r>
        <w:br/>
      </w:r>
      <w:r>
        <w:rPr>
          <w:sz w:val="20"/>
        </w:rPr>
        <w:t>21:45  isi ko maine kaha ke jis ke andar pre-distribute, pre-distribute character ho, us ko basaya jayega.</w:t>
      </w:r>
      <w:r>
        <w:br/>
      </w:r>
      <w:r>
        <w:rPr>
          <w:sz w:val="20"/>
        </w:rPr>
        <w:t>21:55  to yeh duniya to imperfect duniya hai, is liye bani hai. yahan dekha jayega ke aap shukr karne wale hain ke nafarman karne wale hain, nafrat karne wale hain ke mohabbat karne wale hain,</w:t>
      </w:r>
      <w:r>
        <w:br/>
      </w:r>
      <w:r>
        <w:rPr>
          <w:sz w:val="20"/>
        </w:rPr>
        <w:t>22:11  ladne wale hain ke peace pe chalne wale hain. isi ko duniya dekhne ke liye to ladna kis liye? yeh to aadmi apne choice ko kahan istemal karta hai?</w:t>
      </w:r>
      <w:r>
        <w:br/>
      </w:r>
      <w:r>
        <w:rPr>
          <w:sz w:val="20"/>
        </w:rPr>
        <w:t>22:24  choice ko yeh nahin ke talwar rakh kar ke us ke sar par talwar rakhi jaye, kahe ke kahoge? yeh ek dilchasp lateefa hai play lavane ka.</w:t>
      </w:r>
      <w:r>
        <w:br/>
      </w:r>
      <w:r>
        <w:rPr>
          <w:sz w:val="20"/>
        </w:rPr>
        <w:t>22:38  jab afghani, afghani log india aaye karte the to ek afghani ko kisi molvi ne keh diya ke ek aadmi ko agar tum ne kalma padhwaya to jannat to kisi ko pa gaya.</w:t>
      </w:r>
      <w:r>
        <w:br/>
      </w:r>
      <w:r>
        <w:rPr>
          <w:sz w:val="20"/>
        </w:rPr>
        <w:t>22:51  woh kisi non-muslim ko, use us ko patak ke us ke sar pe chadh gaya, kaha ke parh kalma. ab samajhta tha ke arey kalma parh padhwaya maine is se to meri jannat pakki hai.</w:t>
      </w:r>
      <w:r>
        <w:br/>
      </w:r>
      <w:r>
        <w:rPr>
          <w:sz w:val="20"/>
        </w:rPr>
        <w:t>23:06  woh kisi non-muslim ko, use us ko patak ke us ke sar pe chadh gaya, kaha ke parh kalma. ab samajhta tha ke arey kalma parh padhwaya maine is se to meri jannat pakki hai.</w:t>
      </w:r>
    </w:p>
    <w:p>
      <w:pPr>
        <w:pStyle w:val="Heading2"/>
      </w:pPr>
      <w:r>
        <w:t>News about bombing and ideology vs practice</w:t>
      </w:r>
    </w:p>
    <w:p>
      <w:r>
        <w:rPr>
          <w:color w:val="666666"/>
          <w:sz w:val="18"/>
        </w:rPr>
        <w:t>Present Muslim World December 22, 2007 Maulana Wahiduddin Khan · 3m 36s · at 0:14 · https://youtu.be/oY45N_JL3Zk?t=14</w:t>
      </w:r>
    </w:p>
    <w:p>
      <w:r>
        <w:rPr>
          <w:i/>
        </w:rPr>
        <w:t>“Aaj ke akhbaron mein front page par ek news hai woh hai Pakistan ke baare mein”</w:t>
      </w:r>
    </w:p>
    <w:p>
      <w:r>
        <w:rPr>
          <w:sz w:val="20"/>
        </w:rPr>
        <w:t>0:14  aaj ke akhbaron mein front page par ek news hai, wo hai Pakistan ke bare mein.</w:t>
      </w:r>
      <w:r>
        <w:br/>
      </w:r>
      <w:r>
        <w:rPr>
          <w:sz w:val="20"/>
        </w:rPr>
        <w:t>0:28  ap sab log jante hain ke</w:t>
      </w:r>
      <w:r>
        <w:br/>
      </w:r>
      <w:r>
        <w:rPr>
          <w:sz w:val="20"/>
        </w:rPr>
        <w:t>0:33  Pakistan mein suicide bombing hui. aur theek Eid ul Azha ke din,</w:t>
      </w:r>
      <w:r>
        <w:br/>
      </w:r>
      <w:r>
        <w:rPr>
          <w:sz w:val="20"/>
        </w:rPr>
        <w:t>0:46  wahan Peshawar ke pas ek masjid mein log namaz parh rahe the, ek hazar se zyada. to ek musalman apne body par bomb bandh kar ke namaz mein shamil ho gaya.</w:t>
      </w:r>
      <w:r>
        <w:br/>
      </w:r>
      <w:r>
        <w:rPr>
          <w:sz w:val="20"/>
        </w:rPr>
        <w:t>1:02  aur theek us waqt jab ke namaz ho rahi thi, namaz ho rahi thi, to us ne</w:t>
      </w:r>
      <w:r>
        <w:br/>
      </w:r>
      <w:r>
        <w:rPr>
          <w:sz w:val="20"/>
        </w:rPr>
        <w:t>1:13  us waqt blast kiya masjid ke andar. aur namaz parhte hue log,</w:t>
      </w:r>
      <w:r>
        <w:br/>
      </w:r>
      <w:r>
        <w:rPr>
          <w:sz w:val="20"/>
        </w:rPr>
        <w:t>1:23  55 admi mar gaye usi waqt masjid ke andar. masjid ke andar 55 admi mar gaye aur so se upar admi zakhmi hue. masjid ke andar suicide bombing, namaz ki halat mein,</w:t>
      </w:r>
      <w:r>
        <w:br/>
      </w:r>
      <w:r>
        <w:rPr>
          <w:sz w:val="20"/>
        </w:rPr>
        <w:t>1:38  aur Eid ke din. yeh khabar hai aaj ke paperon mein. sab log poochte hain ke aakhir yeh baat kya hai?</w:t>
      </w:r>
      <w:r>
        <w:br/>
      </w:r>
      <w:r>
        <w:rPr>
          <w:sz w:val="20"/>
        </w:rPr>
        <w:t>1:50  musalman is tarah ka violence kyun kar rahe hain? yeh koi ek baat nahi hai, jagah jagah aisa ho raha hai. to log samajhte hain ke yahi Islam ki teaching hai.</w:t>
      </w:r>
      <w:r>
        <w:br/>
      </w:r>
      <w:r>
        <w:rPr>
          <w:sz w:val="20"/>
        </w:rPr>
        <w:t>2:05  yani Islam jo hai ek violent religion hai.</w:t>
      </w:r>
      <w:r>
        <w:br/>
      </w:r>
      <w:r>
        <w:rPr>
          <w:sz w:val="20"/>
        </w:rPr>
        <w:t>2:15  Islam sikhata hai violence, maro kaato.</w:t>
      </w:r>
      <w:r>
        <w:br/>
      </w:r>
      <w:r>
        <w:rPr>
          <w:sz w:val="20"/>
        </w:rPr>
        <w:t>2:21  dekhen yeh baat jo hai, main yeh manta hoon ke aaj ke jo musalman hain, aaj ke, wo violent ho gaye hain.</w:t>
      </w:r>
      <w:r>
        <w:br/>
      </w:r>
      <w:r>
        <w:rPr>
          <w:sz w:val="20"/>
        </w:rPr>
        <w:t>2:33  yeh main manta hoon. lekin Islam ka jo scriptures hai, us mein kahin bhi violence nahi hai.</w:t>
      </w:r>
      <w:r>
        <w:br/>
      </w:r>
      <w:r>
        <w:rPr>
          <w:sz w:val="20"/>
        </w:rPr>
        <w:t>2:42  to yeh Islami ki baat nahi hai. ap dekhen Gita mein kahin corruption to nahi hai. lekin jo Hindu society aaj hai, wo sab corrupt ho gayi hai.</w:t>
      </w:r>
      <w:r>
        <w:br/>
      </w:r>
      <w:r>
        <w:rPr>
          <w:sz w:val="20"/>
        </w:rPr>
        <w:t>2:53  Constitution of India mein to violence, Constitution of India mein to corruption nahi hai. lekin hamara jo administration hai, wo sab corrupt ho gaya hai. to you have to differentiate between practice and ideology.</w:t>
      </w:r>
      <w:r>
        <w:br/>
      </w:r>
      <w:r>
        <w:rPr>
          <w:sz w:val="20"/>
        </w:rPr>
        <w:t>3:11  nahi to agar ap Islam mein aisa karen ke musalmanon ko le kar Islam ko blame dein, to phir yahi baat har jagah apply karni paregi.</w:t>
      </w:r>
      <w:r>
        <w:br/>
      </w:r>
      <w:r>
        <w:rPr>
          <w:sz w:val="20"/>
        </w:rPr>
        <w:t>3:21  ke administration ko le kar ke ap Constitution ko blame denge. ap society ko le kar ke Gita ko blame denge. to ap double standard to nahi ho sakte.</w:t>
      </w:r>
      <w:r>
        <w:br/>
      </w:r>
      <w:r>
        <w:rPr>
          <w:sz w:val="20"/>
        </w:rPr>
        <w:t>3:33  is principle ko agar apply karne lagenge ap, to masla sirf Islam par nahi rahega. wo sab ka ban jayega. kyun ke har jagah jo hai, ideology aur practice dono ek na aaj hai, na is se pehle kabhi thi.</w:t>
      </w:r>
    </w:p>
    <w:p>
      <w:pPr>
        <w:pStyle w:val="Heading2"/>
      </w:pPr>
      <w:r>
        <w:t>Peaceful age demands peaceful activism and re-planning</w:t>
      </w:r>
    </w:p>
    <w:p>
      <w:r>
        <w:rPr>
          <w:color w:val="666666"/>
          <w:sz w:val="18"/>
        </w:rPr>
        <w:t>Understanding the Quran April 7, 2019 · 5m 57s · at 22:09 · https://youtu.be/m_Om5MtQJz4?t=1329</w:t>
      </w:r>
    </w:p>
    <w:p>
      <w:r>
        <w:rPr>
          <w:i/>
        </w:rPr>
        <w:t>“Zamana aaj badal chuka hai.”</w:t>
      </w:r>
    </w:p>
    <w:p>
      <w:r>
        <w:rPr>
          <w:sz w:val="20"/>
        </w:rPr>
        <w:t>22:09  kyun? dekhiye, zamana aaj terah so saal pehle ke muqable mein bilkul badal chuka hai. ek naya zamana hamare samne hai jis mein kya kya hua, kya kya hua.</w:t>
      </w:r>
      <w:r>
        <w:br/>
      </w:r>
      <w:r>
        <w:rPr>
          <w:sz w:val="20"/>
        </w:rPr>
        <w:t>22:25  phir etmi ladai hui, atom bam giraye gaye. ab ek naya daur aaya, industrial industrial age aaya,</w:t>
      </w:r>
      <w:r>
        <w:br/>
      </w:r>
      <w:r>
        <w:rPr>
          <w:sz w:val="20"/>
        </w:rPr>
        <w:t>22:37  modern civilization aayi, technology aayi, communication aaya. ab ek naya daur hai, ab duniya mein age of peace hai, age of ladai hai hi nahi.</w:t>
      </w:r>
      <w:r>
        <w:br/>
      </w:r>
      <w:r>
        <w:rPr>
          <w:sz w:val="20"/>
        </w:rPr>
        <w:t>22:53  yeh jehad nahi hai jo aap pathar marna aur bam marna ki tareeqe ke ke method ko dohrate hain aur samajhte hain ke mein jehad kar raha hoon.</w:t>
      </w:r>
      <w:r>
        <w:br/>
      </w:r>
      <w:r>
        <w:rPr>
          <w:sz w:val="20"/>
        </w:rPr>
        <w:t>23:06  woh hazrat Aisha ka qaul yahan sabaq aata hai ke unhon ne jehad kiya, par unhon ne jehad nahi kiya.</w:t>
      </w:r>
      <w:r>
        <w:br/>
      </w:r>
      <w:r>
        <w:rPr>
          <w:sz w:val="20"/>
        </w:rPr>
        <w:t>23:17  wohi qaul yahan apply hota hai ke unhon ne jehad kiya, par jehad nahi kiya. kyunke kyunke jehad activism ko phir se naya interpretation talash karna tha, usko peaceful daur mein.</w:t>
      </w:r>
      <w:r>
        <w:br/>
      </w:r>
      <w:r>
        <w:rPr>
          <w:sz w:val="20"/>
        </w:rPr>
        <w:t>23:36  aaj ka jehad activism hai, woh ek naya form iska hoga, bilkul naya.</w:t>
      </w:r>
      <w:r>
        <w:br/>
      </w:r>
      <w:r>
        <w:rPr>
          <w:sz w:val="20"/>
        </w:rPr>
        <w:t>23:45  is mein jang nahi hogi, talwar nahi hogi, bam nahi hoga, pathar nahi hoga, peaceful activism hoga.</w:t>
      </w:r>
      <w:r>
        <w:br/>
      </w:r>
      <w:r>
        <w:rPr>
          <w:sz w:val="20"/>
        </w:rPr>
        <w:t>23:57  toh yeh jo huroof muqattaat hain, yeh bohat bara lesson le kar Quran mein diye gaye hain. 29 suraton mein jo yeh lesson aaye hain, sab toh bohat bara lesson de rahe hain ke reassemble karo, phir se discover karo,</w:t>
      </w:r>
      <w:r>
        <w:br/>
      </w:r>
      <w:r>
        <w:rPr>
          <w:sz w:val="20"/>
        </w:rPr>
        <w:t>24:18  phir se jano ke Quran ka mafhoom kya hai. har zamane mein iska interpretation talash karo.</w:t>
      </w:r>
      <w:r>
        <w:br/>
      </w:r>
      <w:r>
        <w:rPr>
          <w:sz w:val="20"/>
        </w:rPr>
        <w:t>24:35  toh Quran ek inqelabi kitaab hai, woh taqlidi kitaab nahi hai. Quran ek ijtihadi kitaab hai, woh hamein ijtihad par ubharta hai.</w:t>
      </w:r>
      <w:r>
        <w:br/>
      </w:r>
      <w:r>
        <w:rPr>
          <w:sz w:val="20"/>
        </w:rPr>
        <w:t>24:49  har zamane ko phir se read karo, yeh batata hai.</w:t>
      </w:r>
      <w:r>
        <w:br/>
      </w:r>
      <w:r>
        <w:rPr>
          <w:sz w:val="20"/>
        </w:rPr>
        <w:t>25:01  aaj kal duniya mein, Muslim duniya mein, ek bohat bara</w:t>
      </w:r>
      <w:r>
        <w:br/>
      </w:r>
      <w:r>
        <w:rPr>
          <w:sz w:val="20"/>
        </w:rPr>
        <w:t>25:08  term chala hua hai: Muslim empowerment. mein is ko bilkul bilkul irrelevant samajhta hoon, irrelevant.</w:t>
      </w:r>
      <w:r>
        <w:br/>
      </w:r>
      <w:r>
        <w:rPr>
          <w:sz w:val="20"/>
        </w:rPr>
        <w:t>25:18  koi sach hai is ka nahi hai. what is Muslim empowerment?</w:t>
      </w:r>
      <w:r>
        <w:br/>
      </w:r>
      <w:r>
        <w:rPr>
          <w:sz w:val="20"/>
        </w:rPr>
        <w:t>25:26  ab daur aaya hai ke sare insanon ko le kar chalo, sari universe ko le kar chalo, aur aap Muslim community ko, jo ek degenerated community bani hui hai, us ko le kar chalna chahte hain.</w:t>
      </w:r>
      <w:r>
        <w:br/>
      </w:r>
      <w:r>
        <w:rPr>
          <w:sz w:val="20"/>
        </w:rPr>
        <w:t>25:48  yani aaj ka daur kehta hai ke sare insanon ko le kar chalo, sari universe ko le kar chalo. har cheez ko aaj universalize kiya jata hai,</w:t>
      </w:r>
      <w:r>
        <w:br/>
      </w:r>
      <w:r>
        <w:rPr>
          <w:sz w:val="20"/>
        </w:rPr>
        <w:t>26:02  aur aap Muslim empowerment mein baithe hain. kuch hone wala nahi hai. mein aap ko saaf kehta hoon ke Muslim empowerment ka kuch bhi nahi hone wala hai, kuch bhi nahi.</w:t>
      </w:r>
      <w:r>
        <w:br/>
      </w:r>
      <w:r>
        <w:rPr>
          <w:sz w:val="20"/>
        </w:rPr>
        <w:t>26:17  aap likh lijiye is ko, kyunke yeh toh law of nature ke khilaf hai, Allah ke takhleeqi naseeb ke khilaf hai.</w:t>
      </w:r>
      <w:r>
        <w:br/>
      </w:r>
      <w:r>
        <w:rPr>
          <w:sz w:val="20"/>
        </w:rPr>
        <w:t>26:33  jab hadithon mein yeh aaya hai ke ek zamana aayega jab ke ghair Muslim qomon mein tumhara namoona ho jayega, tumhein koi tareef milegi un se, sari duniya tumhari moajad ban jayegi.</w:t>
      </w:r>
      <w:r>
        <w:br/>
      </w:r>
      <w:r>
        <w:rPr>
          <w:sz w:val="20"/>
        </w:rPr>
        <w:t>26:46  toh kabhi toh woh zamana aayega, kabhi toh woh zamana aayega.</w:t>
      </w:r>
      <w:r>
        <w:br/>
      </w:r>
      <w:r>
        <w:rPr>
          <w:sz w:val="20"/>
        </w:rPr>
        <w:t>26:54  to mein kehta hoon ke woh zamana aa chuka hai.</w:t>
      </w:r>
      <w:r>
        <w:br/>
      </w:r>
      <w:r>
        <w:rPr>
          <w:sz w:val="20"/>
        </w:rPr>
        <w:t>27:02  to naye zamane ko pehchaniye, naye zamane ke mutabiq apne amal ki re planning kijiye, naye zamane ke mutabiq amal ka naqsha banaiye,</w:t>
      </w:r>
      <w:r>
        <w:br/>
      </w:r>
      <w:r>
        <w:rPr>
          <w:sz w:val="20"/>
        </w:rPr>
        <w:t>27:17  islam ko phir se padhiye, islam ko phir se discover kijiye.</w:t>
      </w:r>
      <w:r>
        <w:br/>
      </w:r>
      <w:r>
        <w:rPr>
          <w:sz w:val="20"/>
        </w:rPr>
        <w:t>27:28  aaj ki yahi zaroorat hai, aaj ki yahi sab se bari zaroorat hai ke islam ko phir se padha jaye, quran ko phir se read kiya jaye,</w:t>
      </w:r>
      <w:r>
        <w:br/>
      </w:r>
      <w:r>
        <w:rPr>
          <w:sz w:val="20"/>
        </w:rPr>
        <w:t>27:44  quran ko phir se discover kiya jaye.</w:t>
      </w:r>
      <w:r>
        <w:br/>
      </w:r>
      <w:r>
        <w:rPr>
          <w:sz w:val="20"/>
        </w:rPr>
        <w:t>27:54  warna yeh jo tareeqe chale hue hain ke kuch bhi nahi hone wala hai, so saal beet gaya quran quran karte hue, aur ab hua kuch nahi.</w:t>
      </w:r>
    </w:p>
    <w:p>
      <w:pPr>
        <w:pStyle w:val="Heading2"/>
      </w:pPr>
      <w:r>
        <w:t>no second thoughts after marriage — compromise for God's sake</w:t>
      </w:r>
    </w:p>
    <w:p>
      <w:r>
        <w:rPr>
          <w:color w:val="666666"/>
          <w:sz w:val="18"/>
        </w:rPr>
        <w:t>Importance of Marriage January 31, 2014 · 4m 41s · at 22:10 · https://youtu.be/hubJz4MyRn0?t=1330</w:t>
      </w:r>
    </w:p>
    <w:p>
      <w:r>
        <w:rPr>
          <w:i/>
        </w:rPr>
        <w:t>“Kya marriage ke baad kisi ko haq nahi ke woh second thought laaye?”</w:t>
      </w:r>
    </w:p>
    <w:p>
      <w:r>
        <w:rPr>
          <w:sz w:val="20"/>
        </w:rPr>
        <w:t>22:10  to kya keh</w:t>
      </w:r>
      <w:r>
        <w:br/>
      </w:r>
      <w:r>
        <w:rPr>
          <w:sz w:val="20"/>
        </w:rPr>
        <w:t>22:12  marriage ke baad kisi ko haq nahin ke woh second thought laaye? Kyunke agar second thought aata rahe to takhleeq ka maqsad kaise poora hoga?</w:t>
      </w:r>
      <w:r>
        <w:br/>
      </w:r>
      <w:r>
        <w:rPr>
          <w:sz w:val="20"/>
        </w:rPr>
        <w:t>22:22  yaani baar baar shadi karen, baar baar talaq len, baar baar shadi karen, baar baar apni laraiyan karen, baar baar nikah karen, baar baar ek doosre ko harif ban jayen, shareek-e-hayat banne ki bajaye to zindagi ka maqsad hi poora nahin hoga.</w:t>
      </w:r>
      <w:r>
        <w:br/>
      </w:r>
      <w:r>
        <w:rPr>
          <w:sz w:val="20"/>
        </w:rPr>
        <w:t>22:40  matlab khandan muntashir hoga, samaaj muntashir hoga,</w:t>
      </w:r>
      <w:r>
        <w:br/>
      </w:r>
      <w:r>
        <w:rPr>
          <w:sz w:val="20"/>
        </w:rPr>
        <w:t>22:47  insani zindagi se aman khatm ho jayega, bachchon ki sahi tarbiyat nahin ho sakegi.</w:t>
      </w:r>
      <w:r>
        <w:br/>
      </w:r>
      <w:r>
        <w:rPr>
          <w:sz w:val="20"/>
        </w:rPr>
        <w:t>22:58  yeh sab paish aayega</w:t>
      </w:r>
      <w:r>
        <w:br/>
      </w:r>
      <w:r>
        <w:rPr>
          <w:sz w:val="20"/>
        </w:rPr>
        <w:t>23:01  fitrat ke naqshe ko na maanne ki bina par. Yaani maadi duniya mein jaise misaal doon main ke maadi duniya mein jab ek darakht ko aap ne zameen par bo diya, ek plant ko, ek poda, ek poda aap ne liya, ek plant, aur us ko aap ne zar khez zameen mein bo diya,</w:t>
      </w:r>
      <w:r>
        <w:br/>
      </w:r>
      <w:r>
        <w:rPr>
          <w:sz w:val="20"/>
        </w:rPr>
        <w:t>23:21  to ab kya ho gaya? dono ek doosre se jud gaye.</w:t>
      </w:r>
      <w:r>
        <w:br/>
      </w:r>
      <w:r>
        <w:rPr>
          <w:sz w:val="20"/>
        </w:rPr>
        <w:t>23:28  ab darakht ke liye, ab ab paudhe ke liye yeh hoga ke woh zameen se apni ghiza le, aur zameen ke liye yeh hoga ke woh is ke andar jo ghiza hai, woh paudhe ko de.</w:t>
      </w:r>
      <w:r>
        <w:br/>
      </w:r>
      <w:r>
        <w:rPr>
          <w:sz w:val="20"/>
        </w:rPr>
        <w:t>23:42  plant ko zameen mein insert karne ke baad hi yeh bilkul apne aap yeh yeh laazim ho gayi ke jo kuch zameen ke paas hai, woh paudhe ko de, jo kuch paudhe ke paas hai, woh zameen ko de.</w:t>
      </w:r>
      <w:r>
        <w:br/>
      </w:r>
      <w:r>
        <w:rPr>
          <w:sz w:val="20"/>
        </w:rPr>
        <w:t>23:57  yeh hai fitrat ka muahida.</w:t>
      </w:r>
      <w:r>
        <w:br/>
      </w:r>
      <w:r>
        <w:rPr>
          <w:sz w:val="20"/>
        </w:rPr>
        <w:t>24:05  to aise hi hota hai aurat aur mard ke darmiyan ke jab aurat aur mard ne nikah kar ke ek doosre se apna koi marboot kar liya, to ab farz ho gaya ke aurat ke paas jo kuch hai, woh mard ko de, aur mard ke paas jo kuch hai, woh aurat ko de taake zindagi ka nizaam achhi tarah se chalta rahe.</w:t>
      </w:r>
      <w:r>
        <w:br/>
      </w:r>
      <w:r>
        <w:rPr>
          <w:sz w:val="20"/>
        </w:rPr>
        <w:t>24:28  jo maqsad takhleeq hai, woh achhi tarah poora hota rahe.</w:t>
      </w:r>
      <w:r>
        <w:br/>
      </w:r>
      <w:r>
        <w:rPr>
          <w:sz w:val="20"/>
        </w:rPr>
        <w:t>24:34  yaani khandan sahi andaaz mein, khandan ke nizaam sahi andaaz mein chale, society sahi andaaz mein chale, insaniyat ka jo insaniyat ke jo mamlaat hain, woh sahi andaaz mein jaari hon.</w:t>
      </w:r>
      <w:r>
        <w:br/>
      </w:r>
      <w:r>
        <w:rPr>
          <w:sz w:val="20"/>
        </w:rPr>
        <w:t>24:57  to sab kuch inhisaar is par hai ke aurat aur mard dono ek doosre ka saath dein. to aap ko phir nikah ke baad aap ko yeh haq hi nahin rehta ke aap second thought aaye aap ke andar.</w:t>
      </w:r>
      <w:r>
        <w:br/>
      </w:r>
      <w:r>
        <w:rPr>
          <w:sz w:val="20"/>
        </w:rPr>
        <w:t>25:12  bahut hi zyada koi</w:t>
      </w:r>
      <w:r>
        <w:br/>
      </w:r>
      <w:r>
        <w:rPr>
          <w:sz w:val="20"/>
        </w:rPr>
        <w:t>25:17  exceptional situation ho, aur waqatan aap ke paas uzr ho, koi bahut hi exceptional situation jis mein aap ke liye aisa uzr ho jo khaliq ka poora hone wala ho,</w:t>
      </w:r>
      <w:r>
        <w:br/>
      </w:r>
      <w:r>
        <w:rPr>
          <w:sz w:val="20"/>
        </w:rPr>
        <w:t>25:34  tab aap separation ki baat soch sakte hain. ya separation to bahut door ki b</w:t>
      </w:r>
      <w:r>
        <w:br/>
      </w:r>
      <w:r>
        <w:rPr>
          <w:sz w:val="20"/>
        </w:rPr>
        <w:t>25:40  aat hai, ek doosre se takrao ki baat soch sakte hain, ek doosre ke khilaaf narazgi ki baat soch sakte hain.</w:t>
      </w:r>
      <w:r>
        <w:br/>
      </w:r>
      <w:r>
        <w:rPr>
          <w:sz w:val="20"/>
        </w:rPr>
        <w:t>25:50  nikah ke baad aap ko compromise karna hai, nikah ke baad aap ko ek doosre ke saath adjustment karna hai, nikah ke baad aap ko ek doosre ke saath mil kar chalna hai, nikah ke baad aap ko yaani zindagi ki gaadi ka do pehia ban jaana hai.</w:t>
      </w:r>
      <w:r>
        <w:br/>
      </w:r>
      <w:r>
        <w:rPr>
          <w:sz w:val="20"/>
        </w:rPr>
        <w:t>26:11  is ke siwa koi option nahin hai. is mein chahe aap ko apni apni apni soch ko kuch moderate karna pade, apni tamnaon ko kuch dabana pade, apni khwahishon ko kuch control karna pade, to kijiye is ko.</w:t>
      </w:r>
      <w:r>
        <w:br/>
      </w:r>
      <w:r>
        <w:rPr>
          <w:sz w:val="20"/>
        </w:rPr>
        <w:t>26:30  For the sake of God. For the sake of other partners. nahin, is maamle mein koi shakhs jo kuch karega, woh For the sake of other partners.</w:t>
      </w:r>
      <w:r>
        <w:br/>
      </w:r>
      <w:r>
        <w:rPr>
          <w:sz w:val="20"/>
        </w:rPr>
        <w:t>26:41  nahin hoga, woh For the sake of God. hoga.</w:t>
      </w:r>
    </w:p>
    <w:p>
      <w:pPr>
        <w:pStyle w:val="Heading2"/>
      </w:pPr>
      <w:r>
        <w:t>How the Prophet avoided war: Trench, Hudaybiyyah, opportunity</w:t>
      </w:r>
    </w:p>
    <w:p>
      <w:r>
        <w:rPr>
          <w:color w:val="666666"/>
          <w:sz w:val="18"/>
        </w:rPr>
        <w:t>On Extremism September 14, 2008 · 5m 58s · at 6:49 · https://youtu.be/qHQEos8tOLg?t=409</w:t>
      </w:r>
    </w:p>
    <w:p>
      <w:r>
        <w:rPr>
          <w:i/>
        </w:rPr>
        <w:t>“His biographers count 83 battles — that's absurd”</w:t>
      </w:r>
    </w:p>
    <w:p>
      <w:r>
        <w:rPr>
          <w:sz w:val="20"/>
        </w:rPr>
        <w:t>6:49  aap agar live padhein prophet of islam ki to jo aap ke jo biographers hain, woh ginti karte hain 83 ghazwaat.</w:t>
      </w:r>
      <w:r>
        <w:br/>
      </w:r>
      <w:r>
        <w:rPr>
          <w:sz w:val="20"/>
        </w:rPr>
        <w:t>7:01  ghazwaat means wars, yaani 83 ladaaiyan. yeh bilkul absurd baat hai. prophet of islam kabhi bhi 83 ladaai to ladne bahut door ki baat hai,</w:t>
      </w:r>
      <w:r>
        <w:br/>
      </w:r>
      <w:r>
        <w:rPr>
          <w:sz w:val="20"/>
        </w:rPr>
        <w:t>7:16  woh kabhi ladaai lade hi nahin.</w:t>
      </w:r>
      <w:r>
        <w:br/>
      </w:r>
      <w:r>
        <w:rPr>
          <w:sz w:val="20"/>
        </w:rPr>
        <w:t>7:19  under compression unhon ne sirf teen baar defence kiya. baqi sab kya? aap ne manage kiya, manage kiya, manage kiya.</w:t>
      </w:r>
      <w:r>
        <w:br/>
      </w:r>
      <w:r>
        <w:rPr>
          <w:sz w:val="20"/>
        </w:rPr>
        <w:t>7:31  badar, uhud o khyber teen thi aap ke zamane mein full fledge war. lekin woh bhi kya thi? aap ne is tarah manage kiya ke sirf aadhe din ladaai hui.</w:t>
      </w:r>
      <w:r>
        <w:br/>
      </w:r>
      <w:r>
        <w:rPr>
          <w:sz w:val="20"/>
        </w:rPr>
        <w:t>7:41  yaani afternoon shuru hui aur sunset ke time khatam ho gayi. b</w:t>
      </w:r>
      <w:r>
        <w:br/>
      </w:r>
      <w:r>
        <w:rPr>
          <w:sz w:val="20"/>
        </w:rPr>
        <w:t>7:47  s is ka matlab kya hua? dedh din, sirf dedh din. kuch kuch kuch aur kuch log batate hain jaise ghazwa khyber waghera.</w:t>
      </w:r>
      <w:r>
        <w:br/>
      </w:r>
      <w:r>
        <w:rPr>
          <w:sz w:val="20"/>
        </w:rPr>
        <w:t>8:00  that were skirmishes rather than battle. skirmishes mein aur battle mein aap difference jaante hain. kuch jhadap ho gayi in logon ki wajah se.</w:t>
      </w:r>
      <w:r>
        <w:br/>
      </w:r>
      <w:r>
        <w:rPr>
          <w:sz w:val="20"/>
        </w:rPr>
        <w:t>8:12  lekin battle jis ko kehte hain war, woh sirf teen baar hui aur dedh din.</w:t>
      </w:r>
      <w:r>
        <w:br/>
      </w:r>
      <w:r>
        <w:rPr>
          <w:sz w:val="20"/>
        </w:rPr>
        <w:t>8:18  that was due to success, successful form of management. woh kaise? yeh dekhiye, main ek example deta hoon aap ko.</w:t>
      </w:r>
      <w:r>
        <w:br/>
      </w:r>
      <w:r>
        <w:rPr>
          <w:sz w:val="20"/>
        </w:rPr>
        <w:t>8:29  ek baar jo sab se badi jo ladaai unhon ne chhedi thi, jis mein barah hazar ka lashkar le kar aaye the, woh sab se zyada.</w:t>
      </w:r>
      <w:r>
        <w:br/>
      </w:r>
      <w:r>
        <w:rPr>
          <w:sz w:val="20"/>
        </w:rPr>
        <w:t>8:40  yaani sub tribe se le kar ke barah hazar ka lashkar makkah se chala.</w:t>
      </w:r>
      <w:r>
        <w:br/>
      </w:r>
      <w:r>
        <w:rPr>
          <w:sz w:val="20"/>
        </w:rPr>
        <w:t>8:48  to aap kya karte the? ke intelligence aap ka bahut hi powerful tha. aap pata karte rehte the. jab aap ko pata chala ke barah hazar log aa rahe hain madinah par attack karne ke liye, to aap ne kya kiya?</w:t>
      </w:r>
      <w:r>
        <w:br/>
      </w:r>
      <w:r>
        <w:rPr>
          <w:sz w:val="20"/>
        </w:rPr>
        <w:t>9:03  logon se discuss kiya kya karna hai.</w:t>
      </w:r>
      <w:r>
        <w:br/>
      </w:r>
      <w:r>
        <w:rPr>
          <w:sz w:val="20"/>
        </w:rPr>
        <w:t>9:07  to discussion ke baad yeh tay hua ek sahib ke raaye ke le kar, ek ek ek the iran ke muslim, ke hum madine ke aage ek trench khol dein.</w:t>
      </w:r>
      <w:r>
        <w:br/>
      </w:r>
      <w:r>
        <w:rPr>
          <w:sz w:val="20"/>
        </w:rPr>
        <w:t>9:21  trench, khandaq.</w:t>
      </w:r>
      <w:r>
        <w:br/>
      </w:r>
      <w:r>
        <w:rPr>
          <w:sz w:val="20"/>
        </w:rPr>
        <w:t>9:23  madinah ek aisa city tha jis ke teen taraf se penetration possible nahin tha. kyunke ek taraf pahad tha aur do taraf gharre, yaani khajooron ke peed the, jungle ki tarah.</w:t>
      </w:r>
      <w:r>
        <w:br/>
      </w:r>
      <w:r>
        <w:rPr>
          <w:sz w:val="20"/>
        </w:rPr>
        <w:t>9:42  to teen side se pretation ho nahi sakta tha. sirf ek side se pressure ho sakta tha. idhar aap ne trench khod di. raat din, raat din ek kar ke.</w:t>
      </w:r>
      <w:r>
        <w:br/>
      </w:r>
      <w:r>
        <w:rPr>
          <w:sz w:val="20"/>
        </w:rPr>
        <w:t>9:53  achha, jab woh log aaye barah hazar ka lashkar le kar, to un ke jo general the, Abu Sufyan, unhon ne dekha ke yahan to trench khudi hui hai.</w:t>
      </w:r>
      <w:r>
        <w:br/>
      </w:r>
      <w:r>
        <w:rPr>
          <w:sz w:val="20"/>
        </w:rPr>
        <w:t>10:03  aap jante hain ke woh zamana helicopter ka to tha nahi, airplane ka tha nahi ke aap urr kar ke chale jayen. to unhon ne kaha ke yeh to ladaai ko unhon ne rok diya.</w:t>
      </w:r>
      <w:r>
        <w:br/>
      </w:r>
      <w:r>
        <w:rPr>
          <w:sz w:val="20"/>
        </w:rPr>
        <w:t>10:17  yani trench means buffer. buffer.</w:t>
      </w:r>
      <w:r>
        <w:br/>
      </w:r>
      <w:r>
        <w:rPr>
          <w:sz w:val="20"/>
        </w:rPr>
        <w:t>10:22  to aap ne ek buffer, yani khara kar diya apne aur enemy ke beech mein. to jab dekha Abu Sufyan ne is ko, to unhon ne kaha ke aap parh sakte hain Sirat Ibn Hisham mein ke wallah innaha la muqayyada ma kan Arabu tuqayyada yani Khuda ki qasam,</w:t>
      </w:r>
      <w:r>
        <w:br/>
      </w:r>
      <w:r>
        <w:rPr>
          <w:sz w:val="20"/>
        </w:rPr>
        <w:t>10:48  This kind of strategy was unknown to Arab.</w:t>
      </w:r>
      <w:r>
        <w:br/>
      </w:r>
      <w:r>
        <w:rPr>
          <w:sz w:val="20"/>
        </w:rPr>
        <w:t>10:54  Khuda ki qasam, unhon ne kaha ke ten kind of strategy was unknown to Arab. aur ladaai nahi hui.</w:t>
      </w:r>
      <w:r>
        <w:br/>
      </w:r>
      <w:r>
        <w:rPr>
          <w:sz w:val="20"/>
        </w:rPr>
        <w:t>11:05  Hudaybiyah mein dekhiye, woh log larnay par tule hue thay. aap ne kya formula apnaya? apply kiya. unhon ne kaha ke jo tum kaho, hum man lete hain.</w:t>
      </w:r>
      <w:r>
        <w:br/>
      </w:r>
      <w:r>
        <w:rPr>
          <w:sz w:val="20"/>
        </w:rPr>
        <w:t>11:17  peace, peace lao apne tumhare beech mein, jo bhi condition tumhare man lete hain.</w:t>
      </w:r>
      <w:r>
        <w:br/>
      </w:r>
      <w:r>
        <w:rPr>
          <w:sz w:val="20"/>
        </w:rPr>
        <w:t>11:24  un ki har condition aap mante chale gaye. Hudaybiyah agreement was unilateral agreement by accepting all the conditions of the other side.</w:t>
      </w:r>
      <w:r>
        <w:br/>
      </w:r>
      <w:r>
        <w:rPr>
          <w:sz w:val="20"/>
        </w:rPr>
        <w:t>11:35  mante gaye, mante gaye, mante gaye. to woh jo ek ek saying maine sunai thi aap ko is se pehle ke jis ko harna aa jaye, us ko koi hara nahi sakta.</w:t>
      </w:r>
      <w:r>
        <w:br/>
      </w:r>
      <w:r>
        <w:rPr>
          <w:sz w:val="20"/>
        </w:rPr>
        <w:t>11:50  jis ko harna aa jaye, us ko koi hara nahi sakta. jo koi peechay hatna aa jaye, us ke koi kya karega? us ke yeh tali baja rahe hain aap.</w:t>
      </w:r>
      <w:r>
        <w:br/>
      </w:r>
      <w:r>
        <w:rPr>
          <w:sz w:val="20"/>
        </w:rPr>
        <w:t>12:01  jis ko apna hath hata lena aa jaye, to kahin tali bajegi. aap karte rahe ise to aap ne doosri side ki conditions ko unilaterally accept kar ke peace kaam kiya.</w:t>
      </w:r>
      <w:r>
        <w:br/>
      </w:r>
      <w:r>
        <w:rPr>
          <w:sz w:val="20"/>
        </w:rPr>
        <w:t>12:17  to</w:t>
      </w:r>
      <w:r>
        <w:br/>
      </w:r>
      <w:r>
        <w:rPr>
          <w:sz w:val="20"/>
        </w:rPr>
        <w:t>12:18  Prophet of Islam ne kya discover kiya? un ki discovery kya thi? peace always brings opportunities.</w:t>
      </w:r>
      <w:r>
        <w:br/>
      </w:r>
      <w:r>
        <w:rPr>
          <w:sz w:val="20"/>
        </w:rPr>
        <w:t>12:29  jahan peace hai, wahan opportunity hai. yeh koi janta nahi tha, ab bhi nahi janta. aap ke pehle bhi log nahi jante thay, aaj bhi nahi jante.</w:t>
      </w:r>
      <w:r>
        <w:br/>
      </w:r>
      <w:r>
        <w:rPr>
          <w:sz w:val="20"/>
        </w:rPr>
        <w:t>12:40  yeh to yeh bomb kyun marte hain? gun kyun chalate hain? opportunities se duniya bhari hui hai.</w:t>
      </w:r>
    </w:p>
    <w:p>
      <w:pPr>
        <w:pStyle w:val="Heading2"/>
      </w:pPr>
      <w:r>
        <w:t>Prophet's final message convey and live in peace</w:t>
      </w:r>
    </w:p>
    <w:p>
      <w:r>
        <w:rPr>
          <w:color w:val="666666"/>
          <w:sz w:val="18"/>
        </w:rPr>
        <w:t>Lessons from Hajj | November 13, 2007 · 5m 04s · at 54:37 · https://youtu.be/8a-iN7u2YQs?t=3277</w:t>
      </w:r>
    </w:p>
    <w:p>
      <w:r>
        <w:rPr>
          <w:i/>
        </w:rPr>
        <w:t>“Jab hajj mukammal hua to aap ne Arafat mein khutba diya”</w:t>
      </w:r>
    </w:p>
    <w:p>
      <w:r>
        <w:rPr>
          <w:sz w:val="20"/>
        </w:rPr>
        <w:t>54:37  sab se achhi cheez. isi se sari neki ke darwaze khulte hain. sari insani achhaiyon ke darwaze khulte hain. to is tarah se rasool Allah sal Allah alih wasallam ne safar kiya hajj ka. phir jab hajj mukammal hua aur log arafat mein ikattha hue to wahan par aap ne khutba diya. is ko kaha jata hai khutba hajja tul wida. yaani aakhri</w:t>
      </w:r>
      <w:r>
        <w:br/>
      </w:r>
      <w:r>
        <w:rPr>
          <w:sz w:val="20"/>
        </w:rPr>
        <w:t>55:07  Hajj ka khutba.</w:t>
      </w:r>
      <w:r>
        <w:br/>
      </w:r>
      <w:r>
        <w:rPr>
          <w:sz w:val="20"/>
        </w:rPr>
        <w:t>55:13  to wahan aap ne bohat si baatein kahin.</w:t>
      </w:r>
      <w:r>
        <w:br/>
      </w:r>
      <w:r>
        <w:rPr>
          <w:sz w:val="20"/>
        </w:rPr>
        <w:t>55:20  bohat si baatein kahin.</w:t>
      </w:r>
      <w:r>
        <w:br/>
      </w:r>
      <w:r>
        <w:rPr>
          <w:sz w:val="20"/>
        </w:rPr>
        <w:t>55:26  to is mein se ek baat yeh thi ke aap ne farmaya ke in Allah basani kaafatan lil naas</w:t>
      </w:r>
      <w:r>
        <w:br/>
      </w:r>
      <w:r>
        <w:rPr>
          <w:sz w:val="20"/>
        </w:rPr>
        <w:t>55:32  fadu anni Khuda ne mujhe bheja hai</w:t>
      </w:r>
      <w:r>
        <w:br/>
      </w:r>
      <w:r>
        <w:rPr>
          <w:sz w:val="20"/>
        </w:rPr>
        <w:t>55:39  saare insaanon ke liye prophet bana kar.</w:t>
      </w:r>
      <w:r>
        <w:br/>
      </w:r>
      <w:r>
        <w:rPr>
          <w:sz w:val="20"/>
        </w:rPr>
        <w:t>55:43  saare insaanon ke liye prophet bana kar.</w:t>
      </w:r>
      <w:r>
        <w:br/>
      </w:r>
      <w:r>
        <w:rPr>
          <w:sz w:val="20"/>
        </w:rPr>
        <w:t>55:47  to tum mere paigham ko saare logon tak pohncha do.</w:t>
      </w:r>
      <w:r>
        <w:br/>
      </w:r>
      <w:r>
        <w:rPr>
          <w:sz w:val="20"/>
        </w:rPr>
        <w:t>55:52  is ka matlab kya hua? ke Rasool Allah ke baad koi doosra prophet aane wala nahi.</w:t>
      </w:r>
      <w:r>
        <w:br/>
      </w:r>
      <w:r>
        <w:rPr>
          <w:sz w:val="20"/>
        </w:rPr>
        <w:t>55:56  aap final prophet thay.</w:t>
      </w:r>
      <w:r>
        <w:br/>
      </w:r>
      <w:r>
        <w:rPr>
          <w:sz w:val="20"/>
        </w:rPr>
        <w:t>56:00  aakhri prophet thay.</w:t>
      </w:r>
      <w:r>
        <w:br/>
      </w:r>
      <w:r>
        <w:rPr>
          <w:sz w:val="20"/>
        </w:rPr>
        <w:t>56:05  ab jo hai woh kaam</w:t>
      </w:r>
      <w:r>
        <w:br/>
      </w:r>
      <w:r>
        <w:rPr>
          <w:sz w:val="20"/>
        </w:rPr>
        <w:t>56:09  to khatam nahi hua kyunke log phir bhi paida ho rahe hain. unhein batana hai. Khuda ke is plan ko batana hai. divine mission ko phir bhi chalte rehna hai. to jo kaam pehle prophet ne kiya tha woh kaam ab prophet ke followers ke zimme ho gaya. jo aadmi yeh claim kare ke main prophet of Islam ka follower hoon is par farz ho jata hai ke is message ko le kar</w:t>
      </w:r>
      <w:r>
        <w:br/>
      </w:r>
      <w:r>
        <w:rPr>
          <w:sz w:val="20"/>
        </w:rPr>
        <w:t>56:39  ke dunya mein phailaye.</w:t>
      </w:r>
      <w:r>
        <w:br/>
      </w:r>
      <w:r>
        <w:rPr>
          <w:sz w:val="20"/>
        </w:rPr>
        <w:t>56:45  fadu anni to mere message ko saari dunya mein phaila do.</w:t>
      </w:r>
      <w:r>
        <w:br/>
      </w:r>
      <w:r>
        <w:rPr>
          <w:sz w:val="20"/>
        </w:rPr>
        <w:t>56:52  jo aadmi yeh kaam na kare to woh prophet of Islam ka follower nahi hai woh.</w:t>
      </w:r>
      <w:r>
        <w:br/>
      </w:r>
      <w:r>
        <w:rPr>
          <w:sz w:val="20"/>
        </w:rPr>
        <w:t>56:58  dekhiye yaad rakhiye naatein parhne se koi prophet of Islam ka follower nahi banta.</w:t>
      </w:r>
      <w:r>
        <w:br/>
      </w:r>
      <w:r>
        <w:rPr>
          <w:sz w:val="20"/>
        </w:rPr>
        <w:t>57:04  yeh naat khwani aur qawwali, Rasool Allah ki tareefein karna, bare bare laqab bolna, yeh is se kuch bhi nahi.</w:t>
      </w:r>
      <w:r>
        <w:br/>
      </w:r>
      <w:r>
        <w:rPr>
          <w:sz w:val="20"/>
        </w:rPr>
        <w:t>57:10  is se kuch bhi nahi hota.</w:t>
      </w:r>
      <w:r>
        <w:br/>
      </w:r>
      <w:r>
        <w:rPr>
          <w:sz w:val="20"/>
        </w:rPr>
        <w:t>57:15  Rasool Allah ko maanne ka jo haq hai woh is se ada nahi hota ke aap naat khwani</w:t>
      </w:r>
      <w:r>
        <w:br/>
      </w:r>
      <w:r>
        <w:rPr>
          <w:sz w:val="20"/>
        </w:rPr>
        <w:t>57:20  ke jalsay karein, aap qawwaliyan karein, aap naat khwani ke muqable karein, is mein inaamaat dein logon ko.</w:t>
      </w:r>
      <w:r>
        <w:br/>
      </w:r>
      <w:r>
        <w:rPr>
          <w:sz w:val="20"/>
        </w:rPr>
        <w:t>57:25  yeh sab to bilkul ridiculous baatein hain, ridiculous.</w:t>
      </w:r>
      <w:r>
        <w:br/>
      </w:r>
      <w:r>
        <w:rPr>
          <w:sz w:val="20"/>
        </w:rPr>
        <w:t>57:30  asal cheez hai Khuda ke Rasool ke paigham ko pahunchana logon tak.</w:t>
      </w:r>
      <w:r>
        <w:br/>
      </w:r>
      <w:r>
        <w:rPr>
          <w:sz w:val="20"/>
        </w:rPr>
        <w:t>57:35  phir uss waqt aap ne</w:t>
      </w:r>
      <w:r>
        <w:br/>
      </w:r>
      <w:r>
        <w:rPr>
          <w:sz w:val="20"/>
        </w:rPr>
        <w:t>57:41  yeh kaha ke la tarjoo ba'di kuffaran yadrib ba'dukum riqaba ba'din uss waqt jo wahan kafi log maujood</w:t>
      </w:r>
      <w:r>
        <w:br/>
      </w:r>
      <w:r>
        <w:rPr>
          <w:sz w:val="20"/>
        </w:rPr>
        <w:t>57:47  the, ek riwayat ke mutabiq sawa lakh the, ek riwayat ke mutabiq ek lakh chalis hazar the.</w:t>
      </w:r>
      <w:r>
        <w:br/>
      </w:r>
      <w:r>
        <w:rPr>
          <w:sz w:val="20"/>
        </w:rPr>
        <w:t>57:53  to kafi log the.</w:t>
      </w:r>
      <w:r>
        <w:br/>
      </w:r>
      <w:r>
        <w:rPr>
          <w:sz w:val="20"/>
        </w:rPr>
        <w:t>57:59  uss waqt sab se kaha aap ne oont par sawaar ho kar ke ke dekho mere baad tum</w:t>
      </w:r>
      <w:r>
        <w:br/>
      </w:r>
      <w:r>
        <w:rPr>
          <w:sz w:val="20"/>
        </w:rPr>
        <w:t>58:05  log kafir na ho jana ke aapas mein ek doosre ki gardanein maarne lagoo.</w:t>
      </w:r>
      <w:r>
        <w:br/>
      </w:r>
      <w:r>
        <w:rPr>
          <w:sz w:val="20"/>
        </w:rPr>
        <w:t>58:11  is ke mani hain ke aapas mein aik gardan maarna, gun culture chalana, bomb culture chalana, suicide bombing karna, yeh sab apnay aap ko imaan se nikaal kar kufr ki taraf le aana hai. la tarjoo ba'di kuffara yadhrib ba'dhukum riqaba ba'dh kitni bari baat hai. aik warning di aap ne ke dekho mere baad aisa mat karna ke gardanein maarne lago, qatl</w:t>
      </w:r>
      <w:r>
        <w:br/>
      </w:r>
      <w:r>
        <w:rPr>
          <w:sz w:val="20"/>
        </w:rPr>
        <w:t>58:41  کرنے لگو، گن کلچر چلانے لگو۔</w:t>
      </w:r>
      <w:r>
        <w:br/>
      </w:r>
      <w:r>
        <w:rPr>
          <w:sz w:val="20"/>
        </w:rPr>
        <w:t>58:46  aisa karoge tum to tum Islam ko chhod kar dobara kufr ki taraf laut jaoge aur</w:t>
      </w:r>
      <w:r>
        <w:br/>
      </w:r>
      <w:r>
        <w:rPr>
          <w:sz w:val="20"/>
        </w:rPr>
        <w:t>58:51  Khuda ke haan tumhara anjaam Muslim ka anjaam nahi hoga.</w:t>
      </w:r>
      <w:r>
        <w:br/>
      </w:r>
      <w:r>
        <w:rPr>
          <w:sz w:val="20"/>
        </w:rPr>
        <w:t>58:56  to yeh bohat bari chitaawni hai.</w:t>
      </w:r>
      <w:r>
        <w:br/>
      </w:r>
      <w:r>
        <w:rPr>
          <w:sz w:val="20"/>
        </w:rPr>
        <w:t>59:01  hamein aman ke saath rehna hai aur tashaddud se aakhri had tak bachna hai.</w:t>
      </w:r>
      <w:r>
        <w:br/>
      </w:r>
      <w:r>
        <w:rPr>
          <w:sz w:val="20"/>
        </w:rPr>
        <w:t>59:06  yeh hai haj ki sp</w:t>
      </w:r>
      <w:r>
        <w:br/>
      </w:r>
      <w:r>
        <w:rPr>
          <w:sz w:val="20"/>
        </w:rPr>
        <w:t>59:12  irit, yahi hai hajj ka paigham. aqool qawli haza wa astaghfirullaha li walakum ajmaeen.</w:t>
      </w:r>
    </w:p>
    <w:p>
      <w:pPr>
        <w:pStyle w:val="Heading2"/>
      </w:pPr>
      <w:r>
        <w:t>The no-hatred formula illustrated through two real encounters</w:t>
      </w:r>
    </w:p>
    <w:p>
      <w:r>
        <w:rPr>
          <w:color w:val="666666"/>
          <w:sz w:val="18"/>
        </w:rPr>
        <w:t>A Talk by Maulana Given to The Members of Kashmir October 31, 2011 · 5m 14s · at 26:31 · https://youtu.be/WU9aSqw2rCs?t=1591</w:t>
      </w:r>
    </w:p>
    <w:p>
      <w:r>
        <w:rPr>
          <w:i/>
        </w:rPr>
        <w:t>“Dawat ka formula: kisi ke liye dil mein nafrat na ho”</w:t>
      </w:r>
    </w:p>
    <w:p>
      <w:r>
        <w:rPr>
          <w:sz w:val="20"/>
        </w:rPr>
        <w:t>26:31  ab inshallah woh khatam ho raha hai. main aap logon ko sirf aik hi, sirf yeh kahoon ga ke sab se aham baat kya hai dawat ke silsilay mein.</w:t>
      </w:r>
      <w:r>
        <w:br/>
      </w:r>
      <w:r>
        <w:rPr>
          <w:sz w:val="20"/>
        </w:rPr>
        <w:t>26:44  sab se aham baat yeh hai ke aap ke dil mein kisi ke liye nafrat na ho. sab se aham baat yeh super formula hai dawat ka.</w:t>
      </w:r>
      <w:r>
        <w:br/>
      </w:r>
      <w:r>
        <w:rPr>
          <w:sz w:val="20"/>
        </w:rPr>
        <w:t>26:58  nafrat ka matlab kya hai? ke chahe fareeq, chahe fareeq sani jo hai, woh aap ke sath acha sulook na kare,</w:t>
      </w:r>
      <w:r>
        <w:br/>
      </w:r>
      <w:r>
        <w:rPr>
          <w:sz w:val="20"/>
        </w:rPr>
        <w:t>27:10  bilfarz woh militancy chalaye, woh aap ko nuqsan pohanchaye, aap ke rastay mein rukawat dalay, kuch bhi ho, kuch bhi ho, kuch bhi ho, aap ke liye khair khwahi ka jazba khatam na ho.</w:t>
      </w:r>
      <w:r>
        <w:br/>
      </w:r>
      <w:r>
        <w:rPr>
          <w:sz w:val="20"/>
        </w:rPr>
        <w:t>27:25  kyun ke ma'duq ke liye momin ko hukum hai ke yak tarfa tor par is ka khair khwah banay. yak tarfa tor par.</w:t>
      </w:r>
      <w:r>
        <w:br/>
      </w:r>
      <w:r>
        <w:rPr>
          <w:sz w:val="20"/>
        </w:rPr>
        <w:t>27:35  yani is ka rawaiyya kuch bhi ho, is ka rawaiyya manfi ho, tab bhi aap ka rawaiyya musbat hona chahiye. is ka rawaiyya adawat ka ho, tab bhi aap ka rawaiyya dosti ka hona chahiye.</w:t>
      </w:r>
      <w:r>
        <w:br/>
      </w:r>
      <w:r>
        <w:rPr>
          <w:sz w:val="20"/>
        </w:rPr>
        <w:t>27:48  kyun? jab aap aisa karein ge to aap ko Allah ki madad aaye gi. Allah apne farishton ko bhejega aap ke paas.</w:t>
      </w:r>
      <w:r>
        <w:br/>
      </w:r>
      <w:r>
        <w:rPr>
          <w:sz w:val="20"/>
        </w:rPr>
        <w:t>27:58  aap ke rastay khulte chale jayen ge Allah ki madad se.</w:t>
      </w:r>
      <w:r>
        <w:br/>
      </w:r>
      <w:r>
        <w:rPr>
          <w:sz w:val="20"/>
        </w:rPr>
        <w:t>28:03  yaad rakhiye, nafrat Khuda ki madad ko door karti hai. aur jab insanon ka aap khair khwah banen, ban jayen Allah ke liye to Allah ki madad aap par toot parti hai.</w:t>
      </w:r>
      <w:r>
        <w:br/>
      </w:r>
      <w:r>
        <w:rPr>
          <w:sz w:val="20"/>
        </w:rPr>
        <w:t>28:21  to dawat ka sab se bara formula yahi hai.</w:t>
      </w:r>
      <w:r>
        <w:br/>
      </w:r>
      <w:r>
        <w:rPr>
          <w:sz w:val="20"/>
        </w:rPr>
        <w:t>28:27  aik bar main gaya kisi shehar mein India mein, wahan aik sahab ne kaha ke aap kya dawat dawat karte hain? hum bhi dawat, hum bhi dawat kar rahe hain.</w:t>
      </w:r>
      <w:r>
        <w:br/>
      </w:r>
      <w:r>
        <w:rPr>
          <w:sz w:val="20"/>
        </w:rPr>
        <w:t>28:39  main ne kaha ke aap dawat ko kya samajhte hain?</w:t>
      </w:r>
      <w:r>
        <w:br/>
      </w:r>
      <w:r>
        <w:rPr>
          <w:sz w:val="20"/>
        </w:rPr>
        <w:t>28:44  dawat ko aap kya samajhte hain?</w:t>
      </w:r>
      <w:r>
        <w:br/>
      </w:r>
      <w:r>
        <w:rPr>
          <w:sz w:val="20"/>
        </w:rPr>
        <w:t>28:52  insan ka khair khwah banna parta hai. dushman se bhi mohabbat karni parti hai. tab dawat ka aghaz hota hai.</w:t>
      </w:r>
      <w:r>
        <w:br/>
      </w:r>
      <w:r>
        <w:rPr>
          <w:sz w:val="20"/>
        </w:rPr>
        <w:t>29:03  hazrat Masih ne jo kaha tha ke "love your enemy" to woh dai ka formula hai. woh sirf Masih ka formula nahi hai. wohi Islam ka hai, wohi har mazhab ka hai, har nabbi ka hai.</w:t>
      </w:r>
      <w:r>
        <w:br/>
      </w:r>
      <w:r>
        <w:rPr>
          <w:sz w:val="20"/>
        </w:rPr>
        <w:t>29:15  bazaahir doosra fareeq dushman ho, bazaahir doosra fareeq jo hai aap ke khilaf karwai kar raha ho, kuch bhi kar raha ho, aap ko yak tarfa tor par is ka khair khwah banna hai.</w:t>
      </w:r>
      <w:r>
        <w:br/>
      </w:r>
      <w:r>
        <w:rPr>
          <w:sz w:val="20"/>
        </w:rPr>
        <w:t>29:30  main haal mein gaya tha America to wahan pe aik church mein mujhe bulaya gaya. church mein meri aik taqreer hui to taqreer ke baad aik aik Christian scholar khare hue,</w:t>
      </w:r>
      <w:r>
        <w:br/>
      </w:r>
      <w:r>
        <w:rPr>
          <w:sz w:val="20"/>
        </w:rPr>
        <w:t>29:43  unhon ne kaha ke</w:t>
      </w:r>
      <w:r>
        <w:br/>
      </w:r>
      <w:r>
        <w:rPr>
          <w:sz w:val="20"/>
        </w:rPr>
        <w:t>29:47  hamare haan Masih ki yeh taleem hai ke "love your enemy", apne dushman se mohabbat karo. kya is tarah ki koi taleem aap ke mazhab mein bhi hai?</w:t>
      </w:r>
      <w:r>
        <w:br/>
      </w:r>
      <w:r>
        <w:rPr>
          <w:sz w:val="20"/>
        </w:rPr>
        <w:t>30:01  to mein ne kaha ke haan. phir mein ne woh aayat parhi jo quran ki:</w:t>
      </w:r>
      <w:r>
        <w:br/>
      </w:r>
      <w:r>
        <w:rPr>
          <w:sz w:val="20"/>
        </w:rPr>
        <w:t>30:07  "la tasta b al hasanat fi yadh bain ka bnu adawatun kuntu waliyun hameem".</w:t>
      </w:r>
      <w:r>
        <w:br/>
      </w:r>
      <w:r>
        <w:rPr>
          <w:sz w:val="20"/>
        </w:rPr>
        <w:t>30:17  is ka matlab yeh hai ke agar kisi ko ab to apna dushman pao, tab bhi us ko dushman na samjho, us ko potential dost samjho, us ka acha sulook karo, us ko Allah ke deen ki dawat do, us ke liye duaen karo,</w:t>
      </w:r>
      <w:r>
        <w:br/>
      </w:r>
      <w:r>
        <w:rPr>
          <w:sz w:val="20"/>
        </w:rPr>
        <w:t>30:34  us ke khair khwah bano to woh tumhara woh dushman tumhara dost ban jayega.</w:t>
      </w:r>
      <w:r>
        <w:br/>
      </w:r>
      <w:r>
        <w:rPr>
          <w:sz w:val="20"/>
        </w:rPr>
        <w:t>30:43  to woh itna mutasir hue ke agle din jahan mein thehra hua tha to khud mujh se woh un ki ahliya dono milne ke liye aaye mujh se ke quran mein aisa bhi bataya gaya hai.</w:t>
      </w:r>
      <w:r>
        <w:br/>
      </w:r>
      <w:r>
        <w:rPr>
          <w:sz w:val="20"/>
        </w:rPr>
        <w:t>30:55  hum to samajhte hain ke quran mein tashaddud tashaddud hai. sab to quran le gaye. woh us waqt mein khwaja kalamuddin sahib thehra hua tha, wahan aaye.</w:t>
      </w:r>
      <w:r>
        <w:br/>
      </w:r>
      <w:r>
        <w:rPr>
          <w:sz w:val="20"/>
        </w:rPr>
        <w:t>31:04  woh unhon ne un ko quran diya, kuch aur kitaben deen, le gaye. woh</w:t>
      </w:r>
      <w:r>
        <w:br/>
      </w:r>
      <w:r>
        <w:rPr>
          <w:sz w:val="20"/>
        </w:rPr>
        <w:t>31:11  to logon ko yeh maloom nahi hai ke islam mohabbat aur khair khwahi ka mazhab hai, islam aman ka mazhab hai. yani Khuda ke deen ki image bigri hui hai.</w:t>
      </w:r>
      <w:r>
        <w:br/>
      </w:r>
      <w:r>
        <w:rPr>
          <w:sz w:val="20"/>
        </w:rPr>
        <w:t>31:26  aap ghor kijiye ke yeh kitna bara kaam hai ke aap Khuda ke deen ki image ko durust karen. kitni bari nemat intezar kar rahi hai in logon ka jo Khuda ke deen ke se dhabbe ko door karen.</w:t>
      </w:r>
    </w:p>
    <w:p>
      <w:pPr>
        <w:pStyle w:val="Heading2"/>
      </w:pPr>
      <w:r>
        <w:t>Analogy and degrees of observation for religious truth</w:t>
      </w:r>
    </w:p>
    <w:p>
      <w:r>
        <w:rPr>
          <w:color w:val="666666"/>
          <w:sz w:val="18"/>
        </w:rPr>
        <w:t>الكتاب المسموع الدين في مواجهة العلم iAmq nWtu 0 · 3m 54s · at 1:01 · https://youtu.be/mXaXQ5Niu-c?t=61</w:t>
      </w:r>
    </w:p>
    <w:p>
      <w:r>
        <w:rPr>
          <w:i/>
        </w:rPr>
        <w:t>“Inna mawqif 'ulama' al-adyan”</w:t>
      </w:r>
    </w:p>
    <w:p>
      <w:r>
        <w:rPr>
          <w:sz w:val="20"/>
        </w:rPr>
        <w:t>1:02  inna mawqif 'ulama' al-adyan al-qadima ashbah bi-rajul yaktub shaik la rasid lahu fi al-masraf,</w:t>
      </w:r>
      <w:r>
        <w:br/>
      </w:r>
      <w:r>
        <w:rPr>
          <w:sz w:val="20"/>
        </w:rPr>
        <w:t>1:11  fahum qad saghu 'ibarat la takmun wara'aha haqaiq 'ilmiyya, fa-'ibarat "al-haqiqa al-'ulya ghayr al-mutaghayyira" 'ibara sahiha nahwiyyan walakinaha</w:t>
      </w:r>
      <w:r>
        <w:br/>
      </w:r>
      <w:r>
        <w:rPr>
          <w:sz w:val="20"/>
        </w:rPr>
        <w:t>1:25  aqrab shay' ila shaik bila rasid haqiqi.</w:t>
      </w:r>
      <w:r>
        <w:br/>
      </w:r>
      <w:r>
        <w:rPr>
          <w:sz w:val="20"/>
        </w:rPr>
        <w:t>1:32  inna ara' man min hadha al-naw' ta'ni anna al-din la yastand ila ayi asas, fa-huwa la ya'du an yakun</w:t>
      </w:r>
      <w:r>
        <w:br/>
      </w:r>
      <w:r>
        <w:rPr>
          <w:sz w:val="20"/>
        </w:rPr>
        <w:t>1:41  mahd 'aqida, wa-dhalika li-anna amran ma la yusbih haqiqatan illa idha tamma ithbatuhu kharij 'alam al-'aqida al-dakhili.</w:t>
      </w:r>
      <w:r>
        <w:br/>
      </w:r>
      <w:r>
        <w:rPr>
          <w:sz w:val="20"/>
        </w:rPr>
        <w:t>1:54  fa mithlan law qala ahaduna: inna al majarrat al samawiyah laysat suhuban mushi'ah wa innamah majmu'at li nujumin kathirah, fa hadha al qawl laysa siwa 'aqidah dhatiyah li sahibihi.</w:t>
      </w:r>
      <w:r>
        <w:br/>
      </w:r>
      <w:r>
        <w:rPr>
          <w:sz w:val="20"/>
        </w:rPr>
        <w:t>2:14  amma idha ja'a bi al minzar al mukabbar wa makkana al akharin min mushahadat al nujum fi amkinat al suhub al mudhi'ah, fa inna hadhihi al 'aqidah satasbihu hin'idhin haqiqatan qabilah li mushahadat al jami'.</w:t>
      </w:r>
      <w:r>
        <w:br/>
      </w:r>
      <w:r>
        <w:rPr>
          <w:sz w:val="20"/>
        </w:rPr>
        <w:t>2:35  amma haqaiq al din fala yumkinu ijra' al tajrib 'alayha fi al 'alam al khariji, wa li hadha yu'tabar al din mujarrad da'wa aw mahd 'aqidah dakhiliyah la ghayr fi ra'y ha'ula'. wa linanqash hadha al iddi'a'.</w:t>
      </w:r>
      <w:r>
        <w:br/>
      </w:r>
      <w:r>
        <w:rPr>
          <w:sz w:val="20"/>
        </w:rPr>
        <w:t>2:58  inna hadha al-mi'yar al-istidlal alladhi sabaqa dhihruhu anfan yabdu wa-ka'annahu shay' wahid li-basatihi, walakin lahu darajat min al-nahiya</w:t>
      </w:r>
      <w:r>
        <w:br/>
      </w:r>
      <w:r>
        <w:rPr>
          <w:sz w:val="20"/>
        </w:rPr>
        <w:t>3:13  al-'amaliyya. awwalan: inna al-daraja al-ula li-hadha al-mi'yar huwa an yakun al-amr al-murad mushahadatuhu aw tajribatuhu fi mutanawal yadina</w:t>
      </w:r>
      <w:r>
        <w:br/>
      </w:r>
      <w:r>
        <w:rPr>
          <w:sz w:val="20"/>
        </w:rPr>
        <w:t>3:27  mubasharatan, ka-man yaqul inna al-ma' yahtawi 'ala ka'inat hayya.</w:t>
      </w:r>
      <w:r>
        <w:br/>
      </w:r>
      <w:r>
        <w:rPr>
          <w:sz w:val="20"/>
        </w:rPr>
        <w:t>3:34  wa-qad yata'ajjab ba'dhum min hadha al-qawl, walakin wad' al-minzar al-mukabbar 'ala qatara min al-ma' yu'akkid anna 'adadan kabiran</w:t>
      </w:r>
      <w:r>
        <w:br/>
      </w:r>
      <w:r>
        <w:rPr>
          <w:sz w:val="20"/>
        </w:rPr>
        <w:t>3:46  min hadhihi al-ka'inat al-hayya mawjud fi'lan fi al-ma'.</w:t>
      </w:r>
      <w:r>
        <w:br/>
      </w:r>
      <w:r>
        <w:rPr>
          <w:sz w:val="20"/>
        </w:rPr>
        <w:t>3:52  thaniyan: wa-al-daraja al-thaniya li-hadha al-qiyas huwa alla takun al-da'wa qabila kulliyyan lil-mushahada, bal yumkin mushahadat ba'd ajza'iha.</w:t>
      </w:r>
      <w:r>
        <w:br/>
      </w:r>
      <w:r>
        <w:rPr>
          <w:sz w:val="20"/>
        </w:rPr>
        <w:t>4:06  wa-'ala sabil al-mithal, fa-inna da'wat "al-ard kurawiyya" la yumkin an yushahidaha al-insan fi surat'iha al-kamilah,</w:t>
      </w:r>
      <w:r>
        <w:br/>
      </w:r>
      <w:r>
        <w:rPr>
          <w:sz w:val="20"/>
        </w:rPr>
        <w:t>4:18  illa annahu yastati'</w:t>
      </w:r>
      <w:r>
        <w:br/>
      </w:r>
      <w:r>
        <w:rPr>
          <w:sz w:val="20"/>
        </w:rPr>
        <w:t>4:20  an yushahid ajza' mukhtalifa tu'akkid haqiqat anna al-ard kurawiyya, wa-dhalika ka-an tatir 'aliyan thumma tusawwir al-ard bi-kamera muzawwada</w:t>
      </w:r>
      <w:r>
        <w:br/>
      </w:r>
      <w:r>
        <w:rPr>
          <w:sz w:val="20"/>
        </w:rPr>
        <w:t>4:35  bil-minzar, fa-inna al-ard satabdu laka kurawiyya fi al-sura tamam kama yabdu laka al-qamar.</w:t>
      </w:r>
      <w:r>
        <w:br/>
      </w:r>
      <w:r>
        <w:rPr>
          <w:sz w:val="20"/>
        </w:rPr>
        <w:t>4:45  wa-al-wadeh annahu laysa hadha illa juz'an min kurawiyyatiha, wa-laysa huwa al-sura al-kamilah laha.</w:t>
      </w:r>
      <w:r>
        <w:br/>
      </w:r>
      <w:r>
        <w:rPr>
          <w:sz w:val="20"/>
        </w:rPr>
        <w:t>4:55  thalithan: walakin al haqaiq allati nudrikuh bi wasitat al naw' al thani min al mushahadat laysat illa juz'an basitan min al haqaiq al ma'rufah lana.</w:t>
      </w:r>
    </w:p>
    <w:p>
      <w:pPr>
        <w:pStyle w:val="Heading2"/>
      </w:pPr>
      <w:r>
        <w:t>Hassan bin Thabit's poetry and the myth of killing blasphemers</w:t>
      </w:r>
    </w:p>
    <w:p>
      <w:r>
        <w:rPr>
          <w:color w:val="666666"/>
          <w:sz w:val="18"/>
        </w:rPr>
        <w:t>Islam in the Modern Age December 08, 2006 Maulana Wahiduddin Khan · 6m 06s · at 1:05:49 · https://youtu.be/sToYBVIXSxQ?t=3949</w:t>
      </w:r>
    </w:p>
    <w:p>
      <w:r>
        <w:rPr>
          <w:i/>
        </w:rPr>
        <w:t>“In the Prophet's time there was a poet named Hassan”</w:t>
      </w:r>
    </w:p>
    <w:p>
      <w:r>
        <w:rPr>
          <w:sz w:val="20"/>
        </w:rPr>
        <w:t>1:05:49  sab log is ko support dene lage. main akela tha jis ne is ko inkaar kiya ke yeh galat hai bilkul. maine ek kitaab likhi maine.</w:t>
      </w:r>
      <w:r>
        <w:br/>
      </w:r>
      <w:r>
        <w:rPr>
          <w:sz w:val="20"/>
        </w:rPr>
        <w:t>1:05:57  shatb-e-rasool ka masla. woh abhi tak urdu hi mein hai woh. to maine woh jitne hi dalail diye aate hain, woh sab dalail ko maine is mein kaha ke yeh sab galat dalail hain.</w:t>
      </w:r>
      <w:r>
        <w:br/>
      </w:r>
      <w:r>
        <w:rPr>
          <w:sz w:val="20"/>
        </w:rPr>
        <w:t>1:06:09  aur yeh out of context le le ke baaton ko kehte hain yeh. aur main aap se batata hoon ke woh kitaab aap parhiye. islam mein freedom of speech itni hi hai jitni ke west mein hai.</w:t>
      </w:r>
      <w:r>
        <w:br/>
      </w:r>
      <w:r>
        <w:rPr>
          <w:sz w:val="20"/>
        </w:rPr>
        <w:t>1:06:25  poori poori freedom of speech. aur chahe koi rasool Allah par gustakhi kare ya islam ke khilaf tanqeed kare, aap us ko qatl karne ka haq nahi rakhte islam ke mutabiq.</w:t>
      </w:r>
      <w:r>
        <w:br/>
      </w:r>
      <w:r>
        <w:rPr>
          <w:sz w:val="20"/>
        </w:rPr>
        <w:t>1:06:39  aap ko jo haq hai woh kya hai? woh sirf yeh hai ke is ka jawab de. ab main aap ko ek ek ek reference deta hoon yahan is baat ko samajhne ke liye.</w:t>
      </w:r>
      <w:r>
        <w:br/>
      </w:r>
      <w:r>
        <w:rPr>
          <w:sz w:val="20"/>
        </w:rPr>
        <w:t>1:06:49  rasool Allah ke zamane mein aisa hota tha ke ek saahab the, woh shayar the. yaani shayar the. un ka naam tha Hassan bin Sabit.</w:t>
      </w:r>
      <w:r>
        <w:br/>
      </w:r>
      <w:r>
        <w:rPr>
          <w:sz w:val="20"/>
        </w:rPr>
        <w:t>1:06:59  to Hassan bin Sabit jo hai, woh wahan ki jo masjid thi, us masjid mein ek mimbar rakha hota tha is tarah.</w:t>
      </w:r>
      <w:r>
        <w:br/>
      </w:r>
      <w:r>
        <w:rPr>
          <w:sz w:val="20"/>
        </w:rPr>
        <w:t>1:07:08  member ka matlab is tarah ki cheez. jaise yeh stool hai yeh. is par baith kar ke woh ashaar parhte the.</w:t>
      </w:r>
      <w:r>
        <w:br/>
      </w:r>
      <w:r>
        <w:rPr>
          <w:sz w:val="20"/>
        </w:rPr>
        <w:t>1:07:16  ab bataiye kitabon mein likha hua hai ke rasool Allah ki naat mein parhte the ashaar woh. rasool Allah ki shan mein qeeda qeeda parhte the woh. bilkul abstract baat yeh hai. cheez kya hai?</w:t>
      </w:r>
      <w:r>
        <w:br/>
      </w:r>
      <w:r>
        <w:rPr>
          <w:sz w:val="20"/>
        </w:rPr>
        <w:t>1:07:27  main ne likha hai is ko aap parh sakte hain. is zamane mein jo propaganda kiya jata hai Islam ke khilaf, is ka woh jawab de dete the.</w:t>
      </w:r>
      <w:r>
        <w:br/>
      </w:r>
      <w:r>
        <w:rPr>
          <w:sz w:val="20"/>
        </w:rPr>
        <w:t>1:07:35  ji haan. aap jante hain ke jab printing press nahi aaya tha to sab se zyada yaani shayari ko queen of art mana jata tha.</w:t>
      </w:r>
      <w:r>
        <w:br/>
      </w:r>
      <w:r>
        <w:rPr>
          <w:sz w:val="20"/>
        </w:rPr>
        <w:t>1:07:46  queen of art. printing press se pehle. to is zamane mein shayari jo thi, wahi goya ke is zamane ki journalism thi.</w:t>
      </w:r>
      <w:r>
        <w:br/>
      </w:r>
      <w:r>
        <w:rPr>
          <w:sz w:val="20"/>
        </w:rPr>
        <w:t>1:07:58  aaj aap kisi baat ko phailane ke liye aap yeh karte hain ke paper mein chhaap dete hain. aur sab jagah pahunch jata hai woh. us waqt to paper the nahi.</w:t>
      </w:r>
      <w:r>
        <w:br/>
      </w:r>
      <w:r>
        <w:rPr>
          <w:sz w:val="20"/>
        </w:rPr>
        <w:t>1:08:08  to log kehte the, shear mein kehte the baat ko. woh shear logon ko jaldi se yaad ho jata tha aur har taraf phail jata tha woh.</w:t>
      </w:r>
      <w:r>
        <w:br/>
      </w:r>
      <w:r>
        <w:rPr>
          <w:sz w:val="20"/>
        </w:rPr>
        <w:t>1:08:17  to is zamane ki jo poetry thi, goya ke is zamane ki journalism thi. is zamane ke papers the woh.</w:t>
      </w:r>
      <w:r>
        <w:br/>
      </w:r>
      <w:r>
        <w:rPr>
          <w:sz w:val="20"/>
        </w:rPr>
        <w:t>1:08:25  to rasool Allah ke zamane mein yeh Islam ke khilaf jo baatein woh karte the, to rasool Allah kehte the Hassan se ke tum un ka jawab do. woh is ke jawab mein ashaar kehte the aur madine ki jo masjid nabwi thi, wahan par member rakha tha to baith kar ke sunate the woh.</w:t>
      </w:r>
      <w:r>
        <w:br/>
      </w:r>
      <w:r>
        <w:rPr>
          <w:sz w:val="20"/>
        </w:rPr>
        <w:t>1:08:43  kis liye? taake saare musalman jo the, woh sun kar ke yaad kar lein. jagah jagah ja kar ke is ka is ke jawab mein, jaise aaj aap pamphlet pesh karte hain, kitab pesh karte hain,</w:t>
      </w:r>
      <w:r>
        <w:br/>
      </w:r>
      <w:r>
        <w:rPr>
          <w:sz w:val="20"/>
        </w:rPr>
        <w:t>1:08:55  is tarah se woh is ko pesh karte the woh. to woh haqeeqatan rasool Allah ki shan mein gustakhi ka jawab hota tha shayari ki zaban mein.</w:t>
      </w:r>
      <w:r>
        <w:br/>
      </w:r>
      <w:r>
        <w:rPr>
          <w:sz w:val="20"/>
        </w:rPr>
        <w:t>1:09:03  lekin kya bana diya kitabon mein? ke rasool Allah ki naat mein shear parhte the woh. rasool Allah ki tareef mein. ab bataiye ke jab is tareeqe se aap ne likh rakha ho to insan kaise samjhega is is baat ko?</w:t>
      </w:r>
      <w:r>
        <w:br/>
      </w:r>
      <w:r>
        <w:rPr>
          <w:sz w:val="20"/>
        </w:rPr>
        <w:t>1:09:18  ke agar kisi ne aap ke khilaf likha hai, aap bhi ek kitab likhiye, aap bhi ek article likhiye.</w:t>
      </w:r>
      <w:r>
        <w:br/>
      </w:r>
      <w:r>
        <w:rPr>
          <w:sz w:val="20"/>
        </w:rPr>
        <w:t>1:09:26  is mein koi rok rok nahi hai. jaise is zamane mein Denmark ke cartoon ka masla tha, to aap bhi is ke khilaf article likhiye.</w:t>
      </w:r>
      <w:r>
        <w:br/>
      </w:r>
      <w:r>
        <w:rPr>
          <w:sz w:val="20"/>
        </w:rPr>
        <w:t>1:09:36  Salman Rushdie ki kitab ka masla tha, aap bhi ek kitab likhiye. yeh hai rasool Allah ka tareeqa. to rasool Allah ke zamane mein Hassan bin Sabit jo the, woh yahi kaam karte the woh. lekin kitabon mein kya likh diya?</w:t>
      </w:r>
      <w:r>
        <w:br/>
      </w:r>
      <w:r>
        <w:rPr>
          <w:sz w:val="20"/>
        </w:rPr>
        <w:t>1:09:46  ke rasool Allah ki ki shan mein qeeda parhte the woh. jis ko naat kaha jata hai. naat matlab hota hai praise. yaani kitna distort kiya hai history ko logon ne.</w:t>
      </w:r>
      <w:r>
        <w:br/>
      </w:r>
      <w:r>
        <w:rPr>
          <w:sz w:val="20"/>
        </w:rPr>
        <w:t>1:09:58  yeh main ne discover kiya is is baat ko ke yeh bilkul base less baat hai ke koi rasool Allah ki shan mein gustakhi kare to maar dalo is ko.</w:t>
      </w:r>
      <w:r>
        <w:br/>
      </w:r>
      <w:r>
        <w:rPr>
          <w:sz w:val="20"/>
        </w:rPr>
        <w:t>1:10:07  nahi, Hassan bin Sabit wala tareeqa ikhtiyar karo. to woh shayari mein kehte the, kehte the, ab aap kitab likhiye, statement dijiye, pamphlet chhapiye, ab aap yeh kijiye.</w:t>
      </w:r>
      <w:r>
        <w:br/>
      </w:r>
      <w:r>
        <w:rPr>
          <w:sz w:val="20"/>
        </w:rPr>
        <w:t>1:10:21  maar dalo to koi baat hi nahi hui, yeh to bilkul base less baat thi.</w:t>
      </w:r>
      <w:r>
        <w:br/>
      </w:r>
      <w:r>
        <w:rPr>
          <w:sz w:val="20"/>
        </w:rPr>
        <w:t>1:10:27  main aksar kaha kehta hoon logon se ke is is baat ko sabit karne ke liye ek hadith chahiye ya Quran chahiye ke man shatama rasoolakum faqtulooh.</w:t>
      </w:r>
      <w:r>
        <w:br/>
      </w:r>
      <w:r>
        <w:rPr>
          <w:sz w:val="20"/>
        </w:rPr>
        <w:t>1:10:38  is tarah ke alfaaz mein ke man shatama rasoolakum faqtulooh. aisi koi na hadith hai, na koi Quran ki ayat hai. kahin bhi nahi hai. kahin bhi nahi hai.</w:t>
      </w:r>
      <w:r>
        <w:br/>
      </w:r>
      <w:r>
        <w:rPr>
          <w:sz w:val="20"/>
        </w:rPr>
        <w:t>1:10:48  to jo cheez sabit hoti hai, jo proof hoti hai, woh kya? agar tumhare khilaf koi bolta hai, koi rasool Allah ke khilaf bolta hai, Islam ke khilaf bolta hai, to aap is ke khilaf kitab likhiye, pamphlet chhapiye, akhbaron mein statement dijiye.</w:t>
      </w:r>
      <w:r>
        <w:br/>
      </w:r>
      <w:r>
        <w:rPr>
          <w:sz w:val="20"/>
        </w:rPr>
        <w:t>1:11:05  ya aap dialogue bhi kar sakte hain, aap dialogue kijiye. rasool Allah ne ek dialogue bhi kiya tha. madine ki masjid mein ek hua tha, us ko aap trialogue kar sakte hain.</w:t>
      </w:r>
      <w:r>
        <w:br/>
      </w:r>
      <w:r>
        <w:rPr>
          <w:sz w:val="20"/>
        </w:rPr>
        <w:t>1:11:14  trialogue</w:t>
      </w:r>
      <w:r>
        <w:br/>
      </w:r>
      <w:r>
        <w:rPr>
          <w:sz w:val="20"/>
        </w:rPr>
        <w:t>1:11:15  yeh teen mazhab ke log ikhatta hue the wahan. yaani musalman, muslim, christian aur jo teen religion ke log.</w:t>
      </w:r>
      <w:r>
        <w:br/>
      </w:r>
      <w:r>
        <w:rPr>
          <w:sz w:val="20"/>
        </w:rPr>
        <w:t>1:11:24  to is ko aap try log kar sakte hain. to aap ya to dialogue kijiye, discussion kijiye, ya aap kitaab likhiye.</w:t>
      </w:r>
      <w:r>
        <w:br/>
      </w:r>
      <w:r>
        <w:rPr>
          <w:sz w:val="20"/>
        </w:rPr>
        <w:t>1:11:35  yeh to koi principle hi nahi hai islam mein. kuch kuch is ka koi qanoon hi nahi hai ke aap koi agar islam ke khilaaf bolay ya rasool Allah ke khilaaf bolay to qatl kar daalo.</w:t>
      </w:r>
      <w:r>
        <w:br/>
      </w:r>
      <w:r>
        <w:rPr>
          <w:sz w:val="20"/>
        </w:rPr>
        <w:t>1:11:45  bilkul baseless baat yeh hai. lekin sab log mante hain is ko. saare ulma. saare ulma is ko mante hain. aur phir moti moti kitaabein likhi gayi hain.</w:t>
      </w:r>
    </w:p>
    <w:p>
      <w:pPr>
        <w:pStyle w:val="Heading2"/>
      </w:pPr>
      <w:r>
        <w:t>Nature's law: manage problems, don't try to eliminate them</w:t>
      </w:r>
    </w:p>
    <w:p>
      <w:r>
        <w:rPr>
          <w:color w:val="666666"/>
          <w:sz w:val="18"/>
        </w:rPr>
        <w:t>Importance of Sabr March 23, 2007 · 4m 11s · at 8:21 · https://youtu.be/duCjMIqqfgA?t=501</w:t>
      </w:r>
    </w:p>
    <w:p>
      <w:r>
        <w:rPr>
          <w:i/>
        </w:rPr>
        <w:t>“The world around us is a demonstration of this law of nature”</w:t>
      </w:r>
    </w:p>
    <w:p>
      <w:r>
        <w:rPr>
          <w:sz w:val="20"/>
        </w:rPr>
        <w:t>8:21  the world around us is a demonstration of this law of nature.</w:t>
      </w:r>
      <w:r>
        <w:br/>
      </w:r>
      <w:r>
        <w:rPr>
          <w:sz w:val="20"/>
        </w:rPr>
        <w:t>8:32  this is a law of nature. problem management is a law of nature, and nature has given an illustration.</w:t>
      </w:r>
      <w:r>
        <w:br/>
      </w:r>
      <w:r>
        <w:rPr>
          <w:sz w:val="20"/>
        </w:rPr>
        <w:t>8:46  nature, you can find a demonstration of this law of nature. how? see the stream.</w:t>
      </w:r>
      <w:r>
        <w:br/>
      </w:r>
      <w:r>
        <w:rPr>
          <w:sz w:val="20"/>
        </w:rPr>
        <w:t>8:58  stream the flowing water. you know, stream starts.</w:t>
      </w:r>
      <w:r>
        <w:br/>
      </w:r>
      <w:r>
        <w:rPr>
          <w:sz w:val="20"/>
        </w:rPr>
        <w:t>9:09  is running from the top of the mountain.</w:t>
      </w:r>
      <w:r>
        <w:br/>
      </w:r>
      <w:r>
        <w:rPr>
          <w:sz w:val="20"/>
        </w:rPr>
        <w:t>9:15  then it flows down to the valley.</w:t>
      </w:r>
      <w:r>
        <w:br/>
      </w:r>
      <w:r>
        <w:rPr>
          <w:sz w:val="20"/>
        </w:rPr>
        <w:t>9:22  so, in its path, there are so many stones and boulders.</w:t>
      </w:r>
      <w:r>
        <w:br/>
      </w:r>
      <w:r>
        <w:rPr>
          <w:sz w:val="20"/>
        </w:rPr>
        <w:t>9:36  then what is the way of stream</w:t>
      </w:r>
      <w:r>
        <w:br/>
      </w:r>
      <w:r>
        <w:rPr>
          <w:sz w:val="20"/>
        </w:rPr>
        <w:t>9:42  ? stream never try to remove all these stones. like obstacles.</w:t>
      </w:r>
      <w:r>
        <w:br/>
      </w:r>
      <w:r>
        <w:rPr>
          <w:sz w:val="20"/>
        </w:rPr>
        <w:t>9:57  stream is not method of a stream to remove all these obstacles.</w:t>
      </w:r>
      <w:r>
        <w:br/>
      </w:r>
      <w:r>
        <w:rPr>
          <w:sz w:val="20"/>
        </w:rPr>
        <w:t>10:09  but stream adopts the method of avoidance, keeping aside all these.</w:t>
      </w:r>
      <w:r>
        <w:br/>
      </w:r>
      <w:r>
        <w:rPr>
          <w:sz w:val="20"/>
        </w:rPr>
        <w:t>10:20  it flows by keeping aside all these obstacles, all these stones and boulders. so, this is the illustration given in the nature.</w:t>
      </w:r>
      <w:r>
        <w:br/>
      </w:r>
      <w:r>
        <w:rPr>
          <w:sz w:val="20"/>
        </w:rPr>
        <w:t>10:40  this illustration give you a lesson that try to manage the problems.</w:t>
      </w:r>
      <w:r>
        <w:br/>
      </w:r>
      <w:r>
        <w:rPr>
          <w:sz w:val="20"/>
        </w:rPr>
        <w:t>10:51  dont try to eliminate the problems.</w:t>
      </w:r>
      <w:r>
        <w:br/>
      </w:r>
      <w:r>
        <w:rPr>
          <w:sz w:val="20"/>
        </w:rPr>
        <w:t>10:57  you know, stream is a natural phenomena or divine phenomena.</w:t>
      </w:r>
      <w:r>
        <w:br/>
      </w:r>
      <w:r>
        <w:rPr>
          <w:sz w:val="20"/>
        </w:rPr>
        <w:t>11:07  stream is a divine phenomena or natural phenomena.</w:t>
      </w:r>
      <w:r>
        <w:br/>
      </w:r>
      <w:r>
        <w:rPr>
          <w:sz w:val="20"/>
        </w:rPr>
        <w:t>11:11  stream adopts the culture of avoidance,</w:t>
      </w:r>
      <w:r>
        <w:br/>
      </w:r>
      <w:r>
        <w:rPr>
          <w:sz w:val="20"/>
        </w:rPr>
        <w:t>11:25  and by avoiding all those stones and boulders, it flows and flows and flows until it reaches to its destination.</w:t>
      </w:r>
      <w:r>
        <w:br/>
      </w:r>
      <w:r>
        <w:rPr>
          <w:sz w:val="20"/>
        </w:rPr>
        <w:t>11:34  this is the lesson in the nature. this is a restriction by nature.</w:t>
      </w:r>
      <w:r>
        <w:br/>
      </w:r>
      <w:r>
        <w:rPr>
          <w:sz w:val="20"/>
        </w:rPr>
        <w:t>11:42  this is a demonstration by nature how to do. we have to adopt this culture of patience and avoidance and adjustment.</w:t>
      </w:r>
      <w:r>
        <w:br/>
      </w:r>
      <w:r>
        <w:rPr>
          <w:sz w:val="20"/>
        </w:rPr>
        <w:t>11:57  so, confrontation is not solution. confrontation will create some more problems. confrontation will aggregate the problems.</w:t>
      </w:r>
      <w:r>
        <w:br/>
      </w:r>
      <w:r>
        <w:rPr>
          <w:sz w:val="20"/>
        </w:rPr>
        <w:t>12:11  so, confrontation is not solution.</w:t>
      </w:r>
      <w:r>
        <w:br/>
      </w:r>
      <w:r>
        <w:rPr>
          <w:sz w:val="20"/>
        </w:rPr>
        <w:t>12:18  so, one who want to achieve success in this world, he must adopt this avoidance culture, this law of nature.</w:t>
      </w:r>
    </w:p>
    <w:p>
      <w:pPr>
        <w:pStyle w:val="Heading2"/>
      </w:pPr>
      <w:r>
        <w:t>Islamic definition of terrorism and patience</w:t>
      </w:r>
    </w:p>
    <w:p>
      <w:r>
        <w:rPr>
          <w:color w:val="666666"/>
          <w:sz w:val="18"/>
        </w:rPr>
        <w:t>Shantum Seth Group Q&amp;A EL 02 Feb, 08 - Maulana Wahiduddin Khan · 3m 03s · at 10:06 · https://youtu.be/97Uy6wSnQp8?t=606</w:t>
      </w:r>
    </w:p>
    <w:p>
      <w:r>
        <w:rPr>
          <w:i/>
        </w:rPr>
        <w:t>“What is your view on terrorism?”</w:t>
      </w:r>
    </w:p>
    <w:p>
      <w:r>
        <w:rPr>
          <w:sz w:val="20"/>
        </w:rPr>
        <w:t>10:06  What is your view on terrorism specifically with respect to the WTC incident?</w:t>
      </w:r>
      <w:r>
        <w:br/>
      </w:r>
      <w:r>
        <w:rPr>
          <w:sz w:val="20"/>
        </w:rPr>
        <w:t>10:15  I think that in Islam, you find a very, very clear definition of terrorism. People are confused on this subject.</w:t>
      </w:r>
      <w:r>
        <w:br/>
      </w:r>
      <w:r>
        <w:rPr>
          <w:sz w:val="20"/>
        </w:rPr>
        <w:t>10:28  You cannot find a consensus about the definition of terrorism. But in Islam, you can find a very, very clear definition,</w:t>
      </w:r>
      <w:r>
        <w:br/>
      </w:r>
      <w:r>
        <w:rPr>
          <w:sz w:val="20"/>
        </w:rPr>
        <w:t>10:41  and that is the use of arms by agencies other than the state. That is terrorism.</w:t>
      </w:r>
      <w:r>
        <w:br/>
      </w:r>
      <w:r>
        <w:rPr>
          <w:sz w:val="20"/>
        </w:rPr>
        <w:t>10:53  Because there is a well-accepted principle in Islam</w:t>
      </w:r>
      <w:r>
        <w:br/>
      </w:r>
      <w:r>
        <w:rPr>
          <w:sz w:val="20"/>
        </w:rPr>
        <w:t>10:59  that is الرحيل للامام. It means that to go to war is a prerogative of the state.</w:t>
      </w:r>
      <w:r>
        <w:br/>
      </w:r>
      <w:r>
        <w:rPr>
          <w:sz w:val="20"/>
        </w:rPr>
        <w:t>11:16  So no organization, no agency is allowed to go to war except the state.</w:t>
      </w:r>
      <w:r>
        <w:br/>
      </w:r>
      <w:r>
        <w:rPr>
          <w:sz w:val="20"/>
        </w:rPr>
        <w:t>11:28  By this definition, you can say that all those activities, all those violent activities</w:t>
      </w:r>
      <w:r>
        <w:br/>
      </w:r>
      <w:r>
        <w:rPr>
          <w:sz w:val="20"/>
        </w:rPr>
        <w:t>11:38  that are conducted by agencies other than the state, that is terrorism.</w:t>
      </w:r>
      <w:r>
        <w:br/>
      </w:r>
      <w:r>
        <w:rPr>
          <w:sz w:val="20"/>
        </w:rPr>
        <w:t>11:45  So I can say that according to Islamic teachings, there is only one war, that is defensive war.</w:t>
      </w:r>
      <w:r>
        <w:br/>
      </w:r>
      <w:r>
        <w:rPr>
          <w:sz w:val="20"/>
        </w:rPr>
        <w:t>11:58  And as far as the people are concerned, people are free. They are allowed to struggle for their</w:t>
      </w:r>
      <w:r>
        <w:br/>
      </w:r>
      <w:r>
        <w:rPr>
          <w:sz w:val="20"/>
        </w:rPr>
        <w:t>12:16  goals, but they have no option other than to adopt a peaceful method.</w:t>
      </w:r>
      <w:r>
        <w:br/>
      </w:r>
      <w:r>
        <w:rPr>
          <w:sz w:val="20"/>
        </w:rPr>
        <w:t>12:28  Peaceful method. No excuse whatsoever allows to adopt violence or suicide bombing.</w:t>
      </w:r>
      <w:r>
        <w:br/>
      </w:r>
      <w:r>
        <w:rPr>
          <w:sz w:val="20"/>
        </w:rPr>
        <w:t>12:38  All these things are completely unlawful in Islam.</w:t>
      </w:r>
      <w:r>
        <w:br/>
      </w:r>
      <w:r>
        <w:rPr>
          <w:sz w:val="20"/>
        </w:rPr>
        <w:t>12:44  If you see that you cannot achieve the goal by a peaceful method, then you have to keep patience, الصبر.</w:t>
      </w:r>
      <w:r>
        <w:br/>
      </w:r>
      <w:r>
        <w:rPr>
          <w:sz w:val="20"/>
        </w:rPr>
        <w:t>12:53  صبر means patience. So either there are only two options. Either you keep patience or adopt peaceful activism.</w:t>
      </w:r>
      <w:r>
        <w:br/>
      </w:r>
      <w:r>
        <w:rPr>
          <w:sz w:val="20"/>
        </w:rPr>
        <w:t>13:06  There is no third option for you.</w:t>
      </w:r>
    </w:p>
    <w:p>
      <w:pPr>
        <w:pStyle w:val="Heading2"/>
      </w:pPr>
      <w:r>
        <w:t>Personal idealism and political status quo</w:t>
      </w:r>
    </w:p>
    <w:p>
      <w:r>
        <w:rPr>
          <w:color w:val="666666"/>
          <w:sz w:val="18"/>
        </w:rPr>
        <w:t>Islam and Politics November 17, 2013 · 5m 59s · at 5:10 · https://youtu.be/2MiJJ1QzDRY?t=310</w:t>
      </w:r>
    </w:p>
    <w:p>
      <w:r>
        <w:rPr>
          <w:i/>
        </w:rPr>
        <w:t>“Ek hoti hai aadmi ki apni private life”</w:t>
      </w:r>
    </w:p>
    <w:p>
      <w:r>
        <w:rPr>
          <w:sz w:val="20"/>
        </w:rPr>
        <w:t>5:10  ek hoti hai aadmi ki apni private zindagi, ek hoti hai social ya political life.</w:t>
      </w:r>
      <w:r>
        <w:br/>
      </w:r>
      <w:r>
        <w:rPr>
          <w:sz w:val="20"/>
        </w:rPr>
        <w:t>5:19  to aadmi ki apni zindagi jo hai, wahan to kisi se aap ko poochna nahin hai. aap jaise chahen waise apne ghar mein rahen.</w:t>
      </w:r>
      <w:r>
        <w:br/>
      </w:r>
      <w:r>
        <w:rPr>
          <w:sz w:val="20"/>
        </w:rPr>
        <w:t>5:30  yani Allah ko aap ek manen to kisi se aap ko poochna nahin hai. aap namaz padhen, aap Quran padhen, aap marifat hasil karne ki koshish karen, aap tadabbur aur tafakkur karen.</w:t>
      </w:r>
      <w:r>
        <w:br/>
      </w:r>
      <w:r>
        <w:rPr>
          <w:sz w:val="20"/>
        </w:rPr>
        <w:t>5:45  aap insanon ki hidayat ke liye duayen karen, apne liye Allah se hidayat mangen. to is mein aap ko kisi se takrana nahin hai.</w:t>
      </w:r>
      <w:r>
        <w:br/>
      </w:r>
      <w:r>
        <w:rPr>
          <w:sz w:val="20"/>
        </w:rPr>
        <w:t>5:56  apne ghar mein is deen ko aap ikhtiyar kar sakte hain. aur iqamat e deen yahi hai. Quran majeed mein jo lafz aya hai iqamat e deen to is ka matlab yahi hai ke apne aap ko deen e khuda wandi par qaim karo.</w:t>
      </w:r>
      <w:r>
        <w:br/>
      </w:r>
      <w:r>
        <w:rPr>
          <w:sz w:val="20"/>
        </w:rPr>
        <w:t>6:12  yeh iqamat e deen haqeeqat mein aadmi ki apni zaati zindagi ke liye hai. ke aap ko Allah ki daryaft ho, Allah se mohabbat ho aap ko, Allah se khauf karen aap.</w:t>
      </w:r>
      <w:r>
        <w:br/>
      </w:r>
      <w:r>
        <w:rPr>
          <w:sz w:val="20"/>
        </w:rPr>
        <w:t>6:25  aap jannat o jahannum ke baray mein sochen. aap acha akhlaq ikhtiyar karen, logon ke liye khair khwah hon. apni zindagi mein aap amant dari ikhtiyar karen, sach bolen.</w:t>
      </w:r>
      <w:r>
        <w:br/>
      </w:r>
      <w:r>
        <w:rPr>
          <w:sz w:val="20"/>
        </w:rPr>
        <w:t>6:41  yeh sari chezen jo hain iqamat-e-deen hain. is mein aap ko kisi se takrana hai, na kisi se nafrat karna hai, na koi aap se larne ke liye aye ga.</w:t>
      </w:r>
      <w:r>
        <w:br/>
      </w:r>
      <w:r>
        <w:rPr>
          <w:sz w:val="20"/>
        </w:rPr>
        <w:t>6:56  private life har aadmi guzar raha hai baghair is ke ke us ko kisi se ladna paray.</w:t>
      </w:r>
      <w:r>
        <w:br/>
      </w:r>
      <w:r>
        <w:rPr>
          <w:sz w:val="20"/>
        </w:rPr>
        <w:t>7:03  chahe secular life ho ya religious life ho. lekin jab aap system ki baat karte hain to foran takrao shuru ho jata hai.</w:t>
      </w:r>
      <w:r>
        <w:br/>
      </w:r>
      <w:r>
        <w:rPr>
          <w:sz w:val="20"/>
        </w:rPr>
        <w:t>7:13  kyun ke aap jis mulk mein rahen wahan par aik system hoga. India ka aik system, Sri Lanka ka aik system, Britain, Germany, France, Africa ka system, har jagah aik system hai.</w:t>
      </w:r>
      <w:r>
        <w:br/>
      </w:r>
      <w:r>
        <w:rPr>
          <w:sz w:val="20"/>
        </w:rPr>
        <w:t>7:29  dunya mein taqreeban 200 countries hain to har jagah ka aik system aik hai. ab aap agar yeh aqeedah bana len ke mujhe system ko Islamize karna hai to foran takrao shuru ho.</w:t>
      </w:r>
      <w:r>
        <w:br/>
      </w:r>
      <w:r>
        <w:rPr>
          <w:sz w:val="20"/>
        </w:rPr>
        <w:t>7:45  agar aap ka aqeedah yeh ho ke mujhe apne aap ko Islamize karna hai to koi takrao nahin. iqamat-e-deen ka matlab hai apne aap ko Islamize karo.</w:t>
      </w:r>
      <w:r>
        <w:br/>
      </w:r>
      <w:r>
        <w:rPr>
          <w:sz w:val="20"/>
        </w:rPr>
        <w:t>7:56  lekin jab aap mukammal deen aur system ki baaten karen, political Islam ki baat karen to kya hoga? aap jis mulk mein hain wahin aap dekhen ke aik mukhtalif type ka wahan par system qaim hai.</w:t>
      </w:r>
      <w:r>
        <w:br/>
      </w:r>
      <w:r>
        <w:rPr>
          <w:sz w:val="20"/>
        </w:rPr>
        <w:t>8:12  aik nizam qaim hai. to apne aqeeday ke rooh se aap zaroor samjhen ge ke mein is system ko badlun. is nizam ko badlun. to kya hai?</w:t>
      </w:r>
      <w:r>
        <w:br/>
      </w:r>
      <w:r>
        <w:rPr>
          <w:sz w:val="20"/>
        </w:rPr>
        <w:t>8:22  kya woh aadmi kahe ga haan aap badal do? zahir hai ke woh resist kare ga. jab resist kare ga to takrao shuru ho jaye ga. yahi wajah hai ke sari dunya mein musalmanon ka zehan jo hai violent ban gaya.</w:t>
      </w:r>
      <w:r>
        <w:br/>
      </w:r>
      <w:r>
        <w:rPr>
          <w:sz w:val="20"/>
        </w:rPr>
        <w:t>8:36  takrao ka zehan. is bomb marte hain, gun marte hain. kyun ke unhein system ko badalna hai. hatta ke jo Muslim countries hain wahan bhi woh gun marte hain, bomb marte hain.</w:t>
      </w:r>
      <w:r>
        <w:br/>
      </w:r>
      <w:r>
        <w:rPr>
          <w:sz w:val="20"/>
        </w:rPr>
        <w:t>8:47  kyun ke wahan bhi unhein system ko badalna hai. wahan bhi jo system hai Muslim countries mein wahan bhi sochte hain ke yeh to in ka jo apna model hai Islamic system ka us ke khilaf dikhai deta hai in ko.</w:t>
      </w:r>
      <w:r>
        <w:br/>
      </w:r>
      <w:r>
        <w:rPr>
          <w:sz w:val="20"/>
        </w:rPr>
        <w:t>9:03  to is ko badalne ke liye wahan un se matanfir ho gaye hain aur un ke khilaf bhi karwai karte hain. to dekhen sab se bari evil jo is waqt musalmanon par masallat hai woh hai yeh tasawwur ke Islam mukammal nizam hai, Islam complete system hai,</w:t>
      </w:r>
      <w:r>
        <w:br/>
      </w:r>
      <w:r>
        <w:rPr>
          <w:sz w:val="20"/>
        </w:rPr>
        <w:t>9:25  Islam deen shamil o kamil ka tasawwur jo hai yeh hai.</w:t>
      </w:r>
      <w:r>
        <w:br/>
      </w:r>
      <w:r>
        <w:rPr>
          <w:sz w:val="20"/>
        </w:rPr>
        <w:t>9:33  yeh tazeen yaani yeh yeh shaitan ki tazeen hai. mein samajhta hoon ke shaitan ne bohat si tazeenen ki hain dunya mein.</w:t>
      </w:r>
      <w:r>
        <w:br/>
      </w:r>
      <w:r>
        <w:rPr>
          <w:sz w:val="20"/>
        </w:rPr>
        <w:t>9:43  Adam ko bhi is ne tazeen mein mubtala kiya. lekin super tazeen ghaleban yahi hai Islam ka political interpretation.</w:t>
      </w:r>
      <w:r>
        <w:br/>
      </w:r>
      <w:r>
        <w:rPr>
          <w:sz w:val="20"/>
        </w:rPr>
        <w:t>9:52  super tazeen hai yeh. poori history mein itni bari tazeen shaitan nahin kar paya tha jitni bari aaj kya hai. kyun ke yeh bohat beautiful lafz hai.</w:t>
      </w:r>
      <w:r>
        <w:br/>
      </w:r>
      <w:r>
        <w:rPr>
          <w:sz w:val="20"/>
        </w:rPr>
        <w:t>10:02  bohat hi beautiful term hai yeh. lekin woh beautiful term sari evil ki jar hai.</w:t>
      </w:r>
      <w:r>
        <w:br/>
      </w:r>
      <w:r>
        <w:rPr>
          <w:sz w:val="20"/>
        </w:rPr>
        <w:t>10:14  to Islam ne kya tasawwur diya hai? Islam ne yeh tasawwur diya hai ke bohat hi practical tasawwur hai Islam ka.</w:t>
      </w:r>
      <w:r>
        <w:br/>
      </w:r>
      <w:r>
        <w:rPr>
          <w:sz w:val="20"/>
        </w:rPr>
        <w:t>10:24  bohat practical.</w:t>
      </w:r>
      <w:r>
        <w:br/>
      </w:r>
      <w:r>
        <w:rPr>
          <w:sz w:val="20"/>
        </w:rPr>
        <w:t>10:28  apni zaat ke maamle mein iqamat-e-deen, system ke maamle mein usool o khair.</w:t>
      </w:r>
      <w:r>
        <w:br/>
      </w:r>
      <w:r>
        <w:rPr>
          <w:sz w:val="20"/>
        </w:rPr>
        <w:t>10:39  apni zaat ke maamle mein usool kis se karen ge aap? kisi aur hoga us se usool karen ge? deen ki iqamat to apne aap par karna hai. lekin jab usool ki baat hogi to doosre se hogi woh.</w:t>
      </w:r>
      <w:r>
        <w:br/>
      </w:r>
      <w:r>
        <w:rPr>
          <w:sz w:val="20"/>
        </w:rPr>
        <w:t>10:52  to Quran ne jo tasawwur diya hai woh hai apni zaat ke maamle mein iqamat-e-deen aur system ke maamle mein usool o khair. yaani is ko agar lafz badlun mein kahoon to mein kahoon ga ke apni zaat ke maamle mein idealism,</w:t>
      </w:r>
    </w:p>
    <w:p>
      <w:pPr>
        <w:pStyle w:val="Heading2"/>
      </w:pPr>
      <w:r>
        <w:t>Islam targets individual not system</w:t>
      </w:r>
    </w:p>
    <w:p>
      <w:r>
        <w:rPr>
          <w:color w:val="666666"/>
          <w:sz w:val="18"/>
        </w:rPr>
        <w:t>Q&amp;A 13 Nov 2011 · 3m 19s · at 9:40 · https://youtu.be/oOZ9h37_pL8?t=580</w:t>
      </w:r>
    </w:p>
    <w:p>
      <w:r>
        <w:rPr>
          <w:i/>
        </w:rPr>
        <w:t>“Dekhiye yeh nizam wali baat na Quran mein hai na hadith mein”</w:t>
      </w:r>
    </w:p>
    <w:p>
      <w:r>
        <w:rPr>
          <w:sz w:val="20"/>
        </w:rPr>
        <w:t>9:40  hum Islam ki khusoosiyat mein is se kam par kaise raazi ho sakte hain? wazahat farmayen. dekhiye yeh nizam wali baat na Quran mein hai na Hadees mein.</w:t>
      </w:r>
      <w:r>
        <w:br/>
      </w:r>
      <w:r>
        <w:rPr>
          <w:sz w:val="20"/>
        </w:rPr>
        <w:t>9:52  yeh to kuch logon ne nikal rakha hai so called Islamist ne. yeh kahan Quran mein</w:t>
      </w:r>
      <w:r>
        <w:br/>
      </w:r>
      <w:r>
        <w:rPr>
          <w:sz w:val="20"/>
        </w:rPr>
        <w:t>9:57  hai? haan Hadees mein hai. sari duniya mein adl ka nizam, sari duniya mein qist ka nizam. yeh to hai hi nahin. yeh to hai hi nahin.</w:t>
      </w:r>
      <w:r>
        <w:br/>
      </w:r>
      <w:r>
        <w:rPr>
          <w:sz w:val="20"/>
        </w:rPr>
        <w:t>10:07  jo baat Quran mein hai woh sirf yeh hai ke logon ko logon ke andar marifat paida karo, logon ke andar</w:t>
      </w:r>
      <w:r>
        <w:br/>
      </w:r>
      <w:r>
        <w:rPr>
          <w:sz w:val="20"/>
        </w:rPr>
        <w:t>10:15  yani Khuda wali soch paida karo. yani afraad ko nishana banaya gaya hai, bataya gaya hai Quran Hadees mein.</w:t>
      </w:r>
      <w:r>
        <w:br/>
      </w:r>
      <w:r>
        <w:rPr>
          <w:sz w:val="20"/>
        </w:rPr>
        <w:t>10:25  sare aalami samaj ko nahin. afraad jitne banenge usi lehaz se samaj banega.</w:t>
      </w:r>
      <w:r>
        <w:br/>
      </w:r>
      <w:r>
        <w:rPr>
          <w:sz w:val="20"/>
        </w:rPr>
        <w:t>10:34  to yeh yeh nizam wali baat jo hai yeh Quran Hadees se nahin li gayi hai. yeh jab communist ka communist philosophy jab phaili to yeh communist ne nikala nizam.</w:t>
      </w:r>
      <w:r>
        <w:br/>
      </w:r>
      <w:r>
        <w:rPr>
          <w:sz w:val="20"/>
        </w:rPr>
        <w:t>10:48  nizam ke baad darasal communist ideology se nikli.</w:t>
      </w:r>
      <w:r>
        <w:br/>
      </w:r>
      <w:r>
        <w:rPr>
          <w:sz w:val="20"/>
        </w:rPr>
        <w:t>10:52  ek zamane mein meri naujawani ke zamane mein har aadmi communist hua karta tha.</w:t>
      </w:r>
      <w:r>
        <w:br/>
      </w:r>
      <w:r>
        <w:rPr>
          <w:sz w:val="20"/>
        </w:rPr>
        <w:t>11:02  har aadmi communist ki baaten karta tha. is zamane mein mere do saathi the Ali Hammad Abbasi aur Khalil ur Rehman Azmi.</w:t>
      </w:r>
      <w:r>
        <w:br/>
      </w:r>
      <w:r>
        <w:rPr>
          <w:sz w:val="20"/>
        </w:rPr>
        <w:t>11:12  to meri soch to mazhabi thi lekin woh mujh se milta tha. woh bhi wahi baaten karte the. woh taraqqi pasand adab ke afraad the woh.</w:t>
      </w:r>
      <w:r>
        <w:br/>
      </w:r>
      <w:r>
        <w:rPr>
          <w:sz w:val="20"/>
        </w:rPr>
        <w:t>11:22  yani progressive group. progressive group kya</w:t>
      </w:r>
      <w:r>
        <w:br/>
      </w:r>
      <w:r>
        <w:rPr>
          <w:sz w:val="20"/>
        </w:rPr>
        <w:t>11:25  tha? woh ijtamai group hota tha. to ek zamane mein yeh ek fashion ban gaya tha ke aisa nizam, waisa nizam.</w:t>
      </w:r>
      <w:r>
        <w:br/>
      </w:r>
      <w:r>
        <w:rPr>
          <w:sz w:val="20"/>
        </w:rPr>
        <w:t>11:35  is fashion ko main samajhta hoon ke yeh yeh yeh masahhat musalmanon ne ki, kuch masahhat yeh</w:t>
      </w:r>
      <w:r>
        <w:br/>
      </w:r>
      <w:r>
        <w:rPr>
          <w:sz w:val="20"/>
        </w:rPr>
        <w:t>11:44  jinhon ne Islam ko nizam ke roop mein pesh kiya unhon ne masahhat kiya. pehle zamane mein masahhat hoti thi to doosre din ki. is zamane mein yeh nizami masahhat hai.</w:t>
      </w:r>
      <w:r>
        <w:br/>
      </w:r>
      <w:r>
        <w:rPr>
          <w:sz w:val="20"/>
        </w:rPr>
        <w:t>11:54  nizam ka tasawwur jo hai sab se pehle communist ideology ne diya, socialist ideology ne diya.</w:t>
      </w:r>
      <w:r>
        <w:br/>
      </w:r>
      <w:r>
        <w:rPr>
          <w:sz w:val="20"/>
        </w:rPr>
        <w:t>12:02  ya democracy mein aaya hai. to democratic nizam, jamhuri nizam, ejtemai nizam, socialist nizam yeh yeh democratic philosophers aur socialist philosophers ne yeh cheezein paida keen.</w:t>
      </w:r>
      <w:r>
        <w:br/>
      </w:r>
      <w:r>
        <w:rPr>
          <w:sz w:val="20"/>
        </w:rPr>
        <w:t>12:19  pehlay aisa nahi tha.</w:t>
      </w:r>
      <w:r>
        <w:br/>
      </w:r>
      <w:r>
        <w:rPr>
          <w:sz w:val="20"/>
        </w:rPr>
        <w:t>12:21  to isi ke mazaharat ke taur par musalmanon mein kuch log paida ho gaye ke islami nizam, islami nizam, islami nizam. baghair is ke ke quran mein ghhor karte hue quran ka naqsha batata hai.</w:t>
      </w:r>
      <w:r>
        <w:br/>
      </w:r>
      <w:r>
        <w:rPr>
          <w:sz w:val="20"/>
        </w:rPr>
        <w:t>12:34  mazaharat ke taur par yeh lak khadi ho gayi hai. to mein samajhta hoon ke yeh sahi nahi hai. is ki correction ki zaroorat hai.</w:t>
      </w:r>
      <w:r>
        <w:br/>
      </w:r>
      <w:r>
        <w:rPr>
          <w:sz w:val="20"/>
        </w:rPr>
        <w:t>12:42  aur mabni par fard hai islam ka nishana na ke mabni par nizam. islam ki jo tehreek hai, islam ki jo dawat hai woh uska nishana aslan fard hota hai na ke nizam.</w:t>
      </w:r>
    </w:p>
    <w:p>
      <w:pPr>
        <w:pStyle w:val="Heading2"/>
      </w:pPr>
      <w:r>
        <w:t>the etiquettes of a gathering (majlis) in Islam</w:t>
      </w:r>
    </w:p>
    <w:p>
      <w:r>
        <w:rPr>
          <w:color w:val="666666"/>
          <w:sz w:val="18"/>
        </w:rPr>
        <w:t>The Concept of Jihad In Islam May 25, 2008 · 4m 34s · at 1:22:46 · https://youtu.be/UJ6cY-A3tDs?t=4966</w:t>
      </w:r>
    </w:p>
    <w:p>
      <w:r>
        <w:rPr>
          <w:i/>
        </w:rPr>
        <w:t>“Aaj kal main dekhta hoon ke majlis ke aadaab nahi jaante log”</w:t>
      </w:r>
    </w:p>
    <w:p>
      <w:r>
        <w:rPr>
          <w:sz w:val="20"/>
        </w:rPr>
        <w:t>1:22:46  this question is from Maulana Zikwan. what are the etiquettes of majlis?</w:t>
      </w:r>
      <w:r>
        <w:br/>
      </w:r>
      <w:r>
        <w:rPr>
          <w:sz w:val="20"/>
        </w:rPr>
        <w:t>1:22:56  aaj kal mein dekhta hoon k majlis ke, yani jis ko kehte hain adab majlis, nahi jante log. mislan ab hum log yahan bethe hue hain, aik aadmi aata hai, kehta hai "assalam o alaikum" zor se.</w:t>
      </w:r>
      <w:r>
        <w:br/>
      </w:r>
      <w:r>
        <w:rPr>
          <w:sz w:val="20"/>
        </w:rPr>
        <w:t>1:23:10  yani aisa israf karna bhi haram hai. bhai, aap disturb kyun karte hain logon ko? bhai, chup chap aa k baith jaiye.</w:t>
      </w:r>
      <w:r>
        <w:br/>
      </w:r>
      <w:r>
        <w:rPr>
          <w:sz w:val="20"/>
        </w:rPr>
        <w:t>1:23:20  kai bar mein dekhta hoon k kuch log baaten kar rahe hain, bethe hue hain. aik aadmi ayega, zor se "assalam o alaikum" kahega.</w:t>
      </w:r>
      <w:r>
        <w:br/>
      </w:r>
      <w:r>
        <w:rPr>
          <w:sz w:val="20"/>
        </w:rPr>
        <w:t>1:23:27  to mein kahungi, yeh "assalam o alaikum" kehna bhi arabi hai, bhai, haraam hai. yaad rakhiye, is tareeqay se do chaar aadmi baatein kar rahe hain, do aadmi baat kar rahe hain.</w:t>
      </w:r>
      <w:r>
        <w:br/>
      </w:r>
      <w:r>
        <w:rPr>
          <w:sz w:val="20"/>
        </w:rPr>
        <w:t>1:23:41  ab ek teesra aadmi khwamkhwah is mein interfere karega. bhai, is se tum se jab poocha jata hai to bolo, baghair poochay tum kyun bol rahe ho? ke do aadmi baith rahe hain, aapas mein baat kar rahe hain.</w:t>
      </w:r>
      <w:r>
        <w:br/>
      </w:r>
      <w:r>
        <w:rPr>
          <w:sz w:val="20"/>
        </w:rPr>
        <w:t>1:23:52  teesra aadmi sune, bohat se woh sune. jab tak is se poocha nahi jata to bolna nahi chahiye is ko.</w:t>
      </w:r>
      <w:r>
        <w:br/>
      </w:r>
      <w:r>
        <w:rPr>
          <w:sz w:val="20"/>
        </w:rPr>
        <w:t>1:23:57  woh khwamkhwah bolega, woh interfere karega is mein. to majlis ke aadab jo hain, yeh koi aisi cheez nahi hai.</w:t>
      </w:r>
      <w:r>
        <w:br/>
      </w:r>
      <w:r>
        <w:rPr>
          <w:sz w:val="20"/>
        </w:rPr>
        <w:t>1:24:06  is ke liye aap ko, yaani master degree leni ho, aap thoda sa apne ko, yaani woh kijiye,</w:t>
      </w:r>
      <w:r>
        <w:br/>
      </w:r>
      <w:r>
        <w:rPr>
          <w:sz w:val="20"/>
        </w:rPr>
        <w:t>1:24:18  phir control kijiye. to aap samajh jayenge ke mujhe yahan kya karna chahiye.</w:t>
      </w:r>
      <w:r>
        <w:br/>
      </w:r>
      <w:r>
        <w:rPr>
          <w:sz w:val="20"/>
        </w:rPr>
        <w:t>1:24:25  mere paas aksar telephone aata hai to woh khud hi aadmi bole, chala jaye, bole, chala jaye, bole, chala jaye. poochna padta hai ke bhai, aap ne sunanay ke liye telephone kiya ya sunnay ke liye telephone kiya? mujhe poochna padta hai is se ke aap ne sunanay ke liye telephone kiya ya sunnay ke liye telephone kiya?</w:t>
      </w:r>
      <w:r>
        <w:br/>
      </w:r>
      <w:r>
        <w:rPr>
          <w:sz w:val="20"/>
        </w:rPr>
        <w:t>1:24:42  bas bol rahe hain, bol rahe hain, bol rahe hain. aur kai baar aisa hota hai ke woh bila soch samjhe telephone karta hai.</w:t>
      </w:r>
      <w:r>
        <w:br/>
      </w:r>
      <w:r>
        <w:rPr>
          <w:sz w:val="20"/>
        </w:rPr>
        <w:t>1:24:51  aadmi</w:t>
      </w:r>
      <w:r>
        <w:br/>
      </w:r>
      <w:r>
        <w:rPr>
          <w:sz w:val="20"/>
        </w:rPr>
        <w:t>1:24:53  to mein logon se kehta hoon ke bhai, pehle soch samajh kar ke mind mein rakh lijiye ke aap ko kya poochna hai mujh se specific tor par, phir telephone kijiye.</w:t>
      </w:r>
      <w:r>
        <w:br/>
      </w:r>
      <w:r>
        <w:rPr>
          <w:sz w:val="20"/>
        </w:rPr>
        <w:t>1:25:06  yaani kisi maamle mein logon ke andar koi discipline nahi hai, koi unhein etiquette ka pata nahi hai, kyunke soch samajh kar kaam karte nahi, bila soch samjhe kaam karte hain.</w:t>
      </w:r>
      <w:r>
        <w:br/>
      </w:r>
      <w:r>
        <w:rPr>
          <w:sz w:val="20"/>
        </w:rPr>
        <w:t>1:25:22  to majlis ke etiquette ya majlis ke aadab jo hain, woh koi tedhi cheez nahi hai. sirf yeh hai ke hum thoda careful ho jayen, sochein, soch kar kaam karna janein to hum khud hi jaan lenge ke hamein kya kya karna hai, kya nahi karna hai.</w:t>
      </w:r>
      <w:r>
        <w:br/>
      </w:r>
      <w:r>
        <w:rPr>
          <w:sz w:val="20"/>
        </w:rPr>
        <w:t>1:25:39  koi aisi mushkil cheez nahi hai. yeh ab maslan aksar mein aaj kal mein jalson mein bohat kam jana kam kar diya hai.</w:t>
      </w:r>
      <w:r>
        <w:br/>
      </w:r>
      <w:r>
        <w:rPr>
          <w:sz w:val="20"/>
        </w:rPr>
        <w:t>1:25:49  mein ne wahan kya hota hai?</w:t>
      </w:r>
      <w:r>
        <w:br/>
      </w:r>
      <w:r>
        <w:rPr>
          <w:sz w:val="20"/>
        </w:rPr>
        <w:t>1:25:51  wahan baar baar stage pe baitha hua aadmi bolega ke aap ko das minute, woh aadha ghanta bole chale ja rahe hain. mein ne kisi ko paya nahi ab tak jo theek theek time limit jo us ke us mein bole.</w:t>
      </w:r>
      <w:r>
        <w:br/>
      </w:r>
      <w:r>
        <w:rPr>
          <w:sz w:val="20"/>
        </w:rPr>
        <w:t>1:26:08  paanch minute ka hai to 15 minute bolega, das minute ka hai to aadha ghanta bolega. koi discipline nahi, koi control nahi.</w:t>
      </w:r>
      <w:r>
        <w:br/>
      </w:r>
      <w:r>
        <w:rPr>
          <w:sz w:val="20"/>
        </w:rPr>
        <w:t>1:26:17  bas yahi yeh sab majlis ke aadab ke khilaaf hai.</w:t>
      </w:r>
      <w:r>
        <w:br/>
      </w:r>
      <w:r>
        <w:rPr>
          <w:sz w:val="20"/>
        </w:rPr>
        <w:t>1:26:21  yeh bhi yaad rakhiye ke haraam hai. log samajhte hain ke bas khinzir khana haraam hai aur sharab peena haraam hai. yeh sab cheezein apni haraam mein hi shamil hain.</w:t>
      </w:r>
      <w:r>
        <w:br/>
      </w:r>
      <w:r>
        <w:rPr>
          <w:sz w:val="20"/>
        </w:rPr>
        <w:t>1:26:34  ji haan, haraam ki do category hain. ek woh category hai jo yaani bilkul quran mein bata di gayi hai, aur doosri category woh hai jo aap apni aql se jaan sakte hain.</w:t>
      </w:r>
      <w:r>
        <w:br/>
      </w:r>
      <w:r>
        <w:rPr>
          <w:sz w:val="20"/>
        </w:rPr>
        <w:t>1:26:51  is liye hadith mein aata hai: "astaftee qalbuka" apne aap se fatwa pooch lo, common sense se jaan lo. to ek haraam woh hai jo shariat mein naam le kar bata diya gaya.</w:t>
      </w:r>
      <w:r>
        <w:br/>
      </w:r>
      <w:r>
        <w:rPr>
          <w:sz w:val="20"/>
        </w:rPr>
        <w:t>1:27:03  ek haraam woh hai jo aap ko common sense batayega. agar aap serious hon, agar aap sincere hon to. to mein kahunga ke hamare saathi jo hain, jo log yahan aate hain, is hawalay se bohat koshish ho jayen, bohat koshish.</w:t>
      </w:r>
    </w:p>
    <w:p>
      <w:pPr>
        <w:pStyle w:val="Heading2"/>
      </w:pPr>
      <w:r>
        <w:t>Life goal, peace, and message to youth</w:t>
      </w:r>
    </w:p>
    <w:p>
      <w:r>
        <w:rPr>
          <w:color w:val="666666"/>
          <w:sz w:val="18"/>
        </w:rPr>
        <w:t>Manoj Tibrewal Aakash interviewed Maulana Wahiduddin Khan, Spiritual Leader for DD News's Ek Mulaqat · 3m 48s · at 22:33 · https://youtu.be/uCSW2YZmlS0?t=1353</w:t>
      </w:r>
    </w:p>
    <w:p>
      <w:r>
        <w:rPr>
          <w:i/>
        </w:rPr>
        <w:t>“My life goal is that peace and spirituality come in the world.”</w:t>
      </w:r>
    </w:p>
    <w:p>
      <w:r>
        <w:rPr>
          <w:sz w:val="20"/>
        </w:rPr>
        <w:t>22:33  maulana sahab, aapke jeevan ka lakshya kya hai?</w:t>
      </w:r>
      <w:r>
        <w:br/>
      </w:r>
      <w:r>
        <w:rPr>
          <w:sz w:val="20"/>
        </w:rPr>
        <w:t>22:37  mera jeevan ka lakshya hai ki duniya mein peace aaye.</w:t>
      </w:r>
      <w:r>
        <w:br/>
      </w:r>
      <w:r>
        <w:rPr>
          <w:sz w:val="20"/>
        </w:rPr>
        <w:t>22:41  aur spirituality aaye.</w:t>
      </w:r>
      <w:r>
        <w:br/>
      </w:r>
      <w:r>
        <w:rPr>
          <w:sz w:val="20"/>
        </w:rPr>
        <w:t>22:45  kyun main is par zor deta hoon ki jo sachchai hai, sabse badi sachchai to Khuda hai.</w:t>
      </w:r>
      <w:r>
        <w:br/>
      </w:r>
      <w:r>
        <w:rPr>
          <w:sz w:val="20"/>
        </w:rPr>
        <w:t>22:49  hamein Khuda ko paana hai.</w:t>
      </w:r>
      <w:r>
        <w:br/>
      </w:r>
      <w:r>
        <w:rPr>
          <w:sz w:val="20"/>
        </w:rPr>
        <w:t>22:53  is se badi to koi sachchai nahi hai.</w:t>
      </w:r>
      <w:r>
        <w:br/>
      </w:r>
      <w:r>
        <w:rPr>
          <w:sz w:val="20"/>
        </w:rPr>
        <w:t>22:57  lekin Khuda ko paane ke liye zaroori hai ki hamara environment jo hai, usmein peace ho.</w:t>
      </w:r>
      <w:r>
        <w:br/>
      </w:r>
      <w:r>
        <w:rPr>
          <w:sz w:val="20"/>
        </w:rPr>
        <w:t>23:01  hamari soch mein spiritual tareeqa ho.</w:t>
      </w:r>
      <w:r>
        <w:br/>
      </w:r>
      <w:r>
        <w:rPr>
          <w:sz w:val="20"/>
        </w:rPr>
        <w:t>23:06  jab tak hamare andar spirituality nahi aayegi aur mahaul mein peace nahi hoga, hum Khuda ko pa nahi sakte.</w:t>
      </w:r>
      <w:r>
        <w:br/>
      </w:r>
      <w:r>
        <w:rPr>
          <w:sz w:val="20"/>
        </w:rPr>
        <w:t>23:10  sabse badi sachchai bilashuba Khuda hai, lekin Khuda ko paane ke liye zaroori hai ki hamare andar positive thinking ho.</w:t>
      </w:r>
      <w:r>
        <w:br/>
      </w:r>
      <w:r>
        <w:rPr>
          <w:sz w:val="20"/>
        </w:rPr>
        <w:t>23:14  aur hamare, yani jo jis mahaul mein hum reh rahe hain, usmein peace ho.</w:t>
      </w:r>
      <w:r>
        <w:br/>
      </w:r>
      <w:r>
        <w:rPr>
          <w:sz w:val="20"/>
        </w:rPr>
        <w:t>23:18  ye hai mera lakshya.</w:t>
      </w:r>
      <w:r>
        <w:br/>
      </w:r>
      <w:r>
        <w:rPr>
          <w:sz w:val="20"/>
        </w:rPr>
        <w:t>23:22  insaan ko main khuda tak hi pahunchana chahta hoon.</w:t>
      </w:r>
      <w:r>
        <w:br/>
      </w:r>
      <w:r>
        <w:rPr>
          <w:sz w:val="20"/>
        </w:rPr>
        <w:t>23:26  lekin khuda tak pahunchane ke liye zaroori hai ki uske andar positive thinking ho.</w:t>
      </w:r>
      <w:r>
        <w:br/>
      </w:r>
      <w:r>
        <w:rPr>
          <w:sz w:val="20"/>
        </w:rPr>
        <w:t>23:30  aur wo peaceful mahol usko hasil ho.</w:t>
      </w:r>
      <w:r>
        <w:br/>
      </w:r>
      <w:r>
        <w:rPr>
          <w:sz w:val="20"/>
        </w:rPr>
        <w:t>23:35  aapka janm Azamgarh mein hua. aur Azamgarh se nikal kar aap na sirf Delhi balki duniya bhar mein jo hai, shanti ka sandesh pahunchane ka kaam kar rahe hain. kaise aapka rujhan hua ki aapko samajik kshetra mein apna jeevan bitana hai?</w:t>
      </w:r>
      <w:r>
        <w:br/>
      </w:r>
      <w:r>
        <w:rPr>
          <w:sz w:val="20"/>
        </w:rPr>
        <w:t>23:48  ye to dekhiye, unnees saintaalis ke baad hua tha.</w:t>
      </w:r>
      <w:r>
        <w:br/>
      </w:r>
      <w:r>
        <w:rPr>
          <w:sz w:val="20"/>
        </w:rPr>
        <w:t>23:52  aap jante hain ki unnees saintaalis ke baad india mein communal right shuru ho gaye.</w:t>
      </w:r>
      <w:r>
        <w:br/>
      </w:r>
      <w:r>
        <w:rPr>
          <w:sz w:val="20"/>
        </w:rPr>
        <w:t>23:56  aur nafrat badh gayi.</w:t>
      </w:r>
      <w:r>
        <w:br/>
      </w:r>
      <w:r>
        <w:rPr>
          <w:sz w:val="20"/>
        </w:rPr>
        <w:t>24:00  tashaddud badh gaya.</w:t>
      </w:r>
      <w:r>
        <w:br/>
      </w:r>
      <w:r>
        <w:rPr>
          <w:sz w:val="20"/>
        </w:rPr>
        <w:t>24:04  aur mahatma gandhi ne apne aap ko isi mein dedicate kar diya tha.</w:t>
      </w:r>
      <w:r>
        <w:br/>
      </w:r>
      <w:r>
        <w:rPr>
          <w:sz w:val="20"/>
        </w:rPr>
        <w:t>24:08  mahatma gandhi ye chahte the ki unnees saintaalis ke baad ki apne aap ko poori tarah laga dein</w:t>
      </w:r>
      <w:r>
        <w:br/>
      </w:r>
      <w:r>
        <w:rPr>
          <w:sz w:val="20"/>
        </w:rPr>
        <w:t>24:12  desh mein shanti lane ke liye.</w:t>
      </w:r>
      <w:r>
        <w:br/>
      </w:r>
      <w:r>
        <w:rPr>
          <w:sz w:val="20"/>
        </w:rPr>
        <w:t>24:16  اگر گولی، گولی نا ماری گئی ہو تو ان کو، تو ان کا مشن وہی ہوتا ہے جو میرا مشن ہے۔</w:t>
      </w:r>
      <w:r>
        <w:br/>
      </w:r>
      <w:r>
        <w:rPr>
          <w:sz w:val="20"/>
        </w:rPr>
        <w:t>24:20  maine abhi ek article likha hai.</w:t>
      </w:r>
      <w:r>
        <w:br/>
      </w:r>
      <w:r>
        <w:rPr>
          <w:sz w:val="20"/>
        </w:rPr>
        <w:t>24:24  uska yahi maine usmein dikhaya ki main gandhi ke mission ko revive kar raha hoon.</w:t>
      </w:r>
      <w:r>
        <w:br/>
      </w:r>
      <w:r>
        <w:rPr>
          <w:sz w:val="20"/>
        </w:rPr>
        <w:t>24:28  kyunki gandhi bhi dekhiye, ye mante the sab badi sachchai khuda hai.</w:t>
      </w:r>
      <w:r>
        <w:br/>
      </w:r>
      <w:r>
        <w:rPr>
          <w:sz w:val="20"/>
        </w:rPr>
        <w:t>24:32  lekin sachchai, khuda ki sachchai tak pahunchne ke liye rasta kya hai?</w:t>
      </w:r>
      <w:r>
        <w:br/>
      </w:r>
      <w:r>
        <w:rPr>
          <w:sz w:val="20"/>
        </w:rPr>
        <w:t>24:36  positive thinking hai aur peace hai. jab tak yeh sab nahi hoga, toh hum ek jungle mein phanse rahenge aur Khuda tak nahi pahunchenge. aakhri sawal, desh ke naujawanon ko aapka sandesh kya hai?</w:t>
      </w:r>
      <w:r>
        <w:br/>
      </w:r>
      <w:r>
        <w:rPr>
          <w:sz w:val="20"/>
        </w:rPr>
        <w:t>24:47  desh ke naujawanon ko mera sandesh ye hai ki sab kuch chhodkar sirf padho.</w:t>
      </w:r>
      <w:r>
        <w:br/>
      </w:r>
      <w:r>
        <w:rPr>
          <w:sz w:val="20"/>
        </w:rPr>
        <w:t>24:51  padho, padho, padho.</w:t>
      </w:r>
      <w:r>
        <w:br/>
      </w:r>
      <w:r>
        <w:rPr>
          <w:sz w:val="20"/>
        </w:rPr>
        <w:t>24:55  strike aur bharat band aur yaani road activism aur jitna bhi ye sab ho raha hai desh mein</w:t>
      </w:r>
      <w:r>
        <w:br/>
      </w:r>
      <w:r>
        <w:rPr>
          <w:sz w:val="20"/>
        </w:rPr>
        <w:t>24:59  aaye din, jisko aap dekhte hain, wo sab kuch chodo.</w:t>
      </w:r>
      <w:r>
        <w:br/>
      </w:r>
      <w:r>
        <w:rPr>
          <w:sz w:val="20"/>
        </w:rPr>
        <w:t>25:03  sab kuch chhod do.</w:t>
      </w:r>
      <w:r>
        <w:br/>
      </w:r>
      <w:r>
        <w:rPr>
          <w:sz w:val="20"/>
        </w:rPr>
        <w:t>25:08  mahatma gandhi ne us zamane mein jabki yahan british the, to unhone ye tareeka ikhtiyar kiya tha hadtal wagairah ka.</w:t>
      </w:r>
      <w:r>
        <w:br/>
      </w:r>
      <w:r>
        <w:rPr>
          <w:sz w:val="20"/>
        </w:rPr>
        <w:t>25:12  abhi bhi usi par log kayam hain.</w:t>
      </w:r>
      <w:r>
        <w:br/>
      </w:r>
      <w:r>
        <w:rPr>
          <w:sz w:val="20"/>
        </w:rPr>
        <w:t>25:16  wo zamana khatm ho gaya.</w:t>
      </w:r>
      <w:r>
        <w:br/>
      </w:r>
      <w:r>
        <w:rPr>
          <w:sz w:val="20"/>
        </w:rPr>
        <w:t>25:20  ab sab kuch chhod do.</w:t>
      </w:r>
      <w:r>
        <w:br/>
      </w:r>
      <w:r>
        <w:rPr>
          <w:sz w:val="20"/>
        </w:rPr>
        <w:t>25:24  no hadtal, no strike, no road activism. bas padhai.</w:t>
      </w:r>
      <w:r>
        <w:br/>
      </w:r>
      <w:r>
        <w:rPr>
          <w:sz w:val="20"/>
        </w:rPr>
        <w:t>25:29  abhi dekhiye, abhi ek akhbar mein chhaapa hai ke duniya ki ek sau top ki universityon ka, us mein</w:t>
      </w:r>
      <w:r>
        <w:br/>
      </w:r>
      <w:r>
        <w:rPr>
          <w:sz w:val="20"/>
        </w:rPr>
        <w:t>25:33  ek bhi india ki university nahi hai.</w:t>
      </w:r>
      <w:r>
        <w:br/>
      </w:r>
      <w:r>
        <w:rPr>
          <w:sz w:val="20"/>
        </w:rPr>
        <w:t>25:37  ek bhi india ki university nahi hai top hundred mein.</w:t>
      </w:r>
      <w:r>
        <w:br/>
      </w:r>
      <w:r>
        <w:rPr>
          <w:sz w:val="20"/>
        </w:rPr>
        <w:t>25:41  to kyu padhne ke log padhne par dhyan kam dete hain aur ye sab baatein kar rahe hain?</w:t>
      </w:r>
      <w:r>
        <w:br/>
      </w:r>
      <w:r>
        <w:rPr>
          <w:sz w:val="20"/>
        </w:rPr>
        <w:t>25:46  toh main naujawanon ko kahunga sab kuch chhod do, sab kuch chhod do, padho, padho, padho, padho. India ka har aadmi jo hai rubber bane. har aadmi jo hai nobel prize le. har aadmi ek zamana tha ki India mein ilm bahut zyada tha. India ne duniya ko aap jaante hain ki zero diya. India ne duniya ko science di. ab kya hai?</w:t>
      </w:r>
      <w:r>
        <w:br/>
      </w:r>
      <w:r>
        <w:rPr>
          <w:sz w:val="20"/>
        </w:rPr>
        <w:t>26:11  ab, ab jhagda fasa zyada hai. toh main yahi kahunga aur aajkal naujawanon se kahunga ki har cheez chhod do aur sirf padhai mein saara dhyan apna laga do.</w:t>
      </w:r>
      <w:r>
        <w:br/>
      </w:r>
      <w:r>
        <w:rPr>
          <w:sz w:val="20"/>
        </w:rPr>
        <w:t>26:21  ji, bahut-bahut dhanyawad Doordarshan se is khoobsurat baatcheet ke liye Maulana saahab. toh yeh the desh ke jaane-maane Islami vidwan Maulana Wahiduddin Khan ji, jinhone hamare tamam sawalon ka bebaki ke saath jawab diya. agle hafte aapse phir mulaqat hogi theek isi samay aapke apne lokpriya karyakram ek mulaqat mein desh ki ek aur badi hasti ke saath. tab tak namaskar.</w:t>
      </w:r>
    </w:p>
    <w:p>
      <w:pPr>
        <w:pStyle w:val="Heading2"/>
      </w:pPr>
      <w:r>
        <w:t>Hadith-based marriage advice: accept no spouse is ideal</w:t>
      </w:r>
    </w:p>
    <w:p>
      <w:r>
        <w:rPr>
          <w:color w:val="666666"/>
          <w:sz w:val="18"/>
        </w:rPr>
        <w:t>The Status of Women in Islam (English) February 28, 2007 Maulana Wahiduddin Khan · 3m 41s · at 1:04:15 · https://youtu.be/pSLnXzYImXo?t=3855</w:t>
      </w:r>
    </w:p>
    <w:p>
      <w:r>
        <w:rPr>
          <w:i/>
        </w:rPr>
        <w:t>“Then there is a very important hadith”</w:t>
      </w:r>
    </w:p>
    <w:p>
      <w:r>
        <w:rPr>
          <w:sz w:val="20"/>
        </w:rPr>
        <w:t>1:04:15  Then, there is a very important hadith</w:t>
      </w:r>
      <w:r>
        <w:br/>
      </w:r>
      <w:r>
        <w:rPr>
          <w:sz w:val="20"/>
        </w:rPr>
        <w:t>1:04:22  das hadith addresses to husband.</w:t>
      </w:r>
      <w:r>
        <w:br/>
      </w:r>
      <w:r>
        <w:rPr>
          <w:sz w:val="20"/>
        </w:rPr>
        <w:t>1:04:28  you know, when</w:t>
      </w:r>
      <w:r>
        <w:br/>
      </w:r>
      <w:r>
        <w:rPr>
          <w:sz w:val="20"/>
        </w:rPr>
        <w:t>1:04:31  a man and woman</w:t>
      </w:r>
      <w:r>
        <w:br/>
      </w:r>
      <w:r>
        <w:rPr>
          <w:sz w:val="20"/>
        </w:rPr>
        <w:t>1:04:35  are together in marriage</w:t>
      </w:r>
      <w:r>
        <w:br/>
      </w:r>
      <w:r>
        <w:rPr>
          <w:sz w:val="20"/>
        </w:rPr>
        <w:t>1:04:39  and start living together,</w:t>
      </w:r>
      <w:r>
        <w:br/>
      </w:r>
      <w:r>
        <w:rPr>
          <w:sz w:val="20"/>
        </w:rPr>
        <w:t>1:04:44  then sometimes there are differences, controversies.</w:t>
      </w:r>
      <w:r>
        <w:br/>
      </w:r>
      <w:r>
        <w:rPr>
          <w:sz w:val="20"/>
        </w:rPr>
        <w:t>1:04:52  So this hadith says: "Fa in kariha minha shay'un raziya minhu akhar." This hadith addresses to husband that if you find that in your wife, there are some dislikes.</w:t>
      </w:r>
      <w:r>
        <w:br/>
      </w:r>
      <w:r>
        <w:rPr>
          <w:sz w:val="20"/>
        </w:rPr>
        <w:t>1:05:14  So you have to see, you have to see the things in a greater, in a deeper sense, because God created men or women with great potential</w:t>
      </w:r>
      <w:r>
        <w:br/>
      </w:r>
      <w:r>
        <w:rPr>
          <w:sz w:val="20"/>
        </w:rPr>
        <w:t>1:05:32  in some respect. Maybe your wife is not fulfilling your desires, but in some other sense,</w:t>
      </w:r>
      <w:r>
        <w:br/>
      </w:r>
      <w:r>
        <w:rPr>
          <w:sz w:val="20"/>
        </w:rPr>
        <w:t>1:05:45  you will find that she is very competent, very very competent.</w:t>
      </w:r>
      <w:r>
        <w:br/>
      </w:r>
      <w:r>
        <w:rPr>
          <w:sz w:val="20"/>
        </w:rPr>
        <w:t>1:05:55  So it is also a very important principle of successful marriage.</w:t>
      </w:r>
      <w:r>
        <w:br/>
      </w:r>
      <w:r>
        <w:rPr>
          <w:sz w:val="20"/>
        </w:rPr>
        <w:t>1:06:04  according to the nature, no man or woman are ideal person. there is no such thing as ideal husband or ideal wife.</w:t>
      </w:r>
      <w:r>
        <w:br/>
      </w:r>
      <w:r>
        <w:rPr>
          <w:sz w:val="20"/>
        </w:rPr>
        <w:t>1:06:18  every human being is less than ideal.</w:t>
      </w:r>
      <w:r>
        <w:br/>
      </w:r>
      <w:r>
        <w:rPr>
          <w:sz w:val="20"/>
        </w:rPr>
        <w:t>1:06:24  so both are less than ideal. to this principle is applied to the both</w:t>
      </w:r>
      <w:r>
        <w:br/>
      </w:r>
      <w:r>
        <w:rPr>
          <w:sz w:val="20"/>
        </w:rPr>
        <w:t>1:06:34  . both have to understand, have to see the things in a wider sense.</w:t>
      </w:r>
      <w:r>
        <w:br/>
      </w:r>
      <w:r>
        <w:rPr>
          <w:sz w:val="20"/>
        </w:rPr>
        <w:t>1:06:46  if they judge their spouses by the ideal euristic, both will fall into despair.</w:t>
      </w:r>
      <w:r>
        <w:br/>
      </w:r>
      <w:r>
        <w:rPr>
          <w:sz w:val="20"/>
        </w:rPr>
        <w:t>1:07:04  so it is best formula for a successful marriage life that both must admit that both are less than ideal.</w:t>
      </w:r>
      <w:r>
        <w:br/>
      </w:r>
      <w:r>
        <w:rPr>
          <w:sz w:val="20"/>
        </w:rPr>
        <w:t>1:07:21  neither man and nor woman is ideal person.</w:t>
      </w:r>
      <w:r>
        <w:br/>
      </w:r>
      <w:r>
        <w:rPr>
          <w:sz w:val="20"/>
        </w:rPr>
        <w:t>1:07:28  so when both will accept this natural fact, both will be able to</w:t>
      </w:r>
      <w:r>
        <w:br/>
      </w:r>
      <w:r>
        <w:rPr>
          <w:sz w:val="20"/>
        </w:rPr>
        <w:t>1:07:39  adjust and have a success, successfull, successfull marriage life.</w:t>
      </w:r>
      <w:r>
        <w:br/>
      </w:r>
      <w:r>
        <w:rPr>
          <w:sz w:val="20"/>
        </w:rPr>
        <w:t>1:07:52  then, about the</w:t>
      </w:r>
    </w:p>
    <w:p>
      <w:pPr>
        <w:pStyle w:val="Heading2"/>
      </w:pPr>
      <w:r>
        <w:t>Transition from traditional to scientific era</w:t>
      </w:r>
    </w:p>
    <w:p>
      <w:r>
        <w:rPr>
          <w:color w:val="666666"/>
          <w:sz w:val="18"/>
        </w:rPr>
        <w:t>Three Periods of History 17 May 2009 - Maulana Wahiduddin Khan · 4m 10s · at 12:39 · https://youtu.be/vBp-ZxDDl6Y?t=759</w:t>
      </w:r>
    </w:p>
    <w:p>
      <w:r>
        <w:rPr>
          <w:i/>
        </w:rPr>
        <w:t>“Aap jaante hain ke har saal barish hoti hai”</w:t>
      </w:r>
    </w:p>
    <w:p>
      <w:r>
        <w:rPr>
          <w:sz w:val="20"/>
        </w:rPr>
        <w:t>12:39  jaise mein ek misal deta hoon. aap jante hain ke har saal barish hoti hai. to pehle zamane mein rain guard maane jate the, rain guard.</w:t>
      </w:r>
      <w:r>
        <w:br/>
      </w:r>
      <w:r>
        <w:rPr>
          <w:sz w:val="20"/>
        </w:rPr>
        <w:t>12:53  yani barish ke devta.</w:t>
      </w:r>
      <w:r>
        <w:br/>
      </w:r>
      <w:r>
        <w:rPr>
          <w:sz w:val="20"/>
        </w:rPr>
        <w:t>12:57  yeh samjha jata tha ke aasmanon mein barish ke devta hain, wahan se pani barsate hain. neeche pani aata hai. yeh tha traditional daur ka aqeedah insan ka,</w:t>
      </w:r>
      <w:r>
        <w:br/>
      </w:r>
      <w:r>
        <w:rPr>
          <w:sz w:val="20"/>
        </w:rPr>
        <w:t>13:11  traditional period ka.</w:t>
      </w:r>
      <w:r>
        <w:br/>
      </w:r>
      <w:r>
        <w:rPr>
          <w:sz w:val="20"/>
        </w:rPr>
        <w:t>13:14  phir bahut baad ko insan ne daryaft kiya ke aisa nahin hai. koi devta, koi rain guard nahin barish barsata. yeh ek process hai, process.</w:t>
      </w:r>
      <w:r>
        <w:br/>
      </w:r>
      <w:r>
        <w:rPr>
          <w:sz w:val="20"/>
        </w:rPr>
        <w:t>13:31  yani Khuda ne yeh duniya banai to sab se zyada jo cheez chahiye thi life ke liye, woh pani tha.</w:t>
      </w:r>
      <w:r>
        <w:br/>
      </w:r>
      <w:r>
        <w:rPr>
          <w:sz w:val="20"/>
        </w:rPr>
        <w:t>13:42  pani. to pani ko bahut hi abundant miqdar mein is ne zameen par phaila diya.</w:t>
      </w:r>
      <w:r>
        <w:br/>
      </w:r>
      <w:r>
        <w:rPr>
          <w:sz w:val="20"/>
        </w:rPr>
        <w:t>13:49  daryaaon ko aur ocean ko, seas ko bhar diya pani se. lekin masla yeh tha ke woh muta'ffin ho jayega, kharab ho jayega.</w:t>
      </w:r>
      <w:r>
        <w:br/>
      </w:r>
      <w:r>
        <w:rPr>
          <w:sz w:val="20"/>
        </w:rPr>
        <w:t>14:07  to Khuda ne is mein preservative ke taur par namak mila diya. preservative ke taur par salt mila diya.</w:t>
      </w:r>
      <w:r>
        <w:br/>
      </w:r>
      <w:r>
        <w:rPr>
          <w:sz w:val="20"/>
        </w:rPr>
        <w:t>14:18  to samundaron mein jo pani hai, un ka 10 percent salt hai.</w:t>
      </w:r>
      <w:r>
        <w:br/>
      </w:r>
      <w:r>
        <w:rPr>
          <w:sz w:val="20"/>
        </w:rPr>
        <w:t>14:26  iz a preservative. lekin insan salty pani ko to pi nahi sakta, istemal nahi kar sakta.</w:t>
      </w:r>
      <w:r>
        <w:br/>
      </w:r>
      <w:r>
        <w:rPr>
          <w:sz w:val="20"/>
        </w:rPr>
        <w:t>14:36  to kya ho? to phir kya hua ke aasman oper se suraj ki garmi aati hai,</w:t>
      </w:r>
      <w:r>
        <w:br/>
      </w:r>
      <w:r>
        <w:rPr>
          <w:sz w:val="20"/>
        </w:rPr>
        <w:t>14:44  samundaron per. garmi se pani kholta hai, bhap ban kar urta hai. ab nature ne la kya rakha hai wahan per?</w:t>
      </w:r>
      <w:r>
        <w:br/>
      </w:r>
      <w:r>
        <w:rPr>
          <w:sz w:val="20"/>
        </w:rPr>
        <w:t>14:55  nature la hai ke pani lighter hai, silt aur salt heavier hai.</w:t>
      </w:r>
      <w:r>
        <w:br/>
      </w:r>
      <w:r>
        <w:rPr>
          <w:sz w:val="20"/>
        </w:rPr>
        <w:t>15:03  to heavier hone ki wajah se salt neeche reh jata hai, aur lighter hone ki wajah se pani oper chala jata hai. ab oper ja kar ke wahan bohat hi aik khaas level per puhanch kar ke aik khaas process hota hai,</w:t>
      </w:r>
      <w:r>
        <w:br/>
      </w:r>
      <w:r>
        <w:rPr>
          <w:sz w:val="20"/>
        </w:rPr>
        <w:t>15:21  aik natural process. to phir pani dobara downpour hota hai, neeche aata hai. that is desalination.</w:t>
      </w:r>
      <w:r>
        <w:br/>
      </w:r>
      <w:r>
        <w:rPr>
          <w:sz w:val="20"/>
        </w:rPr>
        <w:t>15:32  yani yeh hai natural desalination ya de-salination.</w:t>
      </w:r>
      <w:r>
        <w:br/>
      </w:r>
      <w:r>
        <w:rPr>
          <w:sz w:val="20"/>
        </w:rPr>
        <w:t>15:40  yeh hai natural de-salination. yani namak ko alag kar ke fresh pani ko aap ko lotana. ab insan ne yeh jana jis cheez ko insan pehle attribute karta tha rain guard ki taraf, ab maloom hua ke woh aik natural process hai.</w:t>
      </w:r>
      <w:r>
        <w:br/>
      </w:r>
      <w:r>
        <w:rPr>
          <w:sz w:val="20"/>
        </w:rPr>
        <w:t>16:00  to pehle aadmi ne dekhiye, traditional framework mein jana tha, apna aqeedah daryaft kiya tha.</w:t>
      </w:r>
      <w:r>
        <w:br/>
      </w:r>
      <w:r>
        <w:rPr>
          <w:sz w:val="20"/>
        </w:rPr>
        <w:t>16:13  traditional framework ne, traditional framework mein is ne apna aqeedah</w:t>
      </w:r>
      <w:r>
        <w:br/>
      </w:r>
      <w:r>
        <w:rPr>
          <w:sz w:val="20"/>
        </w:rPr>
        <w:t>16:19  daryaft kiya tha ke yeh rain guard hain jo pani barsate hain. ab jab ziyada discovery hui, ziyada daryaft hui to maloom kya hua ke yeh to process hai, aik natural process hai.</w:t>
      </w:r>
      <w:r>
        <w:br/>
      </w:r>
      <w:r>
        <w:rPr>
          <w:sz w:val="20"/>
        </w:rPr>
        <w:t>16:33  to is tarah se natural,</w:t>
      </w:r>
      <w:r>
        <w:br/>
      </w:r>
      <w:r>
        <w:rPr>
          <w:sz w:val="20"/>
        </w:rPr>
        <w:t>16:37  is tarah se, ah, is tarah se traditional framework se insan aaya scientific framework ki taraf.</w:t>
      </w:r>
    </w:p>
    <w:p>
      <w:pPr>
        <w:pStyle w:val="Heading2"/>
      </w:pPr>
      <w:r>
        <w:t>Sports dream ends with father's illness, family enters business for decades</w:t>
      </w:r>
    </w:p>
    <w:p>
      <w:r>
        <w:rPr>
          <w:color w:val="666666"/>
          <w:sz w:val="18"/>
        </w:rPr>
        <w:t>Experiences Sharing by CPS Members November 11, 2006 Maulana Wahiduddin Khan · 3m 07s · at 49:01 · https://youtu.be/VhS3VofQlHo?t=2941</w:t>
      </w:r>
    </w:p>
    <w:p>
      <w:r>
        <w:rPr>
          <w:i/>
        </w:rPr>
        <w:t>“I wanted to make my career in sports, but unfortunately”</w:t>
      </w:r>
    </w:p>
    <w:p>
      <w:r>
        <w:rPr>
          <w:sz w:val="20"/>
        </w:rPr>
        <w:t>49:01  i wanted to make my career in sports but unfortunately when i was still in the ninth standard though had represented state at that time but my father felt sick my elder brother was in Ghaziabad looking after our one of the units there but my age my father was sick and he was in and out of hospitals my mother used to be with him</w:t>
      </w:r>
      <w:r>
        <w:br/>
      </w:r>
      <w:r>
        <w:rPr>
          <w:sz w:val="20"/>
        </w:rPr>
        <w:t>49:24  my grandmother was looking after me and</w:t>
      </w:r>
      <w:r>
        <w:br/>
      </w:r>
      <w:r>
        <w:rPr>
          <w:sz w:val="20"/>
        </w:rPr>
        <w:t>49:31  it happened suddenly that that one day from 7 it was 1974 when my father felt sick until 1982 he was in hospital in and out of hospitals in 82 he died i was still in college at that time i still remember</w:t>
      </w:r>
      <w:r>
        <w:br/>
      </w:r>
      <w:r>
        <w:rPr>
          <w:sz w:val="20"/>
        </w:rPr>
        <w:t>49:49  so my career in sports also got absolutely hair wire it it didn't go anywhere and i had to join business why i had to join business was that because he was sick and there was such a lot of loan on my head on our families head that we had nothing we had nothing absolutely we were in the red</w:t>
      </w:r>
      <w:r>
        <w:br/>
      </w:r>
      <w:r>
        <w:rPr>
          <w:sz w:val="20"/>
        </w:rPr>
        <w:t>50:12  so we all we did from 82 to 2002 was to to work work work for 16 to 18 hours a day</w:t>
      </w:r>
      <w:r>
        <w:br/>
      </w:r>
      <w:r>
        <w:rPr>
          <w:sz w:val="20"/>
        </w:rPr>
        <w:t>50:23  so spirituality was nowhere near i i mean i had no questions the only questions which i had were that what is my purpose of life and nobody could answer that i remember when i got married to Nagma ah i used to go to her</w:t>
      </w:r>
      <w:r>
        <w:br/>
      </w:r>
      <w:r>
        <w:rPr>
          <w:sz w:val="20"/>
        </w:rPr>
        <w:t>50:41  family and and and they used to say that you have to do this you have to do this until unless you do this you won't get paradise and i used to say why if if that is the case only Muslims are going to go to paradise what what do you think about Mother Teresa and Mahatma Gandhi what wrong did they do and i never got any answers for that so i never used to go i i always believed that what i was doing was right didn't have any questions b</w:t>
      </w:r>
      <w:r>
        <w:br/>
      </w:r>
      <w:r>
        <w:rPr>
          <w:sz w:val="20"/>
        </w:rPr>
        <w:t>51:10  ut it all changed in 2001 in 2001 what happened was that we ah our family we we have been a very close knit family ah one day i came back from office and my my sister in law my bhabi said just give me a passport i said why she said we are all going to Europe i said but Nagma is in Dubai i mean i don't have a passport she said okay tell her to send a passport</w:t>
      </w:r>
      <w:r>
        <w:br/>
      </w:r>
      <w:r>
        <w:rPr>
          <w:sz w:val="20"/>
        </w:rPr>
        <w:t>51:37  send a copy of a passport and i want to apply for the visa and when she comes</w:t>
      </w:r>
      <w:r>
        <w:br/>
      </w:r>
      <w:r>
        <w:rPr>
          <w:sz w:val="20"/>
        </w:rPr>
        <w:t>51:41  back and ask her to come back immediately we are all going that's it that's final</w:t>
      </w:r>
      <w:r>
        <w:br/>
      </w:r>
      <w:r>
        <w:rPr>
          <w:sz w:val="20"/>
        </w:rPr>
        <w:t>51:46  we had made</w:t>
      </w:r>
      <w:r>
        <w:br/>
      </w:r>
      <w:r>
        <w:rPr>
          <w:sz w:val="20"/>
        </w:rPr>
        <w:t>51:48  i mean with gods grace we were out of the red and we made some money also but</w:t>
      </w:r>
      <w:r>
        <w:br/>
      </w:r>
      <w:r>
        <w:rPr>
          <w:sz w:val="20"/>
        </w:rPr>
        <w:t>51:53  again ah what happened was when we came back from a europe trip my sister in law felt</w:t>
      </w:r>
      <w:r>
        <w:br/>
      </w:r>
      <w:r>
        <w:rPr>
          <w:sz w:val="20"/>
        </w:rPr>
        <w:t>51:59  sick and within 8 months she died that was the changing</w:t>
      </w:r>
      <w:r>
        <w:br/>
      </w:r>
      <w:r>
        <w:rPr>
          <w:sz w:val="20"/>
        </w:rPr>
        <w:t>52:05  ah phase in my life</w:t>
      </w:r>
    </w:p>
    <w:p>
      <w:pPr>
        <w:pStyle w:val="Heading2"/>
      </w:pPr>
      <w:r>
        <w:t>From sword to science: Muslims' mistake</w:t>
      </w:r>
    </w:p>
    <w:p>
      <w:r>
        <w:rPr>
          <w:color w:val="666666"/>
          <w:sz w:val="18"/>
        </w:rPr>
        <w:t>Islam in the Changing World August 6, 2007 · 4m 03s · at 17:55 · https://youtu.be/lEhH4VDLSFY?t=1075</w:t>
      </w:r>
    </w:p>
    <w:p>
      <w:r>
        <w:rPr>
          <w:i/>
        </w:rPr>
        <w:t>“Before Renaissance, sword was the symbol of power.”</w:t>
      </w:r>
    </w:p>
    <w:p>
      <w:r>
        <w:rPr>
          <w:sz w:val="20"/>
        </w:rPr>
        <w:t>17:55  Before Renaissance, before Renaissance, sword was the symbol of power.</w:t>
      </w:r>
      <w:r>
        <w:br/>
      </w:r>
      <w:r>
        <w:rPr>
          <w:sz w:val="20"/>
        </w:rPr>
        <w:t>18:08  Before Renaissance, sword was the symbol of power. But after Renaissance, there was a great scientific revolution</w:t>
      </w:r>
      <w:r>
        <w:br/>
      </w:r>
      <w:r>
        <w:rPr>
          <w:sz w:val="20"/>
        </w:rPr>
        <w:t>18:23  . So after scientific revolution, knowledge became the symbol of power.</w:t>
      </w:r>
      <w:r>
        <w:br/>
      </w:r>
      <w:r>
        <w:rPr>
          <w:sz w:val="20"/>
        </w:rPr>
        <w:t>18:34  This is the basic difference.</w:t>
      </w:r>
      <w:r>
        <w:br/>
      </w:r>
      <w:r>
        <w:rPr>
          <w:sz w:val="20"/>
        </w:rPr>
        <w:t>18:39  In ancient days,</w:t>
      </w:r>
      <w:r>
        <w:br/>
      </w:r>
      <w:r>
        <w:rPr>
          <w:sz w:val="20"/>
        </w:rPr>
        <w:t>18:44  sword was the symbol of power. By using a sword, you were able to change the situation.</w:t>
      </w:r>
      <w:r>
        <w:br/>
      </w:r>
      <w:r>
        <w:rPr>
          <w:sz w:val="20"/>
        </w:rPr>
        <w:t>18:55  By using a sword, it was possible for you to become master of the situation.</w:t>
      </w:r>
      <w:r>
        <w:br/>
      </w:r>
      <w:r>
        <w:rPr>
          <w:sz w:val="20"/>
        </w:rPr>
        <w:t>19:06  Through a sword, it was possible for in that time that the sword can make you the master of the situation.</w:t>
      </w:r>
      <w:r>
        <w:br/>
      </w:r>
      <w:r>
        <w:rPr>
          <w:sz w:val="20"/>
        </w:rPr>
        <w:t>19:22  But now it is impossible.</w:t>
      </w:r>
      <w:r>
        <w:br/>
      </w:r>
      <w:r>
        <w:rPr>
          <w:sz w:val="20"/>
        </w:rPr>
        <w:t>19:25  Now science is the power. Technology is the power. Modern way of organization is the power. Knowledge is the power.</w:t>
      </w:r>
      <w:r>
        <w:br/>
      </w:r>
      <w:r>
        <w:rPr>
          <w:sz w:val="20"/>
        </w:rPr>
        <w:t>19:36  Learning is the power.</w:t>
      </w:r>
      <w:r>
        <w:br/>
      </w:r>
      <w:r>
        <w:rPr>
          <w:sz w:val="20"/>
        </w:rPr>
        <w:t>19:41  So now he is the master of the situation who</w:t>
      </w:r>
      <w:r>
        <w:br/>
      </w:r>
      <w:r>
        <w:rPr>
          <w:sz w:val="20"/>
        </w:rPr>
        <w:t>19:50  is</w:t>
      </w:r>
      <w:r>
        <w:br/>
      </w:r>
      <w:r>
        <w:rPr>
          <w:sz w:val="20"/>
        </w:rPr>
        <w:t>19:58  who is master of knowledge, master of science.</w:t>
      </w:r>
      <w:r>
        <w:br/>
      </w:r>
      <w:r>
        <w:rPr>
          <w:sz w:val="20"/>
        </w:rPr>
        <w:t>20:03  Now only those people are master of the situation who are master of modern sciences, master of modern technique.</w:t>
      </w:r>
      <w:r>
        <w:br/>
      </w:r>
      <w:r>
        <w:rPr>
          <w:sz w:val="20"/>
        </w:rPr>
        <w:t>20:21  It is this point that we have to understand</w:t>
      </w:r>
      <w:r>
        <w:br/>
      </w:r>
      <w:r>
        <w:rPr>
          <w:sz w:val="20"/>
        </w:rPr>
        <w:t>20:28  . So we have to say that it was a mistake. It was a mistake for our leaders.</w:t>
      </w:r>
      <w:r>
        <w:br/>
      </w:r>
      <w:r>
        <w:rPr>
          <w:sz w:val="20"/>
        </w:rPr>
        <w:t>20:41  Our leaders were wrong to begin fighting, to show negative reaction.</w:t>
      </w:r>
      <w:r>
        <w:br/>
      </w:r>
      <w:r>
        <w:rPr>
          <w:sz w:val="20"/>
        </w:rPr>
        <w:t>20:51  Our leaders of the 18th century and 19th century were wrong when they adopted jihad.</w:t>
      </w:r>
      <w:r>
        <w:br/>
      </w:r>
      <w:r>
        <w:rPr>
          <w:sz w:val="20"/>
        </w:rPr>
        <w:t>21:03  Jihad means according to their mind, jihad means armed struggle, violent struggle, fighting to wage a war</w:t>
      </w:r>
      <w:r>
        <w:br/>
      </w:r>
      <w:r>
        <w:rPr>
          <w:sz w:val="20"/>
        </w:rPr>
        <w:t>21:17  . So they adopted this technique, this method. And it was completely wrong.</w:t>
      </w:r>
      <w:r>
        <w:br/>
      </w:r>
      <w:r>
        <w:rPr>
          <w:sz w:val="20"/>
        </w:rPr>
        <w:t>21:26  Instead of this, they must adopt modern education, modern learning, modern science, modern way of organization,</w:t>
      </w:r>
      <w:r>
        <w:br/>
      </w:r>
      <w:r>
        <w:rPr>
          <w:sz w:val="20"/>
        </w:rPr>
        <w:t>21:42  modern way of establishing institutions. This was to be their option and not the sword.</w:t>
      </w:r>
    </w:p>
    <w:p>
      <w:pPr>
        <w:pStyle w:val="Heading2"/>
      </w:pPr>
      <w:r>
        <w:t>Time for the U-turn: from political to peaceful dawah</w:t>
      </w:r>
    </w:p>
    <w:p>
      <w:r>
        <w:rPr>
          <w:color w:val="666666"/>
          <w:sz w:val="18"/>
        </w:rPr>
        <w:t>Revival of Muslim Ummah, February 4, 2013 · 5m 54s · at 44:02 · https://youtu.be/xB3MfWhLHoM?t=2642</w:t>
      </w:r>
    </w:p>
    <w:p>
      <w:r>
        <w:rPr>
          <w:i/>
        </w:rPr>
        <w:t>“Ghaltiyan hum se kahan hui hain?”</w:t>
      </w:r>
    </w:p>
    <w:p>
      <w:r>
        <w:rPr>
          <w:sz w:val="20"/>
        </w:rPr>
        <w:t>44:02  ghaltiyan hum se kahan se hui hain? ghaltiyan</w:t>
      </w:r>
      <w:r>
        <w:br/>
      </w:r>
      <w:r>
        <w:rPr>
          <w:sz w:val="20"/>
        </w:rPr>
        <w:t>44:05  hum ne kahan ki hain? is ko janne ki zaroorat hai. ab jo yeh sab hai, is ko continue rakhne ka waqt nahin hai. jo musalman karte rahe hain, isi ko, isi ko continue rakha hai.</w:t>
      </w:r>
      <w:r>
        <w:br/>
      </w:r>
      <w:r>
        <w:rPr>
          <w:sz w:val="20"/>
        </w:rPr>
        <w:t>44:16  is mani ke apni tabahi mein ko badhate rahen. jahan jahan bhi ho raha hai, chahe falasteen ho, chahe kashmir ho, aur jo doosre countries hain, jagah jagah aap dekhte hain ke log aapas mein lad rahe hain, mar rahe hain, kat rahe hain.</w:t>
      </w:r>
      <w:r>
        <w:br/>
      </w:r>
      <w:r>
        <w:rPr>
          <w:sz w:val="20"/>
        </w:rPr>
        <w:t>44:33  ab khatm karo is ko, u-turn lo. dekhen, zindagi ka ek raaz u-turn bhi hai. u-turn, u-turn ka matlab yeh hai ke main apna ek qissa arz karoon.</w:t>
      </w:r>
      <w:r>
        <w:br/>
      </w:r>
      <w:r>
        <w:rPr>
          <w:sz w:val="20"/>
        </w:rPr>
        <w:t>44:47  ek martaba main kisi in india ke kisi state mein car se safar kar raha tha to hamara jo driver tha, woh naya tha.</w:t>
      </w:r>
      <w:r>
        <w:br/>
      </w:r>
      <w:r>
        <w:rPr>
          <w:sz w:val="20"/>
        </w:rPr>
        <w:t>45:00  to ek bar aisa mujhe mashwara ke woh kisi aise area mein guzar raha hai jo mujhe ajeeb hi lagta tha. main ne kaha, "driver sahab, ke driver sahab, yeh to jahan aap ja rahe hain, mujhe ajeeb hi lag raha hai.</w:t>
      </w:r>
      <w:r>
        <w:br/>
      </w:r>
      <w:r>
        <w:rPr>
          <w:sz w:val="20"/>
        </w:rPr>
        <w:t>45:14  yeh koi aur area hai jahan hum jana tha, woh area nahin hai."</w:t>
      </w:r>
      <w:r>
        <w:br/>
      </w:r>
      <w:r>
        <w:rPr>
          <w:sz w:val="20"/>
        </w:rPr>
        <w:t>45:18  to unhon ne car khadi ki aur poocha kisi se. to us ne bataya ke road kahan ja rahi hai. to maloom hua ke hum ek aur hi road par bhag rahe the, yani jana tha idhar, ja rahe the idhar.</w:t>
      </w:r>
      <w:r>
        <w:br/>
      </w:r>
      <w:r>
        <w:rPr>
          <w:sz w:val="20"/>
        </w:rPr>
        <w:t>45:31  to unhon ne kya kiya? u-turn liya, yani car ko ghumaya. to qaumon ki zindagi mein bhi u-turn ka time aata hai. u-turn, agar aap u-turn na len, ise bhagte rahen, bhagte rahen to aap ki destination kabhi nahin aayegi.</w:t>
      </w:r>
      <w:r>
        <w:br/>
      </w:r>
      <w:r>
        <w:rPr>
          <w:sz w:val="20"/>
        </w:rPr>
        <w:t>45:49  aap ko u-turn lena padta hai zindagi mein. dekhen, british empire tha, india is ka hissa tha, is ka use u-turn liya second world war ke baad.</w:t>
      </w:r>
      <w:r>
        <w:br/>
      </w:r>
      <w:r>
        <w:rPr>
          <w:sz w:val="20"/>
        </w:rPr>
        <w:t>46:00  japan ne u-turn liya, negal ne france ne u-turn liya. to jitna qaumen u-turn leti hain, yeh nahin ke andha andha isi raste par bhagte rahen, chahe woh kahin ja kar un ka takra jaye.</w:t>
      </w:r>
      <w:r>
        <w:br/>
      </w:r>
      <w:r>
        <w:rPr>
          <w:sz w:val="20"/>
        </w:rPr>
        <w:t>46:15  ab musalmanon ke liye time aa gaya hai u-turn lene ka,</w:t>
      </w:r>
      <w:r>
        <w:br/>
      </w:r>
      <w:r>
        <w:rPr>
          <w:sz w:val="20"/>
        </w:rPr>
        <w:t>46:21  aur koi bhi shakal nahin hai, sab tabahi hai, sab suicide bombing hai, sab apna apne aap ko halak karna hai. u-turn ka matlab kya hai?</w:t>
      </w:r>
      <w:r>
        <w:br/>
      </w:r>
      <w:r>
        <w:rPr>
          <w:sz w:val="20"/>
        </w:rPr>
        <w:t>46:33  from political activism to peaceful activism, peaceful da'wah activism, from political activism to da'wah activism.</w:t>
      </w:r>
      <w:r>
        <w:br/>
      </w:r>
      <w:r>
        <w:rPr>
          <w:sz w:val="20"/>
        </w:rPr>
        <w:t>46:42  yeh hai u-turn. yani ab tak musalman political activism classes mein chal rahe the,</w:t>
      </w:r>
      <w:r>
        <w:br/>
      </w:r>
      <w:r>
        <w:rPr>
          <w:sz w:val="20"/>
        </w:rPr>
        <w:t>46:51  ab unhen is ko chhod dena hai, chhod kar ke da'wah activism classes padhana hai. koi doosra rasta nahin. poori muslim ummat jo hai, east se west tak, arab se ajam tak, india se jahan bhi tak chale jayen, aap har jagah ek hi sab ko karna hai kaam, woh hai u-turn lena hai.</w:t>
      </w:r>
      <w:r>
        <w:br/>
      </w:r>
      <w:r>
        <w:rPr>
          <w:sz w:val="20"/>
        </w:rPr>
        <w:t>47:15  yani from political activism to da'wah activism. yahi allah taala ka, yani planning hai, allah taala ka mansooba hai, allah taala ki is ki wahan think jo hai, is ke mutabiq baaten yahi hain.</w:t>
      </w:r>
      <w:r>
        <w:br/>
      </w:r>
      <w:r>
        <w:rPr>
          <w:sz w:val="20"/>
        </w:rPr>
        <w:t>47:29  agar musalmanon ne aisa nahin kiya to siwaye tabahi mein izafa ke aur</w:t>
      </w:r>
      <w:r>
        <w:br/>
      </w:r>
      <w:r>
        <w:rPr>
          <w:sz w:val="20"/>
        </w:rPr>
        <w:t>47:35  kuch bhi nahin hoga. islam ki tareekh mein jo hudaybiyah tha, woh u-turn hi to tha, woh hudaybiyah u-turn tha. hudaybiyah se pehle aap jante hain ke ghazwaat pesh aa rahe the, ghazwaat, aur hudaybiyah ke baad bilkul ghazwaat ko, yani lateral taur par khatm kar diya gaya, un ki condition ko man liya gaya, un ki sharton ko man liya gaya, yani lateral taur par,</w:t>
      </w:r>
      <w:r>
        <w:br/>
      </w:r>
      <w:r>
        <w:rPr>
          <w:sz w:val="20"/>
        </w:rPr>
        <w:t>47:58  aur yeh tay kiya gaya ke ab se koi ladai nahin hogi, koi ladai nahin hogi.</w:t>
      </w:r>
      <w:r>
        <w:br/>
      </w:r>
      <w:r>
        <w:rPr>
          <w:sz w:val="20"/>
        </w:rPr>
        <w:t>48:04  ab jo hai, hamein kya karna hai? peaceful da'wah work karna hai. to hudaybiyah was a u-turn, a policy of u-turn.</w:t>
      </w:r>
      <w:r>
        <w:br/>
      </w:r>
      <w:r>
        <w:rPr>
          <w:sz w:val="20"/>
        </w:rPr>
        <w:t>48:14  to wahi policy if you turn hamein lena hai.</w:t>
      </w:r>
      <w:r>
        <w:br/>
      </w:r>
      <w:r>
        <w:rPr>
          <w:sz w:val="20"/>
        </w:rPr>
        <w:t>48:20  itna zyada yeh baat khul chuki hai ke ab jo aadmi is baat ko na samjhe, woh bilashuba blind hai, blind, blind hai.</w:t>
      </w:r>
      <w:r>
        <w:br/>
      </w:r>
      <w:r>
        <w:rPr>
          <w:sz w:val="20"/>
        </w:rPr>
        <w:t>48:29  woh ke aakhir yeh kis liye? ab jo musalman jo military si chalaye gaye hain, jo political activism chalaye gaye hain, violent activism chalaye gaye hain, kis liye?</w:t>
      </w:r>
      <w:r>
        <w:br/>
      </w:r>
      <w:r>
        <w:rPr>
          <w:sz w:val="20"/>
        </w:rPr>
        <w:t>48:42  yani for the purpose. jab kuch gain nahi ho raha to kyun?</w:t>
      </w:r>
      <w:r>
        <w:br/>
      </w:r>
      <w:r>
        <w:rPr>
          <w:sz w:val="20"/>
        </w:rPr>
        <w:t>48:49  yani kashmir mein lade, ek lakh hadi mar gaye. yeh kya? isi ke liye kashmir movement thi ke ek lakh hadi mar gaye, mile kuch nahi.</w:t>
      </w:r>
      <w:r>
        <w:br/>
      </w:r>
      <w:r>
        <w:rPr>
          <w:sz w:val="20"/>
        </w:rPr>
        <w:t>49:01  yani ek lakh, ek lakh jawan mar jayein, mile kuch nahi. falasteen mein beshumar log mar gaye, beshumar paisa zaya hua, aur mila kuch bhi nahi.</w:t>
      </w:r>
      <w:r>
        <w:br/>
      </w:r>
      <w:r>
        <w:rPr>
          <w:sz w:val="20"/>
        </w:rPr>
        <w:t>49:13  to kya musalmanon ko yahi karna hai ke aisi tehreekein chalayein, aisi, yani aisi activities mein apne aap ko involve karein, jis ka result kuch na ho, apni halakat ke siwa?</w:t>
      </w:r>
      <w:r>
        <w:br/>
      </w:r>
      <w:r>
        <w:rPr>
          <w:sz w:val="20"/>
        </w:rPr>
        <w:t>49:27  yeh yeh koi, yeh yeh koi, yeh wisdom hai, yeh koi aql ki baat hai? is se apni aql hi kya ho sakti hai?</w:t>
      </w:r>
      <w:r>
        <w:br/>
      </w:r>
      <w:r>
        <w:rPr>
          <w:sz w:val="20"/>
        </w:rPr>
        <w:t>49:38  to chahe aap quran ke lehaz se sochein, history ke lehaz se sochein, result ke lehaz se sochein, yani quran bhi yahi kehta hai, history bhi yahi karti hai, result bhi yahi kehta hai ke you have to, you have to set, yani you have to reset your priority,</w:t>
      </w:r>
    </w:p>
    <w:p>
      <w:pPr>
        <w:pStyle w:val="Heading2"/>
      </w:pPr>
      <w:r>
        <w:t>believer as giver, the funeral story, universal brotherhood</w:t>
      </w:r>
    </w:p>
    <w:p>
      <w:r>
        <w:rPr>
          <w:color w:val="666666"/>
          <w:sz w:val="18"/>
        </w:rPr>
        <w:t>Prayer June 5, 2009 Maulana Wahiduddin Khan · 5m 01s · at 6:39 · https://youtu.be/d5XYQB7sWOw?t=399</w:t>
      </w:r>
    </w:p>
    <w:p>
      <w:r>
        <w:rPr>
          <w:i/>
        </w:rPr>
        <w:t>“A true believer is like a green tree.”</w:t>
      </w:r>
    </w:p>
    <w:p>
      <w:r>
        <w:rPr>
          <w:sz w:val="20"/>
        </w:rPr>
        <w:t>6:39  You know,</w:t>
      </w:r>
      <w:r>
        <w:br/>
      </w:r>
      <w:r>
        <w:rPr>
          <w:sz w:val="20"/>
        </w:rPr>
        <w:t>6:42  there is a verse in the Quran that says that a true believer is like a green tree, kishajra tayyiba.</w:t>
      </w:r>
      <w:r>
        <w:br/>
      </w:r>
      <w:r>
        <w:rPr>
          <w:sz w:val="20"/>
        </w:rPr>
        <w:t>6:56  Now, what is a green tree? A tree is a giver member of our world, not a taker member of our</w:t>
      </w:r>
      <w:r>
        <w:br/>
      </w:r>
      <w:r>
        <w:rPr>
          <w:sz w:val="20"/>
        </w:rPr>
        <w:t>7:06  world. A green tree gives us shadow and wood and leaf and flower and fruit, so many things.</w:t>
      </w:r>
      <w:r>
        <w:br/>
      </w:r>
      <w:r>
        <w:rPr>
          <w:sz w:val="20"/>
        </w:rPr>
        <w:t>7:21  So a tree is a symbol of giving and not receiving. So is required by a true believer.</w:t>
      </w:r>
      <w:r>
        <w:br/>
      </w:r>
      <w:r>
        <w:rPr>
          <w:sz w:val="20"/>
        </w:rPr>
        <w:t>7:32  A true believer must live in a society as a giver member of the society and not a taker. The Prophet said, "Mumin is like this bird." The bird has—he said that about those who will find entry into paradise—"afidatuhum kaafidat al-tayr"—their heart is like a bird's heart.</w:t>
      </w:r>
      <w:r>
        <w:br/>
      </w:r>
      <w:r>
        <w:rPr>
          <w:sz w:val="20"/>
        </w:rPr>
        <w:t>7:59  You know, what is a bird? A</w:t>
      </w:r>
      <w:r>
        <w:br/>
      </w:r>
      <w:r>
        <w:rPr>
          <w:sz w:val="20"/>
        </w:rPr>
        <w:t>8:03  bird has no hate, no hate, no negative thoughts against anyone. So it is required by a believer, and prayer is only to inculcate this spirit in every human being,</w:t>
      </w:r>
      <w:r>
        <w:br/>
      </w:r>
      <w:r>
        <w:rPr>
          <w:sz w:val="20"/>
        </w:rPr>
        <w:t>8:19  in every man and woman.</w:t>
      </w:r>
      <w:r>
        <w:br/>
      </w:r>
      <w:r>
        <w:rPr>
          <w:sz w:val="20"/>
        </w:rPr>
        <w:t>8:23  The Prophet of Islam used to rise early in the morning, and he used to say, "Our prayer is prayer." Allahumma-shhad anna al-ibad kulluhum ikhwa.</w:t>
      </w:r>
      <w:r>
        <w:br/>
      </w:r>
      <w:r>
        <w:rPr>
          <w:sz w:val="20"/>
        </w:rPr>
        <w:t>8:42  O God, I bear witness that every human being is a sister and brother to each other.</w:t>
      </w:r>
      <w:r>
        <w:br/>
      </w:r>
      <w:r>
        <w:rPr>
          <w:sz w:val="20"/>
        </w:rPr>
        <w:t>8:52  This is the true spirit of Islam. There is no otherness.</w:t>
      </w:r>
      <w:r>
        <w:br/>
      </w:r>
      <w:r>
        <w:rPr>
          <w:sz w:val="20"/>
        </w:rPr>
        <w:t>9:00  Everyone is your sister and brother. This spirit is inculcated by prayer in every believer.</w:t>
      </w:r>
      <w:r>
        <w:br/>
      </w:r>
      <w:r>
        <w:rPr>
          <w:sz w:val="20"/>
        </w:rPr>
        <w:t>9:14  Here I would like to narrate a story from the life of the Prophet of Islam</w:t>
      </w:r>
      <w:r>
        <w:br/>
      </w:r>
      <w:r>
        <w:rPr>
          <w:sz w:val="20"/>
        </w:rPr>
        <w:t>9:21  . It is a really sturdy story. You know, the Prophet of Islam was born in Makkah, then he migrated to Madinah.</w:t>
      </w:r>
      <w:r>
        <w:br/>
      </w:r>
      <w:r>
        <w:rPr>
          <w:sz w:val="20"/>
        </w:rPr>
        <w:t>9:32  So at that time, there were some Jewish tribes in Madinah. So what happened?</w:t>
      </w:r>
      <w:r>
        <w:br/>
      </w:r>
      <w:r>
        <w:rPr>
          <w:sz w:val="20"/>
        </w:rPr>
        <w:t>9:42  One day, the Prophet saw a funeral procession passing through a street in Madinah.</w:t>
      </w:r>
      <w:r>
        <w:br/>
      </w:r>
      <w:r>
        <w:rPr>
          <w:sz w:val="20"/>
        </w:rPr>
        <w:t>9:51  The Prophet was seated at that time. He stood up in respect. One of his companions said, "O Prophet, it was the funeral of a Jew, not a Muslim." The Prophet replied,</w:t>
      </w:r>
      <w:r>
        <w:br/>
      </w:r>
      <w:r>
        <w:rPr>
          <w:sz w:val="20"/>
        </w:rPr>
        <w:t>10:09  "Alaystat nafsan?" Was he not a human being</w:t>
      </w:r>
      <w:r>
        <w:br/>
      </w:r>
      <w:r>
        <w:rPr>
          <w:sz w:val="20"/>
        </w:rPr>
        <w:t>10:15  ? Here you can understand that the Prophet was able to discover commonality between himself and that Jew.</w:t>
      </w:r>
      <w:r>
        <w:br/>
      </w:r>
      <w:r>
        <w:rPr>
          <w:sz w:val="20"/>
        </w:rPr>
        <w:t>10:29  This is the true spirit of Islam. Everybody is a human being: Hindu, Muslim, Christian, Jew—there are only symbolic names.</w:t>
      </w:r>
      <w:r>
        <w:br/>
      </w:r>
      <w:r>
        <w:rPr>
          <w:sz w:val="20"/>
        </w:rPr>
        <w:t>10:40  Alaystat nafsan? Was he not a human being</w:t>
      </w:r>
      <w:r>
        <w:br/>
      </w:r>
      <w:r>
        <w:rPr>
          <w:sz w:val="20"/>
        </w:rPr>
        <w:t>10:44  ? I am a man. He is also a man. Both are created by God. It is a true commonality that is required to be inculcated through prayer in every woman, in every man and woman.</w:t>
      </w:r>
      <w:r>
        <w:br/>
      </w:r>
      <w:r>
        <w:rPr>
          <w:sz w:val="20"/>
        </w:rPr>
        <w:t>11:01  Then I would like to refer to some more quotation</w:t>
      </w:r>
      <w:r>
        <w:br/>
      </w:r>
      <w:r>
        <w:rPr>
          <w:sz w:val="20"/>
        </w:rPr>
        <w:t>11:08  s. The Prophet of Islam has said,</w:t>
      </w:r>
      <w:r>
        <w:br/>
      </w:r>
      <w:r>
        <w:rPr>
          <w:sz w:val="20"/>
        </w:rPr>
        <w:t>11:13  "Al-muslim man salima al-nas min lisanihi wa yadihi." A true Muslim is one by whose hands and tongue people are safe.</w:t>
      </w:r>
      <w:r>
        <w:br/>
      </w:r>
      <w:r>
        <w:rPr>
          <w:sz w:val="20"/>
        </w:rPr>
        <w:t>11:28  It means that a Muslim is a peaceful member of society, a harmless member of society. This is the true spirit of Islam.</w:t>
      </w:r>
    </w:p>
    <w:p>
      <w:pPr>
        <w:pStyle w:val="Heading2"/>
      </w:pPr>
      <w:r>
        <w:t>Divine guidance and 50-50 universal law</w:t>
      </w:r>
    </w:p>
    <w:p>
      <w:r>
        <w:rPr>
          <w:color w:val="666666"/>
          <w:sz w:val="18"/>
        </w:rPr>
        <w:t>Divine Guidance November 25, 2007 · 4m 56s · at 0:26 · https://youtu.be/behjBAj_J_Y?t=26</w:t>
      </w:r>
    </w:p>
    <w:p>
      <w:r>
        <w:rPr>
          <w:i/>
        </w:rPr>
        <w:t>“Today's talk is about divine guidance.”</w:t>
      </w:r>
    </w:p>
    <w:p>
      <w:r>
        <w:rPr>
          <w:sz w:val="20"/>
        </w:rPr>
        <w:t>0:26  Aaj ki jo baat cheet hai woh divine guidance ke bare mein hai.</w:t>
      </w:r>
      <w:r>
        <w:br/>
      </w:r>
      <w:r>
        <w:rPr>
          <w:sz w:val="20"/>
        </w:rPr>
        <w:t>0:35  Divine guidance, Khuda ki hidayat ka principle kya hai? Aksar log yeh poochte the, iska matlab mujhe aaj hi samajh mein aaya,</w:t>
      </w:r>
      <w:r>
        <w:br/>
      </w:r>
      <w:r>
        <w:rPr>
          <w:sz w:val="20"/>
        </w:rPr>
        <w:t>0:50  isi liye maine isko mauzu bana raha hoon ke Quran mein kai jagah yeh baat aayi hai ke hidayat Khuda ki taraf se aati hai.</w:t>
      </w:r>
      <w:r>
        <w:br/>
      </w:r>
      <w:r>
        <w:rPr>
          <w:sz w:val="20"/>
        </w:rPr>
        <w:t>1:01  Innaka la tahdi man ahbabta walakinnallaha yahdi man yashaa. Yani prophet se kaha gaya</w:t>
      </w:r>
      <w:r>
        <w:br/>
      </w:r>
      <w:r>
        <w:rPr>
          <w:sz w:val="20"/>
        </w:rPr>
        <w:t>1:13  ke tum kisi ko hidayat nahi de sakte. Yani guidance jo hai woh tumhare ikhtiyar mein nahi hai ke tum de do kisi ko, balkeh hidayat toh Khuda ki taraf se aati hai.</w:t>
      </w:r>
      <w:r>
        <w:br/>
      </w:r>
      <w:r>
        <w:rPr>
          <w:sz w:val="20"/>
        </w:rPr>
        <w:t>1:29  Is ayat ka matlab aksar log poochte hain ke phir toh hum, yani is poora mamla completion ka mamla hai, humein kya karna hai is mein?</w:t>
      </w:r>
      <w:r>
        <w:br/>
      </w:r>
      <w:r>
        <w:rPr>
          <w:sz w:val="20"/>
        </w:rPr>
        <w:t>1:42  Aaj hi yeh baat mujhe samajh mein aayi ke iska matlab kya hai. Woh matlab yeh hai ke daai ka kaam 50% hai aur baqi 50% mauzu ka kaam hai.</w:t>
      </w:r>
      <w:r>
        <w:br/>
      </w:r>
      <w:r>
        <w:rPr>
          <w:sz w:val="20"/>
        </w:rPr>
        <w:t>1:59  Yeh 50-50 ka mamla hai. Mauzu ka matlab kya hai? Iski apni nature. Toh daai yeh karta hai ke woh baat ko batata hai,</w:t>
      </w:r>
      <w:r>
        <w:br/>
      </w:r>
      <w:r>
        <w:rPr>
          <w:sz w:val="20"/>
        </w:rPr>
        <w:t>2:13  sachai ko batata hai. Lekin yeh batana jo hai, is mamle mein daai ka role sirf 50% hai.</w:t>
      </w:r>
      <w:r>
        <w:br/>
      </w:r>
      <w:r>
        <w:rPr>
          <w:sz w:val="20"/>
        </w:rPr>
        <w:t>2:25  Khuda ne insaan ko jo nature diya hai, insaan ke andar right aur wrong ko samajhne ki jo capacity di hai,</w:t>
      </w:r>
      <w:r>
        <w:br/>
      </w:r>
      <w:r>
        <w:rPr>
          <w:sz w:val="20"/>
        </w:rPr>
        <w:t>2:38  isko agar woh istemal na kare toh iska matlab yeh hai ke apna door woh band kiye hue hai.</w:t>
      </w:r>
      <w:r>
        <w:br/>
      </w:r>
      <w:r>
        <w:rPr>
          <w:sz w:val="20"/>
        </w:rPr>
        <w:t>2:52  Koi aadmi aata hai aap se milne ke liye, aap door apna band kiye hue hain toh kya hoga?</w:t>
      </w:r>
      <w:r>
        <w:br/>
      </w:r>
      <w:r>
        <w:rPr>
          <w:sz w:val="20"/>
        </w:rPr>
        <w:t>3:03  Mulaqat hi nahi hogi aapse, aakar laut jayega woh. Toh yeh jo mamla hai ke insaan ko Khuda ne by nature sab kuch bata diya hai.</w:t>
      </w:r>
      <w:r>
        <w:br/>
      </w:r>
      <w:r>
        <w:rPr>
          <w:sz w:val="20"/>
        </w:rPr>
        <w:t>3:17  Ilm Adam al asma'a kullaha. Toh nature mein already interwoven hai woh baat jo daai ke zariye aap tak pahunchne wali hai.</w:t>
      </w:r>
      <w:r>
        <w:br/>
      </w:r>
      <w:r>
        <w:rPr>
          <w:sz w:val="20"/>
        </w:rPr>
        <w:t>3:35  Toh daai jab batayega aap ko sachai toh aap ko apne nature ka jo door hai, nature ki jo khidki hai, usko khol dena padega.</w:t>
      </w:r>
      <w:r>
        <w:br/>
      </w:r>
      <w:r>
        <w:rPr>
          <w:sz w:val="20"/>
        </w:rPr>
        <w:t>3:50  Toh daai ki baat aur aap ki nature ki jo voice of nature jo hai, woh dono jab mil jaate hain tab woh cheez aap ke liye understandable ban jati hai.</w:t>
      </w:r>
      <w:r>
        <w:br/>
      </w:r>
      <w:r>
        <w:rPr>
          <w:sz w:val="20"/>
        </w:rPr>
        <w:t>4:03  Warna woh cheez alien rehti hai, foreign rehti hai. Daai ki baat us waqt tak aap ke liye ek ajnabi baat hai, alien hai, jab tak aap apni nature ka jo khidki hai, jo window hai nature ki, usko na kholen.</w:t>
      </w:r>
      <w:r>
        <w:br/>
      </w:r>
      <w:r>
        <w:rPr>
          <w:sz w:val="20"/>
        </w:rPr>
        <w:t>4:23  Yeh matlab hai iska. Innaka la tahdi man ahbabta walakinnallaha yahdi man yashaa.</w:t>
      </w:r>
      <w:r>
        <w:br/>
      </w:r>
      <w:r>
        <w:rPr>
          <w:sz w:val="20"/>
        </w:rPr>
        <w:t>4:33  Tum kisi ko hidayat nahi de sakte, Allah jis ko chahta hai hidayat deta hai. Toh yahan Allah jo hai, iska matlab hai fitrat, fitrat yani divine nature.</w:t>
      </w:r>
      <w:r>
        <w:br/>
      </w:r>
      <w:r>
        <w:rPr>
          <w:sz w:val="20"/>
        </w:rPr>
        <w:t>4:46  Ke divine nature jab uske saath uska saath de tab ja kar woh baat aadmi ki samajh mein aati hai aur usko woh ikhtiyar kar leta hai.</w:t>
      </w:r>
      <w:r>
        <w:br/>
      </w:r>
      <w:r>
        <w:rPr>
          <w:sz w:val="20"/>
        </w:rPr>
        <w:t>4:59  mein samajhta hoon ke yeh 50-50 ka maamla jo hai ek universal law hai har maamle mein.</w:t>
      </w:r>
      <w:r>
        <w:br/>
      </w:r>
      <w:r>
        <w:rPr>
          <w:sz w:val="20"/>
        </w:rPr>
        <w:t>5:07  jis cheez ko bhi aap dekhen to us mein aap ko lagega ke yeh 50-50 ka maamla hai. 50% apna, 50% doosre ka. tab ja kar baat mukammal hoti hai.</w:t>
      </w:r>
    </w:p>
    <w:p>
      <w:pPr>
        <w:pStyle w:val="Heading2"/>
      </w:pPr>
      <w:r>
        <w:t>1989 Srinagar speech, mosque hadith, and militancy's toll</w:t>
      </w:r>
    </w:p>
    <w:p>
      <w:r>
        <w:rPr>
          <w:color w:val="666666"/>
          <w:sz w:val="18"/>
        </w:rPr>
        <w:t>A Talk by Maulana Wahiduddin Khan Given to Members of CPS - Kashmir 1st December 2012 · 5m 32s · at 5:03 · https://youtu.be/EJdrj1olpic?t=303</w:t>
      </w:r>
    </w:p>
    <w:p>
      <w:r>
        <w:rPr>
          <w:i/>
        </w:rPr>
        <w:t>“Before militancy began, I already spoke against it”</w:t>
      </w:r>
    </w:p>
    <w:p>
      <w:r>
        <w:rPr>
          <w:sz w:val="20"/>
        </w:rPr>
        <w:t>5:03  yeh waqt tha jab kay kashmir mein abhi biltesi shuru nahi hui thi, lekin is ki baatein ho rahi theen,</w:t>
      </w:r>
      <w:r>
        <w:br/>
      </w:r>
      <w:r>
        <w:rPr>
          <w:sz w:val="20"/>
        </w:rPr>
        <w:t>5:14  is ki baatein ho rahi theen.</w:t>
      </w:r>
      <w:r>
        <w:br/>
      </w:r>
      <w:r>
        <w:rPr>
          <w:sz w:val="20"/>
        </w:rPr>
        <w:t>5:19  to mein nay bohat wazeh lafzon mein khul kar is ka istikhtaf kiya tha,</w:t>
      </w:r>
      <w:r>
        <w:br/>
      </w:r>
      <w:r>
        <w:rPr>
          <w:sz w:val="20"/>
        </w:rPr>
        <w:t>5:29  aur mein nay aik waqea sunaya tha is waqt rasool ALLAH صلی اللہ علیہ وسلم ka jo sahih al bukhari mein hai. madinay ki masjid nabwi mein aik shakhs aya, aik baddo ghair muslim.</w:t>
      </w:r>
      <w:r>
        <w:br/>
      </w:r>
      <w:r>
        <w:rPr>
          <w:sz w:val="20"/>
        </w:rPr>
        <w:t>5:50  is waqt arab mein bohat saray log ghair muslim thay, to wo baddo tha, us nay masjid ko ganda kar diya.</w:t>
      </w:r>
      <w:r>
        <w:br/>
      </w:r>
      <w:r>
        <w:rPr>
          <w:sz w:val="20"/>
        </w:rPr>
        <w:t>6:02  to sahaba nay kaha kay is ko pakrein, is ki service karein. to rasool ALLAH صلی اللہ علیہ وسلم nay mana kar diya, aur kaha kay jahan is nay ganda kiya hai,</w:t>
      </w:r>
      <w:r>
        <w:br/>
      </w:r>
      <w:r>
        <w:rPr>
          <w:sz w:val="20"/>
        </w:rPr>
        <w:t>6:18  wahan par aik dol pani daal do, wo jagah saaf ho jaye gi.</w:t>
      </w:r>
      <w:r>
        <w:br/>
      </w:r>
      <w:r>
        <w:rPr>
          <w:sz w:val="20"/>
        </w:rPr>
        <w:t>6:30  yeh sulook is zamanay mein khas tor par, yani jab kay tribal culture tha, bohat anokha tha. is zamanay mein to maar peet yahi aam baat hua karti thi.</w:t>
      </w:r>
      <w:r>
        <w:br/>
      </w:r>
      <w:r>
        <w:rPr>
          <w:sz w:val="20"/>
        </w:rPr>
        <w:t>6:45  to wo baddo baharhal insan tha,</w:t>
      </w:r>
      <w:r>
        <w:br/>
      </w:r>
      <w:r>
        <w:rPr>
          <w:sz w:val="20"/>
        </w:rPr>
        <w:t>6:50  wo apnay qabailay mein jab wapas gaya</w:t>
      </w:r>
      <w:r>
        <w:br/>
      </w:r>
      <w:r>
        <w:rPr>
          <w:sz w:val="20"/>
        </w:rPr>
        <w:t>6:55  to us nay apnay qabailay walon ko bataya kay mein madina gaya tha, wahan mein nay musalmanon ki masjid mein gandagi kar di,</w:t>
      </w:r>
      <w:r>
        <w:br/>
      </w:r>
      <w:r>
        <w:rPr>
          <w:sz w:val="20"/>
        </w:rPr>
        <w:t>7:10  lekin. aur pass par wahan maujood thay, lekin unhon nay mujhe kuch bhi na danta na mara.</w:t>
      </w:r>
      <w:r>
        <w:br/>
      </w:r>
      <w:r>
        <w:rPr>
          <w:sz w:val="20"/>
        </w:rPr>
        <w:t>7:21  wo log kehta tha kay "wallah ma zajarani Muhammad, wallah ma qahrani Muhammad".</w:t>
      </w:r>
      <w:r>
        <w:br/>
      </w:r>
      <w:r>
        <w:rPr>
          <w:sz w:val="20"/>
        </w:rPr>
        <w:t>7:32  khuda ki qasam, Muhammad nay mujh ko jharaka nahi, khuda ki qasam, Muhammad nay mujh ko mara nahi.</w:t>
      </w:r>
      <w:r>
        <w:br/>
      </w:r>
      <w:r>
        <w:rPr>
          <w:sz w:val="20"/>
        </w:rPr>
        <w:t>7:41  dekhein, saada baat yahi thi kyun kay wo jantay thay kay is tarah ka feal jo kare to lazman us ko maar peet milti hai.</w:t>
      </w:r>
      <w:r>
        <w:br/>
      </w:r>
      <w:r>
        <w:rPr>
          <w:sz w:val="20"/>
        </w:rPr>
        <w:t>7:55  to unhon nay socha kay kaisay log hain yeh kay aisa kaam kiya us nay, aur us ko kuch danta maar nahi hui, koi maar peeta nahi gaya.</w:t>
      </w:r>
      <w:r>
        <w:br/>
      </w:r>
      <w:r>
        <w:rPr>
          <w:sz w:val="20"/>
        </w:rPr>
        <w:t>8:06  to wahan say kuch log aaye pata karnay kay liye kay yeh paighambar kon hain, un ka message kiya hai. to aa kar unhon nay suna, quran ko suna, apni baatein suni,</w:t>
      </w:r>
      <w:r>
        <w:br/>
      </w:r>
      <w:r>
        <w:rPr>
          <w:sz w:val="20"/>
        </w:rPr>
        <w:t>8:22  aur phir ja kar apnay qabailay walon ko baatein batayein. to nateeja kiya hua? poora ka poora qabailay islam mein dakhil ho gaya.</w:t>
      </w:r>
      <w:r>
        <w:br/>
      </w:r>
      <w:r>
        <w:rPr>
          <w:sz w:val="20"/>
        </w:rPr>
        <w:t>8:35  to is waqt mein nay tagore hall mein jo taqreer ki thi, mein nay us qissay ko sunaya, aur meri maa say alfaaz niklay kay paighambar nay jo nateeja hasil kiya tha,</w:t>
      </w:r>
      <w:r>
        <w:br/>
      </w:r>
      <w:r>
        <w:rPr>
          <w:sz w:val="20"/>
        </w:rPr>
        <w:t>8:54  pani baha kar, wo nateeja aap hasil karna chahtay hain khoon baha kar, to aisa hona kabhi mumkin nahi.</w:t>
      </w:r>
      <w:r>
        <w:br/>
      </w:r>
      <w:r>
        <w:rPr>
          <w:sz w:val="20"/>
        </w:rPr>
        <w:t>9:08  yeh baat maine kahi thi jab ke abhi militancy shuru hone mein ghaliban do mahine baqi the, lekin militancy shuru hui hai October 1989 mein, do mahine ya is se zyada baqi the.</w:t>
      </w:r>
      <w:r>
        <w:br/>
      </w:r>
      <w:r>
        <w:rPr>
          <w:sz w:val="20"/>
        </w:rPr>
        <w:t>9:26  aaj aap jante hain ke militancy wahan chalai gayi, bohat dhoom se,</w:t>
      </w:r>
      <w:r>
        <w:br/>
      </w:r>
      <w:r>
        <w:rPr>
          <w:sz w:val="20"/>
        </w:rPr>
        <w:t>9:35  poore poore Kashmir mein chalai gayi. Accha result kya nikla? Nateeja kya nikla?</w:t>
      </w:r>
      <w:r>
        <w:br/>
      </w:r>
      <w:r>
        <w:rPr>
          <w:sz w:val="20"/>
        </w:rPr>
        <w:t>9:45  kya woh nateeja nikla jo Rasool Allah ne pani baha kar kiya tha? Woh nateeja kya Kashmiriyon ne nikala khoon baha kar ke? Har aadmi janta hai ke aisa nahi hua.</w:t>
      </w:r>
      <w:r>
        <w:br/>
      </w:r>
      <w:r>
        <w:rPr>
          <w:sz w:val="20"/>
        </w:rPr>
        <w:t>9:59  Kashmiriyon ne apne taqreeban ek lakh jawano ko kho diya.</w:t>
      </w:r>
      <w:r>
        <w:br/>
      </w:r>
      <w:r>
        <w:rPr>
          <w:sz w:val="20"/>
        </w:rPr>
        <w:t>10:11  maine check kiya internet par to is mein tha ke is muddat mein six thousand rupay ka nuqsan hua,</w:t>
      </w:r>
      <w:r>
        <w:br/>
      </w:r>
      <w:r>
        <w:rPr>
          <w:sz w:val="20"/>
        </w:rPr>
        <w:t>10:26  aur bohat sare nuqsanat, aur faida kuch bhi nahi.</w:t>
      </w:r>
    </w:p>
    <w:p>
      <w:pPr>
        <w:pStyle w:val="Heading2"/>
      </w:pPr>
      <w:r>
        <w:t>No compulsion in religion – Islam spread peacefully</w:t>
      </w:r>
    </w:p>
    <w:p>
      <w:r>
        <w:rPr>
          <w:color w:val="666666"/>
          <w:sz w:val="18"/>
        </w:rPr>
        <w:t>Media Activism September 11, 2006 · 4m 36s · at 59:31 · https://youtu.be/xCHUoDvxfho?t=3571</w:t>
      </w:r>
    </w:p>
    <w:p>
      <w:r>
        <w:rPr>
          <w:i/>
        </w:rPr>
        <w:t>“There is no compulsion in religion”</w:t>
      </w:r>
    </w:p>
    <w:p>
      <w:r>
        <w:rPr>
          <w:sz w:val="20"/>
        </w:rPr>
        <w:t>59:31  mein yahan par chand ek references doonga. pehli baat thi, yaani basic baat jo quran mein hai, woh yeh hai ke "la ikraha fid-deen".</w:t>
      </w:r>
      <w:r>
        <w:br/>
      </w:r>
      <w:r>
        <w:rPr>
          <w:sz w:val="20"/>
        </w:rPr>
        <w:t>59:49  "la ikraha fid-deen". "there is no compulsion in religion". "there is no compulsion in religion".</w:t>
      </w:r>
      <w:r>
        <w:br/>
      </w:r>
      <w:r>
        <w:rPr>
          <w:sz w:val="20"/>
        </w:rPr>
        <w:t>1:00:01  is ka matlab yeh hai ke islam ko by force phailana, islam ko by force spread karna, yeh islam ki scheme hi nahi hai.</w:t>
      </w:r>
      <w:r>
        <w:br/>
      </w:r>
      <w:r>
        <w:rPr>
          <w:sz w:val="20"/>
        </w:rPr>
        <w:t>1:00:15  yeh islam ki scheme nahi hai. islam ka maqsad hai logon ke dil badle, logon ki soch badle, logon ka mind badle. to kya aap gun aur bomb se aisa kar sakte hain?</w:t>
      </w:r>
      <w:r>
        <w:br/>
      </w:r>
      <w:r>
        <w:rPr>
          <w:sz w:val="20"/>
        </w:rPr>
        <w:t>1:00:30  impossible hai.</w:t>
      </w:r>
      <w:r>
        <w:br/>
      </w:r>
      <w:r>
        <w:rPr>
          <w:sz w:val="20"/>
        </w:rPr>
        <w:t>1:00:36  diloon ko badalna aur mind ko badalna hamesha hota hai through persuasion, through preaching, through dialogue, through discussion.</w:t>
      </w:r>
      <w:r>
        <w:br/>
      </w:r>
      <w:r>
        <w:rPr>
          <w:sz w:val="20"/>
        </w:rPr>
        <w:t>1:00:47  woh hai islam ka tareeqa. islam bilashuba apni baat logon ke samne lana chahta hai. islam bilashuba yeh chahta hai ke is ki sachai logon ke dil mein utre.</w:t>
      </w:r>
      <w:r>
        <w:br/>
      </w:r>
      <w:r>
        <w:rPr>
          <w:sz w:val="20"/>
        </w:rPr>
        <w:t>1:00:58  lekin yeh kaam talwar se hoga? yeh kaam bomb se hoga? gun se hoga?</w:t>
      </w:r>
      <w:r>
        <w:br/>
      </w:r>
      <w:r>
        <w:rPr>
          <w:sz w:val="20"/>
        </w:rPr>
        <w:t>1:01:07  nahin.</w:t>
      </w:r>
      <w:r>
        <w:br/>
      </w:r>
      <w:r>
        <w:rPr>
          <w:sz w:val="20"/>
        </w:rPr>
        <w:t>1:01:13  abhi dekhiye, jab iraq ki war hui thi, yaani america ne iraq par</w:t>
      </w:r>
      <w:r>
        <w:br/>
      </w:r>
      <w:r>
        <w:rPr>
          <w:sz w:val="20"/>
        </w:rPr>
        <w:t>1:01:25  bareeki thi, yaani is yeh bush senior, bush senior ke zamanay ki baat kar raha hoon mein. bush senior, bush junior ki baat nahi kar raha hoon.</w:t>
      </w:r>
      <w:r>
        <w:br/>
      </w:r>
      <w:r>
        <w:rPr>
          <w:sz w:val="20"/>
        </w:rPr>
        <w:t>1:01:39  to bush senior ke zamanay mein aap jante hain ke yeh</w:t>
      </w:r>
      <w:r>
        <w:br/>
      </w:r>
      <w:r>
        <w:rPr>
          <w:sz w:val="20"/>
        </w:rPr>
        <w:t>1:01:47  woh hua. ab afghanistan par, afghanistan par hua tha ya iraq par hua tha? ji, kuwait.</w:t>
      </w:r>
      <w:r>
        <w:br/>
      </w:r>
      <w:r>
        <w:rPr>
          <w:sz w:val="20"/>
        </w:rPr>
        <w:t>1:01:57  kuwait. haan, kuwait. iraq par hua tha. kuwait par hamle ke baad iraq par hua tha. haan, bush senior ke zamanay mein iraq par attack kiya america ne,</w:t>
      </w:r>
      <w:r>
        <w:br/>
      </w:r>
      <w:r>
        <w:rPr>
          <w:sz w:val="20"/>
        </w:rPr>
        <w:t>1:02:09  aur is ka justification yeh tha ke ke iraq ne apni army wahan par la kar ke kuwait par is ko occupy kar liya tha.</w:t>
      </w:r>
      <w:r>
        <w:br/>
      </w:r>
      <w:r>
        <w:rPr>
          <w:sz w:val="20"/>
        </w:rPr>
        <w:t>1:02:23  to us zamanay mein kafi army america ki arab countries mein aa gayi. kafi army.</w:t>
      </w:r>
      <w:r>
        <w:br/>
      </w:r>
      <w:r>
        <w:rPr>
          <w:sz w:val="20"/>
        </w:rPr>
        <w:t>1:02:35  jante hain kya hua? us zamanay mein jab arab, yeh american army arab countries mein aa gayi to agar, to jaisa ke maine arz kiya ke yeh patharon ka aana nahi tha.</w:t>
      </w:r>
      <w:r>
        <w:br/>
      </w:r>
      <w:r>
        <w:rPr>
          <w:sz w:val="20"/>
        </w:rPr>
        <w:t>1:02:52  yaani aisa nahi tha ke america ki army pathar ki thi, aur jo musalman the arab countries, woh bhi pathar ke thay. to patharon ke dher ko ikatha kar dein to kya hoga?</w:t>
      </w:r>
      <w:r>
        <w:br/>
      </w:r>
      <w:r>
        <w:rPr>
          <w:sz w:val="20"/>
        </w:rPr>
        <w:t>1:03:04  un ke darmiyan koi interaction nahi hoga, koi dialogue nahi hoga. lekin jab insan ko le jayen kahin, ab jab insan ko la kar aap rakh dein, jab amriki ho ya british ho,</w:t>
      </w:r>
      <w:r>
        <w:br/>
      </w:r>
      <w:r>
        <w:rPr>
          <w:sz w:val="20"/>
        </w:rPr>
        <w:t>1:03:19  to jab aap rakh ke rakhein ge wahan par to kya hoga? interaction hoga, dialogue hoga, aur yahi hua. chunancha us zamanay mein bilkul normal tareeqay par, baghair kisi tablegh ke,</w:t>
      </w:r>
      <w:r>
        <w:br/>
      </w:r>
      <w:r>
        <w:rPr>
          <w:sz w:val="20"/>
        </w:rPr>
        <w:t>1:03:34  do hazar american musalman ho gaye. islam qabool kar liya unhone.</w:t>
      </w:r>
      <w:r>
        <w:br/>
      </w:r>
      <w:r>
        <w:rPr>
          <w:sz w:val="20"/>
        </w:rPr>
        <w:t>1:03:41  yeh hai negative mein positive. to jab islam ki yeh taqat hai to ladne ki zaroorat kya hai?</w:t>
      </w:r>
      <w:r>
        <w:br/>
      </w:r>
      <w:r>
        <w:rPr>
          <w:sz w:val="20"/>
        </w:rPr>
        <w:t>1:03:49  aap mujhe bataiye bhai. jab islam dilon ko par qabza kar sakta hai, jab islam mind ko capture kar sakta hai, jab islam andar se insan ko apne control mein le sakta hai, to is ko marne ki kya zaroorat hai?</w:t>
      </w:r>
    </w:p>
    <w:p>
      <w:pPr>
        <w:pStyle w:val="Heading2"/>
      </w:pPr>
      <w:r>
        <w:t>Full argument: Iblis's arrogance and becoming a flower among thorns</w:t>
      </w:r>
    </w:p>
    <w:p>
      <w:r>
        <w:rPr>
          <w:color w:val="666666"/>
          <w:sz w:val="18"/>
        </w:rPr>
        <w:t>CPS Women Interaction 2 February 27, 2022 · 5m 35s · at 1:04:32 · https://youtu.be/cHWQVJ_3at0?t=3872</w:t>
      </w:r>
    </w:p>
    <w:p>
      <w:r>
        <w:rPr>
          <w:i/>
        </w:rPr>
        <w:t>“कुरान के chapter seven verse 12 में बताया गया है कि जब हुदा ने इबलीस से पूछा”</w:t>
      </w:r>
    </w:p>
    <w:p>
      <w:r>
        <w:rPr>
          <w:sz w:val="20"/>
        </w:rPr>
        <w:t>1:04:32  isiliye kaaba ka jo aitraan hai usse zyada ek believer ka aitraan, ek human being ka yeh mujhe clear hua jo maine aap sabke saath share kiya. quran ke chapter seven verse 12 mein bataya gaya hai ki jab huda ne iblis se puchha ki tumne adam ka seedha kyu nahi kara?</w:t>
      </w:r>
      <w:r>
        <w:br/>
      </w:r>
      <w:r>
        <w:rPr>
          <w:sz w:val="20"/>
        </w:rPr>
        <w:t>1:04:59  iblis bola ki main adam se behtar hoon aur tune adam ko matti se banaya hai mujhe aankh se. to maulana sahab ne isko explain karke yeh bataya ki iblis khuda ko seedha karne ke liye taiyar tha, magar woh adam ko seedha karne par raazi na hua. isliye woh hamesha ke liye jahandron mein karar diya gaya, de diya.</w:t>
      </w:r>
      <w:r>
        <w:br/>
      </w:r>
      <w:r>
        <w:rPr>
          <w:sz w:val="20"/>
        </w:rPr>
        <w:t>1:05:27  hamesha ke liye jahandron, jahandron mein karar de diya gaya. yaani apne ego aur arrogance ki wajah se woh adam ke saamne nahi jhuka isliye woh jahannu mein aradhya de diya gaya. molana sahab kehte hain ki duniya mein zindagi guzarte hue hum kabhi na kabhi ek adam se do chaar hote hain.</w:t>
      </w:r>
      <w:r>
        <w:br/>
      </w:r>
      <w:r>
        <w:rPr>
          <w:sz w:val="20"/>
        </w:rPr>
        <w:t>1:05:52  hamara contact kisi na kisi insan se parta hai.</w:t>
      </w:r>
      <w:r>
        <w:br/>
      </w:r>
      <w:r>
        <w:rPr>
          <w:sz w:val="20"/>
        </w:rPr>
        <w:t>1:05:57  kabhi uska koi haq hota hai.</w:t>
      </w:r>
      <w:r>
        <w:br/>
      </w:r>
      <w:r>
        <w:rPr>
          <w:sz w:val="20"/>
        </w:rPr>
        <w:t>1:06:02  chahe woh valuation ki baat ho, koi achhe alfaz ki baat ho, kisi ki kisi bhi tarah ki</w:t>
      </w:r>
      <w:r>
        <w:br/>
      </w:r>
      <w:r>
        <w:rPr>
          <w:sz w:val="20"/>
        </w:rPr>
        <w:t>1:06:07  galat baat ko bardasht karna ho.</w:t>
      </w:r>
      <w:r>
        <w:br/>
      </w:r>
      <w:r>
        <w:rPr>
          <w:sz w:val="20"/>
        </w:rPr>
        <w:t>1:06:12  aise har mauqe par huda apni khamor saban mein keh raha hota hai ki mere hukm ki taameel</w:t>
      </w:r>
      <w:r>
        <w:br/>
      </w:r>
      <w:r>
        <w:rPr>
          <w:sz w:val="20"/>
        </w:rPr>
        <w:t>1:06:17  mein is adam ke samne jhuk jaun.</w:t>
      </w:r>
      <w:r>
        <w:br/>
      </w:r>
      <w:r>
        <w:rPr>
          <w:sz w:val="20"/>
        </w:rPr>
        <w:t>1:06:23  ab jo insan farishton wali rave shaktiyar kiye honge woh apne bare mein huda ke hukon ko pehchan lete hain aur apne ko uske aage daal dete hain. matlab woh huda ke hukon ko pehchan ke apne aap ko uske aage daal denge. to yeh aise wafadar bande huda ki janat mein basaye jayenge.</w:t>
      </w:r>
      <w:r>
        <w:br/>
      </w:r>
      <w:r>
        <w:rPr>
          <w:sz w:val="20"/>
        </w:rPr>
        <w:t>1:06:48  lekin jo log ibnees ke tarike ko ek taiyar karen, woh apni badhai ke khaatir, apne ego ke khaatir, doosre ke aage jhukne ko taiyar na ho. woh iblis ke saath jahannnon mein daal diye jayenge. to yahi hamara dhyan hai ki farishton wala tarika hum ikhtaiyar karte hain ya iblis wala tarika.</w:t>
      </w:r>
      <w:r>
        <w:br/>
      </w:r>
      <w:r>
        <w:rPr>
          <w:sz w:val="20"/>
        </w:rPr>
        <w:t>1:07:16  to yeh clear hua mujhe manana sahab se ki baaton se aur quran ki bhar se. manana sahab kehte hain ki seedda aur ibadat ke itmaar se wo umeed sirf khuda ke aage jhukta hai. yaani khuda hi ka seedda karta hai, magar khuda ke aage ebaadhati jhukav insano ke darmiyan ikhlaaki jhukav ki surat mein zahir hota hai.</w:t>
      </w:r>
      <w:r>
        <w:br/>
      </w:r>
      <w:r>
        <w:rPr>
          <w:sz w:val="20"/>
        </w:rPr>
        <w:t>1:07:45  yaani doosron ke saath aala ikhlaq ityaar karne ka matlab hai ki hum khuda ke saamne hi seta kaam rahe hain. yeh clear hua. to asal to yahi maine yahi isse yeh samjha aur doosri cheez yeh jaan samajh rahi hoon ki asal ibadat yahi hai ki hum apni zindagi ko badalte hain.</w:t>
      </w:r>
      <w:r>
        <w:br/>
      </w:r>
      <w:r>
        <w:rPr>
          <w:sz w:val="20"/>
        </w:rPr>
        <w:t>1:08:15  sirf hoda ke liye. to hamara seedha vafalat ka seedha na ho, hakee ki seedha ho. phir yahi hakee ki seedha ya saccha seedha hamare saare mamlaat ko dursat rakhta hai aur hamari rooh ko paak rakhta hai.</w:t>
      </w:r>
      <w:r>
        <w:br/>
      </w:r>
      <w:r>
        <w:rPr>
          <w:sz w:val="20"/>
        </w:rPr>
        <w:t>1:08:37  aakhir main aap sabse yeh share karna chah rahi hoon ki doosron ki di hui takleef unki baaton ko baadaash karna aur uske baad unke saath mohabbat bhi aur khairkhai ke saath rehna. deshka is duniya ka mushkil tareekaam hai.</w:t>
      </w:r>
      <w:r>
        <w:br/>
      </w:r>
      <w:r>
        <w:rPr>
          <w:sz w:val="20"/>
        </w:rPr>
        <w:t>1:08:59  magar molana sahab kehte hain ki insan ko kaanton ke saath phool phool bankar rehna hai. yahi single option hai is duniya mein zindagi ko jarne ka. to isko sochte hue maine jo samjha woh yeh ki kaante hi to test paper hain yeh hamare.</w:t>
      </w:r>
      <w:r>
        <w:br/>
      </w:r>
      <w:r>
        <w:rPr>
          <w:sz w:val="20"/>
        </w:rPr>
        <w:t>1:09:25  agar hum unke saath chhedkhani karte hain, chhedkhani karenge to hum phool nahi bane reh sakte. yaani momil nahi ho sakte ya fitrat prakayam nahi reh sakte.</w:t>
      </w:r>
      <w:r>
        <w:br/>
      </w:r>
      <w:r>
        <w:rPr>
          <w:sz w:val="20"/>
        </w:rPr>
        <w:t>1:09:41  to hamein mohabbat khairkhai sabke saath ek tarah ka shulup khuda ke liye karna hi karna hi hai kyunki yahi asal e baadht hai aur yahi hamein fitrat par kayam rakhta hai aur yahi fitrat par apne ko kayam rakhna hamein jannat ka muskahir banata hai.</w:t>
      </w:r>
      <w:r>
        <w:br/>
      </w:r>
      <w:r>
        <w:rPr>
          <w:sz w:val="20"/>
        </w:rPr>
        <w:t>1:10:07  to allah hamein is tarah practice develop karne wala banaye, is tarah sochne wala banaye.</w:t>
      </w:r>
    </w:p>
    <w:p>
      <w:pPr>
        <w:pStyle w:val="Heading2"/>
      </w:pPr>
      <w:r>
        <w:t>Full definition of Islam: submission to God and Tawhid</w:t>
      </w:r>
    </w:p>
    <w:p>
      <w:r>
        <w:rPr>
          <w:color w:val="666666"/>
          <w:sz w:val="18"/>
        </w:rPr>
        <w:t>Islam Principles and Practice (English) September 8, 2007 Maulana Wahiduddin Khan · 3m 17s · at 1:13 · https://youtu.be/2wOdR0to6gs?t=73</w:t>
      </w:r>
    </w:p>
    <w:p>
      <w:r>
        <w:rPr>
          <w:i/>
        </w:rPr>
        <w:t>“How would you define Islam?”</w:t>
      </w:r>
    </w:p>
    <w:p>
      <w:r>
        <w:rPr>
          <w:sz w:val="20"/>
        </w:rPr>
        <w:t>1:13  maulana how would you define islam the name islam itself gives us a definition</w:t>
      </w:r>
      <w:r>
        <w:br/>
      </w:r>
      <w:r>
        <w:rPr>
          <w:sz w:val="20"/>
        </w:rPr>
        <w:t>1:25  the word islam means</w:t>
      </w:r>
      <w:r>
        <w:br/>
      </w:r>
      <w:r>
        <w:rPr>
          <w:sz w:val="20"/>
        </w:rPr>
        <w:t>1:31  submission or surrender it means that islam is a religion of surrender or submission</w:t>
      </w:r>
      <w:r>
        <w:br/>
      </w:r>
      <w:r>
        <w:rPr>
          <w:sz w:val="20"/>
        </w:rPr>
        <w:t>1:40  surrender to god almighty or submission before god almighty</w:t>
      </w:r>
      <w:r>
        <w:br/>
      </w:r>
      <w:r>
        <w:rPr>
          <w:sz w:val="20"/>
        </w:rPr>
        <w:t>1:49  so islamic religion means a life of that is that we may call god oriented life</w:t>
      </w:r>
      <w:r>
        <w:br/>
      </w:r>
      <w:r>
        <w:rPr>
          <w:sz w:val="20"/>
        </w:rPr>
        <w:t>2:00  ji a submissive lif</w:t>
      </w:r>
      <w:r>
        <w:br/>
      </w:r>
      <w:r>
        <w:rPr>
          <w:sz w:val="20"/>
        </w:rPr>
        <w:t>2:05  e. So, according to Islam, you have to adopt</w:t>
      </w:r>
      <w:r>
        <w:br/>
      </w:r>
      <w:r>
        <w:rPr>
          <w:sz w:val="20"/>
        </w:rPr>
        <w:t>2:14  a God-oriented life. God-oriented thinking. God-oriented behavior. God-oriented morality.</w:t>
      </w:r>
      <w:r>
        <w:br/>
      </w:r>
      <w:r>
        <w:rPr>
          <w:sz w:val="20"/>
        </w:rPr>
        <w:t>2:26  So, this is Islam. Islam has nothing to do with violence or war or fighting. No.</w:t>
      </w:r>
      <w:r>
        <w:br/>
      </w:r>
      <w:r>
        <w:rPr>
          <w:sz w:val="20"/>
        </w:rPr>
        <w:t>2:35  Islam means surrendering before God. This is the true meaning of Islam.</w:t>
      </w:r>
      <w:r>
        <w:br/>
      </w:r>
      <w:r>
        <w:rPr>
          <w:sz w:val="20"/>
        </w:rPr>
        <w:t>2:46  ji. Maulana, you said Islam means God-oriented life. So, what are the basic fundamentals on which Islamic belief resides on?</w:t>
      </w:r>
      <w:r>
        <w:br/>
      </w:r>
      <w:r>
        <w:rPr>
          <w:sz w:val="20"/>
        </w:rPr>
        <w:t>2:59  Basic principle is tauheed.</w:t>
      </w:r>
      <w:r>
        <w:br/>
      </w:r>
      <w:r>
        <w:rPr>
          <w:sz w:val="20"/>
        </w:rPr>
        <w:t>3:02  tauheed means oneness of God. It means that there is no God but one God. So, this is the basic creed of Islam.</w:t>
      </w:r>
      <w:r>
        <w:br/>
      </w:r>
      <w:r>
        <w:rPr>
          <w:sz w:val="20"/>
        </w:rPr>
        <w:t>3:16  All other teachings are derived from this basic concep</w:t>
      </w:r>
      <w:r>
        <w:br/>
      </w:r>
      <w:r>
        <w:rPr>
          <w:sz w:val="20"/>
        </w:rPr>
        <w:t>3:22  t. When you believe there is no God but one God, you also believe that God is the creator, God is the sustainer, God is the giver,</w:t>
      </w:r>
      <w:r>
        <w:br/>
      </w:r>
      <w:r>
        <w:rPr>
          <w:sz w:val="20"/>
        </w:rPr>
        <w:t>3:35  and also you believe that God gives us guidance.</w:t>
      </w:r>
      <w:r>
        <w:br/>
      </w:r>
      <w:r>
        <w:rPr>
          <w:sz w:val="20"/>
        </w:rPr>
        <w:t>3:44  ji.</w:t>
      </w:r>
      <w:r>
        <w:br/>
      </w:r>
      <w:r>
        <w:rPr>
          <w:sz w:val="20"/>
        </w:rPr>
        <w:t>3:46  So, when you believe that God is one, it is not a simple belief. It is a comprehensive belief.</w:t>
      </w:r>
      <w:r>
        <w:br/>
      </w:r>
      <w:r>
        <w:rPr>
          <w:sz w:val="20"/>
        </w:rPr>
        <w:t>3:57  so, tauheed means</w:t>
      </w:r>
      <w:r>
        <w:br/>
      </w:r>
      <w:r>
        <w:rPr>
          <w:sz w:val="20"/>
        </w:rPr>
        <w:t>3:59  god is one.</w:t>
      </w:r>
      <w:r>
        <w:br/>
      </w:r>
      <w:r>
        <w:rPr>
          <w:sz w:val="20"/>
        </w:rPr>
        <w:t>4:01  he is only the sustainer.</w:t>
      </w:r>
    </w:p>
    <w:p>
      <w:pPr>
        <w:pStyle w:val="Heading2"/>
      </w:pPr>
      <w:r>
        <w:t>Loss of dawah leads to Muslim decline</w:t>
      </w:r>
    </w:p>
    <w:p>
      <w:r>
        <w:rPr>
          <w:color w:val="666666"/>
          <w:sz w:val="18"/>
        </w:rPr>
        <w:t>Islam in the Age of Science I 27 June 2010 - Maulana Wahiduddin Khan · 4m 50s · at 12:45 · https://youtu.be/aU2f802AUJk?t=765</w:t>
      </w:r>
    </w:p>
    <w:p>
      <w:r>
        <w:rPr>
          <w:i/>
        </w:rPr>
        <w:t>“Dawat ka shaur nikal jana”</w:t>
      </w:r>
    </w:p>
    <w:p>
      <w:r>
        <w:rPr>
          <w:sz w:val="20"/>
        </w:rPr>
        <w:t>12:45  sab kay sab, yahan say lay kar arab tak. woh hai dawat ka shaoor nikal jana.</w:t>
      </w:r>
      <w:r>
        <w:br/>
      </w:r>
      <w:r>
        <w:rPr>
          <w:sz w:val="20"/>
        </w:rPr>
        <w:t>12:56  dawat ka shaoor nikal jana. dainkhay, dawat jo hai, woh kya karti hai? aap ko insaan friendly banati hai.</w:t>
      </w:r>
      <w:r>
        <w:br/>
      </w:r>
      <w:r>
        <w:rPr>
          <w:sz w:val="20"/>
        </w:rPr>
        <w:t>13:07  jaisay business man hai, aik aadmi dadagiri kar raha ho to kuch nahi sochay ga kay log kaisay hain, logon kay khayalaat kya hain. woh to maar peet kar kay un ki jeeb say paisa chheenay ga.</w:t>
      </w:r>
      <w:r>
        <w:br/>
      </w:r>
      <w:r>
        <w:rPr>
          <w:sz w:val="20"/>
        </w:rPr>
        <w:t>13:20  lekin aik aadmi business karay, industry lagaye, aik product nikalay to woh kya karay ga? logon ko parhay ga, logon kay mind ko janay ga, market reading karay ga.</w:t>
      </w:r>
      <w:r>
        <w:br/>
      </w:r>
      <w:r>
        <w:rPr>
          <w:sz w:val="20"/>
        </w:rPr>
        <w:t>13:36  taakay woh jin logon kay liye product nikal raha hai, un kay liye woh acceptable ho, woh is ko khareedain, is ko woh. to yahi maamla dawat ka hai.</w:t>
      </w:r>
      <w:r>
        <w:br/>
      </w:r>
      <w:r>
        <w:rPr>
          <w:sz w:val="20"/>
        </w:rPr>
        <w:t>13:49  agar aap sach much daai hain to insaan kay baray mein bohat sincere rahay gay aap. aap insaan friendly hon gay.</w:t>
      </w:r>
      <w:r>
        <w:br/>
      </w:r>
      <w:r>
        <w:rPr>
          <w:sz w:val="20"/>
        </w:rPr>
        <w:t>13:59  aap janain gay, jaanna chahain gay kay koi insaan, aaj ka jo insaan hai, aaj ka kya soch hai is ki, kya mind set hai is ka, kin baaton say mutasir hota hai woh, is ka mind address kaisay hoga, kaisay nahi hoga.</w:t>
      </w:r>
      <w:r>
        <w:br/>
      </w:r>
      <w:r>
        <w:rPr>
          <w:sz w:val="20"/>
        </w:rPr>
        <w:t>14:14  to dawat aap ko sincere banati hai, serious thinking laati hai aap kay andar.</w:t>
      </w:r>
      <w:r>
        <w:br/>
      </w:r>
      <w:r>
        <w:rPr>
          <w:sz w:val="20"/>
        </w:rPr>
        <w:t>14:22  theek isi tarah jis tarah say business man sincere ho jata hai.</w:t>
      </w:r>
      <w:r>
        <w:br/>
      </w:r>
      <w:r>
        <w:rPr>
          <w:sz w:val="20"/>
        </w:rPr>
        <w:t>14:31  aik aadmi nay sahi kaha hai kay isi baat ko lay kar kay jis tarah say tijarti aadmi apni planning karta hai, aisay hi daai apni planning karta hai.</w:t>
      </w:r>
      <w:r>
        <w:br/>
      </w:r>
      <w:r>
        <w:rPr>
          <w:sz w:val="20"/>
        </w:rPr>
        <w:t>14:48  isi baat ko lay kar kay yaani yeh tasawwur hai is kay mind mein kay jis tarah say aik taajir, aik business man, aik industrialist apnay apnay, yaani apnay apnay tijarat ko bohat hi soch samajh kar is ko is ki planning karta hai,</w:t>
      </w:r>
      <w:r>
        <w:br/>
      </w:r>
      <w:r>
        <w:rPr>
          <w:sz w:val="20"/>
        </w:rPr>
        <w:t>15:09  isi tarah say bohat daai ka bhi haal hai</w:t>
      </w:r>
      <w:r>
        <w:br/>
      </w:r>
      <w:r>
        <w:rPr>
          <w:sz w:val="20"/>
        </w:rPr>
        <w:t>15:15  kay woh aik aik missionary ka bhi haal bhi hai. yaani missionary mein aur aik trader mein koi farq nahi hai. usay is is aitbaar say</w:t>
      </w:r>
      <w:r>
        <w:br/>
      </w:r>
      <w:r>
        <w:rPr>
          <w:sz w:val="20"/>
        </w:rPr>
        <w:t>15:29  bohat ziyada mushaba</w:t>
      </w:r>
      <w:r>
        <w:br/>
      </w:r>
      <w:r>
        <w:rPr>
          <w:sz w:val="20"/>
        </w:rPr>
        <w:t>15:31  t hai. yaani aik business jo hai, customer friendly hota hai aur daai jo hai, woh insaan friendly hota hai, madعو friendly hota hai.</w:t>
      </w:r>
      <w:r>
        <w:br/>
      </w:r>
      <w:r>
        <w:rPr>
          <w:sz w:val="20"/>
        </w:rPr>
        <w:t>15:43  aur jab aap madعو friendly hon, insaan friendly hon to phir saari cheezain aa jati</w:t>
      </w:r>
      <w:r>
        <w:br/>
      </w:r>
      <w:r>
        <w:rPr>
          <w:sz w:val="20"/>
        </w:rPr>
        <w:t>15:49  hain. aap is kay zehn ko parhain gay, is kay mind ko, is mind kay mind set ko samjhay gay, kin baaton say mutasir hota hai, is ko jaan nay ki koshish karain gay, is ki zabaan seekhain gay, is kay uloom ko seekhain gay.</w:t>
      </w:r>
      <w:r>
        <w:br/>
      </w:r>
      <w:r>
        <w:rPr>
          <w:sz w:val="20"/>
        </w:rPr>
        <w:t>16:06  yeh sab baatein hongi.</w:t>
      </w:r>
      <w:r>
        <w:br/>
      </w:r>
      <w:r>
        <w:rPr>
          <w:sz w:val="20"/>
        </w:rPr>
        <w:t>16:12  to chunaanche dawati, dawati shaoor ghayab hai, dawat ki soch hai nahi, dawat ka mizaj hai nahi, is liye yeh bhi sab sab kuch ghayab hai.</w:t>
      </w:r>
      <w:r>
        <w:br/>
      </w:r>
      <w:r>
        <w:rPr>
          <w:sz w:val="20"/>
        </w:rPr>
        <w:t>16:23  aaj ke musalman na to insaan friendly hain, na unhein jaanna hai ke zamana kaisa hai, aaj ke taqaze kya hain, yeh sab unhein sochna nahi hai.</w:t>
      </w:r>
      <w:r>
        <w:br/>
      </w:r>
      <w:r>
        <w:rPr>
          <w:sz w:val="20"/>
        </w:rPr>
        <w:t>16:33  to dawat khatam hui to sab sab baatein khatam ho gaein.</w:t>
      </w:r>
      <w:r>
        <w:br/>
      </w:r>
      <w:r>
        <w:rPr>
          <w:sz w:val="20"/>
        </w:rPr>
        <w:t>16:39  ab bas bilkul self interest ke liye jeeta hai aaj ka musalman. kuch kama lena taake ghar bana le, kuch kama le taake mere bachon ko kaam chal jaaye.</w:t>
      </w:r>
      <w:r>
        <w:br/>
      </w:r>
      <w:r>
        <w:rPr>
          <w:sz w:val="20"/>
        </w:rPr>
        <w:t>16:48  bas apne self interest se bahar koi soch ka in ke andar hai hi nahi. yahan se le kar western countries tak yahi haal hai.</w:t>
      </w:r>
      <w:r>
        <w:br/>
      </w:r>
      <w:r>
        <w:rPr>
          <w:sz w:val="20"/>
        </w:rPr>
        <w:t>17:01  western countries mein bar bar main gaya hoon, wahan bhi log bas sari zindagi ghoomti hai kis par? dollar aur pound par.</w:t>
      </w:r>
      <w:r>
        <w:br/>
      </w:r>
      <w:r>
        <w:rPr>
          <w:sz w:val="20"/>
        </w:rPr>
        <w:t>17:08  bas aur kuch un ki soch hi nahi hai. hatta ke jin mulkon mein woh rehte hain, un ke baray mein bohat kam jante hain woh, siwaye is ke ke yahan hum kama sakte hain paisa, yahan dollar kama sakte hain, yahan pound kama sakte hain ya euro kama sakte hain.</w:t>
      </w:r>
      <w:r>
        <w:br/>
      </w:r>
      <w:r>
        <w:rPr>
          <w:sz w:val="20"/>
        </w:rPr>
        <w:t>17:28  yeh kya ajeeb haal hai musalmanon ka. dawat ko khoya to sab kuch kho diya.</w:t>
      </w:r>
    </w:p>
    <w:p>
      <w:pPr>
        <w:pStyle w:val="Heading2"/>
      </w:pPr>
      <w:r>
        <w:t>Reinterpret Quran: Ibrahim, Muhammad, modern lessons</w:t>
      </w:r>
    </w:p>
    <w:p>
      <w:r>
        <w:rPr>
          <w:color w:val="666666"/>
          <w:sz w:val="18"/>
        </w:rPr>
        <w:t>Understanding the Quran April 7, 2019 · 5m 58s · at 3:54 · https://youtu.be/m_Om5MtQJz4?t=234</w:t>
      </w:r>
    </w:p>
    <w:p>
      <w:r>
        <w:rPr>
          <w:i/>
        </w:rPr>
        <w:t>“Samajhta hoon ke ye jo huroof muqatta'at hain, symbolic sense mein hain.”</w:t>
      </w:r>
    </w:p>
    <w:p>
      <w:r>
        <w:rPr>
          <w:sz w:val="20"/>
        </w:rPr>
        <w:t>3:54  to yeh hai jigsaw puzzle. to main samajhta hoon ke yeh jo huroof muqatta'at hain, yeh dis jointed letter hain, yeh symbolic sense mein hain, yeh kisi purasrar bare mein nahin hain.</w:t>
      </w:r>
      <w:r>
        <w:br/>
      </w:r>
      <w:r>
        <w:rPr>
          <w:sz w:val="20"/>
        </w:rPr>
        <w:t>4:10  symbolic sense mein. yani kya matlab hai ke quran jo aaya hai, woh ek qism ka jigsaw puzzle hai, ek qism ka.</w:t>
      </w:r>
      <w:r>
        <w:br/>
      </w:r>
      <w:r>
        <w:rPr>
          <w:sz w:val="20"/>
        </w:rPr>
        <w:t>4:23  yani sheikh ki tarah koi laga bada is mein qanoon nahin hai. har zamane mein aap ko quran ko rediscover karna hai, reassemble karna hai.</w:t>
      </w:r>
      <w:r>
        <w:br/>
      </w:r>
      <w:r>
        <w:rPr>
          <w:sz w:val="20"/>
        </w:rPr>
        <w:t>4:38  woh ek eternal jis ka puzzle hai, ek eternal.</w:t>
      </w:r>
      <w:r>
        <w:br/>
      </w:r>
      <w:r>
        <w:rPr>
          <w:sz w:val="20"/>
        </w:rPr>
        <w:t>4:47  aap ko kisi ek word par stick nahin karna hai, balkeh is ke huroof ko le kar, is ke shabdon ko le kar hamesha sochte rehna hai, sochte rehna hai.</w:t>
      </w:r>
      <w:r>
        <w:br/>
      </w:r>
      <w:r>
        <w:rPr>
          <w:sz w:val="20"/>
        </w:rPr>
        <w:t>5:04  main aap ko misal deta hoon.</w:t>
      </w:r>
      <w:r>
        <w:br/>
      </w:r>
      <w:r>
        <w:rPr>
          <w:sz w:val="20"/>
        </w:rPr>
        <w:t>5:08  aap dekhiye, Hazrat Ibrahim ko dekhiye.</w:t>
      </w:r>
      <w:r>
        <w:br/>
      </w:r>
      <w:r>
        <w:rPr>
          <w:sz w:val="20"/>
        </w:rPr>
        <w:t>5:14  Hazrat Ibrahim ke zamane mein Iraq mein khud un ke baap ke</w:t>
      </w:r>
      <w:r>
        <w:br/>
      </w:r>
      <w:r>
        <w:rPr>
          <w:sz w:val="20"/>
        </w:rPr>
        <w:t>5:24  ka jo idara tha, usi mein bohat se but rakhe hue the, asnaam.</w:t>
      </w:r>
      <w:r>
        <w:br/>
      </w:r>
      <w:r>
        <w:rPr>
          <w:sz w:val="20"/>
        </w:rPr>
        <w:t>5:34  to unhon ne ek raat ko kulhadi le kar ke asnaam ko toda, yani but shikni ki.</w:t>
      </w:r>
      <w:r>
        <w:br/>
      </w:r>
      <w:r>
        <w:rPr>
          <w:sz w:val="20"/>
        </w:rPr>
        <w:t>5:47  toda. lekin aap sochiye, is ke baad aate hain Rasool Allah salallahu alaihi wasallam. aap ke zamane mein bhi kaaba mein but rakhe hue the.</w:t>
      </w:r>
      <w:r>
        <w:br/>
      </w:r>
      <w:r>
        <w:rPr>
          <w:sz w:val="20"/>
        </w:rPr>
        <w:t>5:57  kya aap ne toda?</w:t>
      </w:r>
      <w:r>
        <w:br/>
      </w:r>
      <w:r>
        <w:rPr>
          <w:sz w:val="20"/>
        </w:rPr>
        <w:t>6:02  nahi toṛa aap ne. Baqi rehne diya. Is ka matlab ke Hazrat Ibrahim ki jo sunnat hai, woh but shikanī nahi hai.</w:t>
      </w:r>
      <w:r>
        <w:br/>
      </w:r>
      <w:r>
        <w:rPr>
          <w:sz w:val="20"/>
        </w:rPr>
        <w:t>6:13  Islām ka re-interpretation hai. Khuda ki kitab ko phir se paṛhna hai. Yeh hai. Ab Mahmood jo āya tha India mein, us ne is rāt ko nahi janta.</w:t>
      </w:r>
      <w:r>
        <w:br/>
      </w:r>
      <w:r>
        <w:rPr>
          <w:sz w:val="20"/>
        </w:rPr>
        <w:t>6:30  To us ne Somnath mein bulton ko toṛ ḍālā. Kaha jata hai ke Mahmood but shikan. Lekin is ka natija kya hua?</w:t>
      </w:r>
      <w:r>
        <w:br/>
      </w:r>
      <w:r>
        <w:rPr>
          <w:sz w:val="20"/>
        </w:rPr>
        <w:t>6:41  Āj tak India mein Musalmānon ke khilāf nafrat pāi jati hai. Aur Bab Masjid toṛi gayi thi, isi ka reaction thi.</w:t>
      </w:r>
      <w:r>
        <w:br/>
      </w:r>
      <w:r>
        <w:rPr>
          <w:sz w:val="20"/>
        </w:rPr>
        <w:t>6:50  Yeh</w:t>
      </w:r>
      <w:r>
        <w:br/>
      </w:r>
      <w:r>
        <w:rPr>
          <w:sz w:val="20"/>
        </w:rPr>
        <w:t>6:54  Yeh koi yeh koi Quran fami nahi hai ke isi ko repeat karte rahein aap. Nahi, aap creative creative thinking lāiye apne andar.</w:t>
      </w:r>
      <w:r>
        <w:br/>
      </w:r>
      <w:r>
        <w:rPr>
          <w:sz w:val="20"/>
        </w:rPr>
        <w:t>7:06  Aap jāniye ke āj is ka interpretation kya hai. Āj is ko phir se study kijiye, phir se samjhiye.</w:t>
      </w:r>
      <w:r>
        <w:br/>
      </w:r>
      <w:r>
        <w:rPr>
          <w:sz w:val="20"/>
        </w:rPr>
        <w:t>7:20  Ab aap dekhiye, Rasool Allah Sallallahu Alaihi Wasallam ne kya kiya? Bulton ko toṛa nahi, isi ne bāqi rehne diya hai. Ka'aba mein bulton ko bāqi rehne diya hai.</w:t>
      </w:r>
      <w:r>
        <w:br/>
      </w:r>
      <w:r>
        <w:rPr>
          <w:sz w:val="20"/>
        </w:rPr>
        <w:t>7:33  Kyun aap ne is ko phir se study ki? Re-planning ki. Phir se sochā.</w:t>
      </w:r>
      <w:r>
        <w:br/>
      </w:r>
      <w:r>
        <w:rPr>
          <w:sz w:val="20"/>
        </w:rPr>
        <w:t>7:45  To aap ne discover kiya ke yeh but jo hain Ka'aba mein, yeh to hamari asset hain, asset problem nahi hai.</w:t>
      </w:r>
      <w:r>
        <w:br/>
      </w:r>
      <w:r>
        <w:rPr>
          <w:sz w:val="20"/>
        </w:rPr>
        <w:t>7:54  Woh yani sare Arab ke jo tribes the, un ke but the. Woh</w:t>
      </w:r>
      <w:r>
        <w:br/>
      </w:r>
      <w:r>
        <w:rPr>
          <w:sz w:val="20"/>
        </w:rPr>
        <w:t>8:05  To sare Arab ke jo tribes hain, qabā'il, woh āte the Makka in bulton ko pūjne ke liye, un ke darshan ke liye, un ki minnatें māne ke liye, māne ke liye.</w:t>
      </w:r>
      <w:r>
        <w:br/>
      </w:r>
      <w:r>
        <w:rPr>
          <w:sz w:val="20"/>
        </w:rPr>
        <w:t>8:21  To woh but jo hai, us zamāne mein in bulton ki wajah se Makka ek ijtima'i markaz ban gaya tha sare Arab ka.</w:t>
      </w:r>
      <w:r>
        <w:br/>
      </w:r>
      <w:r>
        <w:rPr>
          <w:sz w:val="20"/>
        </w:rPr>
        <w:t>8:38  Sare Arab ka. Is wajah se kya hua ke Rasool Allah ne discover kiya ke ab to yeh hamari asset hain, in ki wajah se hamein audience mil raha hai.</w:t>
      </w:r>
      <w:r>
        <w:br/>
      </w:r>
      <w:r>
        <w:rPr>
          <w:sz w:val="20"/>
        </w:rPr>
        <w:t>8:51  Audience. Sare Arab ke qabā'il yahān āte hain, hamein audience milta hai, hum un ko Quran pesh karte hain. Kya jo kitābon mein āta hai ke "faṭalla 'alayhi al-Qur'ān wa 'araḍa 'alayhi al-Islām".</w:t>
      </w:r>
      <w:r>
        <w:br/>
      </w:r>
      <w:r>
        <w:rPr>
          <w:sz w:val="20"/>
        </w:rPr>
        <w:t>9:08  To khair ghaur kijiye, Hazrat Ibrahim ne toṛa tha, Rasool Allah ne is ko bāqi rakha, is ko as an audience avail kiya.</w:t>
      </w:r>
      <w:r>
        <w:br/>
      </w:r>
      <w:r>
        <w:rPr>
          <w:sz w:val="20"/>
        </w:rPr>
        <w:t>9:20  Kaisi ajib bāt hai? Kaisi ajib bāt hai?</w:t>
      </w:r>
      <w:r>
        <w:br/>
      </w:r>
      <w:r>
        <w:rPr>
          <w:sz w:val="20"/>
        </w:rPr>
        <w:t>9:28  Bas āj aise log andhe bah rahe hain jo bas yeh kahein ke Ibrahim but shikan ka is wajah se ke tum Mahmood bin shikan ban jao.</w:t>
      </w:r>
      <w:r>
        <w:br/>
      </w:r>
      <w:r>
        <w:rPr>
          <w:sz w:val="20"/>
        </w:rPr>
        <w:t>9:39  Yeh andhe bah rahe hain, pata ki bāt hai? Aap ko Quran ko phir se paṛhna hai, Quran ki buniyād pe re-planning karni hai, phir se sare mamlāt ko hāth sar lo,</w:t>
      </w:r>
    </w:p>
    <w:p>
      <w:pPr>
        <w:pStyle w:val="Heading2"/>
      </w:pPr>
      <w:r>
        <w:t>Modern freedom makes peaceful outreach easier than in Hudaybiyyah's time</w:t>
      </w:r>
    </w:p>
    <w:p>
      <w:r>
        <w:rPr>
          <w:color w:val="666666"/>
          <w:sz w:val="18"/>
        </w:rPr>
        <w:t>Islam and Peace August 25, 2013 · 5m 45s · at 38:38 · https://youtu.be/WbBu4W6AUUs?t=2318</w:t>
      </w:r>
    </w:p>
    <w:p>
      <w:r>
        <w:rPr>
          <w:i/>
        </w:rPr>
        <w:t>“Today Muslims are completely unaware what Hudaybiyyah really means”</w:t>
      </w:r>
    </w:p>
    <w:p>
      <w:r>
        <w:rPr>
          <w:sz w:val="20"/>
        </w:rPr>
        <w:t>38:38  Ab mein ek ek bohat bari baat arz karna chahta hoon ke maujooda zamanay mein Musalman bilkul bekhabar hain ke sulah Hudaybiyah kya cheez hai.</w:t>
      </w:r>
      <w:r>
        <w:br/>
      </w:r>
      <w:r>
        <w:rPr>
          <w:sz w:val="20"/>
        </w:rPr>
        <w:t>38:51  صلح حدیبیہ کیا چیز ہے؟ اس سے بالکل بے خبر ہیں۔ اور ایک اور بات سے تو اور بھی زیادہ بے خبر ہیں۔</w:t>
      </w:r>
      <w:r>
        <w:br/>
      </w:r>
      <w:r>
        <w:rPr>
          <w:sz w:val="20"/>
        </w:rPr>
        <w:t>38:58  ایک بہت بڑی بات دیکھیں، یہ ہے کہ ساتویں صدی عیسوی میں رسول اللہ نے یکطرفہ شرط پر صلح کی تھی۔</w:t>
      </w:r>
      <w:r>
        <w:br/>
      </w:r>
      <w:r>
        <w:rPr>
          <w:sz w:val="20"/>
        </w:rPr>
        <w:t>39:10  وہ زمانہ دوسرا تھا۔ اس زمانے میں یکطرفہ سیکریفائس کے بغیر صلح نہیں ہو سکتی تھی۔ آج سب، آج ایک زمانہ دوسرا ہے۔</w:t>
      </w:r>
      <w:r>
        <w:br/>
      </w:r>
      <w:r>
        <w:rPr>
          <w:sz w:val="20"/>
        </w:rPr>
        <w:t>39:22  آج اللہ تعالیٰ نے خود زمانے کو بدل دیا ہے کہ بغیر یکطرفہ شرط کے آپ کو صلح حدیبیہ حاصل ہے۔</w:t>
      </w:r>
      <w:r>
        <w:br/>
      </w:r>
      <w:r>
        <w:rPr>
          <w:sz w:val="20"/>
        </w:rPr>
        <w:t>39:29  یہ بہت عجیب بات ہے۔ دیکھیے، میں آپ کو مثال دیتا ہوں۔ جو شرائط مقرر کی گئی تھیں، آپ کتابوں میں پڑھ لیجئے۔</w:t>
      </w:r>
      <w:r>
        <w:br/>
      </w:r>
      <w:r>
        <w:rPr>
          <w:sz w:val="20"/>
        </w:rPr>
        <w:t>39:39  اس میں یہ تھا کہ مکے کا کوئی آدمی جو ہے، اگر اسلام قبول کر لے تو ہم اس کو بند کر دیں گے، اسلام قبول کرنے نہیں دیں گے۔</w:t>
      </w:r>
      <w:r>
        <w:br/>
      </w:r>
      <w:r>
        <w:rPr>
          <w:sz w:val="20"/>
        </w:rPr>
        <w:t>39:53  یعنی اس کے اسلام کو قبول کرنے پر رکاوٹ</w:t>
      </w:r>
      <w:r>
        <w:br/>
      </w:r>
      <w:r>
        <w:rPr>
          <w:sz w:val="20"/>
        </w:rPr>
        <w:t>39:56  رہے گی۔ مکے کسی آدمی، مکے کسی آدمی کو اجازت نہیں ہوگی کہ وہ اسلام قبول کرے۔ آج کیا ہے؟ آپ جہاں جہاں بھی، جہاں بھی جا کے دعوت دے دیجئے، لوگ اسلام دھاڑ دھاڑ قبول کر رہے ہیں۔</w:t>
      </w:r>
      <w:r>
        <w:br/>
      </w:r>
      <w:r>
        <w:rPr>
          <w:sz w:val="20"/>
        </w:rPr>
        <w:t>40:07  روز خبریں آتی ہیں۔ آپ یورپ جائیے، آپ امریکہ جائیے، کوئی آپ کو اس پر رکاوٹ نہیں ڈالے گا کہ پیس فل دعوت ورک کریں، اور کوئی اسلام قبول کر لے تو ٹھیک ہے۔</w:t>
      </w:r>
      <w:r>
        <w:br/>
      </w:r>
      <w:r>
        <w:rPr>
          <w:sz w:val="20"/>
        </w:rPr>
        <w:t>40:19  کیوں؟ اب زمانہ ہے فریڈم ایکسپریشن کا۔</w:t>
      </w:r>
      <w:r>
        <w:br/>
      </w:r>
      <w:r>
        <w:rPr>
          <w:sz w:val="20"/>
        </w:rPr>
        <w:t>40:23  اس زمانے میں یا دنیا میں مان لیا گیا ہے کہ ہر آدمی کو رائٹ ہے کہ جس مذہب کو چاہے مانے، جس مذہب کو چاہے وہ عمل کرے، جس مذہب کی چاہے تبلیغ کرے۔</w:t>
      </w:r>
      <w:r>
        <w:br/>
      </w:r>
      <w:r>
        <w:rPr>
          <w:sz w:val="20"/>
        </w:rPr>
        <w:t>40:34  اور یونائٹڈ نیشنز کا جو چارٹر ہے، یعنی یونیورسل ڈیکلریشن آف ہیومن رائٹس، اس میں یہ چیز موجود ہے۔ اور ساری دنیا کی قوم نے اس پر سائن کیا ہے کہ ہر آدمی کو حق ہے کہ جس مذہب کو چاہے مانے، جس مذہب کو چاہے عمل کرے، جس مذہب کی چاہے تبلیغ کرے۔</w:t>
      </w:r>
      <w:r>
        <w:br/>
      </w:r>
      <w:r>
        <w:rPr>
          <w:sz w:val="20"/>
        </w:rPr>
        <w:t>40:53  تو جس چیز کی اس زمانے میں اجازت نہ ہونے کی بنا پر رسول اللہ کو راضی ہونا پڑا تھا کہ ہاں، کوئی اسلام قبول کر لے تو ہم پکڑ کے رکھ لینا، اور ہم ہم اس کے لیے کچھ نہیں کریں گے۔</w:t>
      </w:r>
      <w:r>
        <w:br/>
      </w:r>
      <w:r>
        <w:rPr>
          <w:sz w:val="20"/>
        </w:rPr>
        <w:t>41:05  یہ شرط رکھی تھی انہوں نے کہ اگر مکے کوئی آدمی اسلام قبول کر لے گا تو ہم اس کو پکڑ کے رکھ لیں گے، اور زبردستی کریں گے کہ تم کو اسلام قبول کرنے کا حق نہیں ہے۔</w:t>
      </w:r>
      <w:r>
        <w:br/>
      </w:r>
      <w:r>
        <w:rPr>
          <w:sz w:val="20"/>
        </w:rPr>
        <w:t>41:16  آج کچھ کوئی ایسی رکاوٹ نہیں ہے۔</w:t>
      </w:r>
      <w:r>
        <w:br/>
      </w:r>
      <w:r>
        <w:rPr>
          <w:sz w:val="20"/>
        </w:rPr>
        <w:t>41:20  آج یہ دیکھیے، رسول اللہ کو اس زمانے میں انہوں نے عمرہ کرنے سے روک دیا تھا۔ آپ جا رہے تھے عمرہ کرنے کے لیے، اور انہوں نے کہا کہ نہیں، آپ نہیں جا سکتے۔</w:t>
      </w:r>
      <w:r>
        <w:br/>
      </w:r>
      <w:r>
        <w:rPr>
          <w:sz w:val="20"/>
        </w:rPr>
        <w:t>41:29  آج کوئی رکاوٹ نہیں ہے۔ آج جہاں چاہیں آپ جائیے۔ مسجد اقصیٰ میں میں جانے سے پہلے سمجھ لے سمجھتا تھا کہ وہاں سب یہودی چاروں طرف کھڑے ہوئے ہیں، گن لے کر کے، اور وہاں داخلہ ممنوع ہے۔</w:t>
      </w:r>
      <w:r>
        <w:br/>
      </w:r>
      <w:r>
        <w:rPr>
          <w:sz w:val="20"/>
        </w:rPr>
        <w:t>41:45  ایسا تاثر</w:t>
      </w:r>
      <w:r>
        <w:br/>
      </w:r>
      <w:r>
        <w:rPr>
          <w:sz w:val="20"/>
        </w:rPr>
        <w:t>41:47  تھا۔ وہاں میں گیا تو کچھ بھی نہیں۔ سارے دروازے کھلے ہوئے ہیں۔ دو بار میں گیا ہوں مسجد اقصیٰ میں، اور کوئی رکاوٹ نہیں۔</w:t>
      </w:r>
      <w:r>
        <w:br/>
      </w:r>
      <w:r>
        <w:rPr>
          <w:sz w:val="20"/>
        </w:rPr>
        <w:t>41:56  دنیا کی جس مسجد میں جائیے، جہاں جائیے، کوئی رکاوٹ نہیں۔ ایسے ہی دیکھیے کہ لفظ رسول اللہ کو پٹانا پڑا تھا۔ رسول اللہ کو اس اس معاہدے کو طے کرنے کے لیے آج کچھ پٹانے کی ضرورت ہی نہیں ہے۔</w:t>
      </w:r>
      <w:r>
        <w:br/>
      </w:r>
      <w:r>
        <w:rPr>
          <w:sz w:val="20"/>
        </w:rPr>
        <w:t>42:11  آپ کتاب میں چھاپیے، رسول اللہ کے بارے میں ساری ساری زبانوں میں پھیلائیے، کوئی رکاوٹ نہیں ہے۔ اس زمانے میں ایک نیا، اس زمانے میں پرسے کوئی وہ جبر کا زمانہ تھا۔</w:t>
      </w:r>
      <w:r>
        <w:br/>
      </w:r>
      <w:r>
        <w:rPr>
          <w:sz w:val="20"/>
        </w:rPr>
        <w:t>42:26  اس بنا پر رسول اللہ کو ایسی شرطوں کو ماننا پڑا جو جس کو ہم کہتے ہیں یونی لیٹرل شرطیں۔</w:t>
      </w:r>
      <w:r>
        <w:br/>
      </w:r>
      <w:r>
        <w:rPr>
          <w:sz w:val="20"/>
        </w:rPr>
        <w:t>42:34  آج کچھ بھی نہیں۔ آج تو خود سب کھلا ہوا ہے۔ تب بھی مسلمان حدیبیہ کی یعنی حکمت کو نہیں سمجھ پائے، اور خوامخواہ لڑائی لڑ رہے ہیں ادھر ادھر۔</w:t>
      </w:r>
      <w:r>
        <w:br/>
      </w:r>
      <w:r>
        <w:rPr>
          <w:sz w:val="20"/>
        </w:rPr>
        <w:t>42:45  یعنی بغیر یونی لیٹرل شرطوں کو مانے ہوئے، ہمیں کھلا ہوا ہے میدان ہمارے لیے کہ ہم حدیبیہ کے میتھڈ کو اپنائیں۔</w:t>
      </w:r>
      <w:r>
        <w:br/>
      </w:r>
      <w:r>
        <w:rPr>
          <w:sz w:val="20"/>
        </w:rPr>
        <w:t>42:55  آج حدیبیہ کے میتھڈ کو اپنانے کے لیے ہمیں کسی یعنی وہ جو حضرت عمر نے کہا تھا کہ کہ دنیہ یعنی ذلت آمیز شکست، ذلت آمیز ایگریمنٹ، تو آج کسی ذلت آمیز ایگریمنٹ کی ضرورت ہی نہیں ہے۔</w:t>
      </w:r>
      <w:r>
        <w:br/>
      </w:r>
      <w:r>
        <w:rPr>
          <w:sz w:val="20"/>
        </w:rPr>
        <w:t>43:12  ab to sab kuch khula hua hai. tab bhi musalman be khabar hain hudaybiyah ki hikmat se, hudaybiyah ki wisdom se, aur hudaybiyah ke method se.</w:t>
      </w:r>
      <w:r>
        <w:br/>
      </w:r>
      <w:r>
        <w:rPr>
          <w:sz w:val="20"/>
        </w:rPr>
        <w:t>43:24  to behal main yeh samajhta hoon ke aaj musalmanon ko lotna chahiye hudaybiyah method ki taraf, aur sari ladai band, sare takrao band, jihad ke naam par jo jagah jagah jagah gun aur bomb kal chal raha hai, isko band kar ke,</w:t>
      </w:r>
      <w:r>
        <w:br/>
      </w:r>
      <w:r>
        <w:rPr>
          <w:sz w:val="20"/>
        </w:rPr>
        <w:t>43:43  aur sirf dawah work karna chahiye. peaceful dawah work</w:t>
      </w:r>
      <w:r>
        <w:br/>
      </w:r>
      <w:r>
        <w:rPr>
          <w:sz w:val="20"/>
        </w:rPr>
        <w:t>43:48  ek hi baat hai. sare takrao khatam, aur peaceful dawah work karna, jaisa ke hudaybiyah ke baad hua tha, to sare mawaqe khule hue hain.</w:t>
      </w:r>
      <w:r>
        <w:br/>
      </w:r>
      <w:r>
        <w:rPr>
          <w:sz w:val="20"/>
        </w:rPr>
        <w:t>43:56  isi se Allah ki yani mighty help aayegi hum ko. nas nasrat jo azeem nasrat hai, woh aayegi, aur hum kamyab honge, inshallah.</w:t>
      </w:r>
      <w:r>
        <w:br/>
      </w:r>
      <w:r>
        <w:rPr>
          <w:sz w:val="20"/>
        </w:rPr>
        <w:t>44:06  aqool qawli hadha wa astaghfirullaha li walakum ajmaeen.</w:t>
      </w:r>
    </w:p>
    <w:p>
      <w:pPr>
        <w:pStyle w:val="Heading2"/>
      </w:pPr>
      <w:r>
        <w:t>how the Prophet turned Kaaba's daily crowd into an audience</w:t>
      </w:r>
    </w:p>
    <w:p>
      <w:r>
        <w:rPr>
          <w:color w:val="666666"/>
          <w:sz w:val="18"/>
        </w:rPr>
        <w:t>Man and the Laws of Nature April 1, 2012 · 5m 16s · at 9:49 · https://youtu.be/coIrwYQgb6Y?t=589</w:t>
      </w:r>
    </w:p>
    <w:p>
      <w:r>
        <w:rPr>
          <w:i/>
        </w:rPr>
        <w:t>“When the Prophet began his mission in Mecca in 610 CE”</w:t>
      </w:r>
    </w:p>
    <w:p>
      <w:r>
        <w:rPr>
          <w:sz w:val="20"/>
        </w:rPr>
        <w:t>9:49  Ab is ko aap Rasool Allah S.A.W ki misaal mein dekhiye. Rasool Allah S.A.W jab Makah mein aap ne 610 Esvi mein apna mission shuru kiya, to Makah mein sab se jo holiest place tha, woh kaha tha Kabah,</w:t>
      </w:r>
      <w:r>
        <w:br/>
      </w:r>
      <w:r>
        <w:rPr>
          <w:sz w:val="20"/>
        </w:rPr>
        <w:t>10:07  jis ko Hazrat Ibrahim ne banaya tha ab se chaar hazar saal pehle. To Kabah</w:t>
      </w:r>
      <w:r>
        <w:br/>
      </w:r>
      <w:r>
        <w:rPr>
          <w:sz w:val="20"/>
        </w:rPr>
        <w:t>10:14  kya tha? Woh masjid thi. Hazrat Ibrahim ne, Hazrat Ismail ne is ko masjid ke taur par banaya tha. Yaani aik Allah ki ibadat ke liye, aik Allah ki worship ke liye.</w:t>
      </w:r>
      <w:r>
        <w:br/>
      </w:r>
      <w:r>
        <w:rPr>
          <w:sz w:val="20"/>
        </w:rPr>
        <w:t>10:28  Lekin dheere dheere wahan log atay gaye, atay gaye, atay to dheere dheere wahan par aisa hua ke wahan par shirk aa gaya, idol worship aa gayi.</w:t>
      </w:r>
      <w:r>
        <w:br/>
      </w:r>
      <w:r>
        <w:rPr>
          <w:sz w:val="20"/>
        </w:rPr>
        <w:t>10:41  To dheere dheere unhon ne kya kiya ke apna but wahan la kar rakhnay lagay. To hotay hotay un ki ginti jo hai, taqreeban 360 pohnch gayi.</w:t>
      </w:r>
      <w:r>
        <w:br/>
      </w:r>
      <w:r>
        <w:rPr>
          <w:sz w:val="20"/>
        </w:rPr>
        <w:t>10:52  Jab Rasool Allah S.A.W aaye to Kabah mein 360 but rakhay hue thay. Woh Kabah jo banaya gaya tha Allah wahid ki ibadat ke liye.</w:t>
      </w:r>
      <w:r>
        <w:br/>
      </w:r>
      <w:r>
        <w:rPr>
          <w:sz w:val="20"/>
        </w:rPr>
        <w:t>11:04  Ab Rasool Allah S.A.W ne kya kiya?</w:t>
      </w:r>
      <w:r>
        <w:br/>
      </w:r>
      <w:r>
        <w:rPr>
          <w:sz w:val="20"/>
        </w:rPr>
        <w:t>11:08  Allah ki rohani rehnumai mein aap ne aik bohat hi revolutionary faisla kiya. Revolutionary faisla hai ke woh jo jo jo change ho gaya, jo changeable tha, us ko alag kiya unchangeable se.</w:t>
      </w:r>
      <w:r>
        <w:br/>
      </w:r>
      <w:r>
        <w:rPr>
          <w:sz w:val="20"/>
        </w:rPr>
        <w:t>11:24  To is ko aap, yaani is ko agar aap samajh jayen to poori hikmat Islam ki samajh aa jati hai. Jo wisdom hai Islam ki, woh poori poori samajh aa jati hai.</w:t>
      </w:r>
      <w:r>
        <w:br/>
      </w:r>
      <w:r>
        <w:rPr>
          <w:sz w:val="20"/>
        </w:rPr>
        <w:t>11:35  Woh kya tha?</w:t>
      </w:r>
      <w:r>
        <w:br/>
      </w:r>
      <w:r>
        <w:rPr>
          <w:sz w:val="20"/>
        </w:rPr>
        <w:t>11:37  Dekhiye, Hazrat Ibrahim ke zamanay mein koi but nahi tha Kabah mein, aik bhi but nahi tha. Rasool Allah ke zamanay mein wahan bohat se but aa gaye to yeh change ho gaya.</w:t>
      </w:r>
      <w:r>
        <w:br/>
      </w:r>
      <w:r>
        <w:rPr>
          <w:sz w:val="20"/>
        </w:rPr>
        <w:t>11:48  Yaani jo structure without idols tha, wahan par idols aa gaye, yeh change hua. Lekin abhi bhi aik cheez wahan par yeh thi jo unchangeable thi, us ko aap ne discover kiya.</w:t>
      </w:r>
      <w:r>
        <w:br/>
      </w:r>
      <w:r>
        <w:rPr>
          <w:sz w:val="20"/>
        </w:rPr>
        <w:t>12:02  Woh kya tha? Opportunity. Opportunity</w:t>
      </w:r>
      <w:r>
        <w:br/>
      </w:r>
      <w:r>
        <w:rPr>
          <w:sz w:val="20"/>
        </w:rPr>
        <w:t>12:07  Kis tarah? Ke in yeh jo but thay, wahan par in buton ki, in buton ki ziyarat ke liye, in ko charhawa charhanay ke liye, in se barkat lainay ke liye daily atay thay log.</w:t>
      </w:r>
      <w:r>
        <w:br/>
      </w:r>
      <w:r>
        <w:rPr>
          <w:sz w:val="20"/>
        </w:rPr>
        <w:t>12:23  Azmat 360 but jo thay, woh saaray Arab qabeelon ke but thay. Har qabeelay ka but wahan la kar unhon ne rakh diya tha.</w:t>
      </w:r>
      <w:r>
        <w:br/>
      </w:r>
      <w:r>
        <w:rPr>
          <w:sz w:val="20"/>
        </w:rPr>
        <w:t>12:31  To saaray Arab ke jo qabeelay thay, woh oonton par baith kar ke oont, oont ki sawari woh karti thi, atay thay wahan daily.</w:t>
      </w:r>
      <w:r>
        <w:br/>
      </w:r>
      <w:r>
        <w:rPr>
          <w:sz w:val="20"/>
        </w:rPr>
        <w:t>12:41  to wahan par ek gathering hoti thi. is gathering ko rasool Allah ne audience mein convert kiya. to kya hua?</w:t>
      </w:r>
      <w:r>
        <w:br/>
      </w:r>
      <w:r>
        <w:rPr>
          <w:sz w:val="20"/>
        </w:rPr>
        <w:t>12:50  yani woh status jo tha kaba ka, us mein to badlav aaya, lekin opportunity mein badlav nahin aaya.</w:t>
      </w:r>
      <w:r>
        <w:br/>
      </w:r>
      <w:r>
        <w:rPr>
          <w:sz w:val="20"/>
        </w:rPr>
        <w:t>13:00  opportunity jaise pehle thi, ab bhi rahi, us mein koi badlav nahin aaya. to aap ne kya kiya? aap ne takrao nahin kiya jo us cheez se jo badal chuki thi ke aap beton ko todte, aap but shukrat bante,</w:t>
      </w:r>
      <w:r>
        <w:br/>
      </w:r>
      <w:r>
        <w:rPr>
          <w:sz w:val="20"/>
        </w:rPr>
        <w:t>13:20  aap beton ke khilaf wahan par protest karte, juloos nikalte, yeh sab karte. aisa nahin kiya aap ne. beton ko sam</w:t>
      </w:r>
      <w:r>
        <w:br/>
      </w:r>
      <w:r>
        <w:rPr>
          <w:sz w:val="20"/>
        </w:rPr>
        <w:t>13:29  pli kiya kiya? unhon ne ignore kiya. aur aap ne dekha ke but agarchay rakhe hue hain, lekin but kya hai? woh temporary phase hain.</w:t>
      </w:r>
      <w:r>
        <w:br/>
      </w:r>
      <w:r>
        <w:rPr>
          <w:sz w:val="20"/>
        </w:rPr>
        <w:t>13:38  kyunki woh to is is ka hissa hain jo jo badalti rehti hai. to woh temporary phase hai. jo cheez permanent thi, woh kya thi?</w:t>
      </w:r>
      <w:r>
        <w:br/>
      </w:r>
      <w:r>
        <w:rPr>
          <w:sz w:val="20"/>
        </w:rPr>
        <w:t>13:47  opportunity. yeh hikmat thi. to aap ne yahi kiya ke beton ko ignore karte hue, beton ke presence ko ignore karte hue,</w:t>
      </w:r>
      <w:r>
        <w:br/>
      </w:r>
      <w:r>
        <w:rPr>
          <w:sz w:val="20"/>
        </w:rPr>
        <w:t>13:59  wahan jo daily gathering hoti thi, us ko aap ne audience ke taur par istemal kiya. chunancha kitabon mein aata hai ke aap jaate the wahan par aur logon ko quran parh kar sunate the.</w:t>
      </w:r>
      <w:r>
        <w:br/>
      </w:r>
      <w:r>
        <w:rPr>
          <w:sz w:val="20"/>
        </w:rPr>
        <w:t>14:12  is zamane mein jo dawat thi, woh yahi thi. kitabon mein aata hai ke "أَرَزَ عَلَيْهِمُ الْإِسْلَامُ وَطَلَى عَلَيْهِمُ الْقُرْآنُ" ۔</w:t>
      </w:r>
      <w:r>
        <w:br/>
      </w:r>
      <w:r>
        <w:rPr>
          <w:sz w:val="20"/>
        </w:rPr>
        <w:t>14:23  aap ne logon ke samne islam pesh kiya aur quran ko parh kar sunaya.</w:t>
      </w:r>
      <w:r>
        <w:br/>
      </w:r>
      <w:r>
        <w:rPr>
          <w:sz w:val="20"/>
        </w:rPr>
        <w:t>14:27  yeh dekhiye ke jo cheez change hone wali hai, us ko ignore kar ke jo unchangeable hai, us par stick karna, yeh hai hikmat-e-islam ki.</w:t>
      </w:r>
      <w:r>
        <w:br/>
      </w:r>
      <w:r>
        <w:rPr>
          <w:sz w:val="20"/>
        </w:rPr>
        <w:t>14:42  yeh hai hikmat, yeh hai wisdom. isi ko follow kiya aap ne. aur natija kya hua? aap jante hain ke natija hua ke sirf 23 saal mein poora Arab Islamize ho gaya.</w:t>
      </w:r>
      <w:r>
        <w:br/>
      </w:r>
      <w:r>
        <w:rPr>
          <w:sz w:val="20"/>
        </w:rPr>
        <w:t>14:55  poora Arab Islamize. ek hi formula agar batana ho ke rasool Allah ko itni bari kamyabi kaise hui, to yahi bataya jayega.</w:t>
      </w:r>
    </w:p>
    <w:p>
      <w:pPr>
        <w:pStyle w:val="Heading2"/>
      </w:pPr>
      <w:r>
        <w:t>Creation plan of God accept human freedom</w:t>
      </w:r>
    </w:p>
    <w:p>
      <w:r>
        <w:rPr>
          <w:color w:val="666666"/>
          <w:sz w:val="18"/>
        </w:rPr>
        <w:t>Q&amp;A 13 Nov 2011 · 4m 04s · at 47:41 · https://youtu.be/oOZ9h37_pL8?t=2861</w:t>
      </w:r>
    </w:p>
    <w:p>
      <w:r>
        <w:rPr>
          <w:i/>
        </w:rPr>
        <w:t>“Agar aap ko rehna hai apne turn par to ek nayi duniya banaiye”</w:t>
      </w:r>
    </w:p>
    <w:p>
      <w:r>
        <w:rPr>
          <w:sz w:val="20"/>
        </w:rPr>
        <w:t>47:41  dekhiye yeh hum is duniya mein hain to hum ne duniya ko banaya nahi hai. main aksar kehta hoon ke agar aap ko rehna hai apne turn par to ek nayi duniya banaiye.</w:t>
      </w:r>
      <w:r>
        <w:br/>
      </w:r>
      <w:r>
        <w:rPr>
          <w:sz w:val="20"/>
        </w:rPr>
        <w:t>47:54  aap ko creator ke turn par rehna padega.</w:t>
      </w:r>
      <w:r>
        <w:br/>
      </w:r>
      <w:r>
        <w:rPr>
          <w:sz w:val="20"/>
        </w:rPr>
        <w:t>48:00  yani agar aap khud apne turn par rehna chahte hain duniya mein to woh mumkin nahi hai. phir ek aur duniya banani padegi aap ko. aap ke liye koi option nahi hai is ke siwa ke creator ke turn par aap duniya mein rahen.</w:t>
      </w:r>
      <w:r>
        <w:br/>
      </w:r>
      <w:r>
        <w:rPr>
          <w:sz w:val="20"/>
        </w:rPr>
        <w:t>48:13  creator ke turn kya hai?</w:t>
      </w:r>
      <w:r>
        <w:br/>
      </w:r>
      <w:r>
        <w:rPr>
          <w:sz w:val="20"/>
        </w:rPr>
        <w:t>48:15  quran mein saaf saaf bataya gaya hai ke Allah taala ne har insaan ko di azadi.</w:t>
      </w:r>
      <w:r>
        <w:br/>
      </w:r>
      <w:r>
        <w:rPr>
          <w:sz w:val="20"/>
        </w:rPr>
        <w:t>48:24  yani woh chahe zulm kare chahe justice kare. chahe peaceful rahe ya ya woh violent kare violence kare.</w:t>
      </w:r>
      <w:r>
        <w:br/>
      </w:r>
      <w:r>
        <w:rPr>
          <w:sz w:val="20"/>
        </w:rPr>
        <w:t>48:35  aap Khuda ki di hui azadi yeh hai woh woh aap abolish nahi kar sakte is ko. aap Khuda ki di hui cheez ko aap abolish kaise karenge</w:t>
      </w:r>
      <w:r>
        <w:br/>
      </w:r>
      <w:r>
        <w:rPr>
          <w:sz w:val="20"/>
        </w:rPr>
        <w:t>48:45  ? to aap ke liye koi option hi is ke siwa nahi hai ke aap is duniya mein creation plan of god ko samajh kar apni planning karen.</w:t>
      </w:r>
      <w:r>
        <w:br/>
      </w:r>
      <w:r>
        <w:rPr>
          <w:sz w:val="20"/>
        </w:rPr>
        <w:t>48:55  is ko ignore kar ke aap planning nahi kar sakte. is ko ignore kar ke aap planning karenge to yani aap nakaam rahenge.</w:t>
      </w:r>
      <w:r>
        <w:br/>
      </w:r>
      <w:r>
        <w:rPr>
          <w:sz w:val="20"/>
        </w:rPr>
        <w:t>49:06  is nuqtay ko log nahi samajhte ke doosra insaan jo hai woh woh bhi azaad hai is tarah mein azaad hoon. to main apni azadi ko chahoon ke main apni azadi ko is tarah istemal karoon doosre ki azadi khatam ho jaye to kaise mumkin hai?</w:t>
      </w:r>
      <w:r>
        <w:br/>
      </w:r>
      <w:r>
        <w:rPr>
          <w:sz w:val="20"/>
        </w:rPr>
        <w:t>49:23  mumkin hi nahi hai. to aap ko apni planning karni chahiye.</w:t>
      </w:r>
      <w:r>
        <w:br/>
      </w:r>
      <w:r>
        <w:rPr>
          <w:sz w:val="20"/>
        </w:rPr>
        <w:t>49:33  is ko dekh kar ke ek doosra dekhiye isi ka ek pehlu yeh hai. ek baat mein yahan ek wazeh karna chahta hoon. kai log galat fehmi mein rahte hain.</w:t>
      </w:r>
      <w:r>
        <w:br/>
      </w:r>
      <w:r>
        <w:rPr>
          <w:sz w:val="20"/>
        </w:rPr>
        <w:t>49:43  jaise rasool Allah sal Allah alayhi wasallam ne arz kiya yani quran mein ek waqea hai ke ghazwa tabuk mein sab ko kaha gaya tha ke chalo sab log.</w:t>
      </w:r>
      <w:r>
        <w:br/>
      </w:r>
      <w:r>
        <w:rPr>
          <w:sz w:val="20"/>
        </w:rPr>
        <w:t>49:57  nafir aam thi woh. to kuch log nahi gaye. jabke un ke pas sadhan tha jaane ka. to jab rasool Allah wapas aaye to aap ne sab ke uzr ko maan liya.</w:t>
      </w:r>
      <w:r>
        <w:br/>
      </w:r>
      <w:r>
        <w:rPr>
          <w:sz w:val="20"/>
        </w:rPr>
        <w:t>50:11  jo aata tha jo excuse pesh karta tha woh maan lete the. lekin teen ke excuse to apne mana aap ne. teen ke bare mein kya</w:t>
      </w:r>
      <w:r>
        <w:br/>
      </w:r>
      <w:r>
        <w:rPr>
          <w:sz w:val="20"/>
        </w:rPr>
        <w:t>50:18  ke is ka paye kaat kar un ko. to yeh duplicity nahi thi aap kahenge yeh to duplicity thi. ke kuch ke to uzr ko maan liya kuch ko man nahi mana.</w:t>
      </w:r>
      <w:r>
        <w:br/>
      </w:r>
      <w:r>
        <w:rPr>
          <w:sz w:val="20"/>
        </w:rPr>
        <w:t>50:28  that was not a duplicity. that was practical wisdom. aise hi dekhiye</w:t>
      </w:r>
      <w:r>
        <w:br/>
      </w:r>
      <w:r>
        <w:rPr>
          <w:sz w:val="20"/>
        </w:rPr>
        <w:t>50:35  rasool Allah sal Allah alayhi wasallam ko hunain ke baad ghanaim mile. aur us ki taqseem ki aap ne. to ansar ko diya nahi aur muhajireen ko de diya.</w:t>
      </w:r>
      <w:r>
        <w:br/>
      </w:r>
      <w:r>
        <w:rPr>
          <w:sz w:val="20"/>
        </w:rPr>
        <w:t>50:48  to ek aadmi ne kaha ke wallah muaddal tha.</w:t>
      </w:r>
      <w:r>
        <w:br/>
      </w:r>
      <w:r>
        <w:rPr>
          <w:sz w:val="20"/>
        </w:rPr>
        <w:t>50:53  ke aap ne duplicity ka mamla kiya. ek ko diya doosre ko nahi diya. to yeh zindagi itni saada nahi hai. bohat zyada samajhna padta hai.</w:t>
      </w:r>
      <w:r>
        <w:br/>
      </w:r>
      <w:r>
        <w:rPr>
          <w:sz w:val="20"/>
        </w:rPr>
        <w:t>51:06  creation plan of god ko halaat ko is ko is ko</w:t>
      </w:r>
      <w:r>
        <w:br/>
      </w:r>
      <w:r>
        <w:rPr>
          <w:sz w:val="20"/>
        </w:rPr>
        <w:t>51:10  zindagi itni aasan nahi hai. ke ab dhar se aap keh dein ke yeh to insaaf nahi hai yeh to justice nahi hai. yeh to duplicity hai waghera.</w:t>
      </w:r>
      <w:r>
        <w:br/>
      </w:r>
      <w:r>
        <w:rPr>
          <w:sz w:val="20"/>
        </w:rPr>
        <w:t>51:18  inhi chakron mein jhagde hote hain sab. saare jhagde is chakron mein hote hain. log logon ko</w:t>
      </w:r>
      <w:r>
        <w:br/>
      </w:r>
      <w:r>
        <w:rPr>
          <w:sz w:val="20"/>
        </w:rPr>
        <w:t>51:27  practical wisdom nahi maloom logon ko halaat ka jaiza lene ki salahiyat nahi hai. aur bas chahte hain ke apne bham pe jaein.</w:t>
      </w:r>
      <w:r>
        <w:br/>
      </w:r>
      <w:r>
        <w:rPr>
          <w:sz w:val="20"/>
        </w:rPr>
        <w:t>51:37  har aadmi bas apne bham pe jana chahta hai. to woh simply possible nahi hai.</w:t>
      </w:r>
    </w:p>
    <w:p>
      <w:pPr>
        <w:pStyle w:val="Heading2"/>
      </w:pPr>
      <w:r>
        <w:t>Intellectual partnership for human development</w:t>
      </w:r>
    </w:p>
    <w:p>
      <w:r>
        <w:rPr>
          <w:color w:val="666666"/>
          <w:sz w:val="18"/>
        </w:rPr>
        <w:t>Woman in Islam February 28, 2007 Maulana Wahiduddin Khan · 5m 04s · at 20:29 · https://youtu.be/LTTwp_lIqzY?t=1229</w:t>
      </w:r>
    </w:p>
    <w:p>
      <w:r>
        <w:rPr>
          <w:i/>
        </w:rPr>
        <w:t>“Aisha said: 'If I were awake, he would discuss with me.'”</w:t>
      </w:r>
    </w:p>
    <w:p>
      <w:r>
        <w:rPr>
          <w:sz w:val="20"/>
        </w:rPr>
        <w:t>20:29  here I would like to another hadith that may explain this hadith.</w:t>
      </w:r>
      <w:r>
        <w:br/>
      </w:r>
      <w:r>
        <w:rPr>
          <w:sz w:val="20"/>
        </w:rPr>
        <w:t>20:37  Aisha was the prophet. Aisha was a wife of the prophet. so she says this relation you can find in sahih al-Bukhari.</w:t>
      </w:r>
      <w:r>
        <w:br/>
      </w:r>
      <w:r>
        <w:rPr>
          <w:sz w:val="20"/>
        </w:rPr>
        <w:t>20:56  Aisha says that the prophet of Islam used to rise early in the morning</w:t>
      </w:r>
      <w:r>
        <w:br/>
      </w:r>
      <w:r>
        <w:rPr>
          <w:sz w:val="20"/>
        </w:rPr>
        <w:t>21:09  and pray his morning prayer. so she says that</w:t>
      </w:r>
      <w:r>
        <w:br/>
      </w:r>
      <w:r>
        <w:rPr>
          <w:sz w:val="20"/>
        </w:rPr>
        <w:t>21:25  fa'in kunt mustaqidatan muhaddithani.</w:t>
      </w:r>
      <w:r>
        <w:br/>
      </w:r>
      <w:r>
        <w:rPr>
          <w:sz w:val="20"/>
        </w:rPr>
        <w:t>21:29  fa'in kunt mustaqidatan muhaddithani. it means that if I were awaken,</w:t>
      </w:r>
      <w:r>
        <w:br/>
      </w:r>
      <w:r>
        <w:rPr>
          <w:sz w:val="20"/>
        </w:rPr>
        <w:t>21:44  he would discuss with me.</w:t>
      </w:r>
      <w:r>
        <w:br/>
      </w:r>
      <w:r>
        <w:rPr>
          <w:sz w:val="20"/>
        </w:rPr>
        <w:t>21:51  this very important. It means that Aisha was an intellectual partner to the Prophet.</w:t>
      </w:r>
      <w:r>
        <w:br/>
      </w:r>
      <w:r>
        <w:rPr>
          <w:sz w:val="20"/>
        </w:rPr>
        <w:t>22:02  from this</w:t>
      </w:r>
      <w:r>
        <w:br/>
      </w:r>
      <w:r>
        <w:rPr>
          <w:sz w:val="20"/>
        </w:rPr>
        <w:t>22:05  I have drawn a principle that according to this Islamic teaching, the best expression of the relationship between wife and husband is that both are intellectual partners to each other.</w:t>
      </w:r>
      <w:r>
        <w:br/>
      </w:r>
      <w:r>
        <w:rPr>
          <w:sz w:val="20"/>
        </w:rPr>
        <w:t>22:32  husband and wife, husband and wife both are intellectual partners to each other.</w:t>
      </w:r>
      <w:r>
        <w:br/>
      </w:r>
      <w:r>
        <w:rPr>
          <w:sz w:val="20"/>
        </w:rPr>
        <w:t>22:44  I think it is very important. You know, the most important thing for man or woman is intellectual development</w:t>
      </w:r>
      <w:r>
        <w:br/>
      </w:r>
      <w:r>
        <w:rPr>
          <w:sz w:val="20"/>
        </w:rPr>
        <w:t>23:01  . Intellectual development. Man or woman both are born with a with great great capacity that is mind.</w:t>
      </w:r>
      <w:r>
        <w:br/>
      </w:r>
      <w:r>
        <w:rPr>
          <w:sz w:val="20"/>
        </w:rPr>
        <w:t>23:16  mind has unlimited potential.</w:t>
      </w:r>
      <w:r>
        <w:br/>
      </w:r>
      <w:r>
        <w:rPr>
          <w:sz w:val="20"/>
        </w:rPr>
        <w:t>23:21  there are hundred million billion billion particles in every individual brain.</w:t>
      </w:r>
      <w:r>
        <w:br/>
      </w:r>
      <w:r>
        <w:rPr>
          <w:sz w:val="20"/>
        </w:rPr>
        <w:t>23:32  but all these particles are in dormant position.</w:t>
      </w:r>
      <w:r>
        <w:br/>
      </w:r>
      <w:r>
        <w:rPr>
          <w:sz w:val="20"/>
        </w:rPr>
        <w:t>23:41  this potential is referred in Quran in these words in Surah Al-Baqarah: "Allama Adam al-asmaa kullaha".</w:t>
      </w:r>
      <w:r>
        <w:br/>
      </w:r>
      <w:r>
        <w:rPr>
          <w:sz w:val="20"/>
        </w:rPr>
        <w:t>23:55  this potential is referred in the Quran in these words: "Allama Adam al-asmaa kullaha".</w:t>
      </w:r>
      <w:r>
        <w:br/>
      </w:r>
      <w:r>
        <w:rPr>
          <w:sz w:val="20"/>
        </w:rPr>
        <w:t>24:06  is very important. So man, every man and every woman have a great potential</w:t>
      </w:r>
      <w:r>
        <w:br/>
      </w:r>
      <w:r>
        <w:rPr>
          <w:sz w:val="20"/>
        </w:rPr>
        <w:t>24:15  that is mind. Now there is a question: how to unfold these this potential?</w:t>
      </w:r>
      <w:r>
        <w:br/>
      </w:r>
      <w:r>
        <w:rPr>
          <w:sz w:val="20"/>
        </w:rPr>
        <w:t>24:24  how to turn this potential into actual?</w:t>
      </w:r>
      <w:r>
        <w:br/>
      </w:r>
      <w:r>
        <w:rPr>
          <w:sz w:val="20"/>
        </w:rPr>
        <w:t>24:31  it is through intellectual exchange. The only way to unfold this potential is intellectual discussion, intellectual exchange, intellectual dialogue.</w:t>
      </w:r>
      <w:r>
        <w:br/>
      </w:r>
      <w:r>
        <w:rPr>
          <w:sz w:val="20"/>
        </w:rPr>
        <w:t>24:54  and I think the best partner for the both spouses is the best partner for the both is their spouses.</w:t>
      </w:r>
      <w:r>
        <w:br/>
      </w:r>
      <w:r>
        <w:rPr>
          <w:sz w:val="20"/>
        </w:rPr>
        <w:t>25:11  husband and wife both are best intellectual partners to each other. So this is the best expression of Islam</w:t>
      </w:r>
      <w:r>
        <w:br/>
      </w:r>
      <w:r>
        <w:rPr>
          <w:sz w:val="20"/>
        </w:rPr>
        <w:t>25:27  regarding the present issue.</w:t>
      </w:r>
    </w:p>
    <w:p>
      <w:pPr>
        <w:pStyle w:val="Heading2"/>
      </w:pPr>
      <w:r>
        <w:t>Modern dawah and call to action</w:t>
      </w:r>
    </w:p>
    <w:p>
      <w:r>
        <w:rPr>
          <w:color w:val="666666"/>
          <w:sz w:val="18"/>
        </w:rPr>
        <w:t>From the Spiritual Tree December 3, 2006 Maulana Wahiduddin Khan · 4m 54s · at 52:29 · https://youtu.be/2MrnmNMSEfs?t=3149</w:t>
      </w:r>
    </w:p>
    <w:p>
      <w:r>
        <w:rPr>
          <w:i/>
        </w:rPr>
        <w:t>“Mai aapko yaad dilaaun ke saatwi sadi mein”</w:t>
      </w:r>
    </w:p>
    <w:p>
      <w:r>
        <w:rPr>
          <w:sz w:val="20"/>
        </w:rPr>
        <w:t>52:29  mein aap ko yaad dilaoon ke saatveen sadi mein jab Allah taala ka ke peghambar ne logon ko bataya aur phir mission shuru hua.</w:t>
      </w:r>
      <w:r>
        <w:br/>
      </w:r>
      <w:r>
        <w:rPr>
          <w:sz w:val="20"/>
        </w:rPr>
        <w:t>52:44  to ek tabai thay un ka naam tha Uqba bin Nafi tabai. woh ghoreon ka ek dasta le kar ke chale arab se Africa tak.</w:t>
      </w:r>
      <w:r>
        <w:br/>
      </w:r>
      <w:r>
        <w:rPr>
          <w:sz w:val="20"/>
        </w:rPr>
        <w:t>52:55  aur Atlantic ke sahil tak pohanch gaye. aap jante hain ke Africa Atlantic ke</w:t>
      </w:r>
      <w:r>
        <w:br/>
      </w:r>
      <w:r>
        <w:rPr>
          <w:sz w:val="20"/>
        </w:rPr>
        <w:t>53:04  se mila hua hai. to jab Atlantic ke sahil par pohanch gaya dekha ke yahan samandar hai poora. kuch dikhai nahi deta us paar. to unhon ne kaha ke</w:t>
      </w:r>
      <w:r>
        <w:br/>
      </w:r>
      <w:r>
        <w:rPr>
          <w:sz w:val="20"/>
        </w:rPr>
        <w:t>53:28  khuda ki qasam agar mein janta ke is samandar ke udhar bhi kuch insaan rehte hain. to mein ghus jata is samandar mein.</w:t>
      </w:r>
      <w:r>
        <w:br/>
      </w:r>
      <w:r>
        <w:rPr>
          <w:sz w:val="20"/>
        </w:rPr>
        <w:t>53:45  aur pohanchta wahan.</w:t>
      </w:r>
      <w:r>
        <w:br/>
      </w:r>
      <w:r>
        <w:rPr>
          <w:sz w:val="20"/>
        </w:rPr>
        <w:t>53:49  taake tera koi banda tere paigham se be khabar na reh jaye.</w:t>
      </w:r>
      <w:r>
        <w:br/>
      </w:r>
      <w:r>
        <w:rPr>
          <w:sz w:val="20"/>
        </w:rPr>
        <w:t>54:02  yeh woh zamana tha ke jab koi insaan ghore par baith kar ke wahan tak pohanchta tha.</w:t>
      </w:r>
      <w:r>
        <w:br/>
      </w:r>
      <w:r>
        <w:rPr>
          <w:sz w:val="20"/>
        </w:rPr>
        <w:t>54:15  is zamane mein dawat ka safar ghore par hota tha. ghore par. aur ghore jante hain ke jahan samandar aa gaya to ghore ki had aa gayi.</w:t>
      </w:r>
      <w:r>
        <w:br/>
      </w:r>
      <w:r>
        <w:rPr>
          <w:sz w:val="20"/>
        </w:rPr>
        <w:t>54:27  zameen par to ghore ne safar kiya nahi. jab samandar aa gaya to maloom hua ke ab ghoda aage nahi ja sakta. lekin khuda ne ek tabdeeli ke zamane mein aap ghor kijiye.</w:t>
      </w:r>
      <w:r>
        <w:br/>
      </w:r>
      <w:r>
        <w:rPr>
          <w:sz w:val="20"/>
        </w:rPr>
        <w:t>54:39  Uqba bin Nafi tabai ka dawati ghoda dawati ghoda samandar ke kinare ja kar ruk gaya.</w:t>
      </w:r>
      <w:r>
        <w:br/>
      </w:r>
      <w:r>
        <w:rPr>
          <w:sz w:val="20"/>
        </w:rPr>
        <w:t>54:49  is ke aage jane ka is ke paas koi shakal nahi thi. aaj kya hai? aaj hum mechanical ghoreon ke zamane mein hain. aaj hum print media aur electronic media ke zamane mein hain.</w:t>
      </w:r>
      <w:r>
        <w:br/>
      </w:r>
      <w:r>
        <w:rPr>
          <w:sz w:val="20"/>
        </w:rPr>
        <w:t>55:01  aaj hum TV ke zamane mein hain. aaj hum website ke zamane mein hain. aaj sari duniya ek globe ban chuki hai. ek global gaon ban chuki hai.</w:t>
      </w:r>
      <w:r>
        <w:br/>
      </w:r>
      <w:r>
        <w:rPr>
          <w:sz w:val="20"/>
        </w:rPr>
        <w:t>55:11  yeh kitna bara ehsan hai Allah taala ka ke hamare kaam ko aasan kar diya.</w:t>
      </w:r>
      <w:r>
        <w:br/>
      </w:r>
      <w:r>
        <w:rPr>
          <w:sz w:val="20"/>
        </w:rPr>
        <w:t>55:20  kitna bara ehsan hai.</w:t>
      </w:r>
      <w:r>
        <w:br/>
      </w:r>
      <w:r>
        <w:rPr>
          <w:sz w:val="20"/>
        </w:rPr>
        <w:t>55:25  Uqba bin Nafi agar ghoda daal dete samandar mein to zahir hai ke dono doob jaate. ghoda bhi doobta woh bhi doobte. aap ghore se Atlantic samandar ka safar nahi kar sakte.</w:t>
      </w:r>
      <w:r>
        <w:br/>
      </w:r>
      <w:r>
        <w:rPr>
          <w:sz w:val="20"/>
        </w:rPr>
        <w:t>55:39  aap ghhor kijiye. uqba bin naaf'a agar apnay ghoṛay ko daal detay samandar mein. to kya hota? woh bhi doobte aur ghoṛa bhi doobta.</w:t>
      </w:r>
      <w:r>
        <w:br/>
      </w:r>
      <w:r>
        <w:rPr>
          <w:sz w:val="20"/>
        </w:rPr>
        <w:t>55:51  aaj aap ko doobne ka khatra mol liye baghair doobne ka risk mol liye baghair yeh aap ke liye mumkin ho gaya hai. ke aap dunya ke saare kone mein khuda ka paigham pohncha saken.</w:t>
      </w:r>
      <w:r>
        <w:br/>
      </w:r>
      <w:r>
        <w:rPr>
          <w:sz w:val="20"/>
        </w:rPr>
        <w:t>56:07  woh jo hadees mein aaya hai ke</w:t>
      </w:r>
      <w:r>
        <w:br/>
      </w:r>
      <w:r>
        <w:rPr>
          <w:sz w:val="20"/>
        </w:rPr>
        <w:t>56:12  khuda ka lafz khuda ka kalma har ghar mein pohnch jayega. global globe ke zameen ke oopar koi ghar na bachega.</w:t>
      </w:r>
      <w:r>
        <w:br/>
      </w:r>
      <w:r>
        <w:rPr>
          <w:sz w:val="20"/>
        </w:rPr>
        <w:t>56:23  chhota ya bara kacha ya paka jis mein khuda ka kalma lafz khuda daakhil na ho jaye. aaj yeh cheez kam az kam mumkin ho chuki hai.</w:t>
      </w:r>
      <w:r>
        <w:br/>
      </w:r>
      <w:r>
        <w:rPr>
          <w:sz w:val="20"/>
        </w:rPr>
        <w:t>56:36  aakhri had tak aap ke bas mein ho chuka hai. is mein koi rukawat nahi hai.</w:t>
      </w:r>
      <w:r>
        <w:br/>
      </w:r>
      <w:r>
        <w:rPr>
          <w:sz w:val="20"/>
        </w:rPr>
        <w:t>56:45  is ke bawajood aap chhote chhote istasna le kar ke yeh kaam na karen. to mujhe bataiye ke khuda ke saamne aap kaise aap khuda ka saamna karenge?</w:t>
      </w:r>
      <w:r>
        <w:br/>
      </w:r>
      <w:r>
        <w:rPr>
          <w:sz w:val="20"/>
        </w:rPr>
        <w:t>56:55  baik waqt do aap ko saamna karna parega. ek insaniyat. insaniyat ka saamna karna parega. doosri taraf khuda ka saamna karna parega aap ko.</w:t>
      </w:r>
      <w:r>
        <w:br/>
      </w:r>
      <w:r>
        <w:rPr>
          <w:sz w:val="20"/>
        </w:rPr>
        <w:t>57:05  kya karenge aap?</w:t>
      </w:r>
      <w:r>
        <w:br/>
      </w:r>
      <w:r>
        <w:rPr>
          <w:sz w:val="20"/>
        </w:rPr>
        <w:t>57:10  to main yeh kahunga ke aakhri faisla le lijiye aakhri faisla. ke hamein isi dawat ke kaam mein apne ko lagana hai.</w:t>
      </w:r>
    </w:p>
    <w:p>
      <w:pPr>
        <w:pStyle w:val="Heading2"/>
      </w:pPr>
      <w:r>
        <w:t>Qur'an and Hadith proof: equal respect, different role</w:t>
      </w:r>
    </w:p>
    <w:p>
      <w:r>
        <w:rPr>
          <w:color w:val="666666"/>
          <w:sz w:val="18"/>
        </w:rPr>
        <w:t>The Status of Women in Islam (English) February 28, 2007 Maulana Wahiduddin Khan · 6m 05s · at 38:22 · https://youtu.be/pSLnXzYImXo?t=2302</w:t>
      </w:r>
    </w:p>
    <w:p>
      <w:r>
        <w:rPr>
          <w:i/>
        </w:rPr>
        <w:t>“I have studied Islam from its original sources”</w:t>
      </w:r>
    </w:p>
    <w:p>
      <w:r>
        <w:rPr>
          <w:sz w:val="20"/>
        </w:rPr>
        <w:t>38:22  i have study islam from its original sources. i can see that according to the islamic teachings, there is no discrimination regarding the status of women in islam.</w:t>
      </w:r>
      <w:r>
        <w:br/>
      </w:r>
      <w:r>
        <w:rPr>
          <w:sz w:val="20"/>
        </w:rPr>
        <w:t>38:45  both are equally respectable</w:t>
      </w:r>
      <w:r>
        <w:br/>
      </w:r>
      <w:r>
        <w:rPr>
          <w:sz w:val="20"/>
        </w:rPr>
        <w:t>38:50  . both enjoy the same status.</w:t>
      </w:r>
      <w:r>
        <w:br/>
      </w:r>
      <w:r>
        <w:rPr>
          <w:sz w:val="20"/>
        </w:rPr>
        <w:t>38:58  i can see that the formula of islam in this regard is that both are one.</w:t>
      </w:r>
      <w:r>
        <w:br/>
      </w:r>
      <w:r>
        <w:rPr>
          <w:sz w:val="20"/>
        </w:rPr>
        <w:t>39:12  both are two parts of a single entity.</w:t>
      </w:r>
      <w:r>
        <w:br/>
      </w:r>
      <w:r>
        <w:rPr>
          <w:sz w:val="20"/>
        </w:rPr>
        <w:t>39:20  so it is, so one can see that here is the formula one into and two in one.</w:t>
      </w:r>
      <w:r>
        <w:br/>
      </w:r>
      <w:r>
        <w:rPr>
          <w:sz w:val="20"/>
        </w:rPr>
        <w:t>39:34  this is the islamic formula regarding the status between the two sexes.</w:t>
      </w:r>
      <w:r>
        <w:br/>
      </w:r>
      <w:r>
        <w:rPr>
          <w:sz w:val="20"/>
        </w:rPr>
        <w:t>39:44  there is a verse in the quran it tells us that first man and first woman were created by the same substance.</w:t>
      </w:r>
      <w:r>
        <w:br/>
      </w:r>
      <w:r>
        <w:rPr>
          <w:sz w:val="20"/>
        </w:rPr>
        <w:t>40:00  khalaqa minha zawjah. so man and woman both were created by by the same substance.</w:t>
      </w:r>
      <w:r>
        <w:br/>
      </w:r>
      <w:r>
        <w:rPr>
          <w:sz w:val="20"/>
        </w:rPr>
        <w:t>40:17  so there is no difference in creation.</w:t>
      </w:r>
      <w:r>
        <w:br/>
      </w:r>
      <w:r>
        <w:rPr>
          <w:sz w:val="20"/>
        </w:rPr>
        <w:t>40:23  deen</w:t>
      </w:r>
      <w:r>
        <w:br/>
      </w:r>
      <w:r>
        <w:rPr>
          <w:sz w:val="20"/>
        </w:rPr>
        <w:t>40:27  in chapter number three, that is al imran,</w:t>
      </w:r>
      <w:r>
        <w:br/>
      </w:r>
      <w:r>
        <w:rPr>
          <w:sz w:val="20"/>
        </w:rPr>
        <w:t>40:35  god says addressing to the two man and woman: "ba'dukum min ba'din,</w:t>
      </w:r>
      <w:r>
        <w:br/>
      </w:r>
      <w:r>
        <w:rPr>
          <w:sz w:val="20"/>
        </w:rPr>
        <w:t>40:47  ba'dukum min ba'din, you are members one of another.</w:t>
      </w:r>
      <w:r>
        <w:br/>
      </w:r>
      <w:r>
        <w:rPr>
          <w:sz w:val="20"/>
        </w:rPr>
        <w:t>40:59  you are members of, you are members one of another." this is qurani q verse.</w:t>
      </w:r>
      <w:r>
        <w:br/>
      </w:r>
      <w:r>
        <w:rPr>
          <w:sz w:val="20"/>
        </w:rPr>
        <w:t>41:12  deen there is a very relevant hadith that is saying of the prophet of islam.</w:t>
      </w:r>
      <w:r>
        <w:br/>
      </w:r>
      <w:r>
        <w:rPr>
          <w:sz w:val="20"/>
        </w:rPr>
        <w:t>41:24  the prophet of islam has said about the both sexes: "annisa'u shaqaiqur rijal." women are like shaqiqa</w:t>
      </w:r>
      <w:r>
        <w:br/>
      </w:r>
      <w:r>
        <w:rPr>
          <w:sz w:val="20"/>
        </w:rPr>
        <w:t>41:40  towards me</w:t>
      </w:r>
      <w:r>
        <w:br/>
      </w:r>
      <w:r>
        <w:rPr>
          <w:sz w:val="20"/>
        </w:rPr>
        <w:t>41:41  n. shaqiqa means half part of a single unit. for example, if you take an apple and</w:t>
      </w:r>
      <w:r>
        <w:br/>
      </w:r>
      <w:r>
        <w:rPr>
          <w:sz w:val="20"/>
        </w:rPr>
        <w:t>41:58  cut it into two equal part, then every part is a shaqiqa</w:t>
      </w:r>
      <w:r>
        <w:br/>
      </w:r>
      <w:r>
        <w:rPr>
          <w:sz w:val="20"/>
        </w:rPr>
        <w:t>42:05  . so according to this hadith,</w:t>
      </w:r>
      <w:r>
        <w:br/>
      </w:r>
      <w:r>
        <w:rPr>
          <w:sz w:val="20"/>
        </w:rPr>
        <w:t>42:11  man and woman are two equal half of a single unit.</w:t>
      </w:r>
      <w:r>
        <w:br/>
      </w:r>
      <w:r>
        <w:rPr>
          <w:sz w:val="20"/>
        </w:rPr>
        <w:t>42:21  man, man and woman are two equal half of a single unit.</w:t>
      </w:r>
      <w:r>
        <w:br/>
      </w:r>
      <w:r>
        <w:rPr>
          <w:sz w:val="20"/>
        </w:rPr>
        <w:t>42:30  this is the best expression of of the status of both sexes.</w:t>
      </w:r>
      <w:r>
        <w:br/>
      </w:r>
      <w:r>
        <w:rPr>
          <w:sz w:val="20"/>
        </w:rPr>
        <w:t>42:42  deen there are some other verses which state some difference, like: "arrijalu qawamuna 'alan nisa'."</w:t>
      </w:r>
      <w:r>
        <w:br/>
      </w:r>
      <w:r>
        <w:rPr>
          <w:sz w:val="20"/>
        </w:rPr>
        <w:t>42:55  These verses are based on biological differences.</w:t>
      </w:r>
      <w:r>
        <w:br/>
      </w:r>
      <w:r>
        <w:rPr>
          <w:sz w:val="20"/>
        </w:rPr>
        <w:t>43:02  you know,</w:t>
      </w:r>
      <w:r>
        <w:br/>
      </w:r>
      <w:r>
        <w:rPr>
          <w:sz w:val="20"/>
        </w:rPr>
        <w:t>43:07  The biological studies and psychological studies have established that there is a difference between the two sexes in terms of biology and in terms of psychology.</w:t>
      </w:r>
      <w:r>
        <w:br/>
      </w:r>
      <w:r>
        <w:rPr>
          <w:sz w:val="20"/>
        </w:rPr>
        <w:t>43:27  so</w:t>
      </w:r>
      <w:r>
        <w:br/>
      </w:r>
      <w:r>
        <w:rPr>
          <w:sz w:val="20"/>
        </w:rPr>
        <w:t>43:31  by adding this biological fact, you can see that the formula of Islam towards the both sexes is like this:</w:t>
      </w:r>
      <w:r>
        <w:br/>
      </w:r>
      <w:r>
        <w:rPr>
          <w:sz w:val="20"/>
        </w:rPr>
        <w:t>43:49  equal in respect but different in role.</w:t>
      </w:r>
      <w:r>
        <w:br/>
      </w:r>
      <w:r>
        <w:rPr>
          <w:sz w:val="20"/>
        </w:rPr>
        <w:t>43:58  men and women are equal in respect but different in role.</w:t>
      </w:r>
      <w:r>
        <w:br/>
      </w:r>
      <w:r>
        <w:rPr>
          <w:sz w:val="20"/>
        </w:rPr>
        <w:t>44:09  so the god's plan regarding both sexes is to give respect to the both sexes, but they have different role in society, in family.</w:t>
      </w:r>
    </w:p>
    <w:p>
      <w:pPr>
        <w:pStyle w:val="Heading2"/>
      </w:pPr>
      <w:r>
        <w:t>Prophet's life example of tolerance in context</w:t>
      </w:r>
    </w:p>
    <w:p>
      <w:r>
        <w:rPr>
          <w:color w:val="666666"/>
          <w:sz w:val="18"/>
        </w:rPr>
        <w:t>Multi-Religious Societies in Islam (Part 2) (English) 3 March 2007 - Maulana Wahiduddin Khan · 6m 11s · at 6:56 · https://youtu.be/_SzmGqjYeOo?t=416</w:t>
      </w:r>
    </w:p>
    <w:p>
      <w:r>
        <w:rPr>
          <w:i/>
        </w:rPr>
        <w:t>“The Prophet of Islam was born in Mecca in 570 AD”</w:t>
      </w:r>
    </w:p>
    <w:p>
      <w:r>
        <w:rPr>
          <w:sz w:val="20"/>
        </w:rPr>
        <w:t>6:56  the prophet of Islam was born in Mecca in 570 AD, and he was, and he revealed the first revelation in 610 AD.</w:t>
      </w:r>
      <w:r>
        <w:br/>
      </w:r>
      <w:r>
        <w:rPr>
          <w:sz w:val="20"/>
        </w:rPr>
        <w:t>7:16  so, his mission, so he started his mission in 610 AD in Mecca. at that time, Mecca was,</w:t>
      </w:r>
      <w:r>
        <w:br/>
      </w:r>
      <w:r>
        <w:rPr>
          <w:sz w:val="20"/>
        </w:rPr>
        <w:t>7:34  in that time, the majority of Meccan people were idol worshippers.</w:t>
      </w:r>
      <w:r>
        <w:br/>
      </w:r>
      <w:r>
        <w:rPr>
          <w:sz w:val="20"/>
        </w:rPr>
        <w:t>7:41  prophet and few of his companions were God worshippers.</w:t>
      </w:r>
      <w:r>
        <w:br/>
      </w:r>
      <w:r>
        <w:rPr>
          <w:sz w:val="20"/>
        </w:rPr>
        <w:t>7:51  so, prophet with his community was a minority in Mecca.</w:t>
      </w:r>
      <w:r>
        <w:br/>
      </w:r>
      <w:r>
        <w:rPr>
          <w:sz w:val="20"/>
        </w:rPr>
        <w:t>8:02  any mushrik people were in majority. mushrik means idol worshippers.</w:t>
      </w:r>
      <w:r>
        <w:br/>
      </w:r>
      <w:r>
        <w:rPr>
          <w:sz w:val="20"/>
        </w:rPr>
        <w:t>8:11  so, mushrik people were in majority in Mecca. and prophet and his companions were in, mushrik people were in majority in Mecca.</w:t>
      </w:r>
      <w:r>
        <w:br/>
      </w:r>
      <w:r>
        <w:rPr>
          <w:sz w:val="20"/>
        </w:rPr>
        <w:t>8:25  and Muhammad and his companion were in minority in Mecca.</w:t>
      </w:r>
      <w:r>
        <w:br/>
      </w:r>
      <w:r>
        <w:rPr>
          <w:sz w:val="20"/>
        </w:rPr>
        <w:t>8:32  so, what was their behavior towards others? at that time in Mecca, God revealed the chapter number 103.</w:t>
      </w:r>
      <w:r>
        <w:br/>
      </w:r>
      <w:r>
        <w:rPr>
          <w:sz w:val="20"/>
        </w:rPr>
        <w:t>8:47  this chapter you can find in Quran,</w:t>
      </w:r>
      <w:r>
        <w:br/>
      </w:r>
      <w:r>
        <w:rPr>
          <w:sz w:val="20"/>
        </w:rPr>
        <w:t>8:52  chapter number 103.</w:t>
      </w:r>
      <w:r>
        <w:br/>
      </w:r>
      <w:r>
        <w:rPr>
          <w:sz w:val="20"/>
        </w:rPr>
        <w:t>8:56  in this chapter, and when prophet was in Mecca, in and living as a, as a minority, at that time,</w:t>
      </w:r>
      <w:r>
        <w:br/>
      </w:r>
      <w:r>
        <w:rPr>
          <w:sz w:val="20"/>
        </w:rPr>
        <w:t>9:12  this verse was revealed in the Quran.</w:t>
      </w:r>
      <w:r>
        <w:br/>
      </w:r>
      <w:r>
        <w:rPr>
          <w:sz w:val="20"/>
        </w:rPr>
        <w:t>9:19  at reads:</w:t>
      </w:r>
      <w:r>
        <w:br/>
      </w:r>
      <w:r>
        <w:rPr>
          <w:sz w:val="20"/>
        </w:rPr>
        <w:t>9:24  "lakum deenukum waliya deen".</w:t>
      </w:r>
      <w:r>
        <w:br/>
      </w:r>
      <w:r>
        <w:rPr>
          <w:sz w:val="20"/>
        </w:rPr>
        <w:t>9:29  for you your religion, for me mine. this was the formula of adjustment, formula of harmony.</w:t>
      </w:r>
      <w:r>
        <w:br/>
      </w:r>
      <w:r>
        <w:rPr>
          <w:sz w:val="20"/>
        </w:rPr>
        <w:t>9:42  for you your religion, for me mine.</w:t>
      </w:r>
      <w:r>
        <w:br/>
      </w:r>
      <w:r>
        <w:rPr>
          <w:sz w:val="20"/>
        </w:rPr>
        <w:t>9:48  now, when prophet migrated from makkah to madinah,</w:t>
      </w:r>
      <w:r>
        <w:br/>
      </w:r>
      <w:r>
        <w:rPr>
          <w:sz w:val="20"/>
        </w:rPr>
        <w:t>9:57  so at that time, madinah was very favorable to prophet.</w:t>
      </w:r>
      <w:r>
        <w:br/>
      </w:r>
      <w:r>
        <w:rPr>
          <w:sz w:val="20"/>
        </w:rPr>
        <w:t>10:06  the majority of madinah people accepted islam.</w:t>
      </w:r>
      <w:r>
        <w:br/>
      </w:r>
      <w:r>
        <w:rPr>
          <w:sz w:val="20"/>
        </w:rPr>
        <w:t>10:12  the majority of madinah people.</w:t>
      </w:r>
      <w:r>
        <w:br/>
      </w:r>
      <w:r>
        <w:rPr>
          <w:sz w:val="20"/>
        </w:rPr>
        <w:t>10:15  so, when prophet was living as a minority in makkah, at that time,</w:t>
      </w:r>
      <w:r>
        <w:br/>
      </w:r>
      <w:r>
        <w:rPr>
          <w:sz w:val="20"/>
        </w:rPr>
        <w:t>10:24  he adopted the formula: "for you your religion, for me mine". then in madinah, he adopted the same formula when he was in majority.</w:t>
      </w:r>
      <w:r>
        <w:br/>
      </w:r>
      <w:r>
        <w:rPr>
          <w:sz w:val="20"/>
        </w:rPr>
        <w:t>10:38  in madinah, he and his companions were in majority. they were able to establish the first state in madinah.</w:t>
      </w:r>
      <w:r>
        <w:br/>
      </w:r>
      <w:r>
        <w:rPr>
          <w:sz w:val="20"/>
        </w:rPr>
        <w:t>10:49  but the same formula was adopted by prophet in madinah also. you know, prophet declared, prophet issued a declaration</w:t>
      </w:r>
      <w:r>
        <w:br/>
      </w:r>
      <w:r>
        <w:rPr>
          <w:sz w:val="20"/>
        </w:rPr>
        <w:t>11:05  . this is called in islamic history صحیfah madinah. صحیfah madinah means madinah declaration.</w:t>
      </w:r>
      <w:r>
        <w:br/>
      </w:r>
      <w:r>
        <w:rPr>
          <w:sz w:val="20"/>
        </w:rPr>
        <w:t>11:17  so, in this declaration, prophet</w:t>
      </w:r>
      <w:r>
        <w:br/>
      </w:r>
      <w:r>
        <w:rPr>
          <w:sz w:val="20"/>
        </w:rPr>
        <w:t>11:24  said: "lil yahood deenahum walil muslimeen deenahum".</w:t>
      </w:r>
      <w:r>
        <w:br/>
      </w:r>
      <w:r>
        <w:rPr>
          <w:sz w:val="20"/>
        </w:rPr>
        <w:t>11:32  it means for jewish people their religion. and for muslims their religion. you see the same language.</w:t>
      </w:r>
      <w:r>
        <w:br/>
      </w:r>
      <w:r>
        <w:rPr>
          <w:sz w:val="20"/>
        </w:rPr>
        <w:t>11:45  when prophet was in minority in makkah, he adopted the formula: "for you your religion, for me mine".</w:t>
      </w:r>
      <w:r>
        <w:br/>
      </w:r>
      <w:r>
        <w:rPr>
          <w:sz w:val="20"/>
        </w:rPr>
        <w:t>11:55  and when he was in madinah, and at that time, muslims were in majority. but he followed again the same formula:</w:t>
      </w:r>
      <w:r>
        <w:br/>
      </w:r>
      <w:r>
        <w:rPr>
          <w:sz w:val="20"/>
        </w:rPr>
        <w:t>12:12  "for jewish people their religion or for muslims their religion". this is the islamic formula.</w:t>
      </w:r>
      <w:r>
        <w:br/>
      </w:r>
      <w:r>
        <w:rPr>
          <w:sz w:val="20"/>
        </w:rPr>
        <w:t>12:22  this is the islamic formula</w:t>
      </w:r>
      <w:r>
        <w:br/>
      </w:r>
      <w:r>
        <w:rPr>
          <w:sz w:val="20"/>
        </w:rPr>
        <w:t>12:24  . it is irrelevant whether you are living as a minority or you are living as a majority.</w:t>
      </w:r>
      <w:r>
        <w:br/>
      </w:r>
      <w:r>
        <w:rPr>
          <w:sz w:val="20"/>
        </w:rPr>
        <w:t>12:33  in both the situations, you have to adopt this formula. that is in my verse: "follow one and respect all".</w:t>
      </w:r>
      <w:r>
        <w:br/>
      </w:r>
      <w:r>
        <w:rPr>
          <w:sz w:val="20"/>
        </w:rPr>
        <w:t>12:47  islamic formula is not based on elimination others, but the islamic formula is based on tolerance, adjustment, acceptance, love.</w:t>
      </w:r>
    </w:p>
    <w:p>
      <w:pPr>
        <w:pStyle w:val="Heading2"/>
      </w:pPr>
      <w:r>
        <w:t>Full story of the Hudaybiyyah peace treaty and its victory</w:t>
      </w:r>
    </w:p>
    <w:p>
      <w:r>
        <w:rPr>
          <w:color w:val="666666"/>
          <w:sz w:val="18"/>
        </w:rPr>
        <w:t>Importance of Peace August 17, 2014 · 5m 44s · at 8:08 · https://youtu.be/ifxSwh2Jckw?t=488</w:t>
      </w:r>
    </w:p>
    <w:p>
      <w:r>
        <w:rPr>
          <w:i/>
        </w:rPr>
        <w:t>“Rasool Allah ne saatvi sadi ke pehle quarter mein Makkah mein mission shuru kiya”</w:t>
      </w:r>
    </w:p>
    <w:p>
      <w:r>
        <w:rPr>
          <w:sz w:val="20"/>
        </w:rPr>
        <w:t>8:08  aap jante hain ke rasool allah salallaho alaihi wasallam seventh century ke first quarter mein aap ne mission shuru kiya makka mein. is waqt arab jo hai, tribal culture ke zamane mein tha.</w:t>
      </w:r>
      <w:r>
        <w:br/>
      </w:r>
      <w:r>
        <w:rPr>
          <w:sz w:val="20"/>
        </w:rPr>
        <w:t>8:21  lraaiyan, lraaiyan, lraaiyan.</w:t>
      </w:r>
      <w:r>
        <w:br/>
      </w:r>
      <w:r>
        <w:rPr>
          <w:sz w:val="20"/>
        </w:rPr>
        <w:t>8:25  rasool allah ke sath jo kuch lraaiyan pesh aaeen, woh due to tribal culture theen.</w:t>
      </w:r>
      <w:r>
        <w:br/>
      </w:r>
      <w:r>
        <w:rPr>
          <w:sz w:val="20"/>
        </w:rPr>
        <w:t>8:34  islam ki taleem se in ka koi taluq nahi tha. kuch log yeh samajhte hain ke islam jo hai, woh tashaddud sikhata hai.</w:t>
      </w:r>
      <w:r>
        <w:br/>
      </w:r>
      <w:r>
        <w:rPr>
          <w:sz w:val="20"/>
        </w:rPr>
        <w:t>8:44  islam larr kar ke apna nizam qaim karna chahta hai. yeh sab bilkul baseless baat hai, baseless. rasool allah salallaho alaihi wasallam ke daur mein jo chand lraaiyan pesh aaeen theen, woh age factor ki wajah se theen.</w:t>
      </w:r>
      <w:r>
        <w:br/>
      </w:r>
      <w:r>
        <w:rPr>
          <w:sz w:val="20"/>
        </w:rPr>
        <w:t>9:01  yani due to tribal age.</w:t>
      </w:r>
      <w:r>
        <w:br/>
      </w:r>
      <w:r>
        <w:rPr>
          <w:sz w:val="20"/>
        </w:rPr>
        <w:t>9:06  matlab inhi ki taraf se aggression hua, in ki taraf se attack hua, in ki taraf se iqdam kiya gaya. to rasool allah salallaho alaihi wasallam ne defense ke taur par lraaiyan lareen.</w:t>
      </w:r>
      <w:r>
        <w:br/>
      </w:r>
      <w:r>
        <w:rPr>
          <w:sz w:val="20"/>
        </w:rPr>
        <w:t>9:17  lekin yeh bhi mein arz karoon ke scholars ki definition ke mutabiq full fledge war woh hai jo kam se kam che din jari rahe.</w:t>
      </w:r>
      <w:r>
        <w:br/>
      </w:r>
      <w:r>
        <w:rPr>
          <w:sz w:val="20"/>
        </w:rPr>
        <w:t>9:31  che din agar nahi chali lrai to woh inscription kahi jayegi,</w:t>
      </w:r>
      <w:r>
        <w:br/>
      </w:r>
      <w:r>
        <w:rPr>
          <w:sz w:val="20"/>
        </w:rPr>
        <w:t>9:36  woh lrai nahi kahi jayegi. to rasool allah ke zamane mein jo chand lraaiyan huien, woh woh to aik din ki theen. bas hood ki lrai aik din ki, badr ki lrai aik din ki, hunain ki lrai aik din ki.</w:t>
      </w:r>
      <w:r>
        <w:br/>
      </w:r>
      <w:r>
        <w:rPr>
          <w:sz w:val="20"/>
        </w:rPr>
        <w:t>9:53  is ka matlab kya hua? ke yeh in mein se koi bhi full fledge war nahi thi, woh sab ki sab inscriptions theen.</w:t>
      </w:r>
      <w:r>
        <w:br/>
      </w:r>
      <w:r>
        <w:rPr>
          <w:sz w:val="20"/>
        </w:rPr>
        <w:t>10:08  to rasool allah salallaho alaihi wasallam ne yeh apnaya. agarchay aap ko attack kiya gaya, aap ke khilaf jang chheri gayi.</w:t>
      </w:r>
      <w:r>
        <w:br/>
      </w:r>
      <w:r>
        <w:rPr>
          <w:sz w:val="20"/>
        </w:rPr>
        <w:t>10:18  yani tribal age ki wajah se. lekin aap ne manage kiya, har bar manage karte rahe aap ke is kis tarah se jang khatam ho.</w:t>
      </w:r>
      <w:r>
        <w:br/>
      </w:r>
      <w:r>
        <w:rPr>
          <w:sz w:val="20"/>
        </w:rPr>
        <w:t>10:30  yahan tak ke dekhiye, aap ne makka mein jab aakhri naubat aa gayi to aap bajaye larrne ke, aap madine chale gaye.</w:t>
      </w:r>
      <w:r>
        <w:br/>
      </w:r>
      <w:r>
        <w:rPr>
          <w:sz w:val="20"/>
        </w:rPr>
        <w:t>10:41  yani 13 saal ke baad yeh shakal bani thi ke aap baqayda lrai shuru ho jaye dono fareeq ke darmiyan. lekin aap ne avoid kiya, aap chale gaye madina, jis ko hijrat kaha jata hai.</w:t>
      </w:r>
      <w:r>
        <w:br/>
      </w:r>
      <w:r>
        <w:rPr>
          <w:sz w:val="20"/>
        </w:rPr>
        <w:t>10:55  is ke baad aap ne musalsal koshish ke zariye manage kiya ke ke fareeqe sani ke sath aap ki peace agreement ho jaye.</w:t>
      </w:r>
      <w:r>
        <w:br/>
      </w:r>
      <w:r>
        <w:rPr>
          <w:sz w:val="20"/>
        </w:rPr>
        <w:t>11:10  peace agreement. to yeh time is waqt aaya jab ke aap ne</w:t>
      </w:r>
      <w:r>
        <w:br/>
      </w:r>
      <w:r>
        <w:rPr>
          <w:sz w:val="20"/>
        </w:rPr>
        <w:t>11:18  yeh faisla kiya ke aap makka se, ke aap madina se makka jayenge umrah ke liye. aap</w:t>
      </w:r>
      <w:r>
        <w:br/>
      </w:r>
      <w:r>
        <w:rPr>
          <w:sz w:val="20"/>
        </w:rPr>
        <w:t>11:27  madine se umrah ke irade se chale. hudaybiyah ke maqam par makka ke logon ne, jo aap ke khilaf the us waqt, rok rasta roka.</w:t>
      </w:r>
      <w:r>
        <w:br/>
      </w:r>
      <w:r>
        <w:rPr>
          <w:sz w:val="20"/>
        </w:rPr>
        <w:t>11:39  aap ne kaha ke hum aap ko aage nahi jane denge. is ka mani ke unhone kaha lrai ka, ashah ki lrai chhar jaye dono ke darmiyan.</w:t>
      </w:r>
      <w:r>
        <w:br/>
      </w:r>
      <w:r>
        <w:rPr>
          <w:sz w:val="20"/>
        </w:rPr>
        <w:t>11:54  to 15 din tak aap ne requisition kiya wahan par, wahan thehre rahe aap hudaybiyah mein. aur is ke baad aap ne hudaybiyah agreement kiya.</w:t>
      </w:r>
      <w:r>
        <w:br/>
      </w:r>
      <w:r>
        <w:rPr>
          <w:sz w:val="20"/>
        </w:rPr>
        <w:t>12:04  yeh hudaybiyah agreement kiya tha?</w:t>
      </w:r>
      <w:r>
        <w:br/>
      </w:r>
      <w:r>
        <w:rPr>
          <w:sz w:val="20"/>
        </w:rPr>
        <w:t>12:09  hudaybiyah agreement jo tha, woh fareeqe sani ki condition ko yak tarfa taur par maan kar agreement hua tha, yak tarfa taur par.</w:t>
      </w:r>
      <w:r>
        <w:br/>
      </w:r>
      <w:r>
        <w:rPr>
          <w:sz w:val="20"/>
        </w:rPr>
        <w:t>12:27  to yeh peace hudaybiyah agreement darasal peace agreement tha. lekin yeh peace agreement pass us waqt hua jab ke rasool allah ne fareeqe sani ki sharton ko unilaterally taur par maan liya.</w:t>
      </w:r>
      <w:r>
        <w:br/>
      </w:r>
      <w:r>
        <w:rPr>
          <w:sz w:val="20"/>
        </w:rPr>
        <w:t>12:45  is ke baad aap madine ke wapas rawana huwe.</w:t>
      </w:r>
      <w:r>
        <w:br/>
      </w:r>
      <w:r>
        <w:rPr>
          <w:sz w:val="20"/>
        </w:rPr>
        <w:t>12:50  to abhi aap madina pohnchay nahi thay ke woh surah utri, jis ko surah al-fat'h kaha jata hai. is mein yeh ayat thi ke inna fatahna laka fat'han mubeena hum ne tum ko khuli fatah de di.</w:t>
      </w:r>
      <w:r>
        <w:br/>
      </w:r>
      <w:r>
        <w:rPr>
          <w:sz w:val="20"/>
        </w:rPr>
        <w:t>13:11  to kai log bohat is par ta'ajjub kiya unhon ne ke hum to wapas ja rahe hain.</w:t>
      </w:r>
      <w:r>
        <w:br/>
      </w:r>
      <w:r>
        <w:rPr>
          <w:sz w:val="20"/>
        </w:rPr>
        <w:t>13:18  yeh to retreat hai, retreat. aur un ki yak-tarfa sharton par aap maan kar ke wapas ja rahe hain. to yeh fatah kahan hai? yeh to shikast hai, yeh to retreat hai.</w:t>
      </w:r>
      <w:r>
        <w:br/>
      </w:r>
      <w:r>
        <w:rPr>
          <w:sz w:val="20"/>
        </w:rPr>
        <w:t>13:33  to yeh retreat nahi thi, in terms of result woh fatah thi.</w:t>
      </w:r>
      <w:r>
        <w:br/>
      </w:r>
      <w:r>
        <w:rPr>
          <w:sz w:val="20"/>
        </w:rPr>
        <w:t>13:40  jis waqt agreement hua tha, us waqt bazahir apparently it was defeat but in terms of result it was victory</w:t>
      </w:r>
    </w:p>
    <w:p>
      <w:pPr>
        <w:pStyle w:val="Heading2"/>
      </w:pPr>
      <w:r>
        <w:t>full explanation of how Dajjal deceives the whole world</w:t>
      </w:r>
    </w:p>
    <w:p>
      <w:r>
        <w:rPr>
          <w:color w:val="666666"/>
          <w:sz w:val="18"/>
        </w:rPr>
        <w:t>Major Signs of Doomsday November 26, 2023 · 5m 23s · at 15:11 · https://youtu.be/pMRzFjrkWf4?t=911</w:t>
      </w:r>
    </w:p>
    <w:p>
      <w:r>
        <w:rPr>
          <w:i/>
        </w:rPr>
        <w:t>“Dajjal ke baare mein hadith mein aaya, itna bada fitna kabhi nahi aaya”</w:t>
      </w:r>
    </w:p>
    <w:p>
      <w:r>
        <w:rPr>
          <w:sz w:val="20"/>
        </w:rPr>
        <w:t>15:11  aur dajjal jo hai apa, aisa nahi hai ke woh koi sword le ke aayega. kyunke it is very difficult to mislead people with sword.</w:t>
      </w:r>
      <w:r>
        <w:br/>
      </w:r>
      <w:r>
        <w:rPr>
          <w:sz w:val="20"/>
        </w:rPr>
        <w:t>15:21  but he will mislead people with false reasoning. to apa, main chahunga ke is ke bare mein thoda batayen, aur kaise hum is fitne se apne aap ko bacha sakte hain?</w:t>
      </w:r>
      <w:r>
        <w:br/>
      </w:r>
      <w:r>
        <w:rPr>
          <w:sz w:val="20"/>
        </w:rPr>
        <w:t>15:31  is ke bare mein batayen. dajjal ke bare mein hadith mein aaya hai ke itna bada fitna kabhi bhi duniya mein nahi aaya, itna bada fitna hai dajjal ka.</w:t>
      </w:r>
      <w:r>
        <w:br/>
      </w:r>
      <w:r>
        <w:rPr>
          <w:sz w:val="20"/>
        </w:rPr>
        <w:t>15:43  ji. kyunke woh khoobsurti se behkata hai.</w:t>
      </w:r>
      <w:r>
        <w:br/>
      </w:r>
      <w:r>
        <w:rPr>
          <w:sz w:val="20"/>
        </w:rPr>
        <w:t>15:47  dujal, dujal kehte hain deceive. to dajjal kehte hain deceiver ko, aur dajjal maani great deceiver. to itna zabardast, itna beautiful ideology develop karega ke har aadmi jo hai woh is mein behak jayega.</w:t>
      </w:r>
      <w:r>
        <w:br/>
      </w:r>
      <w:r>
        <w:rPr>
          <w:sz w:val="20"/>
        </w:rPr>
        <w:t>16:03  to yeh hai. to dujal jo hai to dekhiye, thoda hamesha hi se hota tha. hamesha hi log galat tareeqe se cheezon ko interpret karte the.</w:t>
      </w:r>
      <w:r>
        <w:br/>
      </w:r>
      <w:r>
        <w:rPr>
          <w:sz w:val="20"/>
        </w:rPr>
        <w:t>16:13  lekin ab wahi jo hai na, media ka zamana hai.</w:t>
      </w:r>
      <w:r>
        <w:br/>
      </w:r>
      <w:r>
        <w:rPr>
          <w:sz w:val="20"/>
        </w:rPr>
        <w:t>16:16  to is ki wajah se woh dujal jo hai woh sari duniya mein phail jata hai. to jo isi liye hai ke jo sab se bada dhoka jo hai woh daleel ke zariye diya jata hai, na ke talwar ke zariye.</w:t>
      </w:r>
      <w:r>
        <w:br/>
      </w:r>
      <w:r>
        <w:rPr>
          <w:sz w:val="20"/>
        </w:rPr>
        <w:t>16:29  to limited hoga. to woh jo zehni gumrahi hai, zehni deviation hai, intellectual deviation hai, wahi sab se bada deviation hai.</w:t>
      </w:r>
      <w:r>
        <w:br/>
      </w:r>
      <w:r>
        <w:rPr>
          <w:sz w:val="20"/>
        </w:rPr>
        <w:t>16:38  to woh tazeen ke zariye se, woh shaitan ne kaha hi tha ke main tazeen karunga aur tamam tere bandon ko behka dunga. to</w:t>
      </w:r>
      <w:r>
        <w:br/>
      </w:r>
      <w:r>
        <w:rPr>
          <w:sz w:val="20"/>
        </w:rPr>
        <w:t>16:46  woh tazeen ke zariye se dajjal ne sari duniya ke logon ko behka diya. aur tazeen ka jo ek jo sab se bada jo uska hathiyar hai, woh yeh ke us ne political interpretation di.</w:t>
      </w:r>
      <w:r>
        <w:br/>
      </w:r>
      <w:r>
        <w:rPr>
          <w:sz w:val="20"/>
        </w:rPr>
        <w:t>17:00  is is political interpretation yeh tha ke islam jo hai woh laws ka ek majmooa hai. aur in laws ko jab tak ke hum implement nahi karenge, to implement karne ke liye hukoomat chahiye.</w:t>
      </w:r>
      <w:r>
        <w:br/>
      </w:r>
      <w:r>
        <w:rPr>
          <w:sz w:val="20"/>
        </w:rPr>
        <w:t>17:15  to jab tak implement nahi karenge, hamara islam hi namukammal hai. to is wajah se sari duniya mein musalman etwar ho gaye. bahar non muslim se woh etwar hain, aur apne apne mulkon mein secular ruler se etwar hain.</w:t>
      </w:r>
      <w:r>
        <w:br/>
      </w:r>
      <w:r>
        <w:rPr>
          <w:sz w:val="20"/>
        </w:rPr>
        <w:t>17:30  to kisi bhi mulk mein dekhiye, kahin bhi peaceful tareeqe se hukoomat nahi chal rahi. isi wajah se arab mulkon mein dictatorship hai. kyunke yeh log chalne hi nahi det</w:t>
      </w:r>
      <w:r>
        <w:br/>
      </w:r>
      <w:r>
        <w:rPr>
          <w:sz w:val="20"/>
        </w:rPr>
        <w:t>17:40  e. jahan koi bhi ruler aaya, to ruler to har jo group hota hai, bahut se log mulk mein hote hain, har mazhab ke log hote hain.</w:t>
      </w:r>
      <w:r>
        <w:br/>
      </w:r>
      <w:r>
        <w:rPr>
          <w:sz w:val="20"/>
        </w:rPr>
        <w:t>17:49  to un ka khayal rakhna padta hai. ab woh chahte hain ke sare ke sare islam ke qanoon naafiz kar diye jayen. jabke woh log khud apne upar bhi nahi naafiz karenge.</w:t>
      </w:r>
      <w:r>
        <w:br/>
      </w:r>
      <w:r>
        <w:rPr>
          <w:sz w:val="20"/>
        </w:rPr>
        <w:t>17:59  kaun chori karne par apna hath katwayega? lekin woh ek, woh logon ko bewakoof banane ke liye, logon ko apni taraf lane ke liye, woh matlab bolne mein bahut khoobsurat lagta hai</w:t>
      </w:r>
      <w:r>
        <w:br/>
      </w:r>
      <w:r>
        <w:rPr>
          <w:sz w:val="20"/>
        </w:rPr>
        <w:t>18:11  ke poora qanoon jo hai woh naafiz ho jayega, aur phir islam jo hai sari duniya mein is ki hukoomat qaim hogi. to yeh bahut achha lagta hai.</w:t>
      </w:r>
      <w:r>
        <w:br/>
      </w:r>
      <w:r>
        <w:rPr>
          <w:sz w:val="20"/>
        </w:rPr>
        <w:t>18:20  to is wajah se tamam log jo hain is mein behak kar aa jate hain.</w:t>
      </w:r>
      <w:r>
        <w:br/>
      </w:r>
      <w:r>
        <w:rPr>
          <w:sz w:val="20"/>
        </w:rPr>
        <w:t>18:26  aur to sari duniya mein jo hai islam ki hukoomat hogi, to yeh itni badi baat hai ke har aadmi jo hai us se is is se is se behak jata hai.</w:t>
      </w:r>
      <w:r>
        <w:br/>
      </w:r>
      <w:r>
        <w:rPr>
          <w:sz w:val="20"/>
        </w:rPr>
        <w:t>18:38  aur phir in dajjal ke sath, is mein hadith mein hai ke tamam log dajjal ke sath aa jayenge. to dajjal ke sath bohat ziyada resources honge.</w:t>
      </w:r>
      <w:r>
        <w:br/>
      </w:r>
      <w:r>
        <w:rPr>
          <w:sz w:val="20"/>
        </w:rPr>
        <w:t>18:48  kyunke is kaam ke liye log bohat ziyada support karte hain.</w:t>
      </w:r>
      <w:r>
        <w:br/>
      </w:r>
      <w:r>
        <w:rPr>
          <w:sz w:val="20"/>
        </w:rPr>
        <w:t>18:52  to abhi hum kahein ke hamein quran sari duniya mein distribute karna hai, to bohat kam hamein madad milegi. lekin agar kahein ke hamein jang karni hai, aur sari duniya ke logon ko maar kar islam ki hukumat qaim karni hai, to khoob support milega.</w:t>
      </w:r>
      <w:r>
        <w:br/>
      </w:r>
      <w:r>
        <w:rPr>
          <w:sz w:val="20"/>
        </w:rPr>
        <w:t>19:07  to is ideology ko hamein kill karna hai, na ke person ko kill karna hai. to jang ke zariye se aap jante hain ke kabhi bhi jang ke zariye se kabhi bhi koi positive kaam nahi hua, kabhi bhi peace qaim nahi</w:t>
      </w:r>
      <w:r>
        <w:br/>
      </w:r>
      <w:r>
        <w:rPr>
          <w:sz w:val="20"/>
        </w:rPr>
        <w:t>19:21  hua. khud rasool Allah salallahu alaihi wasallam ne sulah qaim ki, tab ja ke wahan par islam ka paigham sari duniya mein pohncha, aur woh jo hai sari makkah jo hai aap ke surrender kar diya.</w:t>
      </w:r>
      <w:r>
        <w:br/>
      </w:r>
      <w:r>
        <w:rPr>
          <w:sz w:val="20"/>
        </w:rPr>
        <w:t>19:35  makkah ne, makkah walon ne kiya, pure arab ne. to asal mein kya hai ke hadithain jo hain woh is mein symbolic language mein</w:t>
      </w:r>
      <w:r>
        <w:br/>
      </w:r>
      <w:r>
        <w:rPr>
          <w:sz w:val="20"/>
        </w:rPr>
        <w:t>19:44  hain. misaal ke taur par yeh aata hai ke dajjal aisi awaz se pukarega jo mashriq aur maghrib ke dono siron ke darmiyan sunai degi.</w:t>
      </w:r>
      <w:r>
        <w:br/>
      </w:r>
      <w:r>
        <w:rPr>
          <w:sz w:val="20"/>
        </w:rPr>
        <w:t>19:55  to ab log sach much samajhte the ke dajjal ki awaz itni zor hogi ke puri duniya mein woh sunai degi. ab aap sochiye ge to agar puri duniya mein kisi ki awaz sunai de to kaan hi phat jayenge, sun sunenge kaise hum</w:t>
      </w:r>
      <w:r>
        <w:br/>
      </w:r>
      <w:r>
        <w:rPr>
          <w:sz w:val="20"/>
        </w:rPr>
        <w:t>20:10  ? to woh naya zamana tha ke media ka zamana tha, telecommunication ka zamana ke aaj koi bhi hum baat jo hai sari duniya mein pohncha sakte hain.</w:t>
      </w:r>
      <w:r>
        <w:br/>
      </w:r>
      <w:r>
        <w:rPr>
          <w:sz w:val="20"/>
        </w:rPr>
        <w:t>20:22  communication jo itna ziyada develop ho gaya hai. to yeh tamam jo peshin goiyan hain, woh symbolic language mein hain.</w:t>
      </w:r>
      <w:r>
        <w:br/>
      </w:r>
      <w:r>
        <w:rPr>
          <w:sz w:val="20"/>
        </w:rPr>
        <w:t>20:31  to woh is ko samajhna parega.</w:t>
      </w:r>
    </w:p>
    <w:p>
      <w:pPr>
        <w:pStyle w:val="Heading2"/>
      </w:pPr>
      <w:r>
        <w:t>Two-point formula, target, and political interpretation of Islam</w:t>
      </w:r>
    </w:p>
    <w:p>
      <w:r>
        <w:rPr>
          <w:color w:val="666666"/>
          <w:sz w:val="18"/>
        </w:rPr>
        <w:t>Sayyidina Imam Al Hassan Ibn Ali Peace Award at Abu Dhabi April 30, 2015 Maulana Wahiduddin Khan · 5m 48s · at 14:50 · https://youtu.be/9i1DQ8fr5ik?t=890</w:t>
      </w:r>
    </w:p>
    <w:p>
      <w:r>
        <w:rPr>
          <w:i/>
        </w:rPr>
        <w:t>“What is the way to get from this problem? Two point formula.”</w:t>
      </w:r>
    </w:p>
    <w:p>
      <w:r>
        <w:rPr>
          <w:sz w:val="20"/>
        </w:rPr>
        <w:t>14:50  but but what is the way to get it from this problem? that is, it is a point formula.</w:t>
      </w:r>
      <w:r>
        <w:br/>
      </w:r>
      <w:r>
        <w:rPr>
          <w:sz w:val="20"/>
        </w:rPr>
        <w:t>15:02  we have to make them believe that Islam is a religion of peace. Through dictation, through other means.</w:t>
      </w:r>
      <w:r>
        <w:br/>
      </w:r>
      <w:r>
        <w:rPr>
          <w:sz w:val="20"/>
        </w:rPr>
        <w:t>15:15  we have to make them believe that Islam is a religion of peace, religion of compassion, religion of, religion of blessing.</w:t>
      </w:r>
      <w:r>
        <w:br/>
      </w:r>
      <w:r>
        <w:rPr>
          <w:sz w:val="20"/>
        </w:rPr>
        <w:t>15:26  then we have to give them a target. without target, simply theory will not work.</w:t>
      </w:r>
      <w:r>
        <w:br/>
      </w:r>
      <w:r>
        <w:rPr>
          <w:sz w:val="20"/>
        </w:rPr>
        <w:t>15:39  a best target is quran.</w:t>
      </w:r>
      <w:r>
        <w:br/>
      </w:r>
      <w:r>
        <w:rPr>
          <w:sz w:val="20"/>
        </w:rPr>
        <w:t>15:44  we have to prepare translation of the quran in all the major languages. and now we are living in the age of press, in the age of printing press.</w:t>
      </w:r>
      <w:r>
        <w:br/>
      </w:r>
      <w:r>
        <w:rPr>
          <w:sz w:val="20"/>
        </w:rPr>
        <w:t>15:56  it is quite possible to prepare its</w:t>
      </w:r>
      <w:r>
        <w:br/>
      </w:r>
      <w:r>
        <w:rPr>
          <w:sz w:val="20"/>
        </w:rPr>
        <w:t>16:05  printed, its book in printed form. in previous centuries</w:t>
      </w:r>
      <w:r>
        <w:br/>
      </w:r>
      <w:r>
        <w:rPr>
          <w:sz w:val="20"/>
        </w:rPr>
        <w:t>16:11  , it not possible, but now it is possible. So through, through printing, through other modern technology, we have to spread the word of God, Kalamullah.</w:t>
      </w:r>
      <w:r>
        <w:br/>
      </w:r>
      <w:r>
        <w:rPr>
          <w:sz w:val="20"/>
        </w:rPr>
        <w:t>16:31  This is the greatest, this is the greatest target.</w:t>
      </w:r>
      <w:r>
        <w:br/>
      </w:r>
      <w:r>
        <w:rPr>
          <w:sz w:val="20"/>
        </w:rPr>
        <w:t>16:38  and evri wan</w:t>
      </w:r>
      <w:r>
        <w:br/>
      </w:r>
      <w:r>
        <w:rPr>
          <w:sz w:val="20"/>
        </w:rPr>
        <w:t>16:43  in the nature of, nature of man want a target. so this is a greatest target.</w:t>
      </w:r>
      <w:r>
        <w:br/>
      </w:r>
      <w:r>
        <w:rPr>
          <w:sz w:val="20"/>
        </w:rPr>
        <w:t>16:52  And when we make them believe that this is the target, they will lead them to paradise. This is the Muslims, our Muslims, our dawah.</w:t>
      </w:r>
      <w:r>
        <w:br/>
      </w:r>
      <w:r>
        <w:rPr>
          <w:sz w:val="20"/>
        </w:rPr>
        <w:t>17:08  muslms, ar dawi.</w:t>
      </w:r>
      <w:r>
        <w:br/>
      </w:r>
      <w:r>
        <w:rPr>
          <w:sz w:val="20"/>
        </w:rPr>
        <w:t>17:18  The mission of Muslims is shahadat alan-nas. That is da'wah ilallah. So this is the mission.</w:t>
      </w:r>
      <w:r>
        <w:br/>
      </w:r>
      <w:r>
        <w:rPr>
          <w:sz w:val="20"/>
        </w:rPr>
        <w:t>17:29  das iz da gretest mishn. das mishn</w:t>
      </w:r>
      <w:r>
        <w:br/>
      </w:r>
      <w:r>
        <w:rPr>
          <w:sz w:val="20"/>
        </w:rPr>
        <w:t>17:35  iz haili riwardibl mishn.</w:t>
      </w:r>
      <w:r>
        <w:br/>
      </w:r>
      <w:r>
        <w:rPr>
          <w:sz w:val="20"/>
        </w:rPr>
        <w:t>17:38  and those who are engaged in this mission, they will be rewarded in the afterlife. They will be rewarded to enter paradise.</w:t>
      </w:r>
      <w:r>
        <w:br/>
      </w:r>
      <w:r>
        <w:rPr>
          <w:sz w:val="20"/>
        </w:rPr>
        <w:t>17:51  so I think that if we want to, if we want to make people peaceful, if we want to change their mind</w:t>
      </w:r>
      <w:r>
        <w:br/>
      </w:r>
      <w:r>
        <w:rPr>
          <w:sz w:val="20"/>
        </w:rPr>
        <w:t>18:04  , we have to give them an alternative, alternative variety. In, you know, in the first, in the first half of the 20th century,</w:t>
      </w:r>
      <w:r>
        <w:br/>
      </w:r>
      <w:r>
        <w:rPr>
          <w:sz w:val="20"/>
        </w:rPr>
        <w:t>18:19  There were some Muslim thinkers. At that time, Muslims were living in a sense of loss. In the sense of loss,</w:t>
      </w:r>
      <w:r>
        <w:br/>
      </w:r>
      <w:r>
        <w:rPr>
          <w:sz w:val="20"/>
        </w:rPr>
        <w:t>18:32  de in loss of, loss of political power, loss of political. Muslims are living in loss.</w:t>
      </w:r>
      <w:r>
        <w:br/>
      </w:r>
      <w:r>
        <w:rPr>
          <w:sz w:val="20"/>
        </w:rPr>
        <w:t>18:43  in such a situation, the political interpretation of Islam</w:t>
      </w:r>
      <w:r>
        <w:br/>
      </w:r>
      <w:r>
        <w:rPr>
          <w:sz w:val="20"/>
        </w:rPr>
        <w:t>18:51  was very suitable for their mindset.</w:t>
      </w:r>
      <w:r>
        <w:br/>
      </w:r>
      <w:r>
        <w:rPr>
          <w:sz w:val="20"/>
        </w:rPr>
        <w:t>18:55  . they accepted as very little. And now, a majority,</w:t>
      </w:r>
      <w:r>
        <w:br/>
      </w:r>
      <w:r>
        <w:rPr>
          <w:sz w:val="20"/>
        </w:rPr>
        <w:t>19:05  Now, so there are so many Muslims who are obsessed with this political interpretation. So the real problem is political interpretation.</w:t>
      </w:r>
      <w:r>
        <w:br/>
      </w:r>
      <w:r>
        <w:rPr>
          <w:sz w:val="20"/>
        </w:rPr>
        <w:t>19:19  . These people who influenced with political interpretation, they wanted to establish Islamic rule or Muslim rule.</w:t>
      </w:r>
      <w:r>
        <w:br/>
      </w:r>
      <w:r>
        <w:rPr>
          <w:sz w:val="20"/>
        </w:rPr>
        <w:t>19:31  but they, they, they found that already the seat is occupied by some other people.</w:t>
      </w:r>
      <w:r>
        <w:br/>
      </w:r>
      <w:r>
        <w:rPr>
          <w:sz w:val="20"/>
        </w:rPr>
        <w:t>19:43  So they wanted to incite these people.</w:t>
      </w:r>
      <w:r>
        <w:br/>
      </w:r>
      <w:r>
        <w:rPr>
          <w:sz w:val="20"/>
        </w:rPr>
        <w:t>19:49  And then there was fighting between the two groups. Here, here it is, it is this point where the, where the violence began.</w:t>
      </w:r>
      <w:r>
        <w:br/>
      </w:r>
      <w:r>
        <w:rPr>
          <w:sz w:val="20"/>
        </w:rPr>
        <w:t>20:01  So political, political theory or political interpretation of Islam was the root cause of all this, all this violence.</w:t>
      </w:r>
      <w:r>
        <w:br/>
      </w:r>
      <w:r>
        <w:rPr>
          <w:sz w:val="20"/>
        </w:rPr>
        <w:t>20:14  all this violence. And, and the only reason why this theory was become acceptable was that people living in sense, in, in,</w:t>
      </w:r>
      <w:r>
        <w:br/>
      </w:r>
      <w:r>
        <w:rPr>
          <w:sz w:val="20"/>
        </w:rPr>
        <w:t>20:29  in sense of loss. So I think that here we have to provide them sense of gain.</w:t>
      </w:r>
    </w:p>
    <w:p>
      <w:pPr>
        <w:pStyle w:val="Heading2"/>
      </w:pPr>
      <w:r>
        <w:t>From Ihram to Tawaf purpose and symbolism</w:t>
      </w:r>
    </w:p>
    <w:p>
      <w:r>
        <w:rPr>
          <w:color w:val="666666"/>
          <w:sz w:val="18"/>
        </w:rPr>
        <w:t>Lessons from Hajj | November 13, 2007 · 5m 03s · at 6:52 · https://youtu.be/8a-iN7u2YQs?t=412</w:t>
      </w:r>
    </w:p>
    <w:p>
      <w:r>
        <w:rPr>
          <w:i/>
        </w:rPr>
        <w:t>“Ihram kya hai? Bamaqsad zindagi guzarnay ka ahad hai”</w:t>
      </w:r>
    </w:p>
    <w:p>
      <w:r>
        <w:rPr>
          <w:sz w:val="20"/>
        </w:rPr>
        <w:t>6:52  safed rang ke do baghair siley kapde, ya yoon kahiye ke safed rang ki do chadarein apne upar</w:t>
      </w:r>
      <w:r>
        <w:br/>
      </w:r>
      <w:r>
        <w:rPr>
          <w:sz w:val="20"/>
        </w:rPr>
        <w:t>6:57  lapet liya unhon ne, ek neeche, ek upar.</w:t>
      </w:r>
      <w:r>
        <w:br/>
      </w:r>
      <w:r>
        <w:rPr>
          <w:sz w:val="20"/>
        </w:rPr>
        <w:t>7:02  yeh hai ehraam.</w:t>
      </w:r>
      <w:r>
        <w:br/>
      </w:r>
      <w:r>
        <w:rPr>
          <w:sz w:val="20"/>
        </w:rPr>
        <w:t>7:07  to ehraam kya hai? main kahunga ke yeh bamaqsad zindagi guzaarne ka ehad hai.</w:t>
      </w:r>
      <w:r>
        <w:br/>
      </w:r>
      <w:r>
        <w:rPr>
          <w:sz w:val="20"/>
        </w:rPr>
        <w:t>7:12  yeh bamaqsad zindagi ka culture hai.</w:t>
      </w:r>
      <w:r>
        <w:br/>
      </w:r>
      <w:r>
        <w:rPr>
          <w:sz w:val="20"/>
        </w:rPr>
        <w:t>7:18  yani maqsad par mabni zindagi ka culture hai. woh kaise</w:t>
      </w:r>
      <w:r>
        <w:br/>
      </w:r>
      <w:r>
        <w:rPr>
          <w:sz w:val="20"/>
        </w:rPr>
        <w:t>7:23  ? jab aap apni zindagi ka koi maqsad muqarrar karte hain, to aap har doosri cheez ko saanvi bana dete hain. agar aap khuloos se yeh tay karein ke mera maqsad yeh hoga, to har doosri cheez ko aap saanvi bana denge. yeh ho nahin sakta ke aap kisi cheez ko apni zindagi ka maqsad banayein, us ko apna maqsad banayein, us ko apna hadaf banayein, aur phir bhi doosri</w:t>
      </w:r>
      <w:r>
        <w:br/>
      </w:r>
      <w:r>
        <w:rPr>
          <w:sz w:val="20"/>
        </w:rPr>
        <w:t>7:53  doosri cheezein jo hain aap ki zindagi mein isi ahmiyat ke saath baqi rahen.</w:t>
      </w:r>
      <w:r>
        <w:br/>
      </w:r>
      <w:r>
        <w:rPr>
          <w:sz w:val="20"/>
        </w:rPr>
        <w:t>7:59  aisa ho nahin sakta hai.</w:t>
      </w:r>
      <w:r>
        <w:br/>
      </w:r>
      <w:r>
        <w:rPr>
          <w:sz w:val="20"/>
        </w:rPr>
        <w:t>8:05  agar aisa hai to aap apne irade mein pakke nahin hain.</w:t>
      </w:r>
      <w:r>
        <w:br/>
      </w:r>
      <w:r>
        <w:rPr>
          <w:sz w:val="20"/>
        </w:rPr>
        <w:t>8:11  to saare haji jo ehraam baandhte hain, to goya ke elamati taur par woh yeh ehad karte hain,</w:t>
      </w:r>
      <w:r>
        <w:br/>
      </w:r>
      <w:r>
        <w:rPr>
          <w:sz w:val="20"/>
        </w:rPr>
        <w:t>8:17  yeh pledge lete hain ke meri zindagi ka maqsad tauheed hoga, tauheed ki dawat hogi,</w:t>
      </w:r>
      <w:r>
        <w:br/>
      </w:r>
      <w:r>
        <w:rPr>
          <w:sz w:val="20"/>
        </w:rPr>
        <w:t>8:24  khuda ko main apna markaz banaunga, khuda ke mutabiq main zindagi guzaroonga, logon tak khuda ki</w:t>
      </w:r>
      <w:r>
        <w:br/>
      </w:r>
      <w:r>
        <w:rPr>
          <w:sz w:val="20"/>
        </w:rPr>
        <w:t>8:29  baat pahunchaunga.</w:t>
      </w:r>
      <w:r>
        <w:br/>
      </w:r>
      <w:r>
        <w:rPr>
          <w:sz w:val="20"/>
        </w:rPr>
        <w:t>8:34  to yeh mission hai, jis ko hum keh sakte hain ke tauheed ka mission.</w:t>
      </w:r>
      <w:r>
        <w:br/>
      </w:r>
      <w:r>
        <w:rPr>
          <w:sz w:val="20"/>
        </w:rPr>
        <w:t>8:39  to ehraam baandh kar aap elamati taur par yeh karte hain ke har doosri cheez ko main saanvi</w:t>
      </w:r>
      <w:r>
        <w:br/>
      </w:r>
      <w:r>
        <w:rPr>
          <w:sz w:val="20"/>
        </w:rPr>
        <w:t>8:44  bana raha hoon aaj se.</w:t>
      </w:r>
      <w:r>
        <w:br/>
      </w:r>
      <w:r>
        <w:rPr>
          <w:sz w:val="20"/>
        </w:rPr>
        <w:t>8:49  yani ehraam jo hai, main samajhta hoon ke saada zindagi</w:t>
      </w:r>
      <w:r>
        <w:br/>
      </w:r>
      <w:r>
        <w:rPr>
          <w:sz w:val="20"/>
        </w:rPr>
        <w:t>8:54  ki aakhri shakal hai. saada zindagi is tarah ki kya ho sakti hai? ke aap do bina sila kapda apni body par daal lein. is se aage to koi saada zindagi ki had hai hi nahin. to saada zindagi, saada zindagi ki aakhri had hai yeh, jis ko aap ehram baandh kar karte hain. to ehram ek pledge hai, ek ahad hai, ek peh</w:t>
      </w:r>
      <w:r>
        <w:br/>
      </w:r>
      <w:r>
        <w:rPr>
          <w:sz w:val="20"/>
        </w:rPr>
        <w:t>9:24  in hai, ek pakka irada karna hai ke main apni maadi zarooraten jo hain meri, jo meri dunya</w:t>
      </w:r>
      <w:r>
        <w:br/>
      </w:r>
      <w:r>
        <w:rPr>
          <w:sz w:val="20"/>
        </w:rPr>
        <w:t>9:30  ki zarooraten hain, un sab ko main saanvi banaunga.</w:t>
      </w:r>
      <w:r>
        <w:br/>
      </w:r>
      <w:r>
        <w:rPr>
          <w:sz w:val="20"/>
        </w:rPr>
        <w:t>9:36  aur buniyadi cheez jo meri zindagi mein hogi, woh sirf tauheed hoga, tauheed ka mission hoga, khuda ki</w:t>
      </w:r>
      <w:r>
        <w:br/>
      </w:r>
      <w:r>
        <w:rPr>
          <w:sz w:val="20"/>
        </w:rPr>
        <w:t>9:42  dawat hogi, dawat fi sabilillah hoga.</w:t>
      </w:r>
      <w:r>
        <w:br/>
      </w:r>
      <w:r>
        <w:rPr>
          <w:sz w:val="20"/>
        </w:rPr>
        <w:t>9:48  yeh hai goya ek</w:t>
      </w:r>
      <w:r>
        <w:br/>
      </w:r>
      <w:r>
        <w:rPr>
          <w:sz w:val="20"/>
        </w:rPr>
        <w:t>9:54  bamaqsad insaan ka culture.</w:t>
      </w:r>
      <w:r>
        <w:br/>
      </w:r>
      <w:r>
        <w:rPr>
          <w:sz w:val="20"/>
        </w:rPr>
        <w:t>10:00  ehraam jo hai, ek bamaqsad insaan ka culture hai.</w:t>
      </w:r>
      <w:r>
        <w:br/>
      </w:r>
      <w:r>
        <w:rPr>
          <w:sz w:val="20"/>
        </w:rPr>
        <w:t>10:06  bamaqsad insaan ki tareef yahi hai ke woh apni zindagi ka ek maqsad banaye, ek hadaf banaye, aur</w:t>
      </w:r>
      <w:r>
        <w:br/>
      </w:r>
      <w:r>
        <w:rPr>
          <w:sz w:val="20"/>
        </w:rPr>
        <w:t>10:12  phir us ke liye apne aap ko laga de, us ko haasil karne mein.</w:t>
      </w:r>
      <w:r>
        <w:br/>
      </w:r>
      <w:r>
        <w:rPr>
          <w:sz w:val="20"/>
        </w:rPr>
        <w:t>10:18  lekin kab laga payega? woh kab aisa kar payega?</w:t>
      </w:r>
      <w:r>
        <w:br/>
      </w:r>
      <w:r>
        <w:rPr>
          <w:sz w:val="20"/>
        </w:rPr>
        <w:t>10:24  jab doosri tamam cheezon ko woh saanvi bana de. jab tak aap doosri cheezon ko saanvi na banayein, aap aisa nahin kar sakte. is tarah aap ehram baandh kar pahunchte hain Makkah mein. Makkah pahunch kar sab se pehla kaam jo kiya jata hai, woh Kaaba ka tawaf hai. yaani Kaaba ek chokor, ek murabba imarat hai, chok</w:t>
      </w:r>
      <w:r>
        <w:br/>
      </w:r>
      <w:r>
        <w:rPr>
          <w:sz w:val="20"/>
        </w:rPr>
        <w:t>10:54  aur imarat hai, jis ke upar ghilaf pada rehta hai, kale rang ka ghilaf.</w:t>
      </w:r>
      <w:r>
        <w:br/>
      </w:r>
      <w:r>
        <w:rPr>
          <w:sz w:val="20"/>
        </w:rPr>
        <w:t>11:00  is ke charon taraf aadmi ghoomta hai, saat bar.</w:t>
      </w:r>
      <w:r>
        <w:br/>
      </w:r>
      <w:r>
        <w:rPr>
          <w:sz w:val="20"/>
        </w:rPr>
        <w:t>11:06  isi ko tawaf kehte hain.</w:t>
      </w:r>
      <w:r>
        <w:br/>
      </w:r>
      <w:r>
        <w:rPr>
          <w:sz w:val="20"/>
        </w:rPr>
        <w:t>11:12  to is ke ek kone mein laga hua hai hajar-e-aswad.</w:t>
      </w:r>
      <w:r>
        <w:br/>
      </w:r>
      <w:r>
        <w:rPr>
          <w:sz w:val="20"/>
        </w:rPr>
        <w:t>11:18  hajar-e-aswad koi aisa nahi, koi muqaddas pathar hai, koi muqaddas pathar hai.</w:t>
      </w:r>
      <w:r>
        <w:br/>
      </w:r>
      <w:r>
        <w:rPr>
          <w:sz w:val="20"/>
        </w:rPr>
        <w:t>11:24  wo ek nishani hai.</w:t>
      </w:r>
      <w:r>
        <w:br/>
      </w:r>
      <w:r>
        <w:rPr>
          <w:sz w:val="20"/>
        </w:rPr>
        <w:t>11:31  kyun ke jab aap saat bar pheraa karna chahte hon to koi ibtidai nuqta hoga.</w:t>
      </w:r>
      <w:r>
        <w:br/>
      </w:r>
      <w:r>
        <w:rPr>
          <w:sz w:val="20"/>
        </w:rPr>
        <w:t>11:37  agar ibtidai nuqta na ho to aap ginege kaise saat ko? to saat ki ginti ko ginne</w:t>
      </w:r>
      <w:r>
        <w:br/>
      </w:r>
      <w:r>
        <w:rPr>
          <w:sz w:val="20"/>
        </w:rPr>
        <w:t>11:43  ke liye aap ke liye ek ibtidai nuqta chahiye.</w:t>
      </w:r>
      <w:r>
        <w:br/>
      </w:r>
      <w:r>
        <w:rPr>
          <w:sz w:val="20"/>
        </w:rPr>
        <w:t>11:49  to hajar-e-aswad jo hai, black stone, wo ibtidai nuqta hai.</w:t>
      </w:r>
    </w:p>
    <w:p>
      <w:pPr>
        <w:pStyle w:val="Heading2"/>
      </w:pPr>
      <w:r>
        <w:t>Full practical framework for doing Dawah: SMART goals to staying humble</w:t>
      </w:r>
    </w:p>
    <w:p>
      <w:r>
        <w:rPr>
          <w:color w:val="666666"/>
          <w:sz w:val="18"/>
        </w:rPr>
        <w:t>CPS Women Session Peace Conference April 29-30, 2023 · 5m 05s · at 1:19:12 · https://youtu.be/xsD04dOvGeE?t=4752</w:t>
      </w:r>
    </w:p>
    <w:p>
      <w:r>
        <w:rPr>
          <w:i/>
        </w:rPr>
        <w:t>“A good plan has to be SMART — here's what that means”</w:t>
      </w:r>
    </w:p>
    <w:p>
      <w:r>
        <w:rPr>
          <w:sz w:val="20"/>
        </w:rPr>
        <w:t>1:19:12  Now this is a very nice explanation of a plan which has helped me, which I'm sharing with you. A plan has to be smart, and the word smart is being explained in this way. It should be specific, measurable, attainable, realistic, and time bound. Otherwise, it'll just stay as a a blueprint on a paper. Now by I'll give you a small example.</w:t>
      </w:r>
      <w:r>
        <w:br/>
      </w:r>
      <w:r>
        <w:rPr>
          <w:sz w:val="20"/>
        </w:rPr>
        <w:t>1:19:42  When we say specific, like, one could say, five copies of the Quran I would like to distribute in maybe a family gathering. That is an example of being specific. And measurable, that is the number of copies. That's what comes under that heading.</w:t>
      </w:r>
      <w:r>
        <w:br/>
      </w:r>
      <w:r>
        <w:rPr>
          <w:sz w:val="20"/>
        </w:rPr>
        <w:t>1:20:04  Attainable, like, I should have the time, I should make the time and go to that place wherever I'm getting those people. Like, somebody says, okay, I my relatives are visiting from US, and I'll just give them some copies. And by the time they realize, those people would have gone back. So it should be measurable, attainable and time bound also.</w:t>
      </w:r>
      <w:r>
        <w:br/>
      </w:r>
      <w:r>
        <w:rPr>
          <w:sz w:val="20"/>
        </w:rPr>
        <w:t>1:20:31  Like, you give a specific time, the number of copies you're going to give, how you're going to go there. Do you want an should you seek an appointment? Then fix that. So this is something we need to do for every kind of work we plan. Then as we go along doing this work, we need to build help others who will soon join us as we take them with us for this work.</w:t>
      </w:r>
      <w:r>
        <w:br/>
      </w:r>
      <w:r>
        <w:rPr>
          <w:sz w:val="20"/>
        </w:rPr>
        <w:t>1:21:01  That is like setting off a chain reaction of one person, again taking in another person, and that person taking in another person. So this sets off a chain reaction, and soon there'll be many people together doing this work.</w:t>
      </w:r>
      <w:r>
        <w:br/>
      </w:r>
      <w:r>
        <w:rPr>
          <w:sz w:val="20"/>
        </w:rPr>
        <w:t>1:21:17  Now for this, the most important thing I've understood from all my experiences of Dava work and working with Muslims and with family, All human beings somehow tend to complicate things. Even in many of the Dava interfaith programs, people from other religions, they speak in such a complicated way that their own people don't understand.</w:t>
      </w:r>
      <w:r>
        <w:br/>
      </w:r>
      <w:r>
        <w:rPr>
          <w:sz w:val="20"/>
        </w:rPr>
        <w:t>1:21:46  Like, there was one program where the from the person from the audience said to the person who spoke about a particular topic from another religion, he said, sir, to understand what you said, we should have had a dictionary with us. This is somehow people want to make things complicated. I have even spoken to very good speakers and asked them why people tend to do that.</w:t>
      </w:r>
      <w:r>
        <w:br/>
      </w:r>
      <w:r>
        <w:rPr>
          <w:sz w:val="20"/>
        </w:rPr>
        <w:t>1:22:13  Got the answers but maybe in my next session I'll share that. But look at what prophet has taught us. He said, make things easy. Do not make things complicated. So this in other words means, Allah has made things easy. If Allah wants us to do Dava work, he's made it easy. Otherwise, he wouldn't give a commandment to us. So it's human beings who tend to do that. So we need to avoid this.</w:t>
      </w:r>
      <w:r>
        <w:br/>
      </w:r>
      <w:r>
        <w:rPr>
          <w:sz w:val="20"/>
        </w:rPr>
        <w:t>1:22:41  And there are many things which we can discuss in this as we go along together as a CPS team. So CPS can become a movement if we work cohesively and in low profile by sharing with others. Low profile is a highly important aspect.</w:t>
      </w:r>
      <w:r>
        <w:br/>
      </w:r>
      <w:r>
        <w:rPr>
          <w:sz w:val="20"/>
        </w:rPr>
        <w:t>1:22:58  Molana Saab always insisted because it has its own advantages, because this work has to go on till our last breaths for ourselves or and till the end of time. So it has to be in low profile. One, we shouldn't be working like they have these words in English.</w:t>
      </w:r>
      <w:r>
        <w:br/>
      </w:r>
      <w:r>
        <w:rPr>
          <w:sz w:val="20"/>
        </w:rPr>
        <w:t>1:23:19  I found I find them very they explain this aspect of one should be working shouldn't be working like a spasmodic hercules. Like, we suddenly get up one day and we do something very big. And then, again, for so many days, we just don't do anything. So low profile, constant, continuous work. So let's all work together to make this a reality.</w:t>
      </w:r>
      <w:r>
        <w:br/>
      </w:r>
      <w:r>
        <w:rPr>
          <w:sz w:val="20"/>
        </w:rPr>
        <w:t>1:23:47  May Allah help us and guide us. Amin. Aslamalaikum.</w:t>
      </w:r>
    </w:p>
    <w:p>
      <w:pPr>
        <w:pStyle w:val="Heading2"/>
      </w:pPr>
      <w:r>
        <w:t>Question on peaceful combination and Quran</w:t>
      </w:r>
    </w:p>
    <w:p>
      <w:r>
        <w:rPr>
          <w:color w:val="666666"/>
          <w:sz w:val="18"/>
        </w:rPr>
        <w:t>Kashmir Model November 01, 2015 · 3m 50s · at 44:19 · https://youtu.be/7DtTxO5WcBA?t=2659</w:t>
      </w:r>
    </w:p>
    <w:p>
      <w:r>
        <w:rPr>
          <w:i/>
        </w:rPr>
        <w:t>“Moulana I wanted to ask you”</w:t>
      </w:r>
    </w:p>
    <w:p>
      <w:r>
        <w:rPr>
          <w:sz w:val="20"/>
        </w:rPr>
        <w:t>44:19  مولانا I wanted to ask you, you said that peaceful combination of an individual system and social</w:t>
      </w:r>
      <w:r>
        <w:br/>
      </w:r>
      <w:r>
        <w:rPr>
          <w:sz w:val="20"/>
        </w:rPr>
        <w:t>44:26  system I didn't understand it exactly if you can expand on it</w:t>
      </w:r>
      <w:r>
        <w:br/>
      </w:r>
      <w:r>
        <w:rPr>
          <w:sz w:val="20"/>
        </w:rPr>
        <w:t>44:33  کیا کہا peaceful peaceful combination the world is looking for peaceful combination of individual</w:t>
      </w:r>
      <w:r>
        <w:br/>
      </w:r>
      <w:r>
        <w:rPr>
          <w:sz w:val="20"/>
        </w:rPr>
        <w:t>44:41  how to reconcile individual and social needs to woh thoda aur samjhayein dekhiye basic baat yeh hai</w:t>
      </w:r>
      <w:r>
        <w:br/>
      </w:r>
      <w:r>
        <w:rPr>
          <w:sz w:val="20"/>
        </w:rPr>
        <w:t>44:50  ke sab log peace peace karte hain peace chahte hain lekin</w:t>
      </w:r>
      <w:r>
        <w:br/>
      </w:r>
      <w:r>
        <w:rPr>
          <w:sz w:val="20"/>
        </w:rPr>
        <w:t>44:56  sab se pehle</w:t>
      </w:r>
      <w:r>
        <w:br/>
      </w:r>
      <w:r>
        <w:rPr>
          <w:sz w:val="20"/>
        </w:rPr>
        <w:t>44:58  you have to discover the christian plan of god kyunke is ke is ke muwafiq mein jab hoga</w:t>
      </w:r>
      <w:r>
        <w:br/>
      </w:r>
      <w:r>
        <w:rPr>
          <w:sz w:val="20"/>
        </w:rPr>
        <w:t>45:06  tabhi chalega apna chalega nahi yani communist ka chalega nahi chala nahi itni power in</w:t>
      </w:r>
      <w:r>
        <w:br/>
      </w:r>
      <w:r>
        <w:rPr>
          <w:sz w:val="20"/>
        </w:rPr>
        <w:t>45:13  ke paas thi tabhi kyunke woh nature ke mutabiq nahi tha christian plan of god ke mutabiq nahi</w:t>
      </w:r>
      <w:r>
        <w:br/>
      </w:r>
      <w:r>
        <w:rPr>
          <w:sz w:val="20"/>
        </w:rPr>
        <w:t>45:18  tha christian plan of god mein freedom must must koi bhi system jo freedom ko abuse kar de</w:t>
      </w:r>
      <w:r>
        <w:br/>
      </w:r>
      <w:r>
        <w:rPr>
          <w:sz w:val="20"/>
        </w:rPr>
        <w:t>45:29  chalne wala nahi</w:t>
      </w:r>
      <w:r>
        <w:br/>
      </w:r>
      <w:r>
        <w:rPr>
          <w:sz w:val="20"/>
        </w:rPr>
        <w:t>45:33  to main ne jo baat kahi hai woh</w:t>
      </w:r>
      <w:r>
        <w:br/>
      </w:r>
      <w:r>
        <w:rPr>
          <w:sz w:val="20"/>
        </w:rPr>
        <w:t>45:39  creation of creation plan of god ke base pe kahi hai is pe ap sochiye is baat ko</w:t>
      </w:r>
      <w:r>
        <w:br/>
      </w:r>
      <w:r>
        <w:rPr>
          <w:sz w:val="20"/>
        </w:rPr>
        <w:t>45:46  le kar sochiye ke krishan plan of god jo hai us ke mutaliq hai aur</w:t>
      </w:r>
      <w:r>
        <w:br/>
      </w:r>
      <w:r>
        <w:rPr>
          <w:sz w:val="20"/>
        </w:rPr>
        <w:t>45:53  dekhen koi bhi system ho kahin ke us ko compromise karna parta hai</w:t>
      </w:r>
      <w:r>
        <w:br/>
      </w:r>
      <w:r>
        <w:rPr>
          <w:sz w:val="20"/>
        </w:rPr>
        <w:t>45:59  kahin nahin jaise rasool allah salallaho alaihe wasallam ne misaal di ke kaaba ke maamle mein compromise</w:t>
      </w:r>
      <w:r>
        <w:br/>
      </w:r>
      <w:r>
        <w:rPr>
          <w:sz w:val="20"/>
        </w:rPr>
        <w:t>46:04  kiya unhon ne</w:t>
      </w:r>
      <w:r>
        <w:br/>
      </w:r>
      <w:r>
        <w:rPr>
          <w:sz w:val="20"/>
        </w:rPr>
        <w:t>46:06  kaaba jo tha hazrat ibrahim banaya hua us mein hatim shamil tha ab hatim ko nikal diya mushrikeen</w:t>
      </w:r>
      <w:r>
        <w:br/>
      </w:r>
      <w:r>
        <w:rPr>
          <w:sz w:val="20"/>
        </w:rPr>
        <w:t>46:12  ne alag kar diya to aap ne compromise to kiya wahan par</w:t>
      </w:r>
      <w:r>
        <w:br/>
      </w:r>
      <w:r>
        <w:rPr>
          <w:sz w:val="20"/>
        </w:rPr>
        <w:t>46:17  aj tak wahi wahi khara hua hai to koi formula chahe kitna hi sahi ho kitne hi mutabiq</w:t>
      </w:r>
      <w:r>
        <w:br/>
      </w:r>
      <w:r>
        <w:rPr>
          <w:sz w:val="20"/>
        </w:rPr>
        <w:t>46:25  fitrat ho phir bhi aap ko kahin ke compromise karna parta hai</w:t>
      </w:r>
      <w:r>
        <w:br/>
      </w:r>
      <w:r>
        <w:rPr>
          <w:sz w:val="20"/>
        </w:rPr>
        <w:t>46:31  peace is result of</w:t>
      </w:r>
      <w:r>
        <w:br/>
      </w:r>
      <w:r>
        <w:rPr>
          <w:sz w:val="20"/>
        </w:rPr>
        <w:t>46:35  this reason ke aap compromise karen compromise na karen ge to peace bhi nahin aaye ga</w:t>
      </w:r>
      <w:r>
        <w:br/>
      </w:r>
      <w:r>
        <w:rPr>
          <w:sz w:val="20"/>
        </w:rPr>
        <w:t>46:43  maulana danish fazal sahib ka sawal hai</w:t>
      </w:r>
      <w:r>
        <w:br/>
      </w:r>
      <w:r>
        <w:rPr>
          <w:sz w:val="20"/>
        </w:rPr>
        <w:t>46:47  Kindly re-explain about punishment of irtidad.</w:t>
      </w:r>
      <w:r>
        <w:br/>
      </w:r>
      <w:r>
        <w:rPr>
          <w:sz w:val="20"/>
        </w:rPr>
        <w:t>46:51  . aj nikalein</w:t>
      </w:r>
      <w:r>
        <w:br/>
      </w:r>
      <w:r>
        <w:rPr>
          <w:sz w:val="20"/>
        </w:rPr>
        <w:t>46:53  al baqara 217 ye ayat nikali hai aap is ko parhiye is ka tarjuma ye hai ke tum mein</w:t>
      </w:r>
      <w:r>
        <w:br/>
      </w:r>
      <w:r>
        <w:rPr>
          <w:sz w:val="20"/>
        </w:rPr>
        <w:t>47:00  se jo shakhs deen se phir jaye murtad ho jaye irtidad ka lafz hai wahan par</w:t>
      </w:r>
      <w:r>
        <w:br/>
      </w:r>
      <w:r>
        <w:rPr>
          <w:sz w:val="20"/>
        </w:rPr>
        <w:t>47:06  aur wo shakhs rahe yahan tak ke mar jaye</w:t>
      </w:r>
      <w:r>
        <w:br/>
      </w:r>
      <w:r>
        <w:rPr>
          <w:sz w:val="20"/>
        </w:rPr>
        <w:t>47:12  faimat wo kafir nahin hota halat irtidad mar jaye wo</w:t>
      </w:r>
      <w:r>
        <w:br/>
      </w:r>
      <w:r>
        <w:rPr>
          <w:sz w:val="20"/>
        </w:rPr>
        <w:t>47:19  to akhirat mein pakda jaye ga dunya mein koi saza nahin is ki yani khuli hui ayat hai</w:t>
      </w:r>
      <w:r>
        <w:br/>
      </w:r>
      <w:r>
        <w:rPr>
          <w:sz w:val="20"/>
        </w:rPr>
        <w:t>47:25  irtidad ke bare mein lekin is mein koi saza nahin</w:t>
      </w:r>
      <w:r>
        <w:br/>
      </w:r>
      <w:r>
        <w:rPr>
          <w:sz w:val="20"/>
        </w:rPr>
        <w:t>47:29  aise hi dekhiye</w:t>
      </w:r>
      <w:r>
        <w:br/>
      </w:r>
      <w:r>
        <w:rPr>
          <w:sz w:val="20"/>
        </w:rPr>
        <w:t>47:31  jo jo hum ne kaha ke hijrat kar ke jo gaye the habash</w:t>
      </w:r>
      <w:r>
        <w:br/>
      </w:r>
      <w:r>
        <w:rPr>
          <w:sz w:val="20"/>
        </w:rPr>
        <w:t>47:38  jo log is mein se ek shakhs</w:t>
      </w:r>
      <w:r>
        <w:br/>
      </w:r>
      <w:r>
        <w:rPr>
          <w:sz w:val="20"/>
        </w:rPr>
        <w:t>47:41  wahi hoga jis ko aap kehte hain murtad yani islam chhod kar isai ban rahi hai to rasool</w:t>
      </w:r>
      <w:r>
        <w:br/>
      </w:r>
      <w:r>
        <w:rPr>
          <w:sz w:val="20"/>
        </w:rPr>
        <w:t>47:48  allah ke khauf mili to rasool allah ne kabhi ye nahin kaha ke is ko pakdo is ko</w:t>
      </w:r>
      <w:r>
        <w:br/>
      </w:r>
      <w:r>
        <w:rPr>
          <w:sz w:val="20"/>
        </w:rPr>
        <w:t>47:52  maro maar dalo nahin kaha to main do cheezein aap ko de raha hoon</w:t>
      </w:r>
      <w:r>
        <w:br/>
      </w:r>
      <w:r>
        <w:rPr>
          <w:sz w:val="20"/>
        </w:rPr>
        <w:t>47:59  quran ki ayat aur habash ka waqea in dono ko le kar aap wapas wapas jayen yahan se</w:t>
      </w:r>
      <w:r>
        <w:br/>
      </w:r>
      <w:r>
        <w:rPr>
          <w:sz w:val="20"/>
        </w:rPr>
        <w:t>48:06  to is ko dono ko le kar mut</w:t>
      </w:r>
    </w:p>
    <w:p>
      <w:pPr>
        <w:pStyle w:val="Heading2"/>
      </w:pPr>
      <w:r>
        <w:t>Defensive war and definition of terrorism in Islam</w:t>
      </w:r>
    </w:p>
    <w:p>
      <w:r>
        <w:rPr>
          <w:color w:val="666666"/>
          <w:sz w:val="18"/>
        </w:rPr>
        <w:t>Islam and Peace (Part 2) (English) January 17, 2007 Maulana Wahiduddin Khan · 5m 11s · at 24:53 · https://youtu.be/K5H4b8y4E7g?t=1493</w:t>
      </w:r>
    </w:p>
    <w:p>
      <w:r>
        <w:rPr>
          <w:i/>
        </w:rPr>
        <w:t>“Now I would like to see a favored about war in Islam.”</w:t>
      </w:r>
    </w:p>
    <w:p>
      <w:r>
        <w:rPr>
          <w:sz w:val="20"/>
        </w:rPr>
        <w:t>24:53  Now, I would like to say a few words about war in Islam, because there are some verses in the Quran that deal about war.</w:t>
      </w:r>
      <w:r>
        <w:br/>
      </w:r>
      <w:r>
        <w:rPr>
          <w:sz w:val="20"/>
        </w:rPr>
        <w:t>25:07  may be near about to dozen verses.</w:t>
      </w:r>
      <w:r>
        <w:br/>
      </w:r>
      <w:r>
        <w:rPr>
          <w:sz w:val="20"/>
        </w:rPr>
        <w:t>25:12  Now, all these verses are, all these verses are about defense, defensive war.</w:t>
      </w:r>
      <w:r>
        <w:br/>
      </w:r>
      <w:r>
        <w:rPr>
          <w:sz w:val="20"/>
        </w:rPr>
        <w:t>25:29  When Mecca people attacked Medina, then Prophet was,</w:t>
      </w:r>
      <w:r>
        <w:br/>
      </w:r>
      <w:r>
        <w:rPr>
          <w:sz w:val="20"/>
        </w:rPr>
        <w:t>25:43  to den prafit,</w:t>
      </w:r>
      <w:r>
        <w:br/>
      </w:r>
      <w:r>
        <w:rPr>
          <w:sz w:val="20"/>
        </w:rPr>
        <w:t>25:50  When making people attacked Madina, then Prophet received some verses in the Quran that deal about war, that is defense war.</w:t>
      </w:r>
      <w:r>
        <w:br/>
      </w:r>
      <w:r>
        <w:rPr>
          <w:sz w:val="20"/>
        </w:rPr>
        <w:t>26:04  qatil al-dhina yqatilunakm,</w:t>
      </w:r>
      <w:r>
        <w:br/>
      </w:r>
      <w:r>
        <w:rPr>
          <w:sz w:val="20"/>
        </w:rPr>
        <w:t>26:09  fight wid doz deez ho ar fighting yu,</w:t>
      </w:r>
      <w:r>
        <w:br/>
      </w:r>
      <w:r>
        <w:rPr>
          <w:sz w:val="20"/>
        </w:rPr>
        <w:t>26:13  bado al-marah. All these verses, if you read these verses, these verses themselves say that it is defense verses,</w:t>
      </w:r>
      <w:r>
        <w:br/>
      </w:r>
      <w:r>
        <w:rPr>
          <w:sz w:val="20"/>
        </w:rPr>
        <w:t>26:28  defense verses, not offense verses. So you have to know that in Islam,</w:t>
      </w:r>
      <w:r>
        <w:br/>
      </w:r>
      <w:r>
        <w:rPr>
          <w:sz w:val="20"/>
        </w:rPr>
        <w:t>26:42  Peace is the rule and war is an exception.</w:t>
      </w:r>
      <w:r>
        <w:br/>
      </w:r>
      <w:r>
        <w:rPr>
          <w:sz w:val="20"/>
        </w:rPr>
        <w:t>26:48  peace is da rol and war is an exseption. yu no, quran contens 6500, near about 6500 verses.</w:t>
      </w:r>
      <w:r>
        <w:br/>
      </w:r>
      <w:r>
        <w:rPr>
          <w:sz w:val="20"/>
        </w:rPr>
        <w:t>27:02  all these verses, in more than 99 percent of these verses, deal about peace and tolerance and justice and moral values.</w:t>
      </w:r>
      <w:r>
        <w:br/>
      </w:r>
      <w:r>
        <w:rPr>
          <w:sz w:val="20"/>
        </w:rPr>
        <w:t>27:16  and less than one percent are those verses that deal about defense war, defense war.</w:t>
      </w:r>
      <w:r>
        <w:br/>
      </w:r>
      <w:r>
        <w:rPr>
          <w:sz w:val="20"/>
        </w:rPr>
        <w:t>27:26  Then, so is the first point that in Islam, there is only defense war, not aggressive war.</w:t>
      </w:r>
      <w:r>
        <w:br/>
      </w:r>
      <w:r>
        <w:rPr>
          <w:sz w:val="20"/>
        </w:rPr>
        <w:t>27:39  aggressive war is not allowed in Islam. Then, there is another principle. There is a well-known principle in Islamic Sharia</w:t>
      </w:r>
      <w:r>
        <w:br/>
      </w:r>
      <w:r>
        <w:rPr>
          <w:sz w:val="20"/>
        </w:rPr>
        <w:t>27:55  that al-rajul lil-imam. It is well accepted principle in Islamic Sharia, al-rajul lil-imam.</w:t>
      </w:r>
      <w:r>
        <w:br/>
      </w:r>
      <w:r>
        <w:rPr>
          <w:sz w:val="20"/>
        </w:rPr>
        <w:t>28:07  it means that to declare a war is a prerogative of Islamic state.</w:t>
      </w:r>
      <w:r>
        <w:br/>
      </w:r>
      <w:r>
        <w:rPr>
          <w:sz w:val="20"/>
        </w:rPr>
        <w:t>28:21  al-raijl lil-imam</w:t>
      </w:r>
      <w:r>
        <w:br/>
      </w:r>
      <w:r>
        <w:rPr>
          <w:sz w:val="20"/>
        </w:rPr>
        <w:t>28:24  . It means that war, although war is allowed in defense situation, but even at that time, even in defense situation, only state is allowed to go to war.</w:t>
      </w:r>
      <w:r>
        <w:br/>
      </w:r>
      <w:r>
        <w:rPr>
          <w:sz w:val="20"/>
        </w:rPr>
        <w:t>28:41  Non-governmental organizations are not allowed to go to war.</w:t>
      </w:r>
      <w:r>
        <w:br/>
      </w:r>
      <w:r>
        <w:rPr>
          <w:sz w:val="20"/>
        </w:rPr>
        <w:t>28:54  so even in defense situation, only state is allowed to go to war.</w:t>
      </w:r>
      <w:r>
        <w:br/>
      </w:r>
      <w:r>
        <w:rPr>
          <w:sz w:val="20"/>
        </w:rPr>
        <w:t>29:04  non-governmental agencies are not allowed. For them, it is haram.</w:t>
      </w:r>
      <w:r>
        <w:br/>
      </w:r>
      <w:r>
        <w:rPr>
          <w:sz w:val="20"/>
        </w:rPr>
        <w:t>29:13  So, according to Islam, the definition of terrorism, I will tell you what is the definition of terrorism in Islam.</w:t>
      </w:r>
      <w:r>
        <w:br/>
      </w:r>
      <w:r>
        <w:rPr>
          <w:sz w:val="20"/>
        </w:rPr>
        <w:t>29:26  it is veri, it is a veri important kwestion. wat is da defenition of terorism?</w:t>
      </w:r>
      <w:r>
        <w:br/>
      </w:r>
      <w:r>
        <w:rPr>
          <w:sz w:val="20"/>
        </w:rPr>
        <w:t>29:37  so, according to Islam, the definition of terrorism is use of arms by other than state,</w:t>
      </w:r>
      <w:r>
        <w:br/>
      </w:r>
      <w:r>
        <w:rPr>
          <w:sz w:val="20"/>
        </w:rPr>
        <w:t>29:51  other than established state.</w:t>
      </w:r>
      <w:r>
        <w:br/>
      </w:r>
      <w:r>
        <w:rPr>
          <w:sz w:val="20"/>
        </w:rPr>
        <w:t>29:54  use of arms by other than established state. This is the definition of terrorism.</w:t>
      </w:r>
    </w:p>
    <w:p>
      <w:pPr>
        <w:pStyle w:val="Heading2"/>
      </w:pPr>
      <w:r>
        <w:t>Ijtihad as re-application not revision, tayammum example</w:t>
      </w:r>
    </w:p>
    <w:p>
      <w:r>
        <w:rPr>
          <w:color w:val="666666"/>
          <w:sz w:val="18"/>
        </w:rPr>
        <w:t>Ijtihad February 25, 2007 Maulana Wahiduddin Khan · 4m 39s · at 24:17 · https://youtu.be/JnD3L6F6-lw?t=1457</w:t>
      </w:r>
    </w:p>
    <w:p>
      <w:r>
        <w:rPr>
          <w:i/>
        </w:rPr>
        <w:t>“اجتہاد کا مطلب ری ویژن نہیں، ری ایپلیکیشن ہے۔”</w:t>
      </w:r>
    </w:p>
    <w:p>
      <w:r>
        <w:rPr>
          <w:sz w:val="20"/>
        </w:rPr>
        <w:t>24:17  to ijtihad mein dekhiye ab mein doosri baat arz karunga. ke wah ijtihad.</w:t>
      </w:r>
      <w:r>
        <w:br/>
      </w:r>
      <w:r>
        <w:rPr>
          <w:sz w:val="20"/>
        </w:rPr>
        <w:t>24:26  ijtihad kyun? ijtihad kyun? to quran mein aaya hai ke wa ma arsalna min rasool illa bi lisani qawmihi</w:t>
      </w:r>
      <w:r>
        <w:br/>
      </w:r>
      <w:r>
        <w:rPr>
          <w:sz w:val="20"/>
        </w:rPr>
        <w:t>24:40  hum ne bheja rasoolon ko apne zamane ki zaban mein. zaban yani lisani qawm mein bheja.</w:t>
      </w:r>
      <w:r>
        <w:br/>
      </w:r>
      <w:r>
        <w:rPr>
          <w:sz w:val="20"/>
        </w:rPr>
        <w:t>24:50  to ijtihad darasal lisani asr mein islam ki baat ko lisani asr mein bayan karna. yani modern idiom mein bayan karna.</w:t>
      </w:r>
      <w:r>
        <w:br/>
      </w:r>
      <w:r>
        <w:rPr>
          <w:sz w:val="20"/>
        </w:rPr>
        <w:t>25:01  isi ka naam hai ijtihad.</w:t>
      </w:r>
      <w:r>
        <w:br/>
      </w:r>
      <w:r>
        <w:rPr>
          <w:sz w:val="20"/>
        </w:rPr>
        <w:t>25:04  yani ek baat jo ke kahi gayi thi us waqt ke framework mein us waqt ke tradition mein us waqt ke mahol mein is ka application talash karna.</w:t>
      </w:r>
      <w:r>
        <w:br/>
      </w:r>
      <w:r>
        <w:rPr>
          <w:sz w:val="20"/>
        </w:rPr>
        <w:t>25:16  yeh hai ijtihad ka matlab dekhiye revision nahi hai. yani shariat par revise karna yeh nahi hai.</w:t>
      </w:r>
      <w:r>
        <w:br/>
      </w:r>
      <w:r>
        <w:rPr>
          <w:sz w:val="20"/>
        </w:rPr>
        <w:t>25:25  ek sahab ne kitab likhi hai is ka naam hai woh</w:t>
      </w:r>
      <w:r>
        <w:br/>
      </w:r>
      <w:r>
        <w:rPr>
          <w:sz w:val="20"/>
        </w:rPr>
        <w:t>25:32  a modern approach to islam.</w:t>
      </w:r>
      <w:r>
        <w:br/>
      </w:r>
      <w:r>
        <w:rPr>
          <w:sz w:val="20"/>
        </w:rPr>
        <w:t>25:37  bombay se chhapi hai. jo kaha jata hai jinka naam hai three a faizi. woh kahe jate hain three a faizi.</w:t>
      </w:r>
      <w:r>
        <w:br/>
      </w:r>
      <w:r>
        <w:rPr>
          <w:sz w:val="20"/>
        </w:rPr>
        <w:t>25:46  bohat qabil aadmi the. to a modern approach to islam</w:t>
      </w:r>
      <w:r>
        <w:br/>
      </w:r>
      <w:r>
        <w:rPr>
          <w:sz w:val="20"/>
        </w:rPr>
        <w:t>25:54  . unhon ne kaha ke islam mein revision ki zaroorat hai. revision. aur aisi bohat sari kitaben likhi gayi hain is type ki jo yeh kehti hain ke islam mein revision ki zaroorat hai.</w:t>
      </w:r>
      <w:r>
        <w:br/>
      </w:r>
      <w:r>
        <w:rPr>
          <w:sz w:val="20"/>
        </w:rPr>
        <w:t>26:06  revisionism. yani phir se hum is ko revise karen. yeh galat hai yeh nazariya galat hai bilkul.</w:t>
      </w:r>
      <w:r>
        <w:br/>
      </w:r>
      <w:r>
        <w:rPr>
          <w:sz w:val="20"/>
        </w:rPr>
        <w:t>26:15  islam mein jo cheez hai woh reapplication hai revision nahi hai.</w:t>
      </w:r>
      <w:r>
        <w:br/>
      </w:r>
      <w:r>
        <w:rPr>
          <w:sz w:val="20"/>
        </w:rPr>
        <w:t>26:22  yani badle hue halaat mein phir se is ko reapply karna. yeh hai islam mein. kyun ke dekhiye halaat badalte rehte hain.</w:t>
      </w:r>
      <w:r>
        <w:br/>
      </w:r>
      <w:r>
        <w:rPr>
          <w:sz w:val="20"/>
        </w:rPr>
        <w:t>26:35  isi liye fiqh mein yeh usool hai ke tatghayyar al ahkam bi taghayyar al zaman wal makan.</w:t>
      </w:r>
      <w:r>
        <w:br/>
      </w:r>
      <w:r>
        <w:rPr>
          <w:sz w:val="20"/>
        </w:rPr>
        <w:t>26:42  yani zaman aur makan ke badalne se ahkam badal jate hain. to yeh ek haqeeqat hai ke halaat badalte hain.</w:t>
      </w:r>
      <w:r>
        <w:br/>
      </w:r>
      <w:r>
        <w:rPr>
          <w:sz w:val="20"/>
        </w:rPr>
        <w:t>26:52  aap india mein dekhiye. pehle kya tha india mein? raja yahan hukoomat karte the. phir kya hua? mughal hukoomat karne lage.</w:t>
      </w:r>
      <w:r>
        <w:br/>
      </w:r>
      <w:r>
        <w:rPr>
          <w:sz w:val="20"/>
        </w:rPr>
        <w:t>27:01  phir kya hua? british hukoomat karne lage. phir kya hua? india ki partiyan hukoomat karne lagin.</w:t>
      </w:r>
      <w:r>
        <w:br/>
      </w:r>
      <w:r>
        <w:rPr>
          <w:sz w:val="20"/>
        </w:rPr>
        <w:t>27:09  kabhi yeh party kabhi woh party. is tarah se halaat badalte hain. to halaat ke badalne se zaroorat parti hai ke isi usool ko re-apply kiya jaye.</w:t>
      </w:r>
      <w:r>
        <w:br/>
      </w:r>
      <w:r>
        <w:rPr>
          <w:sz w:val="20"/>
        </w:rPr>
        <w:t>27:23  yani iski spirit ko baqi rakhte hue iski spirit ko baqi rakhte hue naye halaat mein iska re-application talash kiya jaye.</w:t>
      </w:r>
      <w:r>
        <w:br/>
      </w:r>
      <w:r>
        <w:rPr>
          <w:sz w:val="20"/>
        </w:rPr>
        <w:t>27:37  jaise misaal ke taur par ek aadmi bimar ho gaya. jab woh tandurust tha to wuzu karta tha woh. ab bimar ho gaya to doctor kehta hai ke pani mat istemal karo.</w:t>
      </w:r>
      <w:r>
        <w:br/>
      </w:r>
      <w:r>
        <w:rPr>
          <w:sz w:val="20"/>
        </w:rPr>
        <w:t>27:49  ab kyun ke halat badal gayi. jab tandurust tha to pani istemal karna iske liye theek tha. to wuzu kar raha tha woh. ab bimar ho gaya to doctor keh raha hai ke bhai tumhein ab pani se bachna parega.</w:t>
      </w:r>
      <w:r>
        <w:br/>
      </w:r>
      <w:r>
        <w:rPr>
          <w:sz w:val="20"/>
        </w:rPr>
        <w:t>28:04  to dekhiye halat badal gayi situation badal gayi.</w:t>
      </w:r>
      <w:r>
        <w:br/>
      </w:r>
      <w:r>
        <w:rPr>
          <w:sz w:val="20"/>
        </w:rPr>
        <w:t>28:08  to ab iska re-application dhoonda jayega islam ka. woh kya? tayammum. tayammum jo hai islam ke usool ka re-application hai.</w:t>
      </w:r>
      <w:r>
        <w:br/>
      </w:r>
      <w:r>
        <w:rPr>
          <w:sz w:val="20"/>
        </w:rPr>
        <w:t>28:19  to tayammum mein kya hota hai aadmi wuzu karta hai lekin symbolic way mein. tayammum jo hai symbolic wuzu hai.</w:t>
      </w:r>
      <w:r>
        <w:br/>
      </w:r>
      <w:r>
        <w:rPr>
          <w:sz w:val="20"/>
        </w:rPr>
        <w:t>28:30  alamati wuzu hai.</w:t>
      </w:r>
      <w:r>
        <w:br/>
      </w:r>
      <w:r>
        <w:rPr>
          <w:sz w:val="20"/>
        </w:rPr>
        <w:t>28:33  to woh wuzu tha woh wuzu agar wuzu tha to yeh wuzu symbolic wuzu hai. yeh hai re-application.</w:t>
      </w:r>
      <w:r>
        <w:br/>
      </w:r>
      <w:r>
        <w:rPr>
          <w:sz w:val="20"/>
        </w:rPr>
        <w:t>28:45  to re-application ki zaroorat hamesha baki rehti hai. yeh kabhi khatm nahi hoti. isi ka naam hai ijtihad.</w:t>
      </w:r>
      <w:r>
        <w:br/>
      </w:r>
      <w:r>
        <w:rPr>
          <w:sz w:val="20"/>
        </w:rPr>
        <w:t>28:57  ijtihad naam hai re-islam ke kisi usool ka re-application talash karna.</w:t>
      </w:r>
    </w:p>
    <w:p>
      <w:pPr>
        <w:pStyle w:val="Heading2"/>
      </w:pPr>
      <w:r>
        <w:t>Islam begins with faith and eternal life, leaving no room for violence</w:t>
      </w:r>
    </w:p>
    <w:p>
      <w:r>
        <w:rPr>
          <w:color w:val="666666"/>
          <w:sz w:val="18"/>
        </w:rPr>
        <w:t>Islam A Religion of Peace (English) January 8, 2007 Maulana Wahiduddin Khan · 5m 58s · at 26:21 · https://youtu.be/1Yv-qCZhTJE?t=1581</w:t>
      </w:r>
    </w:p>
    <w:p>
      <w:r>
        <w:rPr>
          <w:i/>
        </w:rPr>
        <w:t>“Islam begins not from war, but from faith, from discovery.”</w:t>
      </w:r>
    </w:p>
    <w:p>
      <w:r>
        <w:rPr>
          <w:sz w:val="20"/>
        </w:rPr>
        <w:t>26:21  in the glory of God. so, Islam begins not from war, but from iman, from discovery</w:t>
      </w:r>
      <w:r>
        <w:br/>
      </w:r>
      <w:r>
        <w:rPr>
          <w:sz w:val="20"/>
        </w:rPr>
        <w:t>26:32  . when person discovers the existence of God and realizes that there is a God, the creator, sustainer.</w:t>
      </w:r>
      <w:r>
        <w:br/>
      </w:r>
      <w:r>
        <w:rPr>
          <w:sz w:val="20"/>
        </w:rPr>
        <w:t>26:49  so, he adopts God as his lord, as his Rabb,</w:t>
      </w:r>
      <w:r>
        <w:br/>
      </w:r>
      <w:r>
        <w:rPr>
          <w:sz w:val="20"/>
        </w:rPr>
        <w:t>27:00  as his supreme concern. then this is the beginning of Islam. so, after this faith, he tries to decondition his mind.</w:t>
      </w:r>
      <w:r>
        <w:br/>
      </w:r>
      <w:r>
        <w:rPr>
          <w:sz w:val="20"/>
        </w:rPr>
        <w:t>27:16  he tries to reorient his thinking</w:t>
      </w:r>
      <w:r>
        <w:br/>
      </w:r>
      <w:r>
        <w:rPr>
          <w:sz w:val="20"/>
        </w:rPr>
        <w:t>27:22  . he tries to</w:t>
      </w:r>
      <w:r>
        <w:br/>
      </w:r>
      <w:r>
        <w:rPr>
          <w:sz w:val="20"/>
        </w:rPr>
        <w:t>27:27  mold his life in according the commandments of God. this is Islam.</w:t>
      </w:r>
      <w:r>
        <w:br/>
      </w:r>
      <w:r>
        <w:rPr>
          <w:sz w:val="20"/>
        </w:rPr>
        <w:t>27:40  then when one discovers God, discovers Islam, discovers Quran as a book of God, he becomes very very serious, very very sincere about his hereafter</w:t>
      </w:r>
      <w:r>
        <w:br/>
      </w:r>
      <w:r>
        <w:rPr>
          <w:sz w:val="20"/>
        </w:rPr>
        <w:t>28:01  . because you know, according to Islamic teachings, death is not</w:t>
      </w:r>
      <w:r>
        <w:br/>
      </w:r>
      <w:r>
        <w:rPr>
          <w:sz w:val="20"/>
        </w:rPr>
        <w:t>28:13  final. after death, there is again a life. so, human life is divided into two parts: in pre death period and post death period.</w:t>
      </w:r>
      <w:r>
        <w:br/>
      </w:r>
      <w:r>
        <w:rPr>
          <w:sz w:val="20"/>
        </w:rPr>
        <w:t>28:29  pre death period life is very temporary, very short, and post death period life is very very long.</w:t>
      </w:r>
      <w:r>
        <w:br/>
      </w:r>
      <w:r>
        <w:rPr>
          <w:sz w:val="20"/>
        </w:rPr>
        <w:t>28:42  it is eternal. so, everyone becomes anxious</w:t>
      </w:r>
      <w:r>
        <w:br/>
      </w:r>
      <w:r>
        <w:rPr>
          <w:sz w:val="20"/>
        </w:rPr>
        <w:t>28:47  when one discovers the</w:t>
      </w:r>
      <w:r>
        <w:br/>
      </w:r>
      <w:r>
        <w:rPr>
          <w:sz w:val="20"/>
        </w:rPr>
        <w:t>28:54  existence of God. when we, when one reads Quran, and when one adopts Islamic teachings, he becomes very very anxious.</w:t>
      </w:r>
      <w:r>
        <w:br/>
      </w:r>
      <w:r>
        <w:rPr>
          <w:sz w:val="20"/>
        </w:rPr>
        <w:t>29:09  because he, because according to Islamic teaching, our present life is very short, very very short.</w:t>
      </w:r>
      <w:r>
        <w:br/>
      </w:r>
      <w:r>
        <w:rPr>
          <w:sz w:val="20"/>
        </w:rPr>
        <w:t>29:23  and after death, we face a longer life, but eternal life.</w:t>
      </w:r>
      <w:r>
        <w:br/>
      </w:r>
      <w:r>
        <w:rPr>
          <w:sz w:val="20"/>
        </w:rPr>
        <w:t>29:32  so, one becomes anxious to prepare himself for the, for the, for the longer period of life, longer period of his life.</w:t>
      </w:r>
      <w:r>
        <w:br/>
      </w:r>
      <w:r>
        <w:rPr>
          <w:sz w:val="20"/>
        </w:rPr>
        <w:t>29:44  so, all these things made him very very serious about his life.</w:t>
      </w:r>
      <w:r>
        <w:br/>
      </w:r>
      <w:r>
        <w:rPr>
          <w:sz w:val="20"/>
        </w:rPr>
        <w:t>29:52  there is no room for violence and war in this scheme of life. no, why war?</w:t>
      </w:r>
      <w:r>
        <w:br/>
      </w:r>
      <w:r>
        <w:rPr>
          <w:sz w:val="20"/>
        </w:rPr>
        <w:t>30:01  why violence? after accepting islam, one becomes conscious about him, about himself.</w:t>
      </w:r>
      <w:r>
        <w:br/>
      </w:r>
      <w:r>
        <w:rPr>
          <w:sz w:val="20"/>
        </w:rPr>
        <w:t>30:14  he adopts introspection</w:t>
      </w:r>
      <w:r>
        <w:br/>
      </w:r>
      <w:r>
        <w:rPr>
          <w:sz w:val="20"/>
        </w:rPr>
        <w:t>30:18  . every time, he is engaged in introspection to correct himself, to decondition his own mind, to reorient his own life.</w:t>
      </w:r>
      <w:r>
        <w:br/>
      </w:r>
      <w:r>
        <w:rPr>
          <w:sz w:val="20"/>
        </w:rPr>
        <w:t>30:34  so, there is no room for violence in islam. violence is affair of state, not affair of individuals.</w:t>
      </w:r>
      <w:r>
        <w:br/>
      </w:r>
      <w:r>
        <w:rPr>
          <w:sz w:val="20"/>
        </w:rPr>
        <w:t>30:48  war, violence in the sense of war. war is strictly an affair of state.</w:t>
      </w:r>
      <w:r>
        <w:br/>
      </w:r>
      <w:r>
        <w:rPr>
          <w:sz w:val="20"/>
        </w:rPr>
        <w:t>30:58  war is a prerogative of established state. as far as the individual or society is concerned, there is no need for war for them.</w:t>
      </w:r>
      <w:r>
        <w:br/>
      </w:r>
      <w:r>
        <w:rPr>
          <w:sz w:val="20"/>
        </w:rPr>
        <w:t>31:10  individual are not allowed to engage in war. society is not allowed to go to war</w:t>
      </w:r>
      <w:r>
        <w:br/>
      </w:r>
      <w:r>
        <w:rPr>
          <w:sz w:val="20"/>
        </w:rPr>
        <w:t>31:16  . only state can go to war at the time of attack and aggression.</w:t>
      </w:r>
      <w:r>
        <w:br/>
      </w:r>
      <w:r>
        <w:rPr>
          <w:sz w:val="20"/>
        </w:rPr>
        <w:t>31:24  so, islam is a scheme of peaceful life. islam is a, islam is, islam means living in the fear of god.</w:t>
      </w:r>
      <w:r>
        <w:br/>
      </w:r>
      <w:r>
        <w:rPr>
          <w:sz w:val="20"/>
        </w:rPr>
        <w:t>31:47  when you discover islam, you discover that god almighty punishes you if you go against his commandments.</w:t>
      </w:r>
      <w:r>
        <w:br/>
      </w:r>
      <w:r>
        <w:rPr>
          <w:sz w:val="20"/>
        </w:rPr>
        <w:t>31:58  so, every time, so, a true believer is every time thinks about his own life, about his own life, rather than about about other.</w:t>
      </w:r>
    </w:p>
    <w:p>
      <w:pPr>
        <w:pStyle w:val="Heading2"/>
      </w:pPr>
      <w:r>
        <w:t>Khadija's role in early Islam and women's contribution</w:t>
      </w:r>
    </w:p>
    <w:p>
      <w:r>
        <w:rPr>
          <w:color w:val="666666"/>
          <w:sz w:val="18"/>
        </w:rPr>
        <w:t>Creative Role of Women March 03, 2019 · 5m 57s · at 47:55 · https://youtu.be/d1-P347SqYQ?t=2875</w:t>
      </w:r>
    </w:p>
    <w:p>
      <w:r>
        <w:rPr>
          <w:i/>
        </w:rPr>
        <w:t>“When the Prophet was a seeker, he went to Cave Hira”</w:t>
      </w:r>
    </w:p>
    <w:p>
      <w:r>
        <w:rPr>
          <w:sz w:val="20"/>
        </w:rPr>
        <w:t>47:55  jab rasool Allah (SAW) ek</w:t>
      </w:r>
      <w:r>
        <w:br/>
      </w:r>
      <w:r>
        <w:rPr>
          <w:sz w:val="20"/>
        </w:rPr>
        <w:t>48:00  seeker insan thay, abhi paighambar nahi aaye thay, wo abhi farishta nahi aaya tha, seeker insan thay, aur</w:t>
      </w:r>
      <w:r>
        <w:br/>
      </w:r>
      <w:r>
        <w:rPr>
          <w:sz w:val="20"/>
        </w:rPr>
        <w:t>48:08  ghar hira mein jaya karte thay.</w:t>
      </w:r>
      <w:r>
        <w:br/>
      </w:r>
      <w:r>
        <w:rPr>
          <w:sz w:val="20"/>
        </w:rPr>
        <w:t>48:11  to pehli bar jibril jab wahan aaye, to ghor kijiye ke ek farishta, jo sab se bara farishta hai,</w:t>
      </w:r>
      <w:r>
        <w:br/>
      </w:r>
      <w:r>
        <w:rPr>
          <w:sz w:val="20"/>
        </w:rPr>
        <w:t>48:18  jab aaya hoga to us ghar-ghar mein kya mahol bana hoga.</w:t>
      </w:r>
      <w:r>
        <w:br/>
      </w:r>
      <w:r>
        <w:rPr>
          <w:sz w:val="20"/>
        </w:rPr>
        <w:t>48:24  ab tasawwur kijiye,</w:t>
      </w:r>
      <w:r>
        <w:br/>
      </w:r>
      <w:r>
        <w:rPr>
          <w:sz w:val="20"/>
        </w:rPr>
        <w:t>48:29  Jibrael to aap jante hain ke farishton ke sardar hain, woh aaye Rasool Allah se mile aur unhone kaha ke "Iqra ya Muhammad".</w:t>
      </w:r>
      <w:r>
        <w:br/>
      </w:r>
      <w:r>
        <w:rPr>
          <w:sz w:val="20"/>
        </w:rPr>
        <w:t>48:37  to kitna bara, yani kaisa ajeeb yeh experience raha hoga.</w:t>
      </w:r>
      <w:r>
        <w:br/>
      </w:r>
      <w:r>
        <w:rPr>
          <w:sz w:val="20"/>
        </w:rPr>
        <w:t>48:48  to hadith mein aata hai ke rasool Allah wahan se aaye Khadijah ke ghar mein to dahshat mein thay,</w:t>
      </w:r>
      <w:r>
        <w:br/>
      </w:r>
      <w:r>
        <w:rPr>
          <w:sz w:val="20"/>
        </w:rPr>
        <w:t>49:02  fawz ki halat mein thay. Fawz to aap ne kaha ke "zambroni, zambroni, mujhe urhao, mujhe urhao". To dekhiye, is mein role kya hai aurat ka ke rasool Allah is halat se ka tajurba kar ke wapas aaye.</w:t>
      </w:r>
      <w:r>
        <w:br/>
      </w:r>
      <w:r>
        <w:rPr>
          <w:sz w:val="20"/>
        </w:rPr>
        <w:t>49:24  rasool Allah ne ghar e hira mein jibril ke aane ka tajurba kiya, is mein overwhelm ho gaye aap, lekin Khadijah to ghar mein thi, is se alag, is mahaul se.</w:t>
      </w:r>
      <w:r>
        <w:br/>
      </w:r>
      <w:r>
        <w:rPr>
          <w:sz w:val="20"/>
        </w:rPr>
        <w:t>49:40  to rasool Allah ne kaha ke "zambroni, zambroni".</w:t>
      </w:r>
      <w:r>
        <w:br/>
      </w:r>
      <w:r>
        <w:rPr>
          <w:sz w:val="20"/>
        </w:rPr>
        <w:t>49:47  lekin Khadijah jo unaffected thi, unaffected, unhon ne kya socha? Unhon ne yeh socha ke hum kyun na aisa karein</w:t>
      </w:r>
      <w:r>
        <w:br/>
      </w:r>
      <w:r>
        <w:rPr>
          <w:sz w:val="20"/>
        </w:rPr>
        <w:t>50:02  ke chalen warqa ke paas. Yani warqa ek scholar thay, is zamane ke lehaz se bohat bara scholar, jinhon ne Christianity ka study ki thi.</w:t>
      </w:r>
      <w:r>
        <w:br/>
      </w:r>
      <w:r>
        <w:rPr>
          <w:sz w:val="20"/>
        </w:rPr>
        <w:t>50:19  wo jante thay Christianity kya cheez hai, is ki history ko. To unhon ne ek aazadana zehan ke tehat socha ke kyun na aisa karein hum ke chalen warqa ke paas.</w:t>
      </w:r>
      <w:r>
        <w:br/>
      </w:r>
      <w:r>
        <w:rPr>
          <w:sz w:val="20"/>
        </w:rPr>
        <w:t>50:36  aur by chance warqa jo thi, warqa jo thay, Hazrat Khadijah ke daur ke rishtedar bhi thay. To Hazrat Khadijah rasool Allah ko le kar gayi warqa ke paas.</w:t>
      </w:r>
      <w:r>
        <w:br/>
      </w:r>
      <w:r>
        <w:rPr>
          <w:sz w:val="20"/>
        </w:rPr>
        <w:t>50:54  warqa ke paas le kar gayi. Achha, abhi tak baat clear nahi thi ke yeh kya hua ghar e hira mein, kya hua ghar e hira ka jo waqia tha, jo jo experience tha, abhi tak clear nahi tha ke kya hua woh.</w:t>
      </w:r>
      <w:r>
        <w:br/>
      </w:r>
      <w:r>
        <w:rPr>
          <w:sz w:val="20"/>
        </w:rPr>
        <w:t>51:13  to rasool Allah ko le kar ke wo gayi warqa ke ghar. Warqa ki umar is waqt 90 saal ho chuki thi, bohat hi senior, yani Makkah ke most senior aadmi thay woh.</w:t>
      </w:r>
      <w:r>
        <w:br/>
      </w:r>
      <w:r>
        <w:rPr>
          <w:sz w:val="20"/>
        </w:rPr>
        <w:t>51:29  to unhon ne poocha rasool Allah se: "kya hua? Kya hua? Kya hua?" To rasool Allah ne poora qissa bataya. To pehli baar dekhiye, pehli baar yeh hua ke warqa ne kaha: "Ali, yeh to woh namoos tha, woh namoos e akbar jo Musa ke paas aaya tha,</w:t>
      </w:r>
      <w:r>
        <w:br/>
      </w:r>
      <w:r>
        <w:rPr>
          <w:sz w:val="20"/>
        </w:rPr>
        <w:t>51:52  wo namoos e akbar, yani woh bara farishta." Unhon ne kaha ke "jo qissa tum bata rahe ho, woh to yeh batata hai ke tumhare paas woh bara farishta aaya tha, woh namoos e akbar." Is ka matlab yeh hai ke woh jo us waqt ek halat thi,</w:t>
      </w:r>
      <w:r>
        <w:br/>
      </w:r>
      <w:r>
        <w:rPr>
          <w:sz w:val="20"/>
        </w:rPr>
        <w:t>52:15  yani ghair wazeh,</w:t>
      </w:r>
      <w:r>
        <w:br/>
      </w:r>
      <w:r>
        <w:rPr>
          <w:sz w:val="20"/>
        </w:rPr>
        <w:t>52:21  hira se wapsi ke baad Hazrat Khawaja ke ghar mein, Hazrat Khadijah ke ghar mein, woh clear hui.</w:t>
      </w:r>
      <w:r>
        <w:br/>
      </w:r>
      <w:r>
        <w:rPr>
          <w:sz w:val="20"/>
        </w:rPr>
        <w:t>52:31  wo Khadijah ke zariye se jab unhon ne keh diya, warqa ne jo aalim thay, scholar thay, ke "jo tum bata batate ho, is se lagta hai ke tumhare paas to woh farishta aaya tha, bara farishta, namoos e akbar." Ab ghor kijiye ke kitna bara role tha yeh Hazrat Khadijah ka, ek khatoon ka,</w:t>
      </w:r>
      <w:r>
        <w:br/>
      </w:r>
      <w:r>
        <w:rPr>
          <w:sz w:val="20"/>
        </w:rPr>
        <w:t>52:56  kitna bara role tha ke suspense ki halat ko unhon ne certainty mein tabdeel kar diya. Hazrat Khadijah ne suspense ki halat mein clarity mein tabdeel kar diya,</w:t>
      </w:r>
      <w:r>
        <w:br/>
      </w:r>
      <w:r>
        <w:rPr>
          <w:sz w:val="20"/>
        </w:rPr>
        <w:t>53:11  certainty mein tabdeel kar diya. Yeh thi beginning prophethood ki beginning, jo ek ek khatoon ke zariye hui.</w:t>
      </w:r>
      <w:r>
        <w:br/>
      </w:r>
      <w:r>
        <w:rPr>
          <w:sz w:val="20"/>
        </w:rPr>
        <w:t>53:22  to aurat aur mard ko exact jo kiya gaya hai nature mein, isi liye ke do different maidan mein khade hon, do different maidan ka experience kar rahe hon,</w:t>
      </w:r>
      <w:r>
        <w:br/>
      </w:r>
      <w:r>
        <w:rPr>
          <w:sz w:val="20"/>
        </w:rPr>
        <w:t>53:38  do different maidan ko read kar rahe hon, aur phir ek doosre ke se cooperation karein, kitna bara role hai.</w:t>
      </w:r>
    </w:p>
    <w:p>
      <w:pPr>
        <w:pStyle w:val="Heading2"/>
      </w:pPr>
      <w:r>
        <w:t>Twin Towers, pride, and America's revenge-driven Iraq war</w:t>
      </w:r>
    </w:p>
    <w:p>
      <w:r>
        <w:rPr>
          <w:color w:val="666666"/>
          <w:sz w:val="18"/>
        </w:rPr>
        <w:t>Admitting One's Mistake January 12, 2007 Maulana Wahiduddin Khan · 4m 02s · at 5:00 · https://youtu.be/9yGGkxRF8r8?t=300</w:t>
      </w:r>
    </w:p>
    <w:p>
      <w:r>
        <w:rPr>
          <w:i/>
        </w:rPr>
        <w:t>“Main jab Newyork tower ke upar chadha, log dwarf dikhai diye”</w:t>
      </w:r>
    </w:p>
    <w:p>
      <w:r>
        <w:rPr>
          <w:sz w:val="20"/>
        </w:rPr>
        <w:t>5:00  main jab america, kai bar america gaya hoon, main to ek bar aisa hua ke main yeh new york tower ke ooper charha. yeh bohat hi ooncha hai.</w:t>
      </w:r>
      <w:r>
        <w:br/>
      </w:r>
      <w:r>
        <w:rPr>
          <w:sz w:val="20"/>
        </w:rPr>
        <w:t>5:10  jab</w:t>
      </w:r>
      <w:r>
        <w:br/>
      </w:r>
      <w:r>
        <w:rPr>
          <w:sz w:val="20"/>
        </w:rPr>
        <w:t>5:11  bana to sab se ooncha tower wahi tha. to jab mein ek dam is ke oopar pohancha, oopar se jab neeche dekha mein ne logon ko, to log bohat hi dwarf dikhai de rahe thay.</w:t>
      </w:r>
      <w:r>
        <w:br/>
      </w:r>
      <w:r>
        <w:rPr>
          <w:sz w:val="20"/>
        </w:rPr>
        <w:t>5:26  bohat hi chote chote. sarkon par reng rahe thay. dwarf.</w:t>
      </w:r>
      <w:r>
        <w:br/>
      </w:r>
      <w:r>
        <w:rPr>
          <w:sz w:val="20"/>
        </w:rPr>
        <w:t>5:33  to mere zehn mein aaya ke amrikiyon ne jab yeh banaya hoga, yeh tower, is ke oopar aap charhe honge pehli baar, to lashaoori tor par ya shaoori tor par unhon ne samjha hoga ke sari dunya hamare muqable mein dwarf hai.</w:t>
      </w:r>
      <w:r>
        <w:br/>
      </w:r>
      <w:r>
        <w:rPr>
          <w:sz w:val="20"/>
        </w:rPr>
        <w:t>5:52  hum aala hain. hum sab se barhe hain.</w:t>
      </w:r>
      <w:r>
        <w:br/>
      </w:r>
      <w:r>
        <w:rPr>
          <w:sz w:val="20"/>
        </w:rPr>
        <w:t>5:57  shaoori tor par to nahi aaya hoga lekin lashaoori tor par zaroor aaya hoga. kyun ke wahan par jab mein charha hoga is par, to ajeeb manzar tha woh.</w:t>
      </w:r>
      <w:r>
        <w:br/>
      </w:r>
      <w:r>
        <w:rPr>
          <w:sz w:val="20"/>
        </w:rPr>
        <w:t>6:09  hum to chah foot ke insaan thay. ab woh chah inch ka dikhai parta tha woh neeche jo aadmi chal raha tha.</w:t>
      </w:r>
      <w:r>
        <w:br/>
      </w:r>
      <w:r>
        <w:rPr>
          <w:sz w:val="20"/>
        </w:rPr>
        <w:t>6:17  sab ke sab dwarf. to us waqt jab ke woh bana to itna ooncha, itni oonchi imarat poori tareekh mein kabhi nahi bani thi.</w:t>
      </w:r>
      <w:r>
        <w:br/>
      </w:r>
      <w:r>
        <w:rPr>
          <w:sz w:val="20"/>
        </w:rPr>
        <w:t>6:31  to yeh tha fitri ke amrikiyon ke zehn mein lashaoori tor par aaye ke hum sab se oonche aa gaye hain. hum aala hain.</w:t>
      </w:r>
      <w:r>
        <w:br/>
      </w:r>
      <w:r>
        <w:rPr>
          <w:sz w:val="20"/>
        </w:rPr>
        <w:t>6:41  sari dunya hamare muqable mein dwarf hai. to yeh tha fakhr.</w:t>
      </w:r>
      <w:r>
        <w:br/>
      </w:r>
      <w:r>
        <w:rPr>
          <w:sz w:val="20"/>
        </w:rPr>
        <w:t>6:49  to new york tower jo tha, woh amrikiyon ki shaan ka nishan tha. is se un ko fakhr milta tha. is ko tod diya.</w:t>
      </w:r>
      <w:r>
        <w:br/>
      </w:r>
      <w:r>
        <w:rPr>
          <w:sz w:val="20"/>
        </w:rPr>
        <w:t>7:03  kuch logon ne. aur yeh maghribi tor par toda ke hawai jahaz se takra diya is ko. kuch hawai jahazon ko high jack kiya.</w:t>
      </w:r>
      <w:r>
        <w:br/>
      </w:r>
      <w:r>
        <w:rPr>
          <w:sz w:val="20"/>
        </w:rPr>
        <w:t>7:12  high jack kar ke le aa kar in se takra diya.</w:t>
      </w:r>
      <w:r>
        <w:br/>
      </w:r>
      <w:r>
        <w:rPr>
          <w:sz w:val="20"/>
        </w:rPr>
        <w:t>7:14  yani khud to khudkushi ki unhon ne aur sath sath amrica ki shaan par bhi unhon ne itna bara hamla kiya jis ko amrica bardasht nahi kar paya.</w:t>
      </w:r>
      <w:r>
        <w:br/>
      </w:r>
      <w:r>
        <w:rPr>
          <w:sz w:val="20"/>
        </w:rPr>
        <w:t>7:25  to badla mein par gaya woh. fakhr ke sath badla jura hua hai. agar aap ke andar aajzi ho, apne aap ko bohat kam samajhte hon aap, tab aap ke andar badla nahi ayega.</w:t>
      </w:r>
      <w:r>
        <w:br/>
      </w:r>
      <w:r>
        <w:rPr>
          <w:sz w:val="20"/>
        </w:rPr>
        <w:t>7:44  aajiz aadmi ke andar badle ka jazba nahi aata. woh to jis ke andar gharoor hai, jis ke andar fakhr hai, jis ke andar ana hai, us ke andar bharkta hai badle ka jazba.</w:t>
      </w:r>
      <w:r>
        <w:br/>
      </w:r>
      <w:r>
        <w:rPr>
          <w:sz w:val="20"/>
        </w:rPr>
        <w:t>8:00  to amrikiyon ne jo hamla kiya iraq ke oopar, woh sach poochein to badle ke liye tha.</w:t>
      </w:r>
      <w:r>
        <w:br/>
      </w:r>
      <w:r>
        <w:rPr>
          <w:sz w:val="20"/>
        </w:rPr>
        <w:t>8:12  yeh bolay bhi thay us zamane mein george bush ke hamein badla lena hai.</w:t>
      </w:r>
      <w:r>
        <w:br/>
      </w:r>
      <w:r>
        <w:rPr>
          <w:sz w:val="20"/>
        </w:rPr>
        <w:t>8:19  to dekhiye, jab bhi aadmi kisi soorat e haal ka jazbati radd e amal de to yeh tay sambhaliye ke use shikast hogi.</w:t>
      </w:r>
      <w:r>
        <w:br/>
      </w:r>
      <w:r>
        <w:rPr>
          <w:sz w:val="20"/>
        </w:rPr>
        <w:t>8:33  yani fakhr ke liye, apne gharoor ke liye, badle ke liye, yani kisi kisi jazbat</w:t>
      </w:r>
    </w:p>
    <w:p>
      <w:pPr>
        <w:pStyle w:val="Heading2"/>
      </w:pPr>
      <w:r>
        <w:t>From boredom to peace by finding truth in creation</w:t>
      </w:r>
    </w:p>
    <w:p>
      <w:r>
        <w:rPr>
          <w:color w:val="666666"/>
          <w:sz w:val="18"/>
        </w:rPr>
        <w:t>Peace of Mind April 19, 2015 · 5m 41s · at 3:06 · https://youtu.be/nYvd93Af2YI?t=186</w:t>
      </w:r>
    </w:p>
    <w:p>
      <w:r>
        <w:rPr>
          <w:i/>
        </w:rPr>
        <w:t>“Dekhiye ye aaj ka daily newspaper hai”</w:t>
      </w:r>
    </w:p>
    <w:p>
      <w:r>
        <w:rPr>
          <w:sz w:val="20"/>
        </w:rPr>
        <w:t>3:06  dekhen yeh aaj ka daily newspaper hai. Is mein aik article chhaapa hai. "Why Live A Boring Life".</w:t>
      </w:r>
      <w:r>
        <w:br/>
      </w:r>
      <w:r>
        <w:rPr>
          <w:sz w:val="20"/>
        </w:rPr>
        <w:t>3:22  "Why Live A Boring Life".</w:t>
      </w:r>
      <w:r>
        <w:br/>
      </w:r>
      <w:r>
        <w:rPr>
          <w:sz w:val="20"/>
        </w:rPr>
        <w:t>3:28  yani kyun hum boring zindagi guzaar rahe hain. Is par main sochne laga.</w:t>
      </w:r>
      <w:r>
        <w:br/>
      </w:r>
      <w:r>
        <w:rPr>
          <w:sz w:val="20"/>
        </w:rPr>
        <w:t>3:39  main apne ghar ke bahar, hamare ghar ke bahar jo</w:t>
      </w:r>
      <w:r>
        <w:br/>
      </w:r>
      <w:r>
        <w:rPr>
          <w:sz w:val="20"/>
        </w:rPr>
        <w:t>3:46  jagah hai khuli wahan par baitha hua tha. To mere saamne se gaadiyan guzar rahi theen. Cars, motorcycles.</w:t>
      </w:r>
      <w:r>
        <w:br/>
      </w:r>
      <w:r>
        <w:rPr>
          <w:sz w:val="20"/>
        </w:rPr>
        <w:t>3:58  woh bar bar woh horn baja rahe thay, horn. To horn mujh ko disturb kar raha tha.</w:t>
      </w:r>
      <w:r>
        <w:br/>
      </w:r>
      <w:r>
        <w:rPr>
          <w:sz w:val="20"/>
        </w:rPr>
        <w:t>4:06  to main us waqt ke boarding ke, boredom ke haalat mein tha. Bor ho raha tha. To main ne socha ke dunya to boring experience se bhari hui hai.</w:t>
      </w:r>
      <w:r>
        <w:br/>
      </w:r>
      <w:r>
        <w:rPr>
          <w:sz w:val="20"/>
        </w:rPr>
        <w:t>4:22  to kaise hum apne ko boredom se bachayen? Is par sochne laga main.</w:t>
      </w:r>
      <w:r>
        <w:br/>
      </w:r>
      <w:r>
        <w:rPr>
          <w:sz w:val="20"/>
        </w:rPr>
        <w:t>4:35  to meri samajh mein us waqt aik ayat, Quran Majeed ki aik ayat aayi. "Ala bi zikr Allah tatma'inn al-qulub".</w:t>
      </w:r>
      <w:r>
        <w:br/>
      </w:r>
      <w:r>
        <w:rPr>
          <w:sz w:val="20"/>
        </w:rPr>
        <w:t>4:44  yaad rakho allah ki yaad se dilon ko itminan hasil hota hai.</w:t>
      </w:r>
      <w:r>
        <w:br/>
      </w:r>
      <w:r>
        <w:rPr>
          <w:sz w:val="20"/>
        </w:rPr>
        <w:t>4:56  phir maine socha ke allah ko yaad karne ka se itminan kaise hasil hota hai? kaise</w:t>
      </w:r>
      <w:r>
        <w:br/>
      </w:r>
      <w:r>
        <w:rPr>
          <w:sz w:val="20"/>
        </w:rPr>
        <w:t>5:03  ? is ka matlab hai ke god ka jo creation hai, god ne jo duniya banai hai is mein sochna.</w:t>
      </w:r>
      <w:r>
        <w:br/>
      </w:r>
      <w:r>
        <w:rPr>
          <w:sz w:val="20"/>
        </w:rPr>
        <w:t>5:14  phir yeh sochte hue mere mind mein yeh aya ke jis tarah hamare road par gadiyan chal rahi hain,</w:t>
      </w:r>
      <w:r>
        <w:br/>
      </w:r>
      <w:r>
        <w:rPr>
          <w:sz w:val="20"/>
        </w:rPr>
        <w:t>5:28  woh ek movement hai. aise poori universe mein movement hai.</w:t>
      </w:r>
      <w:r>
        <w:br/>
      </w:r>
      <w:r>
        <w:rPr>
          <w:sz w:val="20"/>
        </w:rPr>
        <w:t>5:33  aap jante hain ke poori universe on the move hai. yeh stars chal rahe hain. planets chal rahe hain.</w:t>
      </w:r>
      <w:r>
        <w:br/>
      </w:r>
      <w:r>
        <w:rPr>
          <w:sz w:val="20"/>
        </w:rPr>
        <w:t>5:44  suraj, chand chal rahe hain. aur un ki jo speed hai hamare hawai jahazon se zyada tez hai.</w:t>
      </w:r>
      <w:r>
        <w:br/>
      </w:r>
      <w:r>
        <w:rPr>
          <w:sz w:val="20"/>
        </w:rPr>
        <w:t>5:54  magar wahan koi shor nahin. wahan koi noise nahin. wahan koi horn nahin bajata.</w:t>
      </w:r>
      <w:r>
        <w:br/>
      </w:r>
      <w:r>
        <w:rPr>
          <w:sz w:val="20"/>
        </w:rPr>
        <w:t>6:06  to maine socha ke yeh to hamari bohat choti duniya hai. yeh road hai is par sawariyan guzar rahi hain to bohat choti duniya hai. jo zyada bari duniya hai wahan bhi vehicle chal rahe hain.</w:t>
      </w:r>
      <w:r>
        <w:br/>
      </w:r>
      <w:r>
        <w:rPr>
          <w:sz w:val="20"/>
        </w:rPr>
        <w:t>6:20  koi shor nahin. to is par maine daryaft kiya creator ko. ke creator kitna bara hai.</w:t>
      </w:r>
      <w:r>
        <w:br/>
      </w:r>
      <w:r>
        <w:rPr>
          <w:sz w:val="20"/>
        </w:rPr>
        <w:t>6:30  kitna zyada taqat wala hai.</w:t>
      </w:r>
      <w:r>
        <w:br/>
      </w:r>
      <w:r>
        <w:rPr>
          <w:sz w:val="20"/>
        </w:rPr>
        <w:t>6:36  ke itni bari duniya woh chala raha hai. itni bari duniya mein har taraf harkat hai, har taraf movement hai. magar kahin na koi horn bajata, na koi shor hota.</w:t>
      </w:r>
      <w:r>
        <w:br/>
      </w:r>
      <w:r>
        <w:rPr>
          <w:sz w:val="20"/>
        </w:rPr>
        <w:t>6:49  koi noise pollution nahin. to khuda ki azmat, khuda ki barai jab main sochne laga to har cheez beminaimaz ho gai.</w:t>
      </w:r>
      <w:r>
        <w:br/>
      </w:r>
      <w:r>
        <w:rPr>
          <w:sz w:val="20"/>
        </w:rPr>
        <w:t>6:59  har cheez beminaimaz ho gai. yeh hai peace of mind.</w:t>
      </w:r>
      <w:r>
        <w:br/>
      </w:r>
      <w:r>
        <w:rPr>
          <w:sz w:val="20"/>
        </w:rPr>
        <w:t>7:05  to main samajhta hoon ke peace of mind jo hai woh yeh hai ke hum cheezon mein ya creation mein creator ko discover karen.</w:t>
      </w:r>
      <w:r>
        <w:br/>
      </w:r>
      <w:r>
        <w:rPr>
          <w:sz w:val="20"/>
        </w:rPr>
        <w:t>7:19  isi isi se hamein peace of mind milega. kyunke is ke baad hamein ek hamare andar ek creative thinking aayegi. ek high thinking aayegi.</w:t>
      </w:r>
      <w:r>
        <w:br/>
      </w:r>
      <w:r>
        <w:rPr>
          <w:sz w:val="20"/>
        </w:rPr>
        <w:t>7:29  ek bare level par jeene ke qabil ho jayenge. wohi hamein peace of mind dega.</w:t>
      </w:r>
      <w:r>
        <w:br/>
      </w:r>
      <w:r>
        <w:rPr>
          <w:sz w:val="20"/>
        </w:rPr>
        <w:t>7:37  phir mujhe yaad aya burton hursell ne, burton hursell ki ek kitab hai</w:t>
      </w:r>
      <w:r>
        <w:br/>
      </w:r>
      <w:r>
        <w:rPr>
          <w:sz w:val="20"/>
        </w:rPr>
        <w:t>7:46  human knowledge. is mein woh likhta hai ke knowledge ki do qismen hain. knowledge of things, knowledge of truth.</w:t>
      </w:r>
      <w:r>
        <w:br/>
      </w:r>
      <w:r>
        <w:rPr>
          <w:sz w:val="20"/>
        </w:rPr>
        <w:t>7:58  cheezon ka ilm aur sachai ka ilm.</w:t>
      </w:r>
      <w:r>
        <w:br/>
      </w:r>
      <w:r>
        <w:rPr>
          <w:sz w:val="20"/>
        </w:rPr>
        <w:t>8:04  is par sochte hue, sochte hue, sochte hue mujhe samajh aya ke duniya mein har jitne bhi things item hain har cheez mein truth maujood hai.</w:t>
      </w:r>
      <w:r>
        <w:br/>
      </w:r>
      <w:r>
        <w:rPr>
          <w:sz w:val="20"/>
        </w:rPr>
        <w:t>8:20  hum agar hum sirf thing ko dekhenge to hamein hum bore ho jayenge. lekin agar thing ko dekhte hue hum deeper sense mein len is ko aur is ko hum truth tak pahunch jayen.</w:t>
      </w:r>
      <w:r>
        <w:br/>
      </w:r>
      <w:r>
        <w:rPr>
          <w:sz w:val="20"/>
        </w:rPr>
        <w:t>8:35  to wahan ek aisi bari duniya mil jayegi hamein jeene ke liye. ke wahan boredom bilkul minimize ho jayega. wahan har cheez beminaimaz ho jayegi.</w:t>
      </w:r>
    </w:p>
    <w:p>
      <w:pPr>
        <w:pStyle w:val="Heading2"/>
      </w:pPr>
      <w:r>
        <w:t>Other nations give up war; Muslims still fight</w:t>
      </w:r>
    </w:p>
    <w:p>
      <w:r>
        <w:rPr>
          <w:color w:val="666666"/>
          <w:sz w:val="18"/>
        </w:rPr>
        <w:t>Natural Warning April 17, 2016 · 5m 16s · at 19:11 · https://youtu.be/fSNOpwgzcss?t=1151</w:t>
      </w:r>
    </w:p>
    <w:p>
      <w:r>
        <w:rPr>
          <w:i/>
        </w:rPr>
        <w:t>“In the secular world there are many events.”</w:t>
      </w:r>
    </w:p>
    <w:p>
      <w:r>
        <w:rPr>
          <w:sz w:val="20"/>
        </w:rPr>
        <w:t>19:11  secular dunya mein to bohat waqiat hain. mislan germany mein, germany ne skin war ke daure mein germany ne bohat zabardast jang mein hissa liya tha.</w:t>
      </w:r>
      <w:r>
        <w:br/>
      </w:r>
      <w:r>
        <w:rPr>
          <w:sz w:val="20"/>
        </w:rPr>
        <w:t>19:25  lekin is ke baad ise skin thought aaya aur jang chhod kar is ne industry ki field mein chala gaya. japan jang chhod kar science aur education mein chala gaya.</w:t>
      </w:r>
      <w:r>
        <w:br/>
      </w:r>
      <w:r>
        <w:rPr>
          <w:sz w:val="20"/>
        </w:rPr>
        <w:t>19:42  britishes ne bhi yahi kiya. jang ke baad unhon ne chhod diya ladai aur peaceful daire mein apni activities ko jari kar diya.</w:t>
      </w:r>
      <w:r>
        <w:br/>
      </w:r>
      <w:r>
        <w:rPr>
          <w:sz w:val="20"/>
        </w:rPr>
        <w:t>19:57  hata ke roos ne, aap jante hain ke roos ka yani communism ka nazariya kya tha. stalin jo tha woh leader tha communism ka.</w:t>
      </w:r>
      <w:r>
        <w:br/>
      </w:r>
      <w:r>
        <w:rPr>
          <w:sz w:val="20"/>
        </w:rPr>
        <w:t>20:11  roos mein communism ka inqilab aaya hai 1917 mein. 1917 mein.</w:t>
      </w:r>
      <w:r>
        <w:br/>
      </w:r>
      <w:r>
        <w:rPr>
          <w:sz w:val="20"/>
        </w:rPr>
        <w:t>20:20  is se pehle stalin jo tha woh leader tha communist party ka. to ek taqreer karte hue is ne kaha tha ke hum ko kamyabi ke liye teen cheezon ki zaroorat hai.</w:t>
      </w:r>
      <w:r>
        <w:br/>
      </w:r>
      <w:r>
        <w:rPr>
          <w:sz w:val="20"/>
        </w:rPr>
        <w:t>20:36  teen cheezon ki zaroorat hai. hathiyar, awwal hathiyar, dom hathiyar, so hathiyar. aur aakhir mein phir, aakhir mein phir hathiyar.</w:t>
      </w:r>
      <w:r>
        <w:br/>
      </w:r>
      <w:r>
        <w:rPr>
          <w:sz w:val="20"/>
        </w:rPr>
        <w:t>20:47  awwal hathiyar, dom hathiyar, so hathiyar. aur aakhir mein phir hathiyar. yeh halat thi. ab aap jante hain ke roos ya communist yeh log jo hain jang ko chhod chuke hain.</w:t>
      </w:r>
      <w:r>
        <w:br/>
      </w:r>
      <w:r>
        <w:rPr>
          <w:sz w:val="20"/>
        </w:rPr>
        <w:t>21:07  ab jang ko chhod chuke hain woh. ab peaceful tareeqe se taraqqi karne ki koshish kar rahe hain.</w:t>
      </w:r>
      <w:r>
        <w:br/>
      </w:r>
      <w:r>
        <w:rPr>
          <w:sz w:val="20"/>
        </w:rPr>
        <w:t>21:17  america ne bhi aap dekhiye bare dhoom se gulf war shuru ki thi. bohat bare paimane par.</w:t>
      </w:r>
      <w:r>
        <w:br/>
      </w:r>
      <w:r>
        <w:rPr>
          <w:sz w:val="20"/>
        </w:rPr>
        <w:t>21:26  is mein teen trillion dollar kharch kar dale. ab ab ab ab america jang ko chhod chuka hai. ab america jang ka option chhod chuka hai.</w:t>
      </w:r>
      <w:r>
        <w:br/>
      </w:r>
      <w:r>
        <w:rPr>
          <w:sz w:val="20"/>
        </w:rPr>
        <w:t>21:40  to sare log jo is se pehle jang ka option liye hue the woh sab ke sab ab jang ka option chhod chuke.</w:t>
      </w:r>
      <w:r>
        <w:br/>
      </w:r>
      <w:r>
        <w:rPr>
          <w:sz w:val="20"/>
        </w:rPr>
        <w:t>21:50  sirf musalman hain jo abhi tak baqi hain. abhi tak musalman ladai kar rahe hain, suicide bombing kar rahe hain. is ka raaz kya hai?</w:t>
      </w:r>
      <w:r>
        <w:br/>
      </w:r>
      <w:r>
        <w:rPr>
          <w:sz w:val="20"/>
        </w:rPr>
        <w:t>22:02  kya wajah hai ke doosri tamam qaumein, doosri tamam qaumein yani japan, germany, roos, britain, hata ke america sab ne chhod diya.</w:t>
      </w:r>
      <w:r>
        <w:br/>
      </w:r>
      <w:r>
        <w:rPr>
          <w:sz w:val="20"/>
        </w:rPr>
        <w:t>22:20  yani as a principle. ab woh dhoondh rahe hain peaceful option. kya wajah hai ke musalman hi ek exception hain?</w:t>
      </w:r>
      <w:r>
        <w:br/>
      </w:r>
      <w:r>
        <w:rPr>
          <w:sz w:val="20"/>
        </w:rPr>
        <w:t>22:31  aaj bhi musalmanon mein koi serious tehreek nahi hai jis ko hum refer karein ke dekho woh peace ka option lene ki koshish kar rahe hain.</w:t>
      </w:r>
      <w:r>
        <w:br/>
      </w:r>
      <w:r>
        <w:rPr>
          <w:sz w:val="20"/>
        </w:rPr>
        <w:t>22:43  abhi bhi nahi. kuch hawaai baatein karne wale milenge aap ko lekin serious thinking nahi hai. is ki wajah kya hai?</w:t>
      </w:r>
      <w:r>
        <w:br/>
      </w:r>
      <w:r>
        <w:rPr>
          <w:sz w:val="20"/>
        </w:rPr>
        <w:t>22:52  yahi shahadat ka galat nazariya. ke jo marta hai us ko shaheed keh dete hain.</w:t>
      </w:r>
      <w:r>
        <w:br/>
      </w:r>
      <w:r>
        <w:rPr>
          <w:sz w:val="20"/>
        </w:rPr>
        <w:t>23:01  jo khud sakhta ladai mein marta hai to us ko ehtiyat bhi shaheed hue, ehtiyat bhi shaheed hue. yeh bilkul galat hai ke aap title dein.</w:t>
      </w:r>
      <w:r>
        <w:br/>
      </w:r>
      <w:r>
        <w:rPr>
          <w:sz w:val="20"/>
        </w:rPr>
        <w:t>23:12  aur is ka saboot aap ko shaq ho to aap bukhari ki woh padh lijiyey. allah yaqool shaheedan. aur tareekh padh lijiyey ke pichhle zamane mein kisi ko shaheed tak kaha gaya.</w:t>
      </w:r>
      <w:r>
        <w:br/>
      </w:r>
      <w:r>
        <w:rPr>
          <w:sz w:val="20"/>
        </w:rPr>
        <w:t>23:26  hata ke hussain ko bhi baz ko shaheed kaha gaya. un ke zamane mein nahi. un ke zamane mein hussain shaheed nahi kaha gaya tha. umar shaheed, usman shaheed, ali shaheed yeh sab nahi kaha gaya tha.</w:t>
      </w:r>
      <w:r>
        <w:br/>
      </w:r>
      <w:r>
        <w:rPr>
          <w:sz w:val="20"/>
        </w:rPr>
        <w:t>23:41  second word yeh hai colonialisme ke zamane mein jab musalmanon ne ladai shuru ki to tab yeh nikla shaheed, shaheed, shaheed.</w:t>
      </w:r>
      <w:r>
        <w:br/>
      </w:r>
      <w:r>
        <w:rPr>
          <w:sz w:val="20"/>
        </w:rPr>
        <w:t>23:54  jo ulama maare gaye british ke muqable mein sab se pehle un ko shaheed kaha gaya. halanke woh sab bidat the, bidat. aap ko shaq hai to bukhari padh lijiyey.</w:t>
      </w:r>
      <w:r>
        <w:br/>
      </w:r>
      <w:r>
        <w:rPr>
          <w:sz w:val="20"/>
        </w:rPr>
        <w:t>24:10  isi ki wajah se musalmanon ke andar ladai ke bare mein second thought nahi aa raha. serious darje mein rethinking nahi aa rahi hai.</w:t>
      </w:r>
    </w:p>
    <w:p>
      <w:pPr>
        <w:pStyle w:val="Heading2"/>
      </w:pPr>
      <w:r>
        <w:t>Ummah's grave responsibility to convey God's message or answer for it</w:t>
      </w:r>
    </w:p>
    <w:p>
      <w:r>
        <w:rPr>
          <w:color w:val="666666"/>
          <w:sz w:val="18"/>
        </w:rPr>
        <w:t>Prophetic Mission in 21st Century October 2, 2011 Maulana Wahiduddin Khan · 4m 36s · at 46:48 · https://youtu.be/ao5gC6SXQXE?t=2808</w:t>
      </w:r>
    </w:p>
    <w:p>
      <w:r>
        <w:rPr>
          <w:i/>
        </w:rPr>
        <w:t>“Agar Musalman dawat ka kaam anjaam na dein”</w:t>
      </w:r>
    </w:p>
    <w:p>
      <w:r>
        <w:rPr>
          <w:sz w:val="20"/>
        </w:rPr>
        <w:t>46:48  quran mein hai ek ayat ke rasool ke bare mein: "ya ayyuha al-rasool,</w:t>
      </w:r>
      <w:r>
        <w:br/>
      </w:r>
      <w:r>
        <w:rPr>
          <w:sz w:val="20"/>
        </w:rPr>
        <w:t>47:01  is ka matlab yeh hai ke agar rasool dawat ka kaam na kare to is ka rasool hona mushtabah ho jata hai." kehte hain sakht baat hai yeh.</w:t>
      </w:r>
      <w:r>
        <w:br/>
      </w:r>
      <w:r>
        <w:rPr>
          <w:sz w:val="20"/>
        </w:rPr>
        <w:t>47:10  is tareeqe se ummat-e-muhammadi agar dawat ka kaam na kare to is ka ummat-e-muhammadi hona mushtabah ho jaye ga.</w:t>
      </w:r>
      <w:r>
        <w:br/>
      </w:r>
      <w:r>
        <w:rPr>
          <w:sz w:val="20"/>
        </w:rPr>
        <w:t>47:17  aap ghor kijiye ke qayamat mein aap is ko is ka ta'awun kar sakte hain. qayamat ka ailaan kiya jaye ke to ummat-e-muhammadi nahi ho, kya hum is ka ta'awun kar sakte hain?</w:t>
      </w:r>
      <w:r>
        <w:br/>
      </w:r>
      <w:r>
        <w:rPr>
          <w:sz w:val="20"/>
        </w:rPr>
        <w:t>47:31  to bohat ziyada sochne ki baat hai kyun ke dunya mein dobara number nahi aana hai. mar gaye to chale gaye dunya se. to akhirat mein agar yeh agar aisa ho ke wahan ailaan kar diya hai ke yeh yeh log jo hain, yeh ummat-e-muhammadi ka darja paane ke mustahiq nahi hain ke unhon ne kar-e-muhammadi ko anjaam nahi diya, unhon ne to aap ghor kijiye us waqt kya anjaam hoga hamara.</w:t>
      </w:r>
      <w:r>
        <w:br/>
      </w:r>
      <w:r>
        <w:rPr>
          <w:sz w:val="20"/>
        </w:rPr>
        <w:t>47:59  yeh bohat hi nazuk position hai,</w:t>
      </w:r>
      <w:r>
        <w:br/>
      </w:r>
      <w:r>
        <w:rPr>
          <w:sz w:val="20"/>
        </w:rPr>
        <w:t>48:01  be had nazuk. to main yeh kahun ga har aadmi ko chahiye ke woh apni priority reset reset kare, apni zindagi ko reassess kare, woh phir se soche apni zindagi ko kaise zindagi guzarna hai, zindagi ki phir se replanning kare.</w:t>
      </w:r>
      <w:r>
        <w:br/>
      </w:r>
      <w:r>
        <w:rPr>
          <w:sz w:val="20"/>
        </w:rPr>
        <w:t>48:20  har har musalman, humein sahib shakhs ko apni zindagi ka mansooba phir se banana hai, apne mamlaat ko phir se sochna hai,</w:t>
      </w:r>
      <w:r>
        <w:br/>
      </w:r>
      <w:r>
        <w:rPr>
          <w:sz w:val="20"/>
        </w:rPr>
        <w:t>48:31  apni priorities phir se set karna hai.</w:t>
      </w:r>
      <w:r>
        <w:br/>
      </w:r>
      <w:r>
        <w:rPr>
          <w:sz w:val="20"/>
        </w:rPr>
        <w:t>48:36  warna yeh baat Allah ta'ala ke qabil-e-ma'afi nahi hogi. is muamle mein sakht pakar hogi, sakht pakar hogi.</w:t>
      </w:r>
      <w:r>
        <w:br/>
      </w:r>
      <w:r>
        <w:rPr>
          <w:sz w:val="20"/>
        </w:rPr>
        <w:t>48:50  to hum isi baat ko logon tak pohnchana chahte hain. aap sab log jo yahan maujood hain, jo sun rahe hain, woh hadith mein aata hai ke "shahid al-ghayib" jo sun raha ho, woh un ko pohncha de jo rasool Allah nahi.</w:t>
      </w:r>
      <w:r>
        <w:br/>
      </w:r>
      <w:r>
        <w:rPr>
          <w:sz w:val="20"/>
        </w:rPr>
        <w:t>49:08  hadith mein aata hai ke rasool Allah sal-Allahu alaihi wasallam ne jab haj al-wida ka khutba diya, jo aap ka aakhri khutba tha, yaani wafat se kuch pehle, to us mein aap ne sari baatein kahi thi.</w:t>
      </w:r>
      <w:r>
        <w:br/>
      </w:r>
      <w:r>
        <w:rPr>
          <w:sz w:val="20"/>
        </w:rPr>
        <w:t>49:22  phir aap ne farmaya ke "shahid al-ghayib" jo yahan hai aur sun raha hai baat ko, woh un tak pohncha de jo yahan maujood nahi hain aur sun nahi rahe.</w:t>
      </w:r>
      <w:r>
        <w:br/>
      </w:r>
      <w:r>
        <w:rPr>
          <w:sz w:val="20"/>
        </w:rPr>
        <w:t>49:33  to aap logon par, aap logon, aap logon ki zaroori hai ke na sunne wale ko batayein, unhein ba-khabar karein,</w:t>
      </w:r>
      <w:r>
        <w:br/>
      </w:r>
      <w:r>
        <w:rPr>
          <w:sz w:val="20"/>
        </w:rPr>
        <w:t>49:43  zindagi ko ba-khabar karte rahen taakeh yeh kaam jo hai jaari ho. Allah ta'ala ne jo mawaqe' khole hain, un mawaqe' ko hum istemal kar saken.</w:t>
      </w:r>
      <w:r>
        <w:br/>
      </w:r>
      <w:r>
        <w:rPr>
          <w:sz w:val="20"/>
        </w:rPr>
        <w:t>49:55  yaad rakhiye, mawaqe' ko istemal na karna bhi ek jurm hai. Jab Allah ta'ala ne dawat ke mawaqe' khol diye to zahir hai ke Allah ta'ala ko matloob ho gaya ke hum in mawaqe' ko istemal</w:t>
      </w:r>
      <w:r>
        <w:br/>
      </w:r>
      <w:r>
        <w:rPr>
          <w:sz w:val="20"/>
        </w:rPr>
        <w:t>50:07  karen, istemal kar ke dawat ke kaam ko aalam-e-saheb phailayen.</w:t>
      </w:r>
      <w:r>
        <w:br/>
      </w:r>
      <w:r>
        <w:rPr>
          <w:sz w:val="20"/>
        </w:rPr>
        <w:t>50:17  yaani yeh saare mawaqe' khole gaye hain Allah ta'ala ki taraf se. To yaqeen nahi hai ke Allah ko matloob ho ke hum in ko istemal karen, is ko aawail karen, aawail kar ke aalmi dawat ka kaam karen.</w:t>
      </w:r>
      <w:r>
        <w:br/>
      </w:r>
      <w:r>
        <w:rPr>
          <w:sz w:val="20"/>
        </w:rPr>
        <w:t>50:30  agar hum is ko aawail na karen to goya ke hum ne matlab-e-ilahi ko poora nahi kiya.</w:t>
      </w:r>
      <w:r>
        <w:br/>
      </w:r>
      <w:r>
        <w:rPr>
          <w:sz w:val="20"/>
        </w:rPr>
        <w:t>50:36  yeh bohat hi rizq ki baat hai aur yeh Allah ta'ala ke ghazab ko dawat dene wali baat hai. Aap ghaur kijiye, aakhir mein agar poocha jaye ke tum ko hamare saare mawaqe' khol diye the,</w:t>
      </w:r>
      <w:r>
        <w:br/>
      </w:r>
      <w:r>
        <w:rPr>
          <w:sz w:val="20"/>
        </w:rPr>
        <w:t>50:50  yaani 99 percent kaam sab hamare anjam de diya tha, tum ne 1 percent kaam nahi kiya aur chale aaye to aap ko kaha ji kya hai?</w:t>
      </w:r>
      <w:r>
        <w:br/>
      </w:r>
      <w:r>
        <w:rPr>
          <w:sz w:val="20"/>
        </w:rPr>
        <w:t>51:01  aakhir to bohat hi sangin baat hai yeh. Is wajah se hamein har shakhs ko samajhna chahiye, bohat zyada samajhna chahiye.</w:t>
      </w:r>
      <w:r>
        <w:br/>
      </w:r>
      <w:r>
        <w:rPr>
          <w:sz w:val="20"/>
        </w:rPr>
        <w:t>51:12  yaani shaam hone se pehle hum sochen, subah hone se pehle hum check karen ke hamari zindagi ka mansooba kya hai, hamein kya karna hai duniya mein.</w:t>
      </w:r>
    </w:p>
    <w:p>
      <w:pPr>
        <w:pStyle w:val="Heading2"/>
      </w:pPr>
      <w:r>
        <w:t>Great testimony in history of things</w:t>
      </w:r>
    </w:p>
    <w:p>
      <w:r>
        <w:rPr>
          <w:color w:val="666666"/>
          <w:sz w:val="18"/>
        </w:rPr>
        <w:t>Maulana Addressal to the CPS Team at Nizamuddin Park January 18, 2015 · 3m 18s · at 26:12 · https://youtu.be/GLx-fj6TU8s?t=1572</w:t>
      </w:r>
    </w:p>
    <w:p>
      <w:r>
        <w:rPr>
          <w:i/>
        </w:rPr>
        <w:t>“What what da history of things?”</w:t>
      </w:r>
    </w:p>
    <w:p>
      <w:r>
        <w:rPr>
          <w:sz w:val="20"/>
        </w:rPr>
        <w:t>26:12  What was the history of things? What was that of Allah? That is to tell.</w:t>
      </w:r>
      <w:r>
        <w:br/>
      </w:r>
      <w:r>
        <w:rPr>
          <w:sz w:val="20"/>
        </w:rPr>
        <w:t>26:21  yeh ajeeb o ghareeb basharat hai keh hadha aazam al-nas shadan intarat al-alameen.</w:t>
      </w:r>
      <w:r>
        <w:br/>
      </w:r>
      <w:r>
        <w:rPr>
          <w:sz w:val="20"/>
        </w:rPr>
        <w:t>26:28  yani jo log aisa karein ge,</w:t>
      </w:r>
      <w:r>
        <w:br/>
      </w:r>
      <w:r>
        <w:rPr>
          <w:sz w:val="20"/>
        </w:rPr>
        <w:t>26:31  allah ki nazar mein</w:t>
      </w:r>
      <w:r>
        <w:br/>
      </w:r>
      <w:r>
        <w:rPr>
          <w:sz w:val="20"/>
        </w:rPr>
        <w:t>26:34  woh sab se</w:t>
      </w:r>
      <w:r>
        <w:br/>
      </w:r>
      <w:r>
        <w:rPr>
          <w:sz w:val="20"/>
        </w:rPr>
        <w:t>26:37  poori tareekh ki sab bari shahadat hogi.</w:t>
      </w:r>
      <w:r>
        <w:br/>
      </w:r>
      <w:r>
        <w:rPr>
          <w:sz w:val="20"/>
        </w:rPr>
        <w:t>26:41  shahadat ke maani witness.</w:t>
      </w:r>
      <w:r>
        <w:br/>
      </w:r>
      <w:r>
        <w:rPr>
          <w:sz w:val="20"/>
        </w:rPr>
        <w:t>26:43  yeh nahi keh mar jana.</w:t>
      </w:r>
      <w:r>
        <w:br/>
      </w:r>
      <w:r>
        <w:rPr>
          <w:sz w:val="20"/>
        </w:rPr>
        <w:t>26:47  yeh nahi hai.</w:t>
      </w:r>
      <w:r>
        <w:br/>
      </w:r>
      <w:r>
        <w:rPr>
          <w:sz w:val="20"/>
        </w:rPr>
        <w:t>26:49  to aap ko allah taala ke haan, yeh aap ne agar is ko soul concern banaya aur allah</w:t>
      </w:r>
      <w:r>
        <w:br/>
      </w:r>
      <w:r>
        <w:rPr>
          <w:sz w:val="20"/>
        </w:rPr>
        <w:t>26:56  ki madad se aap ne woh kaam kar dala, to qayamat mein aap ko yeh darja mile ga.</w:t>
      </w:r>
      <w:r>
        <w:br/>
      </w:r>
      <w:r>
        <w:rPr>
          <w:sz w:val="20"/>
        </w:rPr>
        <w:t>27:04  yeh woh log hain jinho ne allah ki witness ke liye khare hue.</w:t>
      </w:r>
      <w:r>
        <w:br/>
      </w:r>
      <w:r>
        <w:rPr>
          <w:sz w:val="20"/>
        </w:rPr>
        <w:t>27:09  aur yeh aazam al-nas shadan intarat al-alameen.</w:t>
      </w:r>
      <w:r>
        <w:br/>
      </w:r>
      <w:r>
        <w:rPr>
          <w:sz w:val="20"/>
        </w:rPr>
        <w:t>27:17  to main aap ko,</w:t>
      </w:r>
      <w:r>
        <w:br/>
      </w:r>
      <w:r>
        <w:rPr>
          <w:sz w:val="20"/>
        </w:rPr>
        <w:t>27:20  yani mujhe nahi maloom keh mera aaj ka din aakhri din ho ya abhi aur mujhe dunya mein</w:t>
      </w:r>
      <w:r>
        <w:br/>
      </w:r>
      <w:r>
        <w:rPr>
          <w:sz w:val="20"/>
        </w:rPr>
        <w:t>27:25  rehna hai, lekin aap ko behrahal</w:t>
      </w:r>
      <w:r>
        <w:br/>
      </w:r>
      <w:r>
        <w:rPr>
          <w:sz w:val="20"/>
        </w:rPr>
        <w:t>27:34  isi par jam, isi ko kaam, isi ke ooper jana hai.</w:t>
      </w:r>
      <w:r>
        <w:br/>
      </w:r>
      <w:r>
        <w:rPr>
          <w:sz w:val="20"/>
        </w:rPr>
        <w:t>27:40  aur is umeed mein keh allah ki madad</w:t>
      </w:r>
      <w:r>
        <w:br/>
      </w:r>
      <w:r>
        <w:rPr>
          <w:sz w:val="20"/>
        </w:rPr>
        <w:t>27:43  zarur aap ko hasil hogi.</w:t>
      </w:r>
      <w:r>
        <w:br/>
      </w:r>
      <w:r>
        <w:rPr>
          <w:sz w:val="20"/>
        </w:rPr>
        <w:t>27:47  to bas yeh mujhe kehna tha.</w:t>
      </w:r>
      <w:r>
        <w:br/>
      </w:r>
      <w:r>
        <w:rPr>
          <w:sz w:val="20"/>
        </w:rPr>
        <w:t>27:50  aur mujhe yaqeen hai keh aap logon ko is baat ko</w:t>
      </w:r>
      <w:r>
        <w:br/>
      </w:r>
      <w:r>
        <w:rPr>
          <w:sz w:val="20"/>
        </w:rPr>
        <w:t>27:54  mana hoga aur</w:t>
      </w:r>
      <w:r>
        <w:br/>
      </w:r>
      <w:r>
        <w:rPr>
          <w:sz w:val="20"/>
        </w:rPr>
        <w:t>28:01  ab mujh se koi hatega nahi is se.</w:t>
      </w:r>
      <w:r>
        <w:br/>
      </w:r>
      <w:r>
        <w:rPr>
          <w:sz w:val="20"/>
        </w:rPr>
        <w:t>28:04  chahe main dunya mein rahu ya na rahu.</w:t>
      </w:r>
      <w:r>
        <w:br/>
      </w:r>
      <w:r>
        <w:rPr>
          <w:sz w:val="20"/>
        </w:rPr>
        <w:t>28:06  hatega nahi.</w:t>
      </w:r>
      <w:r>
        <w:br/>
      </w:r>
      <w:r>
        <w:rPr>
          <w:sz w:val="20"/>
        </w:rPr>
        <w:t>28:10  to ab ab aap ko</w:t>
      </w:r>
      <w:r>
        <w:br/>
      </w:r>
      <w:r>
        <w:rPr>
          <w:sz w:val="20"/>
        </w:rPr>
        <w:t>28:13  urdu mein jo kaam hamara hua tha, us ko secondary banana hai.</w:t>
      </w:r>
      <w:r>
        <w:br/>
      </w:r>
      <w:r>
        <w:rPr>
          <w:sz w:val="20"/>
        </w:rPr>
        <w:t>28:17  wo chalta rahega, lekin</w:t>
      </w:r>
      <w:r>
        <w:br/>
      </w:r>
      <w:r>
        <w:rPr>
          <w:sz w:val="20"/>
        </w:rPr>
        <w:t>28:22  wo kalam bhi kaam nahi hoga.</w:t>
      </w:r>
      <w:r>
        <w:br/>
      </w:r>
      <w:r>
        <w:rPr>
          <w:sz w:val="20"/>
        </w:rPr>
        <w:t>28:25  kyunke urdu kaam jo hai, wo</w:t>
      </w:r>
      <w:r>
        <w:br/>
      </w:r>
      <w:r>
        <w:rPr>
          <w:sz w:val="20"/>
        </w:rPr>
        <w:t>28:28  mostly wo muslim page hai.</w:t>
      </w:r>
      <w:r>
        <w:br/>
      </w:r>
      <w:r>
        <w:rPr>
          <w:sz w:val="20"/>
        </w:rPr>
        <w:t>28:30  ab hamein, yani</w:t>
      </w:r>
      <w:r>
        <w:br/>
      </w:r>
      <w:r>
        <w:rPr>
          <w:sz w:val="20"/>
        </w:rPr>
        <w:t>28:39  poori humanity ko apna nishana banana hai.</w:t>
      </w:r>
      <w:r>
        <w:br/>
      </w:r>
      <w:r>
        <w:rPr>
          <w:sz w:val="20"/>
        </w:rPr>
        <w:t>28:43  taake insaan jaan le</w:t>
      </w:r>
      <w:r>
        <w:br/>
      </w:r>
      <w:r>
        <w:rPr>
          <w:sz w:val="20"/>
        </w:rPr>
        <w:t>28:48  ke use khuda ne jo deen us ko diya tha, wo kya tha.</w:t>
      </w:r>
      <w:r>
        <w:br/>
      </w:r>
      <w:r>
        <w:rPr>
          <w:sz w:val="20"/>
        </w:rPr>
        <w:t>28:54  to bas main ye</w:t>
      </w:r>
      <w:r>
        <w:br/>
      </w:r>
      <w:r>
        <w:rPr>
          <w:sz w:val="20"/>
        </w:rPr>
        <w:t>28:57  yahi chahta tha aap se kehna.</w:t>
      </w:r>
      <w:r>
        <w:br/>
      </w:r>
      <w:r>
        <w:rPr>
          <w:sz w:val="20"/>
        </w:rPr>
        <w:t>29:00  aur meri dua hai ke Allah taala</w:t>
      </w:r>
      <w:r>
        <w:br/>
      </w:r>
      <w:r>
        <w:rPr>
          <w:sz w:val="20"/>
        </w:rPr>
        <w:t>29:03  aap ko tofeeq de</w:t>
      </w:r>
      <w:r>
        <w:br/>
      </w:r>
      <w:r>
        <w:rPr>
          <w:sz w:val="20"/>
        </w:rPr>
        <w:t>29:08  ke aap is par qaim rahen.</w:t>
      </w:r>
      <w:r>
        <w:br/>
      </w:r>
      <w:r>
        <w:rPr>
          <w:sz w:val="20"/>
        </w:rPr>
        <w:t>29:12  aur isi ko apna sole concern banaen.</w:t>
      </w:r>
      <w:r>
        <w:br/>
      </w:r>
      <w:r>
        <w:rPr>
          <w:sz w:val="20"/>
        </w:rPr>
        <w:t>29:17  bas. Assalam o alaikum wa rehmatullah.</w:t>
      </w:r>
      <w:r>
        <w:br/>
      </w:r>
      <w:r>
        <w:rPr>
          <w:sz w:val="20"/>
        </w:rPr>
        <w:t>29:30  rajat? aap.</w:t>
      </w:r>
    </w:p>
    <w:p>
      <w:pPr>
        <w:pStyle w:val="Heading2"/>
      </w:pPr>
      <w:r>
        <w:t>Islam vs Muslims and goal of Tazkiya</w:t>
      </w:r>
    </w:p>
    <w:p>
      <w:r>
        <w:rPr>
          <w:color w:val="666666"/>
          <w:sz w:val="18"/>
        </w:rPr>
        <w:t>Interview of Maulana Wahiduddin Khan by Steve Chase · 4m 50s · at 1:01 · https://youtu.be/dbDfvOYCLdA?t=61</w:t>
      </w:r>
    </w:p>
    <w:p>
      <w:r>
        <w:rPr>
          <w:i/>
        </w:rPr>
        <w:t>“I think the study of religion is not a very easy subject.”</w:t>
      </w:r>
    </w:p>
    <w:p>
      <w:r>
        <w:rPr>
          <w:sz w:val="20"/>
        </w:rPr>
        <w:t>1:01  I think that the study of religion is not a very easy subject, because there are people confused</w:t>
      </w:r>
      <w:r>
        <w:br/>
      </w:r>
      <w:r>
        <w:rPr>
          <w:sz w:val="20"/>
        </w:rPr>
        <w:t>1:12  between religion and people of religion, between Islam and Muslims.</w:t>
      </w:r>
      <w:r>
        <w:br/>
      </w:r>
      <w:r>
        <w:rPr>
          <w:sz w:val="20"/>
        </w:rPr>
        <w:t>1:22  This creates confusion, and it becomes difficult to draw someright conclusion.</w:t>
      </w:r>
      <w:r>
        <w:br/>
      </w:r>
      <w:r>
        <w:rPr>
          <w:sz w:val="20"/>
        </w:rPr>
        <w:t>1:33  So my way of thinking is that—I always say that my subject is Islam.</w:t>
      </w:r>
      <w:r>
        <w:br/>
      </w:r>
      <w:r>
        <w:rPr>
          <w:sz w:val="20"/>
        </w:rPr>
        <w:t>1:39  Muslim has not been my subject.</w:t>
      </w:r>
      <w:r>
        <w:br/>
      </w:r>
      <w:r>
        <w:rPr>
          <w:sz w:val="20"/>
        </w:rPr>
        <w:t>1:45  So I always study Islam from Islamic texts.</w:t>
      </w:r>
      <w:r>
        <w:br/>
      </w:r>
      <w:r>
        <w:rPr>
          <w:sz w:val="20"/>
        </w:rPr>
        <w:t>1:51  So I differentiate between Islam and Muslims.</w:t>
      </w:r>
      <w:r>
        <w:br/>
      </w:r>
      <w:r>
        <w:rPr>
          <w:sz w:val="20"/>
        </w:rPr>
        <w:t>1:57  So according to my study, the first source of Islam</w:t>
      </w:r>
      <w:r>
        <w:br/>
      </w:r>
      <w:r>
        <w:rPr>
          <w:sz w:val="20"/>
        </w:rPr>
        <w:t>2:03  is Quran.</w:t>
      </w:r>
      <w:r>
        <w:br/>
      </w:r>
      <w:r>
        <w:rPr>
          <w:sz w:val="20"/>
        </w:rPr>
        <w:t>2:10  Then Prophet's life, Prophet's saying, Prophet's example.</w:t>
      </w:r>
      <w:r>
        <w:br/>
      </w:r>
      <w:r>
        <w:rPr>
          <w:sz w:val="20"/>
        </w:rPr>
        <w:t>2:18  These two are basic references of Islam.</w:t>
      </w:r>
      <w:r>
        <w:br/>
      </w:r>
      <w:r>
        <w:rPr>
          <w:sz w:val="20"/>
        </w:rPr>
        <w:t>2:26  So according to my study, people generally refer to some verse</w:t>
      </w:r>
      <w:r>
        <w:br/>
      </w:r>
      <w:r>
        <w:rPr>
          <w:sz w:val="20"/>
        </w:rPr>
        <w:t>2:33  at the time of Prophet.</w:t>
      </w:r>
      <w:r>
        <w:br/>
      </w:r>
      <w:r>
        <w:rPr>
          <w:sz w:val="20"/>
        </w:rPr>
        <w:t>2:41  So they—by referring to these verses, they say that Islam is religious verse.</w:t>
      </w:r>
      <w:r>
        <w:br/>
      </w:r>
      <w:r>
        <w:rPr>
          <w:sz w:val="20"/>
        </w:rPr>
        <w:t>2:49  But here also you have to differentiate between basic principles and those things that were due to age factors.</w:t>
      </w:r>
      <w:r>
        <w:br/>
      </w:r>
      <w:r>
        <w:rPr>
          <w:sz w:val="20"/>
        </w:rPr>
        <w:t>2:56  Prophet of Islam started his mission in 7th century AD.</w:t>
      </w:r>
      <w:r>
        <w:br/>
      </w:r>
      <w:r>
        <w:rPr>
          <w:sz w:val="20"/>
        </w:rPr>
        <w:t>3:04  At that time there was tribal culture.</w:t>
      </w:r>
      <w:r>
        <w:br/>
      </w:r>
      <w:r>
        <w:rPr>
          <w:sz w:val="20"/>
        </w:rPr>
        <w:t>3:14  Tribal culture means culture of conflict, culture of war, because tribes—tribes don't do anything except violence.</w:t>
      </w:r>
      <w:r>
        <w:br/>
      </w:r>
      <w:r>
        <w:rPr>
          <w:sz w:val="20"/>
        </w:rPr>
        <w:t>3:24  So to this age factor, sometimes Prophet was engaged in</w:t>
      </w:r>
      <w:r>
        <w:br/>
      </w:r>
      <w:r>
        <w:rPr>
          <w:sz w:val="20"/>
        </w:rPr>
        <w:t>3:34  war.</w:t>
      </w:r>
      <w:r>
        <w:br/>
      </w:r>
      <w:r>
        <w:rPr>
          <w:sz w:val="20"/>
        </w:rPr>
        <w:t>3:39  But war is not Islamic teaching.</w:t>
      </w:r>
      <w:r>
        <w:br/>
      </w:r>
      <w:r>
        <w:rPr>
          <w:sz w:val="20"/>
        </w:rPr>
        <w:t>3:44  It was due to age factor.</w:t>
      </w:r>
      <w:r>
        <w:br/>
      </w:r>
      <w:r>
        <w:rPr>
          <w:sz w:val="20"/>
        </w:rPr>
        <w:t>3:49  And also Prophet always managed those wars.</w:t>
      </w:r>
      <w:r>
        <w:br/>
      </w:r>
      <w:r>
        <w:rPr>
          <w:sz w:val="20"/>
        </w:rPr>
        <w:t>3:54  So in Islamic study, in—in the Prophet's life, there is no full-fledged war, only some skirmishes, because Prophet</w:t>
      </w:r>
      <w:r>
        <w:br/>
      </w:r>
      <w:r>
        <w:rPr>
          <w:sz w:val="20"/>
        </w:rPr>
        <w:t>3:59  always tried to minimize</w:t>
      </w:r>
      <w:r>
        <w:br/>
      </w:r>
      <w:r>
        <w:rPr>
          <w:sz w:val="20"/>
        </w:rPr>
        <w:t>4:05  the tension.</w:t>
      </w:r>
      <w:r>
        <w:br/>
      </w:r>
      <w:r>
        <w:rPr>
          <w:sz w:val="20"/>
        </w:rPr>
        <w:t>4:12  And due to this strategy, there was no full-fledged war.</w:t>
      </w:r>
      <w:r>
        <w:br/>
      </w:r>
      <w:r>
        <w:rPr>
          <w:sz w:val="20"/>
        </w:rPr>
        <w:t>4:20  So this is my—my study.</w:t>
      </w:r>
      <w:r>
        <w:br/>
      </w:r>
      <w:r>
        <w:rPr>
          <w:sz w:val="20"/>
        </w:rPr>
        <w:t>4:27  Then another point is that I always try to know what was the real goal of Islam</w:t>
      </w:r>
      <w:r>
        <w:br/>
      </w:r>
      <w:r>
        <w:rPr>
          <w:sz w:val="20"/>
        </w:rPr>
        <w:t>4:35  . Real goal.</w:t>
      </w:r>
      <w:r>
        <w:br/>
      </w:r>
      <w:r>
        <w:rPr>
          <w:sz w:val="20"/>
        </w:rPr>
        <w:t>4:41  So according to my study, goal was not to establish government.</w:t>
      </w:r>
      <w:r>
        <w:br/>
      </w:r>
      <w:r>
        <w:rPr>
          <w:sz w:val="20"/>
        </w:rPr>
        <w:t>4:47  It was not true goal.</w:t>
      </w:r>
      <w:r>
        <w:br/>
      </w:r>
      <w:r>
        <w:rPr>
          <w:sz w:val="20"/>
        </w:rPr>
        <w:t>4:54  Islamic goal was to prepare individuals that is called Tazkiya.</w:t>
      </w:r>
      <w:r>
        <w:br/>
      </w:r>
      <w:r>
        <w:rPr>
          <w:sz w:val="20"/>
        </w:rPr>
        <w:t>5:00  In—if you adopt the term</w:t>
      </w:r>
      <w:r>
        <w:br/>
      </w:r>
      <w:r>
        <w:rPr>
          <w:sz w:val="20"/>
        </w:rPr>
        <w:t>5:06  used by—by the Quran, then it is Tazkiya.</w:t>
      </w:r>
      <w:r>
        <w:br/>
      </w:r>
      <w:r>
        <w:rPr>
          <w:sz w:val="20"/>
        </w:rPr>
        <w:t>5:14  Tazkiya means purification.</w:t>
      </w:r>
      <w:r>
        <w:br/>
      </w:r>
      <w:r>
        <w:rPr>
          <w:sz w:val="20"/>
        </w:rPr>
        <w:t>5:21  So according to my study, the only goal of Islam was to—to purify people.</w:t>
      </w:r>
      <w:r>
        <w:br/>
      </w:r>
      <w:r>
        <w:rPr>
          <w:sz w:val="20"/>
        </w:rPr>
        <w:t>5:29  By purification, I mean basically to—to prepare them, th</w:t>
      </w:r>
      <w:r>
        <w:br/>
      </w:r>
      <w:r>
        <w:rPr>
          <w:sz w:val="20"/>
        </w:rPr>
        <w:t>5:37  em, to live as a positive personality, avoid negative thinking. This is the basic, basic issue. So this is my study.</w:t>
      </w:r>
    </w:p>
    <w:p>
      <w:pPr>
        <w:pStyle w:val="Heading2"/>
      </w:pPr>
      <w:r>
        <w:t>Michael Hart's book reveals the true meaning of Maqam Mahmood</w:t>
      </w:r>
    </w:p>
    <w:p>
      <w:r>
        <w:rPr>
          <w:color w:val="666666"/>
          <w:sz w:val="18"/>
        </w:rPr>
        <w:t>Reinterpretation of Islam April 12, 2009 · 4m 57s · at 30:21 · https://youtu.be/QMG_eov11Po?t=1821</w:t>
      </w:r>
    </w:p>
    <w:p>
      <w:r>
        <w:rPr>
          <w:i/>
        </w:rPr>
        <w:t>“Quran mein ek verse hai: maqam-e-mahmood”</w:t>
      </w:r>
    </w:p>
    <w:p>
      <w:r>
        <w:rPr>
          <w:sz w:val="20"/>
        </w:rPr>
        <w:t>30:21  dekhiye Quran mein aik verse hai: "asa yubskrub maqam-e-mahmooda". yeh is a verse of the Quran.</w:t>
      </w:r>
      <w:r>
        <w:br/>
      </w:r>
      <w:r>
        <w:rPr>
          <w:sz w:val="20"/>
        </w:rPr>
        <w:t>30:33  is ka matlab hai ke Khuda tum ko maqam-e-mahmood par khara karega.</w:t>
      </w:r>
      <w:r>
        <w:br/>
      </w:r>
      <w:r>
        <w:rPr>
          <w:sz w:val="20"/>
        </w:rPr>
        <w:t>30:39  maqam-e-mahmood means yani praiseworthy place. aise jis ka praise kiya jaye, us ki tareef ki jaye. to Khuda tum ko yani Muhammad (SAW) ko, prophet ko maqam-e-mahmood par khara karega.</w:t>
      </w:r>
      <w:r>
        <w:br/>
      </w:r>
      <w:r>
        <w:rPr>
          <w:sz w:val="20"/>
        </w:rPr>
        <w:t>30:56  to sare scholars kya karte hain? is ko</w:t>
      </w:r>
      <w:r>
        <w:br/>
      </w:r>
      <w:r>
        <w:rPr>
          <w:sz w:val="20"/>
        </w:rPr>
        <w:t>30:59  aik mysterious explanation dete hain is ka. ke wo jab qayamat aye gi, jab Khuda zahir hoga, jab hajj ka maidan hoga, to aik bohat bara wahan par aik platform hoga, bohat sab se ooncha.</w:t>
      </w:r>
      <w:r>
        <w:br/>
      </w:r>
      <w:r>
        <w:rPr>
          <w:sz w:val="20"/>
        </w:rPr>
        <w:t>31:13  wahan par rasool Allah khare kiye jayenge. kyunke sab se ooncha insan, afzal al anbiya, khair al bashar.</w:t>
      </w:r>
      <w:r>
        <w:br/>
      </w:r>
      <w:r>
        <w:rPr>
          <w:sz w:val="20"/>
        </w:rPr>
        <w:t>31:20  dekhiye yeh yeh jo hai das expression is in term of mystery. in term of mysterious belief.</w:t>
      </w:r>
      <w:r>
        <w:br/>
      </w:r>
      <w:r>
        <w:rPr>
          <w:sz w:val="20"/>
        </w:rPr>
        <w:t>31:33  yeh to kisi ne dekha nahin. that is a mystery. to aap ne nabi maqam mehmood ko in term of mystery belief explain kiya.</w:t>
      </w:r>
      <w:r>
        <w:br/>
      </w:r>
      <w:r>
        <w:rPr>
          <w:sz w:val="20"/>
        </w:rPr>
        <w:t>31:46  this kind of expression is explaining maqam mehmood in term of mysterious belief. to modern mind ko samajh nahin pata is ko.</w:t>
      </w:r>
      <w:r>
        <w:br/>
      </w:r>
      <w:r>
        <w:rPr>
          <w:sz w:val="20"/>
        </w:rPr>
        <w:t>32:01  phir kya hua? dekhiye jab maine kitaab padhi "the hundred" doctor Michael Hart. you know doctor Michael Hart was a American scholar.</w:t>
      </w:r>
      <w:r>
        <w:br/>
      </w:r>
      <w:r>
        <w:rPr>
          <w:sz w:val="20"/>
        </w:rPr>
        <w:t>32:13  after after long long study. he prepared a book "the hundred".</w:t>
      </w:r>
      <w:r>
        <w:br/>
      </w:r>
      <w:r>
        <w:rPr>
          <w:sz w:val="20"/>
        </w:rPr>
        <w:t>32:22  in this book he places Muhammad at the top. saare history ke, saare history ke one hundred logon ko is ne select kiya.</w:t>
      </w:r>
      <w:r>
        <w:br/>
      </w:r>
      <w:r>
        <w:rPr>
          <w:sz w:val="20"/>
        </w:rPr>
        <w:t>32:33  top par rakha hai Muhammad bin Abdullah ko, prophet of Islam ko. to meri samajh mein kya baat aayi?</w:t>
      </w:r>
      <w:r>
        <w:br/>
      </w:r>
      <w:r>
        <w:rPr>
          <w:sz w:val="20"/>
        </w:rPr>
        <w:t>32:41  ke doctor Michael Hart studied the this phenomena in term of history.</w:t>
      </w:r>
      <w:r>
        <w:br/>
      </w:r>
      <w:r>
        <w:rPr>
          <w:sz w:val="20"/>
        </w:rPr>
        <w:t>32:52  muslim scholars is ko le rahe the in term of belief, mysterious belief. to is ne jab is ko in term of history study kiya to maloom hua ke Muhammad jo the woh to bohat hi bara,</w:t>
      </w:r>
      <w:r>
        <w:br/>
      </w:r>
      <w:r>
        <w:rPr>
          <w:sz w:val="20"/>
        </w:rPr>
        <w:t>33:06  yani supreme successful person the.</w:t>
      </w:r>
      <w:r>
        <w:br/>
      </w:r>
      <w:r>
        <w:rPr>
          <w:sz w:val="20"/>
        </w:rPr>
        <w:t>33:09  Muhammad was, is ne likha hai ke Muhammad was extremely successful person in the history. to is ne rasool Allah ke nabi mehboob wali baat ko in term of history study kiya.</w:t>
      </w:r>
      <w:r>
        <w:br/>
      </w:r>
      <w:r>
        <w:rPr>
          <w:sz w:val="20"/>
        </w:rPr>
        <w:t>33:25  aur phir woh kitaab likhi is ne. ab dekhiye yeh yeh baat aaj ke insan ke liye understandable ho gayi.</w:t>
      </w:r>
      <w:r>
        <w:br/>
      </w:r>
      <w:r>
        <w:rPr>
          <w:sz w:val="20"/>
        </w:rPr>
        <w:t>33:33  when you are explaining the phenomena of nabi mehboob in term of mystery belief, then it was not understandable to modern mind.</w:t>
      </w:r>
      <w:r>
        <w:br/>
      </w:r>
      <w:r>
        <w:rPr>
          <w:sz w:val="20"/>
        </w:rPr>
        <w:t>33:45  but when doctor Michael Hart explained it in term of historical phenomena, that it became completely understandable.</w:t>
      </w:r>
      <w:r>
        <w:br/>
      </w:r>
      <w:r>
        <w:rPr>
          <w:sz w:val="20"/>
        </w:rPr>
        <w:t>33:56  ke Khuda. us waqt yeh ayat utri thi jab rasool Allah jo hai bilkul un ka koi Arab mein koi position nahin thi.</w:t>
      </w:r>
      <w:r>
        <w:br/>
      </w:r>
      <w:r>
        <w:rPr>
          <w:sz w:val="20"/>
        </w:rPr>
        <w:t>34:05  there was no position. tab utri thi yeh, yani Mecca ke aakhri zamane mein. Mecca ke aakhri zamane mein dekhiye prophet of Islam was compelled to migrate from Mecca to leave Mecca</w:t>
      </w:r>
      <w:r>
        <w:br/>
      </w:r>
      <w:r>
        <w:rPr>
          <w:sz w:val="20"/>
        </w:rPr>
        <w:t>34:21  . this was his, he was at that time he was a helpless person. us waqt yeh ayat utri thi.</w:t>
      </w:r>
      <w:r>
        <w:br/>
      </w:r>
      <w:r>
        <w:rPr>
          <w:sz w:val="20"/>
        </w:rPr>
        <w:t>34:33  you know prophet Islam was born in Mecca, then he migrate to Madina. so when he was in Mecca, he was a helpless person.</w:t>
      </w:r>
      <w:r>
        <w:br/>
      </w:r>
      <w:r>
        <w:rPr>
          <w:sz w:val="20"/>
        </w:rPr>
        <w:t>34:51  us waqt yeh ayat utri hai ke tum ko Khuda nabi mehboob ke maqam par khara karega. yani history ke number one insan bana tum ban jaoge.</w:t>
      </w:r>
      <w:r>
        <w:br/>
      </w:r>
      <w:r>
        <w:rPr>
          <w:sz w:val="20"/>
        </w:rPr>
        <w:t>35:02  history ke saare insano mein number tum top par hoge. itni bari baat is mein thi, itni bari prediction tha, prediction. lekin hamare saare scholars is ko in term of mysterious belief lete rahe.</w:t>
      </w:r>
    </w:p>
    <w:p>
      <w:pPr>
        <w:pStyle w:val="Heading2"/>
      </w:pPr>
      <w:r>
        <w:t>Pride contradicts da'wa; humility needed</w:t>
      </w:r>
    </w:p>
    <w:p>
      <w:r>
        <w:rPr>
          <w:color w:val="666666"/>
          <w:sz w:val="18"/>
        </w:rPr>
        <w:t>The Policy of Sulh (Resolution) in Islam 13 June 2009 - Maulana Wahiduddin Khan · 5m 26s · at 42:25 · https://youtu.be/_1M1-7-0TD4?t=2545</w:t>
      </w:r>
    </w:p>
    <w:p>
      <w:r>
        <w:rPr>
          <w:i/>
        </w:rPr>
        <w:t>“People are confused in da'wa and community”</w:t>
      </w:r>
    </w:p>
    <w:p>
      <w:r>
        <w:rPr>
          <w:sz w:val="20"/>
        </w:rPr>
        <w:t>42:25  people are confused in, in dawah and in, in dawah and community.</w:t>
      </w:r>
      <w:r>
        <w:br/>
      </w:r>
      <w:r>
        <w:rPr>
          <w:sz w:val="20"/>
        </w:rPr>
        <w:t>42:37  dawah is a, is a islamic phenomena. people are engaged in commercial problems everywhere in the world.</w:t>
      </w:r>
      <w:r>
        <w:br/>
      </w:r>
      <w:r>
        <w:rPr>
          <w:sz w:val="20"/>
        </w:rPr>
        <w:t>42:51  there are so many</w:t>
      </w:r>
      <w:r>
        <w:br/>
      </w:r>
      <w:r>
        <w:rPr>
          <w:sz w:val="20"/>
        </w:rPr>
        <w:t>42:55  leaders who say that muslims are re discovered their pride in islam.</w:t>
      </w:r>
      <w:r>
        <w:br/>
      </w:r>
      <w:r>
        <w:rPr>
          <w:sz w:val="20"/>
        </w:rPr>
        <w:t>43:03  they say that muslims are re discovered their pride in islam. to he was having that kind of mind.</w:t>
      </w:r>
      <w:r>
        <w:br/>
      </w:r>
      <w:r>
        <w:rPr>
          <w:sz w:val="20"/>
        </w:rPr>
        <w:t>43:12  so i said that is not the work. is not the work.</w:t>
      </w:r>
      <w:r>
        <w:br/>
      </w:r>
      <w:r>
        <w:rPr>
          <w:sz w:val="20"/>
        </w:rPr>
        <w:t>43:20  this gentleman living in, in, in europe, and he said that i am doing the work. and also he presented some pamphlet he had prepared.</w:t>
      </w:r>
      <w:r>
        <w:br/>
      </w:r>
      <w:r>
        <w:rPr>
          <w:sz w:val="20"/>
        </w:rPr>
        <w:t>43:32  so his writing and his speech both were in, in, in tone of pride.</w:t>
      </w:r>
      <w:r>
        <w:br/>
      </w:r>
      <w:r>
        <w:rPr>
          <w:sz w:val="20"/>
        </w:rPr>
        <w:t>43:42  in every thing there was pride, sense of pride. so i said that</w:t>
      </w:r>
      <w:r>
        <w:br/>
      </w:r>
      <w:r>
        <w:rPr>
          <w:sz w:val="20"/>
        </w:rPr>
        <w:t>43:50  da'wah had nothing to do with the muslim pride. i said that the, the</w:t>
      </w:r>
      <w:r>
        <w:br/>
      </w:r>
      <w:r>
        <w:rPr>
          <w:sz w:val="20"/>
        </w:rPr>
        <w:t>44:04  there is a verse in the quran. 'ani lakum naseer'. prophet said to his, to his audience, to his madhu: "ani lakum naseer,</w:t>
      </w:r>
      <w:r>
        <w:br/>
      </w:r>
      <w:r>
        <w:rPr>
          <w:sz w:val="20"/>
        </w:rPr>
        <w:t>44:15  i am your well wisher. i am your well wisher." to the spirit of da'wah is well wishing towards others.</w:t>
      </w:r>
      <w:r>
        <w:br/>
      </w:r>
      <w:r>
        <w:rPr>
          <w:sz w:val="20"/>
        </w:rPr>
        <w:t>44:27  pride means that you are superior and others are inferior.</w:t>
      </w:r>
      <w:r>
        <w:br/>
      </w:r>
      <w:r>
        <w:rPr>
          <w:sz w:val="20"/>
        </w:rPr>
        <w:t>44:33  when you say that i am proud to be a muslim, when you say that i am proud to be a muslim, it means that i am superior and others are inferior.</w:t>
      </w:r>
      <w:r>
        <w:br/>
      </w:r>
      <w:r>
        <w:rPr>
          <w:sz w:val="20"/>
        </w:rPr>
        <w:t>44:50  when you say that i am proud to be a muslim, it means that you are, you are saying that you are superior, superior and others are inferior.</w:t>
      </w:r>
      <w:r>
        <w:br/>
      </w:r>
      <w:r>
        <w:rPr>
          <w:sz w:val="20"/>
        </w:rPr>
        <w:t>45:05  this kind of thing is quite unislamic.</w:t>
      </w:r>
      <w:r>
        <w:br/>
      </w:r>
      <w:r>
        <w:rPr>
          <w:sz w:val="20"/>
        </w:rPr>
        <w:t>45:09  this kind of thinking is quite unislamic.</w:t>
      </w:r>
      <w:r>
        <w:br/>
      </w:r>
      <w:r>
        <w:rPr>
          <w:sz w:val="20"/>
        </w:rPr>
        <w:t>45:16  and i said that you can't not do the work with this kind of mind.</w:t>
      </w:r>
      <w:r>
        <w:br/>
      </w:r>
      <w:r>
        <w:rPr>
          <w:sz w:val="20"/>
        </w:rPr>
        <w:t>45:25  you can't not do the work if you want to establish your pride. no, you have to be friendly</w:t>
      </w:r>
      <w:r>
        <w:br/>
      </w:r>
      <w:r>
        <w:rPr>
          <w:sz w:val="20"/>
        </w:rPr>
        <w:t>45:37  . you have to be, you have to compassionate to others. you have to be well wisher to others.</w:t>
      </w:r>
      <w:r>
        <w:br/>
      </w:r>
      <w:r>
        <w:rPr>
          <w:sz w:val="20"/>
        </w:rPr>
        <w:t>45:51  and you have to be modest. i said that one who discovers god, he becomes modest.</w:t>
      </w:r>
      <w:r>
        <w:br/>
      </w:r>
      <w:r>
        <w:rPr>
          <w:sz w:val="20"/>
        </w:rPr>
        <w:t>46:02  discovery of god means discovery of your own helplessness</w:t>
      </w:r>
      <w:r>
        <w:br/>
      </w:r>
      <w:r>
        <w:rPr>
          <w:sz w:val="20"/>
        </w:rPr>
        <w:t>46:09  . when you discover god, it means that you have discovered the greatness of god. at the same time, it means that you have discovered your helplessness, your ages.</w:t>
      </w:r>
      <w:r>
        <w:br/>
      </w:r>
      <w:r>
        <w:rPr>
          <w:sz w:val="20"/>
        </w:rPr>
        <w:t>46:23  so the work means doing divine work. the work means divine work.</w:t>
      </w:r>
      <w:r>
        <w:br/>
      </w:r>
      <w:r>
        <w:rPr>
          <w:sz w:val="20"/>
        </w:rPr>
        <w:t>46:33  so the work begins from the discovery of god.</w:t>
      </w:r>
      <w:r>
        <w:br/>
      </w:r>
      <w:r>
        <w:rPr>
          <w:sz w:val="20"/>
        </w:rPr>
        <w:t>46:40  the work begins from the discovery of god. when you discover god with all his greatness, with all his glory, then you want to strete this, this feeling, this knowledge.</w:t>
      </w:r>
      <w:r>
        <w:br/>
      </w:r>
      <w:r>
        <w:rPr>
          <w:sz w:val="20"/>
        </w:rPr>
        <w:t>47:03  that is da'wah. so one who discovers the greatness of god, he at the same time, he discovers his ages, his helplessness.</w:t>
      </w:r>
      <w:r>
        <w:br/>
      </w:r>
      <w:r>
        <w:rPr>
          <w:sz w:val="20"/>
        </w:rPr>
        <w:t>47:18  so this is the true psychology of a da'i.</w:t>
      </w:r>
      <w:r>
        <w:br/>
      </w:r>
      <w:r>
        <w:rPr>
          <w:sz w:val="20"/>
        </w:rPr>
        <w:t>47:24  the psychology of da'i is modesty. the psychology of da'i is ages, ages.</w:t>
      </w:r>
      <w:r>
        <w:br/>
      </w:r>
      <w:r>
        <w:rPr>
          <w:sz w:val="20"/>
        </w:rPr>
        <w:t>47:36  so the psychology of pride is quite against the psychology of da'i. to i said that if you are living in, in the sense of pride, you can't not do the work,</w:t>
      </w:r>
    </w:p>
    <w:p>
      <w:pPr>
        <w:pStyle w:val="Heading2"/>
      </w:pPr>
      <w:r>
        <w:t>Why 'Islam and terrorism' is a contradiction in terms</w:t>
      </w:r>
    </w:p>
    <w:p>
      <w:r>
        <w:rPr>
          <w:color w:val="666666"/>
          <w:sz w:val="18"/>
        </w:rPr>
        <w:t>Islam and Terrorism February 10, 2009 Maulana Wahiduddin Khan · 3m 18s · at 2:39 · https://youtu.be/vCEjp0w7Qjo?t=159</w:t>
      </w:r>
    </w:p>
    <w:p>
      <w:r>
        <w:rPr>
          <w:i/>
        </w:rPr>
        <w:t>“Islam and terrorism — a very strange topic to even put together.”</w:t>
      </w:r>
    </w:p>
    <w:p>
      <w:r>
        <w:rPr>
          <w:sz w:val="20"/>
        </w:rPr>
        <w:t>2:39  You know, the topic for this morning is Islam and terrorism. It is a very strange topic.</w:t>
      </w:r>
      <w:r>
        <w:br/>
      </w:r>
      <w:r>
        <w:rPr>
          <w:sz w:val="20"/>
        </w:rPr>
        <w:t>2:51  You know, Islam is a peaceful religion. Islam has nothing to do with terrorism.</w:t>
      </w:r>
      <w:r>
        <w:br/>
      </w:r>
      <w:r>
        <w:rPr>
          <w:sz w:val="20"/>
        </w:rPr>
        <w:t>3:02  But now, you know, Islam has breaking with terrorism.</w:t>
      </w:r>
      <w:r>
        <w:br/>
      </w:r>
      <w:r>
        <w:rPr>
          <w:sz w:val="20"/>
        </w:rPr>
        <w:t>3:06  In fact, Islam and terrorism are contradictory to each other, just as Gauthian philosophy and terrorism are contradictory to each other.</w:t>
      </w:r>
      <w:r>
        <w:br/>
      </w:r>
      <w:r>
        <w:rPr>
          <w:sz w:val="20"/>
        </w:rPr>
        <w:t>3:32  You know, Islam is a religion.</w:t>
      </w:r>
      <w:r>
        <w:br/>
      </w:r>
      <w:r>
        <w:rPr>
          <w:sz w:val="20"/>
        </w:rPr>
        <w:t>3:36  Islam is not a movement of terrorism. And all the religions are religions of peace and spirituality.</w:t>
      </w:r>
      <w:r>
        <w:br/>
      </w:r>
      <w:r>
        <w:rPr>
          <w:sz w:val="20"/>
        </w:rPr>
        <w:t>3:52  And Islam is not an exception.</w:t>
      </w:r>
      <w:r>
        <w:br/>
      </w:r>
      <w:r>
        <w:rPr>
          <w:sz w:val="20"/>
        </w:rPr>
        <w:t>3:57  The basic concern of Islam is to establish peace and spirituality.</w:t>
      </w:r>
      <w:r>
        <w:br/>
      </w:r>
      <w:r>
        <w:rPr>
          <w:sz w:val="20"/>
        </w:rPr>
        <w:t>4:06  If you read the Al-Qur'an, that is the most sacred book of Islam, you will find that all the verses of Al-Qur'an are related to peace and spirituality,</w:t>
      </w:r>
      <w:r>
        <w:br/>
      </w:r>
      <w:r>
        <w:rPr>
          <w:sz w:val="20"/>
        </w:rPr>
        <w:t>4:28  either directly or indirectly.</w:t>
      </w:r>
      <w:r>
        <w:br/>
      </w:r>
      <w:r>
        <w:rPr>
          <w:sz w:val="20"/>
        </w:rPr>
        <w:t>4:34  Now,</w:t>
      </w:r>
      <w:r>
        <w:br/>
      </w:r>
      <w:r>
        <w:rPr>
          <w:sz w:val="20"/>
        </w:rPr>
        <w:t>4:37  you know, Islam was founded by Muhammad bin Abdullah bin Abdul Muttalib. Muhammad sallallahu alayhi wa sallam was born in 570 AD in Mecca,</w:t>
      </w:r>
      <w:r>
        <w:br/>
      </w:r>
      <w:r>
        <w:rPr>
          <w:sz w:val="20"/>
        </w:rPr>
        <w:t>4:54  in Arabia. And he was appointed as a prophet in 610 AD.</w:t>
      </w:r>
      <w:r>
        <w:br/>
      </w:r>
      <w:r>
        <w:rPr>
          <w:sz w:val="20"/>
        </w:rPr>
        <w:t>5:07  God sent to him Al-Qur'an, that is, the Book of God. So there are two main sources of Islam: Qur'an and Hadith.</w:t>
      </w:r>
      <w:r>
        <w:br/>
      </w:r>
      <w:r>
        <w:rPr>
          <w:sz w:val="20"/>
        </w:rPr>
        <w:t>5:19  Qur'an means the Word of God, and Hadith means the sayings of the Prophet of Islam. So these two are the main sources of Islam.</w:t>
      </w:r>
      <w:r>
        <w:br/>
      </w:r>
      <w:r>
        <w:rPr>
          <w:sz w:val="20"/>
        </w:rPr>
        <w:t>5:34  The first very important principle I would like to mention is that if you want to know what Islam is, you have to differentiate between Islam and Muslims.</w:t>
      </w:r>
      <w:r>
        <w:br/>
      </w:r>
      <w:r>
        <w:rPr>
          <w:sz w:val="20"/>
        </w:rPr>
        <w:t>5:49  You have to judge Muslims in the light of Islamic teaching and not vice versa.</w:t>
      </w:r>
    </w:p>
    <w:p>
      <w:pPr>
        <w:pStyle w:val="Heading2"/>
      </w:pPr>
      <w:r>
        <w:t>Prophet's example and why difference is a blessing</w:t>
      </w:r>
    </w:p>
    <w:p>
      <w:r>
        <w:rPr>
          <w:color w:val="666666"/>
          <w:sz w:val="18"/>
        </w:rPr>
        <w:t>Position of Islam in a Pluralistic Society (English) March 12, 2007 Maulana Wahiduddin Khan · 4m 04s · at 8:50 · https://youtu.be/zeBT1HGl2n8?t=530</w:t>
      </w:r>
    </w:p>
    <w:p>
      <w:r>
        <w:rPr>
          <w:i/>
        </w:rPr>
        <w:t>“Let me narrate a story that throws more light on this.”</w:t>
      </w:r>
    </w:p>
    <w:p>
      <w:r>
        <w:rPr>
          <w:sz w:val="20"/>
        </w:rPr>
        <w:t>8:50  Then I would like to narrate a very relevant story, which throws more light on the subject.</w:t>
      </w:r>
      <w:r>
        <w:br/>
      </w:r>
      <w:r>
        <w:rPr>
          <w:sz w:val="20"/>
        </w:rPr>
        <w:t>9:01  The Prophet of Islam</w:t>
      </w:r>
      <w:r>
        <w:br/>
      </w:r>
      <w:r>
        <w:rPr>
          <w:sz w:val="20"/>
        </w:rPr>
        <w:t>9:06  migrated to Makkah and settled in Madinah in 622. At that time, Madinah was a multi-religious society.</w:t>
      </w:r>
      <w:r>
        <w:br/>
      </w:r>
      <w:r>
        <w:rPr>
          <w:sz w:val="20"/>
        </w:rPr>
        <w:t>9:17  So some Jewish tribes were also living over there. So what happened?</w:t>
      </w:r>
      <w:r>
        <w:br/>
      </w:r>
      <w:r>
        <w:rPr>
          <w:sz w:val="20"/>
        </w:rPr>
        <w:t>9:24  One day, the Prophet saw a funeral procession passing through a street in Madinah.</w:t>
      </w:r>
      <w:r>
        <w:br/>
      </w:r>
      <w:r>
        <w:rPr>
          <w:sz w:val="20"/>
        </w:rPr>
        <w:t>9:36  The Prophet was seated at that time. On seeing the funeral, the Prophet stood up in respec</w:t>
      </w:r>
      <w:r>
        <w:br/>
      </w:r>
      <w:r>
        <w:rPr>
          <w:sz w:val="20"/>
        </w:rPr>
        <w:t>9:48  t. One of his companions said, "O Prophet, it was the funeral of a Jew, not a Muslim." The Prophet replied, "ali sahib nafsan, was he not a human being?</w:t>
      </w:r>
      <w:r>
        <w:br/>
      </w:r>
      <w:r>
        <w:rPr>
          <w:sz w:val="20"/>
        </w:rPr>
        <w:t>10:05  Here you can see that the Prophet was able to discover a commonality between himself and that non-Muslim.</w:t>
      </w:r>
      <w:r>
        <w:br/>
      </w:r>
      <w:r>
        <w:rPr>
          <w:sz w:val="20"/>
        </w:rPr>
        <w:t>10:15  This is the true Islamic spirit."</w:t>
      </w:r>
      <w:r>
        <w:br/>
      </w:r>
      <w:r>
        <w:rPr>
          <w:sz w:val="20"/>
        </w:rPr>
        <w:t>10:18  Then I want to add one more point that although there are differences among different religions, it is a fact.</w:t>
      </w:r>
      <w:r>
        <w:br/>
      </w:r>
      <w:r>
        <w:rPr>
          <w:sz w:val="20"/>
        </w:rPr>
        <w:t>10:29  You cannot deny this fact. But difference is not an evil. The point is here. People generally think that difference is an ev</w:t>
      </w:r>
      <w:r>
        <w:br/>
      </w:r>
      <w:r>
        <w:rPr>
          <w:sz w:val="20"/>
        </w:rPr>
        <w:t>10:39  il. No. Difference is a part of this is a part of nature. Part of nature.</w:t>
      </w:r>
      <w:r>
        <w:br/>
      </w:r>
      <w:r>
        <w:rPr>
          <w:sz w:val="20"/>
        </w:rPr>
        <w:t>10:49  One scholar has rightly said that nature abhors uniformity. So everywhere, there are differences. Everywhere, there are differences.</w:t>
      </w:r>
      <w:r>
        <w:br/>
      </w:r>
      <w:r>
        <w:rPr>
          <w:sz w:val="20"/>
        </w:rPr>
        <w:t>11:00  Nature is based on difference</w:t>
      </w:r>
      <w:r>
        <w:br/>
      </w:r>
      <w:r>
        <w:rPr>
          <w:sz w:val="20"/>
        </w:rPr>
        <w:t>11:04  . So we have to learn the art of difference management rather than the art of eliminating the differences. Because elimination of differences is not possible.</w:t>
      </w:r>
      <w:r>
        <w:br/>
      </w:r>
      <w:r>
        <w:rPr>
          <w:sz w:val="20"/>
        </w:rPr>
        <w:t>11:15  So we have to adopt the formula of difference management. Then there is another point. Difference is not an evil.</w:t>
      </w:r>
      <w:r>
        <w:br/>
      </w:r>
      <w:r>
        <w:rPr>
          <w:sz w:val="20"/>
        </w:rPr>
        <w:t>11:26  Instead, it is a blessing. Blessing.</w:t>
      </w:r>
      <w:r>
        <w:br/>
      </w:r>
      <w:r>
        <w:rPr>
          <w:sz w:val="20"/>
        </w:rPr>
        <w:t>11:30  Why? Because it is difference that creates challenge, that creates competition, that creates discussion, that creates dialogue.</w:t>
      </w:r>
      <w:r>
        <w:br/>
      </w:r>
      <w:r>
        <w:rPr>
          <w:sz w:val="20"/>
        </w:rPr>
        <w:t>11:40  And you know, only through dialogue and discussion, we can achieve intellectual development. If there is no difference, there is no intellectual progress</w:t>
      </w:r>
      <w:r>
        <w:br/>
      </w:r>
      <w:r>
        <w:rPr>
          <w:sz w:val="20"/>
        </w:rPr>
        <w:t>11:56  . So difference is a part of nature because it is difference that is the only way to find intellectual development.</w:t>
      </w:r>
      <w:r>
        <w:br/>
      </w:r>
      <w:r>
        <w:rPr>
          <w:sz w:val="20"/>
        </w:rPr>
        <w:t>12:11  Someone has rightly said that where everyone thinks alike, no one thinks very much. So difference is a blessing.</w:t>
      </w:r>
      <w:r>
        <w:br/>
      </w:r>
      <w:r>
        <w:rPr>
          <w:sz w:val="20"/>
        </w:rPr>
        <w:t>12:23  Nature creates differences, creates competition, creates challenge. Because it is this situation which leads to intellectual development, which leads to spiritual development.</w:t>
      </w:r>
      <w:r>
        <w:br/>
      </w:r>
      <w:r>
        <w:rPr>
          <w:sz w:val="20"/>
        </w:rPr>
        <w:t>12:42  So Islam recognizes difference. And I can say that during the Prophet's life, there was a dialogue in Madinah.</w:t>
      </w:r>
    </w:p>
    <w:p>
      <w:pPr>
        <w:pStyle w:val="Heading2"/>
      </w:pPr>
      <w:r>
        <w:t>zero's 500-year journey from Baghdad to Europe</w:t>
      </w:r>
    </w:p>
    <w:p>
      <w:r>
        <w:rPr>
          <w:color w:val="666666"/>
          <w:sz w:val="18"/>
        </w:rPr>
        <w:t>Islam The Creator of the Modern Age October 17, 2021 Prof. Farida Khanam · 4m 56s · at 10:48 · https://youtu.be/tMr3Dz35onU?t=648</w:t>
      </w:r>
    </w:p>
    <w:p>
      <w:r>
        <w:rPr>
          <w:i/>
        </w:rPr>
        <w:t>“How zero traveled from Baghdad to Europe over 500 years”</w:t>
      </w:r>
    </w:p>
    <w:p>
      <w:r>
        <w:rPr>
          <w:sz w:val="20"/>
        </w:rPr>
        <w:t>10:48  to jab Abbasi saltanat qaim hui aur Khalifa Al-Mansur ne yeh aik Bait al-Hikmah qaim kiya, House of Wisdom, to Bait al-Hikmah ke tehat unhon ne tamam dunya ki kitaben jama keen translation ke liye.</w:t>
      </w:r>
      <w:r>
        <w:br/>
      </w:r>
      <w:r>
        <w:rPr>
          <w:sz w:val="20"/>
        </w:rPr>
        <w:t>11:07  to har jagah unhon ne apne aadmi bheje ke tamam kitaben le aao, sab ka urdu mein tarjuma hoga, kyunke yahi pehla step hota hai taraqqi ka.</w:t>
      </w:r>
      <w:r>
        <w:br/>
      </w:r>
      <w:r>
        <w:rPr>
          <w:sz w:val="20"/>
        </w:rPr>
        <w:t>11:17  to jab woh Rome gaya, un ka aadmi kitaben lane ke liye, to wahan ke church ka jo padre tha, us ne un kitabon ko jo falsafa waghera ki theen, woh sab unhon ne aik almari mein band kar ke lock and key mein rakhi hui theen.</w:t>
      </w:r>
      <w:r>
        <w:br/>
      </w:r>
      <w:r>
        <w:rPr>
          <w:sz w:val="20"/>
        </w:rPr>
        <w:t>11:32  woh woh samajhte the ke kitaben parh ke log bigad jayenge, deen se phir jayenge. to deen se nahi phir jayenge, balkeh jo bigda hua deen hai, jo be buniyad aqeeday deen ke mein introduce kar liye gaye hain, to us se phir jayenge.</w:t>
      </w:r>
      <w:r>
        <w:br/>
      </w:r>
      <w:r>
        <w:rPr>
          <w:sz w:val="20"/>
        </w:rPr>
        <w:t>11:49  to woh unhon ne bohat hi khushi se woh sari kitaben de deen ke jao, ab tum log bigadoge, koi kitaben le jao. to is tarike se sari kitaben tarjuma hoti raheen.</w:t>
      </w:r>
      <w:r>
        <w:br/>
      </w:r>
      <w:r>
        <w:rPr>
          <w:sz w:val="20"/>
        </w:rPr>
        <w:t>12:00  to ab chunke islam ka jo empire tha, wo taqreeban poori aabad duniya mein tha, to kahin direct indirect har jagah musalmanon ka ghalba tha.</w:t>
      </w:r>
      <w:r>
        <w:br/>
      </w:r>
      <w:r>
        <w:rPr>
          <w:sz w:val="20"/>
        </w:rPr>
        <w:t>12:11  to jab unko pata chala ke ek aisa idara qaim hua hai jahan sari kitabon ke tarjume ho rahe hain, to yahan se bhi ek pandit jo hain, wo kitab lekar ke siddhanta aur ek aur maths par kitab thi.</w:t>
      </w:r>
      <w:r>
        <w:br/>
      </w:r>
      <w:r>
        <w:rPr>
          <w:sz w:val="20"/>
        </w:rPr>
        <w:t>12:30  do kitab lekar wo khalifa mansoor ke paas gaye, to khalifa mansoor ne is kitab ke tarjuma karwaya. phir bait al hikmat ka incharge ek bada mathematician tha, al khwarizmi,</w:t>
      </w:r>
      <w:r>
        <w:br/>
      </w:r>
      <w:r>
        <w:rPr>
          <w:sz w:val="20"/>
        </w:rPr>
        <w:t>12:45  to isi ke naam se algorithm hai maths mein. iska bahut zyada asar hai. to usne wo kitab ko wo padha, zero ka jo hai numeral, aur zero sirf wo ek one se nine tak ginti hai.</w:t>
      </w:r>
      <w:r>
        <w:br/>
      </w:r>
      <w:r>
        <w:rPr>
          <w:sz w:val="20"/>
        </w:rPr>
        <w:t>13:02  is ke baad zero se aap bade se bada hisab kar sakte hain. to usko yeh bahut zyada fascinate laga, fascinating laga.</w:t>
      </w:r>
      <w:r>
        <w:br/>
      </w:r>
      <w:r>
        <w:rPr>
          <w:sz w:val="20"/>
        </w:rPr>
        <w:t>13:11  phir usne is zero ko acceptance hasil karne ke liye ek bahut bada article likha, aur usko advocacy ki, iski ke zero ko accept kiya jaye, aur yeh bahut zyada jo hai mufeed hai, aur is se sari taraqqiyan hongi.</w:t>
      </w:r>
      <w:r>
        <w:br/>
      </w:r>
      <w:r>
        <w:rPr>
          <w:sz w:val="20"/>
        </w:rPr>
        <w:t>13:30  to is tarike se wo zero jo hai, aur poore arab duniya, jo arab duniya is waqt, matlab arab ka matlab muslim empire, to sari duniya mein zero phail gaya.</w:t>
      </w:r>
      <w:r>
        <w:br/>
      </w:r>
      <w:r>
        <w:rPr>
          <w:sz w:val="20"/>
        </w:rPr>
        <w:t>13:42  log is se kaam karne lage. to is ke baad jo hai, wahan par jab spain mein musalmanon ki hukumat qaim hui, to spain mein chunke spain europe ke paas tha, to wahan se log aane lage spain ki colleges aur universities mein taleem hasil karne ke liye.</w:t>
      </w:r>
      <w:r>
        <w:br/>
      </w:r>
      <w:r>
        <w:rPr>
          <w:sz w:val="20"/>
        </w:rPr>
        <w:t>14:02  to isi mein se ek leonardo tha. to leonardo ne bhi ek arab ustad se taleem hasil ki thi, aur aur phir usne wo al khwarizmi ki kitabein padhin, aur wo kitabein usko bhi bahut lagi ke bahut important hai yeh zero jo hai,</w:t>
      </w:r>
      <w:r>
        <w:br/>
      </w:r>
      <w:r>
        <w:rPr>
          <w:sz w:val="20"/>
        </w:rPr>
        <w:t>14:21  to iska induction hona chahiye hamari taleem mein. to jab italy ke badshah ne is ke bare mein suna, to usne leonardo ko bulaya, kyunke wo sari kitabein padhe hue tha, aur wahi baatein karta tha.</w:t>
      </w:r>
      <w:r>
        <w:br/>
      </w:r>
      <w:r>
        <w:rPr>
          <w:sz w:val="20"/>
        </w:rPr>
        <w:t>14:35  to badshah ko laga ke usko darrbar mein bulana chahiye, aur us se faida uthana chahiye. to bulaya us ko, aur uski bari abhigat kiya, aur is tarike se wo sari kitabein jo hain, wo italian zaban mein sari kitabein tarjuma huin.</w:t>
      </w:r>
      <w:r>
        <w:br/>
      </w:r>
      <w:r>
        <w:rPr>
          <w:sz w:val="20"/>
        </w:rPr>
        <w:t>14:51  kisi ne likha hai ke taqreeban teen sau kitabon ke tarjume hue. to is tarike se wo sara ilm jo musalmanon ne jama kiya tha, to wo sirf tarjume nahi the, balkeh is mein bahut kuch izafe the.</w:t>
      </w:r>
      <w:r>
        <w:br/>
      </w:r>
      <w:r>
        <w:rPr>
          <w:sz w:val="20"/>
        </w:rPr>
        <w:t>15:10  wo sab europe pahunch gaya, lekin is mein itna time lag gaya, do sau baras mein. to wo muslim period mein wahan pahuncha, baghdad pahuncha, baghdad se sari duniya mein pahuncha.</w:t>
      </w:r>
      <w:r>
        <w:br/>
      </w:r>
      <w:r>
        <w:rPr>
          <w:sz w:val="20"/>
        </w:rPr>
        <w:t>15:23  is ke baad wo spain pahuncha. spain ki kitabein jab tarjuma huin, aur europe mein logon ne us ko padha, to is mein paanch sau saal lag gaye.</w:t>
      </w:r>
      <w:r>
        <w:br/>
      </w:r>
      <w:r>
        <w:rPr>
          <w:sz w:val="20"/>
        </w:rPr>
        <w:t>15:34  to agar yeh, yeh agar yeh zero time se logon tak pahunch jata, to hamari jo taraqqiyan hain, wo paanch sau saal pehle ho jati.</w:t>
      </w:r>
    </w:p>
    <w:p>
      <w:pPr>
        <w:pStyle w:val="Heading2"/>
      </w:pPr>
      <w:r>
        <w:t>Forester analogy liquid gold and contentment</w:t>
      </w:r>
    </w:p>
    <w:p>
      <w:r>
        <w:rPr>
          <w:color w:val="666666"/>
          <w:sz w:val="18"/>
        </w:rPr>
        <w:t>Dars-e-Quran, Chapter 2, Verse 61 February 11, 2018 · 5m 50s · at 23:06 · https://youtu.be/rgoE0nvFJJI?t=1386</w:t>
      </w:r>
    </w:p>
    <w:p>
      <w:r>
        <w:rPr>
          <w:i/>
        </w:rPr>
        <w:t>“To yeh kitni badi khushkhabri hai.”</w:t>
      </w:r>
    </w:p>
    <w:p>
      <w:r>
        <w:rPr>
          <w:sz w:val="20"/>
        </w:rPr>
        <w:t>23:06  toh yeh kitni badi khushkhabri hai. ek martaba mein ne parha tha ke government jab kisi insaan ko forester bana deti.</w:t>
      </w:r>
      <w:r>
        <w:br/>
      </w:r>
      <w:r>
        <w:rPr>
          <w:sz w:val="20"/>
        </w:rPr>
        <w:t>23:23  kyunke mulkon mein aap jante hain ke janglat ke ilaqay hotay hain. wahan forester bheje jatay hain. forester.</w:t>
      </w:r>
      <w:r>
        <w:br/>
      </w:r>
      <w:r>
        <w:rPr>
          <w:sz w:val="20"/>
        </w:rPr>
        <w:t>23:33  toh government in ko jo kuch deti hai usi ke sath in ko gun bhi deti hai. gun. kyunke janglat mein toh aap jante hain ke khoonkhar animal ho sakte hain.</w:t>
      </w:r>
      <w:r>
        <w:br/>
      </w:r>
      <w:r>
        <w:rPr>
          <w:sz w:val="20"/>
        </w:rPr>
        <w:t>23:47  bhediya ho sakta hai sher ho sakta hai. toh forester jis ko banaya jata hai us ko gun di jati hai. gun.</w:t>
      </w:r>
      <w:r>
        <w:br/>
      </w:r>
      <w:r>
        <w:rPr>
          <w:sz w:val="20"/>
        </w:rPr>
        <w:t>23:58  jis ka mani hai ke uhda ke zaroorat ke mutabiq asbab dena. uhda ke zaroorat ke mutabiq us ko equip karna.</w:t>
      </w:r>
      <w:r>
        <w:br/>
      </w:r>
      <w:r>
        <w:rPr>
          <w:sz w:val="20"/>
        </w:rPr>
        <w:t>24:11  equip kar ke bhejna. toh yeh forester ke liye tha. lekin Allah taala ne jab aap ko ummat e Muhammadi ko dawat e Allah ke liye muqarrar kiya hai ke sare aalam ke liye sari qomon ke liye Allah ka paigham un ki understandable language mein pahunchayen.</w:t>
      </w:r>
      <w:r>
        <w:br/>
      </w:r>
      <w:r>
        <w:rPr>
          <w:sz w:val="20"/>
        </w:rPr>
        <w:t>24:36  toh yahan bhi aap ko jo zaroorat thi woh diya gaya. is ke liye gun ki zaroorat nahi hai. bomb ki zaroorat nahi hai.</w:t>
      </w:r>
      <w:r>
        <w:br/>
      </w:r>
      <w:r>
        <w:rPr>
          <w:sz w:val="20"/>
        </w:rPr>
        <w:t>24:46  is ki zaroorat hai mal ki. kyunke chahe printing press ke zamana ho ya electronic ke zamana ho ya communication ke zamana ho jab aap planning karenge toh is mein aap ko kharch karna padega.</w:t>
      </w:r>
      <w:r>
        <w:br/>
      </w:r>
      <w:r>
        <w:rPr>
          <w:sz w:val="20"/>
        </w:rPr>
        <w:t>25:08  toh yeh sara kharcha jo hai ek Allah ki taraf se ada hoga. isi ki isi maqsad ke liye Allah taala ne ummat e Muhammadi ki zaban zameen ke neeche tail ka samandar baha diya jis ko kehte hain liquid gold.</w:t>
      </w:r>
      <w:r>
        <w:br/>
      </w:r>
      <w:r>
        <w:rPr>
          <w:sz w:val="20"/>
        </w:rPr>
        <w:t>25:29  toh yeh jo surah al baqarah ki ayaten hain yeh yahood ki tareekh ki shakal mein ummat e Muhammadi ki zimmedari ko bata rahi hain.</w:t>
      </w:r>
      <w:r>
        <w:br/>
      </w:r>
      <w:r>
        <w:rPr>
          <w:sz w:val="20"/>
        </w:rPr>
        <w:t>25:42  surah al baqarah ki yeh ayaten yahood ki tareekh ki surat mein ummat e Muhammadi ki zimmedari ko bata rahi hain.</w:t>
      </w:r>
      <w:r>
        <w:br/>
      </w:r>
      <w:r>
        <w:rPr>
          <w:sz w:val="20"/>
        </w:rPr>
        <w:t>25:53  yani ummat ummat ummat yehood jo thi ya ummat e Musa jo thi us ko Allah taala ne man salwa ka aasmani rizq pahunchaya.</w:t>
      </w:r>
      <w:r>
        <w:br/>
      </w:r>
      <w:r>
        <w:rPr>
          <w:sz w:val="20"/>
        </w:rPr>
        <w:t>26:05  aasmani rizq. isi liye tha woh ke tum Allah ke deen ka paigham pohnchao.</w:t>
      </w:r>
      <w:r>
        <w:br/>
      </w:r>
      <w:r>
        <w:rPr>
          <w:sz w:val="20"/>
        </w:rPr>
        <w:t>26:16  aur is aasmani rizq tum ko pohnchta rahe ga. to is par raazi nahi hue hua ke nahi in ko to baqadr khwahish chahiye.</w:t>
      </w:r>
      <w:r>
        <w:br/>
      </w:r>
      <w:r>
        <w:rPr>
          <w:sz w:val="20"/>
        </w:rPr>
        <w:t>26:28  woh tha baqadr neend baqadr zaroorat. to unhon ne kaha ke hum ko to baqadr khwahish chahiye. to Allah taala ne kaha ke theek hai jao tum ko zillat aur masnad de di gayi.</w:t>
      </w:r>
      <w:r>
        <w:br/>
      </w:r>
      <w:r>
        <w:rPr>
          <w:sz w:val="20"/>
        </w:rPr>
        <w:t>26:45  yani chahe jitna bhi tum ko mile tum hamesha be cheeni mein raho ge. bas phir se point khatam ho jaye ga.</w:t>
      </w:r>
      <w:r>
        <w:br/>
      </w:r>
      <w:r>
        <w:rPr>
          <w:sz w:val="20"/>
        </w:rPr>
        <w:t>26:57  tumhari zindagi se sukoon khatam ho jaye ga. to wohi hua. to is se yeh sabaq milta hai ke agar ummat e Muhammadi yeh jaane ke is ka mission dawat e Allah hai.</w:t>
      </w:r>
      <w:r>
        <w:br/>
      </w:r>
      <w:r>
        <w:rPr>
          <w:sz w:val="20"/>
        </w:rPr>
        <w:t>27:13  aur dawat e Allah ke liye dil se uthe is ki planning kare is ka naqsha banaye saare alam ke liye to is ko Allah ki taraf se baqadr neend diya jaye ga.</w:t>
      </w:r>
      <w:r>
        <w:br/>
      </w:r>
      <w:r>
        <w:rPr>
          <w:sz w:val="20"/>
        </w:rPr>
        <w:t>27:30  ab moza zamane mein to explosion ho chuka hai. moza zamana economic explosion ka zamana hai. aap jahan bhi hon aap diaries khaasi kar sakte hain.</w:t>
      </w:r>
      <w:r>
        <w:br/>
      </w:r>
      <w:r>
        <w:rPr>
          <w:sz w:val="20"/>
        </w:rPr>
        <w:t>27:43  bashart ke aap baqadr neend par raazi hon. baqadr zaroorat par raazi hon. agar aap raazi nahi hon ge aur aap ka zehan hoga aur and and more and more pohncha jaye ga to aap ko paisa maan chhin jaye ga aap se.</w:t>
      </w:r>
      <w:r>
        <w:br/>
      </w:r>
      <w:r>
        <w:rPr>
          <w:sz w:val="20"/>
        </w:rPr>
        <w:t>28:06  paisa maan chhin jaye ga. phir aap ka zehan yeh banega ke bicycle hai to motor ki pareshani.</w:t>
      </w:r>
      <w:r>
        <w:br/>
      </w:r>
      <w:r>
        <w:rPr>
          <w:sz w:val="20"/>
        </w:rPr>
        <w:t>28:16  motor hai to do ke liye pareshani. do hai to teen ke liye pareshani. yani har waqt bore har waqt bore ki liye be cheeni.</w:t>
      </w:r>
      <w:r>
        <w:br/>
      </w:r>
      <w:r>
        <w:rPr>
          <w:sz w:val="20"/>
        </w:rPr>
        <w:t>28:28  yeh isi ko kaha gaya miskeenat zillat aur miskeenat. to wohi wohi is waqt logon ka haal hai. yani</w:t>
      </w:r>
      <w:r>
        <w:br/>
      </w:r>
      <w:r>
        <w:rPr>
          <w:sz w:val="20"/>
        </w:rPr>
        <w:t>28:40  baqadr neend to mil chuka tha ab raazi nahi hue aur bore and bore chaha to ab kya hai be cheeni hasil hasil hui.</w:t>
      </w:r>
    </w:p>
    <w:p>
      <w:pPr>
        <w:pStyle w:val="Heading2"/>
      </w:pPr>
      <w:r>
        <w:t>Education is straight path for student</w:t>
      </w:r>
    </w:p>
    <w:p>
      <w:r>
        <w:rPr>
          <w:color w:val="666666"/>
          <w:sz w:val="18"/>
        </w:rPr>
        <w:t>How to Follow the Straight Path December 25, 2007 Maulana Wahiduddin Khan · 4m 28s · at 12:03 · https://youtu.be/OvN2vrn2wZU?t=723</w:t>
      </w:r>
    </w:p>
    <w:p>
      <w:r>
        <w:rPr>
          <w:i/>
        </w:rPr>
        <w:t>“Ek naujawan bol rahe the”</w:t>
      </w:r>
    </w:p>
    <w:p>
      <w:r>
        <w:rPr>
          <w:sz w:val="20"/>
        </w:rPr>
        <w:t>12:03  ek naujawan bol rahe the unhone ek sawal kiya woh sawal yeh tha ke pichli jo aasmani kitabein hain</w:t>
      </w:r>
      <w:r>
        <w:br/>
      </w:r>
      <w:r>
        <w:rPr>
          <w:sz w:val="20"/>
        </w:rPr>
        <w:t>12:17  woh muharraf ho gayi hain yani un mein changes aa gaye hain is ka quran mein kahan zikr hai quran mein kahan yeh likha hua hai ke pichli aasmani kitabein jo hain woh invalid ho gayeen kyunke un mein un mein tehreef hui hai tehreef ka matlab hai alteration badlao</w:t>
      </w:r>
      <w:r>
        <w:br/>
      </w:r>
      <w:r>
        <w:rPr>
          <w:sz w:val="20"/>
        </w:rPr>
        <w:t>12:46  to maine kya kaha</w:t>
      </w:r>
      <w:r>
        <w:br/>
      </w:r>
      <w:r>
        <w:rPr>
          <w:sz w:val="20"/>
        </w:rPr>
        <w:t>12:49  maine kaha ke ap kya karte hain unhone kaha ke main padhta hoon kya padhte hain</w:t>
      </w:r>
      <w:r>
        <w:br/>
      </w:r>
      <w:r>
        <w:rPr>
          <w:sz w:val="20"/>
        </w:rPr>
        <w:t>12:55  unhone kaha ke barahween mein padhta hoon to maine kaha ek aadmi jo barahween mein padh</w:t>
      </w:r>
      <w:r>
        <w:br/>
      </w:r>
      <w:r>
        <w:rPr>
          <w:sz w:val="20"/>
        </w:rPr>
        <w:t>13:00  raha hai ek naujawan iska yeh kaam nahi hai yeh sab baatein hain isko sirf padhna</w:t>
      </w:r>
      <w:r>
        <w:br/>
      </w:r>
      <w:r>
        <w:rPr>
          <w:sz w:val="20"/>
        </w:rPr>
        <w:t>13:06  hai isko sirf education mein apne aap ko lagana hai</w:t>
      </w:r>
      <w:r>
        <w:br/>
      </w:r>
      <w:r>
        <w:rPr>
          <w:sz w:val="20"/>
        </w:rPr>
        <w:t>13:12  maine kaha ke dekhiye yeh zamana aisa zamana hai jab ke har taraf competition hai education mein</w:t>
      </w:r>
      <w:r>
        <w:br/>
      </w:r>
      <w:r>
        <w:rPr>
          <w:sz w:val="20"/>
        </w:rPr>
        <w:t>13:20  zabardast competition hai</w:t>
      </w:r>
      <w:r>
        <w:br/>
      </w:r>
      <w:r>
        <w:rPr>
          <w:sz w:val="20"/>
        </w:rPr>
        <w:t>13:22  aap sari mehnat karenge tab ja kar education mein aap acha number layenge to jab tak</w:t>
      </w:r>
      <w:r>
        <w:br/>
      </w:r>
      <w:r>
        <w:rPr>
          <w:sz w:val="20"/>
        </w:rPr>
        <w:t>13:29  aap apni education ko poora</w:t>
      </w:r>
      <w:r>
        <w:br/>
      </w:r>
      <w:r>
        <w:rPr>
          <w:sz w:val="20"/>
        </w:rPr>
        <w:t>13:31  na kar len aap sirf ek hi kaam kijiye aur woh hai education</w:t>
      </w:r>
      <w:r>
        <w:br/>
      </w:r>
      <w:r>
        <w:rPr>
          <w:sz w:val="20"/>
        </w:rPr>
        <w:t>13:37  baqi cheezon mein aap na uljhiye</w:t>
      </w:r>
      <w:r>
        <w:br/>
      </w:r>
      <w:r>
        <w:rPr>
          <w:sz w:val="20"/>
        </w:rPr>
        <w:t>13:40  kyunke abhi aap prepared nahi hain is ke liye hain abhi abhi mein kuch bhi bataunga to</w:t>
      </w:r>
      <w:r>
        <w:br/>
      </w:r>
      <w:r>
        <w:rPr>
          <w:sz w:val="20"/>
        </w:rPr>
        <w:t>13:44  aap ko samajh mein nahi aayega</w:t>
      </w:r>
      <w:r>
        <w:br/>
      </w:r>
      <w:r>
        <w:rPr>
          <w:sz w:val="20"/>
        </w:rPr>
        <w:t>13:48  to yeh hai deviation yani ek naujawan ko yeh janna chahiye ke mera goal kya hai woh</w:t>
      </w:r>
      <w:r>
        <w:br/>
      </w:r>
      <w:r>
        <w:rPr>
          <w:sz w:val="20"/>
        </w:rPr>
        <w:t>13:55  goal uska kya hai achi education lena kyunke is zamane mein aap jante hain ke achi education</w:t>
      </w:r>
      <w:r>
        <w:br/>
      </w:r>
      <w:r>
        <w:rPr>
          <w:sz w:val="20"/>
        </w:rPr>
        <w:t>14:01  ke baghair aadmi ki koi value nahi hai</w:t>
      </w:r>
      <w:r>
        <w:br/>
      </w:r>
      <w:r>
        <w:rPr>
          <w:sz w:val="20"/>
        </w:rPr>
        <w:t>14:05  ilm pehle bhi bohat important tha</w:t>
      </w:r>
      <w:r>
        <w:br/>
      </w:r>
      <w:r>
        <w:rPr>
          <w:sz w:val="20"/>
        </w:rPr>
        <w:t>14:08  lekin ab jo hai har cheez ka talluq ilm se ho gaya hai</w:t>
      </w:r>
      <w:r>
        <w:br/>
      </w:r>
      <w:r>
        <w:rPr>
          <w:sz w:val="20"/>
        </w:rPr>
        <w:t>14:13  jaise ke light hai is waqt hum</w:t>
      </w:r>
      <w:r>
        <w:br/>
      </w:r>
      <w:r>
        <w:rPr>
          <w:sz w:val="20"/>
        </w:rPr>
        <w:t>14:16  jahan baithe hain to light ho rahi hai pehle zamane mein light ke liye ilm ki zaroorat nahi</w:t>
      </w:r>
      <w:r>
        <w:br/>
      </w:r>
      <w:r>
        <w:rPr>
          <w:sz w:val="20"/>
        </w:rPr>
        <w:t>14:21  thi pehle zamane mein kya hota tha ke sarson ke tel ko kole mein dalo is mein tel</w:t>
      </w:r>
      <w:r>
        <w:br/>
      </w:r>
      <w:r>
        <w:rPr>
          <w:sz w:val="20"/>
        </w:rPr>
        <w:t>14:29  nikle jo mitti ka diya hota tha us mein dalo aur us mein kapde ka woh banao aur</w:t>
      </w:r>
      <w:r>
        <w:br/>
      </w:r>
      <w:r>
        <w:rPr>
          <w:sz w:val="20"/>
        </w:rPr>
        <w:t>14:34  jla do is ke liye koi ilm ki zaroorat nahi hai</w:t>
      </w:r>
      <w:r>
        <w:br/>
      </w:r>
      <w:r>
        <w:rPr>
          <w:sz w:val="20"/>
        </w:rPr>
        <w:t>14:38  ilm ki zaroorat nahi hai lekin aaj jab aap roshni hasil karte hain to aap ko power house</w:t>
      </w:r>
      <w:r>
        <w:br/>
      </w:r>
      <w:r>
        <w:rPr>
          <w:sz w:val="20"/>
        </w:rPr>
        <w:t>14:43  banana padta hai aap ko janna padta hai ke yeh roshni kaise bani hai electricity kaise bani hai</w:t>
      </w:r>
      <w:r>
        <w:br/>
      </w:r>
      <w:r>
        <w:rPr>
          <w:sz w:val="20"/>
        </w:rPr>
        <w:t>14:51  kaha jata hai ke electricity means flow of electron ab aap ko janna padta hai ke flow of</w:t>
      </w:r>
      <w:r>
        <w:br/>
      </w:r>
      <w:r>
        <w:rPr>
          <w:sz w:val="20"/>
        </w:rPr>
        <w:t>14:56  electron kya cheez hai yeh sari baatein hain</w:t>
      </w:r>
      <w:r>
        <w:br/>
      </w:r>
      <w:r>
        <w:rPr>
          <w:sz w:val="20"/>
        </w:rPr>
        <w:t>15:01  yeh</w:t>
      </w:r>
      <w:r>
        <w:br/>
      </w:r>
      <w:r>
        <w:rPr>
          <w:sz w:val="20"/>
        </w:rPr>
        <w:t>15:01  ek bohat bara ilm hai jis ko hum</w:t>
      </w:r>
      <w:r>
        <w:br/>
      </w:r>
      <w:r>
        <w:rPr>
          <w:sz w:val="20"/>
        </w:rPr>
        <w:t>15:06  jis ke zariye se hum ne jana hai ke aaj roshni jo hum hasil karte hain electricity se</w:t>
      </w:r>
      <w:r>
        <w:br/>
      </w:r>
      <w:r>
        <w:rPr>
          <w:sz w:val="20"/>
        </w:rPr>
        <w:t>15:12  to woh kya cheez hai</w:t>
      </w:r>
      <w:r>
        <w:br/>
      </w:r>
      <w:r>
        <w:rPr>
          <w:sz w:val="20"/>
        </w:rPr>
        <w:t>15:15  boht lamba ilm hai boht mudaton parhte hain log tab jante hain</w:t>
      </w:r>
      <w:r>
        <w:br/>
      </w:r>
      <w:r>
        <w:rPr>
          <w:sz w:val="20"/>
        </w:rPr>
        <w:t>15:21  to roshni ke liye pehle ilm ki zaroorat nahi thi aj roshni ke liye ilm ki zaroorat hai</w:t>
      </w:r>
      <w:r>
        <w:br/>
      </w:r>
      <w:r>
        <w:rPr>
          <w:sz w:val="20"/>
        </w:rPr>
        <w:t>15:26  aisi sari chezen</w:t>
      </w:r>
      <w:r>
        <w:br/>
      </w:r>
      <w:r>
        <w:rPr>
          <w:sz w:val="20"/>
        </w:rPr>
        <w:t>15:28  sari chezen pehle zamanay mein</w:t>
      </w:r>
      <w:r>
        <w:br/>
      </w:r>
      <w:r>
        <w:rPr>
          <w:sz w:val="20"/>
        </w:rPr>
        <w:t>15:32  log pani peene ke liye nareel ka jo khopra hota hai us ko le liya usay pani le</w:t>
      </w:r>
      <w:r>
        <w:br/>
      </w:r>
      <w:r>
        <w:rPr>
          <w:sz w:val="20"/>
        </w:rPr>
        <w:t>15:38  ke pi liya nahi to hath se pi liya ab glass banana parta hai glass ke liye ilm</w:t>
      </w:r>
      <w:r>
        <w:br/>
      </w:r>
      <w:r>
        <w:rPr>
          <w:sz w:val="20"/>
        </w:rPr>
        <w:t>15:43  chahiye mein</w:t>
      </w:r>
      <w:r>
        <w:br/>
      </w:r>
      <w:r>
        <w:rPr>
          <w:sz w:val="20"/>
        </w:rPr>
        <w:t>15:46  ne bachpan mein dekha hai apne hath ke aise hath kar ke pani pi lete thay</w:t>
      </w:r>
      <w:r>
        <w:br/>
      </w:r>
      <w:r>
        <w:rPr>
          <w:sz w:val="20"/>
        </w:rPr>
        <w:t>15:52  kisi ne daal diya phir pi liya ap ne ab to aisa nahi ho sakta</w:t>
      </w:r>
      <w:r>
        <w:br/>
      </w:r>
      <w:r>
        <w:rPr>
          <w:sz w:val="20"/>
        </w:rPr>
        <w:t>15:57  to jitni bhi chezen hain jitni bhi chezen hain sab ka talluq ho gaya hai ilm se learning</w:t>
      </w:r>
      <w:r>
        <w:br/>
      </w:r>
      <w:r>
        <w:rPr>
          <w:sz w:val="20"/>
        </w:rPr>
        <w:t>16:03  se education se to aj woh aadmi jo achi education na le usay koi value nahi hai</w:t>
      </w:r>
      <w:r>
        <w:br/>
      </w:r>
      <w:r>
        <w:rPr>
          <w:sz w:val="20"/>
        </w:rPr>
        <w:t>16:14  koi value nahi hai to maine un se kaha ke yeh jo age hai ap ka yeh</w:t>
      </w:r>
      <w:r>
        <w:br/>
      </w:r>
      <w:r>
        <w:rPr>
          <w:sz w:val="20"/>
        </w:rPr>
        <w:t>16:19  hai preparatory age tayari ka zamanah</w:t>
      </w:r>
      <w:r>
        <w:br/>
      </w:r>
      <w:r>
        <w:rPr>
          <w:sz w:val="20"/>
        </w:rPr>
        <w:t>16:25  ap sirf parhiye sirf parhiye sirf parhiye</w:t>
      </w:r>
    </w:p>
    <w:p>
      <w:pPr>
        <w:pStyle w:val="Heading2"/>
      </w:pPr>
      <w:r>
        <w:t>Conquest of Mecca, forgiveness, and the Hudaybiyyah treaty</w:t>
      </w:r>
    </w:p>
    <w:p>
      <w:r>
        <w:rPr>
          <w:color w:val="666666"/>
          <w:sz w:val="18"/>
        </w:rPr>
        <w:t>War and Peace in Islam January 2, 2022 Prof. Farida Khanam · 4m 00s · at 19:09 · https://youtu.be/6x_Q013u794?t=1149</w:t>
      </w:r>
    </w:p>
    <w:p>
      <w:r>
        <w:rPr>
          <w:i/>
        </w:rPr>
        <w:t>“Jab Rasulullah ne Makka fatah kiya”</w:t>
      </w:r>
    </w:p>
    <w:p>
      <w:r>
        <w:rPr>
          <w:sz w:val="20"/>
        </w:rPr>
        <w:t>19:09  misal ke taur par jab Rasool Allah sallallahu alaihi wasallam ne Makkah fatah kiya to sabse pehle to yeh kiya</w:t>
      </w:r>
      <w:r>
        <w:br/>
      </w:r>
      <w:r>
        <w:rPr>
          <w:sz w:val="20"/>
        </w:rPr>
        <w:t>19:20  ke tamam woh dushman jaani dushmanon ko maaf kar diya jo ke baar baar jang kar rahe the.</w:t>
      </w:r>
      <w:r>
        <w:br/>
      </w:r>
      <w:r>
        <w:rPr>
          <w:sz w:val="20"/>
        </w:rPr>
        <w:t>19:31  aapko itna zyada unhone sataya tha Makkah se nikala tha.</w:t>
      </w:r>
      <w:r>
        <w:br/>
      </w:r>
      <w:r>
        <w:rPr>
          <w:sz w:val="20"/>
        </w:rPr>
        <w:t>19:42  wahan fauj bhej deta hai. ab aapke paas bahut sare bahut log das hazar log to makka ke andar dakhil hue the aur musalman log islam mein dakhil ho rahe the. to aap har jagah fauj bhej bej kar sab kuch surrender karwate hain. aisa nahi aapne kiya balki yeh tamam qabail ke delegations kuch aaye, kuch aapne bulaya aur un logon se mayde kiye.</w:t>
      </w:r>
      <w:r>
        <w:br/>
      </w:r>
      <w:r>
        <w:rPr>
          <w:sz w:val="20"/>
        </w:rPr>
        <w:t>20:06  peaceful tarike se un logon se mayde kiye aur bahut hi jald poora arab jo hai woh aapka supporter ban gaya. to paighambar ki jo poori zindagi hamein batati hai ki hamein peaceful tarike se kaam karna hai aur zyada se zyada aise mawaqe par hamein avoid karna hai.</w:t>
      </w:r>
      <w:r>
        <w:br/>
      </w:r>
      <w:r>
        <w:rPr>
          <w:sz w:val="20"/>
        </w:rPr>
        <w:t>20:27  hamein zyada se zyada koshish karni hai ki aise mawaqe par kuch creative koi solution dhoondhein. pandrah din tak aapne batchit karte rahe.</w:t>
      </w:r>
      <w:r>
        <w:br/>
      </w:r>
      <w:r>
        <w:rPr>
          <w:sz w:val="20"/>
        </w:rPr>
        <w:t>20:54  jab dekha ki woh log koi baat manne ko koi tayyari nahi hai to aapne finally unki tamam sharton ko maan liya aur unki tamam sharton ke saath muahida kar liya. P street jisko hum kehte hain. to aur is tarike se muahida karne ki wajah se kya hua ki ekdam halaat normalize ho gaye.</w:t>
      </w:r>
      <w:r>
        <w:br/>
      </w:r>
      <w:r>
        <w:rPr>
          <w:sz w:val="20"/>
        </w:rPr>
        <w:t>21:14  tamam logon ka aana jaana Makkah mein, Makkah wale Madina aate, Madine wale Makkah jaate agar har waqt</w:t>
      </w:r>
      <w:r>
        <w:br/>
      </w:r>
      <w:r>
        <w:rPr>
          <w:sz w:val="20"/>
        </w:rPr>
        <w:t>21:24  log athbaar rahe hain to jo humare jo Islami takazey hain jiske saath humara zindagi guzarni chahiye, woh</w:t>
      </w:r>
      <w:r>
        <w:br/>
      </w:r>
      <w:r>
        <w:rPr>
          <w:sz w:val="20"/>
        </w:rPr>
        <w:t>21:35  bhi hum nahin kar sakenge.</w:t>
      </w:r>
      <w:r>
        <w:br/>
      </w:r>
      <w:r>
        <w:rPr>
          <w:sz w:val="20"/>
        </w:rPr>
        <w:t>21:46  to normalization jo hai woh bahut hi zyada zaroori hai aur iske liye har sacrifice karna jo hai woh chahiye kyunki rasoolullah sallallahu alaihi wasallam ki zindagi mein hum yahi dekhte hain. kaise ek aisa zamana jabki har bahut log ainthwar rehte the, har bahut talwar kheench lete the. us zamane mein aapne kaam kiya aur sirf dahi din ki jang aapne ladi hai.</w:t>
      </w:r>
      <w:r>
        <w:br/>
      </w:r>
      <w:r>
        <w:rPr>
          <w:sz w:val="20"/>
        </w:rPr>
        <w:t>22:14  to iske liye aapne kitna zyada mehnat ki, kitna zyada aapne sabr o raz kiya, kitna zyada usne shuluk kiya. yeh sab aap rasoolullah sallallahu alaihi wasallam ki zindagi mein aap dekh sakte hain. main yahi chahungi ki aap log sab log bahut mukammal zindagi rasoolullah sallallahu alaihi wasallam ki padhein aur usse sabak lein.</w:t>
      </w:r>
      <w:r>
        <w:br/>
      </w:r>
      <w:r>
        <w:rPr>
          <w:sz w:val="20"/>
        </w:rPr>
        <w:t>22:40  kyunki aapki zindagi mein har tarah ke situations aaye. is wajah se har mauqe par aapki zindagi se hamein sabak milta hai hum aur uske baad aap sahaba ki zindagiyaan padhein to aapke liye har mauqe par koi na koi aapko rahnumai mil jayegi.</w:t>
      </w:r>
      <w:r>
        <w:br/>
      </w:r>
      <w:r>
        <w:rPr>
          <w:sz w:val="20"/>
        </w:rPr>
        <w:t>23:09  So we'll start with question answer and comment session. We are receiving quite a few comments from all of you and some questions. I would also request that you also mention your location when you post the comments and the questions. So aapas sabse pehle to main kuch comment padhna chahunga. bahut logon ne bahut acche comments bheje hain, jaza kala. logon ko bahut pasand aaya hai.</w:t>
      </w:r>
    </w:p>
    <w:p>
      <w:pPr>
        <w:pStyle w:val="Heading2"/>
      </w:pPr>
      <w:r>
        <w:t>Full story of the boy whose question shook a man's life</w:t>
      </w:r>
    </w:p>
    <w:p>
      <w:r>
        <w:rPr>
          <w:color w:val="666666"/>
          <w:sz w:val="18"/>
        </w:rPr>
        <w:t>A Talk by Maulana Given to The Members of Kashmir October 31, 2011 · 3m 41s · at 2:15 · https://youtu.be/WU9aSqw2rCs?t=135</w:t>
      </w:r>
    </w:p>
    <w:p>
      <w:r>
        <w:rPr>
          <w:i/>
        </w:rPr>
        <w:t>“Yeh jo safar hua tha, ek waqia bahut hi ajeeb tha”</w:t>
      </w:r>
    </w:p>
    <w:p>
      <w:r>
        <w:rPr>
          <w:sz w:val="20"/>
        </w:rPr>
        <w:t>2:15  dekhiye, yeh jo safar hua tha, is ka ek waqea bohat hi zyada saba khamosh tha.</w:t>
      </w:r>
      <w:r>
        <w:br/>
      </w:r>
      <w:r>
        <w:rPr>
          <w:sz w:val="20"/>
        </w:rPr>
        <w:t>2:24  aur mein keh sakta hoon ke is safar mein mujhe ek bohat bada item mila tha, is se bada item shayad abhi tak mujhe ek doosra nahi mil saka zindagi mein.</w:t>
      </w:r>
      <w:r>
        <w:br/>
      </w:r>
      <w:r>
        <w:rPr>
          <w:sz w:val="20"/>
        </w:rPr>
        <w:t>2:37  yeh rajouri ka qissa hai, jahan farooq master sahib mujh ko le gaye the. to wahan par ek sahib the, un ka naam tha mirza muhammad azam.</w:t>
      </w:r>
      <w:r>
        <w:br/>
      </w:r>
      <w:r>
        <w:rPr>
          <w:sz w:val="20"/>
        </w:rPr>
        <w:t>2:49  ab mujhe nahi maloom ke woh kahan hain. to us waqt woh forester the. ab shayad retire ho gaye hon. to woh mujhe apne ghar le gaye.</w:t>
      </w:r>
      <w:r>
        <w:br/>
      </w:r>
      <w:r>
        <w:rPr>
          <w:sz w:val="20"/>
        </w:rPr>
        <w:t>3:04  farooq master sahib aur hum un ke ghar gaye.</w:t>
      </w:r>
      <w:r>
        <w:br/>
      </w:r>
      <w:r>
        <w:rPr>
          <w:sz w:val="20"/>
        </w:rPr>
        <w:t>3:08  to woh daari rakhe hue the, aur deendar ki wajah thi un ki. to maine poochha ke aap ke andar yeh deeni mizaj kaise aaya?</w:t>
      </w:r>
      <w:r>
        <w:br/>
      </w:r>
      <w:r>
        <w:rPr>
          <w:sz w:val="20"/>
        </w:rPr>
        <w:t>3:20  to unhon ne ek bada ajeeb waqea bayan kiya. unhon ne kaha ke pehle mein ek mister ke andaaz mein rehta tha, coat patlon mein.</w:t>
      </w:r>
      <w:r>
        <w:br/>
      </w:r>
      <w:r>
        <w:rPr>
          <w:sz w:val="20"/>
        </w:rPr>
        <w:t>3:30  phir 1975 mein ek waqea hua. woh forester the, aur aksar duty se woh raat ko lota karte the ghar par.</w:t>
      </w:r>
      <w:r>
        <w:br/>
      </w:r>
      <w:r>
        <w:rPr>
          <w:sz w:val="20"/>
        </w:rPr>
        <w:t>3:40  to unhon ne bataya ke ek din mein aksar jab aata tha to bachchon ke liye kuch laata tha, kuch khaane peene ki cheez. to ek din aisa hua 1975 mein ke mein lota to mein kuch laaya nahi tha apne saath.</w:t>
      </w:r>
      <w:r>
        <w:br/>
      </w:r>
      <w:r>
        <w:rPr>
          <w:sz w:val="20"/>
        </w:rPr>
        <w:t>4:01  to bachche hasb-e-mamool</w:t>
      </w:r>
      <w:r>
        <w:br/>
      </w:r>
      <w:r>
        <w:rPr>
          <w:sz w:val="20"/>
        </w:rPr>
        <w:t>4:05  bachchon ne mujh ko gher liya aur poochha kya laaye hain, kya laaye hain? to maine kaha ke aaj to mein kuch nahi laaya hoon.</w:t>
      </w:r>
      <w:r>
        <w:br/>
      </w:r>
      <w:r>
        <w:rPr>
          <w:sz w:val="20"/>
        </w:rPr>
        <w:t>4:15  unhon ne bataya ke un ka ek chhah saal ka bachcha, jis ka naam arshad tha, us ne kaha: "agar tum hamare liye kuch nahi laaye to kyun yahan aaye?"</w:t>
      </w:r>
      <w:r>
        <w:br/>
      </w:r>
      <w:r>
        <w:rPr>
          <w:sz w:val="20"/>
        </w:rPr>
        <w:t>4:27  to unhon ne kaha ke is is bachche ke is in alfaz ne mere andar ek bhoonchaal paida kar diya. maine socha usi tarah ek din mein allah ke paas jaaunga.</w:t>
      </w:r>
      <w:r>
        <w:br/>
      </w:r>
      <w:r>
        <w:rPr>
          <w:sz w:val="20"/>
        </w:rPr>
        <w:t>4:43  duniya mein kuch din guzaarne ke baad mein allah ke paas jaaunga. wahan agar allah yeh keh de ke mere liye kya laaye?</w:t>
      </w:r>
      <w:r>
        <w:br/>
      </w:r>
      <w:r>
        <w:rPr>
          <w:sz w:val="20"/>
        </w:rPr>
        <w:t>4:56  ab mein khaali haath wahan pahunchunga kyunki meri koi deeni zindagi nahi, meri koi dawaati zindagi nahi. to agar wahan khuda kahe ke tum agar mere paas koi mere liye kuch nahi laaye to aaye koi yahan?</w:t>
      </w:r>
      <w:r>
        <w:br/>
      </w:r>
      <w:r>
        <w:rPr>
          <w:sz w:val="20"/>
        </w:rPr>
        <w:t>5:10  to kaun si zameen o aasman mujh ko jagah denge? yeh ek bada ajeeb waqea tha jis ne khud meri zindagi mein bhoonchaal paida kar diya.</w:t>
      </w:r>
      <w:r>
        <w:br/>
      </w:r>
      <w:r>
        <w:rPr>
          <w:sz w:val="20"/>
        </w:rPr>
        <w:t>5:20  abhi tak mein us ko yaad karta rehta hoon.</w:t>
      </w:r>
      <w:r>
        <w:br/>
      </w:r>
      <w:r>
        <w:rPr>
          <w:sz w:val="20"/>
        </w:rPr>
        <w:t>5:25  to mein samajhta hoon ke yeh waqea poore jammu kashmir ke liye hai. jammu kashmir ke har aurat aur mard ko yeh sochna chahiye ke aik din aisa aanay wala hai jab ke woh dunya ko chhod kar Allah ke paas jayega.</w:t>
      </w:r>
      <w:r>
        <w:br/>
      </w:r>
      <w:r>
        <w:rPr>
          <w:sz w:val="20"/>
        </w:rPr>
        <w:t>5:45  to wahan us ke paas kya hoga wahan pesh karne ke liye, wahan ki adalat mein? sab ko sochna chahiye.</w:t>
      </w:r>
    </w:p>
    <w:p>
      <w:pPr>
        <w:pStyle w:val="Heading2"/>
      </w:pPr>
      <w:r>
        <w:t>Complete talk on the God-fearing woman's character</w:t>
      </w:r>
    </w:p>
    <w:p>
      <w:r>
        <w:rPr>
          <w:color w:val="666666"/>
          <w:sz w:val="18"/>
        </w:rPr>
        <w:t>The Qualities Of God-Fearing Women CPS Women Discussion July 23, 2023 · 5m 59s · at 10:07 · https://youtu.be/YfKcwP5Flp8?t=607</w:t>
      </w:r>
    </w:p>
    <w:p>
      <w:r>
        <w:rPr>
          <w:i/>
        </w:rPr>
        <w:t>“Main samajhti hoon khudaparast aurat woh hai jo Allah ke imtehaan ko samjhe”</w:t>
      </w:r>
    </w:p>
    <w:p>
      <w:r>
        <w:rPr>
          <w:sz w:val="20"/>
        </w:rPr>
        <w:t>10:07  Assalamu Alaikum. Wa alaikum assalam. Main samajhti hoon Khuda parast aurat woh hai jo Allah ke takleefi nakshe ko samajh chuki ho. Jo use pata ho ki duniya mein duniya daaron limtehaan hai aur do baaton ka intehaan ho raha hai. Pehla yeh ki Khuda ka sachcha aitraaf humne kiya ya nahi? Aur doosra yeh ki doosre logon ke maamle mein humne apni zimmedariyan ada ki ya nahi?</w:t>
      </w:r>
      <w:r>
        <w:br/>
      </w:r>
      <w:r>
        <w:rPr>
          <w:sz w:val="20"/>
        </w:rPr>
        <w:t>10:36  Inhi do cheezon ka intehaan yahan chal raha hai. Toh jo aurat yeh sochegi ki mujhe Khuda ka sachcha aitraaf karna hai, jo Khuda ko sahi maanon mein pehchan chuki hogi, gardaab kar chuki hogi, toh woh har tarah ke shirk se apne aap ko paak rakhe, Khuda ki badhai mein jiye gi.</w:t>
      </w:r>
      <w:r>
        <w:br/>
      </w:r>
      <w:r>
        <w:rPr>
          <w:sz w:val="20"/>
        </w:rPr>
        <w:t>10:57  kyun ke aksar dekha gaya hai ke ladies hi hoti hain jo ghar mein taabeez, jhaad phoonk aur shirk mein mubtala karna aur bhi chhote mote aur jo kaam hain naatfaniyan aur yeh sab cheezon mein active rehti hain. to agar ladies ke andar maarfat ka level itna ho ke woh jaane ke Khuda kya hai aur uski power ko kisi ke saath hum share nahi kar sakte hain.</w:t>
      </w:r>
      <w:r>
        <w:br/>
      </w:r>
      <w:r>
        <w:rPr>
          <w:sz w:val="20"/>
        </w:rPr>
        <w:t>11:21  uski padhai mein hi woh jeene wali ho jaye to woh in chhoti chhoti cheezon mein padhkar apne aap ko shift jaise andhere mein nahi daalegi aur Khuda ke faisle par raazi hone wali hogi. to usse use yeh bhi maloom ho jayega ke woh beautification jo humne last time bhi discuss kiya tha ke apne apne aap ko woh accept karegi woh jaisi hai. Beautification insaan tab karata hai na ke woh sochta hai ke kaash mere na kaise hota hai ya main aisi hoti.</w:t>
      </w:r>
      <w:r>
        <w:br/>
      </w:r>
      <w:r>
        <w:rPr>
          <w:sz w:val="20"/>
        </w:rPr>
        <w:t>11:51  agar woh apne aap ko accept kar le to woh har is tarah ki burai se bahut zyada bach jayegi aur ek aur aajkal society mein cheez chali hai body shaming jo ki mujhe lagta hai ke woh body shaming ka matlab bhi yahi hai ke insaan apne aap ek aise standard tay kar leta hai ke yeh body ideal body hai aur phir uske baad woh usi ke peeche daudne lagta hai.</w:t>
      </w:r>
      <w:r>
        <w:br/>
      </w:r>
      <w:r>
        <w:rPr>
          <w:sz w:val="20"/>
        </w:rPr>
        <w:t>12:16  to body se behtar woh apne mind ko develop karein, apne intellect ko develop karein. Healthy rehna zaroori hai but yeh cheezein apne aap ko beautify karne mein garv kar dena, yeh andhapan hai aur doosri baat jab woh doosre logon ke maamle mein sanjeeda hogi ke woh apni zimmedariyan ada karti hai ke nahi, woh apne aap ko accountable samjhegi to woh duty conscious ban jayegi.</w:t>
      </w:r>
      <w:r>
        <w:br/>
      </w:r>
      <w:r>
        <w:rPr>
          <w:sz w:val="20"/>
        </w:rPr>
        <w:t>12:42  apne har shikayat ko woh apne dil se nikal degi kyun ke usko yeh hoga ke use apne huqooq to Khuda se lene hain, use apne farz ada karne ki chinta hogi aur woh giver ban jayegi poori tarah se. yeh jo yeh jo character hota hai na giver ka isse insaan bahut jaldi mutasir hota hai.</w:t>
      </w:r>
      <w:r>
        <w:br/>
      </w:r>
      <w:r>
        <w:rPr>
          <w:sz w:val="20"/>
        </w:rPr>
        <w:t>13:05  koi bhi agar sirf aapko unilaterally de ja raha hai, apna achha akhlaq show kar raha hai to mushkil hai ke mutasir na hon log. log usse zaroor mutasir hote hain aur aapko dekhte hain ke yeh positive person hai to usse sab log influence bhi hote hain.</w:t>
      </w:r>
      <w:r>
        <w:br/>
      </w:r>
      <w:r>
        <w:rPr>
          <w:sz w:val="20"/>
        </w:rPr>
        <w:t>13:22  to apne emotions ko, ego ko secondary bana diya kisi ne to logon ke upar uska asar padta hai aur bahut zyada haqeeqat pasand hi a jati hai jab hum emotions ko ek taraf rakh dete hain to hum cheezon ko haqeeqat ke taur par dekh paate hain. to yeh do cheezein Khuda parast aurat mein ya god fearing aurat mein bahut zyada dekhne ko milegi aur aisi auraton ka ghar definitely sukoon ki jagah ban jayegi. kyun ke usne apni zindagi ko ba maqsad bana rakha hai.</w:t>
      </w:r>
      <w:r>
        <w:br/>
      </w:r>
      <w:r>
        <w:rPr>
          <w:sz w:val="20"/>
        </w:rPr>
        <w:t>13:51  woh poora uska focus is cheez par hai ke kaise ghar ka mahaul theek ho? kaise woh bachchon ko islami mahaul de sake? aur uska jo moral conduct hai woh Khuda aur Rasool ke bataye hue ahkamon ke par based hoga. woh doosron ke liye bhi wahi chahegi jo khud apne liye chahti hai. jaise ke kabhi bhi woh galat bayani nahi karegi, kisi se jhoot nahi bolegi, ziyadti nahi karegi.</w:t>
      </w:r>
      <w:r>
        <w:br/>
      </w:r>
      <w:r>
        <w:rPr>
          <w:sz w:val="20"/>
        </w:rPr>
        <w:t>14:18  to itni sari pehchan jata hai ke usne galat kiya aur wahi shayad insaan ki sabse badi beauty hai ke woh agar pehchane aur usko pachtawa ho aur woh tauba kare to yeh Allah taala ko sabse zyada pasand hai.</w:t>
      </w:r>
      <w:r>
        <w:br/>
      </w:r>
      <w:r>
        <w:rPr>
          <w:sz w:val="20"/>
        </w:rPr>
        <w:t>14:46  تو ایسی عورتوں کے لیے تو مجھے لگتا ہے جیسے ہم نے discuss کیا تھا کہ وہ بہترین رفیق</w:t>
      </w:r>
      <w:r>
        <w:br/>
      </w:r>
      <w:r>
        <w:rPr>
          <w:sz w:val="20"/>
        </w:rPr>
        <w:t>14:51  کے ह्याद हैं، اولادوں کے لیے بہترین ماں ہیں اور ان کی شخصیت جو ہے وہ پوری طرح سے</w:t>
      </w:r>
      <w:r>
        <w:br/>
      </w:r>
      <w:r>
        <w:rPr>
          <w:sz w:val="20"/>
        </w:rPr>
        <w:t>14:56  khuda parast shakhsiyat hai aur iska behtareen example hamare liye azwajam hota hai raat.</w:t>
      </w:r>
      <w:r>
        <w:br/>
      </w:r>
      <w:r>
        <w:rPr>
          <w:sz w:val="20"/>
        </w:rPr>
        <w:t>15:01  jaise hazrat hajra, hazrat ayesha inmein dekhne ko milta hai.</w:t>
      </w:r>
      <w:r>
        <w:br/>
      </w:r>
      <w:r>
        <w:rPr>
          <w:sz w:val="20"/>
        </w:rPr>
        <w:t>15:06  hazrat hajra mein kitna bardasht tha.</w:t>
      </w:r>
      <w:r>
        <w:br/>
      </w:r>
      <w:r>
        <w:rPr>
          <w:sz w:val="20"/>
        </w:rPr>
        <w:t>15:11  unhone kitna saath diya hai, nadi salah salam ka aur har haal mein woh saath dene wali rahi.</w:t>
      </w:r>
      <w:r>
        <w:br/>
      </w:r>
      <w:r>
        <w:rPr>
          <w:sz w:val="20"/>
        </w:rPr>
        <w:t>15:17  doosra Hazrat Aisha ko bhi hum sab jaante hain woh behtareen intellectual partner thi. unhone itni sari hadeeson ka humein interpretation diya. to yeh mujhe lagta hai ke aurat ko agar hum is level par lekar jayein ke unke unko apna apna ilm badhana ho, apna deen ki samajh badhayein woh auratein aur apne andar aisi shakhsiyat banayein to woh zaroor society ke liye beneficial hongi.</w:t>
      </w:r>
      <w:r>
        <w:br/>
      </w:r>
      <w:r>
        <w:rPr>
          <w:sz w:val="20"/>
        </w:rPr>
        <w:t>15:43  jaise phir Amitabh ne kaha, wahi auratein hongi jo ki no problem barsan bhi banenge aur unke gharon se nikle hue afraad mashre ko behtar banayenge. main yahi samajh payi hoon Shubina. Jazaakilla. Thank you, Doctor. Sabrina, for the points that you have highlighted on.</w:t>
      </w:r>
      <w:r>
        <w:br/>
      </w:r>
      <w:r>
        <w:rPr>
          <w:sz w:val="20"/>
        </w:rPr>
        <w:t>16:06  And the main virtues that you highlighted about women is dignity, patience and generosity, courage, wisdom jo aapne</w:t>
      </w:r>
    </w:p>
    <w:p>
      <w:pPr>
        <w:pStyle w:val="Heading2"/>
      </w:pPr>
      <w:r>
        <w:t>Ummat Marhumah protected from external oppression</w:t>
      </w:r>
    </w:p>
    <w:p>
      <w:r>
        <w:rPr>
          <w:color w:val="666666"/>
          <w:sz w:val="18"/>
        </w:rPr>
        <w:t>Explanation of Oppression and Injustice October 28, 2018 · 4m 56s · at 5:17 · https://youtu.be/y3KMnFVdmQ8?t=317</w:t>
      </w:r>
    </w:p>
    <w:p>
      <w:r>
        <w:rPr>
          <w:i/>
        </w:rPr>
        <w:t>“Dekhiye, is hadith mein maine bahut dinon tak ghor kiya hai”</w:t>
      </w:r>
    </w:p>
    <w:p>
      <w:r>
        <w:rPr>
          <w:sz w:val="20"/>
        </w:rPr>
        <w:t>5:17  Dekhiye, is hadith mein main ne bohat dinon tak ghaur kiya hai.</w:t>
      </w:r>
      <w:r>
        <w:br/>
      </w:r>
      <w:r>
        <w:rPr>
          <w:sz w:val="20"/>
        </w:rPr>
        <w:t>5:27  Ghaur karne ke baad main jis nateeje par pahuncha hoon woh yeh hai ke is mein ummat-e-marhooma ka jo lafz hai woh ummat-e-mahfoozah ke ma'ni mein hai.</w:t>
      </w:r>
      <w:r>
        <w:br/>
      </w:r>
      <w:r>
        <w:rPr>
          <w:sz w:val="20"/>
        </w:rPr>
        <w:t>5:47  Jaise Quran mahfooz hai.</w:t>
      </w:r>
      <w:r>
        <w:br/>
      </w:r>
      <w:r>
        <w:rPr>
          <w:sz w:val="20"/>
        </w:rPr>
        <w:t>5:53  Is is hadith mein yeh nahi bataya gaya hai ke akhirat mein is ke saath kya hoga, woh alag mas'alah hai.</w:t>
      </w:r>
      <w:r>
        <w:br/>
      </w:r>
      <w:r>
        <w:rPr>
          <w:sz w:val="20"/>
        </w:rPr>
        <w:t>6:05  Akhirat mein kya ma'amla kiya jayega, woh ek alag mas'alah hai. Is hadith mein yeh bataya gaya hai ke duniya mein is ke saath kya ma'amla kiya jayega, kya ma'amla hone wala hai.</w:t>
      </w:r>
      <w:r>
        <w:br/>
      </w:r>
      <w:r>
        <w:rPr>
          <w:sz w:val="20"/>
        </w:rPr>
        <w:t>6:20  To is par ghaur kijiye to is se khulasa yeh nikalta hai ke yeh ummat duniya ki qaumon ke muqable mein ek mahfooz ummat hai.</w:t>
      </w:r>
      <w:r>
        <w:br/>
      </w:r>
      <w:r>
        <w:rPr>
          <w:sz w:val="20"/>
        </w:rPr>
        <w:t>6:38  Woh apni hi kisi ghalati ka</w:t>
      </w:r>
      <w:r>
        <w:br/>
      </w:r>
      <w:r>
        <w:rPr>
          <w:sz w:val="20"/>
        </w:rPr>
        <w:t>6:44  result bhugte gi, lekin yeh mumkin nahi hai ke log is par zalim ban gaye ban jayen aur is ko zulm karne lagen, is ko tabah karen.</w:t>
      </w:r>
      <w:r>
        <w:br/>
      </w:r>
      <w:r>
        <w:rPr>
          <w:sz w:val="20"/>
        </w:rPr>
        <w:t>6:58  Yeh mumkin nahi hai. Yeh matlab hai is ka. Yeh baat jo hai yeh ummat ki fazeelat ke taur par nahi hai.</w:t>
      </w:r>
      <w:r>
        <w:br/>
      </w:r>
      <w:r>
        <w:rPr>
          <w:sz w:val="20"/>
        </w:rPr>
        <w:t>7:10  Fazeelat ka tasawwur Islam mein nahi hai. Yeh baad ke logon ne banaya hai. Yeh is baat is ma'ni mein hai ke yeh ummat aakhiri ummat hai.</w:t>
      </w:r>
      <w:r>
        <w:br/>
      </w:r>
      <w:r>
        <w:rPr>
          <w:sz w:val="20"/>
        </w:rPr>
        <w:t>7:25  Paighambar-e-Islam sallallaho alaihi wasallam aakhiri paighambar hain aur yeh ummat aakhiri ummat hai. Aakhiri ummat ka matlab kya hai?</w:t>
      </w:r>
      <w:r>
        <w:br/>
      </w:r>
      <w:r>
        <w:rPr>
          <w:sz w:val="20"/>
        </w:rPr>
        <w:t>7:35  Allah ka jo deen aaya hai us ki waarish hai. Ab koi aur na to deen aane wala hai na koi ummat banne wali hai.</w:t>
      </w:r>
      <w:r>
        <w:br/>
      </w:r>
      <w:r>
        <w:rPr>
          <w:sz w:val="20"/>
        </w:rPr>
        <w:t>7:50  Jo deen aakhiri taraf aana tha aa chuka hai</w:t>
      </w:r>
      <w:r>
        <w:br/>
      </w:r>
      <w:r>
        <w:rPr>
          <w:sz w:val="20"/>
        </w:rPr>
        <w:t>7:57  aur yeh ummat is ki waarish hai. To dekhiye, is ka taqaza hai ke ummat mahfooz ummat ho. Jaise Quran mahfooz kitab hai, isi liye ke agar Quran mahfooz na rahe to hidayat ka koi baakhiz nahi hoga, koi source nahi hoga.</w:t>
      </w:r>
      <w:r>
        <w:br/>
      </w:r>
      <w:r>
        <w:rPr>
          <w:sz w:val="20"/>
        </w:rPr>
        <w:t>8:15  athintik aisi agar yeh ummat maujood na rahe ya is ko qoumein kha jayen, tabaah kar dein to kaisay deen mehfooz rahe ga?</w:t>
      </w:r>
      <w:r>
        <w:br/>
      </w:r>
      <w:r>
        <w:rPr>
          <w:sz w:val="20"/>
        </w:rPr>
        <w:t>8:34  kyunke deen farishtoun ke zariye mehfooz nahi hota, woh insaan ke zariye hota hai. to jis jis tarah quran ki hifazat allah ne apne zimme le li hai, is tarah is ummat ki hifazat bhi apne zimme le li hai.</w:t>
      </w:r>
      <w:r>
        <w:br/>
      </w:r>
      <w:r>
        <w:rPr>
          <w:sz w:val="20"/>
        </w:rPr>
        <w:t>8:52  koi bhi is par na to zulm kar sakta hai na koi tabaah kar sakta hai.</w:t>
      </w:r>
      <w:r>
        <w:br/>
      </w:r>
      <w:r>
        <w:rPr>
          <w:sz w:val="20"/>
        </w:rPr>
        <w:t>9:01  is ki lekin yeh is ayat, is hadith mein jo yeh lafz hai, illa yeh ke woh khud koi apne haath se koi museebat khari kare.</w:t>
      </w:r>
      <w:r>
        <w:br/>
      </w:r>
      <w:r>
        <w:rPr>
          <w:sz w:val="20"/>
        </w:rPr>
        <w:t>9:15  yeh bohat important hai ke yeh ummat, jo ummat muhammadi jo hai, doosroun ke hathon kabhi bhi</w:t>
      </w:r>
      <w:r>
        <w:br/>
      </w:r>
      <w:r>
        <w:rPr>
          <w:sz w:val="20"/>
        </w:rPr>
        <w:t>9:28  mazloom nahi hogi. khud apne hathon apne aap ko tabaah kar sakti hai. yeh dekhiye, is ayat, is hadith par ghore kijiye to woh jo aam taur par woh mashhoor hai, bohat ziyada ke hamare par zulm ho raha hai har jagah,</w:t>
      </w:r>
      <w:r>
        <w:br/>
      </w:r>
      <w:r>
        <w:rPr>
          <w:sz w:val="20"/>
        </w:rPr>
        <w:t>9:51  yeh bilkul galat sabit hota hai. yeh mumkin hi nahi hai ke log zulm karein, log tabaah karein.</w:t>
      </w:r>
      <w:r>
        <w:br/>
      </w:r>
      <w:r>
        <w:rPr>
          <w:sz w:val="20"/>
        </w:rPr>
        <w:t>10:00  yeh ho nahi sakta hai kyunke woh to allah ne is ki hifazat ka zimme le liya hai. ab apne apne hi haath se kuch karein to is ka sabab, is ka anjaam bhugtein ge.</w:t>
      </w:r>
    </w:p>
    <w:p>
      <w:pPr>
        <w:pStyle w:val="Heading2"/>
      </w:pPr>
      <w:r>
        <w:t>Maulana's rational discovery of Islam</w:t>
      </w:r>
    </w:p>
    <w:p>
      <w:r>
        <w:rPr>
          <w:color w:val="666666"/>
          <w:sz w:val="18"/>
        </w:rPr>
        <w:t>In Search for Truth 18 May 2007 · 5m 52s · at 36:51 · https://youtu.be/3Q4zw6202eM?t=2211</w:t>
      </w:r>
    </w:p>
    <w:p>
      <w:r>
        <w:rPr>
          <w:i/>
        </w:rPr>
        <w:t>“I can say about myself that although I was born”</w:t>
      </w:r>
    </w:p>
    <w:p>
      <w:r>
        <w:rPr>
          <w:sz w:val="20"/>
        </w:rPr>
        <w:t>36:51  I can say about myself that although I was born in a Muslim family</w:t>
      </w:r>
      <w:r>
        <w:br/>
      </w:r>
      <w:r>
        <w:rPr>
          <w:sz w:val="20"/>
        </w:rPr>
        <w:t>37:00  and although I was educated in an Arabic institution, but when I reached the maturity age, I became an agnostic.</w:t>
      </w:r>
      <w:r>
        <w:br/>
      </w:r>
      <w:r>
        <w:rPr>
          <w:sz w:val="20"/>
        </w:rPr>
        <w:t>37:21  I wanted to know</w:t>
      </w:r>
      <w:r>
        <w:br/>
      </w:r>
      <w:r>
        <w:rPr>
          <w:sz w:val="20"/>
        </w:rPr>
        <w:t>37:27  in the light of my reason, what is the truth</w:t>
      </w:r>
      <w:r>
        <w:br/>
      </w:r>
      <w:r>
        <w:rPr>
          <w:sz w:val="20"/>
        </w:rPr>
        <w:t>37:32  ? I wanted to discover the truth on a rational basis.</w:t>
      </w:r>
      <w:r>
        <w:br/>
      </w:r>
      <w:r>
        <w:rPr>
          <w:sz w:val="20"/>
        </w:rPr>
        <w:t>37:43  So I embarked on a long, long journey. I myself</w:t>
      </w:r>
      <w:r>
        <w:br/>
      </w:r>
      <w:r>
        <w:rPr>
          <w:sz w:val="20"/>
        </w:rPr>
        <w:t>37:51  have experienced all these things. I was a Muslim by birth</w:t>
      </w:r>
      <w:r>
        <w:br/>
      </w:r>
      <w:r>
        <w:rPr>
          <w:sz w:val="20"/>
        </w:rPr>
        <w:t>37:59  . I was educated in a Muslim Arabic institution. But then I became</w:t>
      </w:r>
      <w:r>
        <w:br/>
      </w:r>
      <w:r>
        <w:rPr>
          <w:sz w:val="20"/>
        </w:rPr>
        <w:t>38:12  a skeptic or agnostic. For further conviction, for further conviction, I wanted to know Islam in detail.</w:t>
      </w:r>
      <w:r>
        <w:br/>
      </w:r>
      <w:r>
        <w:rPr>
          <w:sz w:val="20"/>
        </w:rPr>
        <w:t>38:29  So I wanted to judge Islam on my rational—so I wanted to judge Islam on a rational ground.</w:t>
      </w:r>
      <w:r>
        <w:br/>
      </w:r>
      <w:r>
        <w:rPr>
          <w:sz w:val="20"/>
        </w:rPr>
        <w:t>38:43  I wanted to judge Islam on the rational ground</w:t>
      </w:r>
      <w:r>
        <w:br/>
      </w:r>
      <w:r>
        <w:rPr>
          <w:sz w:val="20"/>
        </w:rPr>
        <w:t>38:47  . So although my case was just like Dr. Nishikan Chattopadhyay, he was a Hindu by—he was a Hindu by birth, then he discovered Islam.</w:t>
      </w:r>
      <w:r>
        <w:br/>
      </w:r>
      <w:r>
        <w:rPr>
          <w:sz w:val="20"/>
        </w:rPr>
        <w:t>39:03  And I was a Muslim by birth, then I rediscovered Islam.</w:t>
      </w:r>
      <w:r>
        <w:br/>
      </w:r>
      <w:r>
        <w:rPr>
          <w:sz w:val="20"/>
        </w:rPr>
        <w:t>39:07  So my case and the case of Dr. Nishikan Chattopadhyay were very similar.</w:t>
      </w:r>
      <w:r>
        <w:br/>
      </w:r>
      <w:r>
        <w:rPr>
          <w:sz w:val="20"/>
        </w:rPr>
        <w:t>39:22  Dr. Nishikan Chattopadhyay was a Hindu by birth. Then after a long study, he discovered Islam.</w:t>
      </w:r>
      <w:r>
        <w:br/>
      </w:r>
      <w:r>
        <w:rPr>
          <w:sz w:val="20"/>
        </w:rPr>
        <w:t>39:35  And I was a Muslim by birth</w:t>
      </w:r>
      <w:r>
        <w:br/>
      </w:r>
      <w:r>
        <w:rPr>
          <w:sz w:val="20"/>
        </w:rPr>
        <w:t>39:37  . Then after a long study, I rediscovered the truth of Islam. This is very interesting.</w:t>
      </w:r>
      <w:r>
        <w:br/>
      </w:r>
      <w:r>
        <w:rPr>
          <w:sz w:val="20"/>
        </w:rPr>
        <w:t>39:49  So my Islam is not a traditional Islam. My Islam is a rational Islam.</w:t>
      </w:r>
      <w:r>
        <w:br/>
      </w:r>
      <w:r>
        <w:rPr>
          <w:sz w:val="20"/>
        </w:rPr>
        <w:t>39:59  I stand on logic. This logic gives me conviction</w:t>
      </w:r>
      <w:r>
        <w:br/>
      </w:r>
      <w:r>
        <w:rPr>
          <w:sz w:val="20"/>
        </w:rPr>
        <w:t>40:06  . So I can say with conviction, I can say with complete conviction that I have discovered Islam as the truth, as the answer to my questions.</w:t>
      </w:r>
      <w:r>
        <w:br/>
      </w:r>
      <w:r>
        <w:rPr>
          <w:sz w:val="20"/>
        </w:rPr>
        <w:t>40:29  So I invite every man and woman to follow this path</w:t>
      </w:r>
      <w:r>
        <w:br/>
      </w:r>
      <w:r>
        <w:rPr>
          <w:sz w:val="20"/>
        </w:rPr>
        <w:t>40:42  . You know, simply traditional knowledge—simply traditional knowledge cannot give you conviction.</w:t>
      </w:r>
      <w:r>
        <w:br/>
      </w:r>
      <w:r>
        <w:rPr>
          <w:sz w:val="20"/>
        </w:rPr>
        <w:t>40:57  Conviction is the very basic part of religion.</w:t>
      </w:r>
      <w:r>
        <w:br/>
      </w:r>
      <w:r>
        <w:rPr>
          <w:sz w:val="20"/>
        </w:rPr>
        <w:t>41:05  Without conviction, we cannot live on this earth, in this world.</w:t>
      </w:r>
      <w:r>
        <w:br/>
      </w:r>
      <w:r>
        <w:rPr>
          <w:sz w:val="20"/>
        </w:rPr>
        <w:t>41:11  So we need conviction. So only traditional knowledge of religion cannot give you conviction.</w:t>
      </w:r>
      <w:r>
        <w:br/>
      </w:r>
      <w:r>
        <w:rPr>
          <w:sz w:val="20"/>
        </w:rPr>
        <w:t>41:24  You have to apply your reason. You have to apply your logic on all those disciplines.</w:t>
      </w:r>
      <w:r>
        <w:br/>
      </w:r>
      <w:r>
        <w:rPr>
          <w:sz w:val="20"/>
        </w:rPr>
        <w:t>41:35  You have to study philosophy. You have to study spirituality. You have to study religion. You have to study sciences.</w:t>
      </w:r>
      <w:r>
        <w:br/>
      </w:r>
      <w:r>
        <w:rPr>
          <w:sz w:val="20"/>
        </w:rPr>
        <w:t>41:46  Then you have to do Islam. You have to study Islam.</w:t>
      </w:r>
      <w:r>
        <w:br/>
      </w:r>
      <w:r>
        <w:rPr>
          <w:sz w:val="20"/>
        </w:rPr>
        <w:t>41:53  And I believe, I can say with conviction, if you study all these things,</w:t>
      </w:r>
      <w:r>
        <w:br/>
      </w:r>
      <w:r>
        <w:rPr>
          <w:sz w:val="20"/>
        </w:rPr>
        <w:t>42:04  your case will be the same case which was the case of Dr. Nishikan Chattopadhyay and also that was my own case.</w:t>
      </w:r>
      <w:r>
        <w:br/>
      </w:r>
      <w:r>
        <w:rPr>
          <w:sz w:val="20"/>
        </w:rPr>
        <w:t>42:16  You will</w:t>
      </w:r>
      <w:r>
        <w:br/>
      </w:r>
      <w:r>
        <w:rPr>
          <w:sz w:val="20"/>
        </w:rPr>
        <w:t>42:21  discover—I can say with conviction that you will discover Islam as a truth, as a divine truth</w:t>
      </w:r>
      <w:r>
        <w:br/>
      </w:r>
      <w:r>
        <w:rPr>
          <w:sz w:val="20"/>
        </w:rPr>
        <w:t>42:33  . So it is a fact that everyone is born with a seeking spirit.</w:t>
      </w:r>
    </w:p>
    <w:p>
      <w:pPr>
        <w:pStyle w:val="Heading2"/>
      </w:pPr>
      <w:r>
        <w:t>Islam's transformative impact on education</w:t>
      </w:r>
    </w:p>
    <w:p>
      <w:r>
        <w:rPr>
          <w:color w:val="666666"/>
          <w:sz w:val="18"/>
        </w:rPr>
        <w:t>Importance of Education in Islam September 4, 2022 · 3m 51s · at 2:23 · https://youtu.be/eiVQm1mverA?t=143</w:t>
      </w:r>
    </w:p>
    <w:p>
      <w:r>
        <w:rPr>
          <w:i/>
        </w:rPr>
        <w:t>“Only 150 literate in Mecca before Islam.”</w:t>
      </w:r>
    </w:p>
    <w:p>
      <w:r>
        <w:rPr>
          <w:sz w:val="20"/>
        </w:rPr>
        <w:t>2:23  Islam aaya Arab mein aur Arab mein parhai likhai bohat kam thi. poooray Makka mein sirf aik sau pachas log parhna likhna jantay thay. sirf itna parhna likhna woh jantay thay ke apna hisab kitab kar letay thay kyunkay ziyadatar log us mein tazeer hotay thay.</w:t>
      </w:r>
      <w:r>
        <w:br/>
      </w:r>
      <w:r>
        <w:rPr>
          <w:sz w:val="20"/>
        </w:rPr>
        <w:t>2:44  to jab Quran utra aur Quran ki jo sab say pehli ayat thi iqra to us mein aagay hai ke allama bilqalam hum nay insaan ko qalam say ilm sikhaya. to pehli ayat yeh utri to isi tareeqay say Quran mein bohat sari aayat hain. bohat saray aisi commands hain ke ilm hasil karo.</w:t>
      </w:r>
      <w:r>
        <w:br/>
      </w:r>
      <w:r>
        <w:rPr>
          <w:sz w:val="20"/>
        </w:rPr>
        <w:t>3:09  kyunki quran ko samajhne ke liye ilm zaroori tha. to is wajah se ab wahan par to sabse badi cheez quran thi. kyunki us waqt aur koi kitabein wagera hoti hi nahi thi. aur poetry hoti thi. log shayari karte the. wahi ek doosre se dohrate rehte the. to yeh pehli kitab thi jo wahan utri aur ismein bahut zyada zor diya gaya ilm parm.</w:t>
      </w:r>
      <w:r>
        <w:br/>
      </w:r>
      <w:r>
        <w:rPr>
          <w:sz w:val="20"/>
        </w:rPr>
        <w:t>3:37  usmein yeh bhi ek dua bhi hai ki rabb-e-zidni ilma. ae allah increase me in knowledge. to yeh dua bhi sikhai gayi aur usmein taqreeban pandrah sau aise derivatives hain ilm ke jisko synonyms keh sakte hain. ki usmein bahut zyada zor diya gaya hai. tadabbur, tafakkur, taakul, lobh is tarah ke bahut saare alfaaz hain ki ilm haasil karo.</w:t>
      </w:r>
      <w:r>
        <w:br/>
      </w:r>
      <w:r>
        <w:rPr>
          <w:sz w:val="20"/>
        </w:rPr>
        <w:t>4:07  ilm ke zariye se huda ki kaanat mein jo saari signs hain, usko samjho. khuda ki makhlukat par gaur karo aur is tarike se khuda ki marfat haasil karo. to is wajah se itna zyada musalmanon mein ilm haasil karne ka itna zyada shauk ho gaya. aisi aisi aayatein hain ki khuda se uske wahin bande darte hain jo ilm wale hain.</w:t>
      </w:r>
      <w:r>
        <w:br/>
      </w:r>
      <w:r>
        <w:rPr>
          <w:sz w:val="20"/>
        </w:rPr>
        <w:t>4:37  ek baar is aayat ko sir James jeans jo nobel prize winner the, unke saamne yaad pesh ki gayi. to woh kehne lage ki yeh aayat quran mein hai. iska matlab hai ki quran sacchi khudai kitab hai. kyunki wahin samajh sakta hai isko jo ilm wala hai. yeh aaj wahin samajh hi sakta hai. wahin ke wahin khud log khuda se darte hain jo ilm wale hain.</w:t>
      </w:r>
      <w:r>
        <w:br/>
      </w:r>
      <w:r>
        <w:rPr>
          <w:sz w:val="20"/>
        </w:rPr>
        <w:t>5:05  to is tarike se na sirf ilm haasil karna balki ilm sikhane par bhi bahut zyada zor diya gaya aur uska bahut zyada jawab bataya gaya ki jo log ilm sikhate hain logon ko unko huda ki blessings milti hain. yahan tak kaha gaya ki ulma jo hain ambiya ke virus hain. ambiya ke inheritors hain. ji. to ab isse badi aur kya cheez ho sakti hai? to ilm jo hai woh hamari apni kahin bhi ilm mile.</w:t>
      </w:r>
      <w:r>
        <w:br/>
      </w:r>
      <w:r>
        <w:rPr>
          <w:sz w:val="20"/>
        </w:rPr>
        <w:t>5:34  pehla yeh tha ki hum apne logon mein apne jinko hum bada samajhte hain unke zariye se ilm milega to hum lenge. lekin islam mein bataya gaya ki kahin bhi ilm mile. woh tumhara apna gumshuda maal hai, fauran usko le lo. aur usse phir apna intellectual development karo. to is tarike se quran ne ek learning explosion paida kiya. tamam log padhne likhne mein lag gaye. aashashalah.</w:t>
      </w:r>
      <w:r>
        <w:br/>
      </w:r>
      <w:r>
        <w:rPr>
          <w:sz w:val="20"/>
        </w:rPr>
        <w:t>6:02  aap bahut achhi aayat ka aapne reference diya aur yeh dua to bahut hi achhi zabardast dua hai, rabb-e-zidni ilma. yeh hum sabko karni chahiye ki god increase me in knowledge.</w:t>
      </w:r>
      <w:r>
        <w:br/>
      </w:r>
      <w:r>
        <w:rPr>
          <w:sz w:val="20"/>
        </w:rPr>
        <w:t>6:14  aap ab quran mein hi chapter 14 mein prophet ko address karte hue yeh kaha gaya hai ki we have revealed to you this book so that by the will of their lord you may lead men from darkness to light aur aap yeh baat to bilkul zahir hai ki bina education ke to andhkar hi andhkar hai and we all know from the history ki kis tarah prophet used to emphasize on education.</w:t>
      </w:r>
    </w:p>
    <w:p>
      <w:pPr>
        <w:pStyle w:val="Heading2"/>
      </w:pPr>
      <w:r>
        <w:t>Full Uhud narrative and reinterpretation as shock treatment</w:t>
      </w:r>
    </w:p>
    <w:p>
      <w:r>
        <w:rPr>
          <w:color w:val="666666"/>
          <w:sz w:val="18"/>
        </w:rPr>
        <w:t>The Problem of Intellectual Stagnation May 13, 2012 · 4m 37s · at 25:03 · https://youtu.be/Qi5BZlv-Vog?t=1503</w:t>
      </w:r>
    </w:p>
    <w:p>
      <w:r>
        <w:rPr>
          <w:i/>
        </w:rPr>
        <w:t>“Rasool Allah ki raye yeh thi ke hum Madine mein hum rahein”</w:t>
      </w:r>
    </w:p>
    <w:p>
      <w:r>
        <w:rPr>
          <w:sz w:val="20"/>
        </w:rPr>
        <w:t>25:03  to wahan par dekhiye kya tha ke Uhud ke mauqe par jab yeh maloom hua ke woh log aa rahe hain Makka se hamla karne ke liye to jo sahaba the un mein khas taur par jo naujawan sahaba the un mein josh tha ke hum larr kar ke un ko khatm karenge.</w:t>
      </w:r>
      <w:r>
        <w:br/>
      </w:r>
      <w:r>
        <w:rPr>
          <w:sz w:val="20"/>
        </w:rPr>
        <w:t>25:22  to Rasool Allah ki rai yeh thi ke hum Madine mein hum rahein, Madine ke bahar na jayein, un ko aane dein. jab aayenge to hum Madine mein reh kar ke un ka muqabla karenge</w:t>
      </w:r>
      <w:r>
        <w:br/>
      </w:r>
      <w:r>
        <w:rPr>
          <w:sz w:val="20"/>
        </w:rPr>
        <w:t>25:32  ge. lekin woh jo naujawan sahaba the woh kehte the nahi hum bahar jayenge. to Rasool Allah ne un ki rai ka lihaaz kiya aur bahar aa gaye.</w:t>
      </w:r>
      <w:r>
        <w:br/>
      </w:r>
      <w:r>
        <w:rPr>
          <w:sz w:val="20"/>
        </w:rPr>
        <w:t>25:42  aur Uhud pahad tha jo Madine ke bahar wahan par ladai hui aur 70 sahaba is mein halak ho gaye. yeh kya tha?</w:t>
      </w:r>
      <w:r>
        <w:br/>
      </w:r>
      <w:r>
        <w:rPr>
          <w:sz w:val="20"/>
        </w:rPr>
        <w:t>25:53  "that was radical operation" ke Allah taala chahta tha ke un ke jo woh woh soch khatm ho,</w:t>
      </w:r>
      <w:r>
        <w:br/>
      </w:r>
      <w:r>
        <w:rPr>
          <w:sz w:val="20"/>
        </w:rPr>
        <w:t>26:02  "al-harbu wa anfal al-harb" ki soch khatm ho, "al-sil anfal al-harb" yeh yeh soch aaye un ke andar. yeh maqsad tha is ka. yeh yeh Allah of nature ke mutabiq is tarah ki tabdeeli baghair shadeed yani jis ko kehte hain shock treatment is ke baad unhein hoti hai.</w:t>
      </w:r>
      <w:r>
        <w:br/>
      </w:r>
      <w:r>
        <w:rPr>
          <w:sz w:val="20"/>
        </w:rPr>
        <w:t>26:21  Allah of nature hai. kuch cheezein aisi hoti hain jo samjha bujha kar ho jati hain. lekin</w:t>
      </w:r>
      <w:r>
        <w:br/>
      </w:r>
      <w:r>
        <w:rPr>
          <w:sz w:val="20"/>
        </w:rPr>
        <w:t>26:27  jab conditioning bohat pakki ho jis conditioning ke peeche hazaron saal ki tareekh ho us conditioning ko todne ke liye zaroori hai ke wahan par koi shock treatment diya jaye.</w:t>
      </w:r>
      <w:r>
        <w:br/>
      </w:r>
      <w:r>
        <w:rPr>
          <w:sz w:val="20"/>
        </w:rPr>
        <w:t>26:38  shock treatment to "Ahad was a shock treatment" jab dekha logon ne ke hum 70 sahabi is mein halak ho gaye aur abhi faisla nahi hua.</w:t>
      </w:r>
      <w:r>
        <w:br/>
      </w:r>
      <w:r>
        <w:rPr>
          <w:sz w:val="20"/>
        </w:rPr>
        <w:t>26:52  yani mamla wahin ka wahin hai.</w:t>
      </w:r>
      <w:r>
        <w:br/>
      </w:r>
      <w:r>
        <w:rPr>
          <w:sz w:val="20"/>
        </w:rPr>
        <w:t>26:55  abhi bhi yani baat khatam nahi hui. to ek rethinking aayi. dekhiye shock treatment jo hai aadmi ke andar kya karta hai?</w:t>
      </w:r>
      <w:r>
        <w:br/>
      </w:r>
      <w:r>
        <w:rPr>
          <w:sz w:val="20"/>
        </w:rPr>
        <w:t>27:07  rethinking lata hai. rethinking. is rethinking ka nateeja aap ne dekha ke is ke baad kya hua?</w:t>
      </w:r>
      <w:r>
        <w:br/>
      </w:r>
      <w:r>
        <w:rPr>
          <w:sz w:val="20"/>
        </w:rPr>
        <w:t>27:17  Ghazwa Ahad hua tha san teen hijri mein.</w:t>
      </w:r>
      <w:r>
        <w:br/>
      </w:r>
      <w:r>
        <w:rPr>
          <w:sz w:val="20"/>
        </w:rPr>
        <w:t>27:21  is ke baad sirf teen saal ke baad san chheh hijri mein Hudaybiyah hoti hai. Hudaybiyah. Hudaybiyah jo tha wo peace agreement tha.</w:t>
      </w:r>
      <w:r>
        <w:br/>
      </w:r>
      <w:r>
        <w:rPr>
          <w:sz w:val="20"/>
        </w:rPr>
        <w:t>27:34  yani fareeq-e-sani ki yak-tarfa sharton ko maan kar ke aman muahida karna. ye itna mushkil kaam tha ke poori history mein pehli baar aisa waqia pesh aaya.</w:t>
      </w:r>
      <w:r>
        <w:br/>
      </w:r>
      <w:r>
        <w:rPr>
          <w:sz w:val="20"/>
        </w:rPr>
        <w:t>27:45  history mein kabhi aisa nahi hua ke koi groh fareeq-e-sani ki yak-tarfa unilateral condition ko maan kar ke peace agreement kare.</w:t>
      </w:r>
      <w:r>
        <w:br/>
      </w:r>
      <w:r>
        <w:rPr>
          <w:sz w:val="20"/>
        </w:rPr>
        <w:t>27:56  poori non history mein pehla waqia ye tha. to ye kaise mumkin hua? jab us waqt ke jo Musalman the un ki hazaron saal ki jo conditioning us ko toda gaya shock treatment ke zariye se.</w:t>
      </w:r>
      <w:r>
        <w:br/>
      </w:r>
      <w:r>
        <w:rPr>
          <w:sz w:val="20"/>
        </w:rPr>
        <w:t>28:10  yani Ahad mein 70 aadmi mare gaye aur masla hal nahi hua. phir wahin ka wahin. to rethinking aayi. phir wo mentally wo tayyar ho gaye ke hum peace ke zariye se masle ko hal karein.</w:t>
      </w:r>
      <w:r>
        <w:br/>
      </w:r>
      <w:r>
        <w:rPr>
          <w:sz w:val="20"/>
        </w:rPr>
        <w:t>28:24  chunanche Hudaybiyah ke mauqe par jab peace yani wo peace agreement hua to is ke baad kya hua?</w:t>
      </w:r>
      <w:r>
        <w:br/>
      </w:r>
      <w:r>
        <w:rPr>
          <w:sz w:val="20"/>
        </w:rPr>
        <w:t>28:35  ke is ke baad bohat tezi se wahan par Islam phailne laga.</w:t>
      </w:r>
      <w:r>
        <w:br/>
      </w:r>
      <w:r>
        <w:rPr>
          <w:sz w:val="20"/>
        </w:rPr>
        <w:t>28:45  kyun ke dono fareeqon ke darmiyan jo ladaiyan ho rahi hoti theen to Islam ki dawat ruk ruk gayi thi.</w:t>
      </w:r>
      <w:r>
        <w:br/>
      </w:r>
      <w:r>
        <w:rPr>
          <w:sz w:val="20"/>
        </w:rPr>
        <w:t>28:54  yani dono ka muqabla maidan-e-jang mein hota tha na ke maidan-e-guftagu mein. ab jab aa gaya yani yani jo mamla bajaye bajaye maidan-e-jang ke maidan yani maidan dialogue ke maidan mein aa gaya, baat cheet ke maidan mein aa gaya, peace ke maidan mein aa gaya</w:t>
      </w:r>
      <w:r>
        <w:br/>
      </w:r>
      <w:r>
        <w:rPr>
          <w:sz w:val="20"/>
        </w:rPr>
        <w:t>29:19  to achaanak Islam phailne laga. aur do saal ke andar andar kya hua ke Makkah fateh ho gaya baghair kisi military military military operation ke.</w:t>
      </w:r>
      <w:r>
        <w:br/>
      </w:r>
      <w:r>
        <w:rPr>
          <w:sz w:val="20"/>
        </w:rPr>
        <w:t>29:32  to "al-harbu wa anfal al-harb" ke zehan ko todne ke liye ek shock treatment tha Ahad ka waqia.</w:t>
      </w:r>
    </w:p>
    <w:p>
      <w:pPr>
        <w:pStyle w:val="Heading2"/>
      </w:pPr>
      <w:r>
        <w:t>From lifelong pacifist to redefining jihad as peaceful struggle</w:t>
      </w:r>
    </w:p>
    <w:p>
      <w:r>
        <w:rPr>
          <w:color w:val="666666"/>
          <w:sz w:val="18"/>
        </w:rPr>
        <w:t>A conversation with Maulana Wahiduddin Khan on Aaj Saware, Doordarshan · 3m 52s · at 1:14 · https://youtu.be/vQkHY1LZz9w?t=74</w:t>
      </w:r>
    </w:p>
    <w:p>
      <w:r>
        <w:rPr>
          <w:i/>
        </w:rPr>
        <w:t>“This is the result of my lifetime study”</w:t>
      </w:r>
    </w:p>
    <w:p>
      <w:r>
        <w:rPr>
          <w:sz w:val="20"/>
        </w:rPr>
        <w:t>1:14  Dekhiye, meri lifetime study ka ye result hai. Main bachpan se pacifist raha hoon, chote pan se.</w:t>
      </w:r>
      <w:r>
        <w:br/>
      </w:r>
      <w:r>
        <w:rPr>
          <w:sz w:val="20"/>
        </w:rPr>
        <w:t>1:26  Mere bhai, jo mere, umm, unse main inspire hua, bade bhai, jo bahut zabardast congressi the, to wo kaha karte the ke Mahatma Gandhi ka jo satyagrah hai, wo Quran mein is tarah se hai ke "watwaso bis sabr, watwaso bil haq, watwaso bis sabr". Usi ka translation hai ye. To main wahan se sochta tha ke dekhiye, Islam koi alag cheez nahi hai.</w:t>
      </w:r>
      <w:r>
        <w:br/>
      </w:r>
      <w:r>
        <w:rPr>
          <w:sz w:val="20"/>
        </w:rPr>
        <w:t>1:55  Islam universal values ko advocate karta hai, jo har jagah pai jati hain. To phir main isko padhta raha, padhta raha, padhta raha, yahan tak ke maine discover kiya ke peace jo hai, wo Islam mein—peace is the summum bonum in Islam.</w:t>
      </w:r>
      <w:r>
        <w:br/>
      </w:r>
      <w:r>
        <w:rPr>
          <w:sz w:val="20"/>
        </w:rPr>
        <w:t>2:16  Peace is the summum bonum in Islam. To usko lekar ke maine padha.</w:t>
      </w:r>
      <w:r>
        <w:br/>
      </w:r>
      <w:r>
        <w:rPr>
          <w:sz w:val="20"/>
        </w:rPr>
        <w:t>2:20  Ji. To poora jo Islam ki jo mythology hai, jo Prophet ki jo life hai, usse explain ho gayi. To phir maine ye kitab likhi. Umm, is kitab mein aapne, Maulana Sahib, bahut aham mudde address kare hain aur kitni misunderstandings hain, aapne clear karne ki koshish kari hai. To, aur aap ye bhi kehte hain ke Islam is based on the ideology of peace. To phir itni misunderstanding kyun?</w:t>
      </w:r>
      <w:r>
        <w:br/>
      </w:r>
      <w:r>
        <w:rPr>
          <w:sz w:val="20"/>
        </w:rPr>
        <w:t>2:46  Misunderstanding jo scripture se nahi aati,</w:t>
      </w:r>
      <w:r>
        <w:br/>
      </w:r>
      <w:r>
        <w:rPr>
          <w:sz w:val="20"/>
        </w:rPr>
        <w:t>2:50  wo aati hai zamane se, halaat se. Scripture mein wo to eternal cheezein hoti hain. Ji. Musalman jab naye zamane mein aaye aur unhein challenge samne aaya,</w:t>
      </w:r>
      <w:r>
        <w:br/>
      </w:r>
      <w:r>
        <w:rPr>
          <w:sz w:val="20"/>
        </w:rPr>
        <w:t>3:03  yani is, is western civilization se, aur doosre jo nayi powers thin, ubhri, to unhone samjha ke isse, yani is challenge ko compete karne ka tareeqa kya hai?</w:t>
      </w:r>
      <w:r>
        <w:br/>
      </w:r>
      <w:r>
        <w:rPr>
          <w:sz w:val="20"/>
        </w:rPr>
        <w:t>3:18  Jihad. Aur wo lag gaye jihad mein. Aur usko interpretation kiya Islam ko lekar ke. Main isko bahut gehrai se maine padha, to maine socha ke ye jo challenge tha, wo sirf peace ke zariye se usko hum meet kar sakte the. Lardne ka koi masla hi nahi tha. Umm, yani modern civilization jo thi, naye thought, nayi technology, nayi science lekar aayi thi.</w:t>
      </w:r>
      <w:r>
        <w:br/>
      </w:r>
      <w:r>
        <w:rPr>
          <w:sz w:val="20"/>
        </w:rPr>
        <w:t>3:47  Poora ka po पूरा एक peaceful—main samajhta hoon ke modern civilization jo hai, peace par base karti thi, violence par nahi. To yahan par logon ne samjha ke humein lardkar isko meet karna hai isse. Yahan se derailment ho gaya. Us derailment ko maine phir koshish ki hai ismein right track par lane ki. Aapne "jihad" shabd istemal kiya. Jihad ka matlab kya hai?</w:t>
      </w:r>
      <w:r>
        <w:br/>
      </w:r>
      <w:r>
        <w:rPr>
          <w:sz w:val="20"/>
        </w:rPr>
        <w:t>4:12  Dekhiye, literal meaning jihad ki hai "to strive, to struggle".</w:t>
      </w:r>
      <w:r>
        <w:br/>
      </w:r>
      <w:r>
        <w:rPr>
          <w:sz w:val="20"/>
        </w:rPr>
        <w:t>4:17  Yani kisi noble cause ke liye peaceful struggle. That is jihad. Ye misinterpretation ki wajah se logon ne jihad ko le liya war ke maane. Kyunke aap dictionary ko consult karein, to aap paayenge ke jihad ke maane wahi hain jo koshish ke maane hain. Koshish, struggle jo hai, wahi</w:t>
      </w:r>
      <w:r>
        <w:br/>
      </w:r>
      <w:r>
        <w:rPr>
          <w:sz w:val="20"/>
        </w:rPr>
        <w:t>4:37  jihad hai. To yahan par jo jihad chahiye tha, wo ye tha ke musalman education mein aage badhein, science mein aage badhein, technology mein aage badhein, industry mein aage badhein. Lekin unhone kya kiya ke, yani,</w:t>
      </w:r>
      <w:r>
        <w:br/>
      </w:r>
      <w:r>
        <w:rPr>
          <w:sz w:val="20"/>
        </w:rPr>
        <w:t>4:53  usko lardne lage. To that was a derailment, derailment from the right path of Islam. Okay. To maine meri poori zindagi isi mein lag-lag-lagi laga diya maine. Ji.</w:t>
      </w:r>
    </w:p>
    <w:p>
      <w:pPr>
        <w:pStyle w:val="Heading2"/>
      </w:pPr>
      <w:r>
        <w:t>From personal silence to national policy lesson</w:t>
      </w:r>
    </w:p>
    <w:p>
      <w:r>
        <w:rPr>
          <w:color w:val="666666"/>
          <w:sz w:val="18"/>
        </w:rPr>
        <w:t>Pearls of Wisdom (Prophetic Wisdom) · 4m 50s · at 12:58 · https://youtu.be/ZOZcMOF7jxM?t=778</w:t>
      </w:r>
    </w:p>
    <w:p>
      <w:r>
        <w:rPr>
          <w:i/>
        </w:rPr>
        <w:t>“Ek martaba aisa hua ki mujhe khud ek aadmi gaali dene laga”</w:t>
      </w:r>
    </w:p>
    <w:p>
      <w:r>
        <w:rPr>
          <w:sz w:val="20"/>
        </w:rPr>
        <w:t>12:58  aik martaba aisa hua ke mujhe khud aik aadmi</w:t>
      </w:r>
      <w:r>
        <w:br/>
      </w:r>
      <w:r>
        <w:rPr>
          <w:sz w:val="20"/>
        </w:rPr>
        <w:t>13:04  gaali dene laga. ke tum jhootay ho, tum dhongi ho, tum logon ko bewakoof banate ho, tum aik spider ho.</w:t>
      </w:r>
      <w:r>
        <w:br/>
      </w:r>
      <w:r>
        <w:rPr>
          <w:sz w:val="20"/>
        </w:rPr>
        <w:t>13:15  paintalis minute tak yeh kar raha taqreeban. acha mein chup chap bilkul normal tareeqay se sunta raha. jab normal tareeqay se sunta raha to is ka andar ka conscience jaag para.</w:t>
      </w:r>
      <w:r>
        <w:br/>
      </w:r>
      <w:r>
        <w:rPr>
          <w:sz w:val="20"/>
        </w:rPr>
        <w:t>13:30  aur phir dheere dheere is ke lehjay mein kami aayi. pehle zor se bol raha tha, phir thora dheere bola, phir dheere bola. yahan tak ke jaisay balloon hota hai, is ki hawa nikal jaye, waisi halat is ka hua.</w:t>
      </w:r>
      <w:r>
        <w:br/>
      </w:r>
      <w:r>
        <w:rPr>
          <w:sz w:val="20"/>
        </w:rPr>
        <w:t>13:45  yani hawa dheere dheere dheere dheere nikaltay nikaltay bilkul aik chota sa balloon ban gaya woh. to kyun hua aisa?</w:t>
      </w:r>
      <w:r>
        <w:br/>
      </w:r>
      <w:r>
        <w:rPr>
          <w:sz w:val="20"/>
        </w:rPr>
        <w:t>13:54  agar mein bolta, agar mein radd-e-amal dikhata, to is ka ana jaag parhta. to ana is ke andar hawa bharta.</w:t>
      </w:r>
      <w:r>
        <w:br/>
      </w:r>
      <w:r>
        <w:rPr>
          <w:sz w:val="20"/>
        </w:rPr>
        <w:t>14:06  is ke balloon mein hawa bharta rehta. lekin jab mein nahin bola, to hawa nikalnay lagi, nikalnay lagi, nikalnay lagi, yahan tak ke khatam ho gayi.</w:t>
      </w:r>
      <w:r>
        <w:br/>
      </w:r>
      <w:r>
        <w:rPr>
          <w:sz w:val="20"/>
        </w:rPr>
        <w:t>14:17  yeh hai Khuda ka intezam. to yeh jo farmaya ke</w:t>
      </w:r>
      <w:r>
        <w:br/>
      </w:r>
      <w:r>
        <w:rPr>
          <w:sz w:val="20"/>
        </w:rPr>
        <w:t>14:31  atqoo firasat al-momin fa innahu yanzuru bi-noorillah. momin ki hikmat se bacho, kyunke woh Khuda ke noor se dekhta hai. yani momin yeh jaanta hai is baat ko, divine life jo milti hai us ko, is ki wajah se.</w:t>
      </w:r>
      <w:r>
        <w:br/>
      </w:r>
      <w:r>
        <w:rPr>
          <w:sz w:val="20"/>
        </w:rPr>
        <w:t>14:45  ke agar maine revenge ki policy chalai to is ka ana jaag parray ga. andar ka chupa hua shaitan jaag parray ga. is ka andar ka chupa hua saanp jaag parray ga.</w:t>
      </w:r>
      <w:r>
        <w:br/>
      </w:r>
      <w:r>
        <w:rPr>
          <w:sz w:val="20"/>
        </w:rPr>
        <w:t>14:57  aur agar main ne bardasht ki policy chalai, ignorance, ignore karne ki policy chalai,</w:t>
      </w:r>
      <w:r>
        <w:br/>
      </w:r>
      <w:r>
        <w:rPr>
          <w:sz w:val="20"/>
        </w:rPr>
        <w:t>15:06  patience ki policy chalai, to kya hoga? is ka conscience jaage ga. is ka conscience andar se khud is ki hembring kare ga. yani meri hembring se to is ka ana jaagta hai.</w:t>
      </w:r>
      <w:r>
        <w:br/>
      </w:r>
      <w:r>
        <w:rPr>
          <w:sz w:val="20"/>
        </w:rPr>
        <w:t>15:21  aur meri khamoshi se is ke andar ka conscience jaagta hai. to andarooni hembring shuru ho jati hai.</w:t>
      </w:r>
      <w:r>
        <w:br/>
      </w:r>
      <w:r>
        <w:rPr>
          <w:sz w:val="20"/>
        </w:rPr>
        <w:t>15:31  phir dheere dheere dheere dheere woh chup ho jata hai. main ne khud kai baar is ka tajurba kiya hai.</w:t>
      </w:r>
      <w:r>
        <w:br/>
      </w:r>
      <w:r>
        <w:rPr>
          <w:sz w:val="20"/>
        </w:rPr>
        <w:t>15:42  ke kis tarah se yeh do jo cheezein hain, insaan ke andar, ana aur conscience. to aap ka, aap chahein to yeh lein, chahein to bolein.</w:t>
      </w:r>
      <w:r>
        <w:br/>
      </w:r>
      <w:r>
        <w:rPr>
          <w:sz w:val="20"/>
        </w:rPr>
        <w:t>16:00  dekhein yeh jo muamla hai, is ka taluq sirf inforadi kirdaar se nahi hai. is ka taluq qaumi policy se bhi hai.</w:t>
      </w:r>
      <w:r>
        <w:br/>
      </w:r>
      <w:r>
        <w:rPr>
          <w:sz w:val="20"/>
        </w:rPr>
        <w:t>16:11  poori community ke masle se bhi hai. har jagah hai.</w:t>
      </w:r>
      <w:r>
        <w:br/>
      </w:r>
      <w:r>
        <w:rPr>
          <w:sz w:val="20"/>
        </w:rPr>
        <w:t>16:17  agar aap</w:t>
      </w:r>
      <w:r>
        <w:br/>
      </w:r>
      <w:r>
        <w:rPr>
          <w:sz w:val="20"/>
        </w:rPr>
        <w:t>16:25  jaisi policy ikhtiyar karein ge, waisi aap ko mile gi.</w:t>
      </w:r>
      <w:r>
        <w:br/>
      </w:r>
      <w:r>
        <w:rPr>
          <w:sz w:val="20"/>
        </w:rPr>
        <w:t>16:31  India mein jab Babri Masjid ka qissa shuru hua, 1990 mein, to bharke log, main ne is waqt kaha tha ke dekhein,</w:t>
      </w:r>
      <w:r>
        <w:br/>
      </w:r>
      <w:r>
        <w:rPr>
          <w:sz w:val="20"/>
        </w:rPr>
        <w:t>16:45  chup rahiye, chup rahiye, kuch mat kijiye. yeh kijiye, kuch na kijiye. yeh sab chupi hui hain meri baatein hain. ke aap sirf yeh kijiye, kuch na kijiye.</w:t>
      </w:r>
      <w:r>
        <w:br/>
      </w:r>
      <w:r>
        <w:rPr>
          <w:sz w:val="20"/>
        </w:rPr>
        <w:t>16:55  is ke baad doosron ka conscience unhein khud hi hembring kar ke rok de ga. lekin yahan kya kiya hua?</w:t>
      </w:r>
      <w:r>
        <w:br/>
      </w:r>
      <w:r>
        <w:rPr>
          <w:sz w:val="20"/>
        </w:rPr>
        <w:t>17:04  hamare leader log khare hue hain stage par, loudspeaker par cheekh rahe hain. ke Babri Masjid ko chho kar to dekho.</w:t>
      </w:r>
      <w:r>
        <w:br/>
      </w:r>
      <w:r>
        <w:rPr>
          <w:sz w:val="20"/>
        </w:rPr>
        <w:t>17:13  yeh stage par taqreerein ho rahi theen. ke Babri Masjid ko chho kar to dekho. logon ne kaha theek hai, hum is ko tod kar dikhaein ge tum ko.</w:t>
      </w:r>
      <w:r>
        <w:br/>
      </w:r>
      <w:r>
        <w:rPr>
          <w:sz w:val="20"/>
        </w:rPr>
        <w:t>17:22  idhar se jab kaha gaya ke tum chho kar to dekho, to unhon ne kaha hum tod kar dikhaein ge. aur dikha diya unhon ne. aur phir aap jante hain ke saari kahani khatam ho gayi.</w:t>
      </w:r>
      <w:r>
        <w:br/>
      </w:r>
      <w:r>
        <w:rPr>
          <w:sz w:val="20"/>
        </w:rPr>
        <w:t>17:33  meri policy agar chalti woh log, to kabhi bhi Babri Masjid na tootti. kabhi bhi na tootti. to yeh jo hai, ittaqu firaasatul momin fa innahu yanzuru bi noorillah.</w:t>
      </w:r>
    </w:p>
    <w:p>
      <w:pPr>
        <w:pStyle w:val="Heading2"/>
      </w:pPr>
      <w:r>
        <w:t>Clearing misunderstandings on violence and women</w:t>
      </w:r>
    </w:p>
    <w:p>
      <w:r>
        <w:rPr>
          <w:color w:val="666666"/>
          <w:sz w:val="18"/>
        </w:rPr>
        <w:t>Misconception About Islam May 10, 2014 Maulana Wahiduddin Khan · 4m 44s · at 1:31 · https://youtu.be/1qx-vnlLc5g?t=91</w:t>
      </w:r>
    </w:p>
    <w:p>
      <w:r>
        <w:rPr>
          <w:i/>
        </w:rPr>
        <w:t>“Today I want to clarify some points of this kind”</w:t>
      </w:r>
    </w:p>
    <w:p>
      <w:r>
        <w:rPr>
          <w:sz w:val="20"/>
        </w:rPr>
        <w:t>1:31  today i want to clarify some points of this kind.</w:t>
      </w:r>
      <w:r>
        <w:br/>
      </w:r>
      <w:r>
        <w:rPr>
          <w:sz w:val="20"/>
        </w:rPr>
        <w:t>1:41  first of all, there is a</w:t>
      </w:r>
      <w:r>
        <w:br/>
      </w:r>
      <w:r>
        <w:rPr>
          <w:sz w:val="20"/>
        </w:rPr>
        <w:t>1:48  great misunderstanding about peace and war.</w:t>
      </w:r>
      <w:r>
        <w:br/>
      </w:r>
      <w:r>
        <w:rPr>
          <w:sz w:val="20"/>
        </w:rPr>
        <w:t>1:56  mostly people believe that islam is religion of violence, violence is not.</w:t>
      </w:r>
      <w:r>
        <w:br/>
      </w:r>
      <w:r>
        <w:rPr>
          <w:sz w:val="20"/>
        </w:rPr>
        <w:t>2:08  islam is a religion of peace. all the teachings of islam are based on peace. even the word islam has a connotation of peace.</w:t>
      </w:r>
      <w:r>
        <w:br/>
      </w:r>
      <w:r>
        <w:rPr>
          <w:sz w:val="20"/>
        </w:rPr>
        <w:t>2:27  so, those muslims who are engaged in violence, their cases cases of division.</w:t>
      </w:r>
      <w:r>
        <w:br/>
      </w:r>
      <w:r>
        <w:rPr>
          <w:sz w:val="20"/>
        </w:rPr>
        <w:t>2:44  i would refer very important teaching of islam in this regard.</w:t>
      </w:r>
      <w:r>
        <w:br/>
      </w:r>
      <w:r>
        <w:rPr>
          <w:sz w:val="20"/>
        </w:rPr>
        <w:t>2:53  all these people who are engaged in violence, their are non state actors or NGOs.</w:t>
      </w:r>
      <w:r>
        <w:br/>
      </w:r>
      <w:r>
        <w:rPr>
          <w:sz w:val="20"/>
        </w:rPr>
        <w:t>3:05  and it is very important to know that in islam,</w:t>
      </w:r>
      <w:r>
        <w:br/>
      </w:r>
      <w:r>
        <w:rPr>
          <w:sz w:val="20"/>
        </w:rPr>
        <w:t>3:16  war is a prerogative of state</w:t>
      </w:r>
      <w:r>
        <w:br/>
      </w:r>
      <w:r>
        <w:rPr>
          <w:sz w:val="20"/>
        </w:rPr>
        <w:t>3:21  no group aur agencies deen state is allowed to use arms. it means that all those non-state actors who are engaged in violence, they are terrorists.</w:t>
      </w:r>
      <w:r>
        <w:br/>
      </w:r>
      <w:r>
        <w:rPr>
          <w:sz w:val="20"/>
        </w:rPr>
        <w:t>3:41  because no institution deen state is allowed to use arms in Islam.</w:t>
      </w:r>
      <w:r>
        <w:br/>
      </w:r>
      <w:r>
        <w:rPr>
          <w:sz w:val="20"/>
        </w:rPr>
        <w:t>3:53  so, in this regard, the teaching of Islam is very clear. deen, there are some misgiving regarding women.</w:t>
      </w:r>
      <w:r>
        <w:br/>
      </w:r>
      <w:r>
        <w:rPr>
          <w:sz w:val="20"/>
        </w:rPr>
        <w:t>4:07  once I happen to meet a justice, retired justice, he said that wrong teaching in Islam is that Islam degrade women.</w:t>
      </w:r>
      <w:r>
        <w:br/>
      </w:r>
      <w:r>
        <w:rPr>
          <w:sz w:val="20"/>
        </w:rPr>
        <w:t>4:25  I said this is completely misunderstanding.</w:t>
      </w:r>
      <w:r>
        <w:br/>
      </w:r>
      <w:r>
        <w:rPr>
          <w:sz w:val="20"/>
        </w:rPr>
        <w:t>4:33  in Islam, women enjoy the same status that is meant for men. men and women both are equal according to Islamic teachings.</w:t>
      </w:r>
      <w:r>
        <w:br/>
      </w:r>
      <w:r>
        <w:rPr>
          <w:sz w:val="20"/>
        </w:rPr>
        <w:t>4:49  here I will give you two references, one from Quran and second from Hadith. in the chapter third, that is Aal-e-Imran,</w:t>
      </w:r>
      <w:r>
        <w:br/>
      </w:r>
      <w:r>
        <w:rPr>
          <w:sz w:val="20"/>
        </w:rPr>
        <w:t>5:05  there is a reference of men and women.</w:t>
      </w:r>
      <w:r>
        <w:br/>
      </w:r>
      <w:r>
        <w:rPr>
          <w:sz w:val="20"/>
        </w:rPr>
        <w:t>5:09  in this Quranic verse, it is mentioned that ba'azakum min ba'az.</w:t>
      </w:r>
      <w:r>
        <w:br/>
      </w:r>
      <w:r>
        <w:rPr>
          <w:sz w:val="20"/>
        </w:rPr>
        <w:t>5:22  ba'azakum min ba'az, it means that</w:t>
      </w:r>
      <w:r>
        <w:br/>
      </w:r>
      <w:r>
        <w:rPr>
          <w:sz w:val="20"/>
        </w:rPr>
        <w:t>5:27  you are members one of another. so, men and women both are equal.</w:t>
      </w:r>
      <w:r>
        <w:br/>
      </w:r>
      <w:r>
        <w:rPr>
          <w:sz w:val="20"/>
        </w:rPr>
        <w:t>5:42  deen, there is Hadith. in this Hadith, Prophet of Islam he said an-nisa'u shaqaiq-ur-rijal.</w:t>
      </w:r>
      <w:r>
        <w:br/>
      </w:r>
      <w:r>
        <w:rPr>
          <w:sz w:val="20"/>
        </w:rPr>
        <w:t>5:56  it means that men and women both are two equal half of a single unit.</w:t>
      </w:r>
      <w:r>
        <w:br/>
      </w:r>
      <w:r>
        <w:rPr>
          <w:sz w:val="20"/>
        </w:rPr>
        <w:t>6:08  I think this is the best expression of gender equality.</w:t>
      </w:r>
    </w:p>
    <w:p>
      <w:pPr>
        <w:pStyle w:val="Heading2"/>
      </w:pPr>
      <w:r>
        <w:t>History's tragedy: paying the price of your own bad policies</w:t>
      </w:r>
    </w:p>
    <w:p>
      <w:r>
        <w:rPr>
          <w:color w:val="666666"/>
          <w:sz w:val="18"/>
        </w:rPr>
        <w:t>The Search of Man July 7, 2013 · 4m 13s · at 31:00 · https://youtu.be/44_ud_OInuU?t=1860</w:t>
      </w:r>
    </w:p>
    <w:p>
      <w:r>
        <w:rPr>
          <w:i/>
        </w:rPr>
        <w:t>“The whole of history is a picture of tragedy”</w:t>
      </w:r>
    </w:p>
    <w:p>
      <w:r>
        <w:rPr>
          <w:sz w:val="20"/>
        </w:rPr>
        <w:t>31:00  To poori tareekh mein jo aap dekh rahe hain ke poori tareekh jo hai, tragedy, tragedy ki tareekh tasweer bani hui hai.</w:t>
      </w:r>
      <w:r>
        <w:br/>
      </w:r>
      <w:r>
        <w:rPr>
          <w:sz w:val="20"/>
        </w:rPr>
        <w:t>31:11  Poori tareekh iski wajah yahi hai. Yeh jo maine arz kiya, do formulay, yeh yeh creation plan of God ka hissa hai.</w:t>
      </w:r>
      <w:r>
        <w:br/>
      </w:r>
      <w:r>
        <w:rPr>
          <w:sz w:val="20"/>
        </w:rPr>
        <w:t>31:20  To log creation plan of God ko maan kar apni zindagi ki tashweel aur taameer nahi karte, to iski iski price bhugte hain.</w:t>
      </w:r>
      <w:r>
        <w:br/>
      </w:r>
      <w:r>
        <w:rPr>
          <w:sz w:val="20"/>
        </w:rPr>
        <w:t>31:34  To chalaate hain ke zulm ho raha, zulm ho raha, zulm ho raha, zulm kuch nahi, koi kisi ko zulm nahi karta. You are paying the price, you are paying the price of your ill-suited policies.</w:t>
      </w:r>
      <w:r>
        <w:br/>
      </w:r>
      <w:r>
        <w:rPr>
          <w:sz w:val="20"/>
        </w:rPr>
        <w:t>31:46  There is no zalim.</w:t>
      </w:r>
      <w:r>
        <w:br/>
      </w:r>
      <w:r>
        <w:rPr>
          <w:sz w:val="20"/>
        </w:rPr>
        <w:t>31:50  Jitni bhi sooraten hain jin mein aap zulm, zulm, zulm karte hain, koi bhi soorat mujhe bataiye to main aap ko bataunga ke woh har soorat mein, har soorat mein, har soorat mein you are paying the price of of your own ill-suited policies.</w:t>
      </w:r>
      <w:r>
        <w:br/>
      </w:r>
      <w:r>
        <w:rPr>
          <w:sz w:val="20"/>
        </w:rPr>
        <w:t>32:08  Yahan koi zalim nahi hai, yaani koi mazloom nahi hai. Yahan, yahan kya hai?</w:t>
      </w:r>
      <w:r>
        <w:br/>
      </w:r>
      <w:r>
        <w:rPr>
          <w:sz w:val="20"/>
        </w:rPr>
        <w:t>32:14  Yahan par log apne daire se bahar nikal padte hain. Apne is bahar, is is ki wajah se saare maslay paida hote hain.</w:t>
      </w:r>
      <w:r>
        <w:br/>
      </w:r>
      <w:r>
        <w:rPr>
          <w:sz w:val="20"/>
        </w:rPr>
        <w:t>32:28  Apne daire mein rahiye to koi masla hi nahi hai.</w:t>
      </w:r>
      <w:r>
        <w:br/>
      </w:r>
      <w:r>
        <w:rPr>
          <w:sz w:val="20"/>
        </w:rPr>
        <w:t>32:34  Apne daire mein rahiye to koi masla nahi hai.</w:t>
      </w:r>
      <w:r>
        <w:br/>
      </w:r>
      <w:r>
        <w:rPr>
          <w:sz w:val="20"/>
        </w:rPr>
        <w:t>32:37  Chahay individual life ho, tab bhi daire mein rahay. Chahay social aur political life ho, tab bhi daire mein rahay. Misal ke taur par dekhiye, Kashmir mein pichle 60 saal mein hazaron log maare gaye.</w:t>
      </w:r>
      <w:r>
        <w:br/>
      </w:r>
      <w:r>
        <w:rPr>
          <w:sz w:val="20"/>
        </w:rPr>
        <w:t>32:53  Kyun? Is liye ke unhon ne daire aitbaar khatam kar diya.</w:t>
      </w:r>
      <w:r>
        <w:br/>
      </w:r>
      <w:r>
        <w:rPr>
          <w:sz w:val="20"/>
        </w:rPr>
        <w:t>32:57  Yaani 47 mein jo status quo ban gaya tha, 47 mein jo status quo ban gaya tha Kashmir ka, us pe raazi ho jaate hain.</w:t>
      </w:r>
      <w:r>
        <w:br/>
      </w:r>
      <w:r>
        <w:rPr>
          <w:sz w:val="20"/>
        </w:rPr>
        <w:t>33:07  Woh to kuch bhi nahi, koi problem nahi, koi problem nahi, koi nuksan nahi. Aise hi Falasteen ke maamle mein 1948 mein jo status quo ban gaya tha, us pe Arab log raazi ho jaate to wahan koi masla nahi tha.</w:t>
      </w:r>
      <w:r>
        <w:br/>
      </w:r>
      <w:r>
        <w:rPr>
          <w:sz w:val="20"/>
        </w:rPr>
        <w:t>33:29  Jo beshumar jo paisa barbaad hua, jaanen barbaad huin, izzat hui, us mein kuch bhi, kuch bhi na hota.</w:t>
      </w:r>
      <w:r>
        <w:br/>
      </w:r>
      <w:r>
        <w:rPr>
          <w:sz w:val="20"/>
        </w:rPr>
        <w:t>33:41  To saara woh jo log ke protest karte hain, complaint karte hain, woh sab apni hi ill-suited policies ki ki ki price de rahe hain aur kuch nahi.</w:t>
      </w:r>
      <w:r>
        <w:br/>
      </w:r>
      <w:r>
        <w:rPr>
          <w:sz w:val="20"/>
        </w:rPr>
        <w:t>34:01  Dekhiye, Quran mein hai: "Wa in tasbiru wa tattaqu la yadhurukum kayduhum shai'un". Agar tum sabr karo aur taqwa ikhtiyar karo to logon ki conspiracy tum ko koi nuksan nahi pahunchayegi.</w:t>
      </w:r>
      <w:r>
        <w:br/>
      </w:r>
      <w:r>
        <w:rPr>
          <w:sz w:val="20"/>
        </w:rPr>
        <w:t>34:21  Kyunke tum logon ki conspiracy zad mein nahi aaoge. Jab zad mein nahi aaoge to pareshani kya hai?</w:t>
      </w:r>
      <w:r>
        <w:br/>
      </w:r>
      <w:r>
        <w:rPr>
          <w:sz w:val="20"/>
        </w:rPr>
        <w:t>34:28  Saare logon ka haal yeh hai ke woh foran ghalat iqdaam kar ke logon ki conspiracy ke zad mein aa jaate hain. Aap ghalat iqdaam nahi kijiye, logon ki conspiracy ke zad mein na aaiye to kuch bhi nahi hone wala hai.</w:t>
      </w:r>
      <w:r>
        <w:br/>
      </w:r>
      <w:r>
        <w:rPr>
          <w:sz w:val="20"/>
        </w:rPr>
        <w:t>34:48  To itni badi tabahi ho rahi hai Misr mein, yeh sab kis liye ho rahi hai?</w:t>
      </w:r>
      <w:r>
        <w:br/>
      </w:r>
      <w:r>
        <w:rPr>
          <w:sz w:val="20"/>
        </w:rPr>
        <w:t>34:55  Apni khud hi ill-suited policies ki price de rahe hain woh</w:t>
      </w:r>
      <w:r>
        <w:br/>
      </w:r>
      <w:r>
        <w:rPr>
          <w:sz w:val="20"/>
        </w:rPr>
        <w:t>35:01  aur kuch nahi.</w:t>
      </w:r>
      <w:r>
        <w:br/>
      </w:r>
      <w:r>
        <w:rPr>
          <w:sz w:val="20"/>
        </w:rPr>
        <w:t>35:05  the R paying the price of their honesty policies.</w:t>
      </w:r>
    </w:p>
    <w:p>
      <w:pPr>
        <w:pStyle w:val="Heading2"/>
      </w:pPr>
      <w:r>
        <w:t>Love for India and Mecca coexist; dream of Gandhi</w:t>
      </w:r>
    </w:p>
    <w:p>
      <w:r>
        <w:rPr>
          <w:color w:val="666666"/>
          <w:sz w:val="18"/>
        </w:rPr>
        <w:t>Q&amp;A 09 Mar 2008 Maulana Wahiduddin Khan · 5m 49s · at 37:35 · https://youtu.be/qE__fts05yw?t=2255</w:t>
      </w:r>
    </w:p>
    <w:p>
      <w:r>
        <w:rPr>
          <w:i/>
        </w:rPr>
        <w:t>“I consider this question irrelevant”</w:t>
      </w:r>
    </w:p>
    <w:p>
      <w:r>
        <w:rPr>
          <w:sz w:val="20"/>
        </w:rPr>
        <w:t>37:35  dekhen, yeh question jo hai aksar kiya jata hai. main samjha hoon ke yeh question relevant nahi hai.</w:t>
      </w:r>
      <w:r>
        <w:br/>
      </w:r>
      <w:r>
        <w:rPr>
          <w:sz w:val="20"/>
        </w:rPr>
        <w:t>37:49  kuch log ek is tarah ka kehte hain ke sahib, ap agar mazhab ko zyada, ap ko mazhab se zyada ap ko lagav hai to ap ko vatan se lagav nahi hoga.</w:t>
      </w:r>
      <w:r>
        <w:br/>
      </w:r>
      <w:r>
        <w:rPr>
          <w:sz w:val="20"/>
        </w:rPr>
        <w:t>38:02  to ap vatan ko ap ne secretary bana diya.</w:t>
      </w:r>
      <w:r>
        <w:br/>
      </w:r>
      <w:r>
        <w:rPr>
          <w:sz w:val="20"/>
        </w:rPr>
        <w:t>38:06  yeh baat sahi nahi hai. is se pehle main ne ghaliban yeh baat batai hai ke dilli mein ek bar yahan par ek seminar tha.</w:t>
      </w:r>
      <w:r>
        <w:br/>
      </w:r>
      <w:r>
        <w:rPr>
          <w:sz w:val="20"/>
        </w:rPr>
        <w:t>38:16  yahi sawal uthaya kisi ne, yahi sawal ke jin logon ko</w:t>
      </w:r>
      <w:r>
        <w:br/>
      </w:r>
      <w:r>
        <w:rPr>
          <w:sz w:val="20"/>
        </w:rPr>
        <w:t>38:22  ke loyalty out of the country hai, woh country ke loyal nahi hain.</w:t>
      </w:r>
      <w:r>
        <w:br/>
      </w:r>
      <w:r>
        <w:rPr>
          <w:sz w:val="20"/>
        </w:rPr>
        <w:t>38:30  yeh hajj karna chahte hain makkah madinah, ab in ko wahan par bohat zyada lagav hai to in ko is mani ki, unhon ne un ke patriotism ki spirit kam hai.</w:t>
      </w:r>
      <w:r>
        <w:br/>
      </w:r>
      <w:r>
        <w:rPr>
          <w:sz w:val="20"/>
        </w:rPr>
        <w:t>38:42  aisa kisi ne kaha wahan to wahan par stage par the dilip padgaonkar, well known journalist hain, ap log jante honge un ko, dilip padgaonkar.</w:t>
      </w:r>
      <w:r>
        <w:br/>
      </w:r>
      <w:r>
        <w:rPr>
          <w:sz w:val="20"/>
        </w:rPr>
        <w:t>38:56  to unhon ne is ka bara acha jawab diya tha.</w:t>
      </w:r>
      <w:r>
        <w:br/>
      </w:r>
      <w:r>
        <w:rPr>
          <w:sz w:val="20"/>
        </w:rPr>
        <w:t>39:00  unhon ne kaha ke yeh ap insan ko underestimate kar rahe hain. to main samjha hoon ke ek insan ko agar makkah madinah se pyar hai to itna hi pyar us ko apne des se bhi ho sakta hai.</w:t>
      </w:r>
      <w:r>
        <w:br/>
      </w:r>
      <w:r>
        <w:rPr>
          <w:sz w:val="20"/>
        </w:rPr>
        <w:t>39:14  is ka matlab yeh hai ke des se kam pyar rahe ga.</w:t>
      </w:r>
      <w:r>
        <w:br/>
      </w:r>
      <w:r>
        <w:rPr>
          <w:sz w:val="20"/>
        </w:rPr>
        <w:t>39:18  yeh insan ko underestimate karna hai.</w:t>
      </w:r>
      <w:r>
        <w:br/>
      </w:r>
      <w:r>
        <w:rPr>
          <w:sz w:val="20"/>
        </w:rPr>
        <w:t>39:24  main apne bare mein bataoon ap ko ke zahir hai ke main ek practicing muslim hoon. main saudi arab gaya, makkah madinah jahan hai to wahan par by chance aisa hua ke mujhe</w:t>
      </w:r>
      <w:r>
        <w:br/>
      </w:r>
      <w:r>
        <w:rPr>
          <w:sz w:val="20"/>
        </w:rPr>
        <w:t>39:40  kuch zyada thehrna pada. shayad ek adh mahina raha main to government ka main wahan par guest tha.</w:t>
      </w:r>
      <w:r>
        <w:br/>
      </w:r>
      <w:r>
        <w:rPr>
          <w:sz w:val="20"/>
        </w:rPr>
        <w:t>39:50  first class ka ticket tha mere pas, hawai jahaz ka five star hotel thehra tha wahan par. har qism ka wahan par aram tha mujh ko, lekin har waqt mujhe apna des yaad ata tha.</w:t>
      </w:r>
      <w:r>
        <w:br/>
      </w:r>
      <w:r>
        <w:rPr>
          <w:sz w:val="20"/>
        </w:rPr>
        <w:t>40:03  aur jitni der tak woh mujhe thehrana chahte the, us se kam muddat mein bhaga wahan se. main aise hi morocco gaya to main king ka mehman tha, jo wahan ka jo king hai morocco ka,</w:t>
      </w:r>
      <w:r>
        <w:br/>
      </w:r>
      <w:r>
        <w:rPr>
          <w:sz w:val="20"/>
        </w:rPr>
        <w:t>40:18  aur bohat zabardast wahan intizam tha wahan ane ka.</w:t>
      </w:r>
      <w:r>
        <w:br/>
      </w:r>
      <w:r>
        <w:rPr>
          <w:sz w:val="20"/>
        </w:rPr>
        <w:t>40:22  to first class ka ticket aur aur bohat unche darje ka hotel is mein thehrate hain, lekin wahan bhi main kuch pehle hi bhaga. pure ramadan ke baghair the unhon ne.</w:t>
      </w:r>
      <w:r>
        <w:br/>
      </w:r>
      <w:r>
        <w:rPr>
          <w:sz w:val="20"/>
        </w:rPr>
        <w:t>40:33  mein mein shayad das pandrah din bhaga wahan se. kyon? apne dais ki yaad barabar rehti thi mujh ko.</w:t>
      </w:r>
      <w:r>
        <w:br/>
      </w:r>
      <w:r>
        <w:rPr>
          <w:sz w:val="20"/>
        </w:rPr>
        <w:t>40:40  yahan tak ke jab mera jahaz aaya to dili ke air space mein jab tha woh to aisi tadap andar thi ke lagta tha ke bas kood parun, apne dais ki zameen par pahunch jao jaldi se.</w:t>
      </w:r>
      <w:r>
        <w:br/>
      </w:r>
      <w:r>
        <w:rPr>
          <w:sz w:val="20"/>
        </w:rPr>
        <w:t>40:54  to yeh insaan ko ap underestimate karte hain.</w:t>
      </w:r>
      <w:r>
        <w:br/>
      </w:r>
      <w:r>
        <w:rPr>
          <w:sz w:val="20"/>
        </w:rPr>
        <w:t>41:02  mein ne ek ek bar to ajeeb khwab dekha tha, pura mein tha us waqt ek hotel mein. to din mein wahan par jo kuch program hue the to kisi ne is tarah ki baat keh di ke ap log jo hain to makkah madinah mein jeete hain, ap ki wafadari jo hai doubt full hai</w:t>
      </w:r>
      <w:r>
        <w:br/>
      </w:r>
      <w:r>
        <w:rPr>
          <w:sz w:val="20"/>
        </w:rPr>
        <w:t>41:19  india ke liye. doubt wafadari doubt full hai. to mujhe bahut is mein mera dil tadap raha tha. to raat ko mein ne khwab dekha ke mahatma gandhi aaye hain.</w:t>
      </w:r>
      <w:r>
        <w:br/>
      </w:r>
      <w:r>
        <w:rPr>
          <w:sz w:val="20"/>
        </w:rPr>
        <w:t>41:30  yeh pura ka waqia hai. mahatma gandhi keh rahe hain ke maulana tumhari tumhari tumhari loyalty</w:t>
      </w:r>
      <w:r>
        <w:br/>
      </w:r>
      <w:r>
        <w:rPr>
          <w:sz w:val="20"/>
        </w:rPr>
        <w:t>41:37  mein koi doubt nahi, india ke bare mein tumhare father mein koi doubt nahi. mein kehta hoon ke gandhi ji, mein ap ko bahut respect karta hoon, lekin mujhe is mamle mein ap ke certificate ki zaroorat nahi hai.</w:t>
      </w:r>
      <w:r>
        <w:br/>
      </w:r>
      <w:r>
        <w:rPr>
          <w:sz w:val="20"/>
        </w:rPr>
        <w:t>41:55  mera jo mind jo tha, itna active tha ke woh dream aaya mujh ko. dream. gandhi ji keh rahe hain ke maulana tumhari loyalty, tumhari wafadari jo hai, woh bend doubt hai bharat ke liye.</w:t>
      </w:r>
      <w:r>
        <w:br/>
      </w:r>
      <w:r>
        <w:rPr>
          <w:sz w:val="20"/>
        </w:rPr>
        <w:t>42:11  mein kehta hoon gandhi ji, mein ap ko respect deta hoon,</w:t>
      </w:r>
      <w:r>
        <w:br/>
      </w:r>
      <w:r>
        <w:rPr>
          <w:sz w:val="20"/>
        </w:rPr>
        <w:t>42:15  ap ki izzat karta hoon, lekin mujhe ap ke certificate ki zaroorat nahi hai.</w:t>
      </w:r>
      <w:r>
        <w:br/>
      </w:r>
      <w:r>
        <w:rPr>
          <w:sz w:val="20"/>
        </w:rPr>
        <w:t>42:21  ap ap ke certificate ke baghair hi mein india se pyar karta hoon.</w:t>
      </w:r>
      <w:r>
        <w:br/>
      </w:r>
      <w:r>
        <w:rPr>
          <w:sz w:val="20"/>
        </w:rPr>
        <w:t>42:28  mujhe taajjub hai ke log insaan ko itna underestimate kyon karte hain, halanki har ghar mein woh khud bhi dekh rahe hain ke apne maa se bhi un ko pyar hai, aur baap se bhi pyar hai, aur bete se bhi pyar hai.</w:t>
      </w:r>
      <w:r>
        <w:br/>
      </w:r>
      <w:r>
        <w:rPr>
          <w:sz w:val="20"/>
        </w:rPr>
        <w:t>42:39  to kya pyar ko khurd kar diya unhon ne? har aadmi ka apna experience hai, yeh</w:t>
      </w:r>
      <w:r>
        <w:br/>
      </w:r>
      <w:r>
        <w:rPr>
          <w:sz w:val="20"/>
        </w:rPr>
        <w:t>42:46  isi ko ap yahan bhi isi se samajh lijie.</w:t>
      </w:r>
      <w:r>
        <w:br/>
      </w:r>
      <w:r>
        <w:rPr>
          <w:sz w:val="20"/>
        </w:rPr>
        <w:t>42:52  agar mujhe makkah madinah se pyar hai to itna hi pyar mujhe india se bhi hai. to mein ne gandhi ji ka certificate accept nahi kiya.</w:t>
      </w:r>
      <w:r>
        <w:br/>
      </w:r>
      <w:r>
        <w:rPr>
          <w:sz w:val="20"/>
        </w:rPr>
        <w:t>43:02  ap ke certificate ke baghair hi mein india ko apna mehboob mulk samajhta hoon.</w:t>
      </w:r>
      <w:r>
        <w:br/>
      </w:r>
      <w:r>
        <w:rPr>
          <w:sz w:val="20"/>
        </w:rPr>
        <w:t>43:13  is tarah ki jo baat jo log kehte hain, un ke bare mein mera yahi kehna hai ke woh insaan ko underestimate kar rahe hain.</w:t>
      </w:r>
    </w:p>
    <w:p>
      <w:pPr>
        <w:pStyle w:val="Heading2"/>
      </w:pPr>
      <w:r>
        <w:t>ISIS's destruction vs Prophet's tolerance of Kaaba idols</w:t>
      </w:r>
    </w:p>
    <w:p>
      <w:r>
        <w:rPr>
          <w:color w:val="666666"/>
          <w:sz w:val="18"/>
        </w:rPr>
        <w:t>Revival of Muslims March 08, 2015 · 5m 37s · at 17:51 · https://youtu.be/8ShFcr8YozI?t=1071</w:t>
      </w:r>
    </w:p>
    <w:p>
      <w:r>
        <w:rPr>
          <w:i/>
        </w:rPr>
        <w:t>“Aaj ke akhbar mein ek badi hi ibrat ki khabar hai”</w:t>
      </w:r>
    </w:p>
    <w:p>
      <w:r>
        <w:rPr>
          <w:sz w:val="20"/>
        </w:rPr>
        <w:t>17:51  jaise dekhiye, main aap ko aaj hi ki ek misaal deta hoon. aaj ke akhbar mein ek badi hi ibret ki khabar hai.</w:t>
      </w:r>
      <w:r>
        <w:br/>
      </w:r>
      <w:r>
        <w:rPr>
          <w:sz w:val="20"/>
        </w:rPr>
        <w:t>18:01  iraq mein ek shehar hai mosul.</w:t>
      </w:r>
      <w:r>
        <w:br/>
      </w:r>
      <w:r>
        <w:rPr>
          <w:sz w:val="20"/>
        </w:rPr>
        <w:t>18:07  mosil. is ke qareeb ek bohat purana yaani taqreeban teen hazar saal ki ek building thi.</w:t>
      </w:r>
      <w:r>
        <w:br/>
      </w:r>
      <w:r>
        <w:rPr>
          <w:sz w:val="20"/>
        </w:rPr>
        <w:t>18:17  is zamane ka woh temple hoga kuch. toh bohat wahan siyah aate the, siyah aate the wahan. world heritage mein is ko shamil kiya tha unesco ne.</w:t>
      </w:r>
      <w:r>
        <w:br/>
      </w:r>
      <w:r>
        <w:rPr>
          <w:sz w:val="20"/>
        </w:rPr>
        <w:t>18:31  toh aaj ki khabar hai ke is ko bulldozer kar ke jo isis walon ne is ko bulldozer kar ke tabah kar diya tha.</w:t>
      </w:r>
      <w:r>
        <w:br/>
      </w:r>
      <w:r>
        <w:rPr>
          <w:sz w:val="20"/>
        </w:rPr>
        <w:t>18:42  toh main is par sochne laga ke kyun tabah kiya?</w:t>
      </w:r>
      <w:r>
        <w:br/>
      </w:r>
      <w:r>
        <w:rPr>
          <w:sz w:val="20"/>
        </w:rPr>
        <w:t>18:46  un ka obsession yeh hai ke yeh temple hai. yahan par shirk hota tha, ise hum tod rahe hain. lekin doosra pehlu jo hai ke is ki wajah se wahan siyah aate the.</w:t>
      </w:r>
      <w:r>
        <w:br/>
      </w:r>
      <w:r>
        <w:rPr>
          <w:sz w:val="20"/>
        </w:rPr>
        <w:t>18:59  hazaron hazar siyah. toh is zamane ka hum ko dawat ka mauqa tha.</w:t>
      </w:r>
      <w:r>
        <w:br/>
      </w:r>
      <w:r>
        <w:rPr>
          <w:sz w:val="20"/>
        </w:rPr>
        <w:t>19:07  toh maazi mein aaj toh wahan koi shirk nahi tha. aaj toh sirf building thi wahan par.</w:t>
      </w:r>
      <w:r>
        <w:br/>
      </w:r>
      <w:r>
        <w:rPr>
          <w:sz w:val="20"/>
        </w:rPr>
        <w:t>19:14  maazi mein kuch log wahan shirk karte honge. lekin aaj toh wahan par siyah aate hain, siyah aate hain. woh hamare liye mauzu hai.</w:t>
      </w:r>
      <w:r>
        <w:br/>
      </w:r>
      <w:r>
        <w:rPr>
          <w:sz w:val="20"/>
        </w:rPr>
        <w:t>19:23  hamare liye yaani hum safar kar ke jaate hain duniya bhar mein toh kitna mushkil tha. safar kiye baghair duniya bhar ke siyah wahan aa rahe hain.</w:t>
      </w:r>
      <w:r>
        <w:br/>
      </w:r>
      <w:r>
        <w:rPr>
          <w:sz w:val="20"/>
        </w:rPr>
        <w:t>19:34  siyah. aur khoob un ko hum Allah ki kitaab pahunchayen, Allah ka paigham pahunchayen.</w:t>
      </w:r>
      <w:r>
        <w:br/>
      </w:r>
      <w:r>
        <w:rPr>
          <w:sz w:val="20"/>
        </w:rPr>
        <w:t>19:41  kitna sunhari mauqa hai. lekin yeh nahi dikhaya gaya inhe. yaani teen hazar saal ki obsession itna gehra tha un ka ke aaj ka waqea dikhaya nahi diya inhe.</w:t>
      </w:r>
      <w:r>
        <w:br/>
      </w:r>
      <w:r>
        <w:rPr>
          <w:sz w:val="20"/>
        </w:rPr>
        <w:t>19:56  is ko tod diya. ab ghor kijiye ke dawat ke aitbar se yeh kitna bara nuqsan hai. dawat ke aitbar se yeh kitna bara nuqsan hai.</w:t>
      </w:r>
      <w:r>
        <w:br/>
      </w:r>
      <w:r>
        <w:rPr>
          <w:sz w:val="20"/>
        </w:rPr>
        <w:t>20:10  phir maine socha ke yeh rasool Allah ki sunnat ke khilaf hai. rasool Allah jab makka mein aap ne mission shuru kiya, apna tauheed ka mission 610 isvi mein, toh wahan par jo kaba tha us mein 360 but rakhe hue the.</w:t>
      </w:r>
      <w:r>
        <w:br/>
      </w:r>
      <w:r>
        <w:rPr>
          <w:sz w:val="20"/>
        </w:rPr>
        <w:t>20:31  360 but. wahan shirk zinda tha. yaani woh jo mosul ki building hai, woh shirk toh nanga shirk tha wahan.</w:t>
      </w:r>
      <w:r>
        <w:br/>
      </w:r>
      <w:r>
        <w:rPr>
          <w:sz w:val="20"/>
        </w:rPr>
        <w:t>20:41  kabhi shirk hota tha. ab toh building sirf thi. kyunke siyah logon ko tareekhi yaadgaron se bohat dilchaspi hoti hai.</w:t>
      </w:r>
      <w:r>
        <w:br/>
      </w:r>
      <w:r>
        <w:rPr>
          <w:sz w:val="20"/>
        </w:rPr>
        <w:t>20:51  sab se zyada woh mutawajjah hote hain tareekhi yaadgaron se. sab se zyada</w:t>
      </w:r>
      <w:r>
        <w:br/>
      </w:r>
      <w:r>
        <w:rPr>
          <w:sz w:val="20"/>
        </w:rPr>
        <w:t>20:59  . main ne ek baar internet par dekha ke number one spot siyah, siyahi spot konsa hai. toh maloom hua ke yunan ki ek building hai jo bohat purani hai, sab se zyada purani hai.</w:t>
      </w:r>
      <w:r>
        <w:br/>
      </w:r>
      <w:r>
        <w:rPr>
          <w:sz w:val="20"/>
        </w:rPr>
        <w:t>21:13  is liye wahan bohat siyah jaate hain. toh tareekhi yaadgar jo hain woh siyahon ka bohat bara kashish hote hain.</w:t>
      </w:r>
      <w:r>
        <w:br/>
      </w:r>
      <w:r>
        <w:rPr>
          <w:sz w:val="20"/>
        </w:rPr>
        <w:t>21:23  is liye wahan aate hain woh.</w:t>
      </w:r>
      <w:r>
        <w:br/>
      </w:r>
      <w:r>
        <w:rPr>
          <w:sz w:val="20"/>
        </w:rPr>
        <w:t>21:26  toh mosul ki building toh kabhi wahan shirk hota hoga. aaj toh wahan kuch bhi nahi tha. aur rasool Allah ke zamane mein jo kaba tha, wahan toh shirk baqayda hota tha aap ke samne.</w:t>
      </w:r>
      <w:r>
        <w:br/>
      </w:r>
      <w:r>
        <w:rPr>
          <w:sz w:val="20"/>
        </w:rPr>
        <w:t>21:38  zinda tha wahan shirk. aur teen so hazar but rakhe hue the. lekin aap ne kabhi todne ki koshish nahi ki. kyun?</w:t>
      </w:r>
      <w:r>
        <w:br/>
      </w:r>
      <w:r>
        <w:rPr>
          <w:sz w:val="20"/>
        </w:rPr>
        <w:t>21:49  is liye ke wahan aap ko mozu milte thay.</w:t>
      </w:r>
      <w:r>
        <w:br/>
      </w:r>
      <w:r>
        <w:rPr>
          <w:sz w:val="20"/>
        </w:rPr>
        <w:t>21:54  mozu milte thay.</w:t>
      </w:r>
      <w:r>
        <w:br/>
      </w:r>
      <w:r>
        <w:rPr>
          <w:sz w:val="20"/>
        </w:rPr>
        <w:t>21:55  jaise aaj kal siyah hotay hain to is zamanay mein sare arab ke log atay thay kaba ke andar jo but rakhe hue thay un ko un ki parastish karne ke liye.</w:t>
      </w:r>
      <w:r>
        <w:br/>
      </w:r>
      <w:r>
        <w:rPr>
          <w:sz w:val="20"/>
        </w:rPr>
        <w:t>22:12  to wahan baqayda musalsal jama hoti thi. isi buton ki waja se.</w:t>
      </w:r>
      <w:r>
        <w:br/>
      </w:r>
      <w:r>
        <w:rPr>
          <w:sz w:val="20"/>
        </w:rPr>
        <w:t>22:20  to rasool Allah ne buton ke par kuch bhi sawal nahi uthaya, kuch bhi wahan ihtijaj nahi kiya.</w:t>
      </w:r>
      <w:r>
        <w:br/>
      </w:r>
      <w:r>
        <w:rPr>
          <w:sz w:val="20"/>
        </w:rPr>
        <w:t>22:29  kyun ke aap ne dekha ke yeh to mujhe bara moqa de rahe hain, yeh sunhari moqa milta hai mujhe. isi ke bahane itne sare log atay hain jin ko mein dawat de sakta hoon.</w:t>
      </w:r>
      <w:r>
        <w:br/>
      </w:r>
      <w:r>
        <w:rPr>
          <w:sz w:val="20"/>
        </w:rPr>
        <w:t>22:42  to rasool Allah ko mozu nazar aya, mozu. is liye aap ne is ko is ke khilaf koi hangama nahi kiya. yeh hai obsession.</w:t>
      </w:r>
      <w:r>
        <w:br/>
      </w:r>
      <w:r>
        <w:rPr>
          <w:sz w:val="20"/>
        </w:rPr>
        <w:t>22:53  obsession</w:t>
      </w:r>
      <w:r>
        <w:br/>
      </w:r>
      <w:r>
        <w:rPr>
          <w:sz w:val="20"/>
        </w:rPr>
        <w:t>22:57  ki waja se. ISIS. in ko teen hazar saal ki tareekh yaad ayi.</w:t>
      </w:r>
      <w:r>
        <w:br/>
      </w:r>
      <w:r>
        <w:rPr>
          <w:sz w:val="20"/>
        </w:rPr>
        <w:t>23:07  isi obsession mein jee rahe thay woh.</w:t>
      </w:r>
      <w:r>
        <w:br/>
      </w:r>
      <w:r>
        <w:rPr>
          <w:sz w:val="20"/>
        </w:rPr>
        <w:t>23:10  rasool Allah ko zinda shirk tha woh bhi nazar andaz kiya aap ne kyun ke wahan mozu tha. to dekhiye, is zamanay ke musalmanon ka masla yeh hai ke woh in ki jo conditioning hai, un ka jo obsession hai,</w:t>
      </w:r>
    </w:p>
    <w:p>
      <w:pPr>
        <w:pStyle w:val="Heading2"/>
      </w:pPr>
      <w:r>
        <w:t>killing prophecy fulfilled and modern Gaza war critique</w:t>
      </w:r>
    </w:p>
    <w:p>
      <w:r>
        <w:rPr>
          <w:color w:val="666666"/>
          <w:sz w:val="18"/>
        </w:rPr>
        <w:t>Major Signs of Doomsday November 26, 2023 · 4m 55s · at 1:19 · https://youtu.be/pMRzFjrkWf4?t=79</w:t>
      </w:r>
    </w:p>
    <w:p>
      <w:r>
        <w:rPr>
          <w:i/>
        </w:rPr>
        <w:t>“Hadith hai ke qayamat se pehle bohot harj hoga”</w:t>
      </w:r>
    </w:p>
    <w:p>
      <w:r>
        <w:rPr>
          <w:sz w:val="20"/>
        </w:rPr>
        <w:t>1:19  aap khairiyat se hain? ji alhamdulillah. apa, sab se pehla jo sawal main aap se poochna chahunga, woh yeh hai ke hadith hai ke qayamat se pehle it is mention that there will be lot of harj.</w:t>
      </w:r>
      <w:r>
        <w:br/>
      </w:r>
      <w:r>
        <w:rPr>
          <w:sz w:val="20"/>
        </w:rPr>
        <w:t>1:33  to prophet se poocha gaya ke yeh harj kia hai? to unhon ne kaha killings.</w:t>
      </w:r>
      <w:r>
        <w:br/>
      </w:r>
      <w:r>
        <w:rPr>
          <w:sz w:val="20"/>
        </w:rPr>
        <w:t>1:39  to mein chahunga apa is ke bare mein aap hum sab ko bataein. haan, sahih muslim mein ek pura chapter hai, kitab ul fitan.</w:t>
      </w:r>
      <w:r>
        <w:br/>
      </w:r>
      <w:r>
        <w:rPr>
          <w:sz w:val="20"/>
        </w:rPr>
        <w:t>1:50  is mein bohat sari baatein hain kyunke rasool Allah sal Allah alaih wasallam ne prediction ke taur par bohat sari baatein bataein taake hum log tayyar rahein aur qayamat aane wali hai,</w:t>
      </w:r>
      <w:r>
        <w:br/>
      </w:r>
      <w:r>
        <w:rPr>
          <w:sz w:val="20"/>
        </w:rPr>
        <w:t>2:06  is ke liye apne aap ko tayyar karein.</w:t>
      </w:r>
      <w:r>
        <w:br/>
      </w:r>
      <w:r>
        <w:rPr>
          <w:sz w:val="20"/>
        </w:rPr>
        <w:t>2:09  to is mein kuch hum jo major signs hain, usi ko hum ne liya hai. to is mein hai ke harj jo hai, qayamat qaim na hogi jab tak ke do bare group jang na karein.</w:t>
      </w:r>
      <w:r>
        <w:br/>
      </w:r>
      <w:r>
        <w:rPr>
          <w:sz w:val="20"/>
        </w:rPr>
        <w:t>2:23  is jang mein bohat log mare jayenge. to is mein hai ke bohat zyada harj hoga. to rasool Allah sal Allah alaih wasallam se aap ke ashaab ne poocha ke harj kya matlab hai?</w:t>
      </w:r>
      <w:r>
        <w:br/>
      </w:r>
      <w:r>
        <w:rPr>
          <w:sz w:val="20"/>
        </w:rPr>
        <w:t>2:35  to aap ne kaha qatl, qatl, killing, kill</w:t>
      </w:r>
      <w:r>
        <w:br/>
      </w:r>
      <w:r>
        <w:rPr>
          <w:sz w:val="20"/>
        </w:rPr>
        <w:t>2:38  ling. to bohat zyada killing ho hi rahi hai, pura ab jagah jagah jangien ho rahi hain kyunke weapons bhi bohat naye naye develop ho gaye hain.</w:t>
      </w:r>
      <w:r>
        <w:br/>
      </w:r>
      <w:r>
        <w:rPr>
          <w:sz w:val="20"/>
        </w:rPr>
        <w:t>2:48  to jang karna jo hai, wo bohat zyada logon ko mauqa mil gaya jang karne ka. pehle to sirf talwar hoti thi, to maidan jang mein limited tareeqe se jang hoti thi.</w:t>
      </w:r>
      <w:r>
        <w:br/>
      </w:r>
      <w:r>
        <w:rPr>
          <w:sz w:val="20"/>
        </w:rPr>
        <w:t>3:01  ab to door mar hathiyar hain, kahin bhi koi baitha hua hai, kisi ko bhi maar sakta hai. to is tareeqe se bohat zyada jangon mein izafa hua.</w:t>
      </w:r>
      <w:r>
        <w:br/>
      </w:r>
      <w:r>
        <w:rPr>
          <w:sz w:val="20"/>
        </w:rPr>
        <w:t>3:10  aur yeh rasool Allah ki prediction thi, us waqt to maloom bhi nahi tha ke ek zamana ayega jab door mar hathiyar ho jayenge aur jang karna bohat aasan ho jayega.</w:t>
      </w:r>
      <w:r>
        <w:br/>
      </w:r>
      <w:r>
        <w:rPr>
          <w:sz w:val="20"/>
        </w:rPr>
        <w:t>3:20  to jo latest jo jang hai, wo falasteen aur israel ki jang hai, is mein bohat zyada tabahi hui hai. aur dono ki tabahi hoti hai, jang mein koi na jeetta hai na koi haarta hai, balke yeh pyrrhic victory hoti hai.</w:t>
      </w:r>
      <w:r>
        <w:br/>
      </w:r>
      <w:r>
        <w:rPr>
          <w:sz w:val="20"/>
        </w:rPr>
        <w:t>3:34  jo jo jeetne wala hai, wo bhi loser hota hai. kyunke jang mein sirf tabahi tabahi hai. is liye rasool Allah sal Allah alaih wasallam ne hamesha jang ko avoid kiya, sulah ka tareeqa ikhtiyar kiya.</w:t>
      </w:r>
      <w:r>
        <w:br/>
      </w:r>
      <w:r>
        <w:rPr>
          <w:sz w:val="20"/>
        </w:rPr>
        <w:t>3:47  lekin musalman chunke quran se, hadith se, rasool Allah sal Allah alaih wasallam ke uswa se itna zyada door hain ke jaise lagta hai ke un ka is se koi talluq hi nahi hai.</w:t>
      </w:r>
      <w:r>
        <w:br/>
      </w:r>
      <w:r>
        <w:rPr>
          <w:sz w:val="20"/>
        </w:rPr>
        <w:t>3:58  rasool Allah ne das saal ka na jang muahida kiya tha, in logon ne char din ka kiya hai. to yeh log jang karna chahte hain aur sulah nahi chahte hain, jabke rasool Allah ka uswa sulah ka hai.</w:t>
      </w:r>
      <w:r>
        <w:br/>
      </w:r>
      <w:r>
        <w:rPr>
          <w:sz w:val="20"/>
        </w:rPr>
        <w:t>4:11  to rasool Allah sal Allah alaih wasallam ne kabhi jang mein pehal nahi ki. yeh log jo hain, jang mein pehal karte hain.</w:t>
      </w:r>
      <w:r>
        <w:br/>
      </w:r>
      <w:r>
        <w:rPr>
          <w:sz w:val="20"/>
        </w:rPr>
        <w:t>4:19  to in logon ek to na yeh log quran o hadith se guidance lete hain aur na yeh logon ka aql se koi talluq hai.</w:t>
      </w:r>
      <w:r>
        <w:br/>
      </w:r>
      <w:r>
        <w:rPr>
          <w:sz w:val="20"/>
        </w:rPr>
        <w:t>4:28  kyunke ab jab jang mein bohat zyada tabahi hui to yeh log ya mahdi ya mahdi karne lage. ab unhone jo mahdi ka jo concept develop kiya hai, is mein yeh kya hai ke wo ek jangi leader hoga, ek political leader hoga, jabke aisa kuch nahi hai hadithon mein.</w:t>
      </w:r>
      <w:r>
        <w:br/>
      </w:r>
      <w:r>
        <w:rPr>
          <w:sz w:val="20"/>
        </w:rPr>
        <w:t>4:48  to ab agar un ko un ke hisab se agar mahdi ek jangi leader hai to jab jangi leader un ke paas aa jata, tabhi jang karte.</w:t>
      </w:r>
      <w:r>
        <w:br/>
      </w:r>
      <w:r>
        <w:rPr>
          <w:sz w:val="20"/>
        </w:rPr>
        <w:t>4:57  un ka concept yeh hai ke jab mahdi ayega to us ke sath le kar ke wo sari dunya mein mushrikeen ko aur kafiron ko jang kar ke hara denge aur islam ki hukumat qaim hogi.</w:t>
      </w:r>
      <w:r>
        <w:br/>
      </w:r>
      <w:r>
        <w:rPr>
          <w:sz w:val="20"/>
        </w:rPr>
        <w:t>5:09  ab jab haar rahe hain, tabahi aa rahi hai to ya mahdi ya mahdi kar rahe hain. to na aql se koi talluq hai, na quran o hadith se koi talluq hai.</w:t>
      </w:r>
      <w:r>
        <w:br/>
      </w:r>
      <w:r>
        <w:rPr>
          <w:sz w:val="20"/>
        </w:rPr>
        <w:t>5:18  to ab aap bataiye ke kaise Khuda ki madad un ko hasil hogi?</w:t>
      </w:r>
      <w:r>
        <w:br/>
      </w:r>
      <w:r>
        <w:rPr>
          <w:sz w:val="20"/>
        </w:rPr>
        <w:t>5:23  to Allah taala ne sare resources jo diya, naye opportunities diya, naya zamana diya, religious freedom di. to itna zyada petrol dollars ke zariye se un ke paas resources aaye, wo sara unhone jang mein tabah kar diya.</w:t>
      </w:r>
      <w:r>
        <w:br/>
      </w:r>
      <w:r>
        <w:rPr>
          <w:sz w:val="20"/>
        </w:rPr>
        <w:t>5:40  kuch bhi unhone is se deen ka kaam nahi kiya. daawa work ka to un ke haan concept hi nahi hai ke daawa work bhi koi kaam hai.</w:t>
      </w:r>
      <w:r>
        <w:br/>
      </w:r>
      <w:r>
        <w:rPr>
          <w:sz w:val="20"/>
        </w:rPr>
        <w:t>5:49  to is tareeqe se yahan par mujhe wo yaad aata hai, Hazrat Musa alaih wasallam ne jab kaha tha ke aye Allah, meri qaum se aql mat chheenna.</w:t>
      </w:r>
      <w:r>
        <w:br/>
      </w:r>
      <w:r>
        <w:rPr>
          <w:sz w:val="20"/>
        </w:rPr>
        <w:t>6:02  to Allah taala ne kaha ke hum jab kisi se naraz hote hain to sab se pehle aql hi chheente hain. to wahi ho gaya, aql chhan gayi hai. to un ko kuch samajh mein nahi aa raha ke kya karna hai, kya nahi karna hai.</w:t>
      </w:r>
      <w:r>
        <w:br/>
      </w:r>
      <w:r>
        <w:rPr>
          <w:sz w:val="20"/>
        </w:rPr>
        <w:t>6:13  ji</w:t>
      </w:r>
    </w:p>
    <w:p>
      <w:pPr>
        <w:pStyle w:val="Heading2"/>
      </w:pPr>
      <w:r>
        <w:t>Ideological jihad: overcoming people's conditioning through patience</w:t>
      </w:r>
    </w:p>
    <w:p>
      <w:r>
        <w:rPr>
          <w:color w:val="666666"/>
          <w:sz w:val="18"/>
        </w:rPr>
        <w:t>Culture of Peace and Non Voilence in Islam January 14, 2023 · 4m 03s · at 10:41 · https://youtu.be/INrBUtThaRw?t=641</w:t>
      </w:r>
    </w:p>
    <w:p>
      <w:r>
        <w:rPr>
          <w:i/>
        </w:rPr>
        <w:t>“Jihad ka koi violent ideological base nahi hai”</w:t>
      </w:r>
    </w:p>
    <w:p>
      <w:r>
        <w:rPr>
          <w:sz w:val="20"/>
        </w:rPr>
        <w:t>10:41  to main chahunga ke ideologically speaking, aah, is ko aap agar thoda sa wazeh karein. woh jo jang ke liye jo jihad ka lafz istemal kiya jane laga hai na, ji, woh uska extended use hai ya istemali use hai ke woh kyunke jang mein bohat ziyada mehnat karni parti hai,</w:t>
      </w:r>
      <w:r>
        <w:br/>
      </w:r>
      <w:r>
        <w:rPr>
          <w:sz w:val="20"/>
        </w:rPr>
        <w:t>10:59  aur to is ke liye jihad ka lafz istemal kiya jane laga, warna asal lafz jo hai na woh qital hai. ji, to</w:t>
      </w:r>
      <w:r>
        <w:br/>
      </w:r>
      <w:r>
        <w:rPr>
          <w:sz w:val="20"/>
        </w:rPr>
        <w:t>11:09  jihad jo hai na woh ideological struggle ke sense mein to non violent struggle hi hai. to woh is liye hota hai ke woh jab bhi hum koi, aah, kaam achha karein society mein, aur chunke hum log ek daawa group hain, achha aur achhi baat ko society mein hamein pahunchana hai, lekin jab hum jate hain kaam karne to pata chalta hai ke har aadmi ek conditioned insan hai.</w:t>
      </w:r>
      <w:r>
        <w:br/>
      </w:r>
      <w:r>
        <w:rPr>
          <w:sz w:val="20"/>
        </w:rPr>
        <w:t>11:35  to apni conditioning ki wajah se woh hamare paigham ko nahi samajhta. jo rasool Allah sal Allah alaihi wasallam ko itni ziyada opposition hui, woh isi liye, is liye hi nahi ke arab ke log bure thay, balkeh woh conditioned insan thay.</w:t>
      </w:r>
      <w:r>
        <w:br/>
      </w:r>
      <w:r>
        <w:rPr>
          <w:sz w:val="20"/>
        </w:rPr>
        <w:t>11:49  to woh conditioning ki wajah se woh nahi samjhe ke yeh nayi nayi baatein jo hamein sikha rahe hain, yeh kya cheez hai. to us waqt to yeh tha, woh kehte thay ke ek Khuda se kaise kaam chalega?</w:t>
      </w:r>
      <w:r>
        <w:br/>
      </w:r>
      <w:r>
        <w:rPr>
          <w:sz w:val="20"/>
        </w:rPr>
        <w:t>12:02  wahan to har qabiley ka but juda tha na. j</w:t>
      </w:r>
      <w:r>
        <w:br/>
      </w:r>
      <w:r>
        <w:rPr>
          <w:sz w:val="20"/>
        </w:rPr>
        <w:t>12:05  y, to is tarah ki conditioning ho jati hai. woh samajhte thay ke woh wahan buton par nazrane aate thay. ab samajhte thay ke agar hum ek Khuda ko mante hain to hamari to economy sab kharab ho jayegi.</w:t>
      </w:r>
      <w:r>
        <w:br/>
      </w:r>
      <w:r>
        <w:rPr>
          <w:sz w:val="20"/>
        </w:rPr>
        <w:t>12:16  to different kind ki conditioning hoti hai. ab jaise hum spirit ko ubharne ke liye kahein, namaz ki, roze ki, hajj ki, zakat ki, to spirit ko ubharne ke liye kahein ge to woh to form se itna manoos ho chuke hain</w:t>
      </w:r>
      <w:r>
        <w:br/>
      </w:r>
      <w:r>
        <w:rPr>
          <w:sz w:val="20"/>
        </w:rPr>
        <w:t>12:32  , conditioned ho chuke hain, to un ki samajh mein nahi aata ke yeh kya cheez hai. spirit wala deen un ke liye ajnabi deen ban gaya hai. to is liye daai ko bohat sakht mehnat karni parti hai, jis ko ideological jihad bhi Maulana ne kahin istemal kiya hai.</w:t>
      </w:r>
      <w:r>
        <w:br/>
      </w:r>
      <w:r>
        <w:rPr>
          <w:sz w:val="20"/>
        </w:rPr>
        <w:t>12:49  aur is chunke ab agar hum is waqt lad jayein to hum apna kaam aage badha nahi sakte. aur agar hum sabr kar lein, bardasht kar lein to is ka matlab yeh hai ke hamein is ko hum time de rahe hain.</w:t>
      </w:r>
      <w:r>
        <w:br/>
      </w:r>
      <w:r>
        <w:rPr>
          <w:sz w:val="20"/>
        </w:rPr>
        <w:t>13:02  is ko, is ko time chahiye. agar ek conditioned insan hai to us ko time chahiye taake woh baaton ko gehrai se samajh sake.</w:t>
      </w:r>
      <w:r>
        <w:br/>
      </w:r>
      <w:r>
        <w:rPr>
          <w:sz w:val="20"/>
        </w:rPr>
        <w:t>13:11  har insan ghor o fikr to karta hi hai. koi nayi baat kisi se kahi jaye to woh us par sochta hai. sochte sochte kabhi na kabhi us ko baat samajh mein aa jati hai.</w:t>
      </w:r>
      <w:r>
        <w:br/>
      </w:r>
      <w:r>
        <w:rPr>
          <w:sz w:val="20"/>
        </w:rPr>
        <w:t>13:21  itna sare sahaba ki yahi misaal hai. hazrat umar ji itne bare sahabi hain, ab un ko bhi samajh mein nahi aa raha tha. un ko bhi time chahiye tha.</w:t>
      </w:r>
      <w:r>
        <w:br/>
      </w:r>
      <w:r>
        <w:rPr>
          <w:sz w:val="20"/>
        </w:rPr>
        <w:t>13:30  to</w:t>
      </w:r>
      <w:r>
        <w:br/>
      </w:r>
      <w:r>
        <w:rPr>
          <w:sz w:val="20"/>
        </w:rPr>
        <w:t>13:31  chunki insanon ko time chahiye samajhne ke liye, to is wajah se sabr jo hai woh zaroori hai. sabr karna bhi ek jihad hai.</w:t>
      </w:r>
      <w:r>
        <w:br/>
      </w:r>
      <w:r>
        <w:rPr>
          <w:sz w:val="20"/>
        </w:rPr>
        <w:t>13:40  ji, kyunke sab se zyada mehnat to sabr karne mein lagti hai. to to isi liye jo hai kaha gaya hai Quran mein ke Quran se jihad karo.</w:t>
      </w:r>
      <w:r>
        <w:br/>
      </w:r>
      <w:r>
        <w:rPr>
          <w:sz w:val="20"/>
        </w:rPr>
        <w:t>13:53  jihad bil Quran to</w:t>
      </w:r>
      <w:r>
        <w:br/>
      </w:r>
      <w:r>
        <w:rPr>
          <w:sz w:val="20"/>
        </w:rPr>
        <w:t>13:55  balkeh is ko jihad kabir kaha gaya hai ke "wajahidhum bihi jihad kabirah". kyunke is mein sab se zyada opposition hoti hai. un ko samajh mein aata nahi hai, to woh oppose karte hain.</w:t>
      </w:r>
      <w:r>
        <w:br/>
      </w:r>
      <w:r>
        <w:rPr>
          <w:sz w:val="20"/>
        </w:rPr>
        <w:t>14:07  lekin woh to behrahal is zamane mein, aah, bilkul hi insan open nahi tha na. koi bhi nai ideology is ko samajh mein nahi aati thi.</w:t>
      </w:r>
      <w:r>
        <w:br/>
      </w:r>
      <w:r>
        <w:rPr>
          <w:sz w:val="20"/>
        </w:rPr>
        <w:t>14:16  ji, to is wajah se itna zyada wahan par, aah, opposition hui aur itna isi mein kai jangain bhi huin. ji ji, bilkul.</w:t>
      </w:r>
      <w:r>
        <w:br/>
      </w:r>
      <w:r>
        <w:rPr>
          <w:sz w:val="20"/>
        </w:rPr>
        <w:t>14:24  in fact, when the prophet returned from the Tabuk expedition, he made this statement that we have come from a lesser jihad towards a greater jihad.</w:t>
      </w:r>
      <w:r>
        <w:br/>
      </w:r>
      <w:r>
        <w:rPr>
          <w:sz w:val="20"/>
        </w:rPr>
        <w:t>14:32  and greater jihad is exactly like what you explained. its more about intellectual awakening, struggle, strive. apa, aap ne, aah, jihad ko define kiya.</w:t>
      </w:r>
      <w:r>
        <w:br/>
      </w:r>
      <w:r>
        <w:rPr>
          <w:sz w:val="20"/>
        </w:rPr>
        <w:t>14:41  aap ne sabr ke bare mein bhi kaha. sabr pe hum baad mein</w:t>
      </w:r>
    </w:p>
    <w:p>
      <w:pPr>
        <w:pStyle w:val="Heading2"/>
      </w:pPr>
      <w:r>
        <w:t>Islamic extremism: ghulu history and mislabeling as jihad</w:t>
      </w:r>
    </w:p>
    <w:p>
      <w:r>
        <w:rPr>
          <w:color w:val="666666"/>
          <w:sz w:val="18"/>
        </w:rPr>
        <w:t>Countering Violent Extremism April 01, 2016 · 5m 56s · at 10:06 · https://youtu.be/9ZWLcTqzs04?t=606</w:t>
      </w:r>
    </w:p>
    <w:p>
      <w:r>
        <w:rPr>
          <w:i/>
        </w:rPr>
        <w:t>“Dekhiye Islamic extremism ko arabi mein kehte hain ghulu”</w:t>
      </w:r>
    </w:p>
    <w:p>
      <w:r>
        <w:rPr>
          <w:sz w:val="20"/>
        </w:rPr>
        <w:t>10:06  dekhiye, islamic extremism jis ko aap kehte hain, is ko arabi mein kehte hain ghulu. yani qadeem arabi mein, quran o hadith ki zaban mein, is ko kaha jata hai ghulu.</w:t>
      </w:r>
      <w:r>
        <w:br/>
      </w:r>
      <w:r>
        <w:rPr>
          <w:sz w:val="20"/>
        </w:rPr>
        <w:t>10:21  aur quran mein aur hadith mein dono mein ghulu se bohat sakhti se mana kiya gaya hai. la taghlu fi deenikum.</w:t>
      </w:r>
      <w:r>
        <w:br/>
      </w:r>
      <w:r>
        <w:rPr>
          <w:sz w:val="20"/>
        </w:rPr>
        <w:t>10:30  quran mein hai. la taghlu fi deenikum. deen mein ghulu na karo. aisi hadith bhi aayi ke ayyakum wal ghulu fid deen.</w:t>
      </w:r>
      <w:r>
        <w:br/>
      </w:r>
      <w:r>
        <w:rPr>
          <w:sz w:val="20"/>
        </w:rPr>
        <w:t>10:42  ghulu se bacho. to islamic extremism koi cheez nahi. log islam ke naam par ghulu karte hain ya extremist bante hain, lekin woh bilashubah jaiz nahi hai.</w:t>
      </w:r>
      <w:r>
        <w:br/>
      </w:r>
      <w:r>
        <w:rPr>
          <w:sz w:val="20"/>
        </w:rPr>
        <w:t>10:59  jahan tak main janta hoon, islamic extremism jo hai, sab se pehle shuru hui hazrat ali ke zamane mein. un ko kaha jata hai khawarij.</w:t>
      </w:r>
      <w:r>
        <w:br/>
      </w:r>
      <w:r>
        <w:rPr>
          <w:sz w:val="20"/>
        </w:rPr>
        <w:t>11:11  yani khawarij jo thay, woh namaz o roza karte thay aur apne ko islam ka pro batate thay. lekin unhon ne hazrat ali ke khilaf jang ki aur hazrat ali ko kufar ka fatwa diya.</w:t>
      </w:r>
      <w:r>
        <w:br/>
      </w:r>
      <w:r>
        <w:rPr>
          <w:sz w:val="20"/>
        </w:rPr>
        <w:t>11:26  lekin sare ulama ne khawarij ko bura bataya. yani khawarij ko ki takfeer ki.</w:t>
      </w:r>
      <w:r>
        <w:br/>
      </w:r>
      <w:r>
        <w:rPr>
          <w:sz w:val="20"/>
        </w:rPr>
        <w:t>11:35  kisi ne hazrat ali ki takfeer nahi ki, naozubillah. to islam ke naam par ghulu karna ya extremism chalana to bilashubah ek aisa feal hai jis ko quran aur hadith mein saaf taur par mana kiya gaya hai.</w:t>
      </w:r>
      <w:r>
        <w:br/>
      </w:r>
      <w:r>
        <w:rPr>
          <w:sz w:val="20"/>
        </w:rPr>
        <w:t>11:55  quran o hadith mein is ki koi asal maujood nahi hai. is mein koi shakk nahi.</w:t>
      </w:r>
      <w:r>
        <w:br/>
      </w:r>
      <w:r>
        <w:rPr>
          <w:sz w:val="20"/>
        </w:rPr>
        <w:t>12:02  so Maulana, there is, there can be no such thing as islamic extremism when the quran itself says that don't be extremist in your religion.</w:t>
      </w:r>
      <w:r>
        <w:br/>
      </w:r>
      <w:r>
        <w:rPr>
          <w:sz w:val="20"/>
        </w:rPr>
        <w:t>12:13  Maulana, the next question is then why is it that some extremist muslims use the name of islam to carry out their violence?</w:t>
      </w:r>
      <w:r>
        <w:br/>
      </w:r>
      <w:r>
        <w:rPr>
          <w:sz w:val="20"/>
        </w:rPr>
        <w:t>12:25  dekhiye, is mein main yeh kahoon ga ke mauooda zamane ke ulama is ke zimmedar hain. yani is se pehle kabhi bhi hazrat ali ke baad se bohat lambe arse tak ghulu ko ghair islami samajhte thay log, sare ulama.</w:t>
      </w:r>
      <w:r>
        <w:br/>
      </w:r>
      <w:r>
        <w:rPr>
          <w:sz w:val="20"/>
        </w:rPr>
        <w:t>12:47  koi bhi ghulu ki taeed karne wala nahi tha. mauooda zamane mein log itna shadeed ho gaye kuch masail ko le kar, jaise colonialism ya zionism.</w:t>
      </w:r>
      <w:r>
        <w:br/>
      </w:r>
      <w:r>
        <w:rPr>
          <w:sz w:val="20"/>
        </w:rPr>
        <w:t>13:02  is ki wajah se bilkul unhon ne ek aisi cheez jo poori tareekh mein ghair islami samajhi jaati thi, us ko islamize kar diya. yahan tak ke kuch ulma ne yeh fatwa diya ke suicide bombing jaiz hai.</w:t>
      </w:r>
      <w:r>
        <w:br/>
      </w:r>
      <w:r>
        <w:rPr>
          <w:sz w:val="20"/>
        </w:rPr>
        <w:t>13:19  is ka unhon ne ek ek ek term banaya istishhad. shahadat talab karna. lekin bilashuba yeh fatwa galat hai.</w:t>
      </w:r>
      <w:r>
        <w:br/>
      </w:r>
      <w:r>
        <w:rPr>
          <w:sz w:val="20"/>
        </w:rPr>
        <w:t>13:29  islam mein koi istishhad nahi hai. yeh jo log suicide bombing ko jaiz batate hain, woh bilashuba is hadith ke misdaq hain jis mein aaya hai ke baad ke zamanay mein kuch log haram ko halal bana len ge.</w:t>
      </w:r>
      <w:r>
        <w:br/>
      </w:r>
      <w:r>
        <w:rPr>
          <w:sz w:val="20"/>
        </w:rPr>
        <w:t>13:49  to unhon ne poocha ke aisa kaise hoga? to aap ne bataya ke rasool Allah sal Allah alayh wasallam ne farmaya ke woh is ka naam badal den ge.</w:t>
      </w:r>
      <w:r>
        <w:br/>
      </w:r>
      <w:r>
        <w:rPr>
          <w:sz w:val="20"/>
        </w:rPr>
        <w:t>13:59  yani feal haram ka naam badal den ge. ismuhu bighair ismuhu sumayloonahu. wohi ho raha hai ke khudkush bombari ko unhon ne keh diya istishhad aur phir jaiz qarar de diya.</w:t>
      </w:r>
      <w:r>
        <w:br/>
      </w:r>
      <w:r>
        <w:rPr>
          <w:sz w:val="20"/>
        </w:rPr>
        <w:t>14:13  to main ne dekha un ka yeh feal is ka misdaq hai. So Maulana, according to you, extremism is a more recent and a more modern day phenomena.</w:t>
      </w:r>
      <w:r>
        <w:br/>
      </w:r>
      <w:r>
        <w:rPr>
          <w:sz w:val="20"/>
        </w:rPr>
        <w:t>14:22  It was not present in Islamic history. It was not present among Muslims in earlier times. But certain developments happened in the recent times in the 19th and 20th centuries and Muslims became engaged in extremism as a response to these developments.</w:t>
      </w:r>
      <w:r>
        <w:br/>
      </w:r>
      <w:r>
        <w:rPr>
          <w:sz w:val="20"/>
        </w:rPr>
        <w:t>14:41  So Maulana, you often say that Islam is a religion of peace.</w:t>
      </w:r>
      <w:r>
        <w:br/>
      </w:r>
      <w:r>
        <w:rPr>
          <w:sz w:val="20"/>
        </w:rPr>
        <w:t>14:47  Then why are some Muslims interpreting Islam violently? And because of this, some people say that there is a potential for violence in Islam.</w:t>
      </w:r>
      <w:r>
        <w:br/>
      </w:r>
      <w:r>
        <w:rPr>
          <w:sz w:val="20"/>
        </w:rPr>
        <w:t>14:59  dekhiye,</w:t>
      </w:r>
      <w:r>
        <w:br/>
      </w:r>
      <w:r>
        <w:rPr>
          <w:sz w:val="20"/>
        </w:rPr>
        <w:t>15:03  yeh silsila shuru hua hai colonialism ke aanay ke baad.</w:t>
      </w:r>
      <w:r>
        <w:br/>
      </w:r>
      <w:r>
        <w:rPr>
          <w:sz w:val="20"/>
        </w:rPr>
        <w:t>15:12  phir jab zionism aaya to aur is mein shadeed ho gaya. to in logon ne chaha ke European Communists ladein ya yahud se ladein.</w:t>
      </w:r>
      <w:r>
        <w:br/>
      </w:r>
      <w:r>
        <w:rPr>
          <w:sz w:val="20"/>
        </w:rPr>
        <w:t>15:25  to ek tha ke woh us ko sirf jang ke naam par larte. unhon ne chaha ke woh islam ke naam de kar ladein. to mere khayal mein bilashuba yeh ladai islam se koi talluq nahi tha is ka.</w:t>
      </w:r>
      <w:r>
        <w:br/>
      </w:r>
      <w:r>
        <w:rPr>
          <w:sz w:val="20"/>
        </w:rPr>
        <w:t>15:37  na colonialism ke khilaf ladai ka islam se koi talluq tha, na zionism ke khilaf ladai ka islam se koi talluq tha.</w:t>
      </w:r>
      <w:r>
        <w:br/>
      </w:r>
      <w:r>
        <w:rPr>
          <w:sz w:val="20"/>
        </w:rPr>
        <w:t>15:47  lekin unhon ne us ko islamize karne ke liye use keh diya ke yeh jihad hai. yani ek aisi jang jis ka islam se koi talluq nahi tha, mere khayal mein, us ko islamize karne ke liye us ko jihad keh diya.</w:t>
      </w:r>
    </w:p>
    <w:p>
      <w:pPr>
        <w:pStyle w:val="Heading2"/>
      </w:pPr>
      <w:r>
        <w:t>Dissent in religion and tolerance response</w:t>
      </w:r>
    </w:p>
    <w:p>
      <w:r>
        <w:rPr>
          <w:color w:val="666666"/>
          <w:sz w:val="18"/>
        </w:rPr>
        <w:t>Creative Thinking February 19, 2017 · 4m 43s · at 50:01 · https://youtu.be/L-x1xNJc__8?t=3001</w:t>
      </w:r>
    </w:p>
    <w:p>
      <w:r>
        <w:rPr>
          <w:i/>
        </w:rPr>
        <w:t>“Please give me your guidance on this subject”</w:t>
      </w:r>
    </w:p>
    <w:p>
      <w:r>
        <w:rPr>
          <w:sz w:val="20"/>
        </w:rPr>
        <w:t>50:01  Please give me your guidance on this subject." bhai, mera jo simple formula hai apni satah par, woh</w:t>
      </w:r>
      <w:r>
        <w:br/>
      </w:r>
      <w:r>
        <w:rPr>
          <w:sz w:val="20"/>
        </w:rPr>
        <w:t>50:09  yeh hai ke jab bhi mere andar koi negative thought aa jaye, offend hone lagun, ghussa ho jaye</w:t>
      </w:r>
      <w:r>
        <w:br/>
      </w:r>
      <w:r>
        <w:rPr>
          <w:sz w:val="20"/>
        </w:rPr>
        <w:t>50:17  to main sochta hoon ke is ka safar kaun karega? agar main apni negative thinking ko zahir</w:t>
      </w:r>
      <w:r>
        <w:br/>
      </w:r>
      <w:r>
        <w:rPr>
          <w:sz w:val="20"/>
        </w:rPr>
        <w:t>50:25  karun, ghussa karun, offend ho jaaun to safar kaun karega? to har baar main yeh jaan pata</w:t>
      </w:r>
      <w:r>
        <w:br/>
      </w:r>
      <w:r>
        <w:rPr>
          <w:sz w:val="20"/>
        </w:rPr>
        <w:t>50:34  hoon ke main khud safar karunga, woh insaan safar nahin karega.</w:t>
      </w:r>
      <w:r>
        <w:br/>
      </w:r>
      <w:r>
        <w:rPr>
          <w:sz w:val="20"/>
        </w:rPr>
        <w:t>50:42  to jab safar karna main khud hoon to main kyun, kyun apna dushman banun? kyun apne ko kill</w:t>
      </w:r>
      <w:r>
        <w:br/>
      </w:r>
      <w:r>
        <w:rPr>
          <w:sz w:val="20"/>
        </w:rPr>
        <w:t>50:50  karun? bas yeh cheez mujhe, meri positive thinking ko main hamesha maintain rakhti hai.</w:t>
      </w:r>
      <w:r>
        <w:br/>
      </w:r>
      <w:r>
        <w:rPr>
          <w:sz w:val="20"/>
        </w:rPr>
        <w:t>50:59  ji, jab bhi aap kisi bhi mamle mein sochiye ke ghussa hona, offend hona, jitni bhi negative baatein</w:t>
      </w:r>
      <w:r>
        <w:br/>
      </w:r>
      <w:r>
        <w:rPr>
          <w:sz w:val="20"/>
        </w:rPr>
        <w:t>51:07  hoti hain, is mein hamesha hum khud safar karte hain, doosra safar nahin karta.</w:t>
      </w:r>
      <w:r>
        <w:br/>
      </w:r>
      <w:r>
        <w:rPr>
          <w:sz w:val="20"/>
        </w:rPr>
        <w:t>51:15  to hum kyun aisa karen? apne aap ko khud hi kyun kill karen? bas yeh mujhe, yeh baat</w:t>
      </w:r>
      <w:r>
        <w:br/>
      </w:r>
      <w:r>
        <w:rPr>
          <w:sz w:val="20"/>
        </w:rPr>
        <w:t>51:24  mujhe thanda kar deti hai.</w:t>
      </w:r>
      <w:r>
        <w:br/>
      </w:r>
      <w:r>
        <w:rPr>
          <w:sz w:val="20"/>
        </w:rPr>
        <w:t>51:32  Maulana sahib, agla sawal bheja hai Zubair Iqbal sahib ne Muradabad se, aur unhon ne likha hai:</w:t>
      </w:r>
      <w:r>
        <w:br/>
      </w:r>
      <w:r>
        <w:rPr>
          <w:sz w:val="20"/>
        </w:rPr>
        <w:t>51:40  "Maulana, you said dissent is good as it helps in one's intellectual development.</w:t>
      </w:r>
      <w:r>
        <w:br/>
      </w:r>
      <w:r>
        <w:rPr>
          <w:sz w:val="20"/>
        </w:rPr>
        <w:t>51:49  This is the reason West did very well and progressed very fast. My question is that dissent works to advantage in the secular world, but what about religious world? Would you say in religion also dissent is beneficial? As today we see that dissent quickly leads to violence and culminates to terrorism. What is your opinion on this?</w:t>
      </w:r>
      <w:r>
        <w:br/>
      </w:r>
      <w:r>
        <w:rPr>
          <w:sz w:val="20"/>
        </w:rPr>
        <w:t>52:15  " musalmanon ki kamzori yeh hai ke woh tolerance kho diya, unhon ne tolerance to hai hi nahin.</w:t>
      </w:r>
      <w:r>
        <w:br/>
      </w:r>
      <w:r>
        <w:rPr>
          <w:sz w:val="20"/>
        </w:rPr>
        <w:t>52:21  woh jante hi nahin sachi baatein, woh jante hi nahin ke kisi issue par peaceful discussion karen, yeh</w:t>
      </w:r>
      <w:r>
        <w:br/>
      </w:r>
      <w:r>
        <w:rPr>
          <w:sz w:val="20"/>
        </w:rPr>
        <w:t>52:28  jante hi nahin.</w:t>
      </w:r>
      <w:r>
        <w:br/>
      </w:r>
      <w:r>
        <w:rPr>
          <w:sz w:val="20"/>
        </w:rPr>
        <w:t>52:34  woh debate karna jante hain, violence karna jante hain, ghussa hona jante hain.</w:t>
      </w:r>
      <w:r>
        <w:br/>
      </w:r>
      <w:r>
        <w:rPr>
          <w:sz w:val="20"/>
        </w:rPr>
        <w:t>52:41  koi issue agar paida ho aur us par peaceful discussion karen, aap that leads to intellectual development, yeh</w:t>
      </w:r>
      <w:r>
        <w:br/>
      </w:r>
      <w:r>
        <w:rPr>
          <w:sz w:val="20"/>
        </w:rPr>
        <w:t>52:48  musalman jante nahin.</w:t>
      </w:r>
      <w:r>
        <w:br/>
      </w:r>
      <w:r>
        <w:rPr>
          <w:sz w:val="20"/>
        </w:rPr>
        <w:t>52:54  isi ko batana hai musalmanon ko, yeh batana hai ke jab bhi koi aap ki rai se alag</w:t>
      </w:r>
      <w:r>
        <w:br/>
      </w:r>
      <w:r>
        <w:rPr>
          <w:sz w:val="20"/>
        </w:rPr>
        <w:t>53:01  rai zahir kare to ghussa mat huiye, peaceful andaaz mein us se discuss kijiye to khud aap hi</w:t>
      </w:r>
      <w:r>
        <w:br/>
      </w:r>
      <w:r>
        <w:rPr>
          <w:sz w:val="20"/>
        </w:rPr>
        <w:t>53:07  ko faida hoga, aap ka zehni irtaqa hoga, aap ko neeli ibadat samajh mein aayegi.</w:t>
      </w:r>
      <w:r>
        <w:br/>
      </w:r>
      <w:r>
        <w:rPr>
          <w:sz w:val="20"/>
        </w:rPr>
        <w:t>53:14  yehi baat musalmanon ko batai nahin gayi hai, sach poochhiye to musalmanon ka case unawareness ka case hai.</w:t>
      </w:r>
      <w:r>
        <w:br/>
      </w:r>
      <w:r>
        <w:rPr>
          <w:sz w:val="20"/>
        </w:rPr>
        <w:t>53:21  masjido mein, madarson mein, jalson mein yeh baat batai nahin gayi thi.</w:t>
      </w:r>
      <w:r>
        <w:br/>
      </w:r>
      <w:r>
        <w:rPr>
          <w:sz w:val="20"/>
        </w:rPr>
        <w:t>53:27  to hum chahte hain ke yeh process shuru ho, musalmanon ko bataya jaye, un ki unawareness toda jaye</w:t>
      </w:r>
      <w:r>
        <w:br/>
      </w:r>
      <w:r>
        <w:rPr>
          <w:sz w:val="20"/>
        </w:rPr>
        <w:t>53:34  to sab theek ho jaye ga.</w:t>
      </w:r>
      <w:r>
        <w:br/>
      </w:r>
      <w:r>
        <w:rPr>
          <w:sz w:val="20"/>
        </w:rPr>
        <w:t>53:40  maulana, agla sawal lene se pehle ek comment parhna chahenge jo bheja hai shafi ahmed dar sahib</w:t>
      </w:r>
      <w:r>
        <w:br/>
      </w:r>
      <w:r>
        <w:rPr>
          <w:sz w:val="20"/>
        </w:rPr>
        <w:t>53:47  ne srinagar se, unhon ne likha hai: "The peace ideology of maulana wahiduddin khan is based</w:t>
      </w:r>
      <w:r>
        <w:br/>
      </w:r>
      <w:r>
        <w:rPr>
          <w:sz w:val="20"/>
        </w:rPr>
        <w:t>53:54  on creative thinking.</w:t>
      </w:r>
      <w:r>
        <w:br/>
      </w:r>
      <w:r>
        <w:rPr>
          <w:sz w:val="20"/>
        </w:rPr>
        <w:t>54:00  Maulana has extracted this ideology from deep thinking on life of Prophet Muhammad's Islamic history.</w:t>
      </w:r>
      <w:r>
        <w:br/>
      </w:r>
      <w:r>
        <w:rPr>
          <w:sz w:val="20"/>
        </w:rPr>
        <w:t>54:07  That is why maulana leads us towards positive direction.</w:t>
      </w:r>
      <w:r>
        <w:br/>
      </w:r>
      <w:r>
        <w:rPr>
          <w:sz w:val="20"/>
        </w:rPr>
        <w:t>54:14  Positive results always come from creative thinking. Now people in the Muslim world have realized that Maulana Wahiduddin Khan is a true representative of Islam and his peace ideology is the only hope for the entire world." Maulana, agla sawal bheja hai Ms Shabana Ansari ne Pakistan se, unhone likha hai: "Maulana sahib, how have you learned creative thinking in your life?</w:t>
      </w:r>
      <w:r>
        <w:br/>
      </w:r>
      <w:r>
        <w:rPr>
          <w:sz w:val="20"/>
        </w:rPr>
        <w:t>54:44  Please tell all of us." dekhen, ek waqea to main ne aaj hi bata diya ke ek shakhs</w:t>
      </w:r>
    </w:p>
    <w:p>
      <w:pPr>
        <w:pStyle w:val="Heading2"/>
      </w:pPr>
      <w:r>
        <w:t>apostasy has no worldly punishment in the Quran</w:t>
      </w:r>
    </w:p>
    <w:p>
      <w:r>
        <w:rPr>
          <w:color w:val="666666"/>
          <w:sz w:val="18"/>
        </w:rPr>
        <w:t>Freedom of Thought in Islam 23 October, 2011 · 4m 14s · at 30:45 · https://youtu.be/aGbxRNNOKzo?t=1845</w:t>
      </w:r>
    </w:p>
    <w:p>
      <w:r>
        <w:rPr>
          <w:i/>
        </w:rPr>
        <w:t>“Quran nowhere prescribes a worldly punishment for apostasy”</w:t>
      </w:r>
    </w:p>
    <w:p>
      <w:r>
        <w:rPr>
          <w:sz w:val="20"/>
        </w:rPr>
        <w:t>30:45  dekhiye, apostasy ka matlab hai irtidad. to Quran mein kai jagah yeh baat hai ke jo shakhs Islam qubool kare, phir phir jaye us se, to kahin bhi saza nahi batai gayi.</w:t>
      </w:r>
      <w:r>
        <w:br/>
      </w:r>
      <w:r>
        <w:rPr>
          <w:sz w:val="20"/>
        </w:rPr>
        <w:t>31:01  duniyavi saza. sirf yeh hai ke aakhirat mein uski pakad hogi. misaal ke taur par dekhiye, ek ayat hai. ومن يرتد منكم عن دينه فهو كافر</w:t>
      </w:r>
      <w:r>
        <w:br/>
      </w:r>
      <w:r>
        <w:rPr>
          <w:sz w:val="20"/>
        </w:rPr>
        <w:t>31:15  yaani jo shakhs Islam qubool kare, phir us se phir jaye, murtad ho jaye, aur isi haal mein mar jaye, to aakhirat mein uski pakad hai.</w:t>
      </w:r>
      <w:r>
        <w:br/>
      </w:r>
      <w:r>
        <w:rPr>
          <w:sz w:val="20"/>
        </w:rPr>
        <w:t>31:27  ab dekhiye, yahan faimoot ka lafz hai, yaani is ki natural death ho jaye. to yahan to yeh kehna chahiye tha na ke woh qatl kiya jayega aisa aadmi? ke jo aadmi apne deen ko badlega, to qatl kiya jayega us ko.</w:t>
      </w:r>
      <w:r>
        <w:br/>
      </w:r>
      <w:r>
        <w:rPr>
          <w:sz w:val="20"/>
        </w:rPr>
        <w:t>31:41  yeh nahi farmaya. balkeh farmaya faimoot.</w:t>
      </w:r>
      <w:r>
        <w:br/>
      </w:r>
      <w:r>
        <w:rPr>
          <w:sz w:val="20"/>
        </w:rPr>
        <w:t>31:46  yaani is ki natural death hogi, Allah ke haan is ki pakad hogi. to is tarah ki kai aayatein Quran mein hain jo batati hain aise insaan ko jo Islam qabool kare aur phir woh phir jaye.</w:t>
      </w:r>
      <w:r>
        <w:br/>
      </w:r>
      <w:r>
        <w:rPr>
          <w:sz w:val="20"/>
        </w:rPr>
        <w:t>32:03  to sirf aakhirat ki saza ka wahan zikr hai, duniyavi saza ka farzi zikr nahi hai.</w:t>
      </w:r>
      <w:r>
        <w:br/>
      </w:r>
      <w:r>
        <w:rPr>
          <w:sz w:val="20"/>
        </w:rPr>
        <w:t>32:10  is ki ek practical misaal bhi yeh dekhiye.</w:t>
      </w:r>
      <w:r>
        <w:br/>
      </w:r>
      <w:r>
        <w:rPr>
          <w:sz w:val="20"/>
        </w:rPr>
        <w:t>32:15  jis zamane mein Rasool Allah salallaho alaihi wasallam Makka mein thay, wahan par kaafi satate thay woh log aap ko aur aap ke ashaab ko.</w:t>
      </w:r>
      <w:r>
        <w:br/>
      </w:r>
      <w:r>
        <w:rPr>
          <w:sz w:val="20"/>
        </w:rPr>
        <w:t>32:25  to aap ne farmaya ke jo log chahein, woh Habash chale jayen. Habash jo tha, yaani jo Arab, Arab ka mulk tha.</w:t>
      </w:r>
      <w:r>
        <w:br/>
      </w:r>
      <w:r>
        <w:rPr>
          <w:sz w:val="20"/>
        </w:rPr>
        <w:t>32:39  Arab ka mulk aur Habash, yaani Abyssinia ke darmiyan bohat chhoti si patti hoti thi samandar ki. to log aate jate thay kashtiyon se.</w:t>
      </w:r>
      <w:r>
        <w:br/>
      </w:r>
      <w:r>
        <w:rPr>
          <w:sz w:val="20"/>
        </w:rPr>
        <w:t>32:51  to aap ne farmaya ke jo jana chahe, woh Habash chala jaye. chunancha ghaliban teen baar qafle ki soorat mein woh log Arab se wahan gaye.</w:t>
      </w:r>
      <w:r>
        <w:br/>
      </w:r>
      <w:r>
        <w:rPr>
          <w:sz w:val="20"/>
        </w:rPr>
        <w:t>33:04  woh Jeddah ke us waqt Jeddah jo tha, woh woh bandargah tha. wahan se kashtiyan chalti theen.</w:t>
      </w:r>
      <w:r>
        <w:br/>
      </w:r>
      <w:r>
        <w:rPr>
          <w:sz w:val="20"/>
        </w:rPr>
        <w:t>33:14  aur doosri taraf jis ko hum aaj kal kehte hain Eritrea, Jeddah se chal kar Eritrea ke ilaqe mein utre woh. majmooi tor par un ki tadad taqreeban ek sau batayi jati hai.</w:t>
      </w:r>
      <w:r>
        <w:br/>
      </w:r>
      <w:r>
        <w:rPr>
          <w:sz w:val="20"/>
        </w:rPr>
        <w:t>33:28  wahan gaye woh. aur phir jab halaat badle to woh wapas aa gaye dobara Arab.</w:t>
      </w:r>
      <w:r>
        <w:br/>
      </w:r>
      <w:r>
        <w:rPr>
          <w:sz w:val="20"/>
        </w:rPr>
        <w:t>33:37  to un jane walon mein se ek sahab woh thay jo wahan par woh Isai mulk tha, wahan ka king bhi Isai tha.</w:t>
      </w:r>
      <w:r>
        <w:br/>
      </w:r>
      <w:r>
        <w:rPr>
          <w:sz w:val="20"/>
        </w:rPr>
        <w:t>33:47  to woh wahan ja kar Isaiyon se mile, Isaiyon ki baatein suni, mutasir ho gaye aur unhon ne Islam chhod kar Isaiyat ikhtiyar kar li. Masih bne gaye.</w:t>
      </w:r>
      <w:r>
        <w:br/>
      </w:r>
      <w:r>
        <w:rPr>
          <w:sz w:val="20"/>
        </w:rPr>
        <w:t>33:58  un ka naam tha Abdullah Ibn Jahsh.</w:t>
      </w:r>
      <w:r>
        <w:br/>
      </w:r>
      <w:r>
        <w:rPr>
          <w:sz w:val="20"/>
        </w:rPr>
        <w:t>34:03  yeh iman laye Rasool Allah par. Abdullah Ibn Jahsh iman laye, hijrat kar ke Habash gaye. wahan Isai log hua karte thay.</w:t>
      </w:r>
      <w:r>
        <w:br/>
      </w:r>
      <w:r>
        <w:rPr>
          <w:sz w:val="20"/>
        </w:rPr>
        <w:t>34:14  Christian to un se mile jule, un ki baatein suni, mutasir ho gaye. woh Islam chhod kar Christian ban gaye. Rasool Allah salallaho alaihi wasallam us waqt maujood thay.</w:t>
      </w:r>
      <w:r>
        <w:br/>
      </w:r>
      <w:r>
        <w:rPr>
          <w:sz w:val="20"/>
        </w:rPr>
        <w:t>34:24  aap ne nahi kaha ke is ko qatl kara lo. aap ne nahi kaha ke Abdullah Ibn Jahsh ko qatl kara lo. is ka muamla aap ne Allah ke hawale kar diya.</w:t>
      </w:r>
      <w:r>
        <w:br/>
      </w:r>
      <w:r>
        <w:rPr>
          <w:sz w:val="20"/>
        </w:rPr>
        <w:t>34:35  to yeh Khuda ke domain mein dakhil hona hai, yeh agar aap yeh masla banayein</w:t>
      </w:r>
      <w:r>
        <w:br/>
      </w:r>
      <w:r>
        <w:rPr>
          <w:sz w:val="20"/>
        </w:rPr>
        <w:t>34:40  to Khuda ke domain mein dakhil hona hai ke jo cheez Allah Ta'ala ke haan jis ko punishment milne wali ho, dunya mein aap punishment dene lage ho us ko.</w:t>
      </w:r>
      <w:r>
        <w:br/>
      </w:r>
      <w:r>
        <w:rPr>
          <w:sz w:val="20"/>
        </w:rPr>
        <w:t>34:50  aap ko haq nahi hai is ka. to yeh sab jo masle hain, yeh bane hain Abbasi daur mein.</w:t>
      </w:r>
    </w:p>
    <w:p>
      <w:pPr>
        <w:pStyle w:val="Heading2"/>
      </w:pPr>
      <w:r>
        <w:t>The book that proved Islam spread through peace, not the sword</w:t>
      </w:r>
    </w:p>
    <w:p>
      <w:r>
        <w:rPr>
          <w:color w:val="666666"/>
          <w:sz w:val="18"/>
        </w:rPr>
        <w:t>Reinterpretation of Islam April 12, 2009 · 4m 25s · at 47:44 · https://youtu.be/QMG_eov11Po?t=2864</w:t>
      </w:r>
    </w:p>
    <w:p>
      <w:r>
        <w:rPr>
          <w:i/>
        </w:rPr>
        <w:t>“Main aapko ek aur example deta hoon: The Preaching of Islam”</w:t>
      </w:r>
    </w:p>
    <w:p>
      <w:r>
        <w:rPr>
          <w:sz w:val="20"/>
        </w:rPr>
        <w:t>47:44  aise hi dekhiye, main aap ko ek aur example deta hoon. ek kitaab chhapi hai: the preaching of Islam.</w:t>
      </w:r>
      <w:r>
        <w:br/>
      </w:r>
      <w:r>
        <w:rPr>
          <w:sz w:val="20"/>
        </w:rPr>
        <w:t>47:55  woh moti si kitaab hai, the preaching of Islam. is ka author hai T.W. Arnold. he was a British professor.</w:t>
      </w:r>
      <w:r>
        <w:br/>
      </w:r>
      <w:r>
        <w:rPr>
          <w:sz w:val="20"/>
        </w:rPr>
        <w:t>48:04  this book was published in 1896.</w:t>
      </w:r>
      <w:r>
        <w:br/>
      </w:r>
      <w:r>
        <w:rPr>
          <w:sz w:val="20"/>
        </w:rPr>
        <w:t>48:09  the preaching of Islam. the author of this book was T.W. Arnold, and this book was published in 1896.</w:t>
      </w:r>
      <w:r>
        <w:br/>
      </w:r>
      <w:r>
        <w:rPr>
          <w:sz w:val="20"/>
        </w:rPr>
        <w:t>48:20  the preaching of Islam.</w:t>
      </w:r>
      <w:r>
        <w:br/>
      </w:r>
      <w:r>
        <w:rPr>
          <w:sz w:val="20"/>
        </w:rPr>
        <w:t>48:22  yeh Islam ki poori history mein dawah kaise phaili, is ki is ka ek historical ek survey hai.</w:t>
      </w:r>
      <w:r>
        <w:br/>
      </w:r>
      <w:r>
        <w:rPr>
          <w:sz w:val="20"/>
        </w:rPr>
        <w:t>48:34  yeh kitaab aisi kitaab kisi Muslim scholar ne nahi likhi. Islam ki dawah history, yeh Islam ki dawah history hai, kisi ek Musalman ne nahi likhi.</w:t>
      </w:r>
      <w:r>
        <w:br/>
      </w:r>
      <w:r>
        <w:rPr>
          <w:sz w:val="20"/>
        </w:rPr>
        <w:t>48:48  kyun?</w:t>
      </w:r>
      <w:r>
        <w:br/>
      </w:r>
      <w:r>
        <w:rPr>
          <w:sz w:val="20"/>
        </w:rPr>
        <w:t>48:52  Musalman scholars jo thay, woh Islam ko in terms of jihad batate rahe. in terms of jihad, in terms of peace, kabhi koi Muslim scholar paida hi nahi hua is se pehle jo Islam ko in terms of peace soche.</w:t>
      </w:r>
      <w:r>
        <w:br/>
      </w:r>
      <w:r>
        <w:rPr>
          <w:sz w:val="20"/>
        </w:rPr>
        <w:t>49:08  Arnold Toynbee ne yeh nahi, T.W. Arnold ne Islam ko in terms of peace socha.</w:t>
      </w:r>
      <w:r>
        <w:br/>
      </w:r>
      <w:r>
        <w:rPr>
          <w:sz w:val="20"/>
        </w:rPr>
        <w:t>49:15  to is ko dikhai diya ke Islam has a great history of peaceful. peaceful dawah poori Islamic history mein, Rasool Allah se le kar ab tak, Islam jo phaila hai, to batata hai woh ke peaceful tareeqe se phaila.</w:t>
      </w:r>
      <w:r>
        <w:br/>
      </w:r>
      <w:r>
        <w:rPr>
          <w:sz w:val="20"/>
        </w:rPr>
        <w:t>49:31  through peaceful method, yeh hai the preaching of Islam. ab aaj ka insan is kitaab ko bohat important deta hai kyun ke Muslim scholars ne jo kiya tha, woh yeh kiya tha</w:t>
      </w:r>
      <w:r>
        <w:br/>
      </w:r>
      <w:r>
        <w:rPr>
          <w:sz w:val="20"/>
        </w:rPr>
        <w:t>49:45  ke Islam ki history ko in terms of jihad unhone bandh diya tha. in terms of jihad, in terms of, aur history dikhaya in terms of peace.</w:t>
      </w:r>
      <w:r>
        <w:br/>
      </w:r>
      <w:r>
        <w:rPr>
          <w:sz w:val="20"/>
        </w:rPr>
        <w:t>49:57  to poori history mein Islam bas jihad karta hua dikhai deta hai, talwar chalata hua dikhai deta hai.</w:t>
      </w:r>
      <w:r>
        <w:br/>
      </w:r>
      <w:r>
        <w:rPr>
          <w:sz w:val="20"/>
        </w:rPr>
        <w:t>50:04  lekin is kitaab mein aap dekhiye to islam as a peaceful method history mein safar kar raha hai aur peace ke, yani power of peace se logon ko capture kar raha hai,</w:t>
      </w:r>
      <w:r>
        <w:br/>
      </w:r>
      <w:r>
        <w:rPr>
          <w:sz w:val="20"/>
        </w:rPr>
        <w:t>50:19  yani intellectual power, peaceful method. ab kitna bada yeh, kitni badi baat hai jo yeh hidden padi hui thi</w:t>
      </w:r>
      <w:r>
        <w:br/>
      </w:r>
      <w:r>
        <w:rPr>
          <w:sz w:val="20"/>
        </w:rPr>
        <w:t>50:31  kyunki log sochte the islam ke bare mein in terms of jihad. people used to, yani islamic scholars used to think about islam in terms of jihad.</w:t>
      </w:r>
      <w:r>
        <w:br/>
      </w:r>
      <w:r>
        <w:rPr>
          <w:sz w:val="20"/>
        </w:rPr>
        <w:t>50:45  so they were blind to underst, to discover this this aspect. lekin jab islam ko in terms of peace socha gaya to itni badi kitaab ban gayi, the preaching of islam,</w:t>
      </w:r>
      <w:r>
        <w:br/>
      </w:r>
      <w:r>
        <w:rPr>
          <w:sz w:val="20"/>
        </w:rPr>
        <w:t>50:59  jis ne establish kiya pehli baar history mein ke islam peace se phaila hai, peaceful method se phaila hai,</w:t>
      </w:r>
      <w:r>
        <w:br/>
      </w:r>
      <w:r>
        <w:rPr>
          <w:sz w:val="20"/>
        </w:rPr>
        <w:t>51:10  sword se nahi phaila.</w:t>
      </w:r>
      <w:r>
        <w:br/>
      </w:r>
      <w:r>
        <w:rPr>
          <w:sz w:val="20"/>
        </w:rPr>
        <w:t>51:14  so islam, spirit of islam, was not due to sword, but due to peaceful method, peaceful preachings. to kitni badi baat hai, aap sochiye.</w:t>
      </w:r>
      <w:r>
        <w:br/>
      </w:r>
      <w:r>
        <w:rPr>
          <w:sz w:val="20"/>
        </w:rPr>
        <w:t>51:29  to main ne jo kaha tha ke it is not, it is not question of modernizing islam, it is question of explaining islam in modern, in modern terms.</w:t>
      </w:r>
      <w:r>
        <w:br/>
      </w:r>
      <w:r>
        <w:rPr>
          <w:sz w:val="20"/>
        </w:rPr>
        <w:t>51:43  isi islam ko, same islam ko modern terms mein ban ki jiye to insaan samjhega, insaan is ki importance ko manega, is ki relevance ko samajh payega.</w:t>
      </w:r>
      <w:r>
        <w:br/>
      </w:r>
      <w:r>
        <w:rPr>
          <w:sz w:val="20"/>
        </w:rPr>
        <w:t>51:56  yeh kitaab yahan se bhi chapi hai,</w:t>
      </w:r>
      <w:r>
        <w:br/>
      </w:r>
      <w:r>
        <w:rPr>
          <w:sz w:val="20"/>
        </w:rPr>
        <w:t>51:58  good words se bhi aap is ko padh sakte hain, the preaching of islam. is ka ab title jo naya title hai, the spirit of islam, aap is ko padh sakte hain.</w:t>
      </w:r>
    </w:p>
    <w:p>
      <w:pPr>
        <w:pStyle w:val="Heading2"/>
      </w:pPr>
      <w:r>
        <w:t>History managed to end kingship and bring freedom</w:t>
      </w:r>
    </w:p>
    <w:p>
      <w:r>
        <w:rPr>
          <w:color w:val="666666"/>
          <w:sz w:val="18"/>
        </w:rPr>
        <w:t>Living in a New Age | March 26, 2017 · 5m 38s · at 14:03 · https://youtu.be/iST0AxQscKo?t=843</w:t>
      </w:r>
    </w:p>
    <w:p>
      <w:r>
        <w:rPr>
          <w:i/>
        </w:rPr>
        <w:t>“Agar musalman peaceful ho jayein, to duniya mein koi problem nahi”</w:t>
      </w:r>
    </w:p>
    <w:p>
      <w:r>
        <w:rPr>
          <w:sz w:val="20"/>
        </w:rPr>
        <w:t>14:03  ek bomb maarte hain to us ka do do bomb aata hai.</w:t>
      </w:r>
      <w:r>
        <w:br/>
      </w:r>
      <w:r>
        <w:rPr>
          <w:sz w:val="20"/>
        </w:rPr>
        <w:t>14:10  agar musalman peaceful ho jayein, peaceful to dunya mein koi un ke khilaf kuch, koi koi problem nahi hai.</w:t>
      </w:r>
      <w:r>
        <w:br/>
      </w:r>
      <w:r>
        <w:rPr>
          <w:sz w:val="20"/>
        </w:rPr>
        <w:t>14:18  yani peaceful ho jayein jis sense mein ke Islam ne bataya hai.</w:t>
      </w:r>
      <w:r>
        <w:br/>
      </w:r>
      <w:r>
        <w:rPr>
          <w:sz w:val="20"/>
        </w:rPr>
        <w:t>14:25  musalman agar jo Islam ne bataya hai, peaceful ka tareeqa, peaceful ka kal</w:t>
      </w:r>
      <w:r>
        <w:br/>
      </w:r>
      <w:r>
        <w:rPr>
          <w:sz w:val="20"/>
        </w:rPr>
        <w:t>14:33  char, agar musalman is ko apna lein to dunya mein koi bhi community, koi bhi shakhs nahi hai</w:t>
      </w:r>
      <w:r>
        <w:br/>
      </w:r>
      <w:r>
        <w:rPr>
          <w:sz w:val="20"/>
        </w:rPr>
        <w:t>14:41  jo Islam ke khilaf ho.</w:t>
      </w:r>
      <w:r>
        <w:br/>
      </w:r>
      <w:r>
        <w:rPr>
          <w:sz w:val="20"/>
        </w:rPr>
        <w:t>14:49  us ke maani kya hain ke Allah taala ne dunya ko aisa bana diya ke baghair kisi rukawat</w:t>
      </w:r>
      <w:r>
        <w:br/>
      </w:r>
      <w:r>
        <w:rPr>
          <w:sz w:val="20"/>
        </w:rPr>
        <w:t>14:57  ke aap Islam ka jo peaceful mission hai, woh chalate rahe hain.</w:t>
      </w:r>
      <w:r>
        <w:br/>
      </w:r>
      <w:r>
        <w:rPr>
          <w:sz w:val="20"/>
        </w:rPr>
        <w:t>15:05  poori history ko Allah ne manage kiya.</w:t>
      </w:r>
      <w:r>
        <w:br/>
      </w:r>
      <w:r>
        <w:rPr>
          <w:sz w:val="20"/>
        </w:rPr>
        <w:t>15:11  poori history ko manage kiya Allah taala ne.</w:t>
      </w:r>
      <w:r>
        <w:br/>
      </w:r>
      <w:r>
        <w:rPr>
          <w:sz w:val="20"/>
        </w:rPr>
        <w:t>15:16  taake Allah ke deen ke khilaf rukawatein khatam ho jayein.</w:t>
      </w:r>
      <w:r>
        <w:br/>
      </w:r>
      <w:r>
        <w:rPr>
          <w:sz w:val="20"/>
        </w:rPr>
        <w:t>15:21  dekhiye, qadeem zamanay ki aap tareekhein padhiye to sab se bara masla tha kya? qadeem zamanay mein despotic</w:t>
      </w:r>
      <w:r>
        <w:br/>
      </w:r>
      <w:r>
        <w:rPr>
          <w:sz w:val="20"/>
        </w:rPr>
        <w:t>15:27  king hua karte thay.</w:t>
      </w:r>
      <w:r>
        <w:br/>
      </w:r>
      <w:r>
        <w:rPr>
          <w:sz w:val="20"/>
        </w:rPr>
        <w:t>15:32  jabar badshah qadeem zamanay mein sari dunya mein despotic king hua karte thay.</w:t>
      </w:r>
      <w:r>
        <w:br/>
      </w:r>
      <w:r>
        <w:rPr>
          <w:sz w:val="20"/>
        </w:rPr>
        <w:t>15:37  un ke haan kuch nahi tha, bas koi baat un ki marzi ke khilaf ho, talwar.</w:t>
      </w:r>
      <w:r>
        <w:br/>
      </w:r>
      <w:r>
        <w:rPr>
          <w:sz w:val="20"/>
        </w:rPr>
        <w:t>15:42  to Allah taala ko yeh kingship khatam karna tha.</w:t>
      </w:r>
      <w:r>
        <w:br/>
      </w:r>
      <w:r>
        <w:rPr>
          <w:sz w:val="20"/>
        </w:rPr>
        <w:t>15:48  kese khatm ho? to musalmanon ko Allah taala ne yeh hidayat di ke kingship ko khatma karen.</w:t>
      </w:r>
      <w:r>
        <w:br/>
      </w:r>
      <w:r>
        <w:rPr>
          <w:sz w:val="20"/>
        </w:rPr>
        <w:t>15:53  qataloon hatta la tuftna.</w:t>
      </w:r>
      <w:r>
        <w:br/>
      </w:r>
      <w:r>
        <w:rPr>
          <w:sz w:val="20"/>
        </w:rPr>
        <w:t>15:58  fitna ka matlab yahi hai, despotic kingship.</w:t>
      </w:r>
      <w:r>
        <w:br/>
      </w:r>
      <w:r>
        <w:rPr>
          <w:sz w:val="20"/>
        </w:rPr>
        <w:t>16:03  quran mein jo hai ke qataloon hatta</w:t>
      </w:r>
      <w:r>
        <w:br/>
      </w:r>
      <w:r>
        <w:rPr>
          <w:sz w:val="20"/>
        </w:rPr>
        <w:t>16:08  la tuftna.</w:t>
      </w:r>
      <w:r>
        <w:br/>
      </w:r>
      <w:r>
        <w:rPr>
          <w:sz w:val="20"/>
        </w:rPr>
        <w:t>16:12  jang karo jahan tak fitna rahe.</w:t>
      </w:r>
      <w:r>
        <w:br/>
      </w:r>
      <w:r>
        <w:rPr>
          <w:sz w:val="20"/>
        </w:rPr>
        <w:t>16:16  fitna yahi hai, yahi fitna hai.</w:t>
      </w:r>
      <w:r>
        <w:br/>
      </w:r>
      <w:r>
        <w:rPr>
          <w:sz w:val="20"/>
        </w:rPr>
        <w:t>16:21  jo despotic king hote the is zamane mein, khatm karo un ko.</w:t>
      </w:r>
      <w:r>
        <w:br/>
      </w:r>
      <w:r>
        <w:rPr>
          <w:sz w:val="20"/>
        </w:rPr>
        <w:t>16:25  yeh rukawat hai sachai mein.</w:t>
      </w:r>
      <w:r>
        <w:br/>
      </w:r>
      <w:r>
        <w:rPr>
          <w:sz w:val="20"/>
        </w:rPr>
        <w:t>16:29  lekin in ko khatm karna bohat hi mushkil kaam tha.</w:t>
      </w:r>
      <w:r>
        <w:br/>
      </w:r>
      <w:r>
        <w:rPr>
          <w:sz w:val="20"/>
        </w:rPr>
        <w:t>16:34  kyun ke hazaron saal se in ka chattanen ki tarah woh apne ko jama rakha tha unhon ne. jaise dekhiye,</w:t>
      </w:r>
      <w:r>
        <w:br/>
      </w:r>
      <w:r>
        <w:rPr>
          <w:sz w:val="20"/>
        </w:rPr>
        <w:t>16:38  roman Empire aur bazantini Empire.</w:t>
      </w:r>
      <w:r>
        <w:br/>
      </w:r>
      <w:r>
        <w:rPr>
          <w:sz w:val="20"/>
        </w:rPr>
        <w:t>16:43  nahi, irani Empire aur bazantini Empire.</w:t>
      </w:r>
      <w:r>
        <w:br/>
      </w:r>
      <w:r>
        <w:rPr>
          <w:sz w:val="20"/>
        </w:rPr>
        <w:t>16:48  is zamane mein arab ke paros mein do bari saltanaten theen.</w:t>
      </w:r>
      <w:r>
        <w:br/>
      </w:r>
      <w:r>
        <w:rPr>
          <w:sz w:val="20"/>
        </w:rPr>
        <w:t>16:53  bazantini Empire jo romiyon ka hissa thi, aur doosri sasani Empire.</w:t>
      </w:r>
      <w:r>
        <w:br/>
      </w:r>
      <w:r>
        <w:rPr>
          <w:sz w:val="20"/>
        </w:rPr>
        <w:t>16:58  yeh do bare numainde the kingship ke.</w:t>
      </w:r>
      <w:r>
        <w:br/>
      </w:r>
      <w:r>
        <w:rPr>
          <w:sz w:val="20"/>
        </w:rPr>
        <w:t>17:03  do despotic king wahan</w:t>
      </w:r>
      <w:r>
        <w:br/>
      </w:r>
      <w:r>
        <w:rPr>
          <w:sz w:val="20"/>
        </w:rPr>
        <w:t>17:08  bethe hue the.</w:t>
      </w:r>
      <w:r>
        <w:br/>
      </w:r>
      <w:r>
        <w:rPr>
          <w:sz w:val="20"/>
        </w:rPr>
        <w:t>17:14  to musalmanon ke bas mein nahi tha ke in ko toden woh.</w:t>
      </w:r>
      <w:r>
        <w:br/>
      </w:r>
      <w:r>
        <w:rPr>
          <w:sz w:val="20"/>
        </w:rPr>
        <w:t>17:19  to Allah taala ne history ko manage kiya.</w:t>
      </w:r>
      <w:r>
        <w:br/>
      </w:r>
      <w:r>
        <w:rPr>
          <w:sz w:val="20"/>
        </w:rPr>
        <w:t>17:24  aur bohat ajeeb o ghareeb tor par yeh surat-e-haal paida hui ke pehle iraniyon ne hamla kiya bazantini</w:t>
      </w:r>
      <w:r>
        <w:br/>
      </w:r>
      <w:r>
        <w:rPr>
          <w:sz w:val="20"/>
        </w:rPr>
        <w:t>17:30  par, yani romiyon par.</w:t>
      </w:r>
      <w:r>
        <w:br/>
      </w:r>
      <w:r>
        <w:rPr>
          <w:sz w:val="20"/>
        </w:rPr>
        <w:t>17:35  aur destroy kar diya roman saltanat ko.</w:t>
      </w:r>
      <w:r>
        <w:br/>
      </w:r>
      <w:r>
        <w:rPr>
          <w:sz w:val="20"/>
        </w:rPr>
        <w:t>17:40  yahan tak ke un ka jo badshah tha, Heraclius, woh bhag kar Constantinople mein ja kar ke panah liya us ne. lekin phir Allah taala ne kya kiya? Heraclius ko samajh mein aaya, us ne apne ko re-planning ki, phir tayyar kiya aur hamla kiya. aur us ne Iranian saltanat ko tabah kiya. is ka zikr hai Quran mein. Alif Laam</w:t>
      </w:r>
      <w:r>
        <w:br/>
      </w:r>
      <w:r>
        <w:rPr>
          <w:sz w:val="20"/>
        </w:rPr>
        <w:t>18:10  mim ghalbat ur rum fi adnal arz min ba'd ghalbat as sa'ghalbun.</w:t>
      </w:r>
      <w:r>
        <w:br/>
      </w:r>
      <w:r>
        <w:rPr>
          <w:sz w:val="20"/>
        </w:rPr>
        <w:t>18:16  yani ek bar romi fateh hue, doosri bar ek bar irani fateh hue, doosri bar romi fateh hue.</w:t>
      </w:r>
      <w:r>
        <w:br/>
      </w:r>
      <w:r>
        <w:rPr>
          <w:sz w:val="20"/>
        </w:rPr>
        <w:t>18:22  to dono jo saltanatein theen, aapas mein larr kar ke bohat kamzor ho gayeen, bohat kamzor ho gayeen.</w:t>
      </w:r>
      <w:r>
        <w:br/>
      </w:r>
      <w:r>
        <w:rPr>
          <w:sz w:val="20"/>
        </w:rPr>
        <w:t>18:28  tab musalman wahan dakhil hue.</w:t>
      </w:r>
      <w:r>
        <w:br/>
      </w:r>
      <w:r>
        <w:rPr>
          <w:sz w:val="20"/>
        </w:rPr>
        <w:t>18:34  to aik Liki, aik historian hai, Liki,</w:t>
      </w:r>
      <w:r>
        <w:br/>
      </w:r>
      <w:r>
        <w:rPr>
          <w:sz w:val="20"/>
        </w:rPr>
        <w:t>18:41  is ne apni kitaab mein likha hai ke musalman jab dakhil hue irani saltanat aur roomi saltanat mein</w:t>
      </w:r>
      <w:r>
        <w:br/>
      </w:r>
      <w:r>
        <w:rPr>
          <w:sz w:val="20"/>
        </w:rPr>
        <w:t>18:48  to woh demaak zaddah ho chuke thay.</w:t>
      </w:r>
      <w:r>
        <w:br/>
      </w:r>
      <w:r>
        <w:rPr>
          <w:sz w:val="20"/>
        </w:rPr>
        <w:t>18:56  to is tarah woh ghuste gaye jaise lakri mein demaak zaddah lakri pachak pachak thokar thokar jaye.</w:t>
      </w:r>
      <w:r>
        <w:br/>
      </w:r>
      <w:r>
        <w:rPr>
          <w:sz w:val="20"/>
        </w:rPr>
        <w:t>19:03  to Allah taala ne is zamane ke do baray badshah, do baray despotic king ko lara diya aapas mein,</w:t>
      </w:r>
      <w:r>
        <w:br/>
      </w:r>
      <w:r>
        <w:rPr>
          <w:sz w:val="20"/>
        </w:rPr>
        <w:t>19:11  kamzor kar diya.</w:t>
      </w:r>
      <w:r>
        <w:br/>
      </w:r>
      <w:r>
        <w:rPr>
          <w:sz w:val="20"/>
        </w:rPr>
        <w:t>19:16  phir Islam, phir musalman wahan dakhil hue.</w:t>
      </w:r>
      <w:r>
        <w:br/>
      </w:r>
      <w:r>
        <w:rPr>
          <w:sz w:val="20"/>
        </w:rPr>
        <w:t>19:21  aur dunya se hamesha ke liye kingship ka khatmah ho gaya.</w:t>
      </w:r>
      <w:r>
        <w:br/>
      </w:r>
      <w:r>
        <w:rPr>
          <w:sz w:val="20"/>
        </w:rPr>
        <w:t>19:26  to phir kya hua? rukawatein khatm ho gayeen, fitnah khatm ho gaya.</w:t>
      </w:r>
      <w:r>
        <w:br/>
      </w:r>
      <w:r>
        <w:rPr>
          <w:sz w:val="20"/>
        </w:rPr>
        <w:t>19:31  azaadi dunya mein aa gayi, democracy ka daur aa gaya.</w:t>
      </w:r>
      <w:r>
        <w:br/>
      </w:r>
      <w:r>
        <w:rPr>
          <w:sz w:val="20"/>
        </w:rPr>
        <w:t>19:36  yani democracy jis ka samjha jata hai ke France mein aayi hai, is ka aaghaz musalmanon ne kiya</w:t>
      </w:r>
    </w:p>
    <w:p>
      <w:pPr>
        <w:pStyle w:val="Heading2"/>
      </w:pPr>
      <w:r>
        <w:t>The funeral story: prophet standing for a non-Muslim's funeral</w:t>
      </w:r>
    </w:p>
    <w:p>
      <w:r>
        <w:rPr>
          <w:color w:val="666666"/>
          <w:sz w:val="18"/>
        </w:rPr>
        <w:t>Islam A Religion of Peace (English) January 8, 2007 Maulana Wahiduddin Khan · 5m 05s · at 10:15 · https://youtu.be/1Yv-qCZhTJE?t=615</w:t>
      </w:r>
    </w:p>
    <w:p>
      <w:r>
        <w:rPr>
          <w:i/>
        </w:rPr>
        <w:t>“The Prophet of Islam was born in Mecca in 570 AD.”</w:t>
      </w:r>
    </w:p>
    <w:p>
      <w:r>
        <w:rPr>
          <w:sz w:val="20"/>
        </w:rPr>
        <w:t>10:15  you know, the prophet of Islam was born in Mecca in 570 AD. then he was appointed as a prophet in 610.</w:t>
      </w:r>
      <w:r>
        <w:br/>
      </w:r>
      <w:r>
        <w:rPr>
          <w:sz w:val="20"/>
        </w:rPr>
        <w:t>10:32  at that time, he was living in Mecca, so he started his mission in Mecca. then after 13 years, he migrated to Medina.</w:t>
      </w:r>
      <w:r>
        <w:br/>
      </w:r>
      <w:r>
        <w:rPr>
          <w:sz w:val="20"/>
        </w:rPr>
        <w:t>10:48  at that time, there were some Jewish tribes in Medina. so what happened?</w:t>
      </w:r>
      <w:r>
        <w:br/>
      </w:r>
      <w:r>
        <w:rPr>
          <w:sz w:val="20"/>
        </w:rPr>
        <w:t>10:57  one day, the prophet saw a funeral procession passing through a street in Medina.</w:t>
      </w:r>
      <w:r>
        <w:br/>
      </w:r>
      <w:r>
        <w:rPr>
          <w:sz w:val="20"/>
        </w:rPr>
        <w:t>11:12  the prophet was seated at that time.</w:t>
      </w:r>
      <w:r>
        <w:br/>
      </w:r>
      <w:r>
        <w:rPr>
          <w:sz w:val="20"/>
        </w:rPr>
        <w:t>11:18  on seeing the funeral, prophet stood up in respect.</w:t>
      </w:r>
      <w:r>
        <w:br/>
      </w:r>
      <w:r>
        <w:rPr>
          <w:sz w:val="20"/>
        </w:rPr>
        <w:t>11:30  One of his companions said: "O Prophet, it was funeral of a Jew, funeral of a non-Muslim and not a Muslim.</w:t>
      </w:r>
      <w:r>
        <w:br/>
      </w:r>
      <w:r>
        <w:rPr>
          <w:sz w:val="20"/>
        </w:rPr>
        <w:t>11:47  " prophet replied:</w:t>
      </w:r>
      <w:r>
        <w:br/>
      </w:r>
      <w:r>
        <w:rPr>
          <w:sz w:val="20"/>
        </w:rPr>
        <w:t>11:50  "Alice Nafs, was he not a human being."</w:t>
      </w:r>
      <w:r>
        <w:br/>
      </w:r>
      <w:r>
        <w:rPr>
          <w:sz w:val="20"/>
        </w:rPr>
        <w:t>12:00  here you can see that</w:t>
      </w:r>
      <w:r>
        <w:br/>
      </w:r>
      <w:r>
        <w:rPr>
          <w:sz w:val="20"/>
        </w:rPr>
        <w:t>12:04  prophet was able</w:t>
      </w:r>
      <w:r>
        <w:br/>
      </w:r>
      <w:r>
        <w:rPr>
          <w:sz w:val="20"/>
        </w:rPr>
        <w:t>12:07  to discover a communality between himself and that jash body.</w:t>
      </w:r>
      <w:r>
        <w:br/>
      </w:r>
      <w:r>
        <w:rPr>
          <w:sz w:val="20"/>
        </w:rPr>
        <w:t>12:18  So prophet said: "Both are human being, both were created by God."</w:t>
      </w:r>
      <w:r>
        <w:br/>
      </w:r>
      <w:r>
        <w:rPr>
          <w:sz w:val="20"/>
        </w:rPr>
        <w:t>12:28  as a human being, as a human being, both are one and the same.</w:t>
      </w:r>
      <w:r>
        <w:br/>
      </w:r>
      <w:r>
        <w:rPr>
          <w:sz w:val="20"/>
        </w:rPr>
        <w:t>12:38  So he said: "Alas, was he not a human being? I am a human being, and he is also a human being.</w:t>
      </w:r>
      <w:r>
        <w:br/>
      </w:r>
      <w:r>
        <w:rPr>
          <w:sz w:val="20"/>
        </w:rPr>
        <w:t>12:48  " both ar rispiktibl,</w:t>
      </w:r>
      <w:r>
        <w:br/>
      </w:r>
      <w:r>
        <w:rPr>
          <w:sz w:val="20"/>
        </w:rPr>
        <w:t>12:55  Both deserve respect equal in equal level. This is the true aspect of Islam.</w:t>
      </w:r>
      <w:r>
        <w:br/>
      </w:r>
      <w:r>
        <w:rPr>
          <w:sz w:val="20"/>
        </w:rPr>
        <w:t>13:07  dis iz da tru aspit af islam.</w:t>
      </w:r>
      <w:r>
        <w:br/>
      </w:r>
      <w:r>
        <w:rPr>
          <w:sz w:val="20"/>
        </w:rPr>
        <w:t>13:12  islam triz tu</w:t>
      </w:r>
      <w:r>
        <w:br/>
      </w:r>
      <w:r>
        <w:rPr>
          <w:sz w:val="20"/>
        </w:rPr>
        <w:t>13:16  inklkit</w:t>
      </w:r>
      <w:r>
        <w:br/>
      </w:r>
      <w:r>
        <w:rPr>
          <w:sz w:val="20"/>
        </w:rPr>
        <w:t>13:20  the spirit of love, the spirit of peace in every individual. Then he tries to establish a society where the relationship are based on love and peace and tolerance.</w:t>
      </w:r>
      <w:r>
        <w:br/>
      </w:r>
      <w:r>
        <w:rPr>
          <w:sz w:val="20"/>
        </w:rPr>
        <w:t>13:40  This is the true aspect of Islam. Here I would like to add that in Islam, these things are not merely</w:t>
      </w:r>
      <w:r>
        <w:br/>
      </w:r>
      <w:r>
        <w:rPr>
          <w:sz w:val="20"/>
        </w:rPr>
        <w:t>13:57  moral teachings. Also Islam teaches some moral thing that is accountability</w:t>
      </w:r>
      <w:r>
        <w:br/>
      </w:r>
      <w:r>
        <w:rPr>
          <w:sz w:val="20"/>
        </w:rPr>
        <w:t>14:09  . Accountability, the concept of accountability provides an incentive, powerful incentive.</w:t>
      </w:r>
      <w:r>
        <w:br/>
      </w:r>
      <w:r>
        <w:rPr>
          <w:sz w:val="20"/>
        </w:rPr>
        <w:t>14:19  Why one should adapt moral values? Why one should adapt justice and tolerance and love and peace?</w:t>
      </w:r>
      <w:r>
        <w:br/>
      </w:r>
      <w:r>
        <w:rPr>
          <w:sz w:val="20"/>
        </w:rPr>
        <w:t>14:34  wai?</w:t>
      </w:r>
      <w:r>
        <w:br/>
      </w:r>
      <w:r>
        <w:rPr>
          <w:sz w:val="20"/>
        </w:rPr>
        <w:t>14:37  Islam says it because you are accountable to God. So if you fail, you will be punished, and if you adhere all these values, then you will be rewarded paradise.</w:t>
      </w:r>
      <w:r>
        <w:br/>
      </w:r>
      <w:r>
        <w:rPr>
          <w:sz w:val="20"/>
        </w:rPr>
        <w:t>14:57  dis kansapt pruvaids insantiv.</w:t>
      </w:r>
      <w:r>
        <w:br/>
      </w:r>
      <w:r>
        <w:rPr>
          <w:sz w:val="20"/>
        </w:rPr>
        <w:t>15:10  Accountability is a motive force behind the moral system of Islam.</w:t>
      </w:r>
    </w:p>
    <w:p>
      <w:pPr>
        <w:pStyle w:val="Heading2"/>
      </w:pPr>
      <w:r>
        <w:t>Nuclear weapons versus ideology: Japan's post-war rise</w:t>
      </w:r>
    </w:p>
    <w:p>
      <w:r>
        <w:rPr>
          <w:color w:val="666666"/>
          <w:sz w:val="18"/>
        </w:rPr>
        <w:t>Age of Peace November 18, 2012 · 4m 02s · at 1:24:21 · https://youtu.be/Y9nkQnBqbrs?t=5061</w:t>
      </w:r>
    </w:p>
    <w:p>
      <w:r>
        <w:rPr>
          <w:i/>
        </w:rPr>
        <w:t>“Nuclear hathiyar ke zamane mein ideology ka power kaise badhe”</w:t>
      </w:r>
    </w:p>
    <w:p>
      <w:r>
        <w:rPr>
          <w:sz w:val="20"/>
        </w:rPr>
        <w:t>1:24:21  kyunke israel aur amrika ke pas nuclear weapons hain, tu musalman bhi muqable ke liye ana chahte hain. aisi halat mein ideology ke power, ideology ki power kaise sabit karen?" dekhiye, misal se dekhiye.</w:t>
      </w:r>
      <w:r>
        <w:br/>
      </w:r>
      <w:r>
        <w:rPr>
          <w:sz w:val="20"/>
        </w:rPr>
        <w:t>1:24:41  amrika ke pas atom bomb tha.</w:t>
      </w:r>
      <w:r>
        <w:br/>
      </w:r>
      <w:r>
        <w:rPr>
          <w:sz w:val="20"/>
        </w:rPr>
        <w:t>1:24:46  second world war mein us ne do atom bomb giraye japan par aur hiroshima, nagasaki ko tabah kar diya. tu us ke baad kia hua?</w:t>
      </w:r>
      <w:r>
        <w:br/>
      </w:r>
      <w:r>
        <w:rPr>
          <w:sz w:val="20"/>
        </w:rPr>
        <w:t>1:25:00  us ke baad kia hua? kia amrika jeet gaya? amrika har gaya? yani japan ne yeh kiya ke us ne war ko chhod kar peace ka tareeqa ikhtiyar kiya.</w:t>
      </w:r>
      <w:r>
        <w:br/>
      </w:r>
      <w:r>
        <w:rPr>
          <w:sz w:val="20"/>
        </w:rPr>
        <w:t>1:25:12  us ke baad education, industry, scientific training, yeh sab kiya us ne. aur 30 sal ke andar, 30 sal ke andar woh economic power ban gaya.</w:t>
      </w:r>
      <w:r>
        <w:br/>
      </w:r>
      <w:r>
        <w:rPr>
          <w:sz w:val="20"/>
        </w:rPr>
        <w:t>1:25:22  economic power. mein abhi amreeka gaya tha to raat ke waqt sarkon par mein chal raha tha, to wahan roshan advertisement hotay hain.</w:t>
      </w:r>
      <w:r>
        <w:br/>
      </w:r>
      <w:r>
        <w:rPr>
          <w:sz w:val="20"/>
        </w:rPr>
        <w:t>1:25:34  to mein sarkon par bhara hua tha, ab japan ke car waghera ke advertisement</w:t>
      </w:r>
      <w:r>
        <w:br/>
      </w:r>
      <w:r>
        <w:rPr>
          <w:sz w:val="20"/>
        </w:rPr>
        <w:t>1:25:41  amreeka ki sarkon par. amreeka ki sarkon par japan ki industry jo hai, woh yaani dominate kar rahi hai. to mujhe bataiye ke amreeka ne atom bomb gira kar ke japan ko jeeta hai ke woh khud hi haar gaya?</w:t>
      </w:r>
      <w:r>
        <w:br/>
      </w:r>
      <w:r>
        <w:rPr>
          <w:sz w:val="20"/>
        </w:rPr>
        <w:t>1:25:57  woh jeeta to japan ke woh economic superpower ban kar ubhra aaya.</w:t>
      </w:r>
      <w:r>
        <w:br/>
      </w:r>
      <w:r>
        <w:rPr>
          <w:sz w:val="20"/>
        </w:rPr>
        <w:t>1:26:06  to yeh bilkul jhooti tasweer hai ke atom</w:t>
      </w:r>
      <w:r>
        <w:br/>
      </w:r>
      <w:r>
        <w:rPr>
          <w:sz w:val="20"/>
        </w:rPr>
        <w:t>1:26:09  bomb banao. atom bomb bana kar ke kya karoge? dekhiye, jo log atom bomb banane ki baatein karte hain, woh bilkul yaani mere nazdeek bilkul hi mad hain.</w:t>
      </w:r>
      <w:r>
        <w:br/>
      </w:r>
      <w:r>
        <w:rPr>
          <w:sz w:val="20"/>
        </w:rPr>
        <w:t>1:26:18  mad kyun? atom bomb agar aap istemal karein to woh boom rang khel hota hai. boom rang yaani khud bhi tabah ho jao,</w:t>
      </w:r>
      <w:r>
        <w:br/>
      </w:r>
      <w:r>
        <w:rPr>
          <w:sz w:val="20"/>
        </w:rPr>
        <w:t>1:26:28  kyunke woh us ko kehte hain weapons of mass destruction ka sab se bara. woh jab atom bomb giraya jaye ga to charon taraf nuqsan pounchaye ga, woh sab ko pounchaye ga, sab ko tabah kare ga.</w:t>
      </w:r>
      <w:r>
        <w:br/>
      </w:r>
      <w:r>
        <w:rPr>
          <w:sz w:val="20"/>
        </w:rPr>
        <w:t>1:26:44  misalan farz kiye ke pakistan agar india par bomb giraye to pakistan bhi tabah ho jaye ga. yeh thori ke pakistan bacha rahe ga. to jo log yeh kehte hain atom bomb banao, woh mere kehte hain mad hain.</w:t>
      </w:r>
      <w:r>
        <w:br/>
      </w:r>
      <w:r>
        <w:rPr>
          <w:sz w:val="20"/>
        </w:rPr>
        <w:t>1:26:56  mad log hain, yeh aql se khali hain. yaani wisdom ka, yaani idea bhi un ka andar nahi hai.</w:t>
      </w:r>
      <w:r>
        <w:br/>
      </w:r>
      <w:r>
        <w:rPr>
          <w:sz w:val="20"/>
        </w:rPr>
        <w:t>1:27:03  balakhir kya karoge? atom bomb ko to istemal kiya amreeka ne, lekin kya amreeka jeet gaya? aaj amreeka jo hai, khud hara hua mulk ban gaya hai.</w:t>
      </w:r>
      <w:r>
        <w:br/>
      </w:r>
      <w:r>
        <w:rPr>
          <w:sz w:val="20"/>
        </w:rPr>
        <w:t>1:27:14  aap jante hain ke amreeka ka dollar itna kamzor ho gaya ke europe ne apni currency alag kar li. pehle europe mein bhi dollar chalta tha, europe mein bhi.</w:t>
      </w:r>
      <w:r>
        <w:br/>
      </w:r>
      <w:r>
        <w:rPr>
          <w:sz w:val="20"/>
        </w:rPr>
        <w:t>1:27:25  ab unhon ne euro alag kar liya, rozoon alag kar liya. yaani amreeka ki dollar ki jo supremacy thi, woh khatam ho gayi.</w:t>
      </w:r>
      <w:r>
        <w:br/>
      </w:r>
      <w:r>
        <w:rPr>
          <w:sz w:val="20"/>
        </w:rPr>
        <w:t>1:27:34  to kahan atom? atom bomb ne kya kiya? kya karname atom bomb ka hai? yeh sab jhoote, jhooti soch hai aur yeh be-aqli ki soch hai.</w:t>
      </w:r>
      <w:r>
        <w:br/>
      </w:r>
      <w:r>
        <w:rPr>
          <w:sz w:val="20"/>
        </w:rPr>
        <w:t>1:27:44  jinke paas wisdom nahi hai, wahi yeh sab banda sochte hain. cheezon ko dekhiye, mein aik usool batata hoon aap ko: you have to think, you have to think in terms of result.</w:t>
      </w:r>
      <w:r>
        <w:br/>
      </w:r>
      <w:r>
        <w:rPr>
          <w:sz w:val="20"/>
        </w:rPr>
        <w:t>1:27:58  yaani natije ko le kar sochiye, aik hypothetical sense mein mat so-</w:t>
      </w:r>
      <w:r>
        <w:br/>
      </w:r>
      <w:r>
        <w:rPr>
          <w:sz w:val="20"/>
        </w:rPr>
        <w:t>1:28:03  chiye. log hypothetical sense mein sochne lagte hain. result ko le kar sochiye to sab se zyada be-aqli ka kaam ban gaya atom bomb banana.</w:t>
      </w:r>
      <w:r>
        <w:br/>
      </w:r>
      <w:r>
        <w:rPr>
          <w:sz w:val="20"/>
        </w:rPr>
        <w:t>1:28:13  atom bomb banao, apni economy ko tabah karo, aakhir mein kuch bhi nahi hath aaye. ab jo taqat hai, woh education mein hai, daao work mein hai, peace mein hai.</w:t>
      </w:r>
    </w:p>
    <w:p>
      <w:pPr>
        <w:pStyle w:val="Heading2"/>
      </w:pPr>
      <w:r>
        <w:t>Nuclear age and peaceful communication</w:t>
      </w:r>
    </w:p>
    <w:p>
      <w:r>
        <w:rPr>
          <w:color w:val="666666"/>
          <w:sz w:val="18"/>
        </w:rPr>
        <w:t>Why Violence 17 Nov 2019 - Maulana Wahiduddin Khan · 5m 50s · at 10:25 · https://youtu.be/W8ybr-qO96c?t=625</w:t>
      </w:r>
    </w:p>
    <w:p>
      <w:r>
        <w:rPr>
          <w:i/>
        </w:rPr>
        <w:t>“Because look, in the world”</w:t>
      </w:r>
    </w:p>
    <w:p>
      <w:r>
        <w:rPr>
          <w:sz w:val="20"/>
        </w:rPr>
        <w:t>10:25  kyunke dekhiye, dunya mein</w:t>
      </w:r>
      <w:r>
        <w:br/>
      </w:r>
      <w:r>
        <w:rPr>
          <w:sz w:val="20"/>
        </w:rPr>
        <w:t>10:31  yeh waqea pesh aaya ke second bulwar hui. second bulwar mein do atom bomb giraye gaye.</w:t>
      </w:r>
      <w:r>
        <w:br/>
      </w:r>
      <w:r>
        <w:rPr>
          <w:sz w:val="20"/>
        </w:rPr>
        <w:t>10:48  to do atom bomb ke nateejay mein kya hua ke japan ki saari economy tabah ho gayi.</w:t>
      </w:r>
      <w:r>
        <w:br/>
      </w:r>
      <w:r>
        <w:rPr>
          <w:sz w:val="20"/>
        </w:rPr>
        <w:t>10:57  bohat bari tabahi aayi. is ke baad aik naya lafz aaya</w:t>
      </w:r>
      <w:r>
        <w:br/>
      </w:r>
      <w:r>
        <w:rPr>
          <w:sz w:val="20"/>
        </w:rPr>
        <w:t>11:05  insani zabaan mein, woh tha "weapons of mass destruction". "weapons of mass destruction".</w:t>
      </w:r>
      <w:r>
        <w:br/>
      </w:r>
      <w:r>
        <w:rPr>
          <w:sz w:val="20"/>
        </w:rPr>
        <w:t>11:21  to "weapons of mass distance" ka jo zamana aaya, is ne insaan ko bataya ke ab</w:t>
      </w:r>
      <w:r>
        <w:br/>
      </w:r>
      <w:r>
        <w:rPr>
          <w:sz w:val="20"/>
        </w:rPr>
        <w:t>11:33  ab jang ya larai</w:t>
      </w:r>
      <w:r>
        <w:br/>
      </w:r>
      <w:r>
        <w:rPr>
          <w:sz w:val="20"/>
        </w:rPr>
        <w:t>11:41  aik aisi cheez ban gayi hai jo sirf dushman ko nahi mare gi, balkeh apne aap ko hi mare gi.</w:t>
      </w:r>
      <w:r>
        <w:br/>
      </w:r>
      <w:r>
        <w:rPr>
          <w:sz w:val="20"/>
        </w:rPr>
        <w:t>11:52  to doosron ko marna is qeemat par hoga ke khud bhi apne aap ko halak kara lega.</w:t>
      </w:r>
      <w:r>
        <w:br/>
      </w:r>
      <w:r>
        <w:rPr>
          <w:sz w:val="20"/>
        </w:rPr>
        <w:t>12:02  jab yeh hua to dunya mein</w:t>
      </w:r>
      <w:r>
        <w:br/>
      </w:r>
      <w:r>
        <w:rPr>
          <w:sz w:val="20"/>
        </w:rPr>
        <w:t>12:10  nations bani, quwam-e-mutahidda bani, aur saari quwam ke ittefaq-e-ray se yeh hua ke ab jang mauqoof.</w:t>
      </w:r>
      <w:r>
        <w:br/>
      </w:r>
      <w:r>
        <w:rPr>
          <w:sz w:val="20"/>
        </w:rPr>
        <w:t>12:26  ab guft-o-shuneed se mamlaat tay kiye jayen ge, larai nahi ki jayegi.</w:t>
      </w:r>
      <w:r>
        <w:br/>
      </w:r>
      <w:r>
        <w:rPr>
          <w:sz w:val="20"/>
        </w:rPr>
        <w:t>12:37  chunaanche dekhiye, jin quwamon ke paas</w:t>
      </w:r>
      <w:r>
        <w:br/>
      </w:r>
      <w:r>
        <w:rPr>
          <w:sz w:val="20"/>
        </w:rPr>
        <w:t>12:46  jin quwamon ke paas nuclear bomb hai, un quwamon ke sath larai ke moqay pesh aaye.</w:t>
      </w:r>
      <w:r>
        <w:br/>
      </w:r>
      <w:r>
        <w:rPr>
          <w:sz w:val="20"/>
        </w:rPr>
        <w:t>12:56  lekin kisi bhi qaum ne</w:t>
      </w:r>
      <w:r>
        <w:br/>
      </w:r>
      <w:r>
        <w:rPr>
          <w:sz w:val="20"/>
        </w:rPr>
        <w:t>13:01  atomic war crisis nahi liya. kisi bhi qaum ne nuclear bomb istemal nahi kiya.</w:t>
      </w:r>
      <w:r>
        <w:br/>
      </w:r>
      <w:r>
        <w:rPr>
          <w:sz w:val="20"/>
        </w:rPr>
        <w:t>13:13  kyunke ab ab jo tha,</w:t>
      </w:r>
      <w:r>
        <w:br/>
      </w:r>
      <w:r>
        <w:rPr>
          <w:sz w:val="20"/>
        </w:rPr>
        <w:t>13:19  yeh do tarafah tabahi ka maamla ban gaya.</w:t>
      </w:r>
      <w:r>
        <w:br/>
      </w:r>
      <w:r>
        <w:rPr>
          <w:sz w:val="20"/>
        </w:rPr>
        <w:t>13:27  so second bulwar aik aik dhamaka tha,</w:t>
      </w:r>
      <w:r>
        <w:br/>
      </w:r>
      <w:r>
        <w:rPr>
          <w:sz w:val="20"/>
        </w:rPr>
        <w:t>13:33  nuclear dhamaka, jis ne tareekh ko badal diya.</w:t>
      </w:r>
      <w:r>
        <w:br/>
      </w:r>
      <w:r>
        <w:rPr>
          <w:sz w:val="20"/>
        </w:rPr>
        <w:t>13:41  nuclear</w:t>
      </w:r>
      <w:r>
        <w:br/>
      </w:r>
      <w:r>
        <w:rPr>
          <w:sz w:val="20"/>
        </w:rPr>
        <w:t>13:47  shock mein kahoon ga, is ko second bulwar ke baad nuclear shock ka dhamaka hua, aur dunya ki tareekh badal gayi.</w:t>
      </w:r>
      <w:r>
        <w:br/>
      </w:r>
      <w:r>
        <w:rPr>
          <w:sz w:val="20"/>
        </w:rPr>
        <w:t>14:01  ab new nations ka adara bana, aur bohat se adaray bane, bohat si anjumanen bani, bohat si koshishen huin,</w:t>
      </w:r>
      <w:r>
        <w:br/>
      </w:r>
      <w:r>
        <w:rPr>
          <w:sz w:val="20"/>
        </w:rPr>
        <w:t>14:15  yahan tak ke saare kaam ab peaceful baat cheet se hone lage.</w:t>
      </w:r>
      <w:r>
        <w:br/>
      </w:r>
      <w:r>
        <w:rPr>
          <w:sz w:val="20"/>
        </w:rPr>
        <w:t>14:25  lekin</w:t>
      </w:r>
      <w:r>
        <w:br/>
      </w:r>
      <w:r>
        <w:rPr>
          <w:sz w:val="20"/>
        </w:rPr>
        <w:t>14:29  musalman abhi bhi pichhle zehan mein jee rahe hain. is ki wajah se unhon ne is ko mazhab se justify kar liya tha.</w:t>
      </w:r>
      <w:r>
        <w:br/>
      </w:r>
      <w:r>
        <w:rPr>
          <w:sz w:val="20"/>
        </w:rPr>
        <w:t>14:41  doosri qaumon mein jang</w:t>
      </w:r>
      <w:r>
        <w:br/>
      </w:r>
      <w:r>
        <w:rPr>
          <w:sz w:val="20"/>
        </w:rPr>
        <w:t>14:48  muqaddas jang nahi thi.</w:t>
      </w:r>
      <w:r>
        <w:br/>
      </w:r>
      <w:r>
        <w:rPr>
          <w:sz w:val="20"/>
        </w:rPr>
        <w:t>14:52  musalmanon ne is ko shaheed aur jihad fi sabilillah aur kya kya alfaaz de kar ke is ko muqaddam na liya.</w:t>
      </w:r>
      <w:r>
        <w:br/>
      </w:r>
      <w:r>
        <w:rPr>
          <w:sz w:val="20"/>
        </w:rPr>
        <w:t>15:04  ab yeh ho gaya ke</w:t>
      </w:r>
      <w:r>
        <w:br/>
      </w:r>
      <w:r>
        <w:rPr>
          <w:sz w:val="20"/>
        </w:rPr>
        <w:t>15:08  woh aik mazhabi amal ban gaya. is wajah se abhi tak musalmanon mein yeh zehan khatm nahi hua ke jihad bil saif ka daur hi khatm ho gaya.</w:t>
      </w:r>
      <w:r>
        <w:br/>
      </w:r>
      <w:r>
        <w:rPr>
          <w:sz w:val="20"/>
        </w:rPr>
        <w:t>15:21  ab saare kaam anjam paate hain peaceful digostation ke zariye.</w:t>
      </w:r>
      <w:r>
        <w:br/>
      </w:r>
      <w:r>
        <w:rPr>
          <w:sz w:val="20"/>
        </w:rPr>
        <w:t>15:33  yeh hai masla. ab jo age of communication aaya hai, is mein beshumar naye naye zariye wajood mein aaye hain.</w:t>
      </w:r>
      <w:r>
        <w:br/>
      </w:r>
      <w:r>
        <w:rPr>
          <w:sz w:val="20"/>
        </w:rPr>
        <w:t>15:51  ab kisi bade maqsad ko hasil karne ke liye jang ki zaroorat hi nahi.</w:t>
      </w:r>
      <w:r>
        <w:br/>
      </w:r>
      <w:r>
        <w:rPr>
          <w:sz w:val="20"/>
        </w:rPr>
        <w:t>16:04  chhota maqsad ho ya bada maqsad ho, ab jang ke baghair hasil kiya ja sakta hai.</w:t>
      </w:r>
    </w:p>
    <w:p>
      <w:pPr>
        <w:pStyle w:val="Heading2"/>
      </w:pPr>
      <w:r>
        <w:t>Difference between old and new theology</w:t>
      </w:r>
    </w:p>
    <w:p>
      <w:r>
        <w:rPr>
          <w:color w:val="666666"/>
          <w:sz w:val="18"/>
        </w:rPr>
        <w:t>Religion and The Modern Age February 26, 2006 Maulana Wahiduddin Khan · 3m 15s · at 41:50 · https://youtu.be/qiaRBqC0Wuk?t=2510</w:t>
      </w:r>
    </w:p>
    <w:p>
      <w:r>
        <w:rPr>
          <w:i/>
        </w:rPr>
        <w:t>“Old theology was based on syllogism”</w:t>
      </w:r>
    </w:p>
    <w:p>
      <w:r>
        <w:rPr>
          <w:sz w:val="20"/>
        </w:rPr>
        <w:t>41:50  ilm kalam jo greek philosophy par base karta hai, us ko aap janna chahen to woh Maulana Shibli Nomani ki kitab hai "Al-Kalam".</w:t>
      </w:r>
      <w:r>
        <w:br/>
      </w:r>
      <w:r>
        <w:rPr>
          <w:sz w:val="20"/>
        </w:rPr>
        <w:t>42:02  do volume mein hai, moti moti. ilm ka "Al-Kalam" is mein aap discuss pa sakte hain ke</w:t>
      </w:r>
      <w:r>
        <w:br/>
      </w:r>
      <w:r>
        <w:rPr>
          <w:sz w:val="20"/>
        </w:rPr>
        <w:t>42:14  greek philosophy par jo theology base karti thi, woh kya thi. is ka naam hai "Al-Kalam", do jild mein.</w:t>
      </w:r>
      <w:r>
        <w:br/>
      </w:r>
      <w:r>
        <w:rPr>
          <w:sz w:val="20"/>
        </w:rPr>
        <w:t>42:25  to ab jo modern theology, jis ko mein kehta hoon, jo science par base karegi, us mein dono mein yeh farq hai ke pehli cheez, pehli base karti thi syllogism par.</w:t>
      </w:r>
      <w:r>
        <w:br/>
      </w:r>
      <w:r>
        <w:rPr>
          <w:sz w:val="20"/>
        </w:rPr>
        <w:t>42:41  silogism matlab hai qiyasi istidlal, qiyasi qiyasi daleel, jis ko soghra kubra kaha karte thay pehle zamane mein.</w:t>
      </w:r>
      <w:r>
        <w:br/>
      </w:r>
      <w:r>
        <w:rPr>
          <w:sz w:val="20"/>
        </w:rPr>
        <w:t>42:51  to ek hai qiyasi istidlal aur ek hai observe fact par istidlal. jaise misaal ke taur par hum ne is se pehle bataya tha aap ko ke</w:t>
      </w:r>
      <w:r>
        <w:br/>
      </w:r>
      <w:r>
        <w:rPr>
          <w:sz w:val="20"/>
        </w:rPr>
        <w:t>43:08  yeh baat batai thi ke yeh kehte hain, yeh log pehle zamane mein yeh kaha jata tha ke Khuda jo hai, woh qadir al qadir hai.</w:t>
      </w:r>
      <w:r>
        <w:br/>
      </w:r>
      <w:r>
        <w:rPr>
          <w:sz w:val="20"/>
        </w:rPr>
        <w:t>43:22  to is ko qiyasi andaaz mein sabit karte thay. ab jo yeh jo</w:t>
      </w:r>
      <w:r>
        <w:br/>
      </w:r>
      <w:r>
        <w:rPr>
          <w:sz w:val="20"/>
        </w:rPr>
        <w:t>43:32  nai theory aai hai, big bang theory ko kehte hain, to is ne is baat ka demonstration de diya hai. is baat ko, jis baat ko pehle aap qiyas ke taur par kehte thay ke ek qazi hona chahiye, qadir ka,</w:t>
      </w:r>
      <w:r>
        <w:br/>
      </w:r>
      <w:r>
        <w:rPr>
          <w:sz w:val="20"/>
        </w:rPr>
        <w:t>43:50  aap qiyas ke taur par kehte thay. ab yeh hai ke universe jo wajood mein aai, to ek explosion hua 13 billion years pehle, ek cosmic ball mein.</w:t>
      </w:r>
      <w:r>
        <w:br/>
      </w:r>
      <w:r>
        <w:rPr>
          <w:sz w:val="20"/>
        </w:rPr>
        <w:t>44:02  is ko maine detail se likha hai apni book mein. to khulasa yeh hai ke</w:t>
      </w:r>
      <w:r>
        <w:br/>
      </w:r>
      <w:r>
        <w:rPr>
          <w:sz w:val="20"/>
        </w:rPr>
        <w:t>44:09  greek philosophy base karti thi qiyasaat par aur modern scientific kalam base karega observation par, experiment par, is par base karega.</w:t>
      </w:r>
      <w:r>
        <w:br/>
      </w:r>
      <w:r>
        <w:rPr>
          <w:sz w:val="20"/>
        </w:rPr>
        <w:t>44:22  to science ne observation ke zariye jo baatein maloom ki hain, woh woh sab ki sab mere nazdeek sabit karti hain ke jo jo sachaiyan is se pehle prophet ailaan karte rahe hain, woh sahi thay.</w:t>
      </w:r>
      <w:r>
        <w:br/>
      </w:r>
      <w:r>
        <w:rPr>
          <w:sz w:val="20"/>
        </w:rPr>
        <w:t>44:36  yani scientifically, scientific reasoning is ke se support milti hai in ko. yeh hai farq dono mein.</w:t>
      </w:r>
      <w:r>
        <w:br/>
      </w:r>
      <w:r>
        <w:rPr>
          <w:sz w:val="20"/>
        </w:rPr>
        <w:t>44:48  okay, next question is from naghma. she says: "can you give some practical tips to the principal of avoidance and patience in day to day life as well as da'wah work?"</w:t>
      </w:r>
    </w:p>
    <w:p>
      <w:pPr>
        <w:pStyle w:val="Heading2"/>
      </w:pPr>
      <w:r>
        <w:t>Boycotting Western goods is pointless — the Denmark story</w:t>
      </w:r>
    </w:p>
    <w:p>
      <w:r>
        <w:rPr>
          <w:color w:val="666666"/>
          <w:sz w:val="18"/>
        </w:rPr>
        <w:t>Spirit of Ramadan June 14, 2015 · 5m 48s · at 34:32 · https://youtu.be/mKQdhE2rhdQ?t=2072</w:t>
      </w:r>
    </w:p>
    <w:p>
      <w:r>
        <w:rPr>
          <w:i/>
        </w:rPr>
        <w:t>“Duniya ko kya khair de sakte hain hum?”</w:t>
      </w:r>
    </w:p>
    <w:p>
      <w:r>
        <w:rPr>
          <w:sz w:val="20"/>
        </w:rPr>
        <w:t>34:32  ek nayi planning duniya ko kya khair de sakte hain hum, duniya ko kya good hum de sakte hain?</w:t>
      </w:r>
      <w:r>
        <w:br/>
      </w:r>
      <w:r>
        <w:rPr>
          <w:sz w:val="20"/>
        </w:rPr>
        <w:t>34:38  kyunke musalman woh hai jo naafe ho, giver. musalman ko duniya ka giver member banna hai, duniya ki society ka giver member, taker nahi.</w:t>
      </w:r>
      <w:r>
        <w:br/>
      </w:r>
      <w:r>
        <w:rPr>
          <w:sz w:val="20"/>
        </w:rPr>
        <w:t>34:51  wa ma mind for naas pillar.</w:t>
      </w:r>
      <w:r>
        <w:br/>
      </w:r>
      <w:r>
        <w:rPr>
          <w:sz w:val="20"/>
        </w:rPr>
        <w:t>34:55  to mein samajhta hoon ke aanay walay ramzan mein hum ko yeh chahiye, aur mein Allah ke fazl se khud is mein shareek hoon ke hum yeh sochen ke hum dunya ko kya de sakte hain.</w:t>
      </w:r>
      <w:r>
        <w:br/>
      </w:r>
      <w:r>
        <w:rPr>
          <w:sz w:val="20"/>
        </w:rPr>
        <w:t>35:11  dunya ko aap industry ke sath kuch nahi de sakte, gas library nahi de sakte aap. aur karwayaat, karwayaat kahan den ge?</w:t>
      </w:r>
      <w:r>
        <w:br/>
      </w:r>
      <w:r>
        <w:rPr>
          <w:sz w:val="20"/>
        </w:rPr>
        <w:t>35:21  kal mein ne ek arab scholar ki ek taqreer parhi, idhar unhon ne likha hai ke is mein kaha tha unhon ne ke hum ko maghrib ke saman ka boycott karna chahiye.</w:t>
      </w:r>
      <w:r>
        <w:br/>
      </w:r>
      <w:r>
        <w:rPr>
          <w:sz w:val="20"/>
        </w:rPr>
        <w:t>35:33  to mujhe bohat ta'ajjub hua, maghrib ke saman ka boycott kar ke aap kya karein ge? kai baar yeh baatein kahi gayi hain, kai baar ke maghrib ke saman ka boycott.</w:t>
      </w:r>
      <w:r>
        <w:br/>
      </w:r>
      <w:r>
        <w:rPr>
          <w:sz w:val="20"/>
        </w:rPr>
        <w:t>35:46  maghribi kitaab ko sab cheez mil rahi hai, boycott karein ge aap? yaani jo aadmi taqreer kar raha tha, mein ne socha khud us ki jeb mein jo mobile hoga, woh maghrib pe din hai, us ka jo kapra pehanne hoga, woh maghrib pe din hai,</w:t>
      </w:r>
      <w:r>
        <w:br/>
      </w:r>
      <w:r>
        <w:rPr>
          <w:sz w:val="20"/>
        </w:rPr>
        <w:t>36:02  jis loud speaker bol raha hoga, woh maghrib pe din hai. to kaise boycott karein ge aap? yeh koi planning nahi hai ke aap planning karein ke hamein boycott karna hai maghrib ke maal maal ka</w:t>
      </w:r>
      <w:r>
        <w:br/>
      </w:r>
      <w:r>
        <w:rPr>
          <w:sz w:val="20"/>
        </w:rPr>
        <w:t>36:14  . nahi, hum ne dena hai. aap aise literature tayyar kijiye jo un ke Islam ki sachai ko un par babraan kare, un ko is Islam ki sachai ko maanne wala banaye.</w:t>
      </w:r>
      <w:r>
        <w:br/>
      </w:r>
      <w:r>
        <w:rPr>
          <w:sz w:val="20"/>
        </w:rPr>
        <w:t>36:29  maal nahi kaatne se kya faida? maal kaatne se kya faida?</w:t>
      </w:r>
      <w:r>
        <w:br/>
      </w:r>
      <w:r>
        <w:rPr>
          <w:sz w:val="20"/>
        </w:rPr>
        <w:t>36:34  yaani ek ek lateefa arz karunga, jab cartoon chupa tha Denmark ke parche mein to Muslim countries mein yahi naarha utha tha ke Denmark ke Denmark jo hai, woh wahan mulk product bohat hai.</w:t>
      </w:r>
      <w:r>
        <w:br/>
      </w:r>
      <w:r>
        <w:rPr>
          <w:sz w:val="20"/>
        </w:rPr>
        <w:t>36:54  wahan par</w:t>
      </w:r>
      <w:r>
        <w:br/>
      </w:r>
      <w:r>
        <w:rPr>
          <w:sz w:val="20"/>
        </w:rPr>
        <w:t>36:55  Denmark mein jo doodh se banne walay saman hotay hain, us ka bohat wahan par industries hain, bohat ziyada mulk product ki.</w:t>
      </w:r>
      <w:r>
        <w:br/>
      </w:r>
      <w:r>
        <w:rPr>
          <w:sz w:val="20"/>
        </w:rPr>
        <w:t>37:05  to hamein Denmark ke mulk products ka boycott karna chahiye.</w:t>
      </w:r>
      <w:r>
        <w:br/>
      </w:r>
      <w:r>
        <w:rPr>
          <w:sz w:val="20"/>
        </w:rPr>
        <w:t>37:13  to mujhe mujhe pata chala tha ke kuch gharon mein josh mein is pe amal kiya unhon ne. yaani Denmark se aata tha jo jo butter aur doosre mulk product, us ko boycott kiya unhon ne.</w:t>
      </w:r>
      <w:r>
        <w:br/>
      </w:r>
      <w:r>
        <w:rPr>
          <w:sz w:val="20"/>
        </w:rPr>
        <w:t>37:27  to chand din ke baad un ke bachon ne kaha ke bhai yeh nahi khana hai. yaani doosre mulkon ke mangwa ke ghar mein fridge mein rakh diya unhon ne, doosre mulkon ke ke mulk products.</w:t>
      </w:r>
      <w:r>
        <w:br/>
      </w:r>
      <w:r>
        <w:rPr>
          <w:sz w:val="20"/>
        </w:rPr>
        <w:t>37:38  to bachon ne kaha hamein hamein nahi khana, hamein to wahi chahiye,</w:t>
      </w:r>
      <w:r>
        <w:br/>
      </w:r>
      <w:r>
        <w:rPr>
          <w:sz w:val="20"/>
        </w:rPr>
        <w:t>37:42  hamein wahi Denmark wala chahiye kyunke sab se aala quality ka hota hai Denmark ka. to kya hua? maa baap jo thay, unhon ne surrender kar diya.</w:t>
      </w:r>
      <w:r>
        <w:br/>
      </w:r>
      <w:r>
        <w:rPr>
          <w:sz w:val="20"/>
        </w:rPr>
        <w:t>37:53  jo bachay bachon ne kaha, wahi wahi karne lagay. to aisa yaani ridiculous hai, aisa naarha dena jo chalne wala na ho, jo naarha chalne wala na ho.</w:t>
      </w:r>
      <w:r>
        <w:br/>
      </w:r>
      <w:r>
        <w:rPr>
          <w:sz w:val="20"/>
        </w:rPr>
        <w:t>38:05  to ridiculous hai. kya aap awaz par nahi urein ge? kya aap car par nahi baithein ge? kya aap mobile istemal nahi karein ge?</w:t>
      </w:r>
      <w:r>
        <w:br/>
      </w:r>
      <w:r>
        <w:rPr>
          <w:sz w:val="20"/>
        </w:rPr>
        <w:t>38:12  har har cheez to wahin se aati hai, wahin unhi ki technology hai jo jo agar doosre jagahon par saman ban raha hai to woh bhi unhi ki technology hai, unhi ka expert hai.</w:t>
      </w:r>
      <w:r>
        <w:br/>
      </w:r>
      <w:r>
        <w:rPr>
          <w:sz w:val="20"/>
        </w:rPr>
        <w:t>38:25  to mein yahi kahunga ke is baar hum mein se har shakhs ko ramzan mein yeh spirit jagana hai, yaani giving spirit.</w:t>
      </w:r>
      <w:r>
        <w:br/>
      </w:r>
      <w:r>
        <w:rPr>
          <w:sz w:val="20"/>
        </w:rPr>
        <w:t>38:40  ab dunya ko kya dein?</w:t>
      </w:r>
      <w:r>
        <w:br/>
      </w:r>
      <w:r>
        <w:rPr>
          <w:sz w:val="20"/>
        </w:rPr>
        <w:t>38:43  to mein arz karunga ke hamare paas dene ke liye sirf ek cheez hai, woh hai ideology, tauheed ki ideology. hamare paas kuch nahi hai dene ke liye kyunke saare technology to unhi ke hain, har cheez unhi se lete hain.</w:t>
      </w:r>
      <w:r>
        <w:br/>
      </w:r>
      <w:r>
        <w:rPr>
          <w:sz w:val="20"/>
        </w:rPr>
        <w:t>38:59  saare market, saare saabiq center unhi ki technology se bhare hue hain. lekin ek cheez hamare paas woh hai jo un ke paas nahi hai, woh hai ideology,</w:t>
      </w:r>
      <w:r>
        <w:br/>
      </w:r>
      <w:r>
        <w:rPr>
          <w:sz w:val="20"/>
        </w:rPr>
        <w:t>39:09  ideology of truth. hamare paas yeh cheez maujood hai. to hamein isi ki planning karna chahiye, dawat ki planning,</w:t>
      </w:r>
      <w:r>
        <w:br/>
      </w:r>
      <w:r>
        <w:rPr>
          <w:sz w:val="20"/>
        </w:rPr>
        <w:t>39:24  quran ko har zaban mein tarjuma kar ke logon tak pohnchana, sirat rasool pe kitab mein likh kar ke, yani peaceful andaz mein is ko logon tak pohnchana har zaban mein.</w:t>
      </w:r>
      <w:r>
        <w:br/>
      </w:r>
      <w:r>
        <w:rPr>
          <w:sz w:val="20"/>
        </w:rPr>
        <w:t>39:39  to hamari jo jo planning hoti hogi, wo ideology based hogi. ye nahi ke maal ka boycott karein, un ke khilaf mazameen chapaein, un ke khilaf taqreerein karein.</w:t>
      </w:r>
      <w:r>
        <w:br/>
      </w:r>
      <w:r>
        <w:rPr>
          <w:sz w:val="20"/>
        </w:rPr>
        <w:t>39:49  ye koi planning nahi hai. dekhein, jo jo planning chalne wali na ho, jo effective na ho, wo planning nahi hai.</w:t>
      </w:r>
      <w:r>
        <w:br/>
      </w:r>
      <w:r>
        <w:rPr>
          <w:sz w:val="20"/>
        </w:rPr>
        <w:t>39:58  wo koi bhi doosri planning to musalman bohat kar chuke hain, wo effective nahi hui.</w:t>
      </w:r>
      <w:r>
        <w:br/>
      </w:r>
      <w:r>
        <w:rPr>
          <w:sz w:val="20"/>
        </w:rPr>
        <w:t>40:08  to jo mansooba amal mein na aa sake, matlab result jo chahte hain aap, wo result is se na nikle, to wo wo mansooba nahi tha, wo planning nahi thi.</w:t>
      </w:r>
    </w:p>
    <w:p>
      <w:pPr>
        <w:pStyle w:val="Heading2"/>
      </w:pPr>
      <w:r>
        <w:t>Opportunity explosion and re-establishing Islamic empire</w:t>
      </w:r>
    </w:p>
    <w:p>
      <w:r>
        <w:rPr>
          <w:color w:val="666666"/>
          <w:sz w:val="18"/>
        </w:rPr>
        <w:t>Islam in the Changing World August 6, 2007 · 5m 25s · at 27:20 · https://youtu.be/lEhH4VDLSFY?t=1640</w:t>
      </w:r>
    </w:p>
    <w:p>
      <w:r>
        <w:rPr>
          <w:i/>
        </w:rPr>
        <w:t>“So if there is freedom, so why fighting? You have to utilize this freedom.”</w:t>
      </w:r>
    </w:p>
    <w:p>
      <w:r>
        <w:rPr>
          <w:sz w:val="20"/>
        </w:rPr>
        <w:t>27:20  You have to do da'wah work with complete freedom. Then there are some very new types of opportunities</w:t>
      </w:r>
      <w:r>
        <w:br/>
      </w:r>
      <w:r>
        <w:rPr>
          <w:sz w:val="20"/>
        </w:rPr>
        <w:t>27:32  . For example, communication.</w:t>
      </w:r>
      <w:r>
        <w:br/>
      </w:r>
      <w:r>
        <w:rPr>
          <w:sz w:val="20"/>
        </w:rPr>
        <w:t>27:39  In ancient days, there was no such communication.</w:t>
      </w:r>
      <w:r>
        <w:br/>
      </w:r>
      <w:r>
        <w:rPr>
          <w:sz w:val="20"/>
        </w:rPr>
        <w:t>27:45  In ancient days, there was no loudspeaker, no radio, no TV, no printing press, no print media, no electronic media, no multimedia.</w:t>
      </w:r>
      <w:r>
        <w:br/>
      </w:r>
      <w:r>
        <w:rPr>
          <w:sz w:val="20"/>
        </w:rPr>
        <w:t>28:02  So at that time, opportunities were very little. Now in our present world, there is an opportunity explosion.</w:t>
      </w:r>
      <w:r>
        <w:br/>
      </w:r>
      <w:r>
        <w:rPr>
          <w:sz w:val="20"/>
        </w:rPr>
        <w:t>28:18  We are living in an age where there is an opportunity explosion. Enormous opportunities are everywhere in the world, enormous opportunities in terms of communication, in terms of education,</w:t>
      </w:r>
      <w:r>
        <w:br/>
      </w:r>
      <w:r>
        <w:rPr>
          <w:sz w:val="20"/>
        </w:rPr>
        <w:t>28:34  in terms of organization, in terms of religious freedom, in terms of multimedia.</w:t>
      </w:r>
      <w:r>
        <w:br/>
      </w:r>
      <w:r>
        <w:rPr>
          <w:sz w:val="20"/>
        </w:rPr>
        <w:t>28:46  So now there is a sea change in the situation.</w:t>
      </w:r>
      <w:r>
        <w:br/>
      </w:r>
      <w:r>
        <w:rPr>
          <w:sz w:val="20"/>
        </w:rPr>
        <w:t>28:56  There is</w:t>
      </w:r>
      <w:r>
        <w:br/>
      </w:r>
      <w:r>
        <w:rPr>
          <w:sz w:val="20"/>
        </w:rPr>
        <w:t>29:01  a storm of opportunities</w:t>
      </w:r>
      <w:r>
        <w:br/>
      </w:r>
      <w:r>
        <w:rPr>
          <w:sz w:val="20"/>
        </w:rPr>
        <w:t>29:05  . At the same time, there is religious freedom. So we have to avail all these opportunities in favor of Islam, in favor of Islamic da'wah.</w:t>
      </w:r>
      <w:r>
        <w:br/>
      </w:r>
      <w:r>
        <w:rPr>
          <w:sz w:val="20"/>
        </w:rPr>
        <w:t>29:19  You know only one thing is taboo in our world. That is violence. Other than violence, there is no taboo at all in our present world.</w:t>
      </w:r>
      <w:r>
        <w:br/>
      </w:r>
      <w:r>
        <w:rPr>
          <w:sz w:val="20"/>
        </w:rPr>
        <w:t>29:33  So</w:t>
      </w:r>
      <w:r>
        <w:br/>
      </w:r>
      <w:r>
        <w:rPr>
          <w:sz w:val="20"/>
        </w:rPr>
        <w:t>29:36  if you refrain yourself from indulging in violence, from indulging in militancy,</w:t>
      </w:r>
      <w:r>
        <w:br/>
      </w:r>
      <w:r>
        <w:rPr>
          <w:sz w:val="20"/>
        </w:rPr>
        <w:t>29:50  you can avail all those opportunities</w:t>
      </w:r>
      <w:r>
        <w:br/>
      </w:r>
      <w:r>
        <w:rPr>
          <w:sz w:val="20"/>
        </w:rPr>
        <w:t>29:57  . Not only in the Muslim state, but everywhere.</w:t>
      </w:r>
      <w:r>
        <w:br/>
      </w:r>
      <w:r>
        <w:rPr>
          <w:sz w:val="20"/>
        </w:rPr>
        <w:t>30:02  These opportunities are available in everywhere. These opportunities are available in every country.</w:t>
      </w:r>
      <w:r>
        <w:br/>
      </w:r>
      <w:r>
        <w:rPr>
          <w:sz w:val="20"/>
        </w:rPr>
        <w:t>30:13  These are not available in Muslim countries. According to my experience, I can say that as far as the opportunities are concerned, there is no difference at all between Muslim countries and non-Muslim countries.</w:t>
      </w:r>
      <w:r>
        <w:br/>
      </w:r>
      <w:r>
        <w:rPr>
          <w:sz w:val="20"/>
        </w:rPr>
        <w:t>30:32  As far as the opportunities are concerned, there is no difference between Muslim countries and non-Muslim countries.</w:t>
      </w:r>
      <w:r>
        <w:br/>
      </w:r>
      <w:r>
        <w:rPr>
          <w:sz w:val="20"/>
        </w:rPr>
        <w:t>30:45  So why fighting?</w:t>
      </w:r>
      <w:r>
        <w:br/>
      </w:r>
      <w:r>
        <w:rPr>
          <w:sz w:val="20"/>
        </w:rPr>
        <w:t>30:47  Why hate? Why violence? Why protest? Why complaint?</w:t>
      </w:r>
      <w:r>
        <w:br/>
      </w:r>
      <w:r>
        <w:rPr>
          <w:sz w:val="20"/>
        </w:rPr>
        <w:t>30:58  We have to rush to avail all these opportunities</w:t>
      </w:r>
      <w:r>
        <w:br/>
      </w:r>
      <w:r>
        <w:rPr>
          <w:sz w:val="20"/>
        </w:rPr>
        <w:t>31:05  because the only mission of Muslim Ummah is da'wah. Da'wah is the only mission.</w:t>
      </w:r>
      <w:r>
        <w:br/>
      </w:r>
      <w:r>
        <w:rPr>
          <w:sz w:val="20"/>
        </w:rPr>
        <w:t>31:13  Da'wah means to spread the message of Islam.</w:t>
      </w:r>
      <w:r>
        <w:br/>
      </w:r>
      <w:r>
        <w:rPr>
          <w:sz w:val="20"/>
        </w:rPr>
        <w:t>31:21  So this was the second aspect which Muslim people failed to understand.</w:t>
      </w:r>
      <w:r>
        <w:br/>
      </w:r>
      <w:r>
        <w:rPr>
          <w:sz w:val="20"/>
        </w:rPr>
        <w:t>31:37  They were obsessed with political power.</w:t>
      </w:r>
      <w:r>
        <w:br/>
      </w:r>
      <w:r>
        <w:rPr>
          <w:sz w:val="20"/>
        </w:rPr>
        <w:t>31:43  So they failed to understand all these opportunities. Political obsession made them opportunity blind.</w:t>
      </w:r>
      <w:r>
        <w:br/>
      </w:r>
      <w:r>
        <w:rPr>
          <w:sz w:val="20"/>
        </w:rPr>
        <w:t>31:55  I can say that political obsession made them opportunity blind</w:t>
      </w:r>
      <w:r>
        <w:br/>
      </w:r>
      <w:r>
        <w:rPr>
          <w:sz w:val="20"/>
        </w:rPr>
        <w:t>32:06  . They failed to understand that everywhere there are opportunities. So we have to avail these opportunities.</w:t>
      </w:r>
      <w:r>
        <w:br/>
      </w:r>
      <w:r>
        <w:rPr>
          <w:sz w:val="20"/>
        </w:rPr>
        <w:t>32:17  Even we are in a position to establish an Islamic empire again, not in terms of politics, but in terms of education, in terms of da'wah, in terms of constructive activities.</w:t>
      </w:r>
      <w:r>
        <w:br/>
      </w:r>
      <w:r>
        <w:rPr>
          <w:sz w:val="20"/>
        </w:rPr>
        <w:t>32:35  Muslims are sad everywhere. They are living in frustration.</w:t>
      </w:r>
    </w:p>
    <w:p>
      <w:pPr>
        <w:pStyle w:val="Heading2"/>
      </w:pPr>
      <w:r>
        <w:t>Jamaluddin Afghani wasted potential on politics</w:t>
      </w:r>
    </w:p>
    <w:p>
      <w:r>
        <w:rPr>
          <w:color w:val="666666"/>
          <w:sz w:val="18"/>
        </w:rPr>
        <w:t>The Importance of Humble Beginning December 30, 2007 · 5m 45s · at 22:04 · https://youtu.be/Qx0WeaoslYs?t=1324</w:t>
      </w:r>
    </w:p>
    <w:p>
      <w:r>
        <w:rPr>
          <w:i/>
        </w:rPr>
        <w:t>“I think in the modern age among Muslims”</w:t>
      </w:r>
    </w:p>
    <w:p>
      <w:r>
        <w:rPr>
          <w:sz w:val="20"/>
        </w:rPr>
        <w:t>22:04  mein samajhta hoon ke is zamane mein jis ko hum yani modern age kehte hain. to musalmanon ke andar.</w:t>
      </w:r>
      <w:r>
        <w:br/>
      </w:r>
      <w:r>
        <w:rPr>
          <w:sz w:val="20"/>
        </w:rPr>
        <w:t>22:14  is waqt musalman dunya mein aik billion se ziyada hain.</w:t>
      </w:r>
      <w:r>
        <w:br/>
      </w:r>
      <w:r>
        <w:rPr>
          <w:sz w:val="20"/>
        </w:rPr>
        <w:t>22:22  is waqt mein samajhta hoon ke musalmanon ke andar is modern age mein shayad jo sab se bari personality paida hui woh thi Syed Jamaluddin Afghani.</w:t>
      </w:r>
      <w:r>
        <w:br/>
      </w:r>
      <w:r>
        <w:rPr>
          <w:sz w:val="20"/>
        </w:rPr>
        <w:t>22:38  bahut hi zabardast aadmi tha woh. badi mazboot personality thi. woh arabic, persian, french kai zabaanein jante thay.</w:t>
      </w:r>
      <w:r>
        <w:br/>
      </w:r>
      <w:r>
        <w:rPr>
          <w:sz w:val="20"/>
        </w:rPr>
        <w:t>22:53  badi zabardast auditor thay. yaani bahut hi zabardast aadmi tha. meri apni samajh se is poore modern age mein personality ke aitbaar se jo number one musalman paida hua woh thay jamaluddin afghani.</w:t>
      </w:r>
      <w:r>
        <w:br/>
      </w:r>
      <w:r>
        <w:rPr>
          <w:sz w:val="20"/>
        </w:rPr>
        <w:t>23:08  toh kya hua? yaani in ko bade bade offer milay. iran ki hukoomat mein milay. turkey hukoomat mein milay. bahut bade bade</w:t>
      </w:r>
      <w:r>
        <w:br/>
      </w:r>
      <w:r>
        <w:rPr>
          <w:sz w:val="20"/>
        </w:rPr>
        <w:t>23:18  offer milay. jo un se milta tha woh bahut hi mutasir ho jata tha un ki personality se. toh woh wahan par gaye.</w:t>
      </w:r>
      <w:r>
        <w:br/>
      </w:r>
      <w:r>
        <w:rPr>
          <w:sz w:val="20"/>
        </w:rPr>
        <w:t>23:31  paris mein. paris mein ja kar ke unhon ne aik aik magazine nikala. is ka naam tha al-urwat al-wuthqa.</w:t>
      </w:r>
      <w:r>
        <w:br/>
      </w:r>
      <w:r>
        <w:rPr>
          <w:sz w:val="20"/>
        </w:rPr>
        <w:t>23:41  al-urwat al-wuthqa. woh aik inqilabi magazine tha yaani siyasat inqilab</w:t>
      </w:r>
      <w:r>
        <w:br/>
      </w:r>
      <w:r>
        <w:rPr>
          <w:sz w:val="20"/>
        </w:rPr>
        <w:t>23:47  . woh kya matlab tha? british empire ko khatam karo. colonial empire ko khatam karo. aur islami khilafat ko phir se qaim karo.</w:t>
      </w:r>
      <w:r>
        <w:br/>
      </w:r>
      <w:r>
        <w:rPr>
          <w:sz w:val="20"/>
        </w:rPr>
        <w:t>23:55  is tarah ki baatein thi is mein. toh khair is zamane mein un ke aik shagird thay. un ka naam tha sheikh muhammad abduh.</w:t>
      </w:r>
      <w:r>
        <w:br/>
      </w:r>
      <w:r>
        <w:rPr>
          <w:sz w:val="20"/>
        </w:rPr>
        <w:t>24:07  woh misr ke thay woh. woh misr ke thay woh. sheikh muhammad abduh un ke shagird thay.</w:t>
      </w:r>
      <w:r>
        <w:br/>
      </w:r>
      <w:r>
        <w:rPr>
          <w:sz w:val="20"/>
        </w:rPr>
        <w:t>24:15  toh unhon ne kaha ke yeh sab kya hum log siyasat chala rahe hain? is se toh kuch milna na hai nahin. bekar kaam hai yeh. chaliye hum log wapas chalain.</w:t>
      </w:r>
      <w:r>
        <w:br/>
      </w:r>
      <w:r>
        <w:rPr>
          <w:sz w:val="20"/>
        </w:rPr>
        <w:t>24:26  apne mulk mein yaani paris chhod kar apne mulk mein chalain. misr mein. wahan kuch kaam karain. taleem ka kaam, dawat ka kaam.</w:t>
      </w:r>
      <w:r>
        <w:br/>
      </w:r>
      <w:r>
        <w:rPr>
          <w:sz w:val="20"/>
        </w:rPr>
        <w:t>24:37  is tarah ka kaam karain, taameeri kaam. is se toh kuch hone wala nahin lagta mujhe.</w:t>
      </w:r>
      <w:r>
        <w:br/>
      </w:r>
      <w:r>
        <w:rPr>
          <w:sz w:val="20"/>
        </w:rPr>
        <w:t>24:44  jante hain kya jawab diya unhon ne? jamaluddin afghani ne. unhon ne kaha ke innama anta muthabbittun innama anta muthabbittun tum toh buzadli ki baat kar rahe ho.</w:t>
      </w:r>
      <w:r>
        <w:br/>
      </w:r>
      <w:r>
        <w:rPr>
          <w:sz w:val="20"/>
        </w:rPr>
        <w:t>25:00  aap ghor kijiye ke yeh in ko buzadli ki baat dikhai padi. chhoti baat dikhai</w:t>
      </w:r>
      <w:r>
        <w:br/>
      </w:r>
      <w:r>
        <w:rPr>
          <w:sz w:val="20"/>
        </w:rPr>
        <w:t>25:06  padi. yaani paris mein ja kar ke siyasat baatein karna yeh badi baat dikhai parti thi. kyun ke wahan british empire ko challenge kar rahe thay woh.</w:t>
      </w:r>
      <w:r>
        <w:br/>
      </w:r>
      <w:r>
        <w:rPr>
          <w:sz w:val="20"/>
        </w:rPr>
        <w:t>25:17  yaani paris mein baith kar ke aik arabic parcha nikalte thay aur british empire ko challenge karte thay. woh parcha shayad do saal bhi nahin nikla.</w:t>
      </w:r>
      <w:r>
        <w:br/>
      </w:r>
      <w:r>
        <w:rPr>
          <w:sz w:val="20"/>
        </w:rPr>
        <w:t>25:27  band ho gaya.</w:t>
      </w:r>
      <w:r>
        <w:br/>
      </w:r>
      <w:r>
        <w:rPr>
          <w:sz w:val="20"/>
        </w:rPr>
        <w:t>25:29  is ke kuch masail jo thay jo niklay thay mere khayal se das masail shayad hon gay. toh main jab gaya tha geneva toh wahan dekha tha main ne.</w:t>
      </w:r>
      <w:r>
        <w:br/>
      </w:r>
      <w:r>
        <w:rPr>
          <w:sz w:val="20"/>
        </w:rPr>
        <w:t>25:41  wahan par aik sahib aik thay doctor abdul hakim tabibi. wahan rehte thay woh. woh bhi afghani thay. toh unhon ne un ke mission ko dobara zinda kiya tha.</w:t>
      </w:r>
      <w:r>
        <w:br/>
      </w:r>
      <w:r>
        <w:rPr>
          <w:sz w:val="20"/>
        </w:rPr>
        <w:t>25:53  hua kuch bhi nahin woh bhi. toh wahan par is ke masail dekhe thay</w:t>
      </w:r>
      <w:r>
        <w:br/>
      </w:r>
      <w:r>
        <w:rPr>
          <w:sz w:val="20"/>
        </w:rPr>
        <w:t>25:58  main ne chand. kuch bhi is ke andar nahin hota tha siwaye dhamaka khez alfaz ke thay. aur kuch bhi nahin. dhamaka khez baatein.</w:t>
      </w:r>
      <w:r>
        <w:br/>
      </w:r>
      <w:r>
        <w:rPr>
          <w:sz w:val="20"/>
        </w:rPr>
        <w:t>26:09  toh jaise is mein tha aik baat main bataoon aap ko. ke aye musalmano! aisi boli un ki hoti thi.</w:t>
      </w:r>
      <w:r>
        <w:br/>
      </w:r>
      <w:r>
        <w:rPr>
          <w:sz w:val="20"/>
        </w:rPr>
        <w:t>26:18  aye musalmano! itne zyada tum aaj ho duniya mein.</w:t>
      </w:r>
      <w:r>
        <w:br/>
      </w:r>
      <w:r>
        <w:rPr>
          <w:sz w:val="20"/>
        </w:rPr>
        <w:t>26:22  itne zyada ho ke agar tum england mein sab aajao sab ke sab toh tumhare bojh se england dab kar ke samandar mein chala jayega.</w:t>
      </w:r>
      <w:r>
        <w:br/>
      </w:r>
      <w:r>
        <w:rPr>
          <w:sz w:val="20"/>
        </w:rPr>
        <w:t>26:33  yeh koi baat hai yeh? ke musalmano ke bojh se. aur bhi kadi baat, koi sakht baat kahi thi unhon ne.</w:t>
      </w:r>
      <w:r>
        <w:br/>
      </w:r>
      <w:r>
        <w:rPr>
          <w:sz w:val="20"/>
        </w:rPr>
        <w:t>26:42  mein is ko zara halka kar ke keh raha hoon. ke kya musalmanon ke bojh se england jo hai woh dab kar ke samandar mein chala jaye ga?</w:t>
      </w:r>
      <w:r>
        <w:br/>
      </w:r>
      <w:r>
        <w:rPr>
          <w:sz w:val="20"/>
        </w:rPr>
        <w:t>26:50  isi tarah ki baat karte thay, bekar ki baatein. koi koi is ki koi mani nahi, koi matlab hi is ka nahi. lekin bohat hi zaheen aadmi thay.</w:t>
      </w:r>
      <w:r>
        <w:br/>
      </w:r>
      <w:r>
        <w:rPr>
          <w:sz w:val="20"/>
        </w:rPr>
        <w:t>26:59  bohat hi zaheen. burqasa se baat ki thi unhon ne paris mein. kyun ke french jante thay woh. agar woh apne zehan ko istemal karte da'we ki field mein, da'wa work mein.</w:t>
      </w:r>
      <w:r>
        <w:br/>
      </w:r>
      <w:r>
        <w:rPr>
          <w:sz w:val="20"/>
        </w:rPr>
        <w:t>27:15  to bohat bara kaam karte woh. lekin</w:t>
      </w:r>
      <w:r>
        <w:br/>
      </w:r>
      <w:r>
        <w:rPr>
          <w:sz w:val="20"/>
        </w:rPr>
        <w:t>27:19  siyasi graveyard mein dafan ho gaye. kar kuch nahi paye. aur da'wa work un ko lagta tha ke yeh to bazdil banna hai.</w:t>
      </w:r>
      <w:r>
        <w:br/>
      </w:r>
      <w:r>
        <w:rPr>
          <w:sz w:val="20"/>
        </w:rPr>
        <w:t>27:31  yeh to koi bara kaam nahi hai. yani british empire ko challenge karna bara kaam hai. aur logon ko yeh batana hai ke aye logon! apne aap ko hell se bachao.</w:t>
      </w:r>
      <w:r>
        <w:br/>
      </w:r>
      <w:r>
        <w:rPr>
          <w:sz w:val="20"/>
        </w:rPr>
        <w:t>27:42  aur jannat ke liye kaam karo. yeh chota kaam dikhai parta tha.</w:t>
      </w:r>
    </w:p>
    <w:p>
      <w:pPr>
        <w:pStyle w:val="Heading2"/>
      </w:pPr>
      <w:r>
        <w:t>Prophet always chose easier option</w:t>
      </w:r>
    </w:p>
    <w:p>
      <w:r>
        <w:rPr>
          <w:color w:val="666666"/>
          <w:sz w:val="18"/>
        </w:rPr>
        <w:t>Discussion on Peace (Ulama Session- II) Peace Conference April 29-30, 2023 · 3m 28s · at 15:18 · https://youtu.be/jWMy2u1iAEg?t=918</w:t>
      </w:r>
    </w:p>
    <w:p>
      <w:r>
        <w:rPr>
          <w:i/>
        </w:rPr>
        <w:t>“तो उसका पूरा सहरा इस सुन्नत को जाता है”</w:t>
      </w:r>
    </w:p>
    <w:p>
      <w:r>
        <w:rPr>
          <w:sz w:val="20"/>
        </w:rPr>
        <w:t>15:18  to uska poora sehra is sunnat ko jata hai ki aapne hamesha jo hai wo harder option chhod ke is year ko ikhtiyar farmaya. Sirf ek ya do misalein dekar baat khatam karunga. Sabse pehli ayat jo utri Yakra Makke mein teen sau saath gutra akshab mein hai, bola likhte hain ki sabse bada masla to shirk aur tahit ka hai. To baat tahit se shuru hona thi.</w:t>
      </w:r>
      <w:r>
        <w:br/>
      </w:r>
      <w:r>
        <w:rPr>
          <w:sz w:val="20"/>
        </w:rPr>
        <w:t>15:46  pehli ayat yeh aani chahiye di ki tahirreel kah bata mera lasmam. Ae Muhammad utho, sabse pehle yeh teen sau saath ko bahar karo. To ab agar yahan se shuru karte to masla jo hai wo, wahin khatam ho jata. Patai shuru hoti hai aur khudana khata to baat aage hi nahi badh paati. Lekin wahan aapne un tamam cheezon ko avoid karke jo aap par ek tarah utri taki kisi tarah interaction to badhe.</w:t>
      </w:r>
      <w:r>
        <w:br/>
      </w:r>
      <w:r>
        <w:rPr>
          <w:sz w:val="20"/>
        </w:rPr>
        <w:t>16:16  baat to aage badhe to wahan par aapne jo hai wo aasan tareeka ek tyar farmaya ki us cheez ko avoid karke jo cheez ho sakti hai wahan se baat shuru ki. Fatah-e-Makkah das hazar sahaba ki jamaat lekar aapke paas istyartha ke aapne itni khufiya tareeke se wahan pahunche Makke unko pata nahi chal paya.</w:t>
      </w:r>
      <w:r>
        <w:br/>
      </w:r>
      <w:r>
        <w:rPr>
          <w:sz w:val="20"/>
        </w:rPr>
        <w:t>16:44  ab wahan jaakar aap katlogarathgiri kar sakte the. Itni achanak tareeke se aapne wahan ka safar kiya aur Makke ko pata kiya aur koi katlogarathgiri aur koi kisi ka nuksan nahi hua.</w:t>
      </w:r>
      <w:r>
        <w:br/>
      </w:r>
      <w:r>
        <w:rPr>
          <w:sz w:val="20"/>
        </w:rPr>
        <w:t>17:01  to yeh itni zyada misalein hain sunnat mein aur rasullullah ki seerat mein usko malanan bahut wazeh tareeke se bayan farmaya hai aur us par bahut zyada concentrate kiya hai ki yeh hai rasullah is lazim ki seerat aur phir batlaya hai ki asal jihad jo hai wo jihad naam hai jihad binnafs. Apni khwahishad galat jazbaat hai. Unko rokiye, apne aap se ladiye.</w:t>
      </w:r>
      <w:r>
        <w:br/>
      </w:r>
      <w:r>
        <w:rPr>
          <w:sz w:val="20"/>
        </w:rPr>
        <w:t>17:31  jihad e dawat ki aap jo hai wo dawat ka kaam kijiye. Dawat par apne aap ko lagaiye aur phir aakhri cheez jihad e aaza ke aap jo hai wo dushmanon ke muqable mein, gahron ke muqable mein, na manne walon ke muqable mein datiye aur kisi tarah haar nahi maniye.</w:t>
      </w:r>
      <w:r>
        <w:br/>
      </w:r>
      <w:r>
        <w:rPr>
          <w:sz w:val="20"/>
        </w:rPr>
        <w:t>17:51  lage rahiye, lage rahiye taki aapko ab Allah ki baat pahunchane mein, Allah ka din pahunchane mein kamyabi mile aur wo kisi tarah Allah ke pragam ko sun le aur maan le. Yeh hai Maulana ke nazdeek</w:t>
      </w:r>
      <w:r>
        <w:br/>
      </w:r>
      <w:r>
        <w:rPr>
          <w:sz w:val="20"/>
        </w:rPr>
        <w:t>18:18  asal mein lafze jihad Musalmanon ne jo uski galat taweel pesh ki thi, jiski wajah se lafze jihad bhi badnamwa aur Islam ki tasweer bhi bigad gayi. To Maulana ne uska bahut achha sahi tasahur pesh kiya jisko hamare samne Modanashram Sudhi Nadi Sahab ne mukhtasran bayan kiya. Iske baad main Maulana Anusmanik Nadi Sahab se sawal karunga. Aapka talluq Gujarat ki Surat se aap CPS ke member hain.</w:t>
      </w:r>
      <w:r>
        <w:br/>
      </w:r>
      <w:r>
        <w:rPr>
          <w:sz w:val="20"/>
        </w:rPr>
        <w:t>18:46  aap darooloom nadwatrrama lucknow se farig hain.</w:t>
      </w:r>
    </w:p>
    <w:p>
      <w:pPr>
        <w:pStyle w:val="Heading2"/>
      </w:pPr>
      <w:r>
        <w:t>The problem of Muslim revival efforts</w:t>
      </w:r>
    </w:p>
    <w:p>
      <w:r>
        <w:rPr>
          <w:color w:val="666666"/>
          <w:sz w:val="18"/>
        </w:rPr>
        <w:t>Revival of Muslim Ummah I June 2, 2013 - Maulana Wahiduddin Khan · 4m 04s · at 0:29 · https://youtu.be/uiN3_H1mR0M?t=29</w:t>
      </w:r>
    </w:p>
    <w:p>
      <w:r>
        <w:rPr>
          <w:i/>
        </w:rPr>
        <w:t>“Aaj ka topic hai 'Revival of Muslim Ummah'”</w:t>
      </w:r>
    </w:p>
    <w:p>
      <w:r>
        <w:rPr>
          <w:sz w:val="20"/>
        </w:rPr>
        <w:t>0:29  yafqa qawli. aaj ka topic hai "revival of muslim ummah", yaani muslim ummah ka ahya.</w:t>
      </w:r>
      <w:r>
        <w:br/>
      </w:r>
      <w:r>
        <w:rPr>
          <w:sz w:val="20"/>
        </w:rPr>
        <w:t>0:46  yeh aik mauzu aisa hai jis par beshumar cheezen likhi gayi hain, bohat bola gaya hai.</w:t>
      </w:r>
      <w:r>
        <w:br/>
      </w:r>
      <w:r>
        <w:rPr>
          <w:sz w:val="20"/>
        </w:rPr>
        <w:t>0:56  allama iqbal ne likha hai ke maujudah zamane mein musalmanon ka jo zawal shuru hua, woh sultan tipu ki shahadat se shuru hua, yaani 1799 se.</w:t>
      </w:r>
      <w:r>
        <w:br/>
      </w:r>
      <w:r>
        <w:rPr>
          <w:sz w:val="20"/>
        </w:rPr>
        <w:t>1:11  is lihaz se yeh zawal ka jo daur chal raha hai, is par 200 saal se zyada muddat guzar chuki hai.</w:t>
      </w:r>
      <w:r>
        <w:br/>
      </w:r>
      <w:r>
        <w:rPr>
          <w:sz w:val="20"/>
        </w:rPr>
        <w:t>1:23  is beech mein</w:t>
      </w:r>
      <w:r>
        <w:br/>
      </w:r>
      <w:r>
        <w:rPr>
          <w:sz w:val="20"/>
        </w:rPr>
        <w:t>1:28  beshumar article likhe gaye hain, bohat kitaben chhapi gayi hain. in mein se bohat si cheezon ko maine parha hai.</w:t>
      </w:r>
      <w:r>
        <w:br/>
      </w:r>
      <w:r>
        <w:rPr>
          <w:sz w:val="20"/>
        </w:rPr>
        <w:t>1:40  azadi se pehle aik mustaqil topic hua karta tha akhbaron mein aur magazine mein, musalman kya karen. woh sab isi mauzu par hua karte thay.</w:t>
      </w:r>
      <w:r>
        <w:br/>
      </w:r>
      <w:r>
        <w:rPr>
          <w:sz w:val="20"/>
        </w:rPr>
        <w:t>1:56  mein aap ko sirf do kitabon ka hawala deta hoon. aik hai Maulana Abu Hassan Ali Nadvi ki kitab, jin ka intiqal hua hai 1999 mein.</w:t>
      </w:r>
      <w:r>
        <w:br/>
      </w:r>
      <w:r>
        <w:rPr>
          <w:sz w:val="20"/>
        </w:rPr>
        <w:t>2:11  yeh urdu kitab hai, is ka naam hai "madha fasal al alam bi nat al musalmeen".</w:t>
      </w:r>
      <w:r>
        <w:br/>
      </w:r>
      <w:r>
        <w:rPr>
          <w:sz w:val="20"/>
        </w:rPr>
        <w:t>2:25  doosri kitab hai arab scholar ki, jis ka naam tha Ameer Shakib Arsalan. un ki death hui hai 1946 mein.</w:t>
      </w:r>
      <w:r>
        <w:br/>
      </w:r>
      <w:r>
        <w:rPr>
          <w:sz w:val="20"/>
        </w:rPr>
        <w:t>2:37  unki kitab ka naam hai "limadha ta'akhkhar al musalmeen wa taqaddum ghayrihi".</w:t>
      </w:r>
      <w:r>
        <w:br/>
      </w:r>
      <w:r>
        <w:rPr>
          <w:sz w:val="20"/>
        </w:rPr>
        <w:t>2:47  is tarah ki beshumar cheezen likhi gayi hain, aik do nahi, mukhtalif zubanon mein.</w:t>
      </w:r>
      <w:r>
        <w:br/>
      </w:r>
      <w:r>
        <w:rPr>
          <w:sz w:val="20"/>
        </w:rPr>
        <w:t>2:56  lekin in mein aik cheez common hai. jahan tak mein janta hoon, in sab mein aik cheez common hai ke in mein yeh to kaha gaya hai ke musalman apne daur zawal mein hain, musalman pichhar gaye hain,</w:t>
      </w:r>
      <w:r>
        <w:br/>
      </w:r>
      <w:r>
        <w:rPr>
          <w:sz w:val="20"/>
        </w:rPr>
        <w:t>3:11  musalman inehitat ke daur mein aa gaye hain. sab mein yeh baat kahi gayi hai. lekin aik baat sab mein mafqood hai, leak kar rahi hai.</w:t>
      </w:r>
      <w:r>
        <w:br/>
      </w:r>
      <w:r>
        <w:rPr>
          <w:sz w:val="20"/>
        </w:rPr>
        <w:t>3:24  woh yeh ke is muddat mein muslim leaders, muslim ulama bohat zyada koshish karte rahe, phir bhi zawal jari hai.</w:t>
      </w:r>
      <w:r>
        <w:br/>
      </w:r>
      <w:r>
        <w:rPr>
          <w:sz w:val="20"/>
        </w:rPr>
        <w:t>3:39  yaani in spite of himalayan efforts by muslim leaders, muslim rehmaon ki bohat zyada koshishon ke bawajood, yeh sab mein ghair maujud hai.</w:t>
      </w:r>
      <w:r>
        <w:br/>
      </w:r>
      <w:r>
        <w:rPr>
          <w:sz w:val="20"/>
        </w:rPr>
        <w:t>3:56  halanke yahi sab ka sochne ki baat hai.</w:t>
      </w:r>
      <w:r>
        <w:br/>
      </w:r>
      <w:r>
        <w:rPr>
          <w:sz w:val="20"/>
        </w:rPr>
        <w:t>4:01  sab se zyada sochne ki baat yahi hai ke kya wajah hai ke do sau saal se bhi zyada muddat guzar gayi aur sari ummah, tamam ulama, tamam rehma, tamam leaders is front par kaam kar rahe hain.</w:t>
      </w:r>
      <w:r>
        <w:br/>
      </w:r>
      <w:r>
        <w:rPr>
          <w:sz w:val="20"/>
        </w:rPr>
        <w:t>4:17  himalaya effort ho rahi hain.</w:t>
      </w:r>
      <w:r>
        <w:br/>
      </w:r>
      <w:r>
        <w:rPr>
          <w:sz w:val="20"/>
        </w:rPr>
        <w:t>4:22  beshumar sacrifice di gayi hai, phir bhi result kuch nahi. result kuch nahi, yeh koi mera kehna nahi hai, yeh sab log mante hain.</w:t>
      </w:r>
    </w:p>
    <w:p>
      <w:pPr>
        <w:pStyle w:val="Heading2"/>
      </w:pPr>
      <w:r>
        <w:t>Full argument: disability, service, and spiritual growth</w:t>
      </w:r>
    </w:p>
    <w:p>
      <w:r>
        <w:rPr>
          <w:color w:val="666666"/>
          <w:sz w:val="18"/>
        </w:rPr>
        <w:t>Social Responsibility April 23, 2014 Maulana Wahiduddin Khan · 5m 56s · at 19:53 · https://youtu.be/Rjwky9MWSDM?t=1193</w:t>
      </w:r>
    </w:p>
    <w:p>
      <w:r>
        <w:rPr>
          <w:i/>
        </w:rPr>
        <w:t>“Allah Ta'ala ne kisi insan ko bekar nahi paida kiya”</w:t>
      </w:r>
    </w:p>
    <w:p>
      <w:r>
        <w:rPr>
          <w:sz w:val="20"/>
        </w:rPr>
        <w:t>19:53  dekhiye, Allah taala ne kisi insan ko bekar nahi paida kiya, kisi insan ko bekar nahi paida kiya. agar koi aadmi ki aankh zaya ho jaye to bhi Allah ke hukum se hoti hai.</w:t>
      </w:r>
      <w:r>
        <w:br/>
      </w:r>
      <w:r>
        <w:rPr>
          <w:sz w:val="20"/>
        </w:rPr>
        <w:t>20:05  kisi ke kaan ki sunwai kam ho jaye to wo bhi Allah ke hukum se hota hai. koi beemar pade to wo bhi Allah ke hukum se hota hai. to kyun hota hai?</w:t>
      </w:r>
      <w:r>
        <w:br/>
      </w:r>
      <w:r>
        <w:rPr>
          <w:sz w:val="20"/>
        </w:rPr>
        <w:t>20:15  is liye ke logon ko moqa dena hai ke wo doosron ki khidmat karein.</w:t>
      </w:r>
      <w:r>
        <w:br/>
      </w:r>
      <w:r>
        <w:rPr>
          <w:sz w:val="20"/>
        </w:rPr>
        <w:t>20:20  agar ye sab na ho to to kaise ek ek aadmi doosre ki khidmat karega? to samajh mein service ka mahol ho, khidmat ka mahol ho, ek doosre ka ke kaam aane ka mahol ho, ek doosre ko support dene ka mahol ho.</w:t>
      </w:r>
      <w:r>
        <w:br/>
      </w:r>
      <w:r>
        <w:rPr>
          <w:sz w:val="20"/>
        </w:rPr>
        <w:t>20:35  is tarah is liye kuch log aise kar diye jate hain. to is se jo ye phir mazeed ek ye koi</w:t>
      </w:r>
      <w:r>
        <w:br/>
      </w:r>
      <w:r>
        <w:rPr>
          <w:sz w:val="20"/>
        </w:rPr>
        <w:t>20:45  sadah baat nahi hai. jab aap kisi ki madad karte hain, jab kisi ko support dete hain to aap apni rohaniyat ko jagate hain. jab aap doosre ke ko support dete hain, is se apne andar hamdardi ka jazba badhate hain.</w:t>
      </w:r>
      <w:r>
        <w:br/>
      </w:r>
      <w:r>
        <w:rPr>
          <w:sz w:val="20"/>
        </w:rPr>
        <w:t>21:01  aap aap ke andar rohaniyat paida hoti hai, aap ko Allah se qurbat qurbat milti hai. yani doosre ka madad karne ke dauran khud apne aap ko bohat bara bara hissa mil jata milta hai.</w:t>
      </w:r>
      <w:r>
        <w:br/>
      </w:r>
      <w:r>
        <w:rPr>
          <w:sz w:val="20"/>
        </w:rPr>
        <w:t>21:16  to ye ye jo jo khaliq ka jo nizam hai, ye sab us ke hisse hain. ye khaliq ka nizam hai.</w:t>
      </w:r>
      <w:r>
        <w:br/>
      </w:r>
      <w:r>
        <w:rPr>
          <w:sz w:val="20"/>
        </w:rPr>
        <w:t>21:25  koi neecha hai, koi ooncha hai, koi kamzor hai, koi taqatwar hai, koi naaqis-ul-azaa hai, koi aisa hai jiske azaa bilkul durust hain.</w:t>
      </w:r>
      <w:r>
        <w:br/>
      </w:r>
      <w:r>
        <w:rPr>
          <w:sz w:val="20"/>
        </w:rPr>
        <w:t>21:37  toh sab kuch takhleeq ke nizaam ke tehat hai aur isi liye hai ke samaaj mein harkat ke value jo hain, woh flores karein.</w:t>
      </w:r>
      <w:r>
        <w:br/>
      </w:r>
      <w:r>
        <w:rPr>
          <w:sz w:val="20"/>
        </w:rPr>
        <w:t>21:46  samaaj mein harkat ke value, justice ki justice ka ko farogh haasil ho aur help ek doosre karein.</w:t>
      </w:r>
      <w:r>
        <w:br/>
      </w:r>
      <w:r>
        <w:rPr>
          <w:sz w:val="20"/>
        </w:rPr>
        <w:t>21:57  log is ko farogh haasil ho aur social service ko farogh haasil ho, philanthropy ko farogh haasil ho.</w:t>
      </w:r>
      <w:r>
        <w:br/>
      </w:r>
      <w:r>
        <w:rPr>
          <w:sz w:val="20"/>
        </w:rPr>
        <w:t>22:07  toh agar yeh sab haalaat na hon toh kaise aisa hoga?</w:t>
      </w:r>
      <w:r>
        <w:br/>
      </w:r>
      <w:r>
        <w:rPr>
          <w:sz w:val="20"/>
        </w:rPr>
        <w:t>22:11  toh majmooi taur par samaaj mein jo jo matloob hai, jo haalaat matloob hain, jo jin jin walon ko jin waloz ko matloob hai ke woh flores karein, woh kaise hoga?</w:t>
      </w:r>
      <w:r>
        <w:br/>
      </w:r>
      <w:r>
        <w:rPr>
          <w:sz w:val="20"/>
        </w:rPr>
        <w:t>22:30  toh ek aadmi agar naaqis-ul-azaa hai toh uska zaati aitbaar se yeh iski bahaduri hai, lekin doosron ke aitbaar se unki zimmedari hai.</w:t>
      </w:r>
      <w:r>
        <w:br/>
      </w:r>
      <w:r>
        <w:rPr>
          <w:sz w:val="20"/>
        </w:rPr>
        <w:t>22:43  naaqis naaqis-ul-azaa aadmi jo hai, apne liye toh uska ek ek zaati bahaduri ka masla hai, lekin isi ke saath woh doosron ke liye unki zimmedari ko bata raha hai.</w:t>
      </w:r>
      <w:r>
        <w:br/>
      </w:r>
      <w:r>
        <w:rPr>
          <w:sz w:val="20"/>
        </w:rPr>
        <w:t>22:58  unke yaad dilata hai ke tumhari responsibility hai ke tum doosre ki madad karo. toh is tarah se ek ek ek mahaul banta hai,</w:t>
      </w:r>
      <w:r>
        <w:br/>
      </w:r>
      <w:r>
        <w:rPr>
          <w:sz w:val="20"/>
        </w:rPr>
        <w:t>23:11  roohaniyat ko farogh haasil hota hai aur insaniyat ko taraqqi milti hai.</w:t>
      </w:r>
      <w:r>
        <w:br/>
      </w:r>
      <w:r>
        <w:rPr>
          <w:sz w:val="20"/>
        </w:rPr>
        <w:t>23:23  bohat se faayde iske hain.</w:t>
      </w:r>
      <w:r>
        <w:br/>
      </w:r>
      <w:r>
        <w:rPr>
          <w:sz w:val="20"/>
        </w:rPr>
        <w:t>23:27  yeh koi saada baat nahi hai. yaani yeh sirf yeh sirf ikhlaqi madad ki baat nahi hai, yeh insani taraqqi ki baat hai. yaad rakhiye, yeh sab cheezein jo hain, yeh sirf ikhlaqi madad ki baat nahi hai.</w:t>
      </w:r>
      <w:r>
        <w:br/>
      </w:r>
      <w:r>
        <w:rPr>
          <w:sz w:val="20"/>
        </w:rPr>
        <w:t>23:41  yeh yeh insani taraqqi ki baat bhi hai. is se insani taraqqiyaat judi hui hain.</w:t>
      </w:r>
      <w:r>
        <w:br/>
      </w:r>
      <w:r>
        <w:rPr>
          <w:sz w:val="20"/>
        </w:rPr>
        <w:t>23:50  is se insani taraqqiyaat judi hui hain.</w:t>
      </w:r>
      <w:r>
        <w:br/>
      </w:r>
      <w:r>
        <w:rPr>
          <w:sz w:val="20"/>
        </w:rPr>
        <w:t>23:57  toh main samajhta hoon ke inayatton ko zyada inayatton ki zyada tafseer karni chahiye, zyada unki wazahat karni chahiye, inayatton ki ko le kar zyada tehqeeq karni chahiye aur batana chahiye musalmanon ko ke inayatton mein yeh saare kaam shaamil hain.</w:t>
      </w:r>
      <w:r>
        <w:br/>
      </w:r>
      <w:r>
        <w:rPr>
          <w:sz w:val="20"/>
        </w:rPr>
        <w:t>24:18  inayatton ke yaani wasee' tar application mein yeh saare kaam shaamil hain.</w:t>
      </w:r>
      <w:r>
        <w:br/>
      </w:r>
      <w:r>
        <w:rPr>
          <w:sz w:val="20"/>
        </w:rPr>
        <w:t>24:26  inayatton ke jo hai extended application mein yeh saare kaam shaamil hain.</w:t>
      </w:r>
      <w:r>
        <w:br/>
      </w:r>
      <w:r>
        <w:rPr>
          <w:sz w:val="20"/>
        </w:rPr>
        <w:t>24:35  toh is se main samajhta hoon ke yaani Quran ka ek naya aspect saamne aata hai. is tarah jab ghore kiya jaaye, is tarah jab ghore kiya jaaye toh Quran ka ek naya pehlu saamne aata hai</w:t>
      </w:r>
      <w:r>
        <w:br/>
      </w:r>
      <w:r>
        <w:rPr>
          <w:sz w:val="20"/>
        </w:rPr>
        <w:t>24:50  jiska ta'alluq ikhlaqiyat se hai, roohaniyat se hai, insani taraqqi se hai aur samaaji rifaqat se hai.</w:t>
      </w:r>
      <w:r>
        <w:br/>
      </w:r>
      <w:r>
        <w:rPr>
          <w:sz w:val="20"/>
        </w:rPr>
        <w:t>25:03  in sab se juda hua hai.</w:t>
      </w:r>
      <w:r>
        <w:br/>
      </w:r>
      <w:r>
        <w:rPr>
          <w:sz w:val="20"/>
        </w:rPr>
        <w:t>25:08  toh main samajhta hoon ke inayatton ko asar-o-matala karna chahiye, inayatton ke asarron ko tashreeh karna chahiye,</w:t>
      </w:r>
      <w:r>
        <w:br/>
      </w:r>
      <w:r>
        <w:rPr>
          <w:sz w:val="20"/>
        </w:rPr>
        <w:t>25:16  inaytron ke jo wasee' tar maani hain, unko dobara bayan karna chahiye taake musalmanon mein yeh zehan paida ho ke woh jadeed jo jo jadeed taraqqiyaat hain is silsile mein, is silsile mein jo modern technology jo develop develop ki gayi hai, usko istemaal karein,</w:t>
      </w:r>
      <w:r>
        <w:br/>
      </w:r>
      <w:r>
        <w:rPr>
          <w:sz w:val="20"/>
        </w:rPr>
        <w:t>25:41  usko istemaal karein aur usko uske zariye se aise logon ki madad karein.</w:t>
      </w:r>
    </w:p>
    <w:p>
      <w:pPr>
        <w:pStyle w:val="Heading2"/>
      </w:pPr>
      <w:r>
        <w:t>how Greek-philosophy kalam became a barrier to Islam's progress</w:t>
      </w:r>
    </w:p>
    <w:p>
      <w:r>
        <w:rPr>
          <w:color w:val="666666"/>
          <w:sz w:val="18"/>
        </w:rPr>
        <w:t>Ilm-e-Kalaam Tajdeed-e-Deen Book by Maulana Wahiduddin Khan · 3m 59s · at 0:01 · https://youtu.be/8OqRuoQaggk?t=1</w:t>
      </w:r>
    </w:p>
    <w:p>
      <w:r>
        <w:rPr>
          <w:i/>
        </w:rPr>
        <w:t>“Ilm-e-kalam Islam ki taraqqi mein rukawat kyun bana”</w:t>
      </w:r>
    </w:p>
    <w:p>
      <w:r>
        <w:rPr>
          <w:sz w:val="20"/>
        </w:rPr>
        <w:t>0:01  ilme kalam. maujooda ilme kalam islam ke ilmi irtiqaa mein zabardast rukawat saabit hua hai.</w:t>
      </w:r>
      <w:r>
        <w:br/>
      </w:r>
      <w:r>
        <w:rPr>
          <w:sz w:val="20"/>
        </w:rPr>
        <w:t>0:12  islami ilm-e-kalam ki buniyad haqaiq-e-fitrat par hai, magar abbasi daur mein islami ilm-e-kalam ko yunani falsafe par dhal diya gaya.</w:t>
      </w:r>
      <w:r>
        <w:br/>
      </w:r>
      <w:r>
        <w:rPr>
          <w:sz w:val="20"/>
        </w:rPr>
        <w:t>0:22  yahi inhiraf hai jis ne ilm-e-kalam ko is ki maujudah shakal mein mufeed anasar ke bajaye muzir anasar bana diya hai.</w:t>
      </w:r>
      <w:r>
        <w:br/>
      </w:r>
      <w:r>
        <w:rPr>
          <w:sz w:val="20"/>
        </w:rPr>
        <w:t>0:32  ilm-e-kalam apni asal haqiqat ke aitbar se islami dawat-o-taleem ki ek muawin shakh hai. is ka maqsad yeh hai ke mukhatib jis usloob mein manoos hai aur jin istilahaat mein baat ko samajhna chahta hai,</w:t>
      </w:r>
      <w:r>
        <w:br/>
      </w:r>
      <w:r>
        <w:rPr>
          <w:sz w:val="20"/>
        </w:rPr>
        <w:t>0:46  isi usloob aur isi istilaha mein us ke samne khuda ke abadi paigham ko pahunchaya jaye.</w:t>
      </w:r>
      <w:r>
        <w:br/>
      </w:r>
      <w:r>
        <w:rPr>
          <w:sz w:val="20"/>
        </w:rPr>
        <w:t>0:53  is ki isi ahmiyat ki bina par imam ghazali 1059 ta 1111 mein ulama ke taleemi nisaab mein khalis deeni mozu'aat ke sath madadgar ilm ke taur par ma'qulat ka jor lagaya tha,</w:t>
      </w:r>
      <w:r>
        <w:br/>
      </w:r>
      <w:r>
        <w:rPr>
          <w:sz w:val="20"/>
        </w:rPr>
        <w:t>1:10  tahke islami darsgahon se aise log tayyar hon jo ek taraf deen ka bukhubi ilm rakhte hon,</w:t>
      </w:r>
      <w:r>
        <w:br/>
      </w:r>
      <w:r>
        <w:rPr>
          <w:sz w:val="20"/>
        </w:rPr>
        <w:t>1:18  dusri taraf waqt ke ilmi mayar par islam ki numaindagi kar saken. magar ilm-e-kalam ain apni noiyat ke aitbar se ek zamani ilm hai.</w:t>
      </w:r>
      <w:r>
        <w:br/>
      </w:r>
      <w:r>
        <w:rPr>
          <w:sz w:val="20"/>
        </w:rPr>
        <w:t>1:29  woh islam ki daimi haqiqat ko zamani istilahaat mein bayan karta hai, is liye is ki ahmiyat is waqt khud ba khud khatam ho jati hai jabke woh zamana khatam ho jaye jis ke andar woh wajood mein aaya tha.</w:t>
      </w:r>
      <w:r>
        <w:br/>
      </w:r>
      <w:r>
        <w:rPr>
          <w:sz w:val="20"/>
        </w:rPr>
        <w:t>1:44  magar yahan bhi isi insani kamzori ne kaam kiya jis ke asrat hamein doosri cheezon mein nazar ate hain. woh yeh ke koi cheez jab ek bar wajood mein aa jaye aur us ke sath kuch qabil-e-ehtiram shakhsiyaton ke naam wabasta ho jayen to dheere dheere woh muqaddas banna shuru ho jati hai, yahan tak ke woh waqt ata hai jabke us mein tarmeem-o-islaah ki baat sochna bhi logon ko aisa lagta hai jaise woh gunah ho.</w:t>
      </w:r>
      <w:r>
        <w:br/>
      </w:r>
      <w:r>
        <w:rPr>
          <w:sz w:val="20"/>
        </w:rPr>
        <w:t>2:13  yahi hal islam ke is kalami literature ka hua jo abbasi daur mein paida hua tha. yeh ilm-e-kalam is waqt itna mu'assir sabit hua ke jo ulum islam ke liye challenge ban kar zahir hue the, woh khud islam ke khadim ban gaye.</w:t>
      </w:r>
      <w:r>
        <w:br/>
      </w:r>
      <w:r>
        <w:rPr>
          <w:sz w:val="20"/>
        </w:rPr>
        <w:t>2:31  magar zamane ki tabdili ne ab in ki ahmiyat qatai taur par khatam kar di hai.</w:t>
      </w:r>
      <w:r>
        <w:br/>
      </w:r>
      <w:r>
        <w:rPr>
          <w:sz w:val="20"/>
        </w:rPr>
        <w:t>2:36  aaj ma'qulat ke naam se jo cheez hamare darul uloom mein parhai jati hai, us ko nam'qulat kehna zyada sahi hoga. us ki buniyad aise aqli qyasat par qaim hai jo aaj mushahida aur tajrube ke zariye galat sabit ho chuke hain.</w:t>
      </w:r>
      <w:r>
        <w:br/>
      </w:r>
      <w:r>
        <w:rPr>
          <w:sz w:val="20"/>
        </w:rPr>
        <w:t>2:54  jo cheez mahaz ek waqti tadbeer ki hesiyat rakhti thi, us ko baad ke logon ne deeni nisaab ka mustaqil juz bana liya.</w:t>
      </w:r>
      <w:r>
        <w:br/>
      </w:r>
      <w:r>
        <w:rPr>
          <w:sz w:val="20"/>
        </w:rPr>
        <w:t>3:03  is tarah agarche islam ka matan nahi, magar islam ka nizam-e-taleem theek isi ghalti ka shikar ho gaya jis ka shikar isaiyon ne apni kitab-e-muqaddas ko banaya tha.</w:t>
      </w:r>
      <w:r>
        <w:br/>
      </w:r>
      <w:r>
        <w:rPr>
          <w:sz w:val="20"/>
        </w:rPr>
        <w:t>3:14  yahi woh surat-e-hal hai jis ne islam ke is imkan ko barooye kar aanay nahi diya ke woh maujudah zamane mein ek bartar fikri quwwat ki hesiyat se zahir ho sake.</w:t>
      </w:r>
      <w:r>
        <w:br/>
      </w:r>
      <w:r>
        <w:rPr>
          <w:sz w:val="20"/>
        </w:rPr>
        <w:t>3:28  hamare deeni madaris nihayat ikhlas ke sath aise insan tayyar karne mein masroof hain jo sirf panch sau baras pehle ki duniya mein kaam kar sakte the.</w:t>
      </w:r>
      <w:r>
        <w:br/>
      </w:r>
      <w:r>
        <w:rPr>
          <w:sz w:val="20"/>
        </w:rPr>
        <w:t>3:38  zahiri hai ke aise log maujudah badle hue zamane mein islam ka fikri izhar nahi kar sakte.</w:t>
      </w:r>
      <w:r>
        <w:br/>
      </w:r>
      <w:r>
        <w:rPr>
          <w:sz w:val="20"/>
        </w:rPr>
        <w:t>3:46  woh apne zehn-o-mizaj ki wajah se sirf yahi kar sakte hain ke islam ki kamtar numaindagi kar ke yeh sabit karen ke islam daur-e-science se pehle ki cheez hai, woh aaj ke insan ke liye nahi.</w:t>
      </w:r>
    </w:p>
    <w:p>
      <w:pPr>
        <w:pStyle w:val="Heading2"/>
      </w:pPr>
      <w:r>
        <w:t>Islam's historical authenticity vs other religions</w:t>
      </w:r>
    </w:p>
    <w:p>
      <w:r>
        <w:rPr>
          <w:color w:val="666666"/>
          <w:sz w:val="18"/>
        </w:rPr>
        <w:t>In Search for Truth 18 May 2007 · 6m 06s · at 18:01 · https://youtu.be/3Q4zw6202eM?t=1081</w:t>
      </w:r>
    </w:p>
    <w:p>
      <w:r>
        <w:rPr>
          <w:i/>
        </w:rPr>
        <w:t>“But he discovers that religions have no authentic history.”</w:t>
      </w:r>
    </w:p>
    <w:p>
      <w:r>
        <w:rPr>
          <w:sz w:val="20"/>
        </w:rPr>
        <w:t>18:01  So first of all, he wants to know the history of these religions. But he discovers that religions have no authentic history.</w:t>
      </w:r>
      <w:r>
        <w:br/>
      </w:r>
      <w:r>
        <w:rPr>
          <w:sz w:val="20"/>
        </w:rPr>
        <w:t>18:18  All these religions are simply mythology. Even they were not recorded in the history.</w:t>
      </w:r>
      <w:r>
        <w:br/>
      </w:r>
      <w:r>
        <w:rPr>
          <w:sz w:val="20"/>
        </w:rPr>
        <w:t>18:30  They are mentioned in the recorded history. So again he fell into despair.</w:t>
      </w:r>
      <w:r>
        <w:br/>
      </w:r>
      <w:r>
        <w:rPr>
          <w:sz w:val="20"/>
        </w:rPr>
        <w:t>18:40  When the religions have no historical credibility, so how can one rely on these religions?</w:t>
      </w:r>
      <w:r>
        <w:br/>
      </w:r>
      <w:r>
        <w:rPr>
          <w:sz w:val="20"/>
        </w:rPr>
        <w:t>18:57  Because all those people who are said to be founders of these religions, they are lost in history.</w:t>
      </w:r>
      <w:r>
        <w:br/>
      </w:r>
      <w:r>
        <w:rPr>
          <w:sz w:val="20"/>
        </w:rPr>
        <w:t>19:09  There is no history to know about their activities, about their mission.</w:t>
      </w:r>
      <w:r>
        <w:br/>
      </w:r>
      <w:r>
        <w:rPr>
          <w:sz w:val="20"/>
        </w:rPr>
        <w:t>19:18  No history at all.</w:t>
      </w:r>
      <w:r>
        <w:br/>
      </w:r>
      <w:r>
        <w:rPr>
          <w:sz w:val="20"/>
        </w:rPr>
        <w:t>19:22  Then those books that are attributed to these founders are not preserved in their original form. Are not preserved in their original form.</w:t>
      </w:r>
      <w:r>
        <w:br/>
      </w:r>
      <w:r>
        <w:rPr>
          <w:sz w:val="20"/>
        </w:rPr>
        <w:t>19:40  Let us take Buddha. Buddha, his sayings are not preserved in history. Very few sayings of Buddha are reported in Pali.</w:t>
      </w:r>
      <w:r>
        <w:br/>
      </w:r>
      <w:r>
        <w:rPr>
          <w:sz w:val="20"/>
        </w:rPr>
        <w:t>19:59  But we do not know the details of Buddha. Only the second generation, only his later disciples wrote about him.</w:t>
      </w:r>
      <w:r>
        <w:br/>
      </w:r>
      <w:r>
        <w:rPr>
          <w:sz w:val="20"/>
        </w:rPr>
        <w:t>20:18  And we have only</w:t>
      </w:r>
      <w:r>
        <w:br/>
      </w:r>
      <w:r>
        <w:rPr>
          <w:sz w:val="20"/>
        </w:rPr>
        <w:t>20:23  those writings which were prepared by his disciples. But directly we have, directly we cannot know the details about Buddha.</w:t>
      </w:r>
      <w:r>
        <w:br/>
      </w:r>
      <w:r>
        <w:rPr>
          <w:sz w:val="20"/>
        </w:rPr>
        <w:t>20:37  So what is the case of all the founders of ancient religions</w:t>
      </w:r>
      <w:r>
        <w:br/>
      </w:r>
      <w:r>
        <w:rPr>
          <w:sz w:val="20"/>
        </w:rPr>
        <w:t>20:47  ? All are mythology. They have no mention in the recorded history. So the seeker again falls into despair.</w:t>
      </w:r>
      <w:r>
        <w:br/>
      </w:r>
      <w:r>
        <w:rPr>
          <w:sz w:val="20"/>
        </w:rPr>
        <w:t>21:05  Then he starts studying Islam.</w:t>
      </w:r>
      <w:r>
        <w:br/>
      </w:r>
      <w:r>
        <w:rPr>
          <w:sz w:val="20"/>
        </w:rPr>
        <w:t>21:11  His last phase, in the last stage, he starts to study Islam, to understand, to find his questions from the religion of Islam.</w:t>
      </w:r>
      <w:r>
        <w:br/>
      </w:r>
      <w:r>
        <w:rPr>
          <w:sz w:val="20"/>
        </w:rPr>
        <w:t>21:32  Here he is surprised to know that Islam is</w:t>
      </w:r>
      <w:r>
        <w:br/>
      </w:r>
      <w:r>
        <w:rPr>
          <w:sz w:val="20"/>
        </w:rPr>
        <w:t>21:41  a historical phenomenon in the complete sense of the word. Everything in Islam is historical. Nothing is ambiguous.</w:t>
      </w:r>
      <w:r>
        <w:br/>
      </w:r>
      <w:r>
        <w:rPr>
          <w:sz w:val="20"/>
        </w:rPr>
        <w:t>21:54  Everything is quite known</w:t>
      </w:r>
      <w:r>
        <w:br/>
      </w:r>
      <w:r>
        <w:rPr>
          <w:sz w:val="20"/>
        </w:rPr>
        <w:t>21:56  . Everything is recorded in history. For example,</w:t>
      </w:r>
      <w:r>
        <w:br/>
      </w:r>
      <w:r>
        <w:rPr>
          <w:sz w:val="20"/>
        </w:rPr>
        <w:t>22:07  for example, Muhammad was the founder of Islam.</w:t>
      </w:r>
      <w:r>
        <w:br/>
      </w:r>
      <w:r>
        <w:rPr>
          <w:sz w:val="20"/>
        </w:rPr>
        <w:t>22:14  If you want to know</w:t>
      </w:r>
      <w:r>
        <w:br/>
      </w:r>
      <w:r>
        <w:rPr>
          <w:sz w:val="20"/>
        </w:rPr>
        <w:t>22:18  the name of his father, you can say that Abdullah was the father of Muhammad. We precisely know that Muhammad bin Abdullah bin Abdul Muttalib.</w:t>
      </w:r>
      <w:r>
        <w:br/>
      </w:r>
      <w:r>
        <w:rPr>
          <w:sz w:val="20"/>
        </w:rPr>
        <w:t>22:36  Then we precisely know in historical terms</w:t>
      </w:r>
      <w:r>
        <w:br/>
      </w:r>
      <w:r>
        <w:rPr>
          <w:sz w:val="20"/>
        </w:rPr>
        <w:t>22:44  that Muhammad was born in 570 AD.</w:t>
      </w:r>
      <w:r>
        <w:br/>
      </w:r>
      <w:r>
        <w:rPr>
          <w:sz w:val="20"/>
        </w:rPr>
        <w:t>22:53  Muhammad was born in Makkah, a city in Arabia. Muhammad declared his prophethood in 610 AD.</w:t>
      </w:r>
      <w:r>
        <w:br/>
      </w:r>
      <w:r>
        <w:rPr>
          <w:sz w:val="20"/>
        </w:rPr>
        <w:t>23:09  He started his mission in Makkah.</w:t>
      </w:r>
      <w:r>
        <w:br/>
      </w:r>
      <w:r>
        <w:rPr>
          <w:sz w:val="20"/>
        </w:rPr>
        <w:t>23:15  Some people accepted his religion, his mission</w:t>
      </w:r>
      <w:r>
        <w:br/>
      </w:r>
      <w:r>
        <w:rPr>
          <w:sz w:val="20"/>
        </w:rPr>
        <w:t>23:22  . Then he migrated from Makkah to Madinah in 622 AD. He continued his mission in Madinah up to 10 years.</w:t>
      </w:r>
      <w:r>
        <w:br/>
      </w:r>
      <w:r>
        <w:rPr>
          <w:sz w:val="20"/>
        </w:rPr>
        <w:t>23:36  And he died in Madinah in 632 AD. So here everything is known in historical terms.</w:t>
      </w:r>
      <w:r>
        <w:br/>
      </w:r>
      <w:r>
        <w:rPr>
          <w:sz w:val="20"/>
        </w:rPr>
        <w:t>23:50  Everything you want to know about Muhammad, you can find</w:t>
      </w:r>
      <w:r>
        <w:br/>
      </w:r>
      <w:r>
        <w:rPr>
          <w:sz w:val="20"/>
        </w:rPr>
        <w:t>23:58  in the books. In the books that is called Sira.</w:t>
      </w:r>
    </w:p>
    <w:p>
      <w:pPr>
        <w:pStyle w:val="Heading2"/>
      </w:pPr>
      <w:r>
        <w:t>Jewels cannot satisfy hunger in afterlife</w:t>
      </w:r>
    </w:p>
    <w:p>
      <w:r>
        <w:rPr>
          <w:color w:val="666666"/>
          <w:sz w:val="18"/>
        </w:rPr>
        <w:t>What is Paradise 4 March 2006 - Maulana Wahiduddin Khan · 3m 46s · at 30:13 · https://youtu.be/SYmFRRq3BGU?t=1813</w:t>
      </w:r>
    </w:p>
    <w:p>
      <w:r>
        <w:rPr>
          <w:i/>
        </w:rPr>
        <w:t>“Abbasid period mein”</w:t>
      </w:r>
    </w:p>
    <w:p>
      <w:r>
        <w:rPr>
          <w:sz w:val="20"/>
        </w:rPr>
        <w:t>30:13  bohat lamba</w:t>
      </w:r>
      <w:r>
        <w:br/>
      </w:r>
      <w:r>
        <w:rPr>
          <w:sz w:val="20"/>
        </w:rPr>
        <w:t>30:18  hukumat ka zamana tha. Abbas, jis ko hum Abbasid period kehte hain. pehle prophet ka zamana tha, phir khaleefa ka zamana aya.</w:t>
      </w:r>
      <w:r>
        <w:br/>
      </w:r>
      <w:r>
        <w:rPr>
          <w:sz w:val="20"/>
        </w:rPr>
        <w:t>30:28  phir Umayyad ka zamana aya, phir Abbasid ka zamana aya. to un ki, un ka role bohat bare ilaqay mein tha.</w:t>
      </w:r>
      <w:r>
        <w:br/>
      </w:r>
      <w:r>
        <w:rPr>
          <w:sz w:val="20"/>
        </w:rPr>
        <w:t>30:43  is ke baad kya hua ke</w:t>
      </w:r>
      <w:r>
        <w:br/>
      </w:r>
      <w:r>
        <w:rPr>
          <w:sz w:val="20"/>
        </w:rPr>
        <w:t>30:50  Turkistan se jangli qabailay jin ko Tatari kaha jata hai uthe. aur unhone Samarkand se le kar Aleppo tak.</w:t>
      </w:r>
      <w:r>
        <w:br/>
      </w:r>
      <w:r>
        <w:rPr>
          <w:sz w:val="20"/>
        </w:rPr>
        <w:t>31:02  Aleppo English mein kehte hain Aleppo. wo Arabic mein kehte hain Halab. Samarkand se le kar Halab tak sab tabah kar dala.</w:t>
      </w:r>
      <w:r>
        <w:br/>
      </w:r>
      <w:r>
        <w:rPr>
          <w:sz w:val="20"/>
        </w:rPr>
        <w:t>31:13  aur aakhir mein jo aakhri badshah tha, yani aakhri jo khaleefa tha, Abdullah, us ko pakar kar band kar diya us ko.</w:t>
      </w:r>
      <w:r>
        <w:br/>
      </w:r>
      <w:r>
        <w:rPr>
          <w:sz w:val="20"/>
        </w:rPr>
        <w:t>31:28  ek ghar mein band kar diya.</w:t>
      </w:r>
      <w:r>
        <w:br/>
      </w:r>
      <w:r>
        <w:rPr>
          <w:sz w:val="20"/>
        </w:rPr>
        <w:t>31:33  to jo Tatari sardar tha us ne keh diya ke is ko khana pani band karo.</w:t>
      </w:r>
      <w:r>
        <w:br/>
      </w:r>
      <w:r>
        <w:rPr>
          <w:sz w:val="20"/>
        </w:rPr>
        <w:t>31:42  nah un ko khana do nah pani do. aise hi chand din beet gaye. to us ne tatari sardar ke pas ek paigham bheja.</w:t>
      </w:r>
      <w:r>
        <w:br/>
      </w:r>
      <w:r>
        <w:rPr>
          <w:sz w:val="20"/>
        </w:rPr>
        <w:t>32:00  us ne kaha ke main bohat bhooka hoon.</w:t>
      </w:r>
      <w:r>
        <w:br/>
      </w:r>
      <w:r>
        <w:rPr>
          <w:sz w:val="20"/>
        </w:rPr>
        <w:t>32:05  bhook se main tarp raha hoon. mujhe kuch khana bhijwao.</w:t>
      </w:r>
      <w:r>
        <w:br/>
      </w:r>
      <w:r>
        <w:rPr>
          <w:sz w:val="20"/>
        </w:rPr>
        <w:t>32:13  to tatari sardar ne kaha ke is ke mahal mein jo diamond aur nikle hain, jo jawahir nikle hain,</w:t>
      </w:r>
      <w:r>
        <w:br/>
      </w:r>
      <w:r>
        <w:rPr>
          <w:sz w:val="20"/>
        </w:rPr>
        <w:t>32:27  us ko ek thal mein sajao aur le ja kar us ko pesh kar do.</w:t>
      </w:r>
      <w:r>
        <w:br/>
      </w:r>
      <w:r>
        <w:rPr>
          <w:sz w:val="20"/>
        </w:rPr>
        <w:t>32:36  to log le gaye.</w:t>
      </w:r>
      <w:r>
        <w:br/>
      </w:r>
      <w:r>
        <w:rPr>
          <w:sz w:val="20"/>
        </w:rPr>
        <w:t>32:41  ek thal mein heere aur jawahir ko saja kar ke. jo jugmag jugmag kar rahe the. us ke mahal ke teh khane mein woh mile the.</w:t>
      </w:r>
      <w:r>
        <w:br/>
      </w:r>
      <w:r>
        <w:rPr>
          <w:sz w:val="20"/>
        </w:rPr>
        <w:t>32:56  to jab woh thal us ke samne laya gaya to khalifa</w:t>
      </w:r>
      <w:r>
        <w:br/>
      </w:r>
      <w:r>
        <w:rPr>
          <w:sz w:val="20"/>
        </w:rPr>
        <w:t>33:05  us ko dekh kar khush nahi ho saka. khush nahi ho saka us ko dekh kar. balkeh woh rone laga.</w:t>
      </w:r>
      <w:r>
        <w:br/>
      </w:r>
      <w:r>
        <w:rPr>
          <w:sz w:val="20"/>
        </w:rPr>
        <w:t>33:15  ab ghor kijiye ke jis heere jawahir ko pehle woh dekh kar khush hota tha, aaj woh dekh kar rone laga.</w:t>
      </w:r>
      <w:r>
        <w:br/>
      </w:r>
      <w:r>
        <w:rPr>
          <w:sz w:val="20"/>
        </w:rPr>
        <w:t>33:28  aur us ne kaha: "in al-jawāhir lā tuʼkal. in al-jawāhir lā tuʼkal."</w:t>
      </w:r>
      <w:r>
        <w:br/>
      </w:r>
      <w:r>
        <w:rPr>
          <w:sz w:val="20"/>
        </w:rPr>
        <w:t>33:40  jawahir to khaye nahi jatay.</w:t>
      </w:r>
      <w:r>
        <w:br/>
      </w:r>
      <w:r>
        <w:rPr>
          <w:sz w:val="20"/>
        </w:rPr>
        <w:t>33:45  jawahir to khaye nahi jatay." main samajhta hoon ke yahi hal insan ka hone wala hai akhirat mein.</w:t>
      </w:r>
    </w:p>
    <w:p>
      <w:pPr>
        <w:pStyle w:val="Heading2"/>
      </w:pPr>
      <w:r>
        <w:t>Head covering not mandatory in Islam</w:t>
      </w:r>
    </w:p>
    <w:p>
      <w:r>
        <w:rPr>
          <w:color w:val="666666"/>
          <w:sz w:val="18"/>
        </w:rPr>
        <w:t>In conversation with Prof. Farida Khanam · 4m 03s · at 27:45 · https://youtu.be/65KKekibzU0?t=1665</w:t>
      </w:r>
    </w:p>
    <w:p>
      <w:r>
        <w:rPr>
          <w:i/>
        </w:rPr>
        <w:t>“Kya Islam mein auraton ka sar dhakna zaroori hai?”</w:t>
      </w:r>
    </w:p>
    <w:p>
      <w:r>
        <w:rPr>
          <w:sz w:val="20"/>
        </w:rPr>
        <w:t>27:45  bohat acha explain kiya aap logon ne, bohat acha. in ka doosra question tha, kya Islam mein auraton ka sar dhapna zaroori hai?</w:t>
      </w:r>
      <w:r>
        <w:br/>
      </w:r>
      <w:r>
        <w:rPr>
          <w:sz w:val="20"/>
        </w:rPr>
        <w:t>27:58  asal mein aisa Quran mein to aisi koi ayat nahin hai ke baal dhapna, sar dhapna. bas yeh hai ke kaha gaya hai ke jab tum log bahar niklo, woh bhi ghar mein nahin bataya gaya, bahar niklo to uss tareeqay se apni oong jo hai aise kar liya karo, seenah dhak liya karo. yeh hai. to ab wahan to itni garmi hoti thi ke sar ko naturally log dhak hi lete thay. to lekin mandatory nahin hai ke sar dhapna. asal mein kya hai ke Yahudiyon</w:t>
      </w:r>
      <w:r>
        <w:br/>
      </w:r>
      <w:r>
        <w:rPr>
          <w:sz w:val="20"/>
        </w:rPr>
        <w:t>28:29  ke yahan sar dhapna mandatory tha, khas tor par ibadat ke time. to bohat sara yeh sab jo hai na culture jo hai, religious culture jo develop hua hai, woh Yahudiyon se, Isaiyon se, un logon se India mein jo culture tha, Hindu mazhab mein to woh dhaka jata tha na. uss se poori tarah se kya kehte hain, woh jo gira hua hota hai, woh aise sar dhakte hain.</w:t>
      </w:r>
      <w:r>
        <w:br/>
      </w:r>
      <w:r>
        <w:rPr>
          <w:sz w:val="20"/>
        </w:rPr>
        <w:t>29:02  ghoonghat, ghoonghat rehta tha, yeh sab hai na. to asal mein Islam ho ya koi bhi religion ho, jo local culture hota hai, uss se woh mutasir hota hai. aur chunke Arab mein aisa tha ke jo Yahudi thay, un ko yeh samjha jata tha ke un ke paas to sare paighambar aate hain, un ke paas deen hai, to woh jo kuch karein, woh ek standard model ban jata tha. to un ki auratain woh bohat</w:t>
      </w:r>
      <w:r>
        <w:br/>
      </w:r>
      <w:r>
        <w:rPr>
          <w:sz w:val="20"/>
        </w:rPr>
        <w:t>29:32  zyada sarwar dhakti theen. aaj bhi un ke haan ek tabqa hai jo bohat zyada sarwar dhakta hai. to uss tareeqay se unhon ne Arab auraton ne bhi yeh sab culture se mutasir huin. to ab namaz ke liye to dhaka hi jata tha, ibadat ke liye to dhaka hi jata tha. to uss tareeqay se log jo hain, aisa jab doosri qomon se unhon ne yeh sab borrow kiya to phir ab, ab chunke ab 1500 saal guzar chuke hain,</w:t>
      </w:r>
      <w:r>
        <w:br/>
      </w:r>
      <w:r>
        <w:rPr>
          <w:sz w:val="20"/>
        </w:rPr>
        <w:t>30:02  to ab aisa lagta hai ke yahi Islam hai. halankay sab kuch jo aaj hum karte hain, woh sab kuch Islam nahin hota hai, balkay doosri qomon ka culture hota hai jo hum ne adopt kar liya hai aur ab uss ko Islamize kar liya hai. to aisa koi zaroori nahin hai, lekin orhein to behtar, acha hai. sar dhakein to acha hai, lekin mandatory nahin hai.</w:t>
      </w:r>
      <w:r>
        <w:br/>
      </w:r>
      <w:r>
        <w:rPr>
          <w:sz w:val="20"/>
        </w:rPr>
        <w:t>30:27  theek kaha. baba jo burqa pehante hain auratain to woh bhi yahoodi se hi nikli hai na?</w:t>
      </w:r>
      <w:r>
        <w:br/>
      </w:r>
      <w:r>
        <w:rPr>
          <w:sz w:val="20"/>
        </w:rPr>
        <w:t>30:34  haan, burqa bhi bahar se hi aaya hai. isai poora black in ka gown hota tha, cover karte thay. auratain jaisay nun hoti hain, woh sara cover karti theen, yahoodi cover karte thay. aur jo iran poora islamize ho gaya tha, to iran ki auratain to bilkul gharon mein rehti theen. ab jab bahar nikle log to phir unhon ne burqa ke tareeqay se, woh asal mein to woh nun ka dress hai, samajh lijiye.</w:t>
      </w:r>
      <w:r>
        <w:br/>
      </w:r>
      <w:r>
        <w:rPr>
          <w:sz w:val="20"/>
        </w:rPr>
        <w:t>31:04  ab woh musalmanon ne is ko face bhi cover kar liya, itna kiya face cover kiya, yahan par ghunghat hota tha. to unhon ne aik naya style banaya, samajh lijiye burqay ka, lekin cover sab auratain kar rahi theen is zamanay mein. yeh traditional age mein ho raha tha, ancient age se yeh culture chala aa raha tha. auratain ghar mein rahein, covered ho kar rahein, sirf jo labor class ki auratain hoti theen, woh bahar nikalti theen. to is wajah se yeh sara jo hai</w:t>
      </w:r>
      <w:r>
        <w:br/>
      </w:r>
      <w:r>
        <w:rPr>
          <w:sz w:val="20"/>
        </w:rPr>
        <w:t>31:34  na, yeh culture hai, doosri qomon ka culture hai, aur woh hum ne is ko le liya hai, adopt kar liya hai.</w:t>
      </w:r>
    </w:p>
    <w:p>
      <w:pPr>
        <w:pStyle w:val="Heading2"/>
      </w:pPr>
      <w:r>
        <w:t>Personal deconditioning about uncle</w:t>
      </w:r>
    </w:p>
    <w:p>
      <w:r>
        <w:rPr>
          <w:color w:val="666666"/>
          <w:sz w:val="18"/>
        </w:rPr>
        <w:t>How to Decondition One's Mind December 27, 2009 Maulana Wahiduddin Khan · 5m 10s · at 36:10 · https://youtu.be/Hisjf1BPTes?t=2170</w:t>
      </w:r>
    </w:p>
    <w:p>
      <w:r>
        <w:rPr>
          <w:i/>
        </w:rPr>
        <w:t>“Tha pura khandan yeh the sufi”</w:t>
      </w:r>
    </w:p>
    <w:p>
      <w:r>
        <w:rPr>
          <w:sz w:val="20"/>
        </w:rPr>
        <w:t>36:10  tha poora khandan yeh the soofi ke pajama ooncha pehno aur dadi rakho</w:t>
      </w:r>
      <w:r>
        <w:br/>
      </w:r>
      <w:r>
        <w:rPr>
          <w:sz w:val="20"/>
        </w:rPr>
        <w:t>36:18  aur panch waqt ki namaz parho yeh ek pure khandan mein ek ek sufi type ke ek adam</w:t>
      </w:r>
      <w:r>
        <w:br/>
      </w:r>
      <w:r>
        <w:rPr>
          <w:sz w:val="20"/>
        </w:rPr>
        <w:t>36:23  the yeh to un ke bare mein sab log negative rai diya karte the yaani pura khandan mein</w:t>
      </w:r>
      <w:r>
        <w:br/>
      </w:r>
      <w:r>
        <w:rPr>
          <w:sz w:val="20"/>
        </w:rPr>
        <w:t>36:30  un ke bare mein hum bachpan se sunte the bachpan se are sufi sahib woh to aise hain</w:t>
      </w:r>
      <w:r>
        <w:br/>
      </w:r>
      <w:r>
        <w:rPr>
          <w:sz w:val="20"/>
        </w:rPr>
        <w:t>36:36  to meri bhi conditioning ho gayi ke sufi sahib ko main samajhne laga ke yeh theek adam nahi</w:t>
      </w:r>
      <w:r>
        <w:br/>
      </w:r>
      <w:r>
        <w:rPr>
          <w:sz w:val="20"/>
        </w:rPr>
        <w:t>36:42  hai yaani khandan mein koi shakhs in ko positive andaaz mein tazkira nahi karta tha</w:t>
      </w:r>
      <w:r>
        <w:br/>
      </w:r>
      <w:r>
        <w:rPr>
          <w:sz w:val="20"/>
        </w:rPr>
        <w:t>36:50  to unhon ne mere sath bohat bara kaam kiya tha ab main jaan nahi saka is ko woh</w:t>
      </w:r>
      <w:r>
        <w:br/>
      </w:r>
      <w:r>
        <w:rPr>
          <w:sz w:val="20"/>
        </w:rPr>
        <w:t>36:55  kya unhi ne mujhe madarse mein parhaya</w:t>
      </w:r>
      <w:r>
        <w:br/>
      </w:r>
      <w:r>
        <w:rPr>
          <w:sz w:val="20"/>
        </w:rPr>
        <w:t>37:00  jabke pure khandan mein log english education ke ja rahe the unhon ne yeh socha ke mere meri</w:t>
      </w:r>
      <w:r>
        <w:br/>
      </w:r>
      <w:r>
        <w:rPr>
          <w:sz w:val="20"/>
        </w:rPr>
        <w:t>37:06  family mein ek adam molvi hona chahiye</w:t>
      </w:r>
      <w:r>
        <w:br/>
      </w:r>
      <w:r>
        <w:rPr>
          <w:sz w:val="20"/>
        </w:rPr>
        <w:t>37:10  to main chunchke yateem tha</w:t>
      </w:r>
      <w:r>
        <w:br/>
      </w:r>
      <w:r>
        <w:rPr>
          <w:sz w:val="20"/>
        </w:rPr>
        <w:t>37:12  agar mera baap hota to shayad mujh ko bhi na pakad paate woh yateem tha main to unhon</w:t>
      </w:r>
      <w:r>
        <w:br/>
      </w:r>
      <w:r>
        <w:rPr>
          <w:sz w:val="20"/>
        </w:rPr>
        <w:t>37:18  ne kaha ke bhai yeh theek hai mujh ko unhon ne apne kharch par apne kharch par madarse</w:t>
      </w:r>
      <w:r>
        <w:br/>
      </w:r>
      <w:r>
        <w:rPr>
          <w:sz w:val="20"/>
        </w:rPr>
        <w:t>37:23  mein bhejwa diya</w:t>
      </w:r>
      <w:r>
        <w:br/>
      </w:r>
      <w:r>
        <w:rPr>
          <w:sz w:val="20"/>
        </w:rPr>
        <w:t>37:25  agar yeh hamare sufi sahib jo the mere chacha unhon ne na bhejha hota madarse mein to main</w:t>
      </w:r>
      <w:r>
        <w:br/>
      </w:r>
      <w:r>
        <w:rPr>
          <w:sz w:val="20"/>
        </w:rPr>
        <w:t>37:31  yahan aaj baitha hua na hota main kahin kahin paisa kama raha hota baith kar ke jaise hum</w:t>
      </w:r>
      <w:r>
        <w:br/>
      </w:r>
      <w:r>
        <w:rPr>
          <w:sz w:val="20"/>
        </w:rPr>
        <w:t>37:36  log paisa kamate hain matlab hewani kasab bana hua hota earning</w:t>
      </w:r>
      <w:r>
        <w:br/>
      </w:r>
      <w:r>
        <w:rPr>
          <w:sz w:val="20"/>
        </w:rPr>
        <w:t>37:41  animal kisi ne kaha ke madarse ke parhne wale kya hain aaj kal hewani kasab ban gaye hain</w:t>
      </w:r>
      <w:r>
        <w:br/>
      </w:r>
      <w:r>
        <w:rPr>
          <w:sz w:val="20"/>
        </w:rPr>
        <w:t>37:47  sab ke sab jaise college wale hain waise yeh bhi hain earning earning animal bane hue hain to</w:t>
      </w:r>
      <w:r>
        <w:br/>
      </w:r>
      <w:r>
        <w:rPr>
          <w:sz w:val="20"/>
        </w:rPr>
        <w:t>37:51  main bhi bana hua hota kahin</w:t>
      </w:r>
      <w:r>
        <w:br/>
      </w:r>
      <w:r>
        <w:rPr>
          <w:sz w:val="20"/>
        </w:rPr>
        <w:t>37:54  to unhon ne mujh se madarse parhwaya to kitna bara ehsan un ka tha mere upar lekin yaqeen</w:t>
      </w:r>
      <w:r>
        <w:br/>
      </w:r>
      <w:r>
        <w:rPr>
          <w:sz w:val="20"/>
        </w:rPr>
        <w:t>38:00  kijiye ke main woh jaan nahi saka is ko un ki death hui thi 1948 mein</w:t>
      </w:r>
      <w:r>
        <w:br/>
      </w:r>
      <w:r>
        <w:rPr>
          <w:sz w:val="20"/>
        </w:rPr>
        <w:t>38:07  1948 mein to jab tak woh zinda the tab bhi main nahi jana baad ko bhi nahi jana</w:t>
      </w:r>
      <w:r>
        <w:br/>
      </w:r>
      <w:r>
        <w:rPr>
          <w:sz w:val="20"/>
        </w:rPr>
        <w:t>38:14  abhi haal mein pichle saal main ne discover kiya is ko ke meri zindagi mein sab se bara</w:t>
      </w:r>
      <w:r>
        <w:br/>
      </w:r>
      <w:r>
        <w:rPr>
          <w:sz w:val="20"/>
        </w:rPr>
        <w:t>38:18  ehsan to mere chacha ka hai sufi sahib ka</w:t>
      </w:r>
      <w:r>
        <w:br/>
      </w:r>
      <w:r>
        <w:rPr>
          <w:sz w:val="20"/>
        </w:rPr>
        <w:t>38:22  to is ki conditioning karte karte mujhe 40 saal beet gaye kyunke</w:t>
      </w:r>
      <w:r>
        <w:br/>
      </w:r>
      <w:r>
        <w:rPr>
          <w:sz w:val="20"/>
        </w:rPr>
        <w:t>38:26  family ka sara aadmi un ko negative andaaz mein is ka tazkira karta tha ridicule karta tha un ko</w:t>
      </w:r>
      <w:r>
        <w:br/>
      </w:r>
      <w:r>
        <w:rPr>
          <w:sz w:val="20"/>
        </w:rPr>
        <w:t>38:37  to bohat dinon mein mein yeh apne apne mind ko de conditioning kar saka de conditioning ka lafz jo hai jo log hamari majlis mein naye hon un ko kahunga ke de conditioning wahi matlab jo tazkiya ka matlab hai de conditioning koi nayi cheez nahi hai jis ko quran mein ya hadith mein tazkiya kaha gaya hai wahi de conditioning hai</w:t>
      </w:r>
      <w:r>
        <w:br/>
      </w:r>
      <w:r>
        <w:rPr>
          <w:sz w:val="20"/>
        </w:rPr>
        <w:t>39:02  to mein apna zehni tazkiya jab kar kar liya maine poora tab mein jaana ke soofi sahib</w:t>
      </w:r>
      <w:r>
        <w:br/>
      </w:r>
      <w:r>
        <w:rPr>
          <w:sz w:val="20"/>
        </w:rPr>
        <w:t>39:06  ka mere upar bohat bara ehsaan hai</w:t>
      </w:r>
      <w:r>
        <w:br/>
      </w:r>
      <w:r>
        <w:rPr>
          <w:sz w:val="20"/>
        </w:rPr>
        <w:t>39:10  that was the condition of my mind in this regard</w:t>
      </w:r>
      <w:r>
        <w:br/>
      </w:r>
      <w:r>
        <w:rPr>
          <w:sz w:val="20"/>
        </w:rPr>
        <w:t>39:15  ab dekhen tazkiya jo hai itna zabardast ahmiyat quran majeed mein hai iski</w:t>
      </w:r>
      <w:r>
        <w:br/>
      </w:r>
      <w:r>
        <w:rPr>
          <w:sz w:val="20"/>
        </w:rPr>
        <w:t>39:20  qad aflaha man zakaha w qad khaba man dussaha</w:t>
      </w:r>
      <w:r>
        <w:br/>
      </w:r>
      <w:r>
        <w:rPr>
          <w:sz w:val="20"/>
        </w:rPr>
        <w:t>39:24  quran ki yeh aayat hai</w:t>
      </w:r>
      <w:r>
        <w:br/>
      </w:r>
      <w:r>
        <w:rPr>
          <w:sz w:val="20"/>
        </w:rPr>
        <w:t>39:28  yeh chapter number 91</w:t>
      </w:r>
      <w:r>
        <w:br/>
      </w:r>
      <w:r>
        <w:rPr>
          <w:sz w:val="20"/>
        </w:rPr>
        <w:t>39:33  ki aayat hai yeh</w:t>
      </w:r>
      <w:r>
        <w:br/>
      </w:r>
      <w:r>
        <w:rPr>
          <w:sz w:val="20"/>
        </w:rPr>
        <w:t>39:36  qad aflaha man zakaha w qad khaba man dussaha iska matlab kya hai</w:t>
      </w:r>
      <w:r>
        <w:br/>
      </w:r>
      <w:r>
        <w:rPr>
          <w:sz w:val="20"/>
        </w:rPr>
        <w:t>39:40  iska matlab yeh hai ke he felt ho</w:t>
      </w:r>
      <w:r>
        <w:br/>
      </w:r>
      <w:r>
        <w:rPr>
          <w:sz w:val="20"/>
        </w:rPr>
        <w:t>39:46  polluted his soul</w:t>
      </w:r>
      <w:r>
        <w:br/>
      </w:r>
      <w:r>
        <w:rPr>
          <w:sz w:val="20"/>
        </w:rPr>
        <w:t>39:50  He failed who polluted his soul and he successful who purifies his soul. یہ ہے deconditioning.</w:t>
      </w:r>
      <w:r>
        <w:br/>
      </w:r>
      <w:r>
        <w:rPr>
          <w:sz w:val="20"/>
        </w:rPr>
        <w:t>39:57  aur conditioning yani allah ne paida kiya aap ke nature ko bilkul hi</w:t>
      </w:r>
      <w:r>
        <w:br/>
      </w:r>
      <w:r>
        <w:rPr>
          <w:sz w:val="20"/>
        </w:rPr>
        <w:t>40:04  angel ki tarah farishte ki tarah insan by birth ek angel hai</w:t>
      </w:r>
      <w:r>
        <w:br/>
      </w:r>
      <w:r>
        <w:rPr>
          <w:sz w:val="20"/>
        </w:rPr>
        <w:t>40:09  jab bachcha paida hota hai</w:t>
      </w:r>
      <w:r>
        <w:br/>
      </w:r>
      <w:r>
        <w:rPr>
          <w:sz w:val="20"/>
        </w:rPr>
        <w:t>40:12  charles tyler ne ek kitaab likhi hai jo bohat mashhoor hui iski kitaab woh isi par base</w:t>
      </w:r>
      <w:r>
        <w:br/>
      </w:r>
      <w:r>
        <w:rPr>
          <w:sz w:val="20"/>
        </w:rPr>
        <w:t>40:16  karti hai ke bachche jaise ban jao</w:t>
      </w:r>
      <w:r>
        <w:br/>
      </w:r>
      <w:r>
        <w:rPr>
          <w:sz w:val="20"/>
        </w:rPr>
        <w:t>40:20  return to boyhood yeh yeh masle ka hal hai bachcha kitna masoom hota hai kitna masoom bilkul</w:t>
      </w:r>
      <w:r>
        <w:br/>
      </w:r>
      <w:r>
        <w:rPr>
          <w:sz w:val="20"/>
        </w:rPr>
        <w:t>40:29  ek ek phool ki tarah maloom hota hai</w:t>
      </w:r>
      <w:r>
        <w:br/>
      </w:r>
      <w:r>
        <w:rPr>
          <w:sz w:val="20"/>
        </w:rPr>
        <w:t>40:32  woh hai nature insan ka phir mahol</w:t>
      </w:r>
      <w:r>
        <w:br/>
      </w:r>
      <w:r>
        <w:rPr>
          <w:sz w:val="20"/>
        </w:rPr>
        <w:t>40:35  mein society mein ghar mein</w:t>
      </w:r>
      <w:r>
        <w:br/>
      </w:r>
      <w:r>
        <w:rPr>
          <w:sz w:val="20"/>
        </w:rPr>
        <w:t>40:38  aur bohat sari baaton ke beech mein jo insan jeeta hai to us se us par kya hota</w:t>
      </w:r>
      <w:r>
        <w:br/>
      </w:r>
      <w:r>
        <w:rPr>
          <w:sz w:val="20"/>
        </w:rPr>
        <w:t>40:42  hai uski conditioning hoti hai parde chadhte rehte hain parde chadhte rehte hain</w:t>
      </w:r>
      <w:r>
        <w:br/>
      </w:r>
      <w:r>
        <w:rPr>
          <w:sz w:val="20"/>
        </w:rPr>
        <w:t>40:49  isi ko hatana isi ko kaha</w:t>
      </w:r>
      <w:r>
        <w:br/>
      </w:r>
      <w:r>
        <w:rPr>
          <w:sz w:val="20"/>
        </w:rPr>
        <w:t>40:52  qad khaba man dussaha</w:t>
      </w:r>
      <w:r>
        <w:br/>
      </w:r>
      <w:r>
        <w:rPr>
          <w:sz w:val="20"/>
        </w:rPr>
        <w:t>40:56  yani woh nakaam ho gaya jisne apni nature par parde daal liye ghar ka parda mahol ka</w:t>
      </w:r>
      <w:r>
        <w:br/>
      </w:r>
      <w:r>
        <w:rPr>
          <w:sz w:val="20"/>
        </w:rPr>
        <w:t>41:03  parda idaron ka parda</w:t>
      </w:r>
      <w:r>
        <w:br/>
      </w:r>
      <w:r>
        <w:rPr>
          <w:sz w:val="20"/>
        </w:rPr>
        <w:t>41:07  political halaat ka parda yani sab parde hi daal hai</w:t>
      </w:r>
      <w:r>
        <w:br/>
      </w:r>
      <w:r>
        <w:rPr>
          <w:sz w:val="20"/>
        </w:rPr>
        <w:t>41:13  is se is ke andar negative soch aai is ke andar</w:t>
      </w:r>
      <w:r>
        <w:br/>
      </w:r>
      <w:r>
        <w:rPr>
          <w:sz w:val="20"/>
        </w:rPr>
        <w:t>41:17  ronj aya tashaddud aya ye sab kya hai ye sab out</w:t>
      </w:r>
    </w:p>
    <w:p>
      <w:pPr>
        <w:pStyle w:val="Heading2"/>
      </w:pPr>
      <w:r>
        <w:t>Evolution of scientific thought to consciousness</w:t>
      </w:r>
    </w:p>
    <w:p>
      <w:r>
        <w:rPr>
          <w:color w:val="666666"/>
          <w:sz w:val="18"/>
        </w:rPr>
        <w:t>Three Periods of History 17 May 2009 - Maulana Wahiduddin Khan · 4m 00s · at 30:28 · https://youtu.be/vBp-ZxDDl6Y?t=1828</w:t>
      </w:r>
    </w:p>
    <w:p>
      <w:r>
        <w:rPr>
          <w:i/>
        </w:rPr>
        <w:t>“Newton jo hai, woh father of modern science hai”</w:t>
      </w:r>
    </w:p>
    <w:p>
      <w:r>
        <w:rPr>
          <w:sz w:val="20"/>
        </w:rPr>
        <w:t>30:28  newton jo hai, woh father of modern science hai.</w:t>
      </w:r>
      <w:r>
        <w:br/>
      </w:r>
      <w:r>
        <w:rPr>
          <w:sz w:val="20"/>
        </w:rPr>
        <w:t>30:33  newton ne kya bataya? 400 saal pehle ka zamana hai newton ka. newton ki death hui thi 1727 mein, yani 1727 ki death hui hai 1727 mein, yani 400 saal pehle ka zamana hai newton ka.</w:t>
      </w:r>
      <w:r>
        <w:br/>
      </w:r>
      <w:r>
        <w:rPr>
          <w:sz w:val="20"/>
        </w:rPr>
        <w:t>30:54  us waqt is ne kya bataya? is ne bataya ke matter is the building block of of universe.</w:t>
      </w:r>
      <w:r>
        <w:br/>
      </w:r>
      <w:r>
        <w:rPr>
          <w:sz w:val="20"/>
        </w:rPr>
        <w:t>31:07  matter is the building block of universe. yeh newton ne kaha,</w:t>
      </w:r>
      <w:r>
        <w:br/>
      </w:r>
      <w:r>
        <w:rPr>
          <w:sz w:val="20"/>
        </w:rPr>
        <w:t>31:13  yani science se science shuru hoti hai. jab science enter hui study mein to pehli discovery jo hui, pehli discovery newton ke zariye se, us waqt is ne bataya duniya ko, yeh khabar di</w:t>
      </w:r>
      <w:r>
        <w:br/>
      </w:r>
      <w:r>
        <w:rPr>
          <w:sz w:val="20"/>
        </w:rPr>
        <w:t>31:30  ke matter is the building block of universe. yeh sab kuch matter se bana hai, sab kuch matter se bana hai, sab kuch matter se bana hai. isi se atheism nikla, yani atheism jo thay, atheist jo thay, unhone hijack kar liya is nazariye ko.</w:t>
      </w:r>
      <w:r>
        <w:br/>
      </w:r>
      <w:r>
        <w:rPr>
          <w:sz w:val="20"/>
        </w:rPr>
        <w:t>31:48  atheist were hijacker, yani science ne atheism nahi paida kiya, kuch atheist thay, unhone hijack kar ke is ko istemal kiya aur kaha ke ke phir toh khuda ki zaroorat hi nahi hai, sab kuch matter se ho raha hai.</w:t>
      </w:r>
      <w:r>
        <w:br/>
      </w:r>
      <w:r>
        <w:rPr>
          <w:sz w:val="20"/>
        </w:rPr>
        <w:t>32:09  lekin history aaj ruki nahi, history aage badhi yahan tak ke dekhiye, einstein paida hua. einstein paida hua, einstein ki death hui hai 1955 mein,</w:t>
      </w:r>
      <w:r>
        <w:br/>
      </w:r>
      <w:r>
        <w:rPr>
          <w:sz w:val="20"/>
        </w:rPr>
        <w:t>32:24  yani mere zamane mein.</w:t>
      </w:r>
      <w:r>
        <w:br/>
      </w:r>
      <w:r>
        <w:rPr>
          <w:sz w:val="20"/>
        </w:rPr>
        <w:t>32:27  newton toh mere is se pehle ka aadmi hai, 1727 mein woh mar chuka tha, woh lekin einstein toh mere zamane mein mara hai 1955 mein, jab ke mein adhuk badh mein tha.</w:t>
      </w:r>
      <w:r>
        <w:br/>
      </w:r>
      <w:r>
        <w:rPr>
          <w:sz w:val="20"/>
        </w:rPr>
        <w:t>32:44  to ainstain ne history ko aagay barhaya, history of thought ko aagay barhaya.</w:t>
      </w:r>
      <w:r>
        <w:br/>
      </w:r>
      <w:r>
        <w:rPr>
          <w:sz w:val="20"/>
        </w:rPr>
        <w:t>32:49  is ne kaha ke energy is the building block of universe, ke matter nahi balkeh energy, kyunke aap jante hain ke is ne bataya hai ke convertable hai, matter aur energy dono.</w:t>
      </w:r>
      <w:r>
        <w:br/>
      </w:r>
      <w:r>
        <w:rPr>
          <w:sz w:val="20"/>
        </w:rPr>
        <w:t>33:02  matter ko energy mein convert kar dijiye, energy ko matter mein convert kar dijiye.</w:t>
      </w:r>
      <w:r>
        <w:br/>
      </w:r>
      <w:r>
        <w:rPr>
          <w:sz w:val="20"/>
        </w:rPr>
        <w:t>33:09  to Einstein ne yeh bataya ke energy is the building block of nature. ab history of thought ek qadam aagay barhi, ek qadam aagay barhi.</w:t>
      </w:r>
      <w:r>
        <w:br/>
      </w:r>
      <w:r>
        <w:rPr>
          <w:sz w:val="20"/>
        </w:rPr>
        <w:t>33:28  yeh main bata raha hoon aap ko kis tarah se Allah taala ne insani history ko traditional period se nikal kar ke scientific period mein dakhil kiya aur phir scientific period mein kis tarah se history of thought ka safar aagay aagay barha.</w:t>
      </w:r>
      <w:r>
        <w:br/>
      </w:r>
      <w:r>
        <w:rPr>
          <w:sz w:val="20"/>
        </w:rPr>
        <w:t>33:45  to yeh doosra qadam tha.</w:t>
      </w:r>
      <w:r>
        <w:br/>
      </w:r>
      <w:r>
        <w:rPr>
          <w:sz w:val="20"/>
        </w:rPr>
        <w:t>33:48  teesra qadam abhi baqi tha jo ab ab samne aaya hai. America mein ek bohat bara scientist paida hua, is ka naam hai David Bohm, BOHM,</w:t>
      </w:r>
      <w:r>
        <w:br/>
      </w:r>
      <w:r>
        <w:rPr>
          <w:sz w:val="20"/>
        </w:rPr>
        <w:t>34:03  DAY, DA, DAV, ID,</w:t>
      </w:r>
      <w:r>
        <w:br/>
      </w:r>
      <w:r>
        <w:rPr>
          <w:sz w:val="20"/>
        </w:rPr>
        <w:t>34:08  BOHM, David Bohm. yeh top ka scientist hai. is ne kaha ke is ne ek aur qadam aagay barhaya ke consciousness is the building block of universe.</w:t>
      </w:r>
      <w:r>
        <w:br/>
      </w:r>
      <w:r>
        <w:rPr>
          <w:sz w:val="20"/>
        </w:rPr>
        <w:t>34:24  shaoor jo hai, woh hai,</w:t>
      </w:r>
    </w:p>
    <w:p>
      <w:pPr>
        <w:pStyle w:val="Heading2"/>
      </w:pPr>
      <w:r>
        <w:t>Islam's real teaching on jihad, war, and terrorism</w:t>
      </w:r>
    </w:p>
    <w:p>
      <w:r>
        <w:rPr>
          <w:color w:val="666666"/>
          <w:sz w:val="18"/>
        </w:rPr>
        <w:t>Islam A Religion of Peace January 7, 2010 Maulana Wahiduddin Khan · 4m 51s · at 22:39 · https://youtu.be/L3qaWEfRY6o?t=1359</w:t>
      </w:r>
    </w:p>
    <w:p>
      <w:r>
        <w:rPr>
          <w:i/>
        </w:rPr>
        <w:t>“They are misusing the word of jihad.”</w:t>
      </w:r>
    </w:p>
    <w:p>
      <w:r>
        <w:rPr>
          <w:sz w:val="20"/>
        </w:rPr>
        <w:t>22:39  they are misusing the word of jihad. then i would like to say what is the concept of war in Islam.</w:t>
      </w:r>
      <w:r>
        <w:br/>
      </w:r>
      <w:r>
        <w:rPr>
          <w:sz w:val="20"/>
        </w:rPr>
        <w:t>22:50  concept of war in Islam. according to Islamic teachings,</w:t>
      </w:r>
      <w:r>
        <w:br/>
      </w:r>
      <w:r>
        <w:rPr>
          <w:sz w:val="20"/>
        </w:rPr>
        <w:t>22:58  war is a, war is a prerogative of state. this is a well known principle in Islam that rahil al imam.</w:t>
      </w:r>
      <w:r>
        <w:br/>
      </w:r>
      <w:r>
        <w:rPr>
          <w:sz w:val="20"/>
        </w:rPr>
        <w:t>23:10  it means that only state have right to declare a war. so war is a prerogative of state and not ngos.</w:t>
      </w:r>
      <w:r>
        <w:br/>
      </w:r>
      <w:r>
        <w:rPr>
          <w:sz w:val="20"/>
        </w:rPr>
        <w:t>23:31  ngos are are organizations or any individual have no right to do armed struggle, to use arms.</w:t>
      </w:r>
      <w:r>
        <w:br/>
      </w:r>
      <w:r>
        <w:rPr>
          <w:sz w:val="20"/>
        </w:rPr>
        <w:t>23:46  now, i would like to say that what is the definition of terrorism in Islam.</w:t>
      </w:r>
      <w:r>
        <w:br/>
      </w:r>
      <w:r>
        <w:rPr>
          <w:sz w:val="20"/>
        </w:rPr>
        <w:t>23:55  it is very clear. according to my study, you know, i have study Islam from these original sources, that are Arabic sources.</w:t>
      </w:r>
      <w:r>
        <w:br/>
      </w:r>
      <w:r>
        <w:rPr>
          <w:sz w:val="20"/>
        </w:rPr>
        <w:t>24:06  i can say that definition of terrorism in Islam is use of arms by agencies other than state.</w:t>
      </w:r>
      <w:r>
        <w:br/>
      </w:r>
      <w:r>
        <w:rPr>
          <w:sz w:val="20"/>
        </w:rPr>
        <w:t>24:22  use of arm by agencies other than state. this is terrorism.</w:t>
      </w:r>
      <w:r>
        <w:br/>
      </w:r>
      <w:r>
        <w:rPr>
          <w:sz w:val="20"/>
        </w:rPr>
        <w:t>24:31  if, if a state, i mean established state. if a established state, if a established state goes to war,</w:t>
      </w:r>
      <w:r>
        <w:br/>
      </w:r>
      <w:r>
        <w:rPr>
          <w:sz w:val="20"/>
        </w:rPr>
        <w:t>24:47  then it is justified according to international norm. but no NGOs, no individual, no nation is justified to go to war.</w:t>
      </w:r>
      <w:r>
        <w:br/>
      </w:r>
      <w:r>
        <w:rPr>
          <w:sz w:val="20"/>
        </w:rPr>
        <w:t>24:58  it is completely un Islam, un Islamic. then there are conditions. conditions.</w:t>
      </w:r>
      <w:r>
        <w:br/>
      </w:r>
      <w:r>
        <w:rPr>
          <w:sz w:val="20"/>
        </w:rPr>
        <w:t>25:10  only one kind of war is permitted in Islam. you know, you know, there are so many kinds of wars, like, like guerrilla war, proxy war,</w:t>
      </w:r>
      <w:r>
        <w:br/>
      </w:r>
      <w:r>
        <w:rPr>
          <w:sz w:val="20"/>
        </w:rPr>
        <w:t>25:26  undeclared war, and so on. but only one kind of war is permitted in Islam. that is defensive war.</w:t>
      </w:r>
      <w:r>
        <w:br/>
      </w:r>
      <w:r>
        <w:rPr>
          <w:sz w:val="20"/>
        </w:rPr>
        <w:t>25:36  if there is a clear aggression from outside, from any country, then state has right to go to war.</w:t>
      </w:r>
      <w:r>
        <w:br/>
      </w:r>
      <w:r>
        <w:rPr>
          <w:sz w:val="20"/>
        </w:rPr>
        <w:t>25:51  again, there are some other conditions. for example, even in a genuine war, that is defensive war, you cannot kill a non combatant.</w:t>
      </w:r>
      <w:r>
        <w:br/>
      </w:r>
      <w:r>
        <w:rPr>
          <w:sz w:val="20"/>
        </w:rPr>
        <w:t>26:06  even a genuine war, you were allowed to kill the combatant.</w:t>
      </w:r>
      <w:r>
        <w:br/>
      </w:r>
      <w:r>
        <w:rPr>
          <w:sz w:val="20"/>
        </w:rPr>
        <w:t>26:13  it is very important.</w:t>
      </w:r>
      <w:r>
        <w:br/>
      </w:r>
      <w:r>
        <w:rPr>
          <w:sz w:val="20"/>
        </w:rPr>
        <w:t>26:17  there is a very important, very important verse in this regard. man qatal nafsan bighair nafs fasad faqat qatalan nas jamee.</w:t>
      </w:r>
      <w:r>
        <w:br/>
      </w:r>
      <w:r>
        <w:rPr>
          <w:sz w:val="20"/>
        </w:rPr>
        <w:t>26:31  this is the quranic verse. it means that</w:t>
      </w:r>
      <w:r>
        <w:br/>
      </w:r>
      <w:r>
        <w:rPr>
          <w:sz w:val="20"/>
        </w:rPr>
        <w:t>26:38  if you kill an innocent person, it means that you have killed all the mankind.</w:t>
      </w:r>
      <w:r>
        <w:br/>
      </w:r>
      <w:r>
        <w:rPr>
          <w:sz w:val="20"/>
        </w:rPr>
        <w:t>26:49  if someone kills a person, an innocent person, it means that he has killed all the mankind.</w:t>
      </w:r>
      <w:r>
        <w:br/>
      </w:r>
      <w:r>
        <w:rPr>
          <w:sz w:val="20"/>
        </w:rPr>
        <w:t>27:00  so even in a genuine war, there is defensive, defensive war. status is not allowed to kill the non combatant.</w:t>
      </w:r>
      <w:r>
        <w:br/>
      </w:r>
      <w:r>
        <w:rPr>
          <w:sz w:val="20"/>
        </w:rPr>
        <w:t>27:14  this is the condition.</w:t>
      </w:r>
      <w:r>
        <w:br/>
      </w:r>
      <w:r>
        <w:rPr>
          <w:sz w:val="20"/>
        </w:rPr>
        <w:t>27:18  so war is allowed in islam only in defensive situation with with with some very very strict conditions.</w:t>
      </w:r>
    </w:p>
    <w:p>
      <w:pPr>
        <w:pStyle w:val="Heading2"/>
      </w:pPr>
      <w:r>
        <w:t>Full case that Prophet's mission was dawah, not conquest</w:t>
      </w:r>
    </w:p>
    <w:p>
      <w:r>
        <w:rPr>
          <w:color w:val="666666"/>
          <w:sz w:val="18"/>
        </w:rPr>
        <w:t>Islam and Peace May 03, 2015 · 4m 06s · at 10:54 · https://youtu.be/oLR98xFlQTc?t=654</w:t>
      </w:r>
    </w:p>
    <w:p>
      <w:r>
        <w:rPr>
          <w:i/>
        </w:rPr>
        <w:t>“Rasool Allah par shuru zamane mein jo surtein utreen”</w:t>
      </w:r>
    </w:p>
    <w:p>
      <w:r>
        <w:rPr>
          <w:sz w:val="20"/>
        </w:rPr>
        <w:t>10:54  misal ke tor par rasool Allah par shuru zamane mein, early period mein jo suraten utrin,</w:t>
      </w:r>
      <w:r>
        <w:br/>
      </w:r>
      <w:r>
        <w:rPr>
          <w:sz w:val="20"/>
        </w:rPr>
        <w:t>11:02  us mein se ek thi al muddathir ya ayyuhal muddathir qum fa anzir wa rabbaka fakabbir wa siyyabaka fa tahhir warriza fa hajir.</w:t>
      </w:r>
      <w:r>
        <w:br/>
      </w:r>
      <w:r>
        <w:rPr>
          <w:sz w:val="20"/>
        </w:rPr>
        <w:t>11:13  us mein dekhiye, ye kaha ke anzar karo. anzar ka matlab kya hai? dawat, dawat, dawat, dawat. peaceful dawat.</w:t>
      </w:r>
      <w:r>
        <w:br/>
      </w:r>
      <w:r>
        <w:rPr>
          <w:sz w:val="20"/>
        </w:rPr>
        <w:t>11:24  to us mein Allah taala ne ye nahi hukum diya ke ya Muhammad qum dawlatul islam, aye Muhammad, islam ki hukumat qaim karo.</w:t>
      </w:r>
      <w:r>
        <w:br/>
      </w:r>
      <w:r>
        <w:rPr>
          <w:sz w:val="20"/>
        </w:rPr>
        <w:t>11:39  to qum dawlatul islam ki ayaten utrin ya ye ayaten utrin ke naffiz shariatul islamiya hai, ya Muhammad naffiz shariatul islamiya hai,</w:t>
      </w:r>
      <w:r>
        <w:br/>
      </w:r>
      <w:r>
        <w:rPr>
          <w:sz w:val="20"/>
        </w:rPr>
        <w:t>11:52  aye Muhammad, islami shariyat ko naffiz karo, islami qanoon ko. to aisi ayaten na to is surah mein utrin, na is ke baad kisi aur surah mein.</w:t>
      </w:r>
      <w:r>
        <w:br/>
      </w:r>
      <w:r>
        <w:rPr>
          <w:sz w:val="20"/>
        </w:rPr>
        <w:t>12:03  to ye rasool Allah ka ye ye target hi nahi tha. to jo target rasool Allah ka na ho, wo hamara target, target kaise ban sakta hai?</w:t>
      </w:r>
      <w:r>
        <w:br/>
      </w:r>
      <w:r>
        <w:rPr>
          <w:sz w:val="20"/>
        </w:rPr>
        <w:t>12:16  rasool Allah ka target jo tha, wo dawat tha, dawat tha, dawat tha. yani poora quran kitab dawat hai, kitab dawat.</w:t>
      </w:r>
      <w:r>
        <w:br/>
      </w:r>
      <w:r>
        <w:rPr>
          <w:sz w:val="20"/>
        </w:rPr>
        <w:t>12:27  rasool Allah ne makkah mein bhi dawat ka kaam kiya, madine mein bhi dawat ka kaam kiya. aur phir aakhir zamane mein jo hajj, jo jis ko hum kehte hain hajjatul wida, jis ke bahut jald baad aap ki wafat hogi, wahan bhi aap ne kya kaha?</w:t>
      </w:r>
      <w:r>
        <w:br/>
      </w:r>
      <w:r>
        <w:rPr>
          <w:sz w:val="20"/>
        </w:rPr>
        <w:t>12:43  sahaba ko kya paigham diya? sahaba ko aap ne ye paigham diya ke in Allah baasani kaafatan lil nass fa atani</w:t>
      </w:r>
      <w:r>
        <w:br/>
      </w:r>
      <w:r>
        <w:rPr>
          <w:sz w:val="20"/>
        </w:rPr>
        <w:t>12:55  ae logon! allah ne mujhe sare insanon ke liye bheja hai, peghambar bana kar, to tum meri taraf se pohncha do, mera paigham meri taraf se pohncha do.</w:t>
      </w:r>
      <w:r>
        <w:br/>
      </w:r>
      <w:r>
        <w:rPr>
          <w:sz w:val="20"/>
        </w:rPr>
        <w:t>13:08  to awwal bhi yahi tha, dawat bhi yahi thi.</w:t>
      </w:r>
      <w:r>
        <w:br/>
      </w:r>
      <w:r>
        <w:rPr>
          <w:sz w:val="20"/>
        </w:rPr>
        <w:t>13:14  sare is mein rasool allah ne yeh nahi kaha. aaj kal ka jo mizaj logon ka hai, jo political interpretation ka jo target banta hai, us ke lehaz se yeh chahiye tha ke rasool allah yeh kehte ke ae logon!</w:t>
      </w:r>
      <w:r>
        <w:br/>
      </w:r>
      <w:r>
        <w:rPr>
          <w:sz w:val="20"/>
        </w:rPr>
        <w:t>13:28  main ne arab mein hukoomat qaim ki hai, ab tum sari dunya mein hukoomat qaim karo, nikal jao, nikal hukoomat qaim karne ke liye. yeh nahi kaha aap ne.</w:t>
      </w:r>
      <w:r>
        <w:br/>
      </w:r>
      <w:r>
        <w:rPr>
          <w:sz w:val="20"/>
        </w:rPr>
        <w:t>13:39  sahaba is hijjat al-wida ke baad sahaba nikle arab se. yeh ek waqia hai, lekin kis liye?</w:t>
      </w:r>
      <w:r>
        <w:br/>
      </w:r>
      <w:r>
        <w:rPr>
          <w:sz w:val="20"/>
        </w:rPr>
        <w:t>13:48  dawat ke liye, dawat ke liye. to main ne kaha ke jo yeh arab world jo hai, arab world kisi ladaai ke zariye nahi bana tha, dawat ke zariye bana tha.</w:t>
      </w:r>
      <w:r>
        <w:br/>
      </w:r>
      <w:r>
        <w:rPr>
          <w:sz w:val="20"/>
        </w:rPr>
        <w:t>14:02  aaj ka jo arab world hai, jis ko hum middle east kehte hain, woh dawat ke zariye bana tha. misaal ke taur par egypt par ek mustashriq ne research ki hai, moti si kitab likhi hai,</w:t>
      </w:r>
      <w:r>
        <w:br/>
      </w:r>
      <w:r>
        <w:rPr>
          <w:sz w:val="20"/>
        </w:rPr>
        <w:t>14:19  to is mein woh likhta hai ke the Egyptians were conquered not by the sword but by the quran ke misri log talwar se maftooh nahi hue,</w:t>
      </w:r>
      <w:r>
        <w:br/>
      </w:r>
      <w:r>
        <w:rPr>
          <w:sz w:val="20"/>
        </w:rPr>
        <w:t>14:32  woh quran se maftooh hue, yani dawat se. to yeh jo masla hai, lekin baat yeh hai ke in logon ke dimagh mein ek ek galat ideology daal di gayi hai, galat ideology ke islam jo hai,</w:t>
      </w:r>
      <w:r>
        <w:br/>
      </w:r>
      <w:r>
        <w:rPr>
          <w:sz w:val="20"/>
        </w:rPr>
        <w:t>14:53  hukoomat chahta hai, sari dunya mein hukoomat qaim karna is ka nishana hai.</w:t>
      </w:r>
    </w:p>
    <w:p>
      <w:pPr>
        <w:pStyle w:val="Heading2"/>
      </w:pPr>
      <w:r>
        <w:t>The full story of Prophet Yunus and the whale</w:t>
      </w:r>
    </w:p>
    <w:p>
      <w:r>
        <w:rPr>
          <w:color w:val="666666"/>
          <w:sz w:val="18"/>
        </w:rPr>
        <w:t>The Concept of Divine Help June 16, 2013 · 3m 55s · at 14:23 · https://youtu.be/b0QaxGSnAOI?t=863</w:t>
      </w:r>
    </w:p>
    <w:p>
      <w:r>
        <w:rPr>
          <w:i/>
        </w:rPr>
        <w:t>“حضرت یونس علیہ السلام اللہ کے پیغمبر تھے”</w:t>
      </w:r>
    </w:p>
    <w:p>
      <w:r>
        <w:rPr>
          <w:sz w:val="20"/>
        </w:rPr>
        <w:t>14:23  balkay sari muslim dunya masail ke pait mein hai. phir mujhe yaad aayi woh Surah As-Saffat mein jo Hazrat Yunus (AS) ke baray mein hai, woh maamla.</w:t>
      </w:r>
      <w:r>
        <w:br/>
      </w:r>
      <w:r>
        <w:rPr>
          <w:sz w:val="20"/>
        </w:rPr>
        <w:t>14:38  Hazrat Yunus (AS) Allah ke paighambar thay.</w:t>
      </w:r>
      <w:r>
        <w:br/>
      </w:r>
      <w:r>
        <w:rPr>
          <w:sz w:val="20"/>
        </w:rPr>
        <w:t>14:42  woh athveen sadi qabl-e-Maseeh, yaani 8th century BC mein, aaye Iraq ke ek shehar mein, jis ka qadeem shehar tha, woh Nineveh.</w:t>
      </w:r>
      <w:r>
        <w:br/>
      </w:r>
      <w:r>
        <w:rPr>
          <w:sz w:val="20"/>
        </w:rPr>
        <w:t>14:58  ab archaeology se is ke khaddarat daryaft hue hain. to yeh waqia hai athveen sadi qabl-e-Maseeh ka.</w:t>
      </w:r>
      <w:r>
        <w:br/>
      </w:r>
      <w:r>
        <w:rPr>
          <w:sz w:val="20"/>
        </w:rPr>
        <w:t>15:09  wahan aaye woh. aur unhone wahan ke log shirk mushrik thay. shirk, yaani Allah ke siwa doosron ko poochte thay.</w:t>
      </w:r>
      <w:r>
        <w:br/>
      </w:r>
      <w:r>
        <w:rPr>
          <w:sz w:val="20"/>
        </w:rPr>
        <w:t>15:22  to unhone un ko tauheed ka paigham diya. unhone nahi maana. mukhalifat hui un ki. is ke baad un ko ghussa ho gaya.</w:t>
      </w:r>
      <w:r>
        <w:br/>
      </w:r>
      <w:r>
        <w:rPr>
          <w:sz w:val="20"/>
        </w:rPr>
        <w:t>15:33  ghussa ho kar ke unhone Nineveh chhod diya aur chale gaye bahar.</w:t>
      </w:r>
      <w:r>
        <w:br/>
      </w:r>
      <w:r>
        <w:rPr>
          <w:sz w:val="20"/>
        </w:rPr>
        <w:t>15:38  to ek waqia guzra jo aap parh sakte hain tafaseer mein. woh wahan jo Dajla, bohat bari nadi thi, Dajla mein un un ko gir gir gaye.</w:t>
      </w:r>
      <w:r>
        <w:br/>
      </w:r>
      <w:r>
        <w:rPr>
          <w:sz w:val="20"/>
        </w:rPr>
        <w:t>15:51  woh Dajla mein ke pani mein. to wahan par machhli, bari machhli ne nigal liya un ko. ghaliban woh whale machhli hogi shayad.</w:t>
      </w:r>
      <w:r>
        <w:br/>
      </w:r>
      <w:r>
        <w:rPr>
          <w:sz w:val="20"/>
        </w:rPr>
        <w:t>16:03  to machhli ke pait mein woh kuch din tak rehna pada un ko.</w:t>
      </w:r>
      <w:r>
        <w:br/>
      </w:r>
      <w:r>
        <w:rPr>
          <w:sz w:val="20"/>
        </w:rPr>
        <w:t>16:07  yeh Quran mein likha hua. phir nikle woh. to machhli ke pait ke andar hi andar unhone toba ki.</w:t>
      </w:r>
      <w:r>
        <w:br/>
      </w:r>
      <w:r>
        <w:rPr>
          <w:sz w:val="20"/>
        </w:rPr>
        <w:t>16:16  toba ka maani kya hai? yeh kaha ke maine ghalti ki. aur yeh azm kiya ke main dobara jaunga Nineveh ke logon ki taraf. yaani mad'u ko chhod kar ke chale gaye ghusse mein.</w:t>
      </w:r>
      <w:r>
        <w:br/>
      </w:r>
      <w:r>
        <w:rPr>
          <w:sz w:val="20"/>
        </w:rPr>
        <w:t>16:30  yeh Allah ko pasand nahi aaya.</w:t>
      </w:r>
      <w:r>
        <w:br/>
      </w:r>
      <w:r>
        <w:rPr>
          <w:sz w:val="20"/>
        </w:rPr>
        <w:t>16:32  agar aap mad'u ko chhod kar ghusse mein chale jayen bahar, is se pehle ke itmam-e-hujjat kiya ho aap ne, to Allah ko pasand nahi aata is ko.</w:t>
      </w:r>
      <w:r>
        <w:br/>
      </w:r>
      <w:r>
        <w:rPr>
          <w:sz w:val="20"/>
        </w:rPr>
        <w:t>16:43  to woh chale gaye machhli ke pait mein. to machhli ke pait mein woh ghaliban whale machhli thi. unhone toba kiya, istighfar kiya, aur Allah se kaha ke Khuda mujhe agar is is pait se to nikalay to main dobara jaunga un ke paas ghalti ki talafi ke liye.</w:t>
      </w:r>
      <w:r>
        <w:br/>
      </w:r>
      <w:r>
        <w:rPr>
          <w:sz w:val="20"/>
        </w:rPr>
        <w:t>17:02  to dobara gaye. aur kya hua ke phir woh Nineveh ke log, yaani is ki tafseel aap dekh sakte hain Bible mein, ziyada tafseel is ki hai ke woh sab badshah jo tha, badshah khud is ne qabool kiya Hazrat Yunus ki da'wat ko, aur poori qaum Hazrat Yunus ke paigham ko maan gayi.</w:t>
      </w:r>
      <w:r>
        <w:br/>
      </w:r>
      <w:r>
        <w:rPr>
          <w:sz w:val="20"/>
        </w:rPr>
        <w:t>17:22  yeh hua waqia. is ka zikr karte hue Surah As-Saffat mein yeh ayat aayi hai ke 'la labitha fi batnihi illa yawma yub'athoon' ke agar Yunus toba na karte aur dobara mad'u ki taraf lotne ke liye raazi na hote to pade rehte qayamat tak woh machhli ke</w:t>
      </w:r>
      <w:r>
        <w:br/>
      </w:r>
      <w:r>
        <w:rPr>
          <w:sz w:val="20"/>
        </w:rPr>
        <w:t>17:49  pait mein 'la labitha fi batnihi illa yawma yub'athoon' qayamat tak woh machhli ke pait hi mein pade rehte hain. woh is se maine yeh samjha hai ke poori ummat-e-muslima,</w:t>
      </w:r>
      <w:r>
        <w:br/>
      </w:r>
      <w:r>
        <w:rPr>
          <w:sz w:val="20"/>
        </w:rPr>
        <w:t>18:04  poori ummat-e-muslima is waqt machhli ke pait mein hai, yaani masail ke pait mein hai, aur woh nikal nahi sakti is se jab tak ke woh wahi kaam na kare jo Hazrat Yunus (AS) ne kiya.</w:t>
      </w:r>
    </w:p>
    <w:p>
      <w:pPr>
        <w:pStyle w:val="Heading2"/>
      </w:pPr>
      <w:r>
        <w:t>How Allah, not any one man, revives a nation</w:t>
      </w:r>
    </w:p>
    <w:p>
      <w:r>
        <w:rPr>
          <w:color w:val="666666"/>
          <w:sz w:val="18"/>
        </w:rPr>
        <w:t>Revival and Revivalist June 7, 2015 · 5m 35s · at 1:14 · https://youtu.be/MCY8AJ87BXc?t=74</w:t>
      </w:r>
    </w:p>
    <w:p>
      <w:r>
        <w:rPr>
          <w:i/>
        </w:rPr>
        <w:t>“People chase who was the reviver of which century — that's secondary”</w:t>
      </w:r>
    </w:p>
    <w:p>
      <w:r>
        <w:rPr>
          <w:sz w:val="20"/>
        </w:rPr>
        <w:t>1:14  is hadith mein aam taur par log</w:t>
      </w:r>
      <w:r>
        <w:br/>
      </w:r>
      <w:r>
        <w:rPr>
          <w:sz w:val="20"/>
        </w:rPr>
        <w:t>1:19  is talash mein lage ke kis century ka kaun mujaddid tha. Main samajhta hoon ke yeh secondary baat hai.</w:t>
      </w:r>
      <w:r>
        <w:br/>
      </w:r>
      <w:r>
        <w:rPr>
          <w:sz w:val="20"/>
        </w:rPr>
        <w:t>1:31  yeh personality cult mein jeete hain log, is liye aam taur par log isi talash mein rehte hain ke kaun mujaddid tha kis sadi ka, kaun mujaddid tha kis sadi ka.</w:t>
      </w:r>
      <w:r>
        <w:br/>
      </w:r>
      <w:r>
        <w:rPr>
          <w:sz w:val="20"/>
        </w:rPr>
        <w:t>1:44  is ki wajah se zyada jo gehri baat hai, woh is ko samajh nahi paate. Dekhein, is dunya ke liye ek aam qanoon hai.</w:t>
      </w:r>
      <w:r>
        <w:br/>
      </w:r>
      <w:r>
        <w:rPr>
          <w:sz w:val="20"/>
        </w:rPr>
        <w:t>1:57  woh qanoon kya hai? "Wa ma tashaawwaru illa an yashaa' Allahu Rabbul 'aalameen".</w:t>
      </w:r>
      <w:r>
        <w:br/>
      </w:r>
      <w:r>
        <w:rPr>
          <w:sz w:val="20"/>
        </w:rPr>
        <w:t>2:03  is tarah ki bohat si aayatein hain ke is dunya mein jo kuch hota hai, woh Allah ke izin se, sanction se hota hai.</w:t>
      </w:r>
      <w:r>
        <w:br/>
      </w:r>
      <w:r>
        <w:rPr>
          <w:sz w:val="20"/>
        </w:rPr>
        <w:t>2:18  jo kuch hota hai.</w:t>
      </w:r>
      <w:r>
        <w:br/>
      </w:r>
      <w:r>
        <w:rPr>
          <w:sz w:val="20"/>
        </w:rPr>
        <w:t>2:21  to in aayaton ko le kar aap sochein to mujaddid ka role secondary ho jayega.</w:t>
      </w:r>
      <w:r>
        <w:br/>
      </w:r>
      <w:r>
        <w:rPr>
          <w:sz w:val="20"/>
        </w:rPr>
        <w:t>2:28  primary role hoga</w:t>
      </w:r>
      <w:r>
        <w:br/>
      </w:r>
      <w:r>
        <w:rPr>
          <w:sz w:val="20"/>
        </w:rPr>
        <w:t>2:32  khud Allah rabb ul alameen ka. woh kis tarah? dekhen, koi bhi shakhs koi bhi kaam agar karna chahta hai to woh sirf yeh kar sakta hai ke jo hamari duniya mein jo jo cheezen</w:t>
      </w:r>
      <w:r>
        <w:br/>
      </w:r>
      <w:r>
        <w:rPr>
          <w:sz w:val="20"/>
        </w:rPr>
        <w:t>3:00  maujood hain, un ko discover kare aur un ko istemal kar sake.</w:t>
      </w:r>
      <w:r>
        <w:br/>
      </w:r>
      <w:r>
        <w:rPr>
          <w:sz w:val="20"/>
        </w:rPr>
        <w:t>3:08  yahi kar sakta hai. woh khud koi invention nahi kar sakta, koi takhleeq nahi kar sakta, koi cheez create nahi kar sakta.</w:t>
      </w:r>
      <w:r>
        <w:br/>
      </w:r>
      <w:r>
        <w:rPr>
          <w:sz w:val="20"/>
        </w:rPr>
        <w:t>3:17  balkeh</w:t>
      </w:r>
      <w:r>
        <w:br/>
      </w:r>
      <w:r>
        <w:rPr>
          <w:sz w:val="20"/>
        </w:rPr>
        <w:t>3:21  available zarea ko istemal kar ke koi waqea kar sakta hai. misaal ke taur par dekhiye, ek kisan ko lijiye,</w:t>
      </w:r>
      <w:r>
        <w:br/>
      </w:r>
      <w:r>
        <w:rPr>
          <w:sz w:val="20"/>
        </w:rPr>
        <w:t>3:34  farmer ko.</w:t>
      </w:r>
      <w:r>
        <w:br/>
      </w:r>
      <w:r>
        <w:rPr>
          <w:sz w:val="20"/>
        </w:rPr>
        <w:t>3:37  to kisan kaha jata hai ke kisan ghalla paida karta hai, lekin ghalla paida karne mein bhi kisan ka kitna hissa hai?</w:t>
      </w:r>
      <w:r>
        <w:br/>
      </w:r>
      <w:r>
        <w:rPr>
          <w:sz w:val="20"/>
        </w:rPr>
        <w:t>3:49  yani 99 feesad hissa nature ka hai. nature ne saal banaya, nature ne pani barsaya, nature ne zameen mein chemical rakha,</w:t>
      </w:r>
      <w:r>
        <w:br/>
      </w:r>
      <w:r>
        <w:rPr>
          <w:sz w:val="20"/>
        </w:rPr>
        <w:t>4:03  nature ne beshumar halaat paida kiye, suraj ke zariye heat bheji. phir is mein ek thoda sa role kisan ka hota hai.</w:t>
      </w:r>
      <w:r>
        <w:br/>
      </w:r>
      <w:r>
        <w:rPr>
          <w:sz w:val="20"/>
        </w:rPr>
        <w:t>4:17  yani more than 99 feesad hota hai nature ka, less than 1 feesad hota hai farmer ka, kisan ka. yeh yahi mamla deen ka bhi hai.</w:t>
      </w:r>
      <w:r>
        <w:br/>
      </w:r>
      <w:r>
        <w:rPr>
          <w:sz w:val="20"/>
        </w:rPr>
        <w:t>4:29  deen bhi jo kaam hota hai, is mein bhi aisa hi ho. maslan mujaddid jo hai, mujaddid yani revive karne wala, tajdeed ke maani revive karna.</w:t>
      </w:r>
      <w:r>
        <w:br/>
      </w:r>
      <w:r>
        <w:rPr>
          <w:sz w:val="20"/>
        </w:rPr>
        <w:t>4:45  to yeh ummat jo hai, chounke yeh ummat aakhri ummat hai, yeh ummat kabhi khatam nahi hogi, kabhi mansookh nahi ki jayegi.</w:t>
      </w:r>
      <w:r>
        <w:br/>
      </w:r>
      <w:r>
        <w:rPr>
          <w:sz w:val="20"/>
        </w:rPr>
        <w:t>4:57  to qayamat tak is ko Allah taala ka matlab hai ke yeh ummat qayamat tak zinda rahe. zinda ke maani kya hain?</w:t>
      </w:r>
      <w:r>
        <w:br/>
      </w:r>
      <w:r>
        <w:rPr>
          <w:sz w:val="20"/>
        </w:rPr>
        <w:t>5:07  jo Quran o Sunnat mein bataya gaya hai principle, woh principle is mein waqe rahen.</w:t>
      </w:r>
      <w:r>
        <w:br/>
      </w:r>
      <w:r>
        <w:rPr>
          <w:sz w:val="20"/>
        </w:rPr>
        <w:t>5:14  yani zawal ka koi aisa darja na aaye jab ke bilkul khatma ho jaye. to is ke liye</w:t>
      </w:r>
      <w:r>
        <w:br/>
      </w:r>
      <w:r>
        <w:rPr>
          <w:sz w:val="20"/>
        </w:rPr>
        <w:t>5:24  tajdeed ki aati hai. tajdeed ke maani revive karna, revival. yeh kaise hota hai?</w:t>
      </w:r>
      <w:r>
        <w:br/>
      </w:r>
      <w:r>
        <w:rPr>
          <w:sz w:val="20"/>
        </w:rPr>
        <w:t>5:34  yeh kisi ek shakhs ka karname nahi hota ke ek shakhs utha, us ne is ke andar koi bohat hi mysterious qualities theen, aur us ne koi kamal kar ke ummat ko zinda kar diya.</w:t>
      </w:r>
      <w:r>
        <w:br/>
      </w:r>
      <w:r>
        <w:rPr>
          <w:sz w:val="20"/>
        </w:rPr>
        <w:t>5:48  aisa nahi hota hai.</w:t>
      </w:r>
      <w:r>
        <w:br/>
      </w:r>
      <w:r>
        <w:rPr>
          <w:sz w:val="20"/>
        </w:rPr>
        <w:t>5:50  balkeh har zaman mein yeh hai ke har so saal mein ek ek mujaddid aayega. is ka matlab yeh hai ke naye naye halaat paida honge jab.</w:t>
      </w:r>
      <w:r>
        <w:br/>
      </w:r>
      <w:r>
        <w:rPr>
          <w:sz w:val="20"/>
        </w:rPr>
        <w:t>6:03  to har naye halaat mein aise afraad uthenge jo halaat ko discover karenge, apne zaman ke lehaz se jo opportunity hai, us ko janenge,</w:t>
      </w:r>
      <w:r>
        <w:br/>
      </w:r>
      <w:r>
        <w:rPr>
          <w:sz w:val="20"/>
        </w:rPr>
        <w:t>6:18  aur phir ummat ko phir se revive karenge.</w:t>
      </w:r>
      <w:r>
        <w:br/>
      </w:r>
      <w:r>
        <w:rPr>
          <w:sz w:val="20"/>
        </w:rPr>
        <w:t>6:21  yeh matlab hai.</w:t>
      </w:r>
      <w:r>
        <w:br/>
      </w:r>
      <w:r>
        <w:rPr>
          <w:sz w:val="20"/>
        </w:rPr>
        <w:t>6:27  to tajdeed ka kaam ek individual se nahi shuru hota, balkeh woh history mein halaat paida hote hain.</w:t>
      </w:r>
      <w:r>
        <w:br/>
      </w:r>
      <w:r>
        <w:rPr>
          <w:sz w:val="20"/>
        </w:rPr>
        <w:t>6:38  Allah taala ke hukum ke tehat history mein halaat paida hote hain. in halaat ko daryaft karna padta hai, phir aap ummat ko revive kar sakte hain.</w:t>
      </w:r>
    </w:p>
    <w:p>
      <w:pPr>
        <w:pStyle w:val="Heading2"/>
      </w:pPr>
      <w:r>
        <w:t>Modern opportunities for dawah and Muslim duty</w:t>
      </w:r>
    </w:p>
    <w:p>
      <w:r>
        <w:rPr>
          <w:color w:val="666666"/>
          <w:sz w:val="18"/>
        </w:rPr>
        <w:t>Dawat ke Tajarbat - Maulana Wahiduddin Khan · 3m 52s · at 42:04 · https://youtu.be/gFtAj-BOZHg?t=2524</w:t>
      </w:r>
    </w:p>
    <w:p>
      <w:r>
        <w:rPr>
          <w:i/>
        </w:rPr>
        <w:t>“Hyderabad safar mein ek taleem yafta Muslim se guftagu hui”</w:t>
      </w:r>
    </w:p>
    <w:p>
      <w:r>
        <w:rPr>
          <w:sz w:val="20"/>
        </w:rPr>
        <w:t>42:04  jadeed duniya mein dawati imkanat. haiderabad ke is safar mein ek taleem yafta musalman se guftagu hui. mein ne unhein angrezi mein chhaapa hua ek invitation dikhaya.</w:t>
      </w:r>
      <w:r>
        <w:br/>
      </w:r>
      <w:r>
        <w:rPr>
          <w:sz w:val="20"/>
        </w:rPr>
        <w:t>42:16  is mein mujhe taqreer karne ke liye bulaya gaya tha. yeh dawat nama The Enlightenment Foundation ki taraf se tha. is meeting ka mozu yeh tha ke mein kaun hoon.</w:t>
      </w:r>
      <w:r>
        <w:br/>
      </w:r>
      <w:r>
        <w:rPr>
          <w:sz w:val="20"/>
        </w:rPr>
        <w:t>42:26  Who am I mein ne kaha is tarah ke idaray bari tadad mein taqreeban har shehar mein qaim hain. is mein shirkat karne walon ko poori azadi hoti hai ke woh apne nuqta nazar se zer e بحث mozu par bolen aur apne ilm ke mutabiq sawal ka jawab den.</w:t>
      </w:r>
      <w:r>
        <w:br/>
      </w:r>
      <w:r>
        <w:rPr>
          <w:sz w:val="20"/>
        </w:rPr>
        <w:t>42:44  is tarah goya har shehar mein ek qism ka dawati maidan khula hua hai. taleem yafta musalman wahan ja kar azadana tor par apni baat pesh kar sakte hain.</w:t>
      </w:r>
      <w:r>
        <w:br/>
      </w:r>
      <w:r>
        <w:rPr>
          <w:sz w:val="20"/>
        </w:rPr>
        <w:t>42:55  bashart ke un ka andaaz khalis ilmi ho. munazaray ka andaaz siyasi propaganda ka andaaz ya qaumi vikaalat ka andaaz na ho.</w:t>
      </w:r>
      <w:r>
        <w:br/>
      </w:r>
      <w:r>
        <w:rPr>
          <w:sz w:val="20"/>
        </w:rPr>
        <w:t>43:05  is imkan ko agar istemal kiya jaye to har shehar mein khamosh andaaz mein dawat ka kaam shuru ho jayega. magar maujooda musalmanon mein chounke dawati jazba nahi is liye unhon ne na is jadeed imkan ko jaana aur na is ko istemal kiya.</w:t>
      </w:r>
      <w:r>
        <w:br/>
      </w:r>
      <w:r>
        <w:rPr>
          <w:sz w:val="20"/>
        </w:rPr>
        <w:t>43:24  dawat se ghaflat. mein yeh baat bar bar likh chuka hoon ke maujooda zamanay mein musalmanon ko jo masail pesh aa rahe hain woh saada tor par sirf masail nahi hain.</w:t>
      </w:r>
      <w:r>
        <w:br/>
      </w:r>
      <w:r>
        <w:rPr>
          <w:sz w:val="20"/>
        </w:rPr>
        <w:t>43:36  woh Khuda ki tanbeeh ya warnings hain. yeh masail musalmanon ko jhanjhoor kar yaad dila rahe hain ke tum agar tabaahi se bachna chahte ho to apni dawati zimmedari ko poora karo.</w:t>
      </w:r>
      <w:r>
        <w:br/>
      </w:r>
      <w:r>
        <w:rPr>
          <w:sz w:val="20"/>
        </w:rPr>
        <w:t>43:48  yeh haqeeqat maine quran se akhaz ki hai. jaisa ke quran mein aaya hai: "ahl e iman kulli ismat minan nas" ka raaz tabligh ma anzal allah mein hai.</w:t>
      </w:r>
      <w:r>
        <w:br/>
      </w:r>
      <w:r>
        <w:rPr>
          <w:sz w:val="20"/>
        </w:rPr>
        <w:t>44:00  al maida. maujooda zamane ke musalman nihayat josh o kharosh ke sath tahaffuz khatm e nabuwat ki tehreek chalate hain. magar is qism ki tehreekein mazahikhaiz had tak be maani hain.</w:t>
      </w:r>
      <w:r>
        <w:br/>
      </w:r>
      <w:r>
        <w:rPr>
          <w:sz w:val="20"/>
        </w:rPr>
        <w:t>44:13  khatm e nabuwat ke tahaffuz ki zimmedari to khud allah ne le rakhi hai. phir musalman is mein kya role ada kar sakte hain. is qism ki tehreek itna hi be maani hai jitna ke shams o qamar ke tahaffuz ki tehreek chalana.</w:t>
      </w:r>
      <w:r>
        <w:br/>
      </w:r>
      <w:r>
        <w:rPr>
          <w:sz w:val="20"/>
        </w:rPr>
        <w:t>44:29  haqeeqat yeh hai ke musalmanon ki zimmedari khatm e nabuwat ka tahaffuz nahi hai balke khatm e nabuwat ki daawti zimmedariyon ko ada karna hai.</w:t>
      </w:r>
      <w:r>
        <w:br/>
      </w:r>
      <w:r>
        <w:rPr>
          <w:sz w:val="20"/>
        </w:rPr>
        <w:t>44:39  khatm e nabuwat ke baad woh maqam e nabuwat par hain. musalmanon ki zimmedari hai ke woh daawaht ilal allah ka woh kaam karein jo pehle paighambar ke zariye anjam pata tha.</w:t>
      </w:r>
      <w:r>
        <w:br/>
      </w:r>
      <w:r>
        <w:rPr>
          <w:sz w:val="20"/>
        </w:rPr>
        <w:t>44:50  "liyakoonar rasool shaheedan alaikum wata koonoo shuhadaa alannas" yaani taake rasool tum par gawah hon aur tum logon par gawah bano.</w:t>
      </w:r>
      <w:r>
        <w:br/>
      </w:r>
      <w:r>
        <w:rPr>
          <w:sz w:val="20"/>
        </w:rPr>
        <w:t>45:01  quran aur hadith aur seerat ka maine jo gehra mutala kiya hai is ki buniyad par main poore yaqeen ke sath keh sakta hoon ke ummat e muhammadi sirf namaz roze ki adaigi se khuda ke haan breh zima nahi ho sakti.</w:t>
      </w:r>
      <w:r>
        <w:br/>
      </w:r>
      <w:r>
        <w:rPr>
          <w:sz w:val="20"/>
        </w:rPr>
        <w:t>45:17  hata ke khud sakhta nazariyat ke tehat maujooda zamane mein islami jehad aur islami siyasat ke jo hangame muslim duniya mein jari hain woh bhi hargiz is ki nijaat ka zaman nahi ban sakte.</w:t>
      </w:r>
      <w:r>
        <w:br/>
      </w:r>
      <w:r>
        <w:rPr>
          <w:sz w:val="20"/>
        </w:rPr>
        <w:t>45:31  musalmanon par farz ke darje mein zaroori hai ke woh ghair musalmanon tak islam ka paigham pahunchayein aur is ke tamam aadab o sharaait ke sath is ko musalsal anjam dein.</w:t>
      </w:r>
      <w:r>
        <w:br/>
      </w:r>
      <w:r>
        <w:rPr>
          <w:sz w:val="20"/>
        </w:rPr>
        <w:t>45:43  daawti farz ki anjam dehi ke baghair musalmanon ka ummat e muhammadi hona hi mujtaba hai. aur jab asal hesiyat hi mujtaba ho to inamat kis buniyad par diye jayenge.</w:t>
      </w:r>
    </w:p>
    <w:p>
      <w:pPr>
        <w:pStyle w:val="Heading2"/>
      </w:pPr>
      <w:r>
        <w:t>Tolerance as universal law of orbits</w:t>
      </w:r>
    </w:p>
    <w:p>
      <w:r>
        <w:rPr>
          <w:color w:val="666666"/>
          <w:sz w:val="18"/>
        </w:rPr>
        <w:t>Tolerance A Universal Law of Nature January 26, 2019 · 5m 51s · at 0:33 · https://youtu.be/fP7aKhoI6gI?t=33</w:t>
      </w:r>
    </w:p>
    <w:p>
      <w:r>
        <w:rPr>
          <w:i/>
        </w:rPr>
        <w:t>“I was thinking about tolerance.”</w:t>
      </w:r>
    </w:p>
    <w:p>
      <w:r>
        <w:rPr>
          <w:sz w:val="20"/>
        </w:rPr>
        <w:t>0:33  tolerance ke bare mein soch raha tha.</w:t>
      </w:r>
      <w:r>
        <w:br/>
      </w:r>
      <w:r>
        <w:rPr>
          <w:sz w:val="20"/>
        </w:rPr>
        <w:t>0:40  mujhe samajh mein aaya ke tolerance to ek law of nature hai.</w:t>
      </w:r>
      <w:r>
        <w:br/>
      </w:r>
      <w:r>
        <w:rPr>
          <w:sz w:val="20"/>
        </w:rPr>
        <w:t>0:49  law of nature.</w:t>
      </w:r>
      <w:r>
        <w:br/>
      </w:r>
      <w:r>
        <w:rPr>
          <w:sz w:val="20"/>
        </w:rPr>
        <w:t>0:53  mujhe samajh mein aaya ke jab khaliq ne paida kiya universe ko, to usi waqt us ne principle of torder bhi paida kar diya.</w:t>
      </w:r>
      <w:r>
        <w:br/>
      </w:r>
      <w:r>
        <w:rPr>
          <w:sz w:val="20"/>
        </w:rPr>
        <w:t>1:11  is liye</w:t>
      </w:r>
      <w:r>
        <w:br/>
      </w:r>
      <w:r>
        <w:rPr>
          <w:sz w:val="20"/>
        </w:rPr>
        <w:t>1:16  khaliq ka jo takhleeqi naqsha tha, woh yeh tha</w:t>
      </w:r>
      <w:r>
        <w:br/>
      </w:r>
      <w:r>
        <w:rPr>
          <w:sz w:val="20"/>
        </w:rPr>
        <w:t>1:26  ke sari kainat</w:t>
      </w:r>
      <w:r>
        <w:br/>
      </w:r>
      <w:r>
        <w:rPr>
          <w:sz w:val="20"/>
        </w:rPr>
        <w:t>1:36  moving objects se bhari hui ho. sitare, sayare, yeh sab ka hai moving. har ek move kar raha hai, move kar raha hai, move kar raha hai.</w:t>
      </w:r>
      <w:r>
        <w:br/>
      </w:r>
      <w:r>
        <w:rPr>
          <w:sz w:val="20"/>
        </w:rPr>
        <w:t>1:53  jab jitni jitni astronomical bodies hain, sab move karein gi to takraao hoga.</w:t>
      </w:r>
      <w:r>
        <w:br/>
      </w:r>
      <w:r>
        <w:rPr>
          <w:sz w:val="20"/>
        </w:rPr>
        <w:t>2:05  jitni bhi astronomical bodies hain, woh move karein gi. yani sitare move kar rahe hain.</w:t>
      </w:r>
      <w:r>
        <w:br/>
      </w:r>
      <w:r>
        <w:rPr>
          <w:sz w:val="20"/>
        </w:rPr>
        <w:t>2:24  aur chhote bade jitne bhi bodies hain, sab move kar rahe hain.</w:t>
      </w:r>
      <w:r>
        <w:br/>
      </w:r>
      <w:r>
        <w:rPr>
          <w:sz w:val="20"/>
        </w:rPr>
        <w:t>2:34  to khuda ne un ka ek discipline pakad rakha hai. discipline. woh discipline kya tha?</w:t>
      </w:r>
      <w:r>
        <w:br/>
      </w:r>
      <w:r>
        <w:rPr>
          <w:sz w:val="20"/>
        </w:rPr>
        <w:t>2:46  har ek, har ek apne orbit ko follow kare.</w:t>
      </w:r>
      <w:r>
        <w:br/>
      </w:r>
      <w:r>
        <w:rPr>
          <w:sz w:val="20"/>
        </w:rPr>
        <w:t>2:54  aap ghor kijiye ke agar aap kabhi aap dekhen, planetarium mein ja kar dekhen, sitaron ka nizam, to aap payenge ke har sitara, har sayara,</w:t>
      </w:r>
      <w:r>
        <w:br/>
      </w:r>
      <w:r>
        <w:rPr>
          <w:sz w:val="20"/>
        </w:rPr>
        <w:t>3:10  har astronomical body move kar rahe hain. Lekin har ek apne orbit mein move karta hai.</w:t>
      </w:r>
      <w:r>
        <w:br/>
      </w:r>
      <w:r>
        <w:rPr>
          <w:sz w:val="20"/>
        </w:rPr>
        <w:t>3:23  har ek.</w:t>
      </w:r>
      <w:r>
        <w:br/>
      </w:r>
      <w:r>
        <w:rPr>
          <w:sz w:val="20"/>
        </w:rPr>
        <w:t>3:27  to</w:t>
      </w:r>
      <w:r>
        <w:br/>
      </w:r>
      <w:r>
        <w:rPr>
          <w:sz w:val="20"/>
        </w:rPr>
        <w:t>3:30  "li-shamsin yambaghi an tudrika al-qamar". Allah sabiq an-nahar. Yahi to hai.</w:t>
      </w:r>
      <w:r>
        <w:br/>
      </w:r>
      <w:r>
        <w:rPr>
          <w:sz w:val="20"/>
        </w:rPr>
        <w:t>3:42  to is ka matlab yeh hai ke tolerance law of nature hai.</w:t>
      </w:r>
      <w:r>
        <w:br/>
      </w:r>
      <w:r>
        <w:rPr>
          <w:sz w:val="20"/>
        </w:rPr>
        <w:t>3:53  woh</w:t>
      </w:r>
      <w:r>
        <w:br/>
      </w:r>
      <w:r>
        <w:rPr>
          <w:sz w:val="20"/>
        </w:rPr>
        <w:t>4:01  culture of movement hai. Universal culture hai woh. Ke har ek move kar raha hai, lekin har ek apne orbit mein move kar raha hai.</w:t>
      </w:r>
      <w:r>
        <w:br/>
      </w:r>
      <w:r>
        <w:rPr>
          <w:sz w:val="20"/>
        </w:rPr>
        <w:t>4:16  to dekhiye, movement jo hai, movement,</w:t>
      </w:r>
      <w:r>
        <w:br/>
      </w:r>
      <w:r>
        <w:rPr>
          <w:sz w:val="20"/>
        </w:rPr>
        <w:t>4:22  movement ek bahut bara creation hai. Movement na ho agar to sari universe thap ho jaye.</w:t>
      </w:r>
      <w:r>
        <w:br/>
      </w:r>
      <w:r>
        <w:rPr>
          <w:sz w:val="20"/>
        </w:rPr>
        <w:t>4:34  tuit se le kar atom tak, atom se le kar solar system tak, solar system se le kar galaxy tak, sab move kar rahe hain, move kar rahe hain, move kar rahe hain.</w:t>
      </w:r>
      <w:r>
        <w:br/>
      </w:r>
      <w:r>
        <w:rPr>
          <w:sz w:val="20"/>
        </w:rPr>
        <w:t>4:46  to is ka matlab yeh hai ke movement jo hai, isi se sari universe mein activities hoti hain.</w:t>
      </w:r>
      <w:r>
        <w:br/>
      </w:r>
      <w:r>
        <w:rPr>
          <w:sz w:val="20"/>
        </w:rPr>
        <w:t>4:58  sari activities. To insan ka bhi mamla yahi hai.</w:t>
      </w:r>
      <w:r>
        <w:br/>
      </w:r>
      <w:r>
        <w:rPr>
          <w:sz w:val="20"/>
        </w:rPr>
        <w:t>5:07  to tolerance jo hai, woh law of nature hai. Yani har ek move kar raha hai, lekin har ek apne orbit mein hai.</w:t>
      </w:r>
      <w:r>
        <w:br/>
      </w:r>
      <w:r>
        <w:rPr>
          <w:sz w:val="20"/>
        </w:rPr>
        <w:t>5:18  apne orbit mein hai.</w:t>
      </w:r>
      <w:r>
        <w:br/>
      </w:r>
      <w:r>
        <w:rPr>
          <w:sz w:val="20"/>
        </w:rPr>
        <w:t>5:23  to yahi social law hai. Yahi universal law hai. Har jagah yahi hai.</w:t>
      </w:r>
      <w:r>
        <w:br/>
      </w:r>
      <w:r>
        <w:rPr>
          <w:sz w:val="20"/>
        </w:rPr>
        <w:t>5:33  to hum, aap jante hain ke hum society mein jab hote hain to har ek move kar raha hai. Har ek move kar raha hai.</w:t>
      </w:r>
      <w:r>
        <w:br/>
      </w:r>
      <w:r>
        <w:rPr>
          <w:sz w:val="20"/>
        </w:rPr>
        <w:t>5:45  to yeh movement kaise aisi ho ke doosre ke liye, jab sab sab move kar rahe hain, sab, to doosre ke liye woh problem na bane aur phir bhi uska apna activities jari rahein.</w:t>
      </w:r>
      <w:r>
        <w:br/>
      </w:r>
      <w:r>
        <w:rPr>
          <w:sz w:val="20"/>
        </w:rPr>
        <w:t>6:09  woh kya hai? Apne orbit ko follow karna. Phir aur sochiye, jis ko kehte hain ke buying time.</w:t>
      </w:r>
    </w:p>
    <w:p>
      <w:pPr>
        <w:pStyle w:val="Heading2"/>
      </w:pPr>
      <w:r>
        <w:t>A caller to God is never alone, Prophet's hijrah lesson</w:t>
      </w:r>
    </w:p>
    <w:p>
      <w:r>
        <w:rPr>
          <w:color w:val="666666"/>
          <w:sz w:val="18"/>
        </w:rPr>
        <w:t>A Talk by Maulana Given to The Members of Kashmir October 31, 2011 · 3m 10s · at 19:50 · https://youtu.be/WU9aSqw2rCs?t=1190</w:t>
      </w:r>
    </w:p>
    <w:p>
      <w:r>
        <w:rPr>
          <w:i/>
        </w:rPr>
        <w:t>“Jab aap dawat ke liye khare hon to akele nahi hote”</w:t>
      </w:r>
    </w:p>
    <w:p>
      <w:r>
        <w:rPr>
          <w:sz w:val="20"/>
        </w:rPr>
        <w:t>19:50  to bilashuba unke liye bohat sawab hai. yahan mein ek aur baat yaad dilana chahunga ke jab aap dawat ke liye khade hon to aap akele nahin hote hain.</w:t>
      </w:r>
      <w:r>
        <w:br/>
      </w:r>
      <w:r>
        <w:rPr>
          <w:sz w:val="20"/>
        </w:rPr>
        <w:t>20:08  akele nahin hote hain. rasool Allah sal Allah alaihi wasallam ke jitne waqeaat hain, woh sab hamare liye namoona hain. aisa nahin ke kuch namoona hai, kuch namoona nahin hai.</w:t>
      </w:r>
      <w:r>
        <w:br/>
      </w:r>
      <w:r>
        <w:rPr>
          <w:sz w:val="20"/>
        </w:rPr>
        <w:t>20:19  misal ke taur par dekhiye, rasool Allah sal Allah alaihi wasallam ko jab hijrat hui makka se madina ja rahe thay, aap to aap ke saath sirf hazrat abubakar thay, do aadmi.</w:t>
      </w:r>
      <w:r>
        <w:br/>
      </w:r>
      <w:r>
        <w:rPr>
          <w:sz w:val="20"/>
        </w:rPr>
        <w:t>20:33  to aap ek ghar mein chhip gaye kyunke makka ke jo mukhalifeen thay, woh talwar le ke nikle ke jahan pe maarein, pehle milein, maar daalein.</w:t>
      </w:r>
      <w:r>
        <w:br/>
      </w:r>
      <w:r>
        <w:rPr>
          <w:sz w:val="20"/>
        </w:rPr>
        <w:t>20:45  to aap is ka andaaza tha, aap ko. aap ghar-e-soor mein, aap aur hazrat abubakar ek kho mein baith gaye.</w:t>
      </w:r>
      <w:r>
        <w:br/>
      </w:r>
      <w:r>
        <w:rPr>
          <w:sz w:val="20"/>
        </w:rPr>
        <w:t>20:58  waqti tor par thehar gaye wahan par. to woh log dhoondhte dhoondhte wahan bhi aa gaye. un ke hath mein talwaren theen. to hazrat abubakar ne dekh liya.</w:t>
      </w:r>
      <w:r>
        <w:br/>
      </w:r>
      <w:r>
        <w:rPr>
          <w:sz w:val="20"/>
        </w:rPr>
        <w:t>21:10  unhon ne kaha ke woh to yahan bhi aa gaye.</w:t>
      </w:r>
      <w:r>
        <w:br/>
      </w:r>
      <w:r>
        <w:rPr>
          <w:sz w:val="20"/>
        </w:rPr>
        <w:t>21:13  is waqt rasool allah ki zuban se jo jumla nikla tha: "ya abubakar, madhanak bisinain allah salisuhuma".</w:t>
      </w:r>
      <w:r>
        <w:br/>
      </w:r>
      <w:r>
        <w:rPr>
          <w:sz w:val="20"/>
        </w:rPr>
        <w:t>21:24  ae abubakar, in do ke baray mein tumhara kya guman hai jis ke sath in ka teesra allah ho? to daai jab kaam karta hai to akela nahi hota hai.</w:t>
      </w:r>
      <w:r>
        <w:br/>
      </w:r>
      <w:r>
        <w:rPr>
          <w:sz w:val="20"/>
        </w:rPr>
        <w:t>21:38  is ki side par allah taala hota hai. allah ke farishtay hotay hain. allah ki taqatein hoti hain.</w:t>
      </w:r>
      <w:r>
        <w:br/>
      </w:r>
      <w:r>
        <w:rPr>
          <w:sz w:val="20"/>
        </w:rPr>
        <w:t>21:47  to kashmir ke logon ke liye yeh khushkhabri hai ke masha allah, woh dawat ke liye kharay ho rahay hain. to unhein is yaqeen ke sath khara hona hai ke hamare sath allah ke farishtay hain.</w:t>
      </w:r>
      <w:r>
        <w:br/>
      </w:r>
      <w:r>
        <w:rPr>
          <w:sz w:val="20"/>
        </w:rPr>
        <w:t>22:02  hum akelay nahi hain. allah ki taqatein hamare sath hain.</w:t>
      </w:r>
      <w:r>
        <w:br/>
      </w:r>
      <w:r>
        <w:rPr>
          <w:sz w:val="20"/>
        </w:rPr>
        <w:t>22:07  is yaqeen ke sath aagay barhna hai. to yeh jo waqia hai rasool allah sallallahu alaihi wasallam ka: "madhanak bisinain allah salisuhuma", yeh sirf rasool allah ka waqia nahi hai.</w:t>
      </w:r>
      <w:r>
        <w:br/>
      </w:r>
      <w:r>
        <w:rPr>
          <w:sz w:val="20"/>
        </w:rPr>
        <w:t>22:22  poori ummat ke liye aik namoona hai. poori ummat ke liye aik sabak hai.</w:t>
      </w:r>
      <w:r>
        <w:br/>
      </w:r>
      <w:r>
        <w:rPr>
          <w:sz w:val="20"/>
        </w:rPr>
        <w:t>22:30  poori ummat ke liye ke jab bhi rasool allah ki ummat uthe gi allah ke deen ke liye to woh akeli nahi hogi.</w:t>
      </w:r>
      <w:r>
        <w:br/>
      </w:r>
      <w:r>
        <w:rPr>
          <w:sz w:val="20"/>
        </w:rPr>
        <w:t>22:39  ummat ka chand fard bhi agar uthein ge to woh akelay nahi hon ge. yaad rakhiye, yeh jumla jo tha ke "madhanak bisinain allah salisuhuma", yeh yeh na samjhein ke kisi paighambar ke liye tha.</w:t>
      </w:r>
      <w:r>
        <w:br/>
      </w:r>
      <w:r>
        <w:rPr>
          <w:sz w:val="20"/>
        </w:rPr>
        <w:t>22:54  poori ummat ke liye hai woh aur aap ke liye hai.</w:t>
      </w:r>
    </w:p>
    <w:p>
      <w:pPr>
        <w:pStyle w:val="Heading2"/>
      </w:pPr>
      <w:r>
        <w:t>Iraq war shows Muslim failure to embrace democracy</w:t>
      </w:r>
    </w:p>
    <w:p>
      <w:r>
        <w:rPr>
          <w:color w:val="666666"/>
          <w:sz w:val="18"/>
        </w:rPr>
        <w:t>Living in New Age May 23, 2010 Maulana Wahiduddin Khan · 4m 54s · at 52:02 · https://youtu.be/9SQbGV8c_cw?t=3122</w:t>
      </w:r>
    </w:p>
    <w:p>
      <w:r>
        <w:rPr>
          <w:i/>
        </w:rPr>
        <w:t>“If Muslims knew this secret, they would have avoided the Iraq disaster.”</w:t>
      </w:r>
    </w:p>
    <w:p>
      <w:r>
        <w:rPr>
          <w:sz w:val="20"/>
        </w:rPr>
        <w:t>52:02  kaisi ajeeb baat hai! dekhiye, agar musalman is raaz ko jante to is tabahi se bach jate jo tabahi hui iraq mein.</w:t>
      </w:r>
      <w:r>
        <w:br/>
      </w:r>
      <w:r>
        <w:rPr>
          <w:sz w:val="20"/>
        </w:rPr>
        <w:t>52:15  iraq mein jo ladai hui bush senior aur bush junior ke zamane mein, woh na hoti, kuch bhi na hota.</w:t>
      </w:r>
      <w:r>
        <w:br/>
      </w:r>
      <w:r>
        <w:rPr>
          <w:sz w:val="20"/>
        </w:rPr>
        <w:t>52:24  kyun? america ko yeh dhan hai ke duniya mein democracy aaye, yeh dhan hai ke democracy aaye duniya mein.</w:t>
      </w:r>
      <w:r>
        <w:br/>
      </w:r>
      <w:r>
        <w:rPr>
          <w:sz w:val="20"/>
        </w:rPr>
        <w:t>52:36  to iraq mein kya tha? saddam hussain sahab jo the, woh the ek fauji afsar, coup kar ke woh wahan par ban gaye</w:t>
      </w:r>
      <w:r>
        <w:br/>
      </w:r>
      <w:r>
        <w:rPr>
          <w:sz w:val="20"/>
        </w:rPr>
        <w:t>52:44  president aur 22 saal tak woh rule karte rahe without any legitimacy, yani kyunke election nahi hua tha wahan, is type ka free election.</w:t>
      </w:r>
      <w:r>
        <w:br/>
      </w:r>
      <w:r>
        <w:rPr>
          <w:sz w:val="20"/>
        </w:rPr>
        <w:t>52:59  to 22 saal se woh rule kar rahe the ek military dictatorship ke taur par. to is se america ke kuch interest ko ke khilaf ja raha tha.</w:t>
      </w:r>
      <w:r>
        <w:br/>
      </w:r>
      <w:r>
        <w:rPr>
          <w:sz w:val="20"/>
        </w:rPr>
        <w:t>53:13  to amreeka ne yeh maang ki ke saddam hussain sahab jo hai, gaddi chhod dein, wahan election karwayein aur election ke baad jo elect ho, woh wahan rule kare iraq mein.</w:t>
      </w:r>
      <w:r>
        <w:br/>
      </w:r>
      <w:r>
        <w:rPr>
          <w:sz w:val="20"/>
        </w:rPr>
        <w:t>53:27  to saare ulama ko kehna chahiye tha ke bohat theek kar raha hai woh, yeh to hum ko khud hi karna chahiye tha, ab woh kar raha hai to us ko karo, election karo</w:t>
      </w:r>
      <w:r>
        <w:br/>
      </w:r>
      <w:r>
        <w:rPr>
          <w:sz w:val="20"/>
        </w:rPr>
        <w:t>53:35  aao wahan par. yani saare ulama ko jo fatwe dete rehte hain, aerial yani unnecessary fatwe dete rehte hain, yahan par fatwa dena chahiye tha ke yeh to democracy honi hi honi chahiye.</w:t>
      </w:r>
      <w:r>
        <w:br/>
      </w:r>
      <w:r>
        <w:rPr>
          <w:sz w:val="20"/>
        </w:rPr>
        <w:t>53:49  bohat achhi maang kar raha hai woh, khatm karo yeh military dictatorship, election karwao.</w:t>
      </w:r>
      <w:r>
        <w:br/>
      </w:r>
      <w:r>
        <w:rPr>
          <w:sz w:val="20"/>
        </w:rPr>
        <w:t>53:58  to kuch bhi na hota, wahan election hota, ek naye aadmi aage baith jaata aur saddam hussain sahab ke paas aath bohat bade palace thay iraq mein.</w:t>
      </w:r>
      <w:r>
        <w:br/>
      </w:r>
      <w:r>
        <w:rPr>
          <w:sz w:val="20"/>
        </w:rPr>
        <w:t>54:08  aith, aath palace, woh wahan se chale jaate, aath palace, aath college, aath university banate hain. woh</w:t>
      </w:r>
      <w:r>
        <w:br/>
      </w:r>
      <w:r>
        <w:rPr>
          <w:sz w:val="20"/>
        </w:rPr>
        <w:t>54:16  yeh jefferson tha amreeka mein, jefferson tha jab president tha, woh president. is ke baad ja kar ke us ne university banwai aur us ne likha ke mere marne ke baad meri qabar par yeh na likha jaye ke main president tha amreeka ka, yeh likha jaye ke main ne amreeka mein yeh university banwai.</w:t>
      </w:r>
      <w:r>
        <w:br/>
      </w:r>
      <w:r>
        <w:rPr>
          <w:sz w:val="20"/>
        </w:rPr>
        <w:t>54:37  to saddam sahab yeh karte, ulama ne fori fatwa diya saddam ko ke tum chhod do</w:t>
      </w:r>
      <w:r>
        <w:br/>
      </w:r>
      <w:r>
        <w:rPr>
          <w:sz w:val="20"/>
        </w:rPr>
        <w:t>54:43  gaddi, jao apne aath palace jo hai, is mein aath bade bade college banao aur election kar, election karwa do. aur jo election jeete ga, woh rule kare ga.</w:t>
      </w:r>
      <w:r>
        <w:br/>
      </w:r>
      <w:r>
        <w:rPr>
          <w:sz w:val="20"/>
        </w:rPr>
        <w:t>54:55  lekin yeh in ke mind set ke bahar hai. saare ulama, saare musalman, chahe bade hon ya chhote, in ke mind set se aate hi nahi hain, yeh baat aate hi nahi.</w:t>
      </w:r>
      <w:r>
        <w:br/>
      </w:r>
      <w:r>
        <w:rPr>
          <w:sz w:val="20"/>
        </w:rPr>
        <w:t>55:10  yani kitna beautiful tareeqe se woh cheez khatm ho sakti thi, hum tabahi se bach sakte thay, lekin kuch nahi hua.</w:t>
      </w:r>
      <w:r>
        <w:br/>
      </w:r>
      <w:r>
        <w:rPr>
          <w:sz w:val="20"/>
        </w:rPr>
        <w:t>55:24  to main samajhta hoon ke sab se bada jo problem musalmanon ka hai, woh yeh nahi ke koi dushman aap ka hai, koi aap ka conspiracy kar raha hai, na koi israel dushman hai aap ka, na aap amreeka dushman hai, na koi hindu dushman hai, na koi rss, na koi bjp, ko</w:t>
      </w:r>
      <w:r>
        <w:br/>
      </w:r>
      <w:r>
        <w:rPr>
          <w:sz w:val="20"/>
        </w:rPr>
        <w:t>55:40  i nahi, koi nahi, koi nahi, koi nahi. sara maamla yeh hai ke musalman naye zamane mein dakhil hi nahi hue, woh jee rahe hain jo pehle ka jo mind set tha, un ka</w:t>
      </w:r>
      <w:r>
        <w:br/>
      </w:r>
      <w:r>
        <w:rPr>
          <w:sz w:val="20"/>
        </w:rPr>
        <w:t>55:57  authoritarian mind set ke ek ek ke paas sab kuch ho, baqi ke paas kuch bhi na ho.</w:t>
      </w:r>
      <w:r>
        <w:br/>
      </w:r>
      <w:r>
        <w:rPr>
          <w:sz w:val="20"/>
        </w:rPr>
        <w:t>56:06  democracy mein aaye nahi, woh democracy mein jo mawaqe khule hain, is mauqe ko avail nahi kar sake. woh yani democracy means decentralization of opportunities.</w:t>
      </w:r>
      <w:r>
        <w:br/>
      </w:r>
      <w:r>
        <w:rPr>
          <w:sz w:val="20"/>
        </w:rPr>
        <w:t>56:18  democracy kya hai? decentralization of opportunities. woh avail hi nahi kiya, woh jante nahi is ko.</w:t>
      </w:r>
      <w:r>
        <w:br/>
      </w:r>
      <w:r>
        <w:rPr>
          <w:sz w:val="20"/>
        </w:rPr>
        <w:t>56:29  kisi ne kaha tha ke mustand hai, mera farmaiya hua,</w:t>
      </w:r>
      <w:r>
        <w:br/>
      </w:r>
      <w:r>
        <w:rPr>
          <w:sz w:val="20"/>
        </w:rPr>
        <w:t>56:32  main king hoon, jo bolun wahi sahi hai, baqi sab galat hai. to musalmanon ko sab se badi khair khwahi yeh hai ke in ke mind set ko badla jaye, in ko bataya jaye ke naya age kya hai,</w:t>
      </w:r>
      <w:r>
        <w:br/>
      </w:r>
      <w:r>
        <w:rPr>
          <w:sz w:val="20"/>
        </w:rPr>
        <w:t>56:47  naya aaj in ke liye kya kya, kya kya nematein le kar aaya hai, kya kya nematein le kar aaya hai.</w:t>
      </w:r>
    </w:p>
    <w:p>
      <w:pPr>
        <w:pStyle w:val="Heading2"/>
      </w:pPr>
      <w:r>
        <w:t>Peaceful protest futile, need for quality and management</w:t>
      </w:r>
    </w:p>
    <w:p>
      <w:r>
        <w:rPr>
          <w:color w:val="666666"/>
          <w:sz w:val="18"/>
        </w:rPr>
        <w:t>How God Manages Human History December 23, 2018 · 4m 23s · at 51:28 · https://youtu.be/j_yxigrCl5U?t=3088</w:t>
      </w:r>
    </w:p>
    <w:p>
      <w:r>
        <w:rPr>
          <w:i/>
        </w:rPr>
        <w:t>“Peaceful protest means futile protest.”</w:t>
      </w:r>
    </w:p>
    <w:p>
      <w:r>
        <w:rPr>
          <w:sz w:val="20"/>
        </w:rPr>
        <w:t>51:28  molana sahib, what is your guidance on peaceful protest?" peaceful protest means futile protest.</w:t>
      </w:r>
      <w:r>
        <w:br/>
      </w:r>
      <w:r>
        <w:rPr>
          <w:sz w:val="20"/>
        </w:rPr>
        <w:t>51:39  futile protest.</w:t>
      </w:r>
      <w:r>
        <w:br/>
      </w:r>
      <w:r>
        <w:rPr>
          <w:sz w:val="20"/>
        </w:rPr>
        <w:t>51:41  aap blame dete hain authorities ko, blame dijiye apne wrong method ko.</w:t>
      </w:r>
      <w:r>
        <w:br/>
      </w:r>
      <w:r>
        <w:rPr>
          <w:sz w:val="20"/>
        </w:rPr>
        <w:t>51:53  road par aa kar chalana yeh chodiye,</w:t>
      </w:r>
      <w:r>
        <w:br/>
      </w:r>
      <w:r>
        <w:rPr>
          <w:sz w:val="20"/>
        </w:rPr>
        <w:t>51:59  measurement seekhiye. allah taala ka tareeqa manage karna hai, manage karna.</w:t>
      </w:r>
      <w:r>
        <w:br/>
      </w:r>
      <w:r>
        <w:rPr>
          <w:sz w:val="20"/>
        </w:rPr>
        <w:t>52:08  wo seekhiye. poori tareekh ko allah manage kar raha hai, poori tareekh ko. to aap manage karna seekhiye, takrao chodiye, is ko haram samjhiye.</w:t>
      </w:r>
      <w:r>
        <w:br/>
      </w:r>
      <w:r>
        <w:rPr>
          <w:sz w:val="20"/>
        </w:rPr>
        <w:t>52:23  is ko samjhiye ke andha pan samjhiye, andha pan. yahi to hai fitna dohama ke sari qaum andhi ho jayegi, is ko kuch dikhai nahi dega, kuch kiya karein, kiya na karein.</w:t>
      </w:r>
      <w:r>
        <w:br/>
      </w:r>
      <w:r>
        <w:rPr>
          <w:sz w:val="20"/>
        </w:rPr>
        <w:t>52:37  jis cheez ko aap keh rahe hain protest, wo wo phenomena hai fitna dohama ka. itne zyada raaste khule hue hain.</w:t>
      </w:r>
      <w:r>
        <w:br/>
      </w:r>
      <w:r>
        <w:rPr>
          <w:sz w:val="20"/>
        </w:rPr>
        <w:t>52:49  aap bataiye ke ek shakhs france se aata hai aur poore india mein ek empire khada kar deta hai, tata.</w:t>
      </w:r>
      <w:r>
        <w:br/>
      </w:r>
      <w:r>
        <w:rPr>
          <w:sz w:val="20"/>
        </w:rPr>
        <w:t>52:59  aap kehte hain hamein ladna hai, protest karna hai. us ne kabhi protest nahi kiya, tata ne kabhi protest nahi kiya. aur sab se bara jo hai colonial powers ka misaal,</w:t>
      </w:r>
      <w:r>
        <w:br/>
      </w:r>
      <w:r>
        <w:rPr>
          <w:sz w:val="20"/>
        </w:rPr>
        <w:t>53:19  wo log india mein aaye, french company aur british company to talwar le ke aaye the, maar maar kar ke hukoomat karna aur apna maqsad to tha apne product ko bechna, lekin maar maar kar ke.</w:t>
      </w:r>
      <w:r>
        <w:br/>
      </w:r>
      <w:r>
        <w:rPr>
          <w:sz w:val="20"/>
        </w:rPr>
        <w:t>53:39  phir unhon ne pata kiya ke maarne ki zaroorat hi kya hai? peaceful tareeqe se hum apni industry badha sakte hain poori duniya mein, yahan tak ke poori duniya mein hamari monopoly ho jaye.</w:t>
      </w:r>
      <w:r>
        <w:br/>
      </w:r>
      <w:r>
        <w:rPr>
          <w:sz w:val="20"/>
        </w:rPr>
        <w:t>53:52  aap ghaur kijiye, aaj monopoly hai, jaisa ke maine arz kiya, airbus ki aur boeing ki monopoly hai sari duniya mein.</w:t>
      </w:r>
      <w:r>
        <w:br/>
      </w:r>
      <w:r>
        <w:rPr>
          <w:sz w:val="20"/>
        </w:rPr>
        <w:t>54:06  to kya koi talwar le ke yeh monopoly qaim kiya unhon ne? gun chala kar kiya hai? apne standard se. india ki kamzori yeh hai ke aaj koi standard ki cheez milti nahi.</w:t>
      </w:r>
      <w:r>
        <w:br/>
      </w:r>
      <w:r>
        <w:rPr>
          <w:sz w:val="20"/>
        </w:rPr>
        <w:t>54:21  agar india in standard ki cheezein banaye to is ki bhi monopoly qaim ho jayegi. lekin india mein koi cheez standard ki milti nahi.</w:t>
      </w:r>
      <w:r>
        <w:br/>
      </w:r>
      <w:r>
        <w:rPr>
          <w:sz w:val="20"/>
        </w:rPr>
        <w:t>54:35  is zamane mein yaad rakhiye, standard ki taqat hai, talwar ki taqat nahi hai. is zamane mein jo taqat hai na, woh standard ki taqat hai.</w:t>
      </w:r>
      <w:r>
        <w:br/>
      </w:r>
      <w:r>
        <w:rPr>
          <w:sz w:val="20"/>
        </w:rPr>
        <w:t>54:46  talwar ki koi taqat nahi hai. koi bhi cheez aap standard ki banaiye, sari duniya jhook markar kharede gi. lekin india mein koi ek cheez bhi standard ki nahi milti.</w:t>
      </w:r>
      <w:r>
        <w:br/>
      </w:r>
      <w:r>
        <w:rPr>
          <w:sz w:val="20"/>
        </w:rPr>
        <w:t>55:00  isi liye yahan par log bohat si cheezein late hain.</w:t>
      </w:r>
      <w:r>
        <w:br/>
      </w:r>
      <w:r>
        <w:rPr>
          <w:sz w:val="20"/>
        </w:rPr>
        <w:t>55:07  bohat hi ajeeb baat hai ke parhe likhe log bhi haqeeqaton ko nahi jante. mujhe taajjub hota hai. baat karte hain protest ki, baat karo standard ki, quality education ki.</w:t>
      </w:r>
      <w:r>
        <w:br/>
      </w:r>
      <w:r>
        <w:rPr>
          <w:sz w:val="20"/>
        </w:rPr>
        <w:t>55:21  yeh parhe likhe log hain jo baatein karte hain, yeh sab protest.</w:t>
      </w:r>
      <w:r>
        <w:br/>
      </w:r>
      <w:r>
        <w:rPr>
          <w:sz w:val="20"/>
        </w:rPr>
        <w:t>55:28  aaj ke daur mein baat karo quality education ki, standard ki. mujhe bohat taajjub hota hai ke parhe likhe log itne bekhauf, bekhabar hain.</w:t>
      </w:r>
      <w:r>
        <w:br/>
      </w:r>
      <w:r>
        <w:rPr>
          <w:sz w:val="20"/>
        </w:rPr>
        <w:t>55:39  isi liye mujhe lagta hai ke yahi hai fitna dohama, yahi fitna dohama hai. Maulana, Mumbai se sawal kiya hai Fawad Siddiqui sahab ne.</w:t>
      </w:r>
    </w:p>
    <w:p>
      <w:pPr>
        <w:pStyle w:val="Heading2"/>
      </w:pPr>
      <w:r>
        <w:t>Full argument: difference is a blessing, not an evil</w:t>
      </w:r>
    </w:p>
    <w:p>
      <w:r>
        <w:rPr>
          <w:color w:val="666666"/>
          <w:sz w:val="18"/>
        </w:rPr>
        <w:t>Multi Religious Society and Islam (English) March 3, 2007 · 4m 48s · at 10:04 · https://youtu.be/13uSBqf_XHg?t=604</w:t>
      </w:r>
    </w:p>
    <w:p>
      <w:r>
        <w:rPr>
          <w:i/>
        </w:rPr>
        <w:t>“Difference is not an evil, it's a blessing”</w:t>
      </w:r>
    </w:p>
    <w:p>
      <w:r>
        <w:rPr>
          <w:sz w:val="20"/>
        </w:rPr>
        <w:t>10:04  people always talk in such a way that difference is an evil.</w:t>
      </w:r>
      <w:r>
        <w:br/>
      </w:r>
      <w:r>
        <w:rPr>
          <w:sz w:val="20"/>
        </w:rPr>
        <w:t>10:17  and how one can live in differences</w:t>
      </w:r>
      <w:r>
        <w:br/>
      </w:r>
      <w:r>
        <w:rPr>
          <w:sz w:val="20"/>
        </w:rPr>
        <w:t>10:22  . they said that we want to build an integral personality.</w:t>
      </w:r>
      <w:r>
        <w:br/>
      </w:r>
      <w:r>
        <w:rPr>
          <w:sz w:val="20"/>
        </w:rPr>
        <w:t>10:33  so,</w:t>
      </w:r>
      <w:r>
        <w:br/>
      </w:r>
      <w:r>
        <w:rPr>
          <w:sz w:val="20"/>
        </w:rPr>
        <w:t>10:40  if you want to build</w:t>
      </w:r>
      <w:r>
        <w:br/>
      </w:r>
      <w:r>
        <w:rPr>
          <w:sz w:val="20"/>
        </w:rPr>
        <w:t>10:45  an integral personality, you have to eliminate all these differences. but this is wrong.</w:t>
      </w:r>
      <w:r>
        <w:br/>
      </w:r>
      <w:r>
        <w:rPr>
          <w:sz w:val="20"/>
        </w:rPr>
        <w:t>10:54  it is wrong. difference is not an hindrance towards this scheme.</w:t>
      </w:r>
      <w:r>
        <w:br/>
      </w:r>
      <w:r>
        <w:rPr>
          <w:sz w:val="20"/>
        </w:rPr>
        <w:t>11:04  one western thinker has rightly said that I am large enough to contain all these contradictions.</w:t>
      </w:r>
      <w:r>
        <w:br/>
      </w:r>
      <w:r>
        <w:rPr>
          <w:sz w:val="20"/>
        </w:rPr>
        <w:t>11:20  I would like to say that man is large enough to contain all these differences. so, difference is not an evil.</w:t>
      </w:r>
      <w:r>
        <w:br/>
      </w:r>
      <w:r>
        <w:rPr>
          <w:sz w:val="20"/>
        </w:rPr>
        <w:t>11:34  instead, it is a blessing. why? because difference creates dialogue, discussion.</w:t>
      </w:r>
      <w:r>
        <w:br/>
      </w:r>
      <w:r>
        <w:rPr>
          <w:sz w:val="20"/>
        </w:rPr>
        <w:t>11:51  and without dialogue, without discussion, there is no development. the only way to intellectual development is dialogue and discussion, and intellectual exchange.</w:t>
      </w:r>
      <w:r>
        <w:br/>
      </w:r>
      <w:r>
        <w:rPr>
          <w:sz w:val="20"/>
        </w:rPr>
        <w:t>12:11  so, in this sense, difference is a</w:t>
      </w:r>
      <w:r>
        <w:br/>
      </w:r>
      <w:r>
        <w:rPr>
          <w:sz w:val="20"/>
        </w:rPr>
        <w:t>12:19  positive part of society.</w:t>
      </w:r>
      <w:r>
        <w:br/>
      </w:r>
      <w:r>
        <w:rPr>
          <w:sz w:val="20"/>
        </w:rPr>
        <w:t>12:21  difference is a blessing. it is the way of nature. it is the process of nature. nature wants to</w:t>
      </w:r>
      <w:r>
        <w:br/>
      </w:r>
      <w:r>
        <w:rPr>
          <w:sz w:val="20"/>
        </w:rPr>
        <w:t>12:36  promote differences because it is difference that creates challenge, competition, dialogue, intellectual exchange</w:t>
      </w:r>
      <w:r>
        <w:br/>
      </w:r>
      <w:r>
        <w:rPr>
          <w:sz w:val="20"/>
        </w:rPr>
        <w:t>12:51  al deez things ar</w:t>
      </w:r>
      <w:r>
        <w:br/>
      </w:r>
      <w:r>
        <w:rPr>
          <w:sz w:val="20"/>
        </w:rPr>
        <w:t>12:55  part of differences. without part, there is no challenge. there is no competition. there is no intellectual exchange.</w:t>
      </w:r>
      <w:r>
        <w:br/>
      </w:r>
      <w:r>
        <w:rPr>
          <w:sz w:val="20"/>
        </w:rPr>
        <w:t>13:06  so, in a society without difference, you cannot promote intellectual development</w:t>
      </w:r>
      <w:r>
        <w:br/>
      </w:r>
      <w:r>
        <w:rPr>
          <w:sz w:val="20"/>
        </w:rPr>
        <w:t>13:15  and you know, intellectual development is the most important part of human being.</w:t>
      </w:r>
      <w:r>
        <w:br/>
      </w:r>
      <w:r>
        <w:rPr>
          <w:sz w:val="20"/>
        </w:rPr>
        <w:t>13:24  the greatest blessing, greatest asset is intellectual development. and without difference, there is no intellectual development.</w:t>
      </w:r>
      <w:r>
        <w:br/>
      </w:r>
      <w:r>
        <w:rPr>
          <w:sz w:val="20"/>
        </w:rPr>
        <w:t>13:38  so, if you want to eliminate, try to eliminate intolerance rather than difference.</w:t>
      </w:r>
      <w:r>
        <w:br/>
      </w:r>
      <w:r>
        <w:rPr>
          <w:sz w:val="20"/>
        </w:rPr>
        <w:t>13:51  you know, you cannot fight nature. you cannot go against the nature.</w:t>
      </w:r>
      <w:r>
        <w:br/>
      </w:r>
      <w:r>
        <w:rPr>
          <w:sz w:val="20"/>
        </w:rPr>
        <w:t>14:01  you have no choice except to adopt the course of nature.</w:t>
      </w:r>
      <w:r>
        <w:br/>
      </w:r>
      <w:r>
        <w:rPr>
          <w:sz w:val="20"/>
        </w:rPr>
        <w:t>14:09  so, difference is the course of nature. everyone is born mister different. and every woman is born miss different.</w:t>
      </w:r>
      <w:r>
        <w:br/>
      </w:r>
      <w:r>
        <w:rPr>
          <w:sz w:val="20"/>
        </w:rPr>
        <w:t>14:24  so, difference is everywhere in the world. your personality is a different personality from other.</w:t>
      </w:r>
      <w:r>
        <w:br/>
      </w:r>
      <w:r>
        <w:rPr>
          <w:sz w:val="20"/>
        </w:rPr>
        <w:t>14:38  so, how you can change this natural scheme? it is wrong to take the difference as an evil.</w:t>
      </w:r>
    </w:p>
    <w:p>
      <w:pPr>
        <w:pStyle w:val="Heading2"/>
      </w:pPr>
      <w:r>
        <w:t>Monism vs Monotheism differences</w:t>
      </w:r>
    </w:p>
    <w:p>
      <w:r>
        <w:rPr>
          <w:color w:val="666666"/>
          <w:sz w:val="18"/>
        </w:rPr>
        <w:t>Towards Understanding Islam (English) March 22, 2007 Maulana Wahiduddin Khan · 5m 18s · at 2:22 · https://youtu.be/jXvJkbWa2MM?t=142</w:t>
      </w:r>
    </w:p>
    <w:p>
      <w:r>
        <w:rPr>
          <w:i/>
        </w:rPr>
        <w:t>“Then what is Islam? Basically, there are two branches of religion”</w:t>
      </w:r>
    </w:p>
    <w:p>
      <w:r>
        <w:rPr>
          <w:sz w:val="20"/>
        </w:rPr>
        <w:t>2:22  then what is al-islam?</w:t>
      </w:r>
      <w:r>
        <w:br/>
      </w:r>
      <w:r>
        <w:rPr>
          <w:sz w:val="20"/>
        </w:rPr>
        <w:t>2:33  basically, there are two branches of religion: semitic religions and arian religions.</w:t>
      </w:r>
      <w:r>
        <w:br/>
      </w:r>
      <w:r>
        <w:rPr>
          <w:sz w:val="20"/>
        </w:rPr>
        <w:t>2:44  arian religions are based on the concept of monism, m-o-n-i-s-m, monism.</w:t>
      </w:r>
      <w:r>
        <w:br/>
      </w:r>
      <w:r>
        <w:rPr>
          <w:sz w:val="20"/>
        </w:rPr>
        <w:t>2:56  and the semitic religions are based on the concept of monotheism.</w:t>
      </w:r>
      <w:r>
        <w:br/>
      </w:r>
      <w:r>
        <w:rPr>
          <w:sz w:val="20"/>
        </w:rPr>
        <w:t>3:06  in persian, it is wahdat-e-wujood and tauheed.</w:t>
      </w:r>
      <w:r>
        <w:br/>
      </w:r>
      <w:r>
        <w:rPr>
          <w:sz w:val="20"/>
        </w:rPr>
        <w:t>3:17  marism, although believes in god, but their concept is quite different from that of monotheism.</w:t>
      </w:r>
      <w:r>
        <w:br/>
      </w:r>
      <w:r>
        <w:rPr>
          <w:sz w:val="20"/>
        </w:rPr>
        <w:t>3:28  according to monism, god is a pervading spirit.</w:t>
      </w:r>
      <w:r>
        <w:br/>
      </w:r>
      <w:r>
        <w:rPr>
          <w:sz w:val="20"/>
        </w:rPr>
        <w:t>3:39  god is a pervading spirit, like gravity or cosmic rays.</w:t>
      </w:r>
      <w:r>
        <w:br/>
      </w:r>
      <w:r>
        <w:rPr>
          <w:sz w:val="20"/>
        </w:rPr>
        <w:t>3:51  so according to monistic thought, god has no personality.</w:t>
      </w:r>
      <w:r>
        <w:br/>
      </w:r>
      <w:r>
        <w:rPr>
          <w:sz w:val="20"/>
        </w:rPr>
        <w:t>4:03  but according to monotheism, god is a person like ours.</w:t>
      </w:r>
      <w:r>
        <w:br/>
      </w:r>
      <w:r>
        <w:rPr>
          <w:sz w:val="20"/>
        </w:rPr>
        <w:t>4:14  god can see, god can think, god can hear, god can do everything.</w:t>
      </w:r>
      <w:r>
        <w:br/>
      </w:r>
      <w:r>
        <w:rPr>
          <w:sz w:val="20"/>
        </w:rPr>
        <w:t>4:26  so there is a great difference between the marism and monotheism, although both believe in god.</w:t>
      </w:r>
      <w:r>
        <w:br/>
      </w:r>
      <w:r>
        <w:rPr>
          <w:sz w:val="20"/>
        </w:rPr>
        <w:t>4:38  for example, there is no concept of revelation in monistic religion.</w:t>
      </w:r>
      <w:r>
        <w:br/>
      </w:r>
      <w:r>
        <w:rPr>
          <w:sz w:val="20"/>
        </w:rPr>
        <w:t>4:49  because when there is no god as a person, then who can reveal anything like sacred book?</w:t>
      </w:r>
      <w:r>
        <w:br/>
      </w:r>
      <w:r>
        <w:rPr>
          <w:sz w:val="20"/>
        </w:rPr>
        <w:t>5:00  The concept of revelation is absent in Monism.</w:t>
      </w:r>
      <w:r>
        <w:br/>
      </w:r>
      <w:r>
        <w:rPr>
          <w:sz w:val="20"/>
        </w:rPr>
        <w:t>5:12  Their concept is based on Avatar. Avatar means God's embodiment. That is another thing. But in Monotheism, there is the concept of revelation. It means that God reveals verses. God reveals His Word.</w:t>
      </w:r>
      <w:r>
        <w:br/>
      </w:r>
      <w:r>
        <w:rPr>
          <w:sz w:val="20"/>
        </w:rPr>
        <w:t>5:40  God sends His book to the prophets. Then also there are so many differences. For example, in Monotheistic religion, there is the concept of the Day of Judgment. But in Monism, there is no Day of Judgment.</w:t>
      </w:r>
      <w:r>
        <w:br/>
      </w:r>
      <w:r>
        <w:rPr>
          <w:sz w:val="20"/>
        </w:rPr>
        <w:t>6:10  Because the Day of Judgment requires a person, a being, who can reward, who can preserve, who can</w:t>
      </w:r>
      <w:r>
        <w:br/>
      </w:r>
      <w:r>
        <w:rPr>
          <w:sz w:val="20"/>
        </w:rPr>
        <w:t>6:19  persecute, who can see the record, who can decide.</w:t>
      </w:r>
      <w:r>
        <w:br/>
      </w:r>
      <w:r>
        <w:rPr>
          <w:sz w:val="20"/>
        </w:rPr>
        <w:t>6:29  So when there is no concept of God as a person in Monism, so there is no concept</w:t>
      </w:r>
      <w:r>
        <w:br/>
      </w:r>
      <w:r>
        <w:rPr>
          <w:sz w:val="20"/>
        </w:rPr>
        <w:t>6:38  of Day of Judgment in Monism.</w:t>
      </w:r>
      <w:r>
        <w:br/>
      </w:r>
      <w:r>
        <w:rPr>
          <w:sz w:val="20"/>
        </w:rPr>
        <w:t>6:48  But in Monotheism, there is the concept of Day of Judgment. God is the Judge of that day. So according to Monotheism, God is a person. God decides. God plans.</w:t>
      </w:r>
      <w:r>
        <w:br/>
      </w:r>
      <w:r>
        <w:rPr>
          <w:sz w:val="20"/>
        </w:rPr>
        <w:t>7:12  God sees. God hears. God creates. God can do everything. So although both the people speak this word, that is God, but the concept is quite different. So you have to know this difference.</w:t>
      </w:r>
      <w:r>
        <w:br/>
      </w:r>
      <w:r>
        <w:rPr>
          <w:sz w:val="20"/>
        </w:rPr>
        <w:t>7:40  Otherwise, you will live in confusion. Confusion. Then let us take the concept of Prophethood. In Monistic concept, there is no Prophet. When there is no God as a person, who will send Prophet?</w:t>
      </w:r>
    </w:p>
    <w:p>
      <w:pPr>
        <w:pStyle w:val="Heading2"/>
      </w:pPr>
      <w:r>
        <w:t>Gandhi's nonviolence and the prophetic saying it proved</w:t>
      </w:r>
    </w:p>
    <w:p>
      <w:r>
        <w:rPr>
          <w:color w:val="666666"/>
          <w:sz w:val="18"/>
        </w:rPr>
        <w:t>Islma A Religion of Peace (English) January 7, 2010 · 3m 56s · at 9:10 · https://youtu.be/YKg_GJj8Hvg?t=550</w:t>
      </w:r>
    </w:p>
    <w:p>
      <w:r>
        <w:rPr>
          <w:i/>
        </w:rPr>
        <w:t>“Mahatma Gandhi gave a successful demonstration of this principle”</w:t>
      </w:r>
    </w:p>
    <w:p>
      <w:r>
        <w:rPr>
          <w:sz w:val="20"/>
        </w:rPr>
        <w:t>9:10  Mahatma Gandhi was that Mahatma Gandhi gave a successful demonstration of this principle.</w:t>
      </w:r>
      <w:r>
        <w:br/>
      </w:r>
      <w:r>
        <w:rPr>
          <w:sz w:val="20"/>
        </w:rPr>
        <w:t>9:23  you know, Mahatma Gandhi was the great leader of India.</w:t>
      </w:r>
      <w:r>
        <w:br/>
      </w:r>
      <w:r>
        <w:rPr>
          <w:sz w:val="20"/>
        </w:rPr>
        <w:t>9:29  he was the</w:t>
      </w:r>
      <w:r>
        <w:br/>
      </w:r>
      <w:r>
        <w:rPr>
          <w:sz w:val="20"/>
        </w:rPr>
        <w:t>9:33  great leader of freedom struggle. and in India, freedom struggle started in 1857.</w:t>
      </w:r>
      <w:r>
        <w:br/>
      </w:r>
      <w:r>
        <w:rPr>
          <w:sz w:val="20"/>
        </w:rPr>
        <w:t>9:44  at that time, the leaders were following armed struggle, the formula of armed struggle.</w:t>
      </w:r>
      <w:r>
        <w:br/>
      </w:r>
      <w:r>
        <w:rPr>
          <w:sz w:val="20"/>
        </w:rPr>
        <w:t>9:54  they were using violence against Britishers.</w:t>
      </w:r>
      <w:r>
        <w:br/>
      </w:r>
      <w:r>
        <w:rPr>
          <w:sz w:val="20"/>
        </w:rPr>
        <w:t>9:58  then, in 1919, Mahatma Gandhi came. he was adopted as as the supreme leader of International Congress.</w:t>
      </w:r>
      <w:r>
        <w:br/>
      </w:r>
      <w:r>
        <w:rPr>
          <w:sz w:val="20"/>
        </w:rPr>
        <w:t>10:15  Mahatma Gandhi declared that, "now, we will abandon all card of violence against Britishers.</w:t>
      </w:r>
      <w:r>
        <w:br/>
      </w:r>
      <w:r>
        <w:rPr>
          <w:sz w:val="20"/>
        </w:rPr>
        <w:t>10:26  we will follow our struggle through peaceful means, ahimsa or non-violence." this was a peace bomb, like a peace bomb.</w:t>
      </w:r>
      <w:r>
        <w:br/>
      </w:r>
      <w:r>
        <w:rPr>
          <w:sz w:val="20"/>
        </w:rPr>
        <w:t>10:42  this bomb paralyzed the British Empire.</w:t>
      </w:r>
      <w:r>
        <w:br/>
      </w:r>
      <w:r>
        <w:rPr>
          <w:sz w:val="20"/>
        </w:rPr>
        <w:t>10:50  they felt that now they had no justification to use arms, to use guns against the freedom fighters.</w:t>
      </w:r>
      <w:r>
        <w:br/>
      </w:r>
      <w:r>
        <w:rPr>
          <w:sz w:val="20"/>
        </w:rPr>
        <w:t>11:01  they were interesting story.</w:t>
      </w:r>
      <w:r>
        <w:br/>
      </w:r>
      <w:r>
        <w:rPr>
          <w:sz w:val="20"/>
        </w:rPr>
        <w:t>11:04  one British collector of the time</w:t>
      </w:r>
      <w:r>
        <w:br/>
      </w:r>
      <w:r>
        <w:rPr>
          <w:sz w:val="20"/>
        </w:rPr>
        <w:t>11:13  wanted</w:t>
      </w:r>
      <w:r>
        <w:br/>
      </w:r>
      <w:r>
        <w:rPr>
          <w:sz w:val="20"/>
        </w:rPr>
        <w:t>11:17  direction from his center, secretariat, how to do against this non-violent activist.</w:t>
      </w:r>
      <w:r>
        <w:br/>
      </w:r>
      <w:r>
        <w:rPr>
          <w:sz w:val="20"/>
        </w:rPr>
        <w:t>11:28  so, he sent a telegram asking a guidance</w:t>
      </w:r>
      <w:r>
        <w:br/>
      </w:r>
      <w:r>
        <w:rPr>
          <w:sz w:val="20"/>
        </w:rPr>
        <w:t>11:34  The wording of this telegram was very interesting. It was, "Wire kindly, wire instructions how to kill a tiger non violently."</w:t>
      </w:r>
      <w:r>
        <w:br/>
      </w:r>
      <w:r>
        <w:rPr>
          <w:sz w:val="20"/>
        </w:rPr>
        <w:t>11:52  it means that previously the fight freedom fighters were violent. so, we were justified to use violence against them.</w:t>
      </w:r>
      <w:r>
        <w:br/>
      </w:r>
      <w:r>
        <w:rPr>
          <w:sz w:val="20"/>
        </w:rPr>
        <w:t>12:04  now, they are saying that we are non violent activist. we have abandon armed and violence.</w:t>
      </w:r>
      <w:r>
        <w:br/>
      </w:r>
      <w:r>
        <w:rPr>
          <w:sz w:val="20"/>
        </w:rPr>
        <w:t>12:15  so, what to do?</w:t>
      </w:r>
      <w:r>
        <w:br/>
      </w:r>
      <w:r>
        <w:rPr>
          <w:sz w:val="20"/>
        </w:rPr>
        <w:t>12:19  so, this this is a best illustration that</w:t>
      </w:r>
      <w:r>
        <w:br/>
      </w:r>
      <w:r>
        <w:rPr>
          <w:sz w:val="20"/>
        </w:rPr>
        <w:t>12:27  non violence is forward effective than the violence.</w:t>
      </w:r>
      <w:r>
        <w:br/>
      </w:r>
      <w:r>
        <w:rPr>
          <w:sz w:val="20"/>
        </w:rPr>
        <w:t>12:35  peaceful struggle is forward effective than the violent struggle.</w:t>
      </w:r>
      <w:r>
        <w:br/>
      </w:r>
      <w:r>
        <w:rPr>
          <w:sz w:val="20"/>
        </w:rPr>
        <w:t>12:45  so, that principle which was given by the prophet of islam in this verse, that god grants to non violence what he does not grant to violence.</w:t>
      </w:r>
      <w:r>
        <w:br/>
      </w:r>
      <w:r>
        <w:rPr>
          <w:sz w:val="20"/>
        </w:rPr>
        <w:t>12:57  mahatma gandhi demonstrated practically that it is a fact</w:t>
      </w:r>
    </w:p>
    <w:p>
      <w:pPr>
        <w:pStyle w:val="Heading2"/>
      </w:pPr>
      <w:r>
        <w:t>Why social media is key to Quran distribution</w:t>
      </w:r>
    </w:p>
    <w:p>
      <w:r>
        <w:rPr>
          <w:color w:val="666666"/>
          <w:sz w:val="18"/>
        </w:rPr>
        <w:t>How to take Quran to the world by Sohaib Ilyas and Faraz Khan · 3m 27s · at 1:35 · https://youtu.be/PSbEir8Zbew?t=95</w:t>
      </w:r>
    </w:p>
    <w:p>
      <w:r>
        <w:rPr>
          <w:i/>
        </w:rPr>
        <w:t>“All of us here have one major mission”</w:t>
      </w:r>
    </w:p>
    <w:p>
      <w:r>
        <w:rPr>
          <w:sz w:val="20"/>
        </w:rPr>
        <w:t>1:35  hum sab yahan jitne log yahan ikatthe hue hain, in sab ka ek hi major mission hai, one single point agenda hai, aur woh hai quran distribution.</w:t>
      </w:r>
      <w:r>
        <w:br/>
      </w:r>
      <w:r>
        <w:rPr>
          <w:sz w:val="20"/>
        </w:rPr>
        <w:t>1:45  hum chahtay hain ke hum quran aur quran ka message dunya ke har ek shakhs ke paas le ke jayen, aur hamare presentation ka bhi yahi aim hai ke hum aap ko yeh samjhayein ke kaise hum is mission ko achieve kar sakte hain, kaise hum is target ko achieve kar sakte hain.</w:t>
      </w:r>
      <w:r>
        <w:br/>
      </w:r>
      <w:r>
        <w:rPr>
          <w:sz w:val="20"/>
        </w:rPr>
        <w:t>2:05  isi liye hum ne</w:t>
      </w:r>
      <w:r>
        <w:br/>
      </w:r>
      <w:r>
        <w:rPr>
          <w:sz w:val="20"/>
        </w:rPr>
        <w:t>2:09  apne presentation ka title bhi rakha hai: "lets make quran go viral". abhi hum yeh samajhne ki koshish karte hain ke hum ne abhi tak apna target kitna achieve kar liya hai.</w:t>
      </w:r>
      <w:r>
        <w:br/>
      </w:r>
      <w:r>
        <w:rPr>
          <w:sz w:val="20"/>
        </w:rPr>
        <w:t>2:22  hamara quran publish hua air 2009 mein, aur air 2009 mein hamara quran publish hua, aur tab se hamari team quran distribute kar rahi hai.</w:t>
      </w:r>
      <w:r>
        <w:br/>
      </w:r>
      <w:r>
        <w:rPr>
          <w:sz w:val="20"/>
        </w:rPr>
        <w:t>2:35  hum ne abhi tak 8 million copies distribute kar chuke hain. ab agar is ko hum</w:t>
      </w:r>
      <w:r>
        <w:br/>
      </w:r>
      <w:r>
        <w:rPr>
          <w:sz w:val="20"/>
        </w:rPr>
        <w:t>2:47  calculation karein is ka, to hum ne 10 years mein 8 million copies distribute ki hain, jo ke approximately 1 million copies per year mani ja sakti hain.</w:t>
      </w:r>
      <w:r>
        <w:br/>
      </w:r>
      <w:r>
        <w:rPr>
          <w:sz w:val="20"/>
        </w:rPr>
        <w:t>2:59  is waqt world ki population hamari 7.</w:t>
      </w:r>
      <w:r>
        <w:br/>
      </w:r>
      <w:r>
        <w:rPr>
          <w:sz w:val="20"/>
        </w:rPr>
        <w:t>3:03  7 billion people ki hai. agar hum is pace se distribution karte rahe to humein 7,690 years lagen ge poori population ko reach karne ke liye,</w:t>
      </w:r>
      <w:r>
        <w:br/>
      </w:r>
      <w:r>
        <w:rPr>
          <w:sz w:val="20"/>
        </w:rPr>
        <w:t>3:17  jo ke apne aap mein aik un achievable target hai. lekin hum aaj ke daur mein hain, hum age of communication mein hain. khuda ki itni bari nemat hai hamare upar ke hum is target ko achieve kar sakte hain, aur yeh possible hai.</w:t>
      </w:r>
      <w:r>
        <w:br/>
      </w:r>
      <w:r>
        <w:rPr>
          <w:sz w:val="20"/>
        </w:rPr>
        <w:t>3:34  hum jitne bhi presentation yahan ho rahe hain, hum bar bar yeh baat keh rahe hain ke humein aik team effort mein involve hona hai.</w:t>
      </w:r>
      <w:r>
        <w:br/>
      </w:r>
      <w:r>
        <w:rPr>
          <w:sz w:val="20"/>
        </w:rPr>
        <w:t>3:42  hum sab ko aik sath mil kar is mission ko achieve karna hai. aur aap yaqeen maniye ke yahan pe jitne log baithe hain, agar 200 ke 200 log yeh decide kar lein ke hum aik platform ko achhe se use karein ge jo khuda ki nemat hai aur jo khuda ne humein diya hai, to hum is target ko achieve kar sakte hain.</w:t>
      </w:r>
      <w:r>
        <w:br/>
      </w:r>
      <w:r>
        <w:rPr>
          <w:sz w:val="20"/>
        </w:rPr>
        <w:t>4:01  aur woh nemat hai social media.</w:t>
      </w:r>
      <w:r>
        <w:br/>
      </w:r>
      <w:r>
        <w:rPr>
          <w:sz w:val="20"/>
        </w:rPr>
        <w:t>4:08  aaj ki age of communication mein hamare paas social media ke bohat sare platforms hain, aur jis ko cps daily team last one year se effectively use kar rahi hai.</w:t>
      </w:r>
      <w:r>
        <w:br/>
      </w:r>
      <w:r>
        <w:rPr>
          <w:sz w:val="20"/>
        </w:rPr>
        <w:t>4:23  agar hum dekhein to aaj instagram, facebook, twitter, whatsapp, quora, youtube—yeh platforms available hain jahan pe billion of people roz in platforms ko use karte hain.</w:t>
      </w:r>
      <w:r>
        <w:br/>
      </w:r>
      <w:r>
        <w:rPr>
          <w:sz w:val="20"/>
        </w:rPr>
        <w:t>4:37  facebook pe hi sum</w:t>
      </w:r>
      <w:r>
        <w:br/>
      </w:r>
      <w:r>
        <w:rPr>
          <w:sz w:val="20"/>
        </w:rPr>
        <w:t>4:39  2.8 billion users hain. youtube pe aik din mein 4 billion views ho jati hain. to agar hum is platform ko effectively use karein to jo hamara tar</w:t>
      </w:r>
      <w:r>
        <w:br/>
      </w:r>
      <w:r>
        <w:rPr>
          <w:sz w:val="20"/>
        </w:rPr>
        <w:t>4:51  get hai 7.7 billion logon tak reach karne ka, woh achieve ho sakta hai. to hum ne yeh jo presentation poora banaya hai, is ko hum ne three parts mein divide kiya hai.</w:t>
      </w:r>
    </w:p>
    <w:p>
      <w:pPr>
        <w:pStyle w:val="Heading2"/>
      </w:pPr>
      <w:r>
        <w:t>Michael Hart ranked the Prophet first but missed his secret</w:t>
      </w:r>
    </w:p>
    <w:p>
      <w:r>
        <w:rPr>
          <w:color w:val="666666"/>
          <w:sz w:val="18"/>
        </w:rPr>
        <w:t>Peaceful Activism vs Violent Activism May 23, 2009 · 5m 31s · at 36:57 · https://youtu.be/LlwiET1Kb5w?t=2217</w:t>
      </w:r>
    </w:p>
    <w:p>
      <w:r>
        <w:rPr>
          <w:i/>
        </w:rPr>
        <w:t>“There's a well-known American scholar, Dr. Michael Hart.”</w:t>
      </w:r>
    </w:p>
    <w:p>
      <w:r>
        <w:rPr>
          <w:sz w:val="20"/>
        </w:rPr>
        <w:t>36:57  you know, there is a well known scholar of America, that is doctor Michael Hart.</w:t>
      </w:r>
      <w:r>
        <w:br/>
      </w:r>
      <w:r>
        <w:rPr>
          <w:sz w:val="20"/>
        </w:rPr>
        <w:t>37:08  he has published a book, the hundred, the hundred by doctor Michael Hart.</w:t>
      </w:r>
      <w:r>
        <w:br/>
      </w:r>
      <w:r>
        <w:rPr>
          <w:sz w:val="20"/>
        </w:rPr>
        <w:t>37:18  so, in this book, he places Prophet of Islam on the top. Again to his list, Prophet of Islam was supremely successful person.</w:t>
      </w:r>
      <w:r>
        <w:br/>
      </w:r>
      <w:r>
        <w:rPr>
          <w:sz w:val="20"/>
        </w:rPr>
        <w:t>37:33  Prophet of Islam was a man who achieved supremely success</w:t>
      </w:r>
      <w:r>
        <w:br/>
      </w:r>
      <w:r>
        <w:rPr>
          <w:sz w:val="20"/>
        </w:rPr>
        <w:t>37:39  . So, he was supremely successful person in the whole history, in both the, in both the religious and secular levels.</w:t>
      </w:r>
      <w:r>
        <w:br/>
      </w:r>
      <w:r>
        <w:rPr>
          <w:sz w:val="20"/>
        </w:rPr>
        <w:t>37:50  This is wording, but Dr. Michael Hart failed to refer the real cause of this success.</w:t>
      </w:r>
      <w:r>
        <w:br/>
      </w:r>
      <w:r>
        <w:rPr>
          <w:sz w:val="20"/>
        </w:rPr>
        <w:t>38:00  What was the secret behind success? How Prophet of Islam became super achiever?</w:t>
      </w:r>
      <w:r>
        <w:br/>
      </w:r>
      <w:r>
        <w:rPr>
          <w:sz w:val="20"/>
        </w:rPr>
        <w:t>38:09  He mentions that Prophet of Islam was super achiever, more than any other achiever.</w:t>
      </w:r>
      <w:r>
        <w:br/>
      </w:r>
      <w:r>
        <w:rPr>
          <w:sz w:val="20"/>
        </w:rPr>
        <w:t>38:19  But in this book, I failed to find the reason why he was able to achieve this kind of super achievement.</w:t>
      </w:r>
      <w:r>
        <w:br/>
      </w:r>
      <w:r>
        <w:rPr>
          <w:sz w:val="20"/>
        </w:rPr>
        <w:t>38:32  And this was due to this policy.</w:t>
      </w:r>
      <w:r>
        <w:br/>
      </w:r>
      <w:r>
        <w:rPr>
          <w:sz w:val="20"/>
        </w:rPr>
        <w:t>38:37  In short, the Prophet policy was, if I allow to coin a term, I would like to say that, that his policy was non political status quoism.</w:t>
      </w:r>
      <w:r>
        <w:br/>
      </w:r>
      <w:r>
        <w:rPr>
          <w:sz w:val="20"/>
        </w:rPr>
        <w:t>38:58  In politics, he always</w:t>
      </w:r>
      <w:r>
        <w:br/>
      </w:r>
      <w:r>
        <w:rPr>
          <w:sz w:val="20"/>
        </w:rPr>
        <w:t>39:05  opted for avoidance.</w:t>
      </w:r>
      <w:r>
        <w:br/>
      </w:r>
      <w:r>
        <w:rPr>
          <w:sz w:val="20"/>
        </w:rPr>
        <w:t>39:10  So, his policy was non political activism and political status quoism. Non political activism and political status quoism.</w:t>
      </w:r>
      <w:r>
        <w:br/>
      </w:r>
      <w:r>
        <w:rPr>
          <w:sz w:val="20"/>
        </w:rPr>
        <w:t>39:24  Meaning, he accepted the political situation as it is. He never tried to change status quo.</w:t>
      </w:r>
      <w:r>
        <w:br/>
      </w:r>
      <w:r>
        <w:rPr>
          <w:sz w:val="20"/>
        </w:rPr>
        <w:t>39:34  No, in politics, he accept, accepted those people who, political masters of that time.</w:t>
      </w:r>
      <w:r>
        <w:br/>
      </w:r>
      <w:r>
        <w:rPr>
          <w:sz w:val="20"/>
        </w:rPr>
        <w:t>39:47  So, his policy was, his policy can be summarized in these two words: Non political activism and political status quoism.</w:t>
      </w:r>
      <w:r>
        <w:br/>
      </w:r>
      <w:r>
        <w:rPr>
          <w:sz w:val="20"/>
        </w:rPr>
        <w:t>40:01  In political matters, or in matters of political power, you have to be status quoist, accept things as it is.</w:t>
      </w:r>
      <w:r>
        <w:br/>
      </w:r>
      <w:r>
        <w:rPr>
          <w:sz w:val="20"/>
        </w:rPr>
        <w:t>40:14  And then, in other fields, other than political power, you can achieve all those opportunities.</w:t>
      </w:r>
      <w:r>
        <w:br/>
      </w:r>
      <w:r>
        <w:rPr>
          <w:sz w:val="20"/>
        </w:rPr>
        <w:t>40:24  So, it was the Prophet's movement, was strictly a non, non political movement.</w:t>
      </w:r>
      <w:r>
        <w:br/>
      </w:r>
      <w:r>
        <w:rPr>
          <w:sz w:val="20"/>
        </w:rPr>
        <w:t>40:35  Prophet's movement was strictly a non political movement. You know, you know, when Prophet was appointed.</w:t>
      </w:r>
      <w:r>
        <w:br/>
      </w:r>
      <w:r>
        <w:rPr>
          <w:sz w:val="20"/>
        </w:rPr>
        <w:t>40:47  Patience for the sake of God, it means that avoid all kind of confrontation.</w:t>
      </w:r>
      <w:r>
        <w:br/>
      </w:r>
      <w:r>
        <w:rPr>
          <w:sz w:val="20"/>
        </w:rPr>
        <w:t>40:58  When there is no confrontation, you can do a kind of mission,</w:t>
      </w:r>
      <w:r>
        <w:br/>
      </w:r>
      <w:r>
        <w:rPr>
          <w:sz w:val="20"/>
        </w:rPr>
        <w:t>41:04  But when there is confrontation, you have to keep patience. You have to avoid going ahead. This was the policy of the Prophet of Islam.</w:t>
      </w:r>
      <w:r>
        <w:br/>
      </w:r>
      <w:r>
        <w:rPr>
          <w:sz w:val="20"/>
        </w:rPr>
        <w:t>41:18  So, in political power, he was completely status quoist, and in other fields, in non political fields, he was activist.</w:t>
      </w:r>
      <w:r>
        <w:br/>
      </w:r>
      <w:r>
        <w:rPr>
          <w:sz w:val="20"/>
        </w:rPr>
        <w:t>41:32  He was this formula that was adopted by the Prophet of Islam, and this was the secret of his, of his miraculous success.</w:t>
      </w:r>
      <w:r>
        <w:br/>
      </w:r>
      <w:r>
        <w:rPr>
          <w:sz w:val="20"/>
        </w:rPr>
        <w:t>41:48  One Indian writer, one Indian writer, he was from Bengal. His name was M N Roy.</w:t>
      </w:r>
      <w:r>
        <w:br/>
      </w:r>
      <w:r>
        <w:rPr>
          <w:sz w:val="20"/>
        </w:rPr>
        <w:t>41:58  he was very intelligent person</w:t>
      </w:r>
      <w:r>
        <w:br/>
      </w:r>
      <w:r>
        <w:rPr>
          <w:sz w:val="20"/>
        </w:rPr>
        <w:t>42:00  publish book, the historical role of islam. in this book, he says that the achievement of islam was breakless of all breakless.</w:t>
      </w:r>
      <w:r>
        <w:br/>
      </w:r>
      <w:r>
        <w:rPr>
          <w:sz w:val="20"/>
        </w:rPr>
        <w:t>42:15  it was a great break, great break, but again fail to refer the secret of break.</w:t>
      </w:r>
    </w:p>
    <w:p>
      <w:pPr>
        <w:pStyle w:val="Heading2"/>
      </w:pPr>
      <w:r>
        <w:t>Suicide bombing is un-Islamic</w:t>
      </w:r>
    </w:p>
    <w:p>
      <w:r>
        <w:rPr>
          <w:color w:val="666666"/>
          <w:sz w:val="18"/>
        </w:rPr>
        <w:t>The Importance of Realistic Approach Q&amp;A 02 Jan 2011 - Maulana Wahiduddin Khan · 3m 38s · at 15:53 · https://youtu.be/mvn4hY6l-e0?t=953</w:t>
      </w:r>
    </w:p>
    <w:p>
      <w:r>
        <w:rPr>
          <w:i/>
        </w:rPr>
        <w:t>“Mister Zubair ne Ghaziabad se likha hai”</w:t>
      </w:r>
    </w:p>
    <w:p>
      <w:r>
        <w:rPr>
          <w:sz w:val="20"/>
        </w:rPr>
        <w:t>15:53  mister zubair ne ghaziabad se likha hai: "arab scholars distinguish between suicide bombing and fidain. they consider suicide bombing as haram and fidain as allowed and give the argument that some sahaba were also fidain. what is your comment on this</w:t>
      </w:r>
      <w:r>
        <w:br/>
      </w:r>
      <w:r>
        <w:rPr>
          <w:sz w:val="20"/>
        </w:rPr>
        <w:t>16:16  ?" bilkul jhoothi baat hai. koi sahabi fidai nahi tha. yeh jhoothi baat hai bilkul. maane jo arab log jo likhte hain, is par maine bahut padha hai, usko koi ek bhi wo misaal nahi de sakte ki kisi sahabi ka fidai ho. usmein fark hai. yeh to, yeh to achha naam, khoobsurat naam de diya aapne.</w:t>
      </w:r>
      <w:r>
        <w:br/>
      </w:r>
      <w:r>
        <w:rPr>
          <w:sz w:val="20"/>
        </w:rPr>
        <w:t>16:36  wo khud, wo bhi, yaani suicide karta hai. wo,</w:t>
      </w:r>
      <w:r>
        <w:br/>
      </w:r>
      <w:r>
        <w:rPr>
          <w:sz w:val="20"/>
        </w:rPr>
        <w:t>16:44  yaani wo apne ko maarta hai bomb baat karke. koi iska saboot nahi hai, na quran mein, na hadees mein, na kisi sahabi ne aisa kiya. main aapko batata hoon, ek, ek, ek sahabi ka jo dete hain log, to yusuf qardawi sahab ka ek bada lamba mazmoon, kuch bhi daleel uske andar nahi. sirf ek waqia usne nakal kiya, usne. wo aqal bilkul</w:t>
      </w:r>
      <w:r>
        <w:br/>
      </w:r>
      <w:r>
        <w:rPr>
          <w:sz w:val="20"/>
        </w:rPr>
        <w:t>17:08  uska reference galat hai. uska reference top ke aalim hain, wo arab duniya ke. to dekhiye, hazrat abu bakr ke zamane mein ek ladai hui thi. musalma jo mashhoor hai, musalma kazzab kaha jaata hai, jo uske khilaf hazrat abu bakr ke zamane mein hui thi. wo to kya hua ki unki jo fauj thi musalma ki, wo</w:t>
      </w:r>
      <w:r>
        <w:br/>
      </w:r>
      <w:r>
        <w:rPr>
          <w:sz w:val="20"/>
        </w:rPr>
        <w:t>17:31  retreat kiya usne. aur ek, ek, ek wo tha, ek garden, us charon taraf deewar thi, uski usmein ho gaye. aur usko bhatak band kar diya. just a fort,</w:t>
      </w:r>
      <w:r>
        <w:br/>
      </w:r>
      <w:r>
        <w:rPr>
          <w:sz w:val="20"/>
        </w:rPr>
        <w:t>17:47  like, like a fort, ek fort tha. wo aapka, wo usmein dakhil hokar band kar liya. aur charon taraf uske boundary wall thi, oonchi. to ab us zamane mein helicopter nahi hota tha ki aap karke jaakar andar pahunch jaein. ab kya kiya jaye?</w:t>
      </w:r>
      <w:r>
        <w:br/>
      </w:r>
      <w:r>
        <w:rPr>
          <w:sz w:val="20"/>
        </w:rPr>
        <w:t>18:04  to bahar sahaba the aur andar wo uske andar, yani boundary wall ke andar wo log the musalman</w:t>
      </w:r>
      <w:r>
        <w:br/>
      </w:r>
      <w:r>
        <w:rPr>
          <w:sz w:val="20"/>
        </w:rPr>
        <w:t>18:11  ke sathi. to ek sahabi ne kaha ki log, jo jinko dhal, dhal</w:t>
      </w:r>
      <w:r>
        <w:br/>
      </w:r>
      <w:r>
        <w:rPr>
          <w:sz w:val="20"/>
        </w:rPr>
        <w:t>18:20  mein main baithta hoon, usko aise uthao</w:t>
      </w:r>
      <w:r>
        <w:br/>
      </w:r>
      <w:r>
        <w:rPr>
          <w:sz w:val="20"/>
        </w:rPr>
        <w:t>18:23  aur karke deewar tak pahuncha do.</w:t>
      </w:r>
      <w:r>
        <w:br/>
      </w:r>
      <w:r>
        <w:rPr>
          <w:sz w:val="20"/>
        </w:rPr>
        <w:t>18:27  to usko karke aise uthaya.</w:t>
      </w:r>
      <w:r>
        <w:br/>
      </w:r>
      <w:r>
        <w:rPr>
          <w:sz w:val="20"/>
        </w:rPr>
        <w:t>18:31  wo le gaye upar.</w:t>
      </w:r>
      <w:r>
        <w:br/>
      </w:r>
      <w:r>
        <w:rPr>
          <w:sz w:val="20"/>
        </w:rPr>
        <w:t>18:33  to wo chadh gaya, wo aadmi deewar par aur kood gaya.</w:t>
      </w:r>
      <w:r>
        <w:br/>
      </w:r>
      <w:r>
        <w:rPr>
          <w:sz w:val="20"/>
        </w:rPr>
        <w:t>18:36  usko wo kooda kis liye tha</w:t>
      </w:r>
      <w:r>
        <w:br/>
      </w:r>
      <w:r>
        <w:rPr>
          <w:sz w:val="20"/>
        </w:rPr>
        <w:t>18:38  ? gate kholne ke liye. kood kar usne gate khol diya. ab sahaba log ghus gaye andar. ye, ye ek jokhim kaam tha, risk lene ka kaam tha. kyunki andar jayenge to hota hai ki wo maar dalen. to jang mein risk lena padta hai. har koi risk leta hai. risk lena ek alag cheez hai aur apne ko maarna lekar alag cheez hai. fidain jo hain, wo kya karte hain</w:t>
      </w:r>
      <w:r>
        <w:br/>
      </w:r>
      <w:r>
        <w:rPr>
          <w:sz w:val="20"/>
        </w:rPr>
        <w:t>19:02  ? bomb baatein apne upar, bomb baat karke ghus jaate hain kahin. to advance pata hai ki hum marenge. suicide, khudkushi kiya tha sahabi ne. wo ek risk liya tha unhone aur uske baad wo zinda rahe. 13 saal tak wo unko zinda rahe aur natural death unki hui. aur aajkal jo fidai ne to mar jaate hain usi pe jaakar ke. kyunki wo to pehle se bomb bandhe rehte hain. apne ko maar</w:t>
      </w:r>
    </w:p>
    <w:p>
      <w:pPr>
        <w:pStyle w:val="Heading2"/>
      </w:pPr>
      <w:r>
        <w:t>Age of peace and Westophobia mistake</w:t>
      </w:r>
    </w:p>
    <w:p>
      <w:r>
        <w:rPr>
          <w:color w:val="666666"/>
          <w:sz w:val="18"/>
        </w:rPr>
        <w:t>The Age of Opportunity Explosion December 2, 2018 Maulana Wahiduddin Khan · 6m 01s · at 24:13 · https://youtu.be/LqGWdCG81hc?t=1453</w:t>
      </w:r>
    </w:p>
    <w:p>
      <w:r>
        <w:rPr>
          <w:i/>
        </w:rPr>
        <w:t>“When peace came, a peaceful era was created.”</w:t>
      </w:r>
    </w:p>
    <w:p>
      <w:r>
        <w:rPr>
          <w:sz w:val="20"/>
        </w:rPr>
        <w:t>24:13  masawaat aayi aur hazaron cheezein aayin jis ki wajah se ek pur aman dour bana.</w:t>
      </w:r>
      <w:r>
        <w:br/>
      </w:r>
      <w:r>
        <w:rPr>
          <w:sz w:val="20"/>
        </w:rPr>
        <w:t>24:25  aap dekhiye ke aap paighambaron ki poori tareekh padhiye. poori tareekh, Adam se le kar ke Rasool Allah tak.</w:t>
      </w:r>
      <w:r>
        <w:br/>
      </w:r>
      <w:r>
        <w:rPr>
          <w:sz w:val="20"/>
        </w:rPr>
        <w:t>24:38  to aap paayenge ke hamesha khoon kharaba, hamesha jang. Adam ki jo aulad thi pehli, usi ne apne bhai ko pathar se maar dala.</w:t>
      </w:r>
      <w:r>
        <w:br/>
      </w:r>
      <w:r>
        <w:rPr>
          <w:sz w:val="20"/>
        </w:rPr>
        <w:t>24:51  Qabil ne Habil ko maar dala. aisi jang har paighambar ke zamanay mein, Hazrat Ibrahim ko aag mein daal diya gaya. Rasool Allah ke khilaf jangain cheri gaein.</w:t>
      </w:r>
      <w:r>
        <w:br/>
      </w:r>
      <w:r>
        <w:rPr>
          <w:sz w:val="20"/>
        </w:rPr>
        <w:t>25:05  aaj hum jee rahe hain dour e aman mein. aaj saari dunya aap sabar kar sakte hain. koi aap ko talwar se maarne wala nahi hai.</w:t>
      </w:r>
      <w:r>
        <w:br/>
      </w:r>
      <w:r>
        <w:rPr>
          <w:sz w:val="20"/>
        </w:rPr>
        <w:t>25:18  koi aap ko talwar se maarne wala nahi hai. ek naya dour aaya hai jis mein ek mulk se doosre mulk mein jaane ke liye is ko fateh is ko karne ki zaroorat nahi hai.</w:t>
      </w:r>
      <w:r>
        <w:br/>
      </w:r>
      <w:r>
        <w:rPr>
          <w:sz w:val="20"/>
        </w:rPr>
        <w:t>25:34  jab dunya mein colonialism aaya, France ne qabza kiya Africa par, Britain ne qabza kiya Asia par.</w:t>
      </w:r>
      <w:r>
        <w:br/>
      </w:r>
      <w:r>
        <w:rPr>
          <w:sz w:val="20"/>
        </w:rPr>
        <w:t>25:46  tab tak yahi dunya mein tha tasawwur ke talwar chalao tab dakhla milega. kisi mulk mein tum ko dakhla lena hai to talwar chalao tab dakhla milega.</w:t>
      </w:r>
      <w:r>
        <w:br/>
      </w:r>
      <w:r>
        <w:rPr>
          <w:sz w:val="20"/>
        </w:rPr>
        <w:t>26:03  aaj kya hai? aaj aap ke pocket mein passport aur visa hona chahiye. kaisi ajeeb tabdeeli aayi hai dunya mein ke pehle logon ko ek mulk se doosre mulk mein dakhil hone ke liye talwar honi chahiye thi.</w:t>
      </w:r>
      <w:r>
        <w:br/>
      </w:r>
      <w:r>
        <w:rPr>
          <w:sz w:val="20"/>
        </w:rPr>
        <w:t>26:22  aaj kya hai? aap ki jeeb mein passport aur visa hai to aap jahan chahein jaiye. aur jahan chahein ja kar ke aap Allah ke deen ko phailaiye.</w:t>
      </w:r>
      <w:r>
        <w:br/>
      </w:r>
      <w:r>
        <w:rPr>
          <w:sz w:val="20"/>
        </w:rPr>
        <w:t>26:34  koi rukawat nahi. aur Allah ke fazal se hamari jo team hai, hamare jo saathi hain, woh yeh to kar rahe hain ke saari dunya mein Quran phaila rahe hain.</w:t>
      </w:r>
      <w:r>
        <w:br/>
      </w:r>
      <w:r>
        <w:rPr>
          <w:sz w:val="20"/>
        </w:rPr>
        <w:t>26:47  no rukawat bilkul. kuch musalman jo bomb maarte hain, woh kya hai? woh haqeeqat mein bomb nahi hai, woh hai</w:t>
      </w:r>
      <w:r>
        <w:br/>
      </w:r>
      <w:r>
        <w:rPr>
          <w:sz w:val="20"/>
        </w:rPr>
        <w:t>27:03  be khabari ka hathyar.</w:t>
      </w:r>
      <w:r>
        <w:br/>
      </w:r>
      <w:r>
        <w:rPr>
          <w:sz w:val="20"/>
        </w:rPr>
        <w:t>27:07  yeh bilkul be khabar hain ke kis dunya mein Allah ne in ko pohanchaya hai. Yeh jo militancy hai musalmanon ki, muslim militancy, woh muslim militancy nahi hai,</w:t>
      </w:r>
      <w:r>
        <w:br/>
      </w:r>
      <w:r>
        <w:rPr>
          <w:sz w:val="20"/>
        </w:rPr>
        <w:t>27:22  woh be khabari ki militancy hai. Yeh saare musalman jo jang ki baatein karte hain, jo tashaddud ki baatein karte hain, woh be khabari ki baat woh bolte rahe hain.</w:t>
      </w:r>
      <w:r>
        <w:br/>
      </w:r>
      <w:r>
        <w:rPr>
          <w:sz w:val="20"/>
        </w:rPr>
        <w:t>27:41  toh dekhiye yeh dunya moqa ki dunya hai har aitbaar se.</w:t>
      </w:r>
      <w:r>
        <w:br/>
      </w:r>
      <w:r>
        <w:rPr>
          <w:sz w:val="20"/>
        </w:rPr>
        <w:t>27:51  har aitbaar se. Lekin musalmanon ki be khabari ne kya kiya? In ko in ke andar westo phobia bana diya.</w:t>
      </w:r>
      <w:r>
        <w:br/>
      </w:r>
      <w:r>
        <w:rPr>
          <w:sz w:val="20"/>
        </w:rPr>
        <w:t>28:04  nafrat ka kacha chala diya. Ab har musalman jis ko dekhein nafrat ki boli bolta hai, mazloom ki boli bolta hai, mazloomiyat ki, woh be khabari ki boli.</w:t>
      </w:r>
      <w:r>
        <w:br/>
      </w:r>
      <w:r>
        <w:rPr>
          <w:sz w:val="20"/>
        </w:rPr>
        <w:t>28:19  toh jis cheez ko hadith mein kaha gaya hai fitna dohama, woh hai in lihaaz se nateeja. Yaad rakhiye, tareek nahi hoga woh.</w:t>
      </w:r>
      <w:r>
        <w:br/>
      </w:r>
      <w:r>
        <w:rPr>
          <w:sz w:val="20"/>
        </w:rPr>
        <w:t>28:31  Allah ki dunya mein tareeki ki koi cheez nahi. Saari kahkashan roshni ka pahaad hain.</w:t>
      </w:r>
      <w:r>
        <w:br/>
      </w:r>
      <w:r>
        <w:rPr>
          <w:sz w:val="20"/>
        </w:rPr>
        <w:t>28:41  saare suraj roshni ka pahaad hain. Toh Allah ki dunya mein koi dohama nahi, koi tareeki nahi.</w:t>
      </w:r>
      <w:r>
        <w:br/>
      </w:r>
      <w:r>
        <w:rPr>
          <w:sz w:val="20"/>
        </w:rPr>
        <w:t>28:51  Allah ki dunya mein sirf roshni roshni hai. Lekin musalmanon ke tarz-e-fikr ne aisa kiya hai ke yeh dunya dohama ka fitna ban gayi hai.</w:t>
      </w:r>
      <w:r>
        <w:br/>
      </w:r>
      <w:r>
        <w:rPr>
          <w:sz w:val="20"/>
        </w:rPr>
        <w:t>29:06  is baat ko samjhiye ke fitna dohama tareeki ka fitna nahi hoga, woh be khabari ka fitna hoga.</w:t>
      </w:r>
      <w:r>
        <w:br/>
      </w:r>
      <w:r>
        <w:rPr>
          <w:sz w:val="20"/>
        </w:rPr>
        <w:t>29:21  ke jahan moqa ka aik sira aaya hua hai, Islam ke liye moqa ka sira aaya hua hai, is ko apne ghalat zaawiye se dekhne ki wajah se is ko dohama bana diya gaya hai, tareeki bana diya gaya hai.</w:t>
      </w:r>
      <w:r>
        <w:br/>
      </w:r>
      <w:r>
        <w:rPr>
          <w:sz w:val="20"/>
        </w:rPr>
        <w:t>29:41  yani western world, western tehzeeb, woh sau feesad pro Islam tehzeeb hai.</w:t>
      </w:r>
      <w:r>
        <w:br/>
      </w:r>
      <w:r>
        <w:rPr>
          <w:sz w:val="20"/>
        </w:rPr>
        <w:t>29:49  sau feesad. Lekin hamari be khabari ne is ko kya kiya hai? Westo phobia bana diya. Westo phobia.</w:t>
      </w:r>
      <w:r>
        <w:br/>
      </w:r>
      <w:r>
        <w:rPr>
          <w:sz w:val="20"/>
        </w:rPr>
        <w:t>30:02  toh fitna dohama naam hai westo phobia ka. Aur woh jo hai hadith mein ke in Allah</w:t>
      </w:r>
    </w:p>
    <w:p>
      <w:pPr>
        <w:pStyle w:val="Heading2"/>
      </w:pPr>
      <w:r>
        <w:t>Khair-e-ummah is title of duty, not honor</w:t>
      </w:r>
    </w:p>
    <w:p>
      <w:r>
        <w:rPr>
          <w:color w:val="666666"/>
          <w:sz w:val="18"/>
        </w:rPr>
        <w:t>Phenomenon of Degeneration February 21, 2010 Maulana Wahiduddin khan · 3m 33s · at 16:56 · https://youtu.be/_YCfYOVKfhs?t=1016</w:t>
      </w:r>
    </w:p>
    <w:p>
      <w:r>
        <w:rPr>
          <w:i/>
        </w:rPr>
        <w:t>“Yeh to le liya ki hum khair-e-ummah hain, hum afzal hain.”</w:t>
      </w:r>
    </w:p>
    <w:p>
      <w:r>
        <w:rPr>
          <w:sz w:val="20"/>
        </w:rPr>
        <w:t>16:56  yeh to le liya ke hum khair ul ummah hain, hum afzal hain, hamari har cheez afzal hai aur duty wali baat ghayab. chunaanche Musalmanon mein dawat ka concept hi khatm ho gaya.</w:t>
      </w:r>
      <w:r>
        <w:br/>
      </w:r>
      <w:r>
        <w:rPr>
          <w:sz w:val="20"/>
        </w:rPr>
        <w:t>17:10  doctor dawat ka concept khatm. aaj keh ke dawat ke naam par koi Musalman sar-garmian hain, log us ko batate hain ke dekho wahan to dawat wahan. "there is not da'wah". woh un ki milli activities ka ek part hai.</w:t>
      </w:r>
      <w:r>
        <w:br/>
      </w:r>
      <w:r>
        <w:rPr>
          <w:sz w:val="20"/>
        </w:rPr>
        <w:t>17:22  yaad rakhiye, aaj dunya mein jagah jagah aisi misalein aap bata sakte hain ke wahan to dawat ke naam par yeh ho raha hai, dawat ke naam par woh ho raha hai. woh kuch bhi nahi, nothing.</w:t>
      </w:r>
      <w:r>
        <w:br/>
      </w:r>
      <w:r>
        <w:rPr>
          <w:sz w:val="20"/>
        </w:rPr>
        <w:t>17:34  woh un ki milli activities ka part hai. asal jo kaam kar rahe hain Musalman woh hai milli activism. milli activism.</w:t>
      </w:r>
      <w:r>
        <w:br/>
      </w:r>
      <w:r>
        <w:rPr>
          <w:sz w:val="20"/>
        </w:rPr>
        <w:t>17:46  yeh main kyun keh raha hoon? ek sahib ne mujh se yeh baat kahi to main ne kaha ke dekhiye, da'i banne ke liye madon se mohabbat karna padta hai.</w:t>
      </w:r>
      <w:r>
        <w:br/>
      </w:r>
      <w:r>
        <w:rPr>
          <w:sz w:val="20"/>
        </w:rPr>
        <w:t>18:01  yani dawat ka aaghaz mohabbat se hota hai. yeh nahi ke aap loudspeaker le kar taqreer karne lagen. aur aaj kal Musalmanon ka kya haal hai?</w:t>
      </w:r>
      <w:r>
        <w:br/>
      </w:r>
      <w:r>
        <w:rPr>
          <w:sz w:val="20"/>
        </w:rPr>
        <w:t>18:13  jis Musalman se baat kijiye woh doosri qaumon ke bare mein nafrat liye hue hai. nafrat, nafrat, nafrat. yani sab se nafrat.</w:t>
      </w:r>
      <w:r>
        <w:br/>
      </w:r>
      <w:r>
        <w:rPr>
          <w:sz w:val="20"/>
        </w:rPr>
        <w:t>18:25  yani saare Musalmanon ke zehn ko agar ek lafz mein bataya jaye to kya hoga? pro Muslim, anti non Muslim. yahan se le ke America tak, yahan se le ke Europe tak, yahan se le ke Arab tak.</w:t>
      </w:r>
      <w:r>
        <w:br/>
      </w:r>
      <w:r>
        <w:rPr>
          <w:sz w:val="20"/>
        </w:rPr>
        <w:t>18:38  kisi se baat kijiye, kisi se baat kijiye aap, jiska niklega uska mind set, uska andar ka mizaj pro muslim, anti non muslim.</w:t>
      </w:r>
      <w:r>
        <w:br/>
      </w:r>
      <w:r>
        <w:rPr>
          <w:sz w:val="20"/>
        </w:rPr>
        <w:t>18:53  to phir dawat kahan? jo maa apne bete se nafrat kare to to phir motherhood kahan?</w:t>
      </w:r>
      <w:r>
        <w:br/>
      </w:r>
      <w:r>
        <w:rPr>
          <w:sz w:val="20"/>
        </w:rPr>
        <w:t>19:04  jo maa apne bete se nafrat kare to motherhood kahan hai? jo baap apne bete se nafrat kare to fatherhood kahan hai?</w:t>
      </w:r>
      <w:r>
        <w:br/>
      </w:r>
      <w:r>
        <w:rPr>
          <w:sz w:val="20"/>
        </w:rPr>
        <w:t>19:13  to jo log dawat ka dawa karein aur jab ke woh madon se nafrat karte hon to jhoota dawa kar rahe hain woh.</w:t>
      </w:r>
      <w:r>
        <w:br/>
      </w:r>
      <w:r>
        <w:rPr>
          <w:sz w:val="20"/>
        </w:rPr>
        <w:t>19:24  false claim kar rahe hain, false claim. to aaj kal jo activities musalmanon mein hain, different different namon ke sath, woh haqeeqat mein unki milli activities hain.</w:t>
      </w:r>
      <w:r>
        <w:br/>
      </w:r>
      <w:r>
        <w:rPr>
          <w:sz w:val="20"/>
        </w:rPr>
        <w:t>19:40  milli activities ke ke different part hain. dawat ka koi wajood hi nahi hai. to theek wohi musalman hain jahan ke hindu, yahudi the.</w:t>
      </w:r>
      <w:r>
        <w:br/>
      </w:r>
      <w:r>
        <w:rPr>
          <w:sz w:val="20"/>
        </w:rPr>
        <w:t>19:54  ke apne ko yeh to samajh liya ke hum sab se oonchi qaum hain aur yeh bhula diya ke hamari duty kya hai.</w:t>
      </w:r>
      <w:r>
        <w:br/>
      </w:r>
      <w:r>
        <w:rPr>
          <w:sz w:val="20"/>
        </w:rPr>
        <w:t>20:06  yeh musalmanon ne kiya hai jo ke yahudi kar chuke the pehle. to musalmanon ne khair ul ummah ko apne liye ek title of honor bana diya.</w:t>
      </w:r>
      <w:r>
        <w:br/>
      </w:r>
      <w:r>
        <w:rPr>
          <w:sz w:val="20"/>
        </w:rPr>
        <w:t>20:15  halankeh woh title of duty tha. matlab yeh gawahi do to tum khair ul ummah ho warna tum khair ul ummah nahi ho.</w:t>
      </w:r>
    </w:p>
    <w:p>
      <w:pPr>
        <w:pStyle w:val="Heading2"/>
      </w:pPr>
      <w:r>
        <w:t>Islam ideological superpower needs peace</w:t>
      </w:r>
    </w:p>
    <w:p>
      <w:r>
        <w:rPr>
          <w:color w:val="666666"/>
          <w:sz w:val="18"/>
        </w:rPr>
        <w:t>Islam and Terrorism | August 2, 2007 · 5m 03s · at 55:00 · https://youtu.be/Wmq-s9wzeBk?t=3300</w:t>
      </w:r>
    </w:p>
    <w:p>
      <w:r>
        <w:rPr>
          <w:i/>
        </w:rPr>
        <w:t>“War and violence are enemies of Islamic ideology.”</w:t>
      </w:r>
    </w:p>
    <w:p>
      <w:r>
        <w:rPr>
          <w:sz w:val="20"/>
        </w:rPr>
        <w:t>55:00  War and violence are enemies of Islamic ideology because when there is war, where there is violence, where</w:t>
      </w:r>
      <w:r>
        <w:br/>
      </w:r>
      <w:r>
        <w:rPr>
          <w:sz w:val="20"/>
        </w:rPr>
        <w:t>55:06  there is war, people become hateful.</w:t>
      </w:r>
      <w:r>
        <w:br/>
      </w:r>
      <w:r>
        <w:rPr>
          <w:sz w:val="20"/>
        </w:rPr>
        <w:t>55:12  People become abnormal.</w:t>
      </w:r>
      <w:r>
        <w:br/>
      </w:r>
      <w:r>
        <w:rPr>
          <w:sz w:val="20"/>
        </w:rPr>
        <w:t>55:19  People are not in a position to think in a constructive manner.</w:t>
      </w:r>
      <w:r>
        <w:br/>
      </w:r>
      <w:r>
        <w:rPr>
          <w:sz w:val="20"/>
        </w:rPr>
        <w:t>55:25  In the situation of war, in the situation of violence</w:t>
      </w:r>
      <w:r>
        <w:br/>
      </w:r>
      <w:r>
        <w:rPr>
          <w:sz w:val="20"/>
        </w:rPr>
        <w:t>55:31  , people cannot think with a sound mind.</w:t>
      </w:r>
      <w:r>
        <w:br/>
      </w:r>
      <w:r>
        <w:rPr>
          <w:sz w:val="20"/>
        </w:rPr>
        <w:t>55:37  So war and violence abolish normalcy.</w:t>
      </w:r>
      <w:r>
        <w:br/>
      </w:r>
      <w:r>
        <w:rPr>
          <w:sz w:val="20"/>
        </w:rPr>
        <w:t>55:43  Where there is war, there is no normalcy.</w:t>
      </w:r>
      <w:r>
        <w:br/>
      </w:r>
      <w:r>
        <w:rPr>
          <w:sz w:val="20"/>
        </w:rPr>
        <w:t>55:49  So one can think about an ideology when it is normal.</w:t>
      </w:r>
      <w:r>
        <w:br/>
      </w:r>
      <w:r>
        <w:rPr>
          <w:sz w:val="20"/>
        </w:rPr>
        <w:t>55:55  When one is in a norm</w:t>
      </w:r>
      <w:r>
        <w:br/>
      </w:r>
      <w:r>
        <w:rPr>
          <w:sz w:val="20"/>
        </w:rPr>
        <w:t>56:01  al condition, when one is with a sound mind, then he can think about an ideology.</w:t>
      </w:r>
      <w:r>
        <w:br/>
      </w:r>
      <w:r>
        <w:rPr>
          <w:sz w:val="20"/>
        </w:rPr>
        <w:t>56:09  So peace is the power of ideology.</w:t>
      </w:r>
      <w:r>
        <w:br/>
      </w:r>
      <w:r>
        <w:rPr>
          <w:sz w:val="20"/>
        </w:rPr>
        <w:t>56:16  Ideology cannot work in violent conditions.</w:t>
      </w:r>
      <w:r>
        <w:br/>
      </w:r>
      <w:r>
        <w:rPr>
          <w:sz w:val="20"/>
        </w:rPr>
        <w:t>56:24  You know, every man</w:t>
      </w:r>
      <w:r>
        <w:br/>
      </w:r>
      <w:r>
        <w:rPr>
          <w:sz w:val="20"/>
        </w:rPr>
        <w:t>56:31  is born with a mind. Every man is born with a mind. Mind has great capacity to think, to understand, to recognize. Mind has great capacity to recognize between falsehood and truth, betweenright and wrong. Every individual mind has great capacity to rec</w:t>
      </w:r>
      <w:r>
        <w:br/>
      </w:r>
      <w:r>
        <w:rPr>
          <w:sz w:val="20"/>
        </w:rPr>
        <w:t>57:01  ognize things, to know what is white, what is black, what isright, what is wrong.</w:t>
      </w:r>
      <w:r>
        <w:br/>
      </w:r>
      <w:r>
        <w:rPr>
          <w:sz w:val="20"/>
        </w:rPr>
        <w:t>57:09  Every human mind has this capacity by birth.</w:t>
      </w:r>
      <w:r>
        <w:br/>
      </w:r>
      <w:r>
        <w:rPr>
          <w:sz w:val="20"/>
        </w:rPr>
        <w:t>57:17  So the ideological system, ideology wants to avail this situation.</w:t>
      </w:r>
      <w:r>
        <w:br/>
      </w:r>
      <w:r>
        <w:rPr>
          <w:sz w:val="20"/>
        </w:rPr>
        <w:t>57:25  Mind is our opportunity. This mind</w:t>
      </w:r>
      <w:r>
        <w:br/>
      </w:r>
      <w:r>
        <w:rPr>
          <w:sz w:val="20"/>
        </w:rPr>
        <w:t>57:32  , this mind that has thinking capacity, a mind that has the capacity to think, to decide, to</w:t>
      </w:r>
      <w:r>
        <w:br/>
      </w:r>
      <w:r>
        <w:rPr>
          <w:sz w:val="20"/>
        </w:rPr>
        <w:t>57:42  recognize, to understand, to differentiate betweenright and wrong.</w:t>
      </w:r>
      <w:r>
        <w:br/>
      </w:r>
      <w:r>
        <w:rPr>
          <w:sz w:val="20"/>
        </w:rPr>
        <w:t>57:53  It is this—this is the greatest opportunity for Islam.</w:t>
      </w:r>
      <w:r>
        <w:br/>
      </w:r>
      <w:r>
        <w:rPr>
          <w:sz w:val="20"/>
        </w:rPr>
        <w:t>58:03  When you present Islamic ideology to this mind, he can think about it and then by his own nature, he will accept it. So ideology requires normalcy. So this kind of philosophy that Islam is a terrorism is like killing Islam. It is like kill</w:t>
      </w:r>
      <w:r>
        <w:br/>
      </w:r>
      <w:r>
        <w:rPr>
          <w:sz w:val="20"/>
        </w:rPr>
        <w:t>58:33  ing Islam.</w:t>
      </w:r>
      <w:r>
        <w:br/>
      </w:r>
      <w:r>
        <w:rPr>
          <w:sz w:val="20"/>
        </w:rPr>
        <w:t>58:39  Everyone who wants to introduce violence in Islam, he is—he is—he is a killer of Islam.</w:t>
      </w:r>
      <w:r>
        <w:br/>
      </w:r>
      <w:r>
        <w:rPr>
          <w:sz w:val="20"/>
        </w:rPr>
        <w:t>58:45  Islam is a super ideology.</w:t>
      </w:r>
      <w:r>
        <w:br/>
      </w:r>
      <w:r>
        <w:rPr>
          <w:sz w:val="20"/>
        </w:rPr>
        <w:t>58:51  Islam wants to want normalcy.</w:t>
      </w:r>
      <w:r>
        <w:br/>
      </w:r>
      <w:r>
        <w:rPr>
          <w:sz w:val="20"/>
        </w:rPr>
        <w:t>58:57  Islam wants peace so that he may address people's mind.</w:t>
      </w:r>
      <w:r>
        <w:br/>
      </w:r>
      <w:r>
        <w:rPr>
          <w:sz w:val="20"/>
        </w:rPr>
        <w:t>59:04  Our greatest target is to address the human mind.</w:t>
      </w:r>
      <w:r>
        <w:br/>
      </w:r>
      <w:r>
        <w:rPr>
          <w:sz w:val="20"/>
        </w:rPr>
        <w:t>59:08  And it requires peace.</w:t>
      </w:r>
      <w:r>
        <w:br/>
      </w:r>
      <w:r>
        <w:rPr>
          <w:sz w:val="20"/>
        </w:rPr>
        <w:t>59:12  Without peace, how can you address people's mind?</w:t>
      </w:r>
      <w:r>
        <w:br/>
      </w:r>
      <w:r>
        <w:rPr>
          <w:sz w:val="20"/>
        </w:rPr>
        <w:t>59:17  It requires peace.</w:t>
      </w:r>
      <w:r>
        <w:br/>
      </w:r>
      <w:r>
        <w:rPr>
          <w:sz w:val="20"/>
        </w:rPr>
        <w:t>59:21  It requires normalcy to address people's mind.</w:t>
      </w:r>
      <w:r>
        <w:br/>
      </w:r>
      <w:r>
        <w:rPr>
          <w:sz w:val="20"/>
        </w:rPr>
        <w:t>59:25  So people's mind is the greatest opportunity for Islam as an ideology.</w:t>
      </w:r>
      <w:r>
        <w:br/>
      </w:r>
      <w:r>
        <w:rPr>
          <w:sz w:val="20"/>
        </w:rPr>
        <w:t>59:30  So I can say that Islam</w:t>
      </w:r>
      <w:r>
        <w:br/>
      </w:r>
      <w:r>
        <w:rPr>
          <w:sz w:val="20"/>
        </w:rPr>
        <w:t>59:34  is an ideological superpower and peace is the greatest strength of Islam. So establish peace and you will be victorious. aool qooly haza wa astaghfirullah li wa lakum ajmaeen.</w:t>
      </w:r>
    </w:p>
    <w:p>
      <w:pPr>
        <w:pStyle w:val="Heading2"/>
      </w:pPr>
      <w:r>
        <w:t>Man refuses two worlds for Jannah</w:t>
      </w:r>
    </w:p>
    <w:p>
      <w:r>
        <w:rPr>
          <w:color w:val="666666"/>
          <w:sz w:val="18"/>
        </w:rPr>
        <w:t>What is Paradise 4 March 2006 - Maulana Wahiduddin Khan · 5m 23s · at 17:44 · https://youtu.be/SYmFRRq3BGU?t=1064</w:t>
      </w:r>
    </w:p>
    <w:p>
      <w:r>
        <w:rPr>
          <w:i/>
        </w:rPr>
        <w:t>“Hadith mein hai ke jab saare logon ka faisla ho chuka hoga”</w:t>
      </w:r>
    </w:p>
    <w:p>
      <w:r>
        <w:rPr>
          <w:sz w:val="20"/>
        </w:rPr>
        <w:t>17:44  jannat ki khoobsurti ko alamati zaban mein bataya gaya hai ek hadith mein. to woh hadith is tarah hai: hadith means keh raha hai Nabi.</w:t>
      </w:r>
      <w:r>
        <w:br/>
      </w:r>
      <w:r>
        <w:rPr>
          <w:sz w:val="20"/>
        </w:rPr>
        <w:t>17:59  yani Quran jo hai lafz-e-Khuda hai, hadith lafz-e-Nabi hai. to aap ne farmaya</w:t>
      </w:r>
      <w:r>
        <w:br/>
      </w:r>
      <w:r>
        <w:rPr>
          <w:sz w:val="20"/>
        </w:rPr>
        <w:t>18:13  keh jab dunya, yeh aaj ki jo maujooda dunya hai, jab yeh khatm ho jaye gi, kyunke aap jante hain keh aik muddat tak yeh hai, is ka dour hamesha ke liye nahi hai.</w:t>
      </w:r>
      <w:r>
        <w:br/>
      </w:r>
      <w:r>
        <w:rPr>
          <w:sz w:val="20"/>
        </w:rPr>
        <w:t>18:27  aik azmaish ka dour hai, woh khatm toh dunya bhi khatm. Is ke baad doosra dour aa jaye ga jahan jannat hogi aur jannat hogi.</w:t>
      </w:r>
      <w:r>
        <w:br/>
      </w:r>
      <w:r>
        <w:rPr>
          <w:sz w:val="20"/>
        </w:rPr>
        <w:t>18:40  toh hadith mein hai keh jab sare logon ka faisla ho chuka hoga, kuch log jannat mein chale jayen ge, kuch logon ke liye jannat ke darwaze khule jayen ge.</w:t>
      </w:r>
      <w:r>
        <w:br/>
      </w:r>
      <w:r>
        <w:rPr>
          <w:sz w:val="20"/>
        </w:rPr>
        <w:t>18:54  aik aadmi wahan maidan mein khara reh jaye ga. Is ke liye koi faisla nahi hua hoga. Kyunke is ka jo amal tha woh aisa tha keh keh 50-50 ka mamla is ka samajh lijiye tha keh na jannat ke qabil na jannat ke qabil.</w:t>
      </w:r>
      <w:r>
        <w:br/>
      </w:r>
      <w:r>
        <w:rPr>
          <w:sz w:val="20"/>
        </w:rPr>
        <w:t>19:18  woh aadmi akela khara hua hai. Toh woh Khuda se kehta hai:</w:t>
      </w:r>
      <w:r>
        <w:br/>
      </w:r>
      <w:r>
        <w:rPr>
          <w:sz w:val="20"/>
        </w:rPr>
        <w:t>19:28  dekhiye, alamati zaban hai. Toh woh aadmi Khuda se kehta hai keh aye mere Rab! Tu ne mujh ko jannat nahi di.</w:t>
      </w:r>
      <w:r>
        <w:br/>
      </w:r>
      <w:r>
        <w:rPr>
          <w:sz w:val="20"/>
        </w:rPr>
        <w:t>19:44  tu mujh ko dikha de keh jannat hai kya cheez. Aik nazar se mein jannat ko dekh loon.</w:t>
      </w:r>
      <w:r>
        <w:br/>
      </w:r>
      <w:r>
        <w:rPr>
          <w:sz w:val="20"/>
        </w:rPr>
        <w:t>19:53  woh kya cheez hai jo jannat ya jannat hai? Toh Khuda farishton se kahe ga keh is insaan ko le jao aur jannat ka darwaza kholo.</w:t>
      </w:r>
      <w:r>
        <w:br/>
      </w:r>
      <w:r>
        <w:rPr>
          <w:sz w:val="20"/>
        </w:rPr>
        <w:t>20:09  wahan khara ho kar yeh dekhen jannat ko. Is aadmi ko le jaya jaye ga. Jannat ka darwaza khola jaye ga.</w:t>
      </w:r>
      <w:r>
        <w:br/>
      </w:r>
      <w:r>
        <w:rPr>
          <w:sz w:val="20"/>
        </w:rPr>
        <w:t>20:21  woh khara ho kar dekhe ga.</w:t>
      </w:r>
      <w:r>
        <w:br/>
      </w:r>
      <w:r>
        <w:rPr>
          <w:sz w:val="20"/>
        </w:rPr>
        <w:t>20:29  yahan par mein aap ko aik dilchasp qissa arz karoon keh Dilli mein aik aik international fair thi. Kai saal pehle ki baat hai.</w:t>
      </w:r>
      <w:r>
        <w:br/>
      </w:r>
      <w:r>
        <w:rPr>
          <w:sz w:val="20"/>
        </w:rPr>
        <w:t>20:39  jis mein dunya bhar ke sanati masnoo'aat aaye thay. Behtareen qism ki carain, behtareen qism ke tarah tarah ke saman.</w:t>
      </w:r>
      <w:r>
        <w:br/>
      </w:r>
      <w:r>
        <w:rPr>
          <w:sz w:val="20"/>
        </w:rPr>
        <w:t>20:52  toh wahan pe aik sadhu bhi gaya tha dekhne ke liye. Toh Hindustani Times mein un ki report chhapi thi. Jab us ne dekha is ka is ka jo chamak damak aur is ki shan o shaukat sanati dunya ki.</w:t>
      </w:r>
      <w:r>
        <w:br/>
      </w:r>
      <w:r>
        <w:rPr>
          <w:sz w:val="20"/>
        </w:rPr>
        <w:t>21:09  buniyadi taur par woh sanati numaaish thi. Toh jab sanati dunya ka is ne chamak damak dekha toh us waqt Hindustani Times mein aaya tha keh reporters se us ne kaha keh mein toh janglon mein rehta tha aur paharon mein rehta tha mein.</w:t>
      </w:r>
      <w:r>
        <w:br/>
      </w:r>
      <w:r>
        <w:rPr>
          <w:sz w:val="20"/>
        </w:rPr>
        <w:t>21:34  kisi ne kaha keh jao dekho wahan Dilli mein aik aik tamasha ho raha hai, tum bhi ja ke dekh lo. Toh ab mein ne jo dekha hai is ko toh mein is soch mein par gaya hoon keh mein sanati dunya mein rahoon ya phir isi jangl mein chala jaon wapas.</w:t>
      </w:r>
      <w:r>
        <w:br/>
      </w:r>
      <w:r>
        <w:rPr>
          <w:sz w:val="20"/>
        </w:rPr>
        <w:t>21:54  yani zindagi bhar ka woh khwab jo tha is ka keh mein</w:t>
      </w:r>
      <w:r>
        <w:br/>
      </w:r>
      <w:r>
        <w:rPr>
          <w:sz w:val="20"/>
        </w:rPr>
        <w:t>22:01  nijat, nijat mujhe mile gi is mein jannat, jangl mein aur paharon mein rehne se mujhe roohaniyat mile gi, roohaniyat mile gi waghera waghera, woh sab bhool gaya woh.</w:t>
      </w:r>
      <w:r>
        <w:br/>
      </w:r>
      <w:r>
        <w:rPr>
          <w:sz w:val="20"/>
        </w:rPr>
        <w:t>22:14  toh khair mein yeh arz kar raha tha keh woh aadmi jab us ko</w:t>
      </w:r>
      <w:r>
        <w:br/>
      </w:r>
      <w:r>
        <w:rPr>
          <w:sz w:val="20"/>
        </w:rPr>
        <w:t>22:23  jannat dikhai jaye gi toh itna zyada woh us ko us ke andar aik aik ehsas-e-khauf paida hoga.</w:t>
      </w:r>
      <w:r>
        <w:br/>
      </w:r>
      <w:r>
        <w:rPr>
          <w:sz w:val="20"/>
        </w:rPr>
        <w:t>22:35  aik josh paida hoga. Jis ko Urdu mein kehte hain keh itna mabhut ho jaye ga woh. Keh woh kahe ga keh Khuda ya!</w:t>
      </w:r>
      <w:r>
        <w:br/>
      </w:r>
      <w:r>
        <w:rPr>
          <w:sz w:val="20"/>
        </w:rPr>
        <w:t>22:45  jis jannat ko tu ne mujhe dikha diya us mein mujhe dakhil bhi kar de.</w:t>
      </w:r>
      <w:r>
        <w:br/>
      </w:r>
      <w:r>
        <w:rPr>
          <w:sz w:val="20"/>
        </w:rPr>
        <w:t>22:54  jis jannat ko tu ne mujhe dikha diya us mein mujhe dakhil bhi kar de.</w:t>
      </w:r>
      <w:r>
        <w:br/>
      </w:r>
      <w:r>
        <w:rPr>
          <w:sz w:val="20"/>
        </w:rPr>
        <w:t>23:02  aur Khuda kahe ga keh aye mere bande!</w:t>
      </w:r>
    </w:p>
    <w:p>
      <w:pPr>
        <w:pStyle w:val="Heading2"/>
      </w:pPr>
      <w:r>
        <w:t>Quran's two-part solution: need-based life, status-quo politics</w:t>
      </w:r>
    </w:p>
    <w:p>
      <w:r>
        <w:rPr>
          <w:color w:val="666666"/>
          <w:sz w:val="18"/>
        </w:rPr>
        <w:t>The Search of Man July 7, 2013 · 5m 57s · at 23:51 · https://youtu.be/44_ud_OInuU?t=1431</w:t>
      </w:r>
    </w:p>
    <w:p>
      <w:r>
        <w:rPr>
          <w:i/>
        </w:rPr>
        <w:t>“The Quran's solution is this: base your desires on need”</w:t>
      </w:r>
    </w:p>
    <w:p>
      <w:r>
        <w:rPr>
          <w:sz w:val="20"/>
        </w:rPr>
        <w:t>23:51  ab sawal kya hai? ke hal kya hai? is ka hal Quran mein bataya gaya hai magar bad qismati se musalman bhi is par amal nahi karte.</w:t>
      </w:r>
      <w:r>
        <w:br/>
      </w:r>
      <w:r>
        <w:rPr>
          <w:sz w:val="20"/>
        </w:rPr>
        <w:t>24:04  Quran mein kya hai? fard ke liye yeh hai ke woh apni khwahishon ko need based banaye.</w:t>
      </w:r>
      <w:r>
        <w:br/>
      </w:r>
      <w:r>
        <w:rPr>
          <w:sz w:val="20"/>
        </w:rPr>
        <w:t>24:17  ab apni khwahishon ko need based, yaani jo cheezein is ki le lijiye, zaroorat ki hesiyat rakhti hain.</w:t>
      </w:r>
      <w:r>
        <w:br/>
      </w:r>
      <w:r>
        <w:rPr>
          <w:sz w:val="20"/>
        </w:rPr>
        <w:t>24:30  aur Quran Hadees mein zaroorat ki cheezon ke bataya gaya hai. ek Hadees hai ke rehne ke liye ek ghar ho, do waqt ke khane ke liye roti ho, pani peene ke liye ho, aur ek khadim ho.</w:t>
      </w:r>
      <w:r>
        <w:br/>
      </w:r>
      <w:r>
        <w:rPr>
          <w:sz w:val="20"/>
        </w:rPr>
        <w:t>24:47  to bas is ko is ki need based life mil gayi. is ko</w:t>
      </w:r>
      <w:r>
        <w:br/>
      </w:r>
      <w:r>
        <w:rPr>
          <w:sz w:val="20"/>
        </w:rPr>
        <w:t>24:52  man kan lahu bait yaskunahu, woh khadim, khadim yakhtamahu, wajlif al-khudam wal-ma'u, fakama hu izzatun lahu dunya bi-zaafi raha.</w:t>
      </w:r>
      <w:r>
        <w:br/>
      </w:r>
      <w:r>
        <w:rPr>
          <w:sz w:val="20"/>
        </w:rPr>
        <w:t>25:07  bas yahi need based zindagi hai yeh ke ek rehne ke liye ek ghar, subah shaam khane ke liye roti aur pani, aur ek khadim jo is ka kaam kar de.</w:t>
      </w:r>
      <w:r>
        <w:br/>
      </w:r>
      <w:r>
        <w:rPr>
          <w:sz w:val="20"/>
        </w:rPr>
        <w:t>25:20  bas</w:t>
      </w:r>
      <w:r>
        <w:br/>
      </w:r>
      <w:r>
        <w:rPr>
          <w:sz w:val="20"/>
        </w:rPr>
        <w:t>25:22  lekin aadmi mor aur mor ki taraf daudta hai, isi ki wajah se woh nakaam hota hai. kyunke Islam ki jo individual ke liye jo taleem hai, woh hai content based, yaani qana'at par mabni.</w:t>
      </w:r>
      <w:r>
        <w:br/>
      </w:r>
      <w:r>
        <w:rPr>
          <w:sz w:val="20"/>
        </w:rPr>
        <w:t>25:37  qana'at, contentment. to yeh hai fard ke liye.</w:t>
      </w:r>
      <w:r>
        <w:br/>
      </w:r>
      <w:r>
        <w:rPr>
          <w:sz w:val="20"/>
        </w:rPr>
        <w:t>25:44  agar fard is par raazi ho jaye ke need based life par woh zindagi guzare ga to phir woh kaamyaab hai.</w:t>
      </w:r>
      <w:r>
        <w:br/>
      </w:r>
      <w:r>
        <w:rPr>
          <w:sz w:val="20"/>
        </w:rPr>
        <w:t>25:55  phir is ke liye tension nahi, frustration nahi, stress nahi, kuch bhi nahi. need based life par agar aap raazi ho jayein to koi aap ko pareshani nahi hai.</w:t>
      </w:r>
      <w:r>
        <w:br/>
      </w:r>
      <w:r>
        <w:rPr>
          <w:sz w:val="20"/>
        </w:rPr>
        <w:t>26:07  to yeh fard ke liye hai. fard ke liye.</w:t>
      </w:r>
      <w:r>
        <w:br/>
      </w:r>
      <w:r>
        <w:rPr>
          <w:sz w:val="20"/>
        </w:rPr>
        <w:t>26:12  ab dekhiye society, yaani socio political system ke liye kya islam ki taleem hai? woh hai is aayat mein ke "falazoon kafil wad rabik".</w:t>
      </w:r>
      <w:r>
        <w:br/>
      </w:r>
      <w:r>
        <w:rPr>
          <w:sz w:val="20"/>
        </w:rPr>
        <w:t>26:33  yaani is ka matlab kya hai?</w:t>
      </w:r>
      <w:r>
        <w:br/>
      </w:r>
      <w:r>
        <w:rPr>
          <w:sz w:val="20"/>
        </w:rPr>
        <w:t>26:35  ek daira woh hai jahan aap ko doosron se ladna padta hai, takrao karna padta hai. mislan aap hukoomat cheenna chahein to takrao karna padega.</w:t>
      </w:r>
      <w:r>
        <w:br/>
      </w:r>
      <w:r>
        <w:rPr>
          <w:sz w:val="20"/>
        </w:rPr>
        <w:t>26:48  to wahan kya hai? wahan aap ka maslak kya hona chahiye? wahan ka maslak hona chahiye, yaani</w:t>
      </w:r>
      <w:r>
        <w:br/>
      </w:r>
      <w:r>
        <w:rPr>
          <w:sz w:val="20"/>
        </w:rPr>
        <w:t>26:57  woh status quo.</w:t>
      </w:r>
      <w:r>
        <w:br/>
      </w:r>
      <w:r>
        <w:rPr>
          <w:sz w:val="20"/>
        </w:rPr>
        <w:t>27:04  jaise aap dekhiye, hum india mein hain, hamare kisi koi ladai nahi, na humein, hum ne kisi ko marte, na koi hum ko marta, marne aata.</w:t>
      </w:r>
      <w:r>
        <w:br/>
      </w:r>
      <w:r>
        <w:rPr>
          <w:sz w:val="20"/>
        </w:rPr>
        <w:t>27:14  kyun ke hum dawat ke liye, education ke liye kaam kar rahe hain, to koi takrao nahi hamara.</w:t>
      </w:r>
      <w:r>
        <w:br/>
      </w:r>
      <w:r>
        <w:rPr>
          <w:sz w:val="20"/>
        </w:rPr>
        <w:t>27:24  aaj tak aisa nahi hua ke koi aadmi humein marne aa jaye ya hum kisi ko marein.</w:t>
      </w:r>
      <w:r>
        <w:br/>
      </w:r>
      <w:r>
        <w:rPr>
          <w:sz w:val="20"/>
        </w:rPr>
        <w:t>27:29  is ke baraks aap dekhiye, pakistan mein dekhiye, misr mein dekhiye, wahan mustaqil log maar rahe hain ek doosre ko. kyun?</w:t>
      </w:r>
      <w:r>
        <w:br/>
      </w:r>
      <w:r>
        <w:rPr>
          <w:sz w:val="20"/>
        </w:rPr>
        <w:t>27:39  yeh yeh formula nahi pakda unhon ne ke jo controversial issues hain, controversial issues mein yeh tareeqa ikhtiyar karein jis ko mein keh raha hoon, yaani status quo jo hai, is pe raazi,</w:t>
      </w:r>
      <w:r>
        <w:br/>
      </w:r>
      <w:r>
        <w:rPr>
          <w:sz w:val="20"/>
        </w:rPr>
        <w:t>27:57  jo hai, is pe raazi.</w:t>
      </w:r>
      <w:r>
        <w:br/>
      </w:r>
      <w:r>
        <w:rPr>
          <w:sz w:val="20"/>
        </w:rPr>
        <w:t>28:01  to samajhi le ke formula kya hai? ke woh yeh hai mukhtasar lafzon mein ke</w:t>
      </w:r>
      <w:r>
        <w:br/>
      </w:r>
      <w:r>
        <w:rPr>
          <w:sz w:val="20"/>
        </w:rPr>
        <w:t>28:11  "in politics status quo". in daawa activism, yaani jo jis maidan mein kuch kaam karne ke liye, aage badhne ke liye aap ka takrao ho jaye kisi se,</w:t>
      </w:r>
      <w:r>
        <w:br/>
      </w:r>
      <w:r>
        <w:rPr>
          <w:sz w:val="20"/>
        </w:rPr>
        <w:t>28:27  us maidan ko o</w:t>
      </w:r>
      <w:r>
        <w:br/>
      </w:r>
      <w:r>
        <w:rPr>
          <w:sz w:val="20"/>
        </w:rPr>
        <w:t>28:28  void kijiye, is mein na jaiye. is mein aur jis maidan mein baghair takrao ke aap kaam kar sakte hain, mislan dawat ka field aur taleem ka field, yeh kisi takrai ki zaroorat nahi hai.</w:t>
      </w:r>
      <w:r>
        <w:br/>
      </w:r>
      <w:r>
        <w:rPr>
          <w:sz w:val="20"/>
        </w:rPr>
        <w:t>28:44  aap jaisa chahe kijiye ga. to socio political life mein yeh formula hai ke jo</w:t>
      </w:r>
      <w:r>
        <w:br/>
      </w:r>
      <w:r>
        <w:rPr>
          <w:sz w:val="20"/>
        </w:rPr>
        <w:t>29:00  woh field jahan aap controversy paida hoti hai, jahan takrao paida hota hai, wahan par aap status quo maan</w:t>
      </w:r>
      <w:r>
        <w:br/>
      </w:r>
      <w:r>
        <w:rPr>
          <w:sz w:val="20"/>
        </w:rPr>
        <w:t>29:08  lein, jo bhi status quo, kuch bhi ho, koi bhi xyz, koi bhi rule kar raha hai, us ko maan lijie. aur jis field mein maidan khula hua hai,</w:t>
      </w:r>
      <w:r>
        <w:br/>
      </w:r>
      <w:r>
        <w:rPr>
          <w:sz w:val="20"/>
        </w:rPr>
        <w:t>29:23  jahan amal karne ke liye aap ko takrao nahi karna hai, to wahan aap amal kijiye. yeh hai,</w:t>
      </w:r>
      <w:r>
        <w:br/>
      </w:r>
      <w:r>
        <w:rPr>
          <w:sz w:val="20"/>
        </w:rPr>
        <w:t>29:34  yeh islam ka formula hai.</w:t>
      </w:r>
      <w:r>
        <w:br/>
      </w:r>
      <w:r>
        <w:rPr>
          <w:sz w:val="20"/>
        </w:rPr>
        <w:t>29:38  mein ne aap ko hawale diye, dono formulay ke, dono formulay quran mein bhi hain, hadith mein bhi hain</w:t>
      </w:r>
    </w:p>
    <w:p>
      <w:pPr>
        <w:pStyle w:val="Heading2"/>
      </w:pPr>
      <w:r>
        <w:t>Pakistan's decline traced to fighting over Kashmir, Bangladesh</w:t>
      </w:r>
    </w:p>
    <w:p>
      <w:r>
        <w:rPr>
          <w:color w:val="666666"/>
          <w:sz w:val="18"/>
        </w:rPr>
        <w:t>Man and the Laws of Nature April 1, 2012 · 5m 42s · at 22:36 · https://youtu.be/coIrwYQgb6Y?t=1356</w:t>
      </w:r>
    </w:p>
    <w:p>
      <w:r>
        <w:rPr>
          <w:i/>
        </w:rPr>
        <w:t>“In Kashmir, Muslims have been fighting for 60 years”</w:t>
      </w:r>
    </w:p>
    <w:p>
      <w:r>
        <w:rPr>
          <w:sz w:val="20"/>
        </w:rPr>
        <w:t>22:36  misal ke ooper dekhiye, Kashmir. Kashmir mein Musalman 60 baras lad rahe hain. kyun lad rahe hain?</w:t>
      </w:r>
      <w:r>
        <w:br/>
      </w:r>
      <w:r>
        <w:rPr>
          <w:sz w:val="20"/>
        </w:rPr>
        <w:t>22:46  jo political power un se ja chuka tha, us ke liye ladna.</w:t>
      </w:r>
      <w:r>
        <w:br/>
      </w:r>
      <w:r>
        <w:rPr>
          <w:sz w:val="20"/>
        </w:rPr>
        <w:t>22:52  yani ab jo wahan par jo political political status ko bana tha, us ko accept karna tha Musalmanon ko. yani political status ko yeh bana tha ke India ka part ban gaya Kashmir, jaise UP, Maharashtra, Bihar, yeh part hain India ke.</w:t>
      </w:r>
      <w:r>
        <w:br/>
      </w:r>
      <w:r>
        <w:rPr>
          <w:sz w:val="20"/>
        </w:rPr>
        <w:t>23:12  aise hi Kashmir bhi India ka part ban gaya. yeh tha, yani is Kashmir ki political geography, us ko accept karna tha, us ko aap change nahi kar sakte.</w:t>
      </w:r>
      <w:r>
        <w:br/>
      </w:r>
      <w:r>
        <w:rPr>
          <w:sz w:val="20"/>
        </w:rPr>
        <w:t>23:22  us ko accept kar ke jo opportunity hai, us ko avail kijiye. misaal ke taur par education mein sab darwaze khule hue hain, business mein saare darwaze khule hain, da'wah work kijiye.</w:t>
      </w:r>
      <w:r>
        <w:br/>
      </w:r>
      <w:r>
        <w:rPr>
          <w:sz w:val="20"/>
        </w:rPr>
        <w:t>23:33  wahan tourist aate hain, un mein da'wah work kijiye. khud jo army hai, us mein aap da'wah work kijiye. yani saari opportunities khuli hui hain, kyunke woh woh to kabhi badlengi nahi.</w:t>
      </w:r>
      <w:r>
        <w:br/>
      </w:r>
      <w:r>
        <w:rPr>
          <w:sz w:val="20"/>
        </w:rPr>
        <w:t>23:44  dekhiye, koi bhi aadmi, koi bhi hukoomat, koi bhi bade se bada king, aap se opportunity chheen nahi sakta, kyunke woh to unchangeable hai.</w:t>
      </w:r>
      <w:r>
        <w:br/>
      </w:r>
      <w:r>
        <w:rPr>
          <w:sz w:val="20"/>
        </w:rPr>
        <w:t>23:55  to Rasool Allah Sallallahu Alaihi Wasallam ki jo sunnat hai, us ne aap ne ek bahut badi wisdom diya, wisdom zindagi ki ke zindagi mein ek cheez hoti hai jo badalti rehti hai, ek cheez woh jo badalti nahi.</w:t>
      </w:r>
      <w:r>
        <w:br/>
      </w:r>
      <w:r>
        <w:rPr>
          <w:sz w:val="20"/>
        </w:rPr>
        <w:t>24:11  to jo badalti rehti hai, jab badal jaye to use accept kar lo, aur jo nahi badalti hai, us ko discover kar ke us ko avail karo.</w:t>
      </w:r>
      <w:r>
        <w:br/>
      </w:r>
      <w:r>
        <w:rPr>
          <w:sz w:val="20"/>
        </w:rPr>
        <w:t>24:19  ab dekhiye, is waqt jahan jahan takrao ho raha hai, jahan jahan ladai ho rahi hai, wahan yeh ek hissa hai ke jo cheez badalne wali thi, woh badli to isi ko phir se regair karne ki lad rahe hain Musalman.</w:t>
      </w:r>
      <w:r>
        <w:br/>
      </w:r>
      <w:r>
        <w:rPr>
          <w:sz w:val="20"/>
        </w:rPr>
        <w:t>24:34  ab jo opportunity thi, us ko avail nahi kar sake. misaal ke taur par dekhiye, Pakistan.</w:t>
      </w:r>
      <w:r>
        <w:br/>
      </w:r>
      <w:r>
        <w:rPr>
          <w:sz w:val="20"/>
        </w:rPr>
        <w:t>24:42  Pakistan se Bangladesh chheen gaya, Pakistan se Kashmir chheen gaya, woh chheen ne hi wala tha, woh chheen ne hi wala tha.</w:t>
      </w:r>
      <w:r>
        <w:br/>
      </w:r>
      <w:r>
        <w:rPr>
          <w:sz w:val="20"/>
        </w:rPr>
        <w:t>24:51  us ko bhulao, us ko bhula do, aur us ko bhula kar ke jo aap ke paas opportunity hai, us ko avail karo. aaj Pakistan agar yeh yeh yeh kya hota, us ne ke Bangladesh ko bhula diya, Kashmir ko bhula diya, to kya hota?</w:t>
      </w:r>
      <w:r>
        <w:br/>
      </w:r>
      <w:r>
        <w:rPr>
          <w:sz w:val="20"/>
        </w:rPr>
        <w:t>25:08  aaj Pakistan is poore area mein shayad number ek mulk hota. bahut zabardast taraqqi hoti, bahut zabardast taraqqi hoti.</w:t>
      </w:r>
      <w:r>
        <w:br/>
      </w:r>
      <w:r>
        <w:rPr>
          <w:sz w:val="20"/>
        </w:rPr>
        <w:t>25:19  us ko maine likha hai apni kitaab mein, Hind Pak Diary mein, lekin unhon ne aisa nahi kiya.</w:t>
      </w:r>
      <w:r>
        <w:br/>
      </w:r>
      <w:r>
        <w:rPr>
          <w:sz w:val="20"/>
        </w:rPr>
        <w:t>25:28  unhon ne jo policy ikhtiyar ki ke jo jo jo jo cheez badal badalne wali thi, jis yani woh us ko chheenna mat kijiye ke chheen gaya tha, nahi, badalne wala tha, woh change hone wali cheez thi.</w:t>
      </w:r>
      <w:r>
        <w:br/>
      </w:r>
      <w:r>
        <w:rPr>
          <w:sz w:val="20"/>
        </w:rPr>
        <w:t>25:43  to isi ke peeche lad ke pade rahe gaye, isi pe ladte rahe, aur aaj Pakistan jo hai, us ko dunya ne failed state declare kar diya hai.</w:t>
      </w:r>
      <w:r>
        <w:br/>
      </w:r>
      <w:r>
        <w:rPr>
          <w:sz w:val="20"/>
        </w:rPr>
        <w:t>25:53  failed state!</w:t>
      </w:r>
      <w:r>
        <w:br/>
      </w:r>
      <w:r>
        <w:rPr>
          <w:sz w:val="20"/>
        </w:rPr>
        <w:t>25:55  aap ghor kijiye ke kaisi ajeeb baat hai. bahut dinon ke tajrube ke baad kya hua ke ab unhon ne India se taluq ko banana shuru kiya hai, India ko most favored state nation mein shamil kiya hai.</w:t>
      </w:r>
      <w:r>
        <w:br/>
      </w:r>
      <w:r>
        <w:rPr>
          <w:sz w:val="20"/>
        </w:rPr>
        <w:t>26:11  lekin abhi ek aap ne dekha hoga, kal parson ek report aayi hai America ki, America ke hawale se.</w:t>
      </w:r>
      <w:r>
        <w:br/>
      </w:r>
      <w:r>
        <w:rPr>
          <w:sz w:val="20"/>
        </w:rPr>
        <w:t>26:18  us ne bataya hai ke India, unhon ne bataya ke Pakistan se heat aur violence ko khatam nahi kiya ja sakta, kyunke woh to us ki, us ki woh yani woh ban gayi hai, addiction ho gaya wahan ka.</w:t>
      </w:r>
      <w:r>
        <w:br/>
      </w:r>
      <w:r>
        <w:rPr>
          <w:sz w:val="20"/>
        </w:rPr>
        <w:t>26:31  woh addict ho gaye hain hate India mein, India ki nafrat ko nikal nahi sakte. jab nafrat nahi nikalenge, nahi nikalenge to violence jari rahega.</w:t>
      </w:r>
      <w:r>
        <w:br/>
      </w:r>
      <w:r>
        <w:rPr>
          <w:sz w:val="20"/>
        </w:rPr>
        <w:t>26:43  to us ne kaha hai American report mein ke Pakistan wale hate India ki psychology mein addict ho gaye hain, addiction ho gaya un ko.</w:t>
      </w:r>
      <w:r>
        <w:br/>
      </w:r>
      <w:r>
        <w:rPr>
          <w:sz w:val="20"/>
        </w:rPr>
        <w:t>26:54  yeh kyun ho gaya hai ke is mein zikr nahi hai is baat ka report mein? main kehta hoon kyun addiction ho gaya? kyunke jo cheez badalne wali thi, to us ko samajh, us ko unhon ne ignore karne ki koshish karne lage.</w:t>
      </w:r>
      <w:r>
        <w:br/>
      </w:r>
      <w:r>
        <w:rPr>
          <w:sz w:val="20"/>
        </w:rPr>
        <w:t>27:09  jo cheez badalne wali thi, us ko bhula bhulana chahiye tha ke yeh to badalne wali thi, badal gayi. ab is ka, us ko chodo, us ko ignore karo, aur jo cheez ab bhi mili hui hai, jo opportunities ab bhi mili hui hain, woh is is ko le kar ke apni planning karo.</w:t>
      </w:r>
      <w:r>
        <w:br/>
      </w:r>
      <w:r>
        <w:rPr>
          <w:sz w:val="20"/>
        </w:rPr>
        <w:t>27:26  to itna enormous opportunities thi Pakistan mein, itni enormous opportunities. nateeja hai ke wahan par main kai Pakistaniyon se mila hoon jo bahar mulkon mein rehte hain,</w:t>
      </w:r>
      <w:r>
        <w:br/>
      </w:r>
      <w:r>
        <w:rPr>
          <w:sz w:val="20"/>
        </w:rPr>
        <w:t>27:37  bohat hi zeheen, bohat hi educated log Pakistan ke bahar rehte hain. un se maine poocha ke aap apne mulk ko chhod ke kahan kyun chale aaye? har ek ka ek hi jawab tha ke sahib, wahan to peace nahi hai,</w:t>
      </w:r>
      <w:r>
        <w:br/>
      </w:r>
      <w:r>
        <w:rPr>
          <w:sz w:val="20"/>
        </w:rPr>
        <w:t>27:51  har waqt, har waqt andesha hai koi gun le ke ghus jaye hamare ghar mein. to aap ghor kijiye ke khud Pakistan ke behtareen brain jo hai, bhag bhag ke bahar chale gaye.</w:t>
      </w:r>
      <w:r>
        <w:br/>
      </w:r>
      <w:r>
        <w:rPr>
          <w:sz w:val="20"/>
        </w:rPr>
        <w:t>28:02  aap jante hain, behtareen brain asset hote hain,</w:t>
      </w:r>
      <w:r>
        <w:br/>
      </w:r>
      <w:r>
        <w:rPr>
          <w:sz w:val="20"/>
        </w:rPr>
        <w:t>28:05  kisi bhi qaum ke asset jo hote hain, behtareen brain hote hain. maine bohat se logon ko paya ke bohat hi high educated log, bohat hi brilliant qism ke log, Pakistan chhod ke bahar chale gaye,</w:t>
      </w:r>
    </w:p>
    <w:p>
      <w:pPr>
        <w:pStyle w:val="Heading2"/>
      </w:pPr>
      <w:r>
        <w:t>Journalist's mysticism and guru quest before finding Maulana</w:t>
      </w:r>
    </w:p>
    <w:p>
      <w:r>
        <w:rPr>
          <w:color w:val="666666"/>
          <w:sz w:val="18"/>
        </w:rPr>
        <w:t>Experiences Sharing by CPS Members November 11, 2006 Maulana Wahiduddin Khan · 5m 29s · at 3:30 · https://youtu.be/VhS3VofQlHo?t=210</w:t>
      </w:r>
    </w:p>
    <w:p>
      <w:r>
        <w:rPr>
          <w:i/>
        </w:rPr>
        <w:t>“Tracing the history back, about five and a half years ago”</w:t>
      </w:r>
    </w:p>
    <w:p>
      <w:r>
        <w:rPr>
          <w:sz w:val="20"/>
        </w:rPr>
        <w:t>3:30  well tracing the history back I would like to recall that almost five and a half or I would</w:t>
      </w:r>
      <w:r>
        <w:br/>
      </w:r>
      <w:r>
        <w:rPr>
          <w:sz w:val="20"/>
        </w:rPr>
        <w:t>3:37  say six years ago</w:t>
      </w:r>
      <w:r>
        <w:br/>
      </w:r>
      <w:r>
        <w:rPr>
          <w:sz w:val="20"/>
        </w:rPr>
        <w:t>3:39  I used to be a completely build person</w:t>
      </w:r>
      <w:r>
        <w:br/>
      </w:r>
      <w:r>
        <w:rPr>
          <w:sz w:val="20"/>
        </w:rPr>
        <w:t>3:45  very strong believed in mysticism</w:t>
      </w:r>
      <w:r>
        <w:br/>
      </w:r>
      <w:r>
        <w:rPr>
          <w:sz w:val="20"/>
        </w:rPr>
        <w:t>3:49  discipline of spirituality</w:t>
      </w:r>
      <w:r>
        <w:br/>
      </w:r>
      <w:r>
        <w:rPr>
          <w:sz w:val="20"/>
        </w:rPr>
        <w:t>3:52  went to various ashrams and places of</w:t>
      </w:r>
      <w:r>
        <w:br/>
      </w:r>
      <w:r>
        <w:rPr>
          <w:sz w:val="20"/>
        </w:rPr>
        <w:t>3:58  various activities under Vedanta or Hebrewism which is Kabbalah or you talk about books book of Sam</w:t>
      </w:r>
      <w:r>
        <w:br/>
      </w:r>
      <w:r>
        <w:rPr>
          <w:sz w:val="20"/>
        </w:rPr>
        <w:t>4:05  and various other areas</w:t>
      </w:r>
      <w:r>
        <w:br/>
      </w:r>
      <w:r>
        <w:rPr>
          <w:sz w:val="20"/>
        </w:rPr>
        <w:t>4:08  my pursuit was i wanted to understand life but the more i got into the deeper rums of spirituality so called mysticism i become further confused</w:t>
      </w:r>
      <w:r>
        <w:br/>
      </w:r>
      <w:r>
        <w:rPr>
          <w:sz w:val="20"/>
        </w:rPr>
        <w:t>4:24  continuing with this thought my most interesting and the most impactful experience which i can recall right now is that i went to a place in rajasthan called jodhpur and i met a gentleman over there called pandit narayan datt shrimali</w:t>
      </w:r>
      <w:r>
        <w:br/>
      </w:r>
      <w:r>
        <w:rPr>
          <w:sz w:val="20"/>
        </w:rPr>
        <w:t>4:49  he is considered to be an authority in terms of vedanta and mysticism so i was given to believe by various spiritual masters that he is the only person who could address my intellectual quest i went to him and put up my questions</w:t>
      </w:r>
      <w:r>
        <w:br/>
      </w:r>
      <w:r>
        <w:rPr>
          <w:sz w:val="20"/>
        </w:rPr>
        <w:t>5:16  instead of answering those questions directly he struck a deal with me and the deal was that i had to surrender for couple of months to him</w:t>
      </w:r>
      <w:r>
        <w:br/>
      </w:r>
      <w:r>
        <w:rPr>
          <w:sz w:val="20"/>
        </w:rPr>
        <w:t>5:30  and during that i was supposed to go or have an insight into my inner self leading to the various opening of chakra i mean energy centers inside my body see the entires outside my existence and relate that to my inner self</w:t>
      </w:r>
      <w:r>
        <w:br/>
      </w:r>
      <w:r>
        <w:rPr>
          <w:sz w:val="20"/>
        </w:rPr>
        <w:t>5:55  its a discipline practice under vedanta and sometime to open those energy chakra there is another way which is called tratak which is concentrating on a point and evoking radiation and then absorb it and finally fine tuning the energy wavelength to your inner body and there comes a situation one there is amatra which is inner silence</w:t>
      </w:r>
      <w:r>
        <w:br/>
      </w:r>
      <w:r>
        <w:rPr>
          <w:sz w:val="20"/>
        </w:rPr>
        <w:t>6:22  so i experienced all that but even after completion of that three to four months time i put up a question to my guru over there that my questions are still unanswered so his last result was its a matter of belief not the reason</w:t>
      </w:r>
      <w:r>
        <w:br/>
      </w:r>
      <w:r>
        <w:rPr>
          <w:sz w:val="20"/>
        </w:rPr>
        <w:t>6:47  i was completely befuddled because at the beginning he said you will get the rational explanation but in the end i dont get l that what i was expecting so it was almost f and half years ago i came to know about molana molana wahiduddin khan</w:t>
      </w:r>
      <w:r>
        <w:br/>
      </w:r>
      <w:r>
        <w:rPr>
          <w:sz w:val="20"/>
        </w:rPr>
        <w:t>7:09  though i read about him in various publications english dailies in urdu magazine also</w:t>
      </w:r>
      <w:r>
        <w:br/>
      </w:r>
      <w:r>
        <w:rPr>
          <w:sz w:val="20"/>
        </w:rPr>
        <w:t>7:20  but i used to think that he is one gentleman who is different from the rest and also there was a sizable opposition to his thought his way of spiritual perspective and the more i tried to get close to him or understand his thought i was discouraged by none other than my immediate family members</w:t>
      </w:r>
      <w:r>
        <w:br/>
      </w:r>
      <w:r>
        <w:rPr>
          <w:sz w:val="20"/>
        </w:rPr>
        <w:t>7:49  because i was born in a muslim family my mind was conditioned though i claim to be rational but still when i introspected i was because because of the conditioning and the baggage of belief system i was carrying but there came a turning point to three very close friend of mine</w:t>
      </w:r>
      <w:r>
        <w:br/>
      </w:r>
      <w:r>
        <w:rPr>
          <w:sz w:val="20"/>
        </w:rPr>
        <w:t>8:13  at that point of time all of us got together and sort an appointment with molana came over here met him so to my surprise he came across as a person who who said shoot as many as questions you want and they will be answered but for that you will have to re align your thought what you are looking for is your perspective</w:t>
      </w:r>
      <w:r>
        <w:br/>
      </w:r>
      <w:r>
        <w:rPr>
          <w:sz w:val="20"/>
        </w:rPr>
        <w:t>8:41  if you really want to understand if you really want to decode the puzzle of life then you will have to change your perspective you will have to understand from the beginning which is the creation plan of god the creator of the entires</w:t>
      </w:r>
    </w:p>
    <w:p>
      <w:pPr>
        <w:pStyle w:val="Heading2"/>
      </w:pPr>
      <w:r>
        <w:t>Government and democracy</w:t>
      </w:r>
    </w:p>
    <w:p>
      <w:r>
        <w:rPr>
          <w:color w:val="666666"/>
          <w:sz w:val="18"/>
        </w:rPr>
        <w:t>Al Risala, July 2018 · 5m 46s · at 58:02 · https://youtu.be/n1KVRke8n4E?t=3482</w:t>
      </w:r>
    </w:p>
    <w:p>
      <w:r>
        <w:rPr>
          <w:i/>
        </w:rPr>
        <w:t>“Islam mein hukumat ka koi aik ideal dhancha nahi hai”</w:t>
      </w:r>
    </w:p>
    <w:p>
      <w:r>
        <w:rPr>
          <w:sz w:val="20"/>
        </w:rPr>
        <w:t>58:02  quran o sunnat aur sahaba ke amal par ghaur karne se yeh maloom hota hai ke islam mein hukumat ka koi wahid ideal dhancha nahi hai.</w:t>
      </w:r>
      <w:r>
        <w:br/>
      </w:r>
      <w:r>
        <w:rPr>
          <w:sz w:val="20"/>
        </w:rPr>
        <w:t>58:15  hukumat ka mamla samajhi suratehal ke tabe hai, na ke peshgi taur par kisi muqarrar kardah miyar ke tabe.</w:t>
      </w:r>
      <w:r>
        <w:br/>
      </w:r>
      <w:r>
        <w:rPr>
          <w:sz w:val="20"/>
        </w:rPr>
        <w:t>58:26  hukumat ka mamla namaz aur roze ki tarah muqaddas mamla nahi hai, balkeh woh amli suratehal ke tabe hai.</w:t>
      </w:r>
      <w:r>
        <w:br/>
      </w:r>
      <w:r>
        <w:rPr>
          <w:sz w:val="20"/>
        </w:rPr>
        <w:t>58:36  jaisi amli suratehal, waisa hi hukumat ka dhancha. yahi baat fitrat ke taqaze ke mutabiq hai.</w:t>
      </w:r>
      <w:r>
        <w:br/>
      </w:r>
      <w:r>
        <w:rPr>
          <w:sz w:val="20"/>
        </w:rPr>
        <w:t>58:48  agar hukumat ka peshgi taur par koi miyari nizam muqarrar kar diya jaye to maujudah duniya mein aisa miyari nizam to kabhi qaim nahi hoga.</w:t>
      </w:r>
      <w:r>
        <w:br/>
      </w:r>
      <w:r>
        <w:rPr>
          <w:sz w:val="20"/>
        </w:rPr>
        <w:t>59:01  albata miyari nizam qaim karne ke naam par log abadi taur par ladte jhagadte rahenge. sahih yeh hai ke islam mein dawat aur taleem ka amal abadi taur par yaksaan halat mein matloob hai.</w:t>
      </w:r>
      <w:r>
        <w:br/>
      </w:r>
      <w:r>
        <w:rPr>
          <w:sz w:val="20"/>
        </w:rPr>
        <w:t>59:19  aur jahan tak hukumat ka mamla hai to iska usool yeh hai ke jaise samajhi halat, waisa hi hukumat aur siyasat ka mamla.</w:t>
      </w:r>
      <w:r>
        <w:br/>
      </w:r>
      <w:r>
        <w:rPr>
          <w:sz w:val="20"/>
        </w:rPr>
        <w:t>59:30  isi liye quran mein hukumat ke form ke bare mein mukhtalif suraton ka zikr aaya hai. maslan hazrat sulaiman ki hukumat, malika saba ki hukumat, hazrat yusuf alaihi assalam ki hukumat waghera.</w:t>
      </w:r>
      <w:r>
        <w:br/>
      </w:r>
      <w:r>
        <w:rPr>
          <w:sz w:val="20"/>
        </w:rPr>
        <w:t>59:46  in mein se hukumat ka har dhancha kisi tanqeed ke baghair quran mein mazkur hai. lekin in mein se kisi hukumat ke dhanchay ko na to radd kiya gaya hai aur na kisi dhanchay ki madah ki gayi hai.</w:t>
      </w:r>
      <w:r>
        <w:br/>
      </w:r>
      <w:r>
        <w:rPr>
          <w:sz w:val="20"/>
        </w:rPr>
        <w:t>1:00:02  hukumat ke dhanchay ko izafi hasiyat dena apne andar bohat badi hikmat rakhta hai. woh yeh ke hukumat ka dhancha khwah koi bhi ho, us ke sath adjust kar ke raho.</w:t>
      </w:r>
      <w:r>
        <w:br/>
      </w:r>
      <w:r>
        <w:rPr>
          <w:sz w:val="20"/>
        </w:rPr>
        <w:t>1:00:15  kisi ke sath takrao na karo. hukumat se agar takrao ki surat paida ho jaye to us ko manage kar ke yeh koshish karna hai ke takrao ki nabat na aaye.</w:t>
      </w:r>
      <w:r>
        <w:br/>
      </w:r>
      <w:r>
        <w:rPr>
          <w:sz w:val="20"/>
        </w:rPr>
        <w:t>1:00:30  hukumat ke mamle mein islam ka rawaiyah ghair nazai rawaiyah ya non confrontational approach hai. is usool ki bina par yeh mumkin ho jata hai ke samaj mein hamesha aman qaim rahe.</w:t>
      </w:r>
      <w:r>
        <w:br/>
      </w:r>
      <w:r>
        <w:rPr>
          <w:sz w:val="20"/>
        </w:rPr>
        <w:t>1:01:00  jamhuriyat kya hai? jamhuriyat yani democracy koi mazhabi aqeedah nahi hai.</w:t>
      </w:r>
      <w:r>
        <w:br/>
      </w:r>
      <w:r>
        <w:rPr>
          <w:sz w:val="20"/>
        </w:rPr>
        <w:t>1:01:10  jamhuriyat darasal siyasat ke parman management ya peaceful management ka doosra naam hai.</w:t>
      </w:r>
      <w:r>
        <w:br/>
      </w:r>
      <w:r>
        <w:rPr>
          <w:sz w:val="20"/>
        </w:rPr>
        <w:t>1:01:22  jamhuriyat ko majority rule kaha jata hai. is ka khulasa bhi yahi hai: majority rule social management ka aik parman tareeqa hai jo peaceful settlement par mabni aik nizam hai.</w:t>
      </w:r>
      <w:r>
        <w:br/>
      </w:r>
      <w:r>
        <w:rPr>
          <w:sz w:val="20"/>
        </w:rPr>
        <w:t>1:01:39  qadeem zamane mein hukumat ki tabdeeli ke liye jang ki zaroorat hoti thi. maujudah jamhuriyat ne yeh mumkin bana diya hai ke har aik parman taur par apni marzi ka siyasi nizam banaye.</w:t>
      </w:r>
      <w:r>
        <w:br/>
      </w:r>
      <w:r>
        <w:rPr>
          <w:sz w:val="20"/>
        </w:rPr>
        <w:t>1:01:56  jamhuriyat ka apna koi aqeedah nahi hota. awam ki aksariyat jis baat par razi ho jaye, wahi nizam ki buniyad ban jata hai.</w:t>
      </w:r>
      <w:r>
        <w:br/>
      </w:r>
      <w:r>
        <w:rPr>
          <w:sz w:val="20"/>
        </w:rPr>
        <w:t>1:02:08  jamhuriyat election par mabni aik nizam hai. mahdood muddat, maslan 5 saal ke liye azad aur mansafana free and fair election karaya jata hai.</w:t>
      </w:r>
      <w:r>
        <w:br/>
      </w:r>
      <w:r>
        <w:rPr>
          <w:sz w:val="20"/>
        </w:rPr>
        <w:t>1:02:22  is election mein aksariyat jis rai par ittifaq kar le, wahi mahdood muddat ke liye nizam ki buniyad qarar payegi.</w:t>
      </w:r>
      <w:r>
        <w:br/>
      </w:r>
      <w:r>
        <w:rPr>
          <w:sz w:val="20"/>
        </w:rPr>
        <w:t>1:02:33  is jamhuriyat ke nizam mein har group ko yeh mauqa hota hai ke woh awam ki rai ko apne haq mein hamwar kare.</w:t>
      </w:r>
      <w:r>
        <w:br/>
      </w:r>
      <w:r>
        <w:rPr>
          <w:sz w:val="20"/>
        </w:rPr>
        <w:t>1:02:45  jamhuriyat ka usool yeh hai ke kisi election ke baad aksariyat jis rai ke haq mein vote de de, us ko sab log aik amli zaroorat ke taur par maan lein.</w:t>
      </w:r>
      <w:r>
        <w:br/>
      </w:r>
      <w:r>
        <w:rPr>
          <w:sz w:val="20"/>
        </w:rPr>
        <w:t>1:02:58  jin logon ko is rai se ittifaq na ho, unhein bhi election ke nateejay ko maan lena chahiye. un ko yeh mauqa hai ke woh awami rai ko apne haq mein hamwar karein aur aglay election tak intezar karein.</w:t>
      </w:r>
      <w:r>
        <w:br/>
      </w:r>
      <w:r>
        <w:rPr>
          <w:sz w:val="20"/>
        </w:rPr>
        <w:t>1:03:16  jab aglay election ka mauqa ho to woh logon ko apna ham khayal banane ki koshish karein. agar aksariyat ki rai un ke muwafiq ho jaye to un ko mauqa mil jayega ke woh agla nizam apni rai ke mutabiq banayein.</w:t>
      </w:r>
      <w:r>
        <w:br/>
      </w:r>
      <w:r>
        <w:rPr>
          <w:sz w:val="20"/>
        </w:rPr>
        <w:t>1:03:36  jamhuriyat ka yeh nizam is liye hai ke samaj mein aman qaim rahe aur har group ko yeh mauqa mile ke woh parman tareeqay par apni rai ko logon ke darmiyan phailaye.</w:t>
      </w:r>
    </w:p>
    <w:p>
      <w:pPr>
        <w:pStyle w:val="Heading2"/>
      </w:pPr>
      <w:r>
        <w:t>The article that revealed the real mission of dawah</w:t>
      </w:r>
    </w:p>
    <w:p>
      <w:r>
        <w:rPr>
          <w:color w:val="666666"/>
          <w:sz w:val="18"/>
        </w:rPr>
        <w:t>Conveying The Message of God November 27, 2022 · 3m 21s · at 6:47 · https://youtu.be/1MUWodugLKU?t=407</w:t>
      </w:r>
    </w:p>
    <w:p>
      <w:r>
        <w:rPr>
          <w:i/>
        </w:rPr>
        <w:t>“Maulana gave me an article to read that changed everything”</w:t>
      </w:r>
    </w:p>
    <w:p>
      <w:r>
        <w:rPr>
          <w:sz w:val="20"/>
        </w:rPr>
        <w:t>6:47  to Rajat bhai main apne Maulana ki is mulaqaat ko chuke main bahut mehul manta hoon. to main chahta hoon ke iske baare mein thoda pehle yahan par kuch share karoon. ji. aur phir main inshallah aapke is question par aaunga. to woh jo meri mulaqaat thi Maulana ke saath lagbhag teen ghante ki, woh ek bahut hi yaani unique mulaqaat thi meri kyunke mere din mein bahut saare sawaalaat the. ji.</w:t>
      </w:r>
      <w:r>
        <w:br/>
      </w:r>
      <w:r>
        <w:rPr>
          <w:sz w:val="20"/>
        </w:rPr>
        <w:t>7:11  puran ki study ke baad bhi aur pehle se bhi aur muman ne un tamam sawalaat ka jawab</w:t>
      </w:r>
      <w:r>
        <w:br/>
      </w:r>
      <w:r>
        <w:rPr>
          <w:sz w:val="20"/>
        </w:rPr>
        <w:t>7:18  jo hai bahut hi logical aur bahut zyada jo hai matlab satisfactory diya aur main saare jawabad ke</w:t>
      </w:r>
      <w:r>
        <w:br/>
      </w:r>
      <w:r>
        <w:rPr>
          <w:sz w:val="20"/>
        </w:rPr>
        <w:t>7:26  baad mere paas koi doosra sawal nahi rehta tha yaani usi sawal ko lekar. ji.</w:t>
      </w:r>
      <w:r>
        <w:br/>
      </w:r>
      <w:r>
        <w:rPr>
          <w:sz w:val="20"/>
        </w:rPr>
        <w:t>7:34  har jawab ke baad.</w:t>
      </w:r>
      <w:r>
        <w:br/>
      </w:r>
      <w:r>
        <w:rPr>
          <w:sz w:val="20"/>
        </w:rPr>
        <w:t>7:42  toh usmein mujhe ek bahut sari baatein thi usmein. ji.</w:t>
      </w:r>
      <w:r>
        <w:br/>
      </w:r>
      <w:r>
        <w:rPr>
          <w:sz w:val="20"/>
        </w:rPr>
        <w:t>7:50  ji. aur bola ke maine bataya kiske baare mein aap kya jaante hain arsala ke baare mein? to maine bataya Maulana ko ke yeh jo hai ek magazine hai aur itna main jaanta hoon. to us waqt jo hai Maulana ka jo response tha woh, woh main share karna chahta hoon aapse. ji. Maulana mila ke phir aapne arsala ke baare mein kuch nahin jaana. kyunke maine jo word use kiya ek magazine hai. to Maulana kaha ke yeh magazine nahin hai, yeh ek mission hai.</w:t>
      </w:r>
      <w:r>
        <w:br/>
      </w:r>
      <w:r>
        <w:rPr>
          <w:sz w:val="20"/>
        </w:rPr>
        <w:t>8:20  to phir bhi main zyada baat ko Maulana ke pakad nahin paaya ke yeh Maulana isse kya jo hai mean kar rahe hain. Maulana phir mujhe ek article padhne ke liye diya.</w:t>
      </w:r>
      <w:r>
        <w:br/>
      </w:r>
      <w:r>
        <w:rPr>
          <w:sz w:val="20"/>
        </w:rPr>
        <w:t>8:32  woh kisi akhbaar ka article tha lekin mere ilme koi bhi ek insaan aisa nahi hai jisne is</w:t>
      </w:r>
      <w:r>
        <w:br/>
      </w:r>
      <w:r>
        <w:rPr>
          <w:sz w:val="20"/>
        </w:rPr>
        <w:t>8:40  article ko padhne ke baad in leaders aib se mulaqaat ki aur is baat ko jo unhone share</w:t>
      </w:r>
      <w:r>
        <w:br/>
      </w:r>
      <w:r>
        <w:rPr>
          <w:sz w:val="20"/>
        </w:rPr>
        <w:t>8:49  kiya usko woh aage lekar gaye ki jab unke dil mein ek positive aspect hai islam ke bare</w:t>
      </w:r>
      <w:r>
        <w:br/>
      </w:r>
      <w:r>
        <w:rPr>
          <w:sz w:val="20"/>
        </w:rPr>
        <w:t>8:58  mein toh unse aur share karte ho.</w:t>
      </w:r>
      <w:r>
        <w:br/>
      </w:r>
      <w:r>
        <w:rPr>
          <w:sz w:val="20"/>
        </w:rPr>
        <w:t>9:07  unke paas jaate hain, unko quran dete hain ya unko aur cheezein batate ho. to yeh mere hil mein kisi ne aisa nahin kiya. ji. kyunke yeh cheez hi hamare andar lacking hai ke hum jo hai jo hai in word of god ko jo aapne bataya na ke kaise spread karna. ji.</w:t>
      </w:r>
      <w:r>
        <w:br/>
      </w:r>
      <w:r>
        <w:rPr>
          <w:sz w:val="20"/>
        </w:rPr>
        <w:t>9:23  yeh cheez hamare andar lacking hai aur yeh jo magazine hamara hai, yeh usi mission ke liye ki</w:t>
      </w:r>
      <w:r>
        <w:br/>
      </w:r>
      <w:r>
        <w:rPr>
          <w:sz w:val="20"/>
        </w:rPr>
        <w:t>9:38  hamare andar woh ehsaas paida ho yeh cheez jo hai woh nahi hai jo main samajh raha tha</w:t>
      </w:r>
      <w:r>
        <w:br/>
      </w:r>
      <w:r>
        <w:rPr>
          <w:sz w:val="20"/>
        </w:rPr>
        <w:t>9:53  ki ek magazine hai aur bas itne hi par finish hai yeh.</w:t>
      </w:r>
      <w:r>
        <w:br/>
      </w:r>
      <w:r>
        <w:rPr>
          <w:sz w:val="20"/>
        </w:rPr>
        <w:t>10:08  ji, namaskar. UAE ke baare mein jo Rajat bhai aapne poocha to UAE jaisa aap sab jaante hain ke UAE jo hai actually to ek chhoti si country hai lekin as a global, real global country aap keh sakte hain kyunke wahan par lagbhag shayad duniya ke saare hi mulk log rehte hain aur baste hain.</w:t>
      </w:r>
    </w:p>
    <w:p>
      <w:pPr>
        <w:pStyle w:val="Heading2"/>
      </w:pPr>
      <w:r>
        <w:t>Sun-cloud parable: obsession blocks Islam's clarity</w:t>
      </w:r>
    </w:p>
    <w:p>
      <w:r>
        <w:rPr>
          <w:color w:val="666666"/>
          <w:sz w:val="18"/>
        </w:rPr>
        <w:t>Revival of Muslims March 08, 2015 · 4m 23s · at 4:17 · https://youtu.be/8ShFcr8YozI?t=257</w:t>
      </w:r>
    </w:p>
    <w:p>
      <w:r>
        <w:rPr>
          <w:i/>
        </w:rPr>
        <w:t>“Aaj subah main soch raha tha yeh baat”</w:t>
      </w:r>
    </w:p>
    <w:p>
      <w:r>
        <w:rPr>
          <w:sz w:val="20"/>
        </w:rPr>
        <w:t>4:17  to aaj subah mein soch raha tha yeh baat</w:t>
      </w:r>
      <w:r>
        <w:br/>
      </w:r>
      <w:r>
        <w:rPr>
          <w:sz w:val="20"/>
        </w:rPr>
        <w:t>4:23  . mein baitha hua tha apne ghar ke bahir, jo baargah hai, to us waqt suraj nikla hua tha.</w:t>
      </w:r>
      <w:r>
        <w:br/>
      </w:r>
      <w:r>
        <w:rPr>
          <w:sz w:val="20"/>
        </w:rPr>
        <w:t>4:35  suraj ki roshni mujhe bohat pasand hai,</w:t>
      </w:r>
      <w:r>
        <w:br/>
      </w:r>
      <w:r>
        <w:rPr>
          <w:sz w:val="20"/>
        </w:rPr>
        <w:t>4:37  mujhe suraj ki dhoop mein baithna bohat acha lagta hai. to baitha hua tha mein. phir kya hua ke dhoop chali gayi.</w:t>
      </w:r>
      <w:r>
        <w:br/>
      </w:r>
      <w:r>
        <w:rPr>
          <w:sz w:val="20"/>
        </w:rPr>
        <w:t>4:52  is ki wajah yeh thi ke wahan badal aa gaya tha. yaani zameen aur suraj ke darmiyan badal, cloud.</w:t>
      </w:r>
      <w:r>
        <w:br/>
      </w:r>
      <w:r>
        <w:rPr>
          <w:sz w:val="20"/>
        </w:rPr>
        <w:t>5:03  to agarchay is cloud ke bahir suraj ab bhi roshan tha, ab bhi poori tarah roshan tha, lekin mere liye dhoop chali gayi.</w:t>
      </w:r>
      <w:r>
        <w:br/>
      </w:r>
      <w:r>
        <w:rPr>
          <w:sz w:val="20"/>
        </w:rPr>
        <w:t>5:23  to phir mujhe yaad aaya ke aik martaba mein hawa jahaz mein safar kar raha tha.</w:t>
      </w:r>
      <w:r>
        <w:br/>
      </w:r>
      <w:r>
        <w:rPr>
          <w:sz w:val="20"/>
        </w:rPr>
        <w:t>5:29  to hamara hawa jahaz urh raha tha, to woh badalon se ooper urh raha tha. kyunke suraj...</w:t>
      </w:r>
      <w:r>
        <w:br/>
      </w:r>
      <w:r>
        <w:rPr>
          <w:sz w:val="20"/>
        </w:rPr>
        <w:t>5:37  kyunke jahaz urhta hai taqreeban 35 kilometer ki oonchai par, to woh badalon se ooper ho jata hai.</w:t>
      </w:r>
      <w:r>
        <w:br/>
      </w:r>
      <w:r>
        <w:rPr>
          <w:sz w:val="20"/>
        </w:rPr>
        <w:t>5:50  to wahan mere jahaz ke neechay badal thay, lekin ooper khoob roshan tha, suraj dikhai deta tha.</w:t>
      </w:r>
      <w:r>
        <w:br/>
      </w:r>
      <w:r>
        <w:rPr>
          <w:sz w:val="20"/>
        </w:rPr>
        <w:t>6:01  to is ko dekh kar mere samajh mein aaya ke asal baat</w:t>
      </w:r>
      <w:r>
        <w:br/>
      </w:r>
      <w:r>
        <w:rPr>
          <w:sz w:val="20"/>
        </w:rPr>
        <w:t>6:09  is maamlay mein yeh hai ke deen agarchay roshan hai, lekin hamari nisbat se woh koi cloud aisa ho sakta hai jo hamare liye is ko ghair roshan bana de.</w:t>
      </w:r>
      <w:r>
        <w:br/>
      </w:r>
      <w:r>
        <w:rPr>
          <w:sz w:val="20"/>
        </w:rPr>
        <w:t>6:27  yeh tamseel hai ke suraj roshan hoga, fiza mein roshni phaili hui hogi is ki, har taraf.</w:t>
      </w:r>
      <w:r>
        <w:br/>
      </w:r>
      <w:r>
        <w:rPr>
          <w:sz w:val="20"/>
        </w:rPr>
        <w:t>6:35  lekin agar aap aur aap ke aur suraj ke beech mein badal aa jaye to woh aap ki us ki roshni aap tak nahi pahunche gi.</w:t>
      </w:r>
      <w:r>
        <w:br/>
      </w:r>
      <w:r>
        <w:rPr>
          <w:sz w:val="20"/>
        </w:rPr>
        <w:t>6:46  to jahaz mein mein ne dekha ke suraj...</w:t>
      </w:r>
      <w:r>
        <w:br/>
      </w:r>
      <w:r>
        <w:rPr>
          <w:sz w:val="20"/>
        </w:rPr>
        <w:t>6:54  jahaz urhte urhte badalon se ooper chala gaya, to phir woh cloud ki zad se bahir tha, phir har cheez roshan thi.</w:t>
      </w:r>
      <w:r>
        <w:br/>
      </w:r>
      <w:r>
        <w:rPr>
          <w:sz w:val="20"/>
        </w:rPr>
        <w:t>7:05  is par ghore karte hue mere samajh mein aaya ke asal cheez yeh hai ke insaan cloud mein jeeta hai.</w:t>
      </w:r>
      <w:r>
        <w:br/>
      </w:r>
      <w:r>
        <w:rPr>
          <w:sz w:val="20"/>
        </w:rPr>
        <w:t>7:15  cloud dekhiye, maadi cheez hai. insaan ke liye mein kahunga ke wahi cheez hai obsession. hamara cloud obsession hai.</w:t>
      </w:r>
      <w:r>
        <w:br/>
      </w:r>
      <w:r>
        <w:rPr>
          <w:sz w:val="20"/>
        </w:rPr>
        <w:t>7:26  fiza mein jo cheez cloud hai, hamare liye woh obsession hai. to log tarah tarah ke obsession jeete hain. yaani ghar se shuru hoti hai aadmi ki conditioning.</w:t>
      </w:r>
      <w:r>
        <w:br/>
      </w:r>
      <w:r>
        <w:rPr>
          <w:sz w:val="20"/>
        </w:rPr>
        <w:t>7:40  ghar mein, society mein, mahaul mein, har jagah is ko mukhtalif qism ke experience hotay hain.</w:t>
      </w:r>
      <w:r>
        <w:br/>
      </w:r>
      <w:r>
        <w:rPr>
          <w:sz w:val="20"/>
        </w:rPr>
        <w:t>7:50  tarah tarah ki ibaadat sunta hai. is mein is ki conditioning hoti rehti hai. yeh conditioning cloud ki tarah hoti hai.</w:t>
      </w:r>
      <w:r>
        <w:br/>
      </w:r>
      <w:r>
        <w:rPr>
          <w:sz w:val="20"/>
        </w:rPr>
        <w:t>8:01  is conditioning ki wajah se is ke andar aik obsession ban jata hai.</w:t>
      </w:r>
      <w:r>
        <w:br/>
      </w:r>
      <w:r>
        <w:rPr>
          <w:sz w:val="20"/>
        </w:rPr>
        <w:t>8:06  is obsession ki wajah se woh...</w:t>
      </w:r>
      <w:r>
        <w:br/>
      </w:r>
      <w:r>
        <w:rPr>
          <w:sz w:val="20"/>
        </w:rPr>
        <w:t>8:10  is obsession ki wajah se woh</w:t>
      </w:r>
      <w:r>
        <w:br/>
      </w:r>
      <w:r>
        <w:rPr>
          <w:sz w:val="20"/>
        </w:rPr>
        <w:t>8:15  baat ko saaf tor par dekh nahin paata. yeh hai sara masla.</w:t>
      </w:r>
      <w:r>
        <w:br/>
      </w:r>
      <w:r>
        <w:rPr>
          <w:sz w:val="20"/>
        </w:rPr>
        <w:t>8:23  to insaan agar chahta hai ke woh gumrah na ho, Allah ki kitaab, rasool ki sunnat, is ki hidayat bani rahe, to is ko apne aap ko cloud se bahar lana hoga.</w:t>
      </w:r>
    </w:p>
    <w:p>
      <w:pPr>
        <w:pStyle w:val="Heading2"/>
      </w:pPr>
      <w:r>
        <w:t>Hudaybiyya: success of peace agreement</w:t>
      </w:r>
    </w:p>
    <w:p>
      <w:r>
        <w:rPr>
          <w:color w:val="666666"/>
          <w:sz w:val="18"/>
        </w:rPr>
        <w:t>The History of Peace · 3m 49s · at 13:31 · https://youtu.be/JQqjd39ZOsI?t=811</w:t>
      </w:r>
    </w:p>
    <w:p>
      <w:r>
        <w:rPr>
          <w:i/>
        </w:rPr>
        <w:t>“So what happened?”</w:t>
      </w:r>
    </w:p>
    <w:p>
      <w:r>
        <w:rPr>
          <w:sz w:val="20"/>
        </w:rPr>
        <w:t>13:31  so what happened? this no war pact opened new stop, new west of—of—of—of opportunities.</w:t>
      </w:r>
      <w:r>
        <w:br/>
      </w:r>
      <w:r>
        <w:rPr>
          <w:sz w:val="20"/>
        </w:rPr>
        <w:t>13:49  When there was—when there was fighting, when there was war, there was no interaction.</w:t>
      </w:r>
      <w:r>
        <w:br/>
      </w:r>
      <w:r>
        <w:rPr>
          <w:sz w:val="20"/>
        </w:rPr>
        <w:t>13:59  so the work was stopped. There was no the work. You can—you know that when there are violence, there are—there hate, there are war, then it is not possible to go to Dawah.</w:t>
      </w:r>
      <w:r>
        <w:br/>
      </w:r>
      <w:r>
        <w:rPr>
          <w:sz w:val="20"/>
        </w:rPr>
        <w:t>14:15  dawah work is very—is a very sincere work, very serious work. So the work needs peace, normal situation.</w:t>
      </w:r>
      <w:r>
        <w:br/>
      </w:r>
      <w:r>
        <w:rPr>
          <w:sz w:val="20"/>
        </w:rPr>
        <w:t>14:30  so to—to—to normalize the situation, Prophet agreed to this—to—to Sulah Hudaybiyyah, that was a unilateral kind of agreement.</w:t>
      </w:r>
      <w:r>
        <w:br/>
      </w:r>
      <w:r>
        <w:rPr>
          <w:sz w:val="20"/>
        </w:rPr>
        <w:t>14:46  So what happened? When there was—after the finalizing this agreement, the whole thing became normal.</w:t>
      </w:r>
      <w:r>
        <w:br/>
      </w:r>
      <w:r>
        <w:rPr>
          <w:sz w:val="20"/>
        </w:rPr>
        <w:t>14:58  and people used to meet in a normal condition. So Hudaybiyyah agreement opened the—opened the opportunities for the work.</w:t>
      </w:r>
      <w:r>
        <w:br/>
      </w:r>
      <w:r>
        <w:rPr>
          <w:sz w:val="20"/>
        </w:rPr>
        <w:t>15:16  So there was interaction between Makkan people and Madinah people. There was interaction of—among different tribes. During these interactions, the work began.</w:t>
      </w:r>
      <w:r>
        <w:br/>
      </w:r>
      <w:r>
        <w:rPr>
          <w:sz w:val="20"/>
        </w:rPr>
        <w:t>15:30  you know, dawa means interaction. When there is—when there is interaction, there is the work. And when there is no interaction, there is no the work.</w:t>
      </w:r>
      <w:r>
        <w:br/>
      </w:r>
      <w:r>
        <w:rPr>
          <w:sz w:val="20"/>
        </w:rPr>
        <w:t>15:41  so Hudaybiyyah agreement basically opened the interactions</w:t>
      </w:r>
      <w:r>
        <w:br/>
      </w:r>
      <w:r>
        <w:rPr>
          <w:sz w:val="20"/>
        </w:rPr>
        <w:t>15:50  and dialogue. After this agreement, there was dialogue, there was interaction, there was meeting, there was discussions, everything.</w:t>
      </w:r>
      <w:r>
        <w:br/>
      </w:r>
      <w:r>
        <w:rPr>
          <w:sz w:val="20"/>
        </w:rPr>
        <w:t>16:02  so it became very very successful in favor of Islam. within two years, within two years, people embraced Islam to such an extent that the number of Muslims became 10,000.</w:t>
      </w:r>
      <w:r>
        <w:br/>
      </w:r>
      <w:r>
        <w:rPr>
          <w:sz w:val="20"/>
        </w:rPr>
        <w:t>16:23  you know, at the time of Hudaybiyyah, there was only 1,400 Muslims.</w:t>
      </w:r>
      <w:r>
        <w:br/>
      </w:r>
      <w:r>
        <w:rPr>
          <w:sz w:val="20"/>
        </w:rPr>
        <w:t>16:33  1,400. but within two years, the number of Muslims became 10,000.</w:t>
      </w:r>
      <w:r>
        <w:br/>
      </w:r>
      <w:r>
        <w:rPr>
          <w:sz w:val="20"/>
        </w:rPr>
        <w:t>16:46  so merely number became deciding. after hudaybiyyah, there was no war, there was no fighting.</w:t>
      </w:r>
      <w:r>
        <w:br/>
      </w:r>
      <w:r>
        <w:rPr>
          <w:sz w:val="20"/>
        </w:rPr>
        <w:t>16:59  Muslims were—Muslims became so large in number that without any fighting, they were able to—to capture Mecca.</w:t>
      </w:r>
      <w:r>
        <w:br/>
      </w:r>
      <w:r>
        <w:rPr>
          <w:sz w:val="20"/>
        </w:rPr>
        <w:t>17:10  There was no bloodshed, there was no war. So according to Islam, peace is must for all kind of progress.</w:t>
      </w:r>
    </w:p>
    <w:p>
      <w:pPr>
        <w:pStyle w:val="Heading2"/>
      </w:pPr>
      <w:r>
        <w:t>Muslims' involvement in violence and the hadith of the doomed village</w:t>
      </w:r>
    </w:p>
    <w:p>
      <w:r>
        <w:rPr>
          <w:color w:val="666666"/>
          <w:sz w:val="18"/>
        </w:rPr>
        <w:t>Goodness in The Face of Evil (Sai Centre) August 20, 2008 Maulana Wahiduddin Khan · 4m 52s · at 18:45 · https://youtu.be/tTPaJXCbZ24?t=1125</w:t>
      </w:r>
    </w:p>
    <w:p>
      <w:r>
        <w:rPr>
          <w:i/>
        </w:rPr>
        <w:t>“In every Muslim country, Muslims are involved in violence, directly or indirectly.”</w:t>
      </w:r>
    </w:p>
    <w:p>
      <w:r>
        <w:rPr>
          <w:sz w:val="20"/>
        </w:rPr>
        <w:t>18:45  yani har muslim country mein aur balkay muslim country ke bahar bhi musalman jo hain violence mein yani involve hain, direct ya indirect.</w:t>
      </w:r>
      <w:r>
        <w:br/>
      </w:r>
      <w:r>
        <w:rPr>
          <w:sz w:val="20"/>
        </w:rPr>
        <w:t>18:57  yani yani kuch log to violence kar rahe hain, kuch log chup reh kar ke un ko endorse kar rahe hain, yani silent endorsement kar rahe hain.</w:t>
      </w:r>
      <w:r>
        <w:br/>
      </w:r>
      <w:r>
        <w:rPr>
          <w:sz w:val="20"/>
        </w:rPr>
        <w:t>19:08  woh to dono direct ya indirect is mein involve ho gaye.</w:t>
      </w:r>
      <w:r>
        <w:br/>
      </w:r>
      <w:r>
        <w:rPr>
          <w:sz w:val="20"/>
        </w:rPr>
        <w:t>19:15  to agar un ko poori tarah condemn dikhe jo cheez jo institution islam mein is waqt woh ho gaya hai, yani nahi hai, woh kya hai?</w:t>
      </w:r>
      <w:r>
        <w:br/>
      </w:r>
      <w:r>
        <w:rPr>
          <w:sz w:val="20"/>
        </w:rPr>
        <w:t>19:29  woh hai condemn karna, jis ko kehte hain nahi anil munkar. is ko quran mein hadees mein kaha gaya hai nahi anil munkar, yani koi burai kahe to tum khade ho jao is ko condemn karne ke liye.</w:t>
      </w:r>
      <w:r>
        <w:br/>
      </w:r>
      <w:r>
        <w:rPr>
          <w:sz w:val="20"/>
        </w:rPr>
        <w:t>19:42  yeh yeh bilkul farz hai. aur yeh hai ke jo condemn na kare to woh khuda ke nazdeek woh bohat zyada bura ban jata hai.</w:t>
      </w:r>
      <w:r>
        <w:br/>
      </w:r>
      <w:r>
        <w:rPr>
          <w:sz w:val="20"/>
        </w:rPr>
        <w:t>19:53  woh to sare muslim world mein al nahi al munkar khatam ho gaya hai. yeh log bomb marenge, gun chalayenge, violence karenge, ladenge bhadenge, koi koi un ko bura kehta nahi, koi condemn karta nahi un ko.</w:t>
      </w:r>
      <w:r>
        <w:br/>
      </w:r>
      <w:r>
        <w:rPr>
          <w:sz w:val="20"/>
        </w:rPr>
        <w:t>20:10  yeh ek institution hai islam mein mustaqil, jis ko kehte hain amar bil maroof aur nahi al munkar.</w:t>
      </w:r>
      <w:r>
        <w:br/>
      </w:r>
      <w:r>
        <w:rPr>
          <w:sz w:val="20"/>
        </w:rPr>
        <w:t>20:17  log yani matlab is ka hai ke logon se kaho ke tum peaceful tareeqe se raho aur violence ki taraf na jao. yeh institution bilkul is waqt hai hi nahi duniya mein, kahin kahin bhi nahi hai.</w:t>
      </w:r>
      <w:r>
        <w:br/>
      </w:r>
      <w:r>
        <w:rPr>
          <w:sz w:val="20"/>
        </w:rPr>
        <w:t>20:30  to is mein agar aisa hai ke jo yeh elderly log hotay hain, jo baray boorhay hotay hain, agar woh condemn karein, un ko dishonour karein to jo jo jo jo naujawan log hain, un ko himmat hi nahi paray gi.</w:t>
      </w:r>
      <w:r>
        <w:br/>
      </w:r>
      <w:r>
        <w:rPr>
          <w:sz w:val="20"/>
        </w:rPr>
        <w:t>20:49  baray log agar dishonour karein, condemn karein violence ko to kisi ki himmat nahi paray gi. to sab se bara mein jahan tak samajh paya hoon, yaani ke kyun violence itna itna hi to dair ho raha hai ke yeh jo institution Islam mein hai,</w:t>
      </w:r>
      <w:r>
        <w:br/>
      </w:r>
      <w:r>
        <w:rPr>
          <w:sz w:val="20"/>
        </w:rPr>
        <w:t>21:07  woh is waqt hai hi nahi ke. bilkul woh dead para hua hai, koi na condemn karta, na koi dishonour karta, kuch bhi nahi.</w:t>
      </w:r>
      <w:r>
        <w:br/>
      </w:r>
      <w:r>
        <w:rPr>
          <w:sz w:val="20"/>
        </w:rPr>
        <w:t>21:16  balkay lagta hai is ki taraf se is ko justify karne lagtay hain.</w:t>
      </w:r>
      <w:r>
        <w:br/>
      </w:r>
      <w:r>
        <w:rPr>
          <w:sz w:val="20"/>
        </w:rPr>
        <w:t>21:22  yeh Islam mein bilkul haram hai. dekhiye, mein hadith sunata hoon aap ko. rasool Allah ne bataya ke aik basti thi, us basti baray mein Khuda ne kaha ke us basti ko woh kar do, ult palt do, aisay ult do, sab log mar jayein, sab khatam ho jayein,</w:t>
      </w:r>
      <w:r>
        <w:br/>
      </w:r>
      <w:r>
        <w:rPr>
          <w:sz w:val="20"/>
        </w:rPr>
        <w:t>21:44  koi basti ko destroy kar do. yaani angel se kaha Khuda ne. to angel ne kaha ke wahan to aik aadmi hai jo bara, yaani ibadat karta hai,</w:t>
      </w:r>
      <w:r>
        <w:br/>
      </w:r>
      <w:r>
        <w:rPr>
          <w:sz w:val="20"/>
        </w:rPr>
        <w:t>21:57  raat din ibadat hi karta rehta hai. woh to Khuda ne kaha ke us ke samait ult do, us ko us ke samait us ko destroy kar do.</w:t>
      </w:r>
      <w:r>
        <w:br/>
      </w:r>
      <w:r>
        <w:rPr>
          <w:sz w:val="20"/>
        </w:rPr>
        <w:t>22:07  wahan par jo hadith mein jo lafz aaya hai, woh yeh hai matlab woh log violence karte thay, hate karte thay, lartay jhagartay thay, yeh wohi sab karte thay jo aaj kal ho raha hai.</w:t>
      </w:r>
      <w:r>
        <w:br/>
      </w:r>
      <w:r>
        <w:rPr>
          <w:sz w:val="20"/>
        </w:rPr>
        <w:t>22:19  to Khuda ne kaha ke us ko destroy kar do, poori poori basti ko. to angel ne kaha ke wahan to aik aadmi aisa hai jo raat din ibadat karta hai.</w:t>
      </w:r>
      <w:r>
        <w:br/>
      </w:r>
      <w:r>
        <w:rPr>
          <w:sz w:val="20"/>
        </w:rPr>
        <w:t>22:34  to Khuda ne kaha ke us ke sath hi us ko destroy kar do.</w:t>
      </w:r>
      <w:r>
        <w:br/>
      </w:r>
      <w:r>
        <w:rPr>
          <w:sz w:val="20"/>
        </w:rPr>
        <w:t>22:42  ke itna violence, itni burai ho rahi hai aur us ko kuch bhi nahi, us ko aaram se ibadat kar raha hai, woh baithe hue hain. us ko, us ko koi, yaani us ko koi, us ki niyat kharab nahi hui, cheekha chillaya nahi, logon ko ja ke bola nahi ke tum yeh sab kiya kaam karte ho,</w:t>
      </w:r>
      <w:r>
        <w:br/>
      </w:r>
      <w:r>
        <w:rPr>
          <w:sz w:val="20"/>
        </w:rPr>
        <w:t>23:01  apna aaram se ibadat kar raha hai.</w:t>
      </w:r>
      <w:r>
        <w:br/>
      </w:r>
      <w:r>
        <w:rPr>
          <w:sz w:val="20"/>
        </w:rPr>
        <w:t>23:04  is se aap andaza kar sakte hain ke why the spirit of Islam ke agar aadmi raat din ibadat kare aur sath sath buraiyan ho rahi hain, us ko na toke, us par to Khuda ko aisi ibadat ki koi zaroorat nahi.</w:t>
      </w:r>
      <w:r>
        <w:br/>
      </w:r>
      <w:r>
        <w:rPr>
          <w:sz w:val="20"/>
        </w:rPr>
        <w:t>23:20  aap ko tokna paray ga, aap ko condemn karna paray ga, aap ko dishonour karna paray ga, aap ko wahan ja ke khara hona paray ga, aap ko nahi to Khuda aap ko reject kar de ga.</w:t>
      </w:r>
      <w:r>
        <w:br/>
      </w:r>
      <w:r>
        <w:rPr>
          <w:sz w:val="20"/>
        </w:rPr>
        <w:t>23:31  reject. is se aap samajh sakte hain ke Islam ki spirit kya hai.</w:t>
      </w:r>
    </w:p>
    <w:p>
      <w:pPr>
        <w:pStyle w:val="Heading2"/>
      </w:pPr>
      <w:r>
        <w:t>Islam's peace teachings from Hudaybiyyah to gratitude</w:t>
      </w:r>
    </w:p>
    <w:p>
      <w:r>
        <w:rPr>
          <w:color w:val="666666"/>
          <w:sz w:val="18"/>
        </w:rPr>
        <w:t>Living in Peace and Harmony in a Multicultural World | February 9, 2016 Full · 6m 02s · at 26:44 · https://youtu.be/jRR83pRA6QU?t=1604</w:t>
      </w:r>
    </w:p>
    <w:p>
      <w:r>
        <w:rPr>
          <w:i/>
        </w:rPr>
        <w:t>“Peace kya hai? Peace ka matlab hai normality”</w:t>
      </w:r>
    </w:p>
    <w:p>
      <w:r>
        <w:rPr>
          <w:sz w:val="20"/>
        </w:rPr>
        <w:t>26:44  peace jo hai, peace kya hai? peace ka matlab hai normality.</w:t>
      </w:r>
      <w:r>
        <w:br/>
      </w:r>
      <w:r>
        <w:rPr>
          <w:sz w:val="20"/>
        </w:rPr>
        <w:t>26:49  peace ka matlab hai normality.</w:t>
      </w:r>
      <w:r>
        <w:br/>
      </w:r>
      <w:r>
        <w:rPr>
          <w:sz w:val="20"/>
        </w:rPr>
        <w:t>26:54  normality mein kya hota hai ke saare constructive work kaam karte hain, yani education ka kaam, dawat ka</w:t>
      </w:r>
      <w:r>
        <w:br/>
      </w:r>
      <w:r>
        <w:rPr>
          <w:sz w:val="20"/>
        </w:rPr>
        <w:t>26:59  kaam, industry ka kaam, business ka kaam, jitne bhi constructive work hain, woh sab ko peace chahiye.</w:t>
      </w:r>
      <w:r>
        <w:br/>
      </w:r>
      <w:r>
        <w:rPr>
          <w:sz w:val="20"/>
        </w:rPr>
        <w:t>27:04  Without peace, there is no progress.</w:t>
      </w:r>
      <w:r>
        <w:br/>
      </w:r>
      <w:r>
        <w:rPr>
          <w:sz w:val="20"/>
        </w:rPr>
        <w:t>27:09  Without peace, there is no development.</w:t>
      </w:r>
      <w:r>
        <w:br/>
      </w:r>
      <w:r>
        <w:rPr>
          <w:sz w:val="20"/>
        </w:rPr>
        <w:t>27:14  .</w:t>
      </w:r>
      <w:r>
        <w:br/>
      </w:r>
      <w:r>
        <w:rPr>
          <w:sz w:val="20"/>
        </w:rPr>
        <w:t>27:20  to har qeemat par Islam mein yeh hai ke har qeemat par peace qaim karo.</w:t>
      </w:r>
      <w:r>
        <w:br/>
      </w:r>
      <w:r>
        <w:rPr>
          <w:sz w:val="20"/>
        </w:rPr>
        <w:t>27:26  jis ki aik misaal yeh hai ke hudaybiya ka waqia.</w:t>
      </w:r>
      <w:r>
        <w:br/>
      </w:r>
      <w:r>
        <w:rPr>
          <w:sz w:val="20"/>
        </w:rPr>
        <w:t>27:32  hudaybiya ka jo waqia hai, is mein jo doosri party thi, quraish ki party, woh agressive bani hui thi, agressive.</w:t>
      </w:r>
      <w:r>
        <w:br/>
      </w:r>
      <w:r>
        <w:rPr>
          <w:sz w:val="20"/>
        </w:rPr>
        <w:t>27:38  aur saare halaat aise paida ho rahe the ke dono party mein</w:t>
      </w:r>
      <w:r>
        <w:br/>
      </w:r>
      <w:r>
        <w:rPr>
          <w:sz w:val="20"/>
        </w:rPr>
        <w:t>27:44  larai ho jaye.</w:t>
      </w:r>
      <w:r>
        <w:br/>
      </w:r>
      <w:r>
        <w:rPr>
          <w:sz w:val="20"/>
        </w:rPr>
        <w:t>27:50  rasool Allah ne negotiation kiya aur un ki jo conditions theen, aik united tor par is condition</w:t>
      </w:r>
      <w:r>
        <w:br/>
      </w:r>
      <w:r>
        <w:rPr>
          <w:sz w:val="20"/>
        </w:rPr>
        <w:t>27:55  ko maan liya.</w:t>
      </w:r>
      <w:r>
        <w:br/>
      </w:r>
      <w:r>
        <w:rPr>
          <w:sz w:val="20"/>
        </w:rPr>
        <w:t>28:00  rasool Allah ne yeh kiya ke quraish ki tamam conditions ko united tor par maan liya aur is</w:t>
      </w:r>
      <w:r>
        <w:br/>
      </w:r>
      <w:r>
        <w:rPr>
          <w:sz w:val="20"/>
        </w:rPr>
        <w:t>28:05  tarah se peace agreement finalize hua.</w:t>
      </w:r>
      <w:r>
        <w:br/>
      </w:r>
      <w:r>
        <w:rPr>
          <w:sz w:val="20"/>
        </w:rPr>
        <w:t>28:10  yani hudaybiya agreement, peace agreement tha, woh jab ban paya, jab</w:t>
      </w:r>
      <w:r>
        <w:br/>
      </w:r>
      <w:r>
        <w:rPr>
          <w:sz w:val="20"/>
        </w:rPr>
        <w:t>28:15  Rasool Allah ne un ki sab sharton ko, sharton ko agar unilaterally maan liya. Aur ek bohat anokhi baat hui, yani Hudaybiyyah agreement jab hua to ek bohat anokhi baat hui. Dekhein, jab shartein tay ho gayeen to Rasool Allah ne agreement likhwana shuru kiya. Aap ne farmaya ke "Ya Ali, likh, yeh hai jo Muhammad Rasool Allah ne...</w:t>
      </w:r>
      <w:r>
        <w:br/>
      </w:r>
      <w:r>
        <w:rPr>
          <w:sz w:val="20"/>
        </w:rPr>
        <w:t>28:45  ni aap ne dictate karna shuru kiya ya ali likho yeh hai jo sawal kiya Muhammad rasool Allah ne to jo quraish ke jo represent kar rahe the, un ka naam tha Suhail ibn Umar, unhon ne kaha ke nahi, hum aap ko rasool Allah nahi mante, aap likhiye Muhammad bin Abdullah. to aap yeh bohat hi anokhi baat hai ke rasool Allah ne kuch bhi argument nahi kiya, kuch bhi nahi, instantly aap ne apna mo</w:t>
      </w:r>
      <w:r>
        <w:br/>
      </w:r>
      <w:r>
        <w:rPr>
          <w:sz w:val="20"/>
        </w:rPr>
        <w:t>29:15  mindset badal diya.</w:t>
      </w:r>
      <w:r>
        <w:br/>
      </w:r>
      <w:r>
        <w:rPr>
          <w:sz w:val="20"/>
        </w:rPr>
        <w:t>29:21  aap ne kaha ya ali likho, ya ali likho yeh ma saala Muhammad Abdullah aye ali likho, Muhammad</w:t>
      </w:r>
      <w:r>
        <w:br/>
      </w:r>
      <w:r>
        <w:rPr>
          <w:sz w:val="20"/>
        </w:rPr>
        <w:t>29:27  bin Abdullah likho.</w:t>
      </w:r>
      <w:r>
        <w:br/>
      </w:r>
      <w:r>
        <w:rPr>
          <w:sz w:val="20"/>
        </w:rPr>
        <w:t>29:33  is se aik bohat bara principle nikalta hai mehnat.</w:t>
      </w:r>
      <w:r>
        <w:br/>
      </w:r>
      <w:r>
        <w:rPr>
          <w:sz w:val="20"/>
        </w:rPr>
        <w:t>29:39  woh yeh hai ke international affairs jo hain, is mein hum apna religious creed nahi chalayenge. International affairs</w:t>
      </w:r>
      <w:r>
        <w:br/>
      </w:r>
      <w:r>
        <w:rPr>
          <w:sz w:val="20"/>
        </w:rPr>
        <w:t>29:45  mein wohi cheez chahiye jo universal norm ho.</w:t>
      </w:r>
      <w:r>
        <w:br/>
      </w:r>
      <w:r>
        <w:rPr>
          <w:sz w:val="20"/>
        </w:rPr>
        <w:t>29:49  yeh dekha jayega ke universal accepted norm kya hai.</w:t>
      </w:r>
      <w:r>
        <w:br/>
      </w:r>
      <w:r>
        <w:rPr>
          <w:sz w:val="20"/>
        </w:rPr>
        <w:t>29:54  international affairs jo honge, is mein yeh dekha jayega ke universal accepted norms kya hain.</w:t>
      </w:r>
      <w:r>
        <w:br/>
      </w:r>
      <w:r>
        <w:rPr>
          <w:sz w:val="20"/>
        </w:rPr>
        <w:t>29:58  wohi hamara bhi hoga, Allah ka nahi hoga.</w:t>
      </w:r>
      <w:r>
        <w:br/>
      </w:r>
      <w:r>
        <w:rPr>
          <w:sz w:val="20"/>
        </w:rPr>
        <w:t>30:02  matlab aap dekhiye ke rasool Allah ko yaqeen tha ke mein rasool Allah hoon, aap ko yaqeen tha</w:t>
      </w:r>
      <w:r>
        <w:br/>
      </w:r>
      <w:r>
        <w:rPr>
          <w:sz w:val="20"/>
        </w:rPr>
        <w:t>30:06  ke mein rasool Allah hoon.</w:t>
      </w:r>
      <w:r>
        <w:br/>
      </w:r>
      <w:r>
        <w:rPr>
          <w:sz w:val="20"/>
        </w:rPr>
        <w:t>30:11  hunain ke mauqe par aap ne kaha tha ana nabiyyun la kidhab ana ibnu abdi al muttalib</w:t>
      </w:r>
      <w:r>
        <w:br/>
      </w:r>
      <w:r>
        <w:rPr>
          <w:sz w:val="20"/>
        </w:rPr>
        <w:t>30:15  .</w:t>
      </w:r>
      <w:r>
        <w:br/>
      </w:r>
      <w:r>
        <w:rPr>
          <w:sz w:val="20"/>
        </w:rPr>
        <w:t>30:20  same same prophet wahan kehta hai ke ali likho, Muhammad bin Abdullah.</w:t>
      </w:r>
      <w:r>
        <w:br/>
      </w:r>
      <w:r>
        <w:rPr>
          <w:sz w:val="20"/>
        </w:rPr>
        <w:t>30:25  is se aik usool milta hai ke jab mamla do fareeq ke beech mein ho, yani muslim aur</w:t>
      </w:r>
      <w:r>
        <w:br/>
      </w:r>
      <w:r>
        <w:rPr>
          <w:sz w:val="20"/>
        </w:rPr>
        <w:t>30:30  non muslim ke beech mein, tab wahan par hum universal norm ko dekhenge.</w:t>
      </w:r>
      <w:r>
        <w:br/>
      </w:r>
      <w:r>
        <w:rPr>
          <w:sz w:val="20"/>
        </w:rPr>
        <w:t>30:35  universal accepted principle ko wahi hamara bhi hoga, hamara alag nahi hoga.</w:t>
      </w:r>
      <w:r>
        <w:br/>
      </w:r>
      <w:r>
        <w:rPr>
          <w:sz w:val="20"/>
        </w:rPr>
        <w:t>30:40  ek yeh bhi bohat hi</w:t>
      </w:r>
      <w:r>
        <w:br/>
      </w:r>
      <w:r>
        <w:rPr>
          <w:sz w:val="20"/>
        </w:rPr>
        <w:t>30:45  usool hai, kyunke aisa karne se jhagda khatam ho jata hai, ladai khatam ho jati hai.</w:t>
      </w:r>
      <w:r>
        <w:br/>
      </w:r>
      <w:r>
        <w:rPr>
          <w:sz w:val="20"/>
        </w:rPr>
        <w:t>30:51  jab aap yeh maan lein ke universal, jab aap maanein ke yeh maan lein ke international level par</w:t>
      </w:r>
      <w:r>
        <w:br/>
      </w:r>
      <w:r>
        <w:rPr>
          <w:sz w:val="20"/>
        </w:rPr>
        <w:t>30:57  hamara bhi wahi norm usool hoga jo doosron ka hai, to ladai kis baat ki? Ladai to jab</w:t>
      </w:r>
      <w:r>
        <w:br/>
      </w:r>
      <w:r>
        <w:rPr>
          <w:sz w:val="20"/>
        </w:rPr>
        <w:t>31:03  hoti hai ke aap kahein ke nahi, mera doosra hai, mein yeh isko enforce karunga.</w:t>
      </w:r>
      <w:r>
        <w:br/>
      </w:r>
      <w:r>
        <w:rPr>
          <w:sz w:val="20"/>
        </w:rPr>
        <w:t>31:09  to do principle yeh mila. Pehla princi</w:t>
      </w:r>
      <w:r>
        <w:br/>
      </w:r>
      <w:r>
        <w:rPr>
          <w:sz w:val="20"/>
        </w:rPr>
        <w:t>31:15  ple yeh hai ke follow one and respect all.</w:t>
      </w:r>
      <w:r>
        <w:br/>
      </w:r>
      <w:r>
        <w:rPr>
          <w:sz w:val="20"/>
        </w:rPr>
        <w:t>31:20  follow one and respect all.</w:t>
      </w:r>
      <w:r>
        <w:br/>
      </w:r>
      <w:r>
        <w:rPr>
          <w:sz w:val="20"/>
        </w:rPr>
        <w:t>31:25  aur doosra yeh hai ke international jo affairs jo hain, international jo mamlaat hain, to wahan yeh dekho</w:t>
      </w:r>
      <w:r>
        <w:br/>
      </w:r>
      <w:r>
        <w:rPr>
          <w:sz w:val="20"/>
        </w:rPr>
        <w:t>31:31  ke universal accepted norm kya hai.</w:t>
      </w:r>
      <w:r>
        <w:br/>
      </w:r>
      <w:r>
        <w:rPr>
          <w:sz w:val="20"/>
        </w:rPr>
        <w:t>31:36  tum bhi isi ko maan lo, tum bhi isi ko maan lo.</w:t>
      </w:r>
      <w:r>
        <w:br/>
      </w:r>
      <w:r>
        <w:rPr>
          <w:sz w:val="20"/>
        </w:rPr>
        <w:t>31:41  kitna simple aur kitna bara principle yeh hai ke iske baad</w:t>
      </w:r>
      <w:r>
        <w:br/>
      </w:r>
      <w:r>
        <w:rPr>
          <w:sz w:val="20"/>
        </w:rPr>
        <w:t>31:46  violence khatam, hate khatam, intolerance khatam, peace hi peace hai.</w:t>
      </w:r>
      <w:r>
        <w:br/>
      </w:r>
      <w:r>
        <w:rPr>
          <w:sz w:val="20"/>
        </w:rPr>
        <w:t>31:56  to yeh hai Islam ka contribution towards towards international affairs and and national affairs.</w:t>
      </w:r>
      <w:r>
        <w:br/>
      </w:r>
      <w:r>
        <w:rPr>
          <w:sz w:val="20"/>
        </w:rPr>
        <w:t>32:06  to mein samajhta hoon ke mein ne Allah ke fazal se Islam ko sari zindagi padha hai. Sari zindagi</w:t>
      </w:r>
      <w:r>
        <w:br/>
      </w:r>
      <w:r>
        <w:rPr>
          <w:sz w:val="20"/>
        </w:rPr>
        <w:t>32:16  mein ne Islam ko padha hai aur mein ne koi doosra kaam nahi kiya hai.</w:t>
      </w:r>
      <w:r>
        <w:br/>
      </w:r>
      <w:r>
        <w:rPr>
          <w:sz w:val="20"/>
        </w:rPr>
        <w:t>32:22  mein yeh keh sakta hoon ke Islam is religion of peace.</w:t>
      </w:r>
      <w:r>
        <w:br/>
      </w:r>
      <w:r>
        <w:rPr>
          <w:sz w:val="20"/>
        </w:rPr>
        <w:t>32:28  In all the teachings of Quran directly or directly are related to peace.</w:t>
      </w:r>
      <w:r>
        <w:br/>
      </w:r>
      <w:r>
        <w:rPr>
          <w:sz w:val="20"/>
        </w:rPr>
        <w:t>32:34  Quran ki jitni bhi taleemat hain, woh direct ya indirect tor par peace hi pe mabni hain.</w:t>
      </w:r>
      <w:r>
        <w:br/>
      </w:r>
      <w:r>
        <w:rPr>
          <w:sz w:val="20"/>
        </w:rPr>
        <w:t>32:40  misal aap dekhein Quran ki pehli ayat ko</w:t>
      </w:r>
    </w:p>
    <w:p>
      <w:pPr>
        <w:pStyle w:val="Heading2"/>
      </w:pPr>
      <w:r>
        <w:t>Embracing differences and conflict</w:t>
      </w:r>
    </w:p>
    <w:p>
      <w:r>
        <w:rPr>
          <w:color w:val="666666"/>
          <w:sz w:val="18"/>
        </w:rPr>
        <w:t>Aaj Saware, on Doordarshan · 4m 54s · at 32:17 · https://youtu.be/o0aC0fW3Pfk?t=1937</w:t>
      </w:r>
    </w:p>
    <w:p>
      <w:r>
        <w:rPr>
          <w:i/>
        </w:rPr>
        <w:t>“Haan, dekhiye, ismein jo Islam ka concept hai”</w:t>
      </w:r>
    </w:p>
    <w:p>
      <w:r>
        <w:rPr>
          <w:sz w:val="20"/>
        </w:rPr>
        <w:t>32:17  haan, dekhiye, ismein, ismein jo islam ka jo concept hai, wo ye hai ke har aadmi mr. different hai. har lady, mrs. different hai. yaani koi do aadmi ek jaise nahi hain. to ye duniya bhari hui hai mr. different se aur mrs. different se. ji.</w:t>
      </w:r>
      <w:r>
        <w:br/>
      </w:r>
      <w:r>
        <w:rPr>
          <w:sz w:val="20"/>
        </w:rPr>
        <w:t>32:37  to, to, to jab aisa hai, to aapas mein ikhtilaf bhi hoga. aapas mein, yaani ek-doosre ki kharab baatein bhi hongi. to wo kya hai, wo isliye ke wo usko aap point of discussion banaiye. yaani agar duniya mein aisa ho ke sab bilkul ek hi dhang ke hon, to kis baat par hum baat, kis subject par baat karenge hum? bahut boring ho jayega. life bilkul boring ho jayegi. bilkul.</w:t>
      </w:r>
      <w:r>
        <w:br/>
      </w:r>
      <w:r>
        <w:rPr>
          <w:sz w:val="20"/>
        </w:rPr>
        <w:t>33:04  jaise kisi ne kaha hai ke when all things alike, no one thinks very much. to sab ek tarah se sochenge, to, to, to kya hoga? intellectual development hi nahi, nahi hoga. no growth. very true. to main usko positive sense mein leta hoon ke differences hain. differences na hon, to hum kaise aage badhenge? koi bhi tarakki jo hai, spiritual development, intellectual development, yahan tak ke scientific development bhi nahi ho sakta agar differences na hon.</w:t>
      </w:r>
      <w:r>
        <w:br/>
      </w:r>
      <w:r>
        <w:rPr>
          <w:sz w:val="20"/>
        </w:rPr>
        <w:t>33:33  Differences honge to path bhi alag honge. Magar final.</w:t>
      </w:r>
      <w:r>
        <w:br/>
      </w:r>
      <w:r>
        <w:rPr>
          <w:sz w:val="20"/>
        </w:rPr>
        <w:t>33:36  dekhiye, path jo hai, hum koi absolute sense mein nahi janta ki path kaun sa, path kya hai.</w:t>
      </w:r>
      <w:r>
        <w:br/>
      </w:r>
      <w:r>
        <w:rPr>
          <w:sz w:val="20"/>
        </w:rPr>
        <w:t>33:39  Absolute sense mein kisi ko pata nahi.</w:t>
      </w:r>
      <w:r>
        <w:br/>
      </w:r>
      <w:r>
        <w:rPr>
          <w:sz w:val="20"/>
        </w:rPr>
        <w:t>33:43  jo path mujhe achha lagta hai, wo mera, wahi mera ideal hai.</w:t>
      </w:r>
      <w:r>
        <w:br/>
      </w:r>
      <w:r>
        <w:rPr>
          <w:sz w:val="20"/>
        </w:rPr>
        <w:t>33:46  baqi absolute sense mein kya ideal hai, wo to khuda hi janta hoga.</w:t>
      </w:r>
      <w:r>
        <w:br/>
      </w:r>
      <w:r>
        <w:rPr>
          <w:sz w:val="20"/>
        </w:rPr>
        <w:t>33:50  to main, mera manna ye hai ki main zindagi bhar padhta raha hoon.</w:t>
      </w:r>
      <w:r>
        <w:br/>
      </w:r>
      <w:r>
        <w:rPr>
          <w:sz w:val="20"/>
        </w:rPr>
        <w:t>33:53  Study karta raha hoon.</w:t>
      </w:r>
      <w:r>
        <w:br/>
      </w:r>
      <w:r>
        <w:rPr>
          <w:sz w:val="20"/>
        </w:rPr>
        <w:t>33:57  har mazhab ko, har usko.</w:t>
      </w:r>
      <w:r>
        <w:br/>
      </w:r>
      <w:r>
        <w:rPr>
          <w:sz w:val="20"/>
        </w:rPr>
        <w:t>34:00  to maine paya ki har insan ko conviction mein jeena hai. Conviction mein.</w:t>
      </w:r>
      <w:r>
        <w:br/>
      </w:r>
      <w:r>
        <w:rPr>
          <w:sz w:val="20"/>
        </w:rPr>
        <w:t>34:04  yakeen mein jeena hai.</w:t>
      </w:r>
      <w:r>
        <w:br/>
      </w:r>
      <w:r>
        <w:rPr>
          <w:sz w:val="20"/>
        </w:rPr>
        <w:t>34:07  to conviction kab hoga?</w:t>
      </w:r>
      <w:r>
        <w:br/>
      </w:r>
      <w:r>
        <w:rPr>
          <w:sz w:val="20"/>
        </w:rPr>
        <w:t>34:11  jab main apne soche hue raaste par hoon. to jo cheez mujhe lagti hai ke ye sachchai hai, us par qayam ho jata hoon. aur doosre ko main tolerate karta hoon. har aadmi ko right deta hoon main ke wo jis cheez par chahe yakeen kare. aur main usko. to islam ka formula maine ye paya hai ke لَكُمْ دِينُكُمْ وَلَيَ دِينٍ yaani follow one and respect all. islam ka formula hai. follow one and respect all.</w:t>
      </w:r>
      <w:r>
        <w:br/>
      </w:r>
      <w:r>
        <w:rPr>
          <w:sz w:val="20"/>
        </w:rPr>
        <w:t>34:37  main sabko haq deta hoon ke wo jis cheez ko sachchai samjhein, us par poore yakeen ke saath qayam ho jayein. kyunke duniya mein agar main yakeen nahi paya maine, to phir maine kuch bhi nahi paya. lekin yakeen ke saath-saath zaroori hai ke main doosre ka respect karna janoon. aur main apni baat bata sakta hoon ke main kisi ke khilaf bhi hate nahi. ji, main bilkul empty mind hokar ke kisi ki baat sun sakta hoon. bilkul chahe mere against ho tab bhi wo.</w:t>
      </w:r>
      <w:r>
        <w:br/>
      </w:r>
      <w:r>
        <w:rPr>
          <w:sz w:val="20"/>
        </w:rPr>
        <w:t>35:04  jab bhi hum kisi se baat karte hain, maulana ji, apni zindagi mein, ghar pe, kaam pe, to ek hamare andar do-teen insaan hote hain. aur ek wo hai jo judgment pe baithta hai. jo cheezon ko assess karta hai. ek filter ki tarah. aur usmein se kafi emotions aati hain. love, hate, respect, anger, pass, fail. to ye filter ko kaise hatayein taake hum totally accepting ho jayein?</w:t>
      </w:r>
      <w:r>
        <w:br/>
      </w:r>
      <w:r>
        <w:rPr>
          <w:sz w:val="20"/>
        </w:rPr>
        <w:t>35:30  ye koi desired cheez nahi hai.</w:t>
      </w:r>
      <w:r>
        <w:br/>
      </w:r>
      <w:r>
        <w:rPr>
          <w:sz w:val="20"/>
        </w:rPr>
        <w:t>35:33  isme ye peeche chhupa hua hai ki aap chahen ki bilkul har cheez normal ho jaye.</w:t>
      </w:r>
      <w:r>
        <w:br/>
      </w:r>
      <w:r>
        <w:rPr>
          <w:sz w:val="20"/>
        </w:rPr>
        <w:t>35:36  aur koi differences na hon.</w:t>
      </w:r>
      <w:r>
        <w:br/>
      </w:r>
      <w:r>
        <w:rPr>
          <w:sz w:val="20"/>
        </w:rPr>
        <w:t>35:40  sab ek hi dhang ke ho jayen.</w:t>
      </w:r>
      <w:r>
        <w:br/>
      </w:r>
      <w:r>
        <w:rPr>
          <w:sz w:val="20"/>
        </w:rPr>
        <w:t>35:43  Emotions mein difference na ho.</w:t>
      </w:r>
      <w:r>
        <w:br/>
      </w:r>
      <w:r>
        <w:rPr>
          <w:sz w:val="20"/>
        </w:rPr>
        <w:t>35:46  soch mein difference na ho.</w:t>
      </w:r>
      <w:r>
        <w:br/>
      </w:r>
      <w:r>
        <w:rPr>
          <w:sz w:val="20"/>
        </w:rPr>
        <w:t>35:50  to wo koi desired cheez nahi hai mere nazdeek.</w:t>
      </w:r>
      <w:r>
        <w:br/>
      </w:r>
      <w:r>
        <w:rPr>
          <w:sz w:val="20"/>
        </w:rPr>
        <w:t>35:53  main to difference hi ko samajhta hoon ki sahi hai.</w:t>
      </w:r>
      <w:r>
        <w:br/>
      </w:r>
      <w:r>
        <w:rPr>
          <w:sz w:val="20"/>
        </w:rPr>
        <w:t>35:56  ek wo, wo ek bahut bade scholar ne kaha tha ki Nature abhors uniformity.</w:t>
      </w:r>
      <w:r>
        <w:br/>
      </w:r>
      <w:r>
        <w:rPr>
          <w:sz w:val="20"/>
        </w:rPr>
        <w:t>36:00  Uniformity nature ki scheme mein hi nahi hai.</w:t>
      </w:r>
      <w:r>
        <w:br/>
      </w:r>
      <w:r>
        <w:rPr>
          <w:sz w:val="20"/>
        </w:rPr>
        <w:t>36:03  to bhaiya, aisi koi cheez isme nahi hai ki sab log ke emotions ek hon.</w:t>
      </w:r>
      <w:r>
        <w:br/>
      </w:r>
      <w:r>
        <w:rPr>
          <w:sz w:val="20"/>
        </w:rPr>
        <w:t>36:06  sab logon ki thinking ek ho.</w:t>
      </w:r>
      <w:r>
        <w:br/>
      </w:r>
      <w:r>
        <w:rPr>
          <w:sz w:val="20"/>
        </w:rPr>
        <w:t>36:10  main to chahta hoon ki differences hon.</w:t>
      </w:r>
      <w:r>
        <w:br/>
      </w:r>
      <w:r>
        <w:rPr>
          <w:sz w:val="20"/>
        </w:rPr>
        <w:t>36:13  taki mujhko point of discussion mile.</w:t>
      </w:r>
      <w:r>
        <w:br/>
      </w:r>
      <w:r>
        <w:rPr>
          <w:sz w:val="20"/>
        </w:rPr>
        <w:t>36:17  jaise conflict is not bad. how we resolve conflict and how we take the process, as you said, that is very important. aur difference milenge to usse growth hogi. dekhiye, conflict koi negative cheez nahi hai. wo positive cheez hai. conflict ko main negative maayne mein leta nahi hoon. conflict na ho to kaise sochenge? ji, aur, aur soch, aur soch, aur soch kahan se aayegi?</w:t>
      </w:r>
      <w:r>
        <w:br/>
      </w:r>
      <w:r>
        <w:rPr>
          <w:sz w:val="20"/>
        </w:rPr>
        <w:t>36:42  to conflict ko main sochta hoon ke ek bahut hi positive phenomena hai ye. aur wo stepping stone hai aur tarakki ke liye. ek aur rishta hai jo hum log, hum sab apne-apne tareeqe se bigaad rahe hain aaspaas. kudrat ka rishta hamare saath. environment ko leke, i don't think hardly any of us are really responsible as being responsible towards the environment. we are responsible for the destruction of the environment.</w:t>
      </w:r>
      <w:r>
        <w:br/>
      </w:r>
      <w:r>
        <w:rPr>
          <w:sz w:val="20"/>
        </w:rPr>
        <w:t>37:11  to kudrat ke sath hamara kaisa rishta hona chahiye?</w:t>
      </w:r>
    </w:p>
    <w:p>
      <w:pPr>
        <w:pStyle w:val="Heading2"/>
      </w:pPr>
      <w:r>
        <w:t>Islam's stance: peace is rule, war exception</w:t>
      </w:r>
    </w:p>
    <w:p>
      <w:r>
        <w:rPr>
          <w:color w:val="666666"/>
          <w:sz w:val="18"/>
        </w:rPr>
        <w:t>The History of Peace · 5m 17s · at 23:59 · https://youtu.be/JQqjd39ZOsI?t=1439</w:t>
      </w:r>
    </w:p>
    <w:p>
      <w:r>
        <w:rPr>
          <w:i/>
        </w:rPr>
        <w:t>“Then there are some very important conditions.”</w:t>
      </w:r>
    </w:p>
    <w:p>
      <w:r>
        <w:rPr>
          <w:sz w:val="20"/>
        </w:rPr>
        <w:t>23:59  then there are—there are some very very important conditions.</w:t>
      </w:r>
      <w:r>
        <w:br/>
      </w:r>
      <w:r>
        <w:rPr>
          <w:sz w:val="20"/>
        </w:rPr>
        <w:t>24:10  if you want to go to war, you have to follow all these conditions. without fulfilling these conditions, you are not allowed to go to war.</w:t>
      </w:r>
      <w:r>
        <w:br/>
      </w:r>
      <w:r>
        <w:rPr>
          <w:sz w:val="20"/>
        </w:rPr>
        <w:t>24:22  the first condition is that</w:t>
      </w:r>
      <w:r>
        <w:br/>
      </w:r>
      <w:r>
        <w:rPr>
          <w:sz w:val="20"/>
        </w:rPr>
        <w:t>24:29  according to islam, according to islamic teachings,</w:t>
      </w:r>
      <w:r>
        <w:br/>
      </w:r>
      <w:r>
        <w:rPr>
          <w:sz w:val="20"/>
        </w:rPr>
        <w:t>24:35  war is an act of state. it is not an act of individuals. war is not—war is not like namaz.</w:t>
      </w:r>
      <w:r>
        <w:br/>
      </w:r>
      <w:r>
        <w:rPr>
          <w:sz w:val="20"/>
        </w:rPr>
        <w:t>24:46  a person can—a person can read namaz, a person can go to hajj, a person can worship god.</w:t>
      </w:r>
      <w:r>
        <w:br/>
      </w:r>
      <w:r>
        <w:rPr>
          <w:sz w:val="20"/>
        </w:rPr>
        <w:t>25:02  bat as far as the war is concerned, no person, no organization can go to war.</w:t>
      </w:r>
      <w:r>
        <w:br/>
      </w:r>
      <w:r>
        <w:rPr>
          <w:sz w:val="20"/>
        </w:rPr>
        <w:t>25:12  only an established state is allowed to go to war. there is a well known</w:t>
      </w:r>
      <w:r>
        <w:br/>
      </w:r>
      <w:r>
        <w:rPr>
          <w:sz w:val="20"/>
        </w:rPr>
        <w:t>25:27  teaching of Islam that al-raheelo lil-imam. it means that to declare a war is a prerogative of—of an established state.</w:t>
      </w:r>
      <w:r>
        <w:br/>
      </w:r>
      <w:r>
        <w:rPr>
          <w:sz w:val="20"/>
        </w:rPr>
        <w:t>25:47  no organization other than state is allowed to go to war. then—then if a state wants to go to war, it must declare.</w:t>
      </w:r>
      <w:r>
        <w:br/>
      </w:r>
      <w:r>
        <w:rPr>
          <w:sz w:val="20"/>
        </w:rPr>
        <w:t>26:05  it must declare that we and you are at war from this date. without open declaration, even state is not allowed to go to war.</w:t>
      </w:r>
      <w:r>
        <w:br/>
      </w:r>
      <w:r>
        <w:rPr>
          <w:sz w:val="20"/>
        </w:rPr>
        <w:t>26:20  from this the Quranic principle. it means that if you want to go to war, you have to declare openly.</w:t>
      </w:r>
      <w:r>
        <w:br/>
      </w:r>
      <w:r>
        <w:rPr>
          <w:sz w:val="20"/>
        </w:rPr>
        <w:t>26:34  so it means that secret war is not allowed in Islam.</w:t>
      </w:r>
      <w:r>
        <w:br/>
      </w:r>
      <w:r>
        <w:rPr>
          <w:sz w:val="20"/>
        </w:rPr>
        <w:t>26:41  no. so according to Islamic teachings,</w:t>
      </w:r>
      <w:r>
        <w:br/>
      </w:r>
      <w:r>
        <w:rPr>
          <w:sz w:val="20"/>
        </w:rPr>
        <w:t>26:48  no aggressive war is allowed in Islam. and also no secret war is allowed in Islam.</w:t>
      </w:r>
      <w:r>
        <w:br/>
      </w:r>
      <w:r>
        <w:rPr>
          <w:sz w:val="20"/>
        </w:rPr>
        <w:t>26:59  and also no guerrilla war is allowed in Islam. and also no proxy war is allowed in Islam.</w:t>
      </w:r>
      <w:r>
        <w:br/>
      </w:r>
      <w:r>
        <w:rPr>
          <w:sz w:val="20"/>
        </w:rPr>
        <w:t>27:10  so all these wars are unlawful in Islam. only defensive war is allowed in Islam.</w:t>
      </w:r>
      <w:r>
        <w:br/>
      </w:r>
      <w:r>
        <w:rPr>
          <w:sz w:val="20"/>
        </w:rPr>
        <w:t>27:30  there are so many verses in the Quran that tell such that</w:t>
      </w:r>
      <w:r>
        <w:br/>
      </w:r>
      <w:r>
        <w:rPr>
          <w:sz w:val="20"/>
        </w:rPr>
        <w:t>27:38  the—the principles of war. you know, there are—there is a—there are—there is a misunderstanding about the Quranic teachings.</w:t>
      </w:r>
      <w:r>
        <w:br/>
      </w:r>
      <w:r>
        <w:rPr>
          <w:sz w:val="20"/>
        </w:rPr>
        <w:t>27:54  some people refer some verses from the Quran and say that Islam teaches war and fighting. it is wrong.</w:t>
      </w:r>
      <w:r>
        <w:br/>
      </w:r>
      <w:r>
        <w:rPr>
          <w:sz w:val="20"/>
        </w:rPr>
        <w:t>28:03  you know,</w:t>
      </w:r>
      <w:r>
        <w:br/>
      </w:r>
      <w:r>
        <w:rPr>
          <w:sz w:val="20"/>
        </w:rPr>
        <w:t>28:07  Quran contains 6500 verses. all these verses, I think more than 9 percent of—of—of Quranic verses are</w:t>
      </w:r>
      <w:r>
        <w:br/>
      </w:r>
      <w:r>
        <w:rPr>
          <w:sz w:val="20"/>
        </w:rPr>
        <w:t>28:28  related with peace, peace and intolerance and moral values.</w:t>
      </w:r>
      <w:r>
        <w:br/>
      </w:r>
      <w:r>
        <w:rPr>
          <w:sz w:val="20"/>
        </w:rPr>
        <w:t>28:37  so the majority of verses contain these teachings. less than one percent of—of verses of the Quran pertain to—to war.</w:t>
      </w:r>
      <w:r>
        <w:br/>
      </w:r>
      <w:r>
        <w:rPr>
          <w:sz w:val="20"/>
        </w:rPr>
        <w:t>28:53  war means defensive war. so anyone can see in the Quran that according to Islam,</w:t>
      </w:r>
      <w:r>
        <w:br/>
      </w:r>
      <w:r>
        <w:rPr>
          <w:sz w:val="20"/>
        </w:rPr>
        <w:t>29:08  peace is the rule and war is a rare exception.</w:t>
      </w:r>
    </w:p>
    <w:p>
      <w:pPr>
        <w:pStyle w:val="Heading2"/>
      </w:pPr>
      <w:r>
        <w:t>Toynbee monotheism enabled modern science and exploration</w:t>
      </w:r>
    </w:p>
    <w:p>
      <w:r>
        <w:rPr>
          <w:color w:val="666666"/>
          <w:sz w:val="18"/>
        </w:rPr>
        <w:t>Reinterpretation of Islam April 12, 2009 Maulana Wahiduddin Khan · 5m 48s · at 16:28 · https://youtu.be/kut_WRX7mZ4?t=988</w:t>
      </w:r>
    </w:p>
    <w:p>
      <w:r>
        <w:rPr>
          <w:i/>
        </w:rPr>
        <w:t>“Then I read a great thing by Arnold Toynbee.”</w:t>
      </w:r>
    </w:p>
    <w:p>
      <w:r>
        <w:rPr>
          <w:sz w:val="20"/>
        </w:rPr>
        <w:t>16:28  phir main ne ek bahut badi cheez padhi Arnold Toynbee ke haan. Arnold Toynbee was a British historian.</w:t>
      </w:r>
      <w:r>
        <w:br/>
      </w:r>
      <w:r>
        <w:rPr>
          <w:sz w:val="20"/>
        </w:rPr>
        <w:t>16:37  he died in nineteen, nineteen seventy five. nineteen seventy five.</w:t>
      </w:r>
      <w:r>
        <w:br/>
      </w:r>
      <w:r>
        <w:rPr>
          <w:sz w:val="20"/>
        </w:rPr>
        <w:t>16:47  Arnold Toynbee bahut bada historian tha.</w:t>
      </w:r>
      <w:r>
        <w:br/>
      </w:r>
      <w:r>
        <w:rPr>
          <w:sz w:val="20"/>
        </w:rPr>
        <w:t>16:53  to us ne ek likha hai, ek jagah. main ne us par ek book likhi hai, us ka reference dete hue.</w:t>
      </w:r>
      <w:r>
        <w:br/>
      </w:r>
      <w:r>
        <w:rPr>
          <w:sz w:val="20"/>
        </w:rPr>
        <w:t>17:03  ke what we call modern science, modern technology, modern industry, is nothing but exploration of nature.</w:t>
      </w:r>
      <w:r>
        <w:br/>
      </w:r>
      <w:r>
        <w:rPr>
          <w:sz w:val="20"/>
        </w:rPr>
        <w:t>17:14  ek modern civilization kya hai? modern industry kya hai? modern science kya hai? insaan ne explore kiya nature ko.</w:t>
      </w:r>
      <w:r>
        <w:br/>
      </w:r>
      <w:r>
        <w:rPr>
          <w:sz w:val="20"/>
        </w:rPr>
        <w:t>17:26  everything was hidden in nature. jo bhi hum jante hain, yani airplane, motor car, and and steamship, koi bhi cheez, mobile, telephone, koi bhi cheez,</w:t>
      </w:r>
      <w:r>
        <w:br/>
      </w:r>
      <w:r>
        <w:rPr>
          <w:sz w:val="20"/>
        </w:rPr>
        <w:t>17:49  sab kuch, everything was hidden in nature.</w:t>
      </w:r>
      <w:r>
        <w:br/>
      </w:r>
      <w:r>
        <w:rPr>
          <w:sz w:val="20"/>
        </w:rPr>
        <w:t>17:55  When scientist explore, explore all these things, then there was industrial revolution.</w:t>
      </w:r>
      <w:r>
        <w:br/>
      </w:r>
      <w:r>
        <w:rPr>
          <w:sz w:val="20"/>
        </w:rPr>
        <w:t>18:08  yeh likhi hai is ne, Arnold Toynbee ne. Is ne likha hai ke why this exploration was so delayed?</w:t>
      </w:r>
      <w:r>
        <w:br/>
      </w:r>
      <w:r>
        <w:rPr>
          <w:sz w:val="20"/>
        </w:rPr>
        <w:t>18:19  Nature to million million years se hai. Woh sab bhi potentially million millions se hai nature mein. Yani jitni cheezein hum aaj explore kiya hai aap ne, woh sab million million years se nature mein theen.</w:t>
      </w:r>
      <w:r>
        <w:br/>
      </w:r>
      <w:r>
        <w:rPr>
          <w:sz w:val="20"/>
        </w:rPr>
        <w:t>18:39  To kyun aisa hua? Is ke exploration mein itni delay kyun hui? To is ne likha hai ke it was due to polytheism.</w:t>
      </w:r>
      <w:r>
        <w:br/>
      </w:r>
      <w:r>
        <w:rPr>
          <w:sz w:val="20"/>
        </w:rPr>
        <w:t>18:52  Polytheism yani shirk. Ancient people were worshipping nature. Shirk kya hai? Shirk is nothing but nature worship.</w:t>
      </w:r>
      <w:r>
        <w:br/>
      </w:r>
      <w:r>
        <w:rPr>
          <w:sz w:val="20"/>
        </w:rPr>
        <w:t>19:06  Shirk, shirk means nature worship. So he maintains that previously people were worshipping nature.</w:t>
      </w:r>
      <w:r>
        <w:br/>
      </w:r>
      <w:r>
        <w:rPr>
          <w:sz w:val="20"/>
        </w:rPr>
        <w:t>19:20  Jab aap worship karte hain nature ko, to kya karte hain aap? Sirf jhukna jante hain. Sirf surrender karna jante hain. Is ne kaha ke monotheism jo hai, monotheism,</w:t>
      </w:r>
      <w:r>
        <w:br/>
      </w:r>
      <w:r>
        <w:rPr>
          <w:sz w:val="20"/>
        </w:rPr>
        <w:t>19:34  is ne pehli baar nature ko divinity se nikala.</w:t>
      </w:r>
      <w:r>
        <w:br/>
      </w:r>
      <w:r>
        <w:rPr>
          <w:sz w:val="20"/>
        </w:rPr>
        <w:t>19:41  Monotheism yani hazaron saal tak insan polytheism mein pada hua tha, shirk mein pada hua tha. Yani nature worship mein.</w:t>
      </w:r>
      <w:r>
        <w:br/>
      </w:r>
      <w:r>
        <w:rPr>
          <w:sz w:val="20"/>
        </w:rPr>
        <w:t>19:52  Phir monotheism ka zamana aaya. To monotheism jo hai, is ne displace kiya nature ko divinity se.</w:t>
      </w:r>
      <w:r>
        <w:br/>
      </w:r>
      <w:r>
        <w:rPr>
          <w:sz w:val="20"/>
        </w:rPr>
        <w:t>20:04  Phir exploration shuru hua. Exploration. Then the process of exploration began. When monotheism displaced the nature from divinity,</w:t>
      </w:r>
      <w:r>
        <w:br/>
      </w:r>
      <w:r>
        <w:rPr>
          <w:sz w:val="20"/>
        </w:rPr>
        <w:t>20:19  then the process of exploration began. And the result what? Industrial revolution. Scientific revolution. Technical revolution.</w:t>
      </w:r>
      <w:r>
        <w:br/>
      </w:r>
      <w:r>
        <w:rPr>
          <w:sz w:val="20"/>
        </w:rPr>
        <w:t>20:31  So credit goes to monotheism. Is ko pakdiye aap is point ko. Yani originally credit goes to monotheism.</w:t>
      </w:r>
      <w:r>
        <w:br/>
      </w:r>
      <w:r>
        <w:rPr>
          <w:sz w:val="20"/>
        </w:rPr>
        <w:t>20:42  Lekin Islam ka naam nahi liya tha is ne. Lekin is hawale se ke monotheism ko duniya mein as a revolution kaun laya hai? Islam laya? Aur to koi laya nahi hai.</w:t>
      </w:r>
      <w:r>
        <w:br/>
      </w:r>
      <w:r>
        <w:rPr>
          <w:sz w:val="20"/>
        </w:rPr>
        <w:t>20:54  To yahan se maine discover kiya ke hamare jo jo scholars hain, woh Islam ke phenomena ko in terms of politics batate the.</w:t>
      </w:r>
      <w:r>
        <w:br/>
      </w:r>
      <w:r>
        <w:rPr>
          <w:sz w:val="20"/>
        </w:rPr>
        <w:t>21:04  In terms of political power batate the. Toynbee ne is phenomena ko in terms of intellectual revolution bataya.</w:t>
      </w:r>
      <w:r>
        <w:br/>
      </w:r>
      <w:r>
        <w:rPr>
          <w:sz w:val="20"/>
        </w:rPr>
        <w:t>21:15  Yeh same phenomena. Same phenomena. Muslim scholars used to explain this phenomena in terms of politics.</w:t>
      </w:r>
      <w:r>
        <w:br/>
      </w:r>
      <w:r>
        <w:rPr>
          <w:sz w:val="20"/>
        </w:rPr>
        <w:t>21:26  Political power. Political expansion. To sunne wale ke liye kya tha? Woh imperialism tha. Imperialism. And imperialism to ek negative word hai.</w:t>
      </w:r>
      <w:r>
        <w:br/>
      </w:r>
      <w:r>
        <w:rPr>
          <w:sz w:val="20"/>
        </w:rPr>
        <w:t>21:37  Woh hai imperialism. There is no difference between imperialism and political exploitation. Yani according to modern mind, there is no difference between imperialism and political exploitation.</w:t>
      </w:r>
      <w:r>
        <w:br/>
      </w:r>
      <w:r>
        <w:rPr>
          <w:sz w:val="20"/>
        </w:rPr>
        <w:t>21:52  Lekin jo Toynbee ne jo baat kahi, is ko maine explain kar ke, is ko elaborate kar ke kitaab likhi hai. Islam The Modern. Islam The Theatre of Modern Age.</w:t>
      </w:r>
      <w:r>
        <w:br/>
      </w:r>
      <w:r>
        <w:rPr>
          <w:sz w:val="20"/>
        </w:rPr>
        <w:t>22:04  To yeh in terms of intellectual revolution is ko bain kiya. To jab tak is ko in terms of</w:t>
      </w:r>
    </w:p>
    <w:p>
      <w:pPr>
        <w:pStyle w:val="Heading2"/>
      </w:pPr>
      <w:r>
        <w:t>Kashmir's transformation from wounded land to dawah's dawn</w:t>
      </w:r>
    </w:p>
    <w:p>
      <w:r>
        <w:rPr>
          <w:color w:val="666666"/>
          <w:sz w:val="18"/>
        </w:rPr>
        <w:t>Kashmir Dwah Meet November 27, 2011 · 5m 58s · at 0:35 · https://youtu.be/1eNX-LJ65so?t=35</w:t>
      </w:r>
    </w:p>
    <w:p>
      <w:r>
        <w:rPr>
          <w:i/>
        </w:rPr>
        <w:t>“Aaj November 2011 ki 27 tareekh hai”</w:t>
      </w:r>
    </w:p>
    <w:p>
      <w:r>
        <w:rPr>
          <w:sz w:val="20"/>
        </w:rPr>
        <w:t>0:35  aaj november 2011 ki 27 tareekh hai, mein apne kashmiri bhaiyon se kuch baatein arz kar raha hoon.</w:t>
      </w:r>
      <w:r>
        <w:br/>
      </w:r>
      <w:r>
        <w:rPr>
          <w:sz w:val="20"/>
        </w:rPr>
        <w:t>0:54  dekhiye, kashmir se mera talluq bohat pehle se raha hai.</w:t>
      </w:r>
      <w:r>
        <w:br/>
      </w:r>
      <w:r>
        <w:rPr>
          <w:sz w:val="20"/>
        </w:rPr>
        <w:t>1:04  aap jante hain ke kashmir mein october 1989 mein militancy shuru hui.</w:t>
      </w:r>
      <w:r>
        <w:br/>
      </w:r>
      <w:r>
        <w:rPr>
          <w:sz w:val="20"/>
        </w:rPr>
        <w:t>1:19  zahir hai ke militancy jab ek taraf se shuru hogi to doosra retaliate karega. aap marenge, woh bhi marega.</w:t>
      </w:r>
      <w:r>
        <w:br/>
      </w:r>
      <w:r>
        <w:rPr>
          <w:sz w:val="20"/>
        </w:rPr>
        <w:t>1:29  yeh hua wahan par.</w:t>
      </w:r>
      <w:r>
        <w:br/>
      </w:r>
      <w:r>
        <w:rPr>
          <w:sz w:val="20"/>
        </w:rPr>
        <w:t>1:32  bohat se log mare gaye, bohat se log maazoor ho gaye, bohat zakhmi ho gaye. tarah tarah ki nuqsan hui. to wahan se ek kitab chhapi thi in baaton ko le kar.</w:t>
      </w:r>
      <w:r>
        <w:br/>
      </w:r>
      <w:r>
        <w:rPr>
          <w:sz w:val="20"/>
        </w:rPr>
        <w:t>1:49  is ka title tha "wounded Kashmir". zakhmi Kashmir.</w:t>
      </w:r>
      <w:r>
        <w:br/>
      </w:r>
      <w:r>
        <w:rPr>
          <w:sz w:val="20"/>
        </w:rPr>
        <w:t>2:01  aaj jo main dekh raha hoon kashmirioun ka haal, un ke jo halaat sun raha hoon, to main sochta hoon ke aaj ek nai kitab likhne ki zaroorat hai jis ka title hoga "healthy Kashmir".</w:t>
      </w:r>
      <w:r>
        <w:br/>
      </w:r>
      <w:r>
        <w:rPr>
          <w:sz w:val="20"/>
        </w:rPr>
        <w:t>2:22  woh daur khatam hoga jab Kashmir zakhm ka, qatal ka, khoon ka nishani bana hua tha.</w:t>
      </w:r>
      <w:r>
        <w:br/>
      </w:r>
      <w:r>
        <w:rPr>
          <w:sz w:val="20"/>
        </w:rPr>
        <w:t>2:35  aaj Kashmir aman ki nishani ban raha hai. yeh bohat ajeeb baat hai. yeh Allah ki rehmat hai.</w:t>
      </w:r>
      <w:r>
        <w:br/>
      </w:r>
      <w:r>
        <w:rPr>
          <w:sz w:val="20"/>
        </w:rPr>
        <w:t>2:49  mujhe ek aur waqia yaad aata hai. 1917 mein roos mein communist inqilab aaya.</w:t>
      </w:r>
      <w:r>
        <w:br/>
      </w:r>
      <w:r>
        <w:rPr>
          <w:sz w:val="20"/>
        </w:rPr>
        <w:t>3:00  roos mein communistoun ki hukumat qaim ho gayi. is ke baad communist leadership ne ek koshish ki ke woh atraf ke mulkon ko communism export karein.</w:t>
      </w:r>
      <w:r>
        <w:br/>
      </w:r>
      <w:r>
        <w:rPr>
          <w:sz w:val="20"/>
        </w:rPr>
        <w:t>3:18  unhon ne communism ko doosre mulkon mein export karna shuru kiya. is zamane mein ek kitab chhapi thi.</w:t>
      </w:r>
      <w:r>
        <w:br/>
      </w:r>
      <w:r>
        <w:rPr>
          <w:sz w:val="20"/>
        </w:rPr>
        <w:t>3:28  yeh log samarkand ko bhi in ka nishana tha. samarkand, aap jante hain ke tashkent ka dar-us-saltanat hai. to samarkand ko woh communist halqe mein lena chahte the aur liya.</w:t>
      </w:r>
      <w:r>
        <w:br/>
      </w:r>
      <w:r>
        <w:rPr>
          <w:sz w:val="20"/>
        </w:rPr>
        <w:t>3:45  to is zamane mein ek communist ne ek kitab likhi thi.</w:t>
      </w:r>
      <w:r>
        <w:br/>
      </w:r>
      <w:r>
        <w:rPr>
          <w:sz w:val="20"/>
        </w:rPr>
        <w:t>3:52  is kitab ka naam tha "dawn over samarkand". "dawn over samarkand".</w:t>
      </w:r>
      <w:r>
        <w:br/>
      </w:r>
      <w:r>
        <w:rPr>
          <w:sz w:val="20"/>
        </w:rPr>
        <w:t>4:03  yeh kitab 1935 mein chhapi thi.</w:t>
      </w:r>
      <w:r>
        <w:br/>
      </w:r>
      <w:r>
        <w:rPr>
          <w:sz w:val="20"/>
        </w:rPr>
        <w:t>4:08  is kitab ka author ka naam tha "Joshua Kunitz". J O S H U A, K U N I T Z.</w:t>
      </w:r>
      <w:r>
        <w:br/>
      </w:r>
      <w:r>
        <w:rPr>
          <w:sz w:val="20"/>
        </w:rPr>
        <w:t>4:24  to is kitab ka naam tha "dawn over samarkand".</w:t>
      </w:r>
      <w:r>
        <w:br/>
      </w:r>
      <w:r>
        <w:rPr>
          <w:sz w:val="20"/>
        </w:rPr>
        <w:t>4:29  aaj main soch raha tha to mere zehn mein aaya ke shayad ek kitab likhna chahiye Kashmir ke liye jis ka unwan ho "dawn over Kashmir".</w:t>
      </w:r>
      <w:r>
        <w:br/>
      </w:r>
      <w:r>
        <w:rPr>
          <w:sz w:val="20"/>
        </w:rPr>
        <w:t>4:45  ek nai subah taloo ho rahi hai Kashmir se aman ki aur dawat ki.</w:t>
      </w:r>
      <w:r>
        <w:br/>
      </w:r>
      <w:r>
        <w:rPr>
          <w:sz w:val="20"/>
        </w:rPr>
        <w:t>4:55  agar main yeh kahoon to ghhaliban mubalgha nahi hoga ke kashmirioun ko Allah taala ne chun liya hai is daur ka ansar banne ke liye.</w:t>
      </w:r>
      <w:r>
        <w:br/>
      </w:r>
      <w:r>
        <w:rPr>
          <w:sz w:val="20"/>
        </w:rPr>
        <w:t>5:08  ansar. Islam ki tareekh mein ek bohat bara role hai ansar ka. ek muhajir the. yaani makke mein jo log Islam laye un ko muhajir kaha jata hai.</w:t>
      </w:r>
      <w:r>
        <w:br/>
      </w:r>
      <w:r>
        <w:rPr>
          <w:sz w:val="20"/>
        </w:rPr>
        <w:t>5:22  madine mein jo log Islam laye un ko ansar kaha jata hai. ansar ke maani hote hain madad karne wale. aaj kal ki zaban mein main kahunga booster.</w:t>
      </w:r>
      <w:r>
        <w:br/>
      </w:r>
      <w:r>
        <w:rPr>
          <w:sz w:val="20"/>
        </w:rPr>
        <w:t>5:35  yaani ansar ne is zamane mein jo dawati mission tha Rasool Allah ka, us ko boost kiya. us ke booster bane woh.</w:t>
      </w:r>
      <w:r>
        <w:br/>
      </w:r>
      <w:r>
        <w:rPr>
          <w:sz w:val="20"/>
        </w:rPr>
        <w:t>5:46  aur bohat tezi se Islam phail gaya.</w:t>
      </w:r>
      <w:r>
        <w:br/>
      </w:r>
      <w:r>
        <w:rPr>
          <w:sz w:val="20"/>
        </w:rPr>
        <w:t>5:52  is dor mein kisi ke liye muqaddar hai ke woh booster bane, woh ansar bane.</w:t>
      </w:r>
      <w:r>
        <w:br/>
      </w:r>
      <w:r>
        <w:rPr>
          <w:sz w:val="20"/>
        </w:rPr>
        <w:t>6:01  lekin bazahir halaat aisa nazar aata hai ke shayad Allah taala ka intikhab Kashmir ke liye hua hai. Al Kashmir ko Allah taala ne chun liya hai ke woh is dor mein da'wati mission ke liye booster bane.</w:t>
      </w:r>
      <w:r>
        <w:br/>
      </w:r>
      <w:r>
        <w:rPr>
          <w:sz w:val="20"/>
        </w:rPr>
        <w:t>6:26  yeh bohat hi bari khushi ki baat hai.</w:t>
      </w:r>
    </w:p>
    <w:p>
      <w:pPr>
        <w:pStyle w:val="Heading2"/>
      </w:pPr>
      <w:r>
        <w:t>Islamic concept of universal brotherhood</w:t>
      </w:r>
    </w:p>
    <w:p>
      <w:r>
        <w:rPr>
          <w:color w:val="666666"/>
          <w:sz w:val="18"/>
        </w:rPr>
        <w:t>Islam In The Light Of Its Scriptures I 22nd Feb. 07 · 5m 12s · at 41:06 · https://youtu.be/SCXsWiy6ikI?t=2466</w:t>
      </w:r>
    </w:p>
    <w:p>
      <w:r>
        <w:rPr>
          <w:i/>
        </w:rPr>
        <w:t>“All men and women are sisters and brothers.”</w:t>
      </w:r>
    </w:p>
    <w:p>
      <w:r>
        <w:rPr>
          <w:sz w:val="20"/>
        </w:rPr>
        <w:t>41:06  The prophet used to rise early in the morning and say in his prayer! In his morning prayer! Allah ashhad annal ibad kullu ikhwah! O God!</w:t>
      </w:r>
      <w:r>
        <w:br/>
      </w:r>
      <w:r>
        <w:rPr>
          <w:sz w:val="20"/>
        </w:rPr>
        <w:t>41:29  I bear witness that all men and women are sisters and brothers to each other! This is the universal aspect of Islam! Islam is a universal religion! Islamic outlook is universal outlook!</w:t>
      </w:r>
      <w:r>
        <w:br/>
      </w:r>
      <w:r>
        <w:rPr>
          <w:sz w:val="20"/>
        </w:rPr>
        <w:t>41:55  there is a hadith the prophet of islam has said: "al-khalqu khayallahu! " all creatures are gods progeny! gods family! so, Islamic outlook is universal outlook!</w:t>
      </w:r>
      <w:r>
        <w:br/>
      </w:r>
      <w:r>
        <w:rPr>
          <w:sz w:val="20"/>
        </w:rPr>
        <w:t>42:21  Islam sees all men and women as sisters and brothers! Because creator of all humanity is one! All the men and all women were created by God! And the ancestor was common!</w:t>
      </w:r>
      <w:r>
        <w:br/>
      </w:r>
      <w:r>
        <w:rPr>
          <w:sz w:val="20"/>
        </w:rPr>
        <w:t>42:49  That is Adam and Eve!</w:t>
      </w:r>
      <w:r>
        <w:br/>
      </w:r>
      <w:r>
        <w:rPr>
          <w:sz w:val="20"/>
        </w:rPr>
        <w:t>42:54  Adam and Eve!</w:t>
      </w:r>
      <w:r>
        <w:br/>
      </w:r>
      <w:r>
        <w:rPr>
          <w:sz w:val="20"/>
        </w:rPr>
        <w:t>42:59  The life begins from Adam and Eve! Eve!</w:t>
      </w:r>
      <w:r>
        <w:br/>
      </w:r>
      <w:r>
        <w:rPr>
          <w:sz w:val="20"/>
        </w:rPr>
        <w:t>43:04  Eve!</w:t>
      </w:r>
      <w:r>
        <w:br/>
      </w:r>
      <w:r>
        <w:rPr>
          <w:sz w:val="20"/>
        </w:rPr>
        <w:t>43:09  The life in this earth begins from Adam and Eve!</w:t>
      </w:r>
      <w:r>
        <w:br/>
      </w:r>
      <w:r>
        <w:rPr>
          <w:sz w:val="20"/>
        </w:rPr>
        <w:t>43:14  So, the parent of all humanity!</w:t>
      </w:r>
      <w:r>
        <w:br/>
      </w:r>
      <w:r>
        <w:rPr>
          <w:sz w:val="20"/>
        </w:rPr>
        <w:t>43:20  All mankind is one!</w:t>
      </w:r>
      <w:r>
        <w:br/>
      </w:r>
      <w:r>
        <w:rPr>
          <w:sz w:val="20"/>
        </w:rPr>
        <w:t>43:26  So, God is one!</w:t>
      </w:r>
      <w:r>
        <w:br/>
      </w:r>
      <w:r>
        <w:rPr>
          <w:sz w:val="20"/>
        </w:rPr>
        <w:t>43:32  Ancestors are one!</w:t>
      </w:r>
      <w:r>
        <w:br/>
      </w:r>
      <w:r>
        <w:rPr>
          <w:sz w:val="20"/>
        </w:rPr>
        <w:t>43:38  So, this kind of thinking creates brotherhood! Universal brotherhood!</w:t>
      </w:r>
      <w:r>
        <w:br/>
      </w:r>
      <w:r>
        <w:rPr>
          <w:sz w:val="20"/>
        </w:rPr>
        <w:t>43:44  This kind of thinking creates universal brotherhood!</w:t>
      </w:r>
      <w:r>
        <w:br/>
      </w:r>
      <w:r>
        <w:rPr>
          <w:sz w:val="20"/>
        </w:rPr>
        <w:t>43:51  there are other sayings of this kind! there are other sayings of this kind! that tells us what was the prophetic vision! what the concept of Islam towards humanity! it is a very well known fact in history!</w:t>
      </w:r>
      <w:r>
        <w:br/>
      </w:r>
      <w:r>
        <w:rPr>
          <w:sz w:val="20"/>
        </w:rPr>
        <w:t>44:20  that Islam was the only religion in the earth! that was able to create a society! where everyone! where every man and woman was where equal! Islamic society of the early period was a society! where there was fraternity! brotherhood!</w:t>
      </w:r>
      <w:r>
        <w:br/>
      </w:r>
      <w:r>
        <w:rPr>
          <w:sz w:val="20"/>
        </w:rPr>
        <w:t>44:49  and equality! so, in Islam universality is not only a value! universality is also in Islamic society! of the early period! you can see that this value was also translated into practice!</w:t>
      </w:r>
      <w:r>
        <w:br/>
      </w:r>
      <w:r>
        <w:rPr>
          <w:sz w:val="20"/>
        </w:rPr>
        <w:t>45:14  this fact was accepted by all the historians! Swami Vivekanand was a great thinker of India! He says in one of his writings!</w:t>
      </w:r>
      <w:r>
        <w:br/>
      </w:r>
      <w:r>
        <w:rPr>
          <w:sz w:val="20"/>
        </w:rPr>
        <w:t>45:30  that that if ever any religion approached to this equality!</w:t>
      </w:r>
      <w:r>
        <w:br/>
      </w:r>
      <w:r>
        <w:rPr>
          <w:sz w:val="20"/>
        </w:rPr>
        <w:t>45:42  It is Islam and Islam alone!</w:t>
      </w:r>
      <w:r>
        <w:br/>
      </w:r>
      <w:r>
        <w:rPr>
          <w:sz w:val="20"/>
        </w:rPr>
        <w:t>45:54  So, the first norm given by the Prophet was equality! Universality! Universal brotherhood!</w:t>
      </w:r>
      <w:r>
        <w:br/>
      </w:r>
      <w:r>
        <w:rPr>
          <w:sz w:val="20"/>
        </w:rPr>
        <w:t>46:06  This was the first lesson given by the Prophet of Islam!</w:t>
      </w:r>
      <w:r>
        <w:br/>
      </w:r>
      <w:r>
        <w:rPr>
          <w:sz w:val="20"/>
        </w:rPr>
        <w:t>46:18  then the prophet of Islam has said: "al muslim man salima al nasu min lisanihi wa yadihi! " Muslim is one by whose hands and tongue! people are safe!</w:t>
      </w:r>
    </w:p>
    <w:p>
      <w:pPr>
        <w:pStyle w:val="Heading2"/>
      </w:pPr>
      <w:r>
        <w:t>From sword to argument: hadith and the atheist's surrender</w:t>
      </w:r>
    </w:p>
    <w:p>
      <w:r>
        <w:rPr>
          <w:color w:val="666666"/>
          <w:sz w:val="18"/>
        </w:rPr>
        <w:t>Intellectual Poverty of Modern World December 17, 2006 · 6m 06s · at 57:25 · https://youtu.be/GdhR0DoI1Ys?t=3445</w:t>
      </w:r>
    </w:p>
    <w:p>
      <w:r>
        <w:rPr>
          <w:i/>
        </w:rPr>
        <w:t>“سائنس نے دلیل کو تلوار کا قائم مقام بنا دیا۔”</w:t>
      </w:r>
    </w:p>
    <w:p>
      <w:r>
        <w:rPr>
          <w:sz w:val="20"/>
        </w:rPr>
        <w:t>57:25  mein bachpan se yeh sunta tha tha ke science jo hai wo koi Islam dushman discipline hai. madarse mein mahol mein har jagah mein ne Islam ke hawale se manfi khayalat paye logon ke andar.</w:t>
      </w:r>
      <w:r>
        <w:br/>
      </w:r>
      <w:r>
        <w:rPr>
          <w:sz w:val="20"/>
        </w:rPr>
        <w:t>57:37  to mein ne khud hi mutala kiya.</w:t>
      </w:r>
      <w:r>
        <w:br/>
      </w:r>
      <w:r>
        <w:rPr>
          <w:sz w:val="20"/>
        </w:rPr>
        <w:t>57:39  to maloom hua ke science jo hai wo to ain manfi cheez hai hamare liye. aur us ko us ke bare mein logon ko to manfi khayal tha wo.</w:t>
      </w:r>
      <w:r>
        <w:br/>
      </w:r>
      <w:r>
        <w:rPr>
          <w:sz w:val="20"/>
        </w:rPr>
        <w:t>57:48  to meri apni samajh se bahut hi bada kaam hua hai is zamane mein science ke zariye se. yani mein ne un se kaha tha jis se baat bhari ho rahi thi ke science ne yeh kaam kiya hai ke us ne jo kaam pehle talwar se ho sakta tha us ko daleel se badal diya hai us</w:t>
      </w:r>
      <w:r>
        <w:br/>
      </w:r>
      <w:r>
        <w:rPr>
          <w:sz w:val="20"/>
        </w:rPr>
        <w:t>58:12  ne. yani talwar ko hata kar ke daleel ko wo darja de diya hai. yeh ek bahut hi badi baat hai.</w:t>
      </w:r>
      <w:r>
        <w:br/>
      </w:r>
      <w:r>
        <w:rPr>
          <w:sz w:val="20"/>
        </w:rPr>
        <w:t>58:21  yani sahaba karam ke zamane mein jang hui us ke baad barabar jang hoti rahi. us ki tareekh mein barabar yani talwar faisla kun banti thi.</w:t>
      </w:r>
      <w:r>
        <w:br/>
      </w:r>
      <w:r>
        <w:rPr>
          <w:sz w:val="20"/>
        </w:rPr>
        <w:t>58:34  isi liye pure hazaron saal ki tareekh mein aap paate hain ke sab se faisla kun cheez thi talwar.</w:t>
      </w:r>
      <w:r>
        <w:br/>
      </w:r>
      <w:r>
        <w:rPr>
          <w:sz w:val="20"/>
        </w:rPr>
        <w:t>58:44  lekin aaj talwar ke baghair daleel jo hai faisla kun ban gayi hai. daleel yani wajah, daleel, manfiq.</w:t>
      </w:r>
      <w:r>
        <w:br/>
      </w:r>
      <w:r>
        <w:rPr>
          <w:sz w:val="20"/>
        </w:rPr>
        <w:t>58:55  to yeh yeh kaise mumkin hua yeh science ke zariye mumkin hua.</w:t>
      </w:r>
      <w:r>
        <w:br/>
      </w:r>
      <w:r>
        <w:rPr>
          <w:sz w:val="20"/>
        </w:rPr>
        <w:t>59:00  scientific inqalab se pehle jo zamana tha rawaiyati zamana to rawaiyati andaz mein baat kahi jati thi pehle.</w:t>
      </w:r>
      <w:r>
        <w:br/>
      </w:r>
      <w:r>
        <w:rPr>
          <w:sz w:val="20"/>
        </w:rPr>
        <w:t>59:11  ab science ne ek naya discipline paida kiya hai ek naya yani maloomat jis ko kehte hain maloomati dhamaka nai jankari nai baatein us ki wajah se yeh mumkin ho gaya hai ke hum aaj talwar ke baghair daleel ke zariye daleel ke zariye se insan ko maskhar kar saken.</w:t>
      </w:r>
      <w:r>
        <w:br/>
      </w:r>
      <w:r>
        <w:rPr>
          <w:sz w:val="20"/>
        </w:rPr>
        <w:t>59:34  us ke zehn ko itna zyada mutasir karen ke wo manne par majboor ho jaye.</w:t>
      </w:r>
      <w:r>
        <w:br/>
      </w:r>
      <w:r>
        <w:rPr>
          <w:sz w:val="20"/>
        </w:rPr>
        <w:t>59:43  to yeh mein ne kaha tha ke ke ke science ne kya kiya hai ke daleel ko talwar ka qaim muqam bana diya hai.</w:t>
      </w:r>
      <w:r>
        <w:br/>
      </w:r>
      <w:r>
        <w:rPr>
          <w:sz w:val="20"/>
        </w:rPr>
        <w:t>59:55  yeh kitna bada bada kaam is zamane mein hua hai. lekin us ko koi koi jaan hi nahi saka. mein mujhe hairan hoon mein ke so saal beet gaye aur koi daryaft na kar saka ke science ne ek azeem ul shaan ek bahut hi bada kar nama anjam diya hai ke talwar chalane ki zarurat nahi hai.</w:t>
      </w:r>
      <w:r>
        <w:br/>
      </w:r>
      <w:r>
        <w:rPr>
          <w:sz w:val="20"/>
        </w:rPr>
        <w:t>1:00:13  daleel kafi hai. aur yeh baat hadith mein maujood thi pehle se. aap sahih Muslim mein ek riwayat hai ke rasool Allah sallallahu alaihi wasallam ne farmaya.</w:t>
      </w:r>
      <w:r>
        <w:br/>
      </w:r>
      <w:r>
        <w:rPr>
          <w:sz w:val="20"/>
        </w:rPr>
        <w:t>1:00:23  bahut ajeeb baat hai yeh. lekin is hadith ko bhi koi samajh nahi saka. sahih Muslim mein riwayat hai ke ek zamana aayega jab</w:t>
      </w:r>
      <w:r>
        <w:br/>
      </w:r>
      <w:r>
        <w:rPr>
          <w:sz w:val="20"/>
        </w:rPr>
        <w:t>1:00:37  ek zamana aayega ke jab tum na talwar chalaoge na ladai karoge.</w:t>
      </w:r>
      <w:r>
        <w:br/>
      </w:r>
      <w:r>
        <w:rPr>
          <w:sz w:val="20"/>
        </w:rPr>
        <w:t>1:00:43  sirf la ilaha illallah kahoge aur qale ki deewarein gir jayengi. qale ki deewarein gir jayengi.</w:t>
      </w:r>
      <w:r>
        <w:br/>
      </w:r>
      <w:r>
        <w:rPr>
          <w:sz w:val="20"/>
        </w:rPr>
        <w:t>1:00:54  yeh hadith maujood hai sahih Muslim mein ke ek zamana aayega jab tum na ladai karoge na talwar chalaoge lekin la la ilaha illallah kahoge aur qale ki deewarein gir jayengi.</w:t>
      </w:r>
      <w:r>
        <w:br/>
      </w:r>
      <w:r>
        <w:rPr>
          <w:sz w:val="20"/>
        </w:rPr>
        <w:t>1:01:08  to log chunke adabi tor par lete rahe is ko samjhe nahi is ko</w:t>
      </w:r>
      <w:r>
        <w:br/>
      </w:r>
      <w:r>
        <w:rPr>
          <w:sz w:val="20"/>
        </w:rPr>
        <w:t>1:01:11  samajhte hain ke bas narah lagayen ge la ilaha illallah aur aur wahan jo hai woh jo hai qale ki deewarain gir jayen gi.</w:t>
      </w:r>
      <w:r>
        <w:br/>
      </w:r>
      <w:r>
        <w:rPr>
          <w:sz w:val="20"/>
        </w:rPr>
        <w:t>1:01:21  yeh matlab nahi hai ke narah lagane ki baat nahi hai yeh. la ilaha illallah ka matlab hai ideology. yani khud ideology itni taqatwar ho jaye gi wahi kafi ho jaye gi jeet ke liye.</w:t>
      </w:r>
      <w:r>
        <w:br/>
      </w:r>
      <w:r>
        <w:rPr>
          <w:sz w:val="20"/>
        </w:rPr>
        <w:t>1:01:31  yeh matlab hai is ka.</w:t>
      </w:r>
      <w:r>
        <w:br/>
      </w:r>
      <w:r>
        <w:rPr>
          <w:sz w:val="20"/>
        </w:rPr>
        <w:t>1:01:36  yani is zamane mein jab ke rasool Allah sal Allah alaihi wasallam aaye talwar ka zamana tha.</w:t>
      </w:r>
      <w:r>
        <w:br/>
      </w:r>
      <w:r>
        <w:rPr>
          <w:sz w:val="20"/>
        </w:rPr>
        <w:t>1:01:41  talwar jo hai woh faisla kun banti thi. talwar ke sath koi aur taqat nahi thi is zamane mein. to aap ne farmaya ke ek zamana aye ga main samajhta hoon ke woh scientific zamane ke bare mein aap bata rahe the ke jab khud ilm itna zabardast taraqqi kar jaye ga aur Islam ke haq mein itni itna zyada wajah ikatha ho jaye gi jis ko hum daleel kehte hain.</w:t>
      </w:r>
      <w:r>
        <w:br/>
      </w:r>
      <w:r>
        <w:rPr>
          <w:sz w:val="20"/>
        </w:rPr>
        <w:t>1:02:09  is ki ideology itni ilmi aitbar se itni taqatwar ho jaye gi ke talwar ki jagah ke talwar ko istemal karne ki zarorat nahi hogi ideology ideology ki jo taqat hai wahi kafi ho jaye ga jeetne ke liye.</w:t>
      </w:r>
      <w:r>
        <w:br/>
      </w:r>
      <w:r>
        <w:rPr>
          <w:sz w:val="20"/>
        </w:rPr>
        <w:t>1:02:25  ideology ki taqat kafi ho jaye ga jeetne ke liye.</w:t>
      </w:r>
      <w:r>
        <w:br/>
      </w:r>
      <w:r>
        <w:rPr>
          <w:sz w:val="20"/>
        </w:rPr>
        <w:t>1:02:30  jaise ke maine is se pehle ek misal aap ko di thi is ko main dohrata hoon ke ek bohat parhe likhe admi se meri mulaqat hui jo atheist the.</w:t>
      </w:r>
      <w:r>
        <w:br/>
      </w:r>
      <w:r>
        <w:rPr>
          <w:sz w:val="20"/>
        </w:rPr>
        <w:t>1:02:41  to unhon ne kaha ke ke unhon ne kaha ke kya meyar aap ke pas hain sabit karne ke liye wajood Khuda ka</w:t>
      </w:r>
      <w:r>
        <w:br/>
      </w:r>
      <w:r>
        <w:rPr>
          <w:sz w:val="20"/>
        </w:rPr>
        <w:t>1:02:52  ? maine kaha ke wahi meyar jo aap ke pas hain sabit karne ke liye. aur is ke baad woh admi ne surrender kar diya.</w:t>
      </w:r>
      <w:r>
        <w:br/>
      </w:r>
      <w:r>
        <w:rPr>
          <w:sz w:val="20"/>
        </w:rPr>
        <w:t>1:03:03  yeh pehle aisa nahi ho sakta tha. yeh jo taraqqi hua hai scientific taraqqi tab yeh mumkin hua hai ke aisa ek admi ko majboor kar de surrender karne ke liye.</w:t>
      </w:r>
      <w:r>
        <w:br/>
      </w:r>
      <w:r>
        <w:rPr>
          <w:sz w:val="20"/>
        </w:rPr>
        <w:t>1:03:17  to yeh yeh tha is hadith ka matlab ke ek zamana aye ga jab tum na talwar chalaoge na larai karoge. sirf la ilaha illallah kahoge aur qale ki deewarain gir padengi.</w:t>
      </w:r>
    </w:p>
    <w:p>
      <w:pPr>
        <w:pStyle w:val="Heading2"/>
      </w:pPr>
      <w:r>
        <w:t>Finishing Prophet's mission in 21st century</w:t>
      </w:r>
    </w:p>
    <w:p>
      <w:r>
        <w:rPr>
          <w:color w:val="666666"/>
          <w:sz w:val="18"/>
        </w:rPr>
        <w:t>Launch of Maulana Wahiduddin Khan Peace Foundation April 2, 2016 · 5m 45s · at 23:06 · https://youtu.be/rzojs7eGG4M?t=1386</w:t>
      </w:r>
    </w:p>
    <w:p>
      <w:r>
        <w:rPr>
          <w:i/>
        </w:rPr>
        <w:t>“To main yeh kahunga aap ke liye khushkhabri hai”</w:t>
      </w:r>
    </w:p>
    <w:p>
      <w:r>
        <w:rPr>
          <w:sz w:val="20"/>
        </w:rPr>
        <w:t>23:06  lekin abhi aisa hua nahi. to main yeh kahunga aap ke liye khushkhabri hai ke aap woh log hain, aap sab 21st century ke believers,</w:t>
      </w:r>
      <w:r>
        <w:br/>
      </w:r>
      <w:r>
        <w:rPr>
          <w:sz w:val="20"/>
        </w:rPr>
        <w:t>23:21  woh log hain jin ko yeh opportunity mili hai ke woh prophet ke is unfinished agenda ko finish karen.</w:t>
      </w:r>
      <w:r>
        <w:br/>
      </w:r>
      <w:r>
        <w:rPr>
          <w:sz w:val="20"/>
        </w:rPr>
        <w:t>23:33  prophet ke is unfinished agenda ko mukammal karen. yani prophet ki live book ko shayad unhe to pahunchayen.</w:t>
      </w:r>
      <w:r>
        <w:br/>
      </w:r>
      <w:r>
        <w:rPr>
          <w:sz w:val="20"/>
        </w:rPr>
        <w:t>23:46  us ko main kahunga ke jab main sochta hoon to mere mind mein yeh aata hai ke what a thrilling idea!</w:t>
      </w:r>
      <w:r>
        <w:br/>
      </w:r>
      <w:r>
        <w:rPr>
          <w:sz w:val="20"/>
        </w:rPr>
        <w:t>23:57  what a thrilling idea! that in the 21st century we are in a position to finish the unfinished mission of the prophet of Islam.</w:t>
      </w:r>
      <w:r>
        <w:br/>
      </w:r>
      <w:r>
        <w:rPr>
          <w:sz w:val="20"/>
        </w:rPr>
        <w:t>24:13  kisi ajeeb baat hai!</w:t>
      </w:r>
      <w:r>
        <w:br/>
      </w:r>
      <w:r>
        <w:rPr>
          <w:sz w:val="20"/>
        </w:rPr>
        <w:t>24:17  ek thrilling, yeh ek ek thrilling idea hai, yeh thrilling discovery hai</w:t>
      </w:r>
      <w:r>
        <w:br/>
      </w:r>
      <w:r>
        <w:rPr>
          <w:sz w:val="20"/>
        </w:rPr>
        <w:t>24:27  ke hum is position mein hain aaj. aaj ke mani kya hain? aaj print media hai, electronic media hai, paper industry hai, openness hai, communication hai.</w:t>
      </w:r>
      <w:r>
        <w:br/>
      </w:r>
      <w:r>
        <w:rPr>
          <w:sz w:val="20"/>
        </w:rPr>
        <w:t>24:40  yani woh sari cheezen jo us ke liye support keh sakti hain, woh sab aaj, woh sab maloom ho chuki hain. there is the freedom hai.</w:t>
      </w:r>
      <w:r>
        <w:br/>
      </w:r>
      <w:r>
        <w:rPr>
          <w:sz w:val="20"/>
        </w:rPr>
        <w:t>24:54  jaise hum aaj yahan par jo program kar rahe hain, ab se do hazar pehle, do hazar saal pehle ya chand hazar saal pehle possible hi nahi tha ke aazadana tor par koi mazhab wala is tarah ka program kare.</w:t>
      </w:r>
      <w:r>
        <w:br/>
      </w:r>
      <w:r>
        <w:rPr>
          <w:sz w:val="20"/>
        </w:rPr>
        <w:t>25:13  is daur mein badshahon ka dunya mein qabza tha.</w:t>
      </w:r>
      <w:r>
        <w:br/>
      </w:r>
      <w:r>
        <w:rPr>
          <w:sz w:val="20"/>
        </w:rPr>
        <w:t>25:19  quran mein aata hai ke qayamat mein Allah zameen aasman ko apne hath mein le lega aur kahega ke kahan hain woh log?</w:t>
      </w:r>
      <w:r>
        <w:br/>
      </w:r>
      <w:r>
        <w:rPr>
          <w:sz w:val="20"/>
        </w:rPr>
        <w:t>25:29  aur hadith mein aata hai ke hadith mein alfaaz aate hain ke in al-jabbaroon, in al-mutakabbirun, in malik al-ard. yani kahan hain woh log jo zameen par qabza kar ke chahte the ke Allah ke mansoobe ko fail kar dein?</w:t>
      </w:r>
      <w:r>
        <w:br/>
      </w:r>
      <w:r>
        <w:rPr>
          <w:sz w:val="20"/>
        </w:rPr>
        <w:t>25:46  in al-jabbaroon, in al-mutakabbirun, in malik al-ard. to Allah taala ne is daur ko khatm kiya. yani kingship ke daur ko khatm kiya aur phir saare mawaqe khol diye aap ke liye, including religious freedom.</w:t>
      </w:r>
      <w:r>
        <w:br/>
      </w:r>
      <w:r>
        <w:rPr>
          <w:sz w:val="20"/>
        </w:rPr>
        <w:t>26:08  to aap kaun si record hain? kaun si rukawat hai?</w:t>
      </w:r>
      <w:r>
        <w:br/>
      </w:r>
      <w:r>
        <w:rPr>
          <w:sz w:val="20"/>
        </w:rPr>
        <w:t>26:17  hamare area mein, UP mein ek sahab the, woh zyada parhe likhe nahi the. to woh un ka karobar yeh tha ke woh chanda karte the, chande ka ek ek percentage lete the.</w:t>
      </w:r>
      <w:r>
        <w:br/>
      </w:r>
      <w:r>
        <w:rPr>
          <w:sz w:val="20"/>
        </w:rPr>
        <w:t>26:35  woh to theka lete the masjid ka. kisi ko masjid banwana ho, un ko theka de do. woh chanda layenge, 50 percent un ka, 50 percent masjid walon ka.</w:t>
      </w:r>
      <w:r>
        <w:br/>
      </w:r>
      <w:r>
        <w:rPr>
          <w:sz w:val="20"/>
        </w:rPr>
        <w:t>26:49  to jaate the idhar udhar, kuch baatein batate the ke jannat ke ke masjid banane se itna sawab hai, masjid banane mein itna reward milega.</w:t>
      </w:r>
      <w:r>
        <w:br/>
      </w:r>
      <w:r>
        <w:rPr>
          <w:sz w:val="20"/>
        </w:rPr>
        <w:t>26:59  ise batate the, phir kehte the: "kud dhama dham jannat mein! kud dhama dham jannat mein!" to main samajhta hoon ke zyada sahi baat yeh hai ke daudo Allah ki dawat ki taraf, daudo ghawam mission ki taraf,</w:t>
      </w:r>
      <w:r>
        <w:br/>
      </w:r>
      <w:r>
        <w:rPr>
          <w:sz w:val="20"/>
        </w:rPr>
        <w:t>27:18  kyunki sab se zyada reward isi ka milega akhirat mein.</w:t>
      </w:r>
      <w:r>
        <w:br/>
      </w:r>
      <w:r>
        <w:rPr>
          <w:sz w:val="20"/>
        </w:rPr>
        <w:t>27:26  main nahi samajhta ke is aasman ke neeche, is zameen ke upar koi is se bhi bada mission hai. sab se bada mission bilashuba yahi hai ke Allah ke kalam ko, Allah ke paigham ko sari dunya tak pahunchaya jaye.</w:t>
      </w:r>
      <w:r>
        <w:br/>
      </w:r>
      <w:r>
        <w:rPr>
          <w:sz w:val="20"/>
        </w:rPr>
        <w:t>27:43  sab se bada mission.</w:t>
      </w:r>
      <w:r>
        <w:br/>
      </w:r>
      <w:r>
        <w:rPr>
          <w:sz w:val="20"/>
        </w:rPr>
        <w:t>27:45  aur jab sab se bada mission yeh hai to bilashuba sab se bada reward bhi is ke liye hai, sab se bada reward bhi is ke liye hai.</w:t>
      </w:r>
      <w:r>
        <w:br/>
      </w:r>
      <w:r>
        <w:rPr>
          <w:sz w:val="20"/>
        </w:rPr>
        <w:t>27:58  to aap ke liye main samajhta hoon koi exclude nahi hai. aap ko Allah taala ne building de di, literature de diya, team de di, audience de diya, azadi de di.</w:t>
      </w:r>
      <w:r>
        <w:br/>
      </w:r>
      <w:r>
        <w:rPr>
          <w:sz w:val="20"/>
        </w:rPr>
        <w:t>28:12  yani sab kuch Allah taala ne de diya. ab idhar kis baat ka? idhar udhar kis baat ka? idhar kis baat ka?</w:t>
      </w:r>
      <w:r>
        <w:br/>
      </w:r>
      <w:r>
        <w:rPr>
          <w:sz w:val="20"/>
        </w:rPr>
        <w:t>28:25  aap ghaur kijiye ke aaj Delhi mein aap hain aur kaisa daur hai ke jab ke yani electronics ka daur hai.</w:t>
      </w:r>
      <w:r>
        <w:br/>
      </w:r>
      <w:r>
        <w:rPr>
          <w:sz w:val="20"/>
        </w:rPr>
        <w:t>28:37  yani ek building mein bait karein, aap saare alam tak pahuncha sakte hain apna paigham. kaisi ajeeb baat hai!</w:t>
      </w:r>
    </w:p>
    <w:p>
      <w:pPr>
        <w:pStyle w:val="Heading2"/>
      </w:pPr>
      <w:r>
        <w:t>Why protest has no place in Islam, Prophet's example</w:t>
      </w:r>
    </w:p>
    <w:p>
      <w:r>
        <w:rPr>
          <w:color w:val="666666"/>
          <w:sz w:val="18"/>
        </w:rPr>
        <w:t>Concept of Hijab in Islam February 20, 2022 Prof. Farida Khanam · 4m 46s · at 48:20 · https://youtu.be/QrrSDEKy2gc?t=2900</w:t>
      </w:r>
    </w:p>
    <w:p>
      <w:r>
        <w:rPr>
          <w:i/>
        </w:rPr>
        <w:t>“This is not protest in Islam — first a person must have patience.”</w:t>
      </w:r>
    </w:p>
    <w:p>
      <w:r>
        <w:rPr>
          <w:sz w:val="20"/>
        </w:rPr>
        <w:t>48:20  yeh Islam mein protest nahi hai. uski sabse pehle toh insaan ko sabr karna hai, uske baad planning karna hai, halaat badalne ke liye kuch mazeed mehnat karni hai, duaen karni hai. Protest karna nahi hai. agar protest karna hota toh sabse pehle Rasool Allah se Islam protest karte itni sakht takleefein aapko di gayi hain. aapko apna button chhodna pada.</w:t>
      </w:r>
      <w:r>
        <w:br/>
      </w:r>
      <w:r>
        <w:rPr>
          <w:sz w:val="20"/>
        </w:rPr>
        <w:t>48:47  toh protest jo aajkal yeh secular democracy hai, democratic culture hai protest ka. Human rights jahan nahi poore hote toh unko protest ka haq diya gaya hai. toh us haqt ka haqt ka woh galat istemal kar rahe hain. yeh toh colleges aur universityon ko bhi woh schools ko bhi yeh haq hai ki woh apna uniform banayein aur uniform ke mutabik jo students wahan aate hain us par amal karein.</w:t>
      </w:r>
      <w:r>
        <w:br/>
      </w:r>
      <w:r>
        <w:rPr>
          <w:sz w:val="20"/>
        </w:rPr>
        <w:t>49:16  toh yeh toh bilkul galat protest tha. uska doosra tareeqa woh jaate principal ke paas baatcheet karte peacefully aur unko nahi woh suit kar raha hai toh kahin jaakar doosri jagah dakhila lete hain. toh uske aur bhi tareeqe ho sakte hain planning ke saath kaam karna na ki protest ke tareeqe kaam karna yeh hai Islami tareeqa. Protest toh har haalat mein galat hai. ji. is par main ek cheez add karna chahunga.</w:t>
      </w:r>
      <w:r>
        <w:br/>
      </w:r>
      <w:r>
        <w:rPr>
          <w:sz w:val="20"/>
        </w:rPr>
        <w:t>49:44  rasoolullah ke zamane mein jo aapne misal diya to ek wahan se misal ek do misal main deta hoon.</w:t>
      </w:r>
      <w:r>
        <w:br/>
      </w:r>
      <w:r>
        <w:rPr>
          <w:sz w:val="20"/>
        </w:rPr>
        <w:t>50:14  woh yeh hai ki itna bas razal lonon kehte hain ki ek ait maasil hui.</w:t>
      </w:r>
      <w:r>
        <w:br/>
      </w:r>
      <w:r>
        <w:rPr>
          <w:sz w:val="20"/>
        </w:rPr>
        <w:t>50:44  ghair Islami kalma kehna pade, kufr ka kalma kehna pade toh bol do. Avoid karne ke liye aap conflict ko yeh nahi kar sakte hain. Conflict ya protest karne bilkul bhi Islam mein nahi hai. aap avoid karo.</w:t>
      </w:r>
      <w:r>
        <w:br/>
      </w:r>
      <w:r>
        <w:rPr>
          <w:sz w:val="20"/>
        </w:rPr>
        <w:t>51:12  toh yeh lack of sabr ki wajah se yeh sab protest hota hai ya kuch bhi hota hai. sabr ki na hone ki wajah se hota hai. itna aap Makke mein sataye gaye sabko kaha, Rasool Allah ne sabr kijiye aap. toh yeh sabr ki kami ki wajah se, mazboot culture na hone ki wajah se. hum toh culture jisko Maulana kehte hain uske na hone ki wajah se yeh sab cheezein. yeh hum individual ke andar inculcate karein. Arnisar mission ki kitabein padhayein toh inshallah yeh cheezein aa sakti hain. bilkul sahi farmaya aapne.</w:t>
      </w:r>
      <w:r>
        <w:br/>
      </w:r>
      <w:r>
        <w:rPr>
          <w:sz w:val="20"/>
        </w:rPr>
        <w:t>51:41  matlab Rasool Allah sallallahu alaihi wasallam ke yahan isse matlab hazaron guna zyada masail the. toh yeh nahi ki yeh matlab nahi hai ki sabr karne se avoid karne se woh bhi planning thi.</w:t>
      </w:r>
      <w:r>
        <w:br/>
      </w:r>
      <w:r>
        <w:rPr>
          <w:sz w:val="20"/>
        </w:rPr>
        <w:t>52:10  phir jab wahan par Sulaybiyyah mein jo peace treaty hui thi das saala, toh woh jab un logon ne usko tod diya, toh uske baad aapne bilkul khamoshi se planning ke saath Makka ki, Makka ke dakhle ki tayyari ki. us waqt protest kar sakte the. aapne protest nahi kiya balki planning kiya. toh har kaam planning ke zariye ho sakta hai.</w:t>
      </w:r>
      <w:r>
        <w:br/>
      </w:r>
      <w:r>
        <w:rPr>
          <w:sz w:val="20"/>
        </w:rPr>
        <w:t>52:36  lekin waqti taur par aapko sabr karna padta hai aur avoidance ki policy par chalna padta hai aur yahi poori zindagi Rasool Allah sallallahu alaihi wasallam ki humko yahi sabak deti hai. aapka aakhir sawal poochne se pehle do comments aur padhna chahunga. yeh bheja hai Maulana Muhammad Yaqoob Umri sahab ne Delhi se. unhon ne likha hai, aapka today's program was very nice and had a clear message on hijab and dress code.</w:t>
      </w:r>
      <w:r>
        <w:br/>
      </w:r>
      <w:r>
        <w:rPr>
          <w:sz w:val="20"/>
        </w:rPr>
        <w:t>53:06  jazakallah. Miss Sufia Akhtar ne Bihar se likha hai very much, very many thanks ma'am. aaj hum sab ek team ke saath sun rahe hain. aapka ek sawal yeh bhi aata hai, do teen sawal hain jisko link kiya ja sakta hai ki agar hum Quran ko padhein toh Quran ka jo gist hai woh yahi aata hai ki insaan ko batana ki kya hai Khuda ka creation plan.</w:t>
      </w:r>
    </w:p>
    <w:p>
      <w:pPr>
        <w:pStyle w:val="Heading2"/>
      </w:pPr>
      <w:r>
        <w:t>the hadith of the man who begs to see paradise but is offered two worlds instead</w:t>
      </w:r>
    </w:p>
    <w:p>
      <w:r>
        <w:rPr>
          <w:color w:val="666666"/>
          <w:sz w:val="18"/>
        </w:rPr>
        <w:t>Journey of Civilization January 14, 2007 · 5m 01s · at 1:05:02 · https://youtu.be/ZCFRrqmfms4?t=3902</w:t>
      </w:r>
    </w:p>
    <w:p>
      <w:r>
        <w:rPr>
          <w:i/>
        </w:rPr>
        <w:t>“Ab main aik hadees aap ko sunana chahta hoon”</w:t>
      </w:r>
    </w:p>
    <w:p>
      <w:r>
        <w:rPr>
          <w:sz w:val="20"/>
        </w:rPr>
        <w:t>1:05:02  ab mein aik hadith aap ko sunana chahta hoon. yeh hadith bohat zyada.</w:t>
      </w:r>
      <w:r>
        <w:br/>
      </w:r>
      <w:r>
        <w:rPr>
          <w:sz w:val="20"/>
        </w:rPr>
        <w:t>1:05:12  yani mujhe bohat pasand hai. aur is mein mujhe. insan ki nafsiyat ko.</w:t>
      </w:r>
      <w:r>
        <w:br/>
      </w:r>
      <w:r>
        <w:rPr>
          <w:sz w:val="20"/>
        </w:rPr>
        <w:t>1:05:20  poori taskeen milti hai is mein. woh hadith jo hai. woh jannat ke baray mein hai.</w:t>
      </w:r>
      <w:r>
        <w:br/>
      </w:r>
      <w:r>
        <w:rPr>
          <w:sz w:val="20"/>
        </w:rPr>
        <w:t>1:05:27  is hadith mein bataya gaya hai ke. jannat kya hai. yani insan.</w:t>
      </w:r>
      <w:r>
        <w:br/>
      </w:r>
      <w:r>
        <w:rPr>
          <w:sz w:val="20"/>
        </w:rPr>
        <w:t>1:05:36  jo hai jannat ka woh taaruf hai insan ke liye. aaj ki dunya mein rehti hui. ke jannat ko tasawwur kar sake. aaj ki dunya mein rehti hui.</w:t>
      </w:r>
      <w:r>
        <w:br/>
      </w:r>
      <w:r>
        <w:rPr>
          <w:sz w:val="20"/>
        </w:rPr>
        <w:t>1:05:45  yeh woh samajh sake ke jannat kya hogi. to.</w:t>
      </w:r>
      <w:r>
        <w:br/>
      </w:r>
      <w:r>
        <w:rPr>
          <w:sz w:val="20"/>
        </w:rPr>
        <w:t>1:05:53  yeh hadith alamati zaban mein hai.</w:t>
      </w:r>
      <w:r>
        <w:br/>
      </w:r>
      <w:r>
        <w:rPr>
          <w:sz w:val="20"/>
        </w:rPr>
        <w:t>1:05:55  is baat ko aap samajh lijiyey. ke yeh hadith alamati zaban mein hai. is ko lafzi tor par na lein aap. balkay alamati mani mein lein is ko aap. to hadith is tarah hai.</w:t>
      </w:r>
      <w:r>
        <w:br/>
      </w:r>
      <w:r>
        <w:rPr>
          <w:sz w:val="20"/>
        </w:rPr>
        <w:t>1:06:06  ke rasool Allah sal Allah alaihi wasallam ne farmaya. ke. qayamat aa gayi hai.</w:t>
      </w:r>
      <w:r>
        <w:br/>
      </w:r>
      <w:r>
        <w:rPr>
          <w:sz w:val="20"/>
        </w:rPr>
        <w:t>1:06:15  aap jante hain ke qayamat mein. aik maidan e hashar ka jo tasawwur hai. ke sare log wahan ikhatta kiye jayenge. jitne paida hue hain.</w:t>
      </w:r>
      <w:r>
        <w:br/>
      </w:r>
      <w:r>
        <w:rPr>
          <w:sz w:val="20"/>
        </w:rPr>
        <w:t>1:06:24  sare insan. to qayamat aa gayi hai. maidan e hashar banaya gaya hai. aur sare insan wahan ikhatta kiye gaye hain. ab is ke baad hisab kitab ho raha hai.</w:t>
      </w:r>
      <w:r>
        <w:br/>
      </w:r>
      <w:r>
        <w:rPr>
          <w:sz w:val="20"/>
        </w:rPr>
        <w:t>1:06:35  Allah taala ke samne sab pesh kiye ja rahe hain. farishtay har aik ka record wahan par. samne la rahe hain.</w:t>
      </w:r>
      <w:r>
        <w:br/>
      </w:r>
      <w:r>
        <w:rPr>
          <w:sz w:val="20"/>
        </w:rPr>
        <w:t>1:06:44  to har aik ke. yani qabl az maut mein. is ne jis zindagi ibtidai thi. is ka jo record farishtay ne tayyar kiya tha.</w:t>
      </w:r>
      <w:r>
        <w:br/>
      </w:r>
      <w:r>
        <w:rPr>
          <w:sz w:val="20"/>
        </w:rPr>
        <w:t>1:06:55  is ke mutabiq. har aik ke liye. Khuda ki adalat mein. Khuda ki adalat mein. faisla ho raha hai.</w:t>
      </w:r>
      <w:r>
        <w:br/>
      </w:r>
      <w:r>
        <w:rPr>
          <w:sz w:val="20"/>
        </w:rPr>
        <w:t>1:07:05  sab ka faisla ho gaya. kuch log. jahannum mein. kuch logon ke baray mein faisla hua ke jahannum mein jayenge.</w:t>
      </w:r>
      <w:r>
        <w:br/>
      </w:r>
      <w:r>
        <w:rPr>
          <w:sz w:val="20"/>
        </w:rPr>
        <w:t>1:07:14  jahannum ka faisla hua un ke liye. kuch logon ke liye jannat ka faisla hua. to kuch log jahannum mein gaye. kuch log jannat mein gaye. aik aadmi abhi tak.</w:t>
      </w:r>
      <w:r>
        <w:br/>
      </w:r>
      <w:r>
        <w:rPr>
          <w:sz w:val="20"/>
        </w:rPr>
        <w:t>1:07:25  maidan e hashar mein khara hua hai. kyunke is ka faisla elaan nahi hua abhi tak.</w:t>
      </w:r>
      <w:r>
        <w:br/>
      </w:r>
      <w:r>
        <w:rPr>
          <w:sz w:val="20"/>
        </w:rPr>
        <w:t>1:07:34  to woh insan kehta hai. ke Khuda ya. tu ne. mere liye. jannat ka faisla nahi kiya.</w:t>
      </w:r>
      <w:r>
        <w:br/>
      </w:r>
      <w:r>
        <w:rPr>
          <w:sz w:val="20"/>
        </w:rPr>
        <w:t>1:07:44  mujhe to ne jannat nahi di. to mujhe kam az kam dikha de ke jannat kaisi hai. jannat hai kaisi.</w:t>
      </w:r>
      <w:r>
        <w:br/>
      </w:r>
      <w:r>
        <w:rPr>
          <w:sz w:val="20"/>
        </w:rPr>
        <w:t>1:07:58  to Khuda farishtay se kehta hai ke is ko le jao. aur jannat ka darwaza kholo. taake jannat ko dekh sake yeh. to is ko le aate hain.</w:t>
      </w:r>
      <w:r>
        <w:br/>
      </w:r>
      <w:r>
        <w:rPr>
          <w:sz w:val="20"/>
        </w:rPr>
        <w:t>1:08:10  aur darwaza khola jata hai. woh aadmi jannat ko dekhta hai.</w:t>
      </w:r>
      <w:r>
        <w:br/>
      </w:r>
      <w:r>
        <w:rPr>
          <w:sz w:val="20"/>
        </w:rPr>
        <w:t>1:08:17  to us ko itna zyada khoobsurti. is mein dikhai parti hai. itna zyada maani is ke andar dikhai parti hai.</w:t>
      </w:r>
      <w:r>
        <w:br/>
      </w:r>
      <w:r>
        <w:rPr>
          <w:sz w:val="20"/>
        </w:rPr>
        <w:t>1:08:25  itna zyada sukoon. itna zyada pura pan dikhai parta hai is ko. yaani woh sab kuch jo insaan chahta tha wahan par maujood hai woh.</w:t>
      </w:r>
      <w:r>
        <w:br/>
      </w:r>
      <w:r>
        <w:rPr>
          <w:sz w:val="20"/>
        </w:rPr>
        <w:t>1:08:34  yeh dekhta hai woh. to woh kehta hai Khuda se.</w:t>
      </w:r>
      <w:r>
        <w:br/>
      </w:r>
      <w:r>
        <w:rPr>
          <w:sz w:val="20"/>
        </w:rPr>
        <w:t>1:08:42  ke ae Khuda. to ne mujhe.</w:t>
      </w:r>
      <w:r>
        <w:br/>
      </w:r>
      <w:r>
        <w:rPr>
          <w:sz w:val="20"/>
        </w:rPr>
        <w:t>1:08:48  jannat dikha diya. to ab mujhe jannat mein dakhil bhi kar de.</w:t>
      </w:r>
      <w:r>
        <w:br/>
      </w:r>
      <w:r>
        <w:rPr>
          <w:sz w:val="20"/>
        </w:rPr>
        <w:t>1:08:54  jab yeh to ne meharbani ki mere upar. ke jannat ke darwaze khulwa diye aur main ne dekha jannat ko. to itni meharbani aur kar ke mujhe jannat mein dakhil kar de.</w:t>
      </w:r>
      <w:r>
        <w:br/>
      </w:r>
      <w:r>
        <w:rPr>
          <w:sz w:val="20"/>
        </w:rPr>
        <w:t>1:09:06  to Khuda. ek taraf se. yeh jawab mile ga. ke ae mere bande. to mujh se jannat na maang.</w:t>
      </w:r>
      <w:r>
        <w:br/>
      </w:r>
      <w:r>
        <w:rPr>
          <w:sz w:val="20"/>
        </w:rPr>
        <w:t>1:09:21  to mujh se jannat na maang.</w:t>
      </w:r>
      <w:r>
        <w:br/>
      </w:r>
      <w:r>
        <w:rPr>
          <w:sz w:val="20"/>
        </w:rPr>
        <w:t>1:09:25  jis duniya ko chhod kar to aaya hai woh duniya. yeh jo hamari duniya hai is mein ke. Moscow hai Washington hai London hai Paris hai New Delhi hai.</w:t>
      </w:r>
      <w:r>
        <w:br/>
      </w:r>
      <w:r>
        <w:rPr>
          <w:sz w:val="20"/>
        </w:rPr>
        <w:t>1:09:35  yeh poori duniya. to Khuda kehta hai ke woh duniya. jis ko to chhod kar aaya hai. woh poori duniya.</w:t>
      </w:r>
      <w:r>
        <w:br/>
      </w:r>
      <w:r>
        <w:rPr>
          <w:sz w:val="20"/>
        </w:rPr>
        <w:t>1:09:45  aur isi ke barabar ek aur duniya. main tujh ko de deta hoon. do duniya hain.</w:t>
      </w:r>
      <w:r>
        <w:br/>
      </w:r>
      <w:r>
        <w:rPr>
          <w:sz w:val="20"/>
        </w:rPr>
        <w:t>1:09:53  tum us ko le lo. lekin jannat to mat maango mujh se. to woh banda kehta hai.</w:t>
      </w:r>
    </w:p>
    <w:p>
      <w:pPr>
        <w:pStyle w:val="Heading2"/>
      </w:pPr>
      <w:r>
        <w:t>Church debate on loving enemies answered from the Quran</w:t>
      </w:r>
    </w:p>
    <w:p>
      <w:r>
        <w:rPr>
          <w:color w:val="666666"/>
          <w:sz w:val="18"/>
        </w:rPr>
        <w:t>Importance of Peace November 29, 2013 · 3m 38s · at 20:47 · https://youtu.be/ojJ4gCFf-YE?t=1247</w:t>
      </w:r>
    </w:p>
    <w:p>
      <w:r>
        <w:rPr>
          <w:i/>
        </w:rPr>
        <w:t>“Once, when I was in the USA, I was invited to lecture in a church”</w:t>
      </w:r>
    </w:p>
    <w:p>
      <w:r>
        <w:rPr>
          <w:sz w:val="20"/>
        </w:rPr>
        <w:t>20:47  according to islam, no our enemy,</w:t>
      </w:r>
      <w:r>
        <w:br/>
      </w:r>
      <w:r>
        <w:rPr>
          <w:sz w:val="20"/>
        </w:rPr>
        <w:t>20:53  including jew, no community, no nation, is the enemy of islam. i will tell you a story: once, when i was in usa,</w:t>
      </w:r>
      <w:r>
        <w:br/>
      </w:r>
      <w:r>
        <w:rPr>
          <w:sz w:val="20"/>
        </w:rPr>
        <w:t>21:07  i was invited to give a lecture in a in a church.</w:t>
      </w:r>
      <w:r>
        <w:br/>
      </w:r>
      <w:r>
        <w:rPr>
          <w:sz w:val="20"/>
        </w:rPr>
        <w:t>21:14  in a church. so, what happen? after my lecture, a a christian scholar ask a question.</w:t>
      </w:r>
      <w:r>
        <w:br/>
      </w:r>
      <w:r>
        <w:rPr>
          <w:sz w:val="20"/>
        </w:rPr>
        <w:t>21:27  he said that in christianity, we have a very good teaching. prophet of good teaching: "jesus christ has said, love your enemy."</w:t>
      </w:r>
      <w:r>
        <w:br/>
      </w:r>
      <w:r>
        <w:rPr>
          <w:sz w:val="20"/>
        </w:rPr>
        <w:t>21:43  very nice teaching, very good teaching. can you cite any example from islam of this of this kind?</w:t>
      </w:r>
      <w:r>
        <w:br/>
      </w:r>
      <w:r>
        <w:rPr>
          <w:sz w:val="20"/>
        </w:rPr>
        <w:t>21:56  i said: "yes,</w:t>
      </w:r>
      <w:r>
        <w:br/>
      </w:r>
      <w:r>
        <w:rPr>
          <w:sz w:val="20"/>
        </w:rPr>
        <w:t>22:00  you can see the chapter number 41." there are 140 chapters in the quran, some bigger, some small.</w:t>
      </w:r>
      <w:r>
        <w:br/>
      </w:r>
      <w:r>
        <w:rPr>
          <w:sz w:val="20"/>
        </w:rPr>
        <w:t>22:12  so, in chapter number 41, there is a verse that:</w:t>
      </w:r>
      <w:r>
        <w:br/>
      </w:r>
      <w:r>
        <w:rPr>
          <w:sz w:val="20"/>
        </w:rPr>
        <w:t>22:21  la tastabil hasrat</w:t>
      </w:r>
      <w:r>
        <w:br/>
      </w:r>
      <w:r>
        <w:rPr>
          <w:sz w:val="20"/>
        </w:rPr>
        <w:t>22:32  wa la hamid. this verse you can see in the chapter number 41.</w:t>
      </w:r>
      <w:r>
        <w:br/>
      </w:r>
      <w:r>
        <w:rPr>
          <w:sz w:val="20"/>
        </w:rPr>
        <w:t>22:39  it means that</w:t>
      </w:r>
      <w:r>
        <w:br/>
      </w:r>
      <w:r>
        <w:rPr>
          <w:sz w:val="20"/>
        </w:rPr>
        <w:t>22:43  good deed and bad deed are not equal.</w:t>
      </w:r>
      <w:r>
        <w:br/>
      </w:r>
      <w:r>
        <w:rPr>
          <w:sz w:val="20"/>
        </w:rPr>
        <w:t>22:51  do good deed in term of bad deed, and you will find that your enemy has become your dearest friend.</w:t>
      </w:r>
      <w:r>
        <w:br/>
      </w:r>
      <w:r>
        <w:rPr>
          <w:sz w:val="20"/>
        </w:rPr>
        <w:t>23:03  it means that according to islam, this categorize wrong.</w:t>
      </w:r>
      <w:r>
        <w:br/>
      </w:r>
      <w:r>
        <w:rPr>
          <w:sz w:val="20"/>
        </w:rPr>
        <w:t>23:12  there is no two categories: enemy category and friend category. this concept is unislamic. according to islam, everyone is either</w:t>
      </w:r>
      <w:r>
        <w:br/>
      </w:r>
      <w:r>
        <w:rPr>
          <w:sz w:val="20"/>
        </w:rPr>
        <w:t>23:29  friend or potential friend.</w:t>
      </w:r>
      <w:r>
        <w:br/>
      </w:r>
      <w:r>
        <w:rPr>
          <w:sz w:val="20"/>
        </w:rPr>
        <w:t>23:33  enemy, enemy is potential friend. if some people are our friend, other people are potential friend.</w:t>
      </w:r>
      <w:r>
        <w:br/>
      </w:r>
      <w:r>
        <w:rPr>
          <w:sz w:val="20"/>
        </w:rPr>
        <w:t>23:42  so, what is the duty of muslim? that is to turn this potential to actual</w:t>
      </w:r>
      <w:r>
        <w:br/>
      </w:r>
      <w:r>
        <w:rPr>
          <w:sz w:val="20"/>
        </w:rPr>
        <w:t>23:54  through good deed. this is the true spirit of islam. this is the true spirit of islam.</w:t>
      </w:r>
      <w:r>
        <w:br/>
      </w:r>
      <w:r>
        <w:rPr>
          <w:sz w:val="20"/>
        </w:rPr>
        <w:t>24:07  don't see what is appearing in media, don't see what muslims are practicing, but please see the quran, the surah, the hadith.</w:t>
      </w:r>
    </w:p>
    <w:p>
      <w:pPr>
        <w:pStyle w:val="Heading2"/>
      </w:pPr>
      <w:r>
        <w:t>Present revolutionized world provides boost for Dawa</w:t>
      </w:r>
    </w:p>
    <w:p>
      <w:r>
        <w:rPr>
          <w:color w:val="666666"/>
          <w:sz w:val="18"/>
        </w:rPr>
        <w:t>Islam in History - Part-2 (English) March 10, 2007 Maulana Wahiduddin Khan · 5m 50s · at 5:47 · https://youtu.be/VmZFLK7jDcE?t=347</w:t>
      </w:r>
    </w:p>
    <w:p>
      <w:r>
        <w:rPr>
          <w:i/>
        </w:rPr>
        <w:t>“But at present, because the present world in which we live is”</w:t>
      </w:r>
    </w:p>
    <w:p>
      <w:r>
        <w:rPr>
          <w:sz w:val="20"/>
        </w:rPr>
        <w:t>5:47  Because at present, because the present world in which we live is a change, because in our present</w:t>
      </w:r>
      <w:r>
        <w:br/>
      </w:r>
      <w:r>
        <w:rPr>
          <w:sz w:val="20"/>
        </w:rPr>
        <w:t>5:56  world everything has been changed.</w:t>
      </w:r>
      <w:r>
        <w:br/>
      </w:r>
      <w:r>
        <w:rPr>
          <w:sz w:val="20"/>
        </w:rPr>
        <w:t>6:06  We are living in a revolutionized world after the scientific revolution, after the industrial explosion, and other changes.</w:t>
      </w:r>
      <w:r>
        <w:br/>
      </w:r>
      <w:r>
        <w:rPr>
          <w:sz w:val="20"/>
        </w:rPr>
        <w:t>6:15  Now everything is different.</w:t>
      </w:r>
      <w:r>
        <w:br/>
      </w:r>
      <w:r>
        <w:rPr>
          <w:sz w:val="20"/>
        </w:rPr>
        <w:t>6:25  Now it has become possible to avail international opportunities as a boost without going to war, without adopting</w:t>
      </w:r>
      <w:r>
        <w:br/>
      </w:r>
      <w:r>
        <w:rPr>
          <w:sz w:val="20"/>
        </w:rPr>
        <w:t>6:38  the Hijra model.</w:t>
      </w:r>
      <w:r>
        <w:br/>
      </w:r>
      <w:r>
        <w:rPr>
          <w:sz w:val="20"/>
        </w:rPr>
        <w:t>6:51  The present phase of civilization is completely in favor of Islam.</w:t>
      </w:r>
      <w:r>
        <w:br/>
      </w:r>
      <w:r>
        <w:rPr>
          <w:sz w:val="20"/>
        </w:rPr>
        <w:t>7:04  So, the civilization itself is providing a boost. The civilization itself is providing us a boost.</w:t>
      </w:r>
      <w:r>
        <w:br/>
      </w:r>
      <w:r>
        <w:rPr>
          <w:sz w:val="20"/>
        </w:rPr>
        <w:t>7:21  It is serving a booster role. The present civilization is providing a booster role for us in our mission. How? I will give you some details in brief.</w:t>
      </w:r>
      <w:r>
        <w:br/>
      </w:r>
      <w:r>
        <w:rPr>
          <w:sz w:val="20"/>
        </w:rPr>
        <w:t>7:51  First of all, we are living in an age of globalization.</w:t>
      </w:r>
      <w:r>
        <w:br/>
      </w:r>
      <w:r>
        <w:rPr>
          <w:sz w:val="20"/>
        </w:rPr>
        <w:t>8:01  We are living in an age of globalization.</w:t>
      </w:r>
      <w:r>
        <w:br/>
      </w:r>
      <w:r>
        <w:rPr>
          <w:sz w:val="20"/>
        </w:rPr>
        <w:t>8:12  Some people who are quite unaware of the deeper meaning of globalization, they take it as an enemy of Islam.</w:t>
      </w:r>
      <w:r>
        <w:br/>
      </w:r>
      <w:r>
        <w:rPr>
          <w:sz w:val="20"/>
        </w:rPr>
        <w:t>8:23  It is nonsense. Globalization means universal interaction. Present globalization means universal interaction. And interaction is the most important element in our work.</w:t>
      </w:r>
      <w:r>
        <w:br/>
      </w:r>
      <w:r>
        <w:rPr>
          <w:sz w:val="20"/>
        </w:rPr>
        <w:t>8:49  Without interaction, there is no Dawah.</w:t>
      </w:r>
      <w:r>
        <w:br/>
      </w:r>
      <w:r>
        <w:rPr>
          <w:sz w:val="20"/>
        </w:rPr>
        <w:t>8:58  The present globalization means a universal interaction.</w:t>
      </w:r>
      <w:r>
        <w:br/>
      </w:r>
      <w:r>
        <w:rPr>
          <w:sz w:val="20"/>
        </w:rPr>
        <w:t>9:08  And where there is interaction, there is Dawah.</w:t>
      </w:r>
      <w:r>
        <w:br/>
      </w:r>
      <w:r>
        <w:rPr>
          <w:sz w:val="20"/>
        </w:rPr>
        <w:t>9:18  You know the Prophet of Islam, in his last sermon he gave in Hajjatul Wada, he said to</w:t>
      </w:r>
      <w:r>
        <w:br/>
      </w:r>
      <w:r>
        <w:rPr>
          <w:sz w:val="20"/>
        </w:rPr>
        <w:t>9:27  all his followers who were present over there, he said, "Ayyuhar Naas, Innallah baasani kaafatal linnasi faaddu anni."</w:t>
      </w:r>
      <w:r>
        <w:br/>
      </w:r>
      <w:r>
        <w:rPr>
          <w:sz w:val="20"/>
        </w:rPr>
        <w:t>9:37  O my followers, God sent me for all the mankind.</w:t>
      </w:r>
      <w:r>
        <w:br/>
      </w:r>
      <w:r>
        <w:rPr>
          <w:sz w:val="20"/>
        </w:rPr>
        <w:t>9:47  So, go everywhere and convey my message to all mankind.</w:t>
      </w:r>
      <w:r>
        <w:br/>
      </w:r>
      <w:r>
        <w:rPr>
          <w:sz w:val="20"/>
        </w:rPr>
        <w:t>9:56  So, after this sermon, dearly followers of Islam who were called companions of the Prophet in Islamic history,</w:t>
      </w:r>
      <w:r>
        <w:br/>
      </w:r>
      <w:r>
        <w:rPr>
          <w:sz w:val="20"/>
        </w:rPr>
        <w:t>10:06  they left Arabia.</w:t>
      </w:r>
      <w:r>
        <w:br/>
      </w:r>
      <w:r>
        <w:rPr>
          <w:sz w:val="20"/>
        </w:rPr>
        <w:t>10:16  They went to all the adjacent countries like Palestine, Syria, Libya, and Egypt, and all other countries.</w:t>
      </w:r>
      <w:r>
        <w:br/>
      </w:r>
      <w:r>
        <w:rPr>
          <w:sz w:val="20"/>
        </w:rPr>
        <w:t>10:25  So, this was interaction.</w:t>
      </w:r>
      <w:r>
        <w:br/>
      </w:r>
      <w:r>
        <w:rPr>
          <w:sz w:val="20"/>
        </w:rPr>
        <w:t>10:35  The Prophet wanted interaction.</w:t>
      </w:r>
      <w:r>
        <w:br/>
      </w:r>
      <w:r>
        <w:rPr>
          <w:sz w:val="20"/>
        </w:rPr>
        <w:t>10:45  During this interaction, this interaction resulted into Dawah work.</w:t>
      </w:r>
      <w:r>
        <w:br/>
      </w:r>
      <w:r>
        <w:rPr>
          <w:sz w:val="20"/>
        </w:rPr>
        <w:t>10:55  So, present globalization means universal interaction. And universal interaction is quite in our favor. It provides us a favorable condition in doing our work.</w:t>
      </w:r>
      <w:r>
        <w:br/>
      </w:r>
      <w:r>
        <w:rPr>
          <w:sz w:val="20"/>
        </w:rPr>
        <w:t>11:18  So, at present, we are in a position to avail all these opportunities as a boost.</w:t>
      </w:r>
      <w:r>
        <w:br/>
      </w:r>
      <w:r>
        <w:rPr>
          <w:sz w:val="20"/>
        </w:rPr>
        <w:t>11:37  We are not in a need now; we are not in a need to establish our own boosting system.</w:t>
      </w:r>
    </w:p>
    <w:p>
      <w:pPr>
        <w:pStyle w:val="Heading2"/>
      </w:pPr>
      <w:r>
        <w:t>Universal formula of tolerance, from stars to roses</w:t>
      </w:r>
    </w:p>
    <w:p>
      <w:r>
        <w:rPr>
          <w:color w:val="666666"/>
          <w:sz w:val="18"/>
        </w:rPr>
        <w:t>Multi Religious Society and Islam (English) March 3, 2007 · 6m 00s · at 1:37 · https://youtu.be/13uSBqf_XHg?t=97</w:t>
      </w:r>
    </w:p>
    <w:p>
      <w:r>
        <w:rPr>
          <w:i/>
        </w:rPr>
        <w:t>“The whole universe follows one simple formula”</w:t>
      </w:r>
    </w:p>
    <w:p>
      <w:r>
        <w:rPr>
          <w:sz w:val="20"/>
        </w:rPr>
        <w:t>1:37  the whole universe is following this formula.</w:t>
      </w:r>
      <w:r>
        <w:br/>
      </w:r>
      <w:r>
        <w:rPr>
          <w:sz w:val="20"/>
        </w:rPr>
        <w:t>1:44  you say there are numerous stars in the space.</w:t>
      </w:r>
      <w:r>
        <w:br/>
      </w:r>
      <w:r>
        <w:rPr>
          <w:sz w:val="20"/>
        </w:rPr>
        <w:t>1:58  every star is moving, moving, moving continuously.</w:t>
      </w:r>
      <w:r>
        <w:br/>
      </w:r>
      <w:r>
        <w:rPr>
          <w:sz w:val="20"/>
        </w:rPr>
        <w:t>2:04  but there is no confrontation</w:t>
      </w:r>
      <w:r>
        <w:br/>
      </w:r>
      <w:r>
        <w:rPr>
          <w:sz w:val="20"/>
        </w:rPr>
        <w:t>2:14  between different stars. why?</w:t>
      </w:r>
      <w:r>
        <w:br/>
      </w:r>
      <w:r>
        <w:rPr>
          <w:sz w:val="20"/>
        </w:rPr>
        <w:t>2:22  because all the stars have adopted the principle of non interference.</w:t>
      </w:r>
      <w:r>
        <w:br/>
      </w:r>
      <w:r>
        <w:rPr>
          <w:sz w:val="20"/>
        </w:rPr>
        <w:t>2:33  non interference. all stars are moving, but they are moving strictly following their own orbits.</w:t>
      </w:r>
      <w:r>
        <w:br/>
      </w:r>
      <w:r>
        <w:rPr>
          <w:sz w:val="20"/>
        </w:rPr>
        <w:t>2:50  eternally. no star try to enter into the other orbit, so there is no star war</w:t>
      </w:r>
      <w:r>
        <w:br/>
      </w:r>
      <w:r>
        <w:rPr>
          <w:sz w:val="20"/>
        </w:rPr>
        <w:t>3:03  . this kind of voice you can hear in human world. they speak star war.</w:t>
      </w:r>
      <w:r>
        <w:br/>
      </w:r>
      <w:r>
        <w:rPr>
          <w:sz w:val="20"/>
        </w:rPr>
        <w:t>3:14  but among stars, there is no star war.</w:t>
      </w:r>
      <w:r>
        <w:br/>
      </w:r>
      <w:r>
        <w:rPr>
          <w:sz w:val="20"/>
        </w:rPr>
        <w:t>3:22  no star war at all. so this is the universal formula: how to live in a diverse conditions.</w:t>
      </w:r>
      <w:r>
        <w:br/>
      </w:r>
      <w:r>
        <w:rPr>
          <w:sz w:val="20"/>
        </w:rPr>
        <w:t>3:34  so the whole universe is following this formula. formula of tolerance. formula of non interference.</w:t>
      </w:r>
      <w:r>
        <w:br/>
      </w:r>
      <w:r>
        <w:rPr>
          <w:sz w:val="20"/>
        </w:rPr>
        <w:t>3:48  it is this formula that is required by men and women also.</w:t>
      </w:r>
      <w:r>
        <w:br/>
      </w:r>
      <w:r>
        <w:rPr>
          <w:sz w:val="20"/>
        </w:rPr>
        <w:t>4:03  every human being must follow this formula. this formula can be stated in these words that art of difference management.</w:t>
      </w:r>
      <w:r>
        <w:br/>
      </w:r>
      <w:r>
        <w:rPr>
          <w:sz w:val="20"/>
        </w:rPr>
        <w:t>4:21  there are differences every where in the world, but every part of the world is following this formula.</w:t>
      </w:r>
      <w:r>
        <w:br/>
      </w:r>
      <w:r>
        <w:rPr>
          <w:sz w:val="20"/>
        </w:rPr>
        <w:t>4:31  they always try to manage the differences, rather than eliminate the differences.</w:t>
      </w:r>
      <w:r>
        <w:br/>
      </w:r>
      <w:r>
        <w:rPr>
          <w:sz w:val="20"/>
        </w:rPr>
        <w:t>4:44  according to my study, difference is not an evil. difference is a positive part of our society.</w:t>
      </w:r>
      <w:r>
        <w:br/>
      </w:r>
      <w:r>
        <w:rPr>
          <w:sz w:val="20"/>
        </w:rPr>
        <w:t>5:00  it is intolerance that is evil. intolerance is an negative part of our society, but difference is not.</w:t>
      </w:r>
      <w:r>
        <w:br/>
      </w:r>
      <w:r>
        <w:rPr>
          <w:sz w:val="20"/>
        </w:rPr>
        <w:t>5:19  so, if you want to eliminate, you have to eliminate the intolerance rather than difference.</w:t>
      </w:r>
      <w:r>
        <w:br/>
      </w:r>
      <w:r>
        <w:rPr>
          <w:sz w:val="20"/>
        </w:rPr>
        <w:t>5:32  people must follow the principle of tolerance. it is very important.</w:t>
      </w:r>
      <w:r>
        <w:br/>
      </w:r>
      <w:r>
        <w:rPr>
          <w:sz w:val="20"/>
        </w:rPr>
        <w:t>5:46  it is this formula that i have stated earlier: follow one and respect all.</w:t>
      </w:r>
      <w:r>
        <w:br/>
      </w:r>
      <w:r>
        <w:rPr>
          <w:sz w:val="20"/>
        </w:rPr>
        <w:t>6:05  this formula is demonstrated every where in the world.</w:t>
      </w:r>
      <w:r>
        <w:br/>
      </w:r>
      <w:r>
        <w:rPr>
          <w:sz w:val="20"/>
        </w:rPr>
        <w:t>6:15  see the rose plant. you know, in its every branch, there are flowers.</w:t>
      </w:r>
      <w:r>
        <w:br/>
      </w:r>
      <w:r>
        <w:rPr>
          <w:sz w:val="20"/>
        </w:rPr>
        <w:t>6:25  at the same time, there are thorns.</w:t>
      </w:r>
      <w:r>
        <w:br/>
      </w:r>
      <w:r>
        <w:rPr>
          <w:sz w:val="20"/>
        </w:rPr>
        <w:t>6:33  but there is no quarrel, no confrontation.</w:t>
      </w:r>
      <w:r>
        <w:br/>
      </w:r>
      <w:r>
        <w:rPr>
          <w:sz w:val="20"/>
        </w:rPr>
        <w:t>6:40  thorn always</w:t>
      </w:r>
      <w:r>
        <w:br/>
      </w:r>
      <w:r>
        <w:rPr>
          <w:sz w:val="20"/>
        </w:rPr>
        <w:t>6:47  tries to follow the principle of tolerance. and also, flower also tries to follow the principle of tolerance.</w:t>
      </w:r>
      <w:r>
        <w:br/>
      </w:r>
      <w:r>
        <w:rPr>
          <w:sz w:val="20"/>
        </w:rPr>
        <w:t>7:01  so, there is no confrontation between the two. flowers and thorns both are living side by side at a single branch of the rose plant.</w:t>
      </w:r>
      <w:r>
        <w:br/>
      </w:r>
      <w:r>
        <w:rPr>
          <w:sz w:val="20"/>
        </w:rPr>
        <w:t>7:25  this is the natural formula.</w:t>
      </w:r>
      <w:r>
        <w:br/>
      </w:r>
      <w:r>
        <w:rPr>
          <w:sz w:val="20"/>
        </w:rPr>
        <w:t>7:32  this is the natural formula.</w:t>
      </w:r>
    </w:p>
    <w:p>
      <w:pPr>
        <w:pStyle w:val="Heading2"/>
      </w:pPr>
      <w:r>
        <w:t>U-turn story critique of violent activism</w:t>
      </w:r>
    </w:p>
    <w:p>
      <w:r>
        <w:rPr>
          <w:color w:val="666666"/>
          <w:sz w:val="18"/>
        </w:rPr>
        <w:t>Revival of Muslim Ummah I 3rd February 13 · 5m 33s · at 45:34 · https://youtu.be/ArygqklqyhE?t=2734</w:t>
      </w:r>
    </w:p>
    <w:p>
      <w:r>
        <w:rPr>
          <w:i/>
        </w:rPr>
        <w:t>“Main apna ek qissa arz karoon.”</w:t>
      </w:r>
    </w:p>
    <w:p>
      <w:r>
        <w:rPr>
          <w:sz w:val="20"/>
        </w:rPr>
        <w:t>45:34  you turn, you turn ka matlab yeh hai ke main apna ek qissa arz karoon. ek martaba main kisi India ke kisi state mein car se safar kar raha tha to hamara jo driver tha, woh naya tha. to ek bar aisa mujhe mehsoos hua ke woh kisi aise area mein guzar raha hai jo mujhe ajnabi lagta tha. maine kaha, drive</w:t>
      </w:r>
      <w:r>
        <w:br/>
      </w:r>
      <w:r>
        <w:rPr>
          <w:sz w:val="20"/>
        </w:rPr>
        <w:t>46:04  r sahib, ke driver sahib, yeh to jahan aap ja rahe hain, mujhe ajnabi lag raha hai. yeh koi aur area hai jahan hum jana tha, woh area nahin hai. to unhon ne car khadi ki aur poocha kisi se. to us ne bataya ke road kahan ja rahi hai. to baaz auqat hum ek aur road par bhaag rahe the, yani jana tha idhar, ja rahe the idhar. to unhon ne kya kiya? you turn liya, yani car ko ghumaya. to qaumon ki zindagi mein bhi you turn ka time aata hai. you</w:t>
      </w:r>
      <w:r>
        <w:br/>
      </w:r>
      <w:r>
        <w:rPr>
          <w:sz w:val="20"/>
        </w:rPr>
        <w:t>46:35  turn, agar aap you turn na len, usi bhagte rahen, bhagte rahen to aap ki destination kabhi nahin aayegi. aap ko you turn lena padta hai zindagi mein. dekhen, British empire tha, India is ka hissa tha, is ka us ne you turn liya second world war ke baad. Japan ne you turn liya, negali ne France ne you turn liya. to jitna qaumen you turn leti hain, yeh nahin ke andha dhundh usi</w:t>
      </w:r>
      <w:r>
        <w:br/>
      </w:r>
      <w:r>
        <w:rPr>
          <w:sz w:val="20"/>
        </w:rPr>
        <w:t>47:05  rastay bhagte rahen, chahe woh kahin ja kar gaadi takra jaye. ab Musalmanon ke liye time aa gaya you turn lene ka, aur koi bhi shakal nahin hai. sab tabaahi hai, sab suicide bombing hai, sab apna apne aap ko halak karna hai. you turn ka matlab kya hai? from political activism to peaceful activism, peaceful da'wah activism, from political ac</w:t>
      </w:r>
      <w:r>
        <w:br/>
      </w:r>
      <w:r>
        <w:rPr>
          <w:sz w:val="20"/>
        </w:rPr>
        <w:t>47:35  tivism to da'wah activism. yeh hai you turn. yani ab tak Musalman political activism ke rastay pe chal rahe the, ab unhon ne is ko chhod dena hai, chhod kar ke da'wah activism ke rastay par aana hai. koi doosra rasta nahin. poori Muslim ummah jo hai, East se West tak, Arab se Ajam tak, India se jahan bhi tak chale jayen, aap har jagah ek hi</w:t>
      </w:r>
      <w:r>
        <w:br/>
      </w:r>
      <w:r>
        <w:rPr>
          <w:sz w:val="20"/>
        </w:rPr>
        <w:t>48:05  sab ko karna hai kaam, woh hai you turn lena hai. yani from political activism to da'wah activism. yahi Allah taala ka, yani planning hai, Allah taala ka mansooba hai. Allah taala ki is ki think jo hai, us ke mutabiq baat hai. yahi agar Musalmanon ne aisa nahin kiya to siwaye tabaahi mein izafa kiya aur kuch bhi nahin hoga. Islam ki tareekh</w:t>
      </w:r>
      <w:r>
        <w:br/>
      </w:r>
      <w:r>
        <w:rPr>
          <w:sz w:val="20"/>
        </w:rPr>
        <w:t>48:35  mein jo Hudaybiyah tha, woh you turn nahin tha, woh Hudaybiyah you turn tha. Hudaybiyah se pehle aap jante hain ke ghazwat pesh aa rahe the, ghazwat, aur Hudaybiyah ke baad bilkul ghazwat ko, yani latter tor par khatam kar diya gaya. un ki condition ko maan liya gaya, un ki sharton ko maan liya gaya, yani latter tor par. aur yeh tay kiya gaya ke ab se koi ladai nahin hogi, koi ladai nahin hogi. ab jo hai, humein kya karna hai? peace</w:t>
      </w:r>
      <w:r>
        <w:br/>
      </w:r>
      <w:r>
        <w:rPr>
          <w:sz w:val="20"/>
        </w:rPr>
        <w:t>49:05  ful da'wah work karna hai. to Hudaybiyah was a you turn, a policy of you turn. to wohi policy of you turn humein lena hai. itna zyada yeh baat khul chuki hai ke ab jo aadmi is baat ko na samjhe, woh bilashuba blind hai, blind, blind hai. woh aakhir kis liye? ab jo Musalman jo military chalaye gaye hain,</w:t>
      </w:r>
      <w:r>
        <w:br/>
      </w:r>
      <w:r>
        <w:rPr>
          <w:sz w:val="20"/>
        </w:rPr>
        <w:t>49:35  jo political activism chalaye gaye hain, violent activism chalaye gaye, kis liye? yani what is the purpose? jab kuch gain nahin ho raha to kyun? yani Kashmir mein lade ek lakh khadim mar gaye to kya isi ke liye Kashmir movement thi ke ek lakh khadim mar gaye, mile kuch nahin? yani ek lakh, ek lakh jawan mar jayen, mile kuch nahin. Palestine mein</w:t>
      </w:r>
      <w:r>
        <w:br/>
      </w:r>
      <w:r>
        <w:rPr>
          <w:sz w:val="20"/>
        </w:rPr>
        <w:t>50:06  beshumar log mar gaye, beshumar paisa zaya hua aur mila kuch bhi nahin. to kya Musalmanon ko yahi karna hai ke aisi tehreekein chalayen, aisi, yani aisi activities mein apne aap ko involve karen, jis ka result kuch na ho, apni halakat ke siwa? yeh koi, yeh koi wisdom hai, yeh koi aqal ki baat hai? is se apni aqal ki kya ho sakti hai?</w:t>
      </w:r>
      <w:r>
        <w:br/>
      </w:r>
      <w:r>
        <w:rPr>
          <w:sz w:val="20"/>
        </w:rPr>
        <w:t>50:36  to chahe aap Quran ke lehaz se sochen, history ke lehaz se sochen, result ke lehaz se sochen, yani Quran bhi yahi kehta hai, history bhi yahi karti hai, result bhi yahi kehta hai ke you have to, you have to set, yani you have to reset your priority, you have to re-assess, you have to re-plan your strategy. yani jitne bhi tareeqe hain, har tareeqe se yeh ek hi</w:t>
      </w:r>
    </w:p>
    <w:p>
      <w:pPr>
        <w:pStyle w:val="Heading2"/>
      </w:pPr>
      <w:r>
        <w:t>Noah's Ark discovery and the symbolic meaning of Dabba</w:t>
      </w:r>
    </w:p>
    <w:p>
      <w:r>
        <w:rPr>
          <w:color w:val="666666"/>
          <w:sz w:val="18"/>
        </w:rPr>
        <w:t>Major Signs of Doomsday November 26, 2023 · 5m 58s · at 33:52 · https://youtu.be/pMRzFjrkWf4?t=2032</w:t>
      </w:r>
    </w:p>
    <w:p>
      <w:r>
        <w:rPr>
          <w:i/>
        </w:rPr>
        <w:t>“Sahih Muslim mein Dabba ki bohot ajeeb tashreeh hai”</w:t>
      </w:r>
    </w:p>
    <w:p>
      <w:r>
        <w:rPr>
          <w:sz w:val="20"/>
        </w:rPr>
        <w:t>33:52  to Dajjal ka mein sahi Muslim mein jo tashreeh likhi hui hai na, woh bohat ajeeb o ghareeb tashreeh hai. ji. ke bohat bara janwar Safa pahad se niklega, 60 gaz lamba uska sar hoga,</w:t>
      </w:r>
      <w:r>
        <w:br/>
      </w:r>
      <w:r>
        <w:rPr>
          <w:sz w:val="20"/>
        </w:rPr>
        <w:t>34:06  hathi ke jaise kaan, sing pahadi bakri jaisa, sina sher ka. ji. hath paon oont ke.</w:t>
      </w:r>
      <w:r>
        <w:br/>
      </w:r>
      <w:r>
        <w:rPr>
          <w:sz w:val="20"/>
        </w:rPr>
        <w:t>34:16  Hazrat Musa (AS) ka asaa aur Hazrat Suleman (AS) ki angoothi le kar woh woh aye ga, aur Musalman aur kafir ko soongh kar bata dega ke kaun sachay deen par hai,</w:t>
      </w:r>
      <w:r>
        <w:br/>
      </w:r>
      <w:r>
        <w:rPr>
          <w:sz w:val="20"/>
        </w:rPr>
        <w:t>34:27  kaun nahi hai. ji. ab aap sochiye, is ka kuch bhi aql se taluq nahi ke itna bara janwar nikal ke aye ga to sab log bhagenge.</w:t>
      </w:r>
      <w:r>
        <w:br/>
      </w:r>
      <w:r>
        <w:rPr>
          <w:sz w:val="20"/>
        </w:rPr>
        <w:t>34:38  woh kab soonghne ko is ko milega? yeh sab ko soonghega, phir bataye ga kaun kafir hai, kaun momin hai. ji. to Maulana ne is par bohat likha hai, balkay ek pamphlet bhi shaya hua tha.</w:t>
      </w:r>
      <w:r>
        <w:br/>
      </w:r>
      <w:r>
        <w:rPr>
          <w:sz w:val="20"/>
        </w:rPr>
        <w:t>34:50  ji. to ise English mein bhi aya</w:t>
      </w:r>
      <w:r>
        <w:br/>
      </w:r>
      <w:r>
        <w:rPr>
          <w:sz w:val="20"/>
        </w:rPr>
        <w:t>34:54  hai. to yeh sare jo alfaaz hote hain na, yeh symbolic hote hain.</w:t>
      </w:r>
      <w:r>
        <w:br/>
      </w:r>
      <w:r>
        <w:rPr>
          <w:sz w:val="20"/>
        </w:rPr>
        <w:t>35:00  to is mein Maulana ne likha hai ke jo Allah Ta'ala ki jo Sunnat al-Ibtila hai, jo ke har cheez par Allah Ta'ala ne veil of doubt rakha hai, yeh Surah Al-An'am mein verse nine.</w:t>
      </w:r>
      <w:r>
        <w:br/>
      </w:r>
      <w:r>
        <w:rPr>
          <w:sz w:val="20"/>
        </w:rPr>
        <w:t>35:15  to</w:t>
      </w:r>
      <w:r>
        <w:br/>
      </w:r>
      <w:r>
        <w:rPr>
          <w:sz w:val="20"/>
        </w:rPr>
        <w:t>35:16  kashti ke zariye jo Allah Ta'ala ne jo message diya hai insano ko, to woh ek disguised name hai Dajjal, kyunke kashti rengte rengte pani par chalti hai.</w:t>
      </w:r>
      <w:r>
        <w:br/>
      </w:r>
      <w:r>
        <w:rPr>
          <w:sz w:val="20"/>
        </w:rPr>
        <w:t>35:28  ji. to woh us ko disguise kiya jata tha. to is pe qanoon al-ibtila ki wajah se us ko Dajjal kaha gaya.</w:t>
      </w:r>
      <w:r>
        <w:br/>
      </w:r>
      <w:r>
        <w:rPr>
          <w:sz w:val="20"/>
        </w:rPr>
        <w:t>35:37  to jo hai Dajjal ke lafzi maani to rengne wale hain, creeper, aise jo bel hoti hai na, jo upar chadhti hai. ji. us ko bhi Dajjal kehte hain.</w:t>
      </w:r>
      <w:r>
        <w:br/>
      </w:r>
      <w:r>
        <w:rPr>
          <w:sz w:val="20"/>
        </w:rPr>
        <w:t>35:48  aur koi bhi cheez dheere dheere chal rahi ho, jaise train hi hai, bohat dheere dheere chal rahi ho, to us ko bhi Dajjal kaha jata hai. to Quran mein aya hai ke jab waqt aye ga to hum logon ke liye zameen se ek Dajjal nikalenge.</w:t>
      </w:r>
      <w:r>
        <w:br/>
      </w:r>
      <w:r>
        <w:rPr>
          <w:sz w:val="20"/>
        </w:rPr>
        <w:t>36:02  ab zameen se ek Dajjal nikalenge, zameen ke andar janwar mar nahi jayega,</w:t>
      </w:r>
      <w:r>
        <w:br/>
      </w:r>
      <w:r>
        <w:rPr>
          <w:sz w:val="20"/>
        </w:rPr>
        <w:t>36:06  zameen se kaise Dajjal niklega? ji. to yeh hai Surah Al-Naml mein aya hai. to jo hai is mein jab Hazrat Nuh (AS) bohat bare paighambar the, to unhon ne taqreeban nau sau saal tak Khuda ka paigham pohanchaya, lekin logon ne un ka paigham nahi mana.</w:t>
      </w:r>
      <w:r>
        <w:br/>
      </w:r>
      <w:r>
        <w:rPr>
          <w:sz w:val="20"/>
        </w:rPr>
        <w:t>36:29  to jab prophet ehitmam-e-hujjat kar de aur uska paigham na maana jaaye, phir Allah taala pehle to warning deta hai, jaise yeh aaj kal jo sab ho raha hai na, global warming waghera, yeh sab warning hai.</w:t>
      </w:r>
      <w:r>
        <w:br/>
      </w:r>
      <w:r>
        <w:rPr>
          <w:sz w:val="20"/>
        </w:rPr>
        <w:t>36:44  ji. to pehle to warning deta hai, phir azaab aata hai.</w:t>
      </w:r>
      <w:r>
        <w:br/>
      </w:r>
      <w:r>
        <w:rPr>
          <w:sz w:val="20"/>
        </w:rPr>
        <w:t>36:48  to isi tareeqe se Hazrat Nuh (AS) ke zamane mein jo sailab aaya, to woh in logon ne jo Hazrat Nuh (AS) ko thukra diya, reject kar diya, to is wajah se Allah taala ne woh saara jo hai, unko poori nasal ko khatam kar diya ke ab nayi nasal paida hogi aur is mein se log niklenge jo Allah taala ki ibaadat karenge.</w:t>
      </w:r>
      <w:r>
        <w:br/>
      </w:r>
      <w:r>
        <w:rPr>
          <w:sz w:val="20"/>
        </w:rPr>
        <w:t>37:15  to is mein jo hai, is mein jo hai, bolne kehte hain, woh kalam karega. to kalam bhi wohi symbolic language hai.</w:t>
      </w:r>
      <w:r>
        <w:br/>
      </w:r>
      <w:r>
        <w:rPr>
          <w:sz w:val="20"/>
        </w:rPr>
        <w:t>37:24  matlab woh kashti jo hai, woh khud ba khud is shahadat degi ke ek paighambar aaya tha aur logon ne is ko reject kiya, to Allah taala ne palat bheja aur sab khatam ho gaye.</w:t>
      </w:r>
      <w:r>
        <w:br/>
      </w:r>
      <w:r>
        <w:rPr>
          <w:sz w:val="20"/>
        </w:rPr>
        <w:t>37:36  to ab woh jo tha, kyunke insaan ko is duniya mein ek creation plan ke tehat paida</w:t>
      </w:r>
      <w:r>
        <w:br/>
      </w:r>
      <w:r>
        <w:rPr>
          <w:sz w:val="20"/>
        </w:rPr>
        <w:t>37:43  kiya gaya hai, yun hi nahi ke at drink and be merry. ji. to woh creation plan ke tehat paida kiya gaya hai. to woh ek poora reminder hai ke creation plan ke tehat paida kiya gaya tha, bar bar rasool bheje gaye, lekin unhone Khuda ko paigham ko radd kar diya.</w:t>
      </w:r>
      <w:r>
        <w:br/>
      </w:r>
      <w:r>
        <w:rPr>
          <w:sz w:val="20"/>
        </w:rPr>
        <w:t>38:01  to is wajah se woh flood aaya aur sab khatam kar diye gaye.</w:t>
      </w:r>
      <w:r>
        <w:br/>
      </w:r>
      <w:r>
        <w:rPr>
          <w:sz w:val="20"/>
        </w:rPr>
        <w:t>38:05  to yahi jo hai sabak ab is se mila, kyunke woh kashti jo hai, woh Iraq mein jo Mesopotamia ka jo ilaaqa tha, wahan se gayi thi upar Turkey ke upar Koh Ararat.</w:t>
      </w:r>
      <w:r>
        <w:br/>
      </w:r>
      <w:r>
        <w:rPr>
          <w:sz w:val="20"/>
        </w:rPr>
        <w:t>38:23  ji. Ararat ek pahad hai aur Turkey jaante hain, aap bahut thanda ilaaqa hai, to wahan bahut barf hai.</w:t>
      </w:r>
      <w:r>
        <w:br/>
      </w:r>
      <w:r>
        <w:rPr>
          <w:sz w:val="20"/>
        </w:rPr>
        <w:t>38:29  to wahan par sab log musafir jo the, utar gaye, phir barf itna barf bari hui ke woh is mein barf mein woh dab gayi.</w:t>
      </w:r>
      <w:r>
        <w:br/>
      </w:r>
      <w:r>
        <w:rPr>
          <w:sz w:val="20"/>
        </w:rPr>
        <w:t>38:38  to us ke baad jo barf mein koi cheez dabi rehti hai, to kimiyaai amal ke tehat woh fossil ban jaati hai, to bilkul pathar ki shakal ho jaati hai, to woh kharab nahi hoti phir.</w:t>
      </w:r>
      <w:r>
        <w:br/>
      </w:r>
      <w:r>
        <w:rPr>
          <w:sz w:val="20"/>
        </w:rPr>
        <w:t>38:51  ji. to is tareeqe se woh jo hai, woh pathar ban gayi. aur jab global warming hui to us ke baad kya hua ke woh dheere dheere barf pighalne laga, barf pighalne laga to woh dikhne lagi.</w:t>
      </w:r>
      <w:r>
        <w:br/>
      </w:r>
      <w:r>
        <w:rPr>
          <w:sz w:val="20"/>
        </w:rPr>
        <w:t>39:04  woh</w:t>
      </w:r>
      <w:r>
        <w:br/>
      </w:r>
      <w:r>
        <w:rPr>
          <w:sz w:val="20"/>
        </w:rPr>
        <w:t>39:05  to kuch pilots ne dekha, kyunke Bible mein bhi bahut detail mein hai Nuh ki, Nuh ki kashti ke bare mein.</w:t>
      </w:r>
      <w:r>
        <w:br/>
      </w:r>
      <w:r>
        <w:rPr>
          <w:sz w:val="20"/>
        </w:rPr>
        <w:t>39:14  to pilots ne dekha, jo ke Christian rahe honge, to unko woh similarity nazar aayi ke jo mentioned hai Bible mein, to yeh wahi kashti nazar aa rahi hai.</w:t>
      </w:r>
      <w:r>
        <w:br/>
      </w:r>
      <w:r>
        <w:rPr>
          <w:sz w:val="20"/>
        </w:rPr>
        <w:t>39:24  phir ek bahut badi team Yahudi, Isai, scholars ki, bahut badi, taqreeban sau log wahan gaye aur is ko poora unhone carbon dating waghera se saara check kiya.</w:t>
      </w:r>
      <w:r>
        <w:br/>
      </w:r>
      <w:r>
        <w:rPr>
          <w:sz w:val="20"/>
        </w:rPr>
        <w:t>39:35  to unhone taqreeban 99.9 feesad kaha ke yeh wahi kashti hai. ji. to is tareeqe se ek woh Allah taala ne ek theoretical evidence to hota hi tha,</w:t>
      </w:r>
    </w:p>
    <w:p>
      <w:pPr>
        <w:pStyle w:val="Heading2"/>
      </w:pPr>
      <w:r>
        <w:t>Examples of giving and positive behavior from nature</w:t>
      </w:r>
    </w:p>
    <w:p>
      <w:r>
        <w:rPr>
          <w:color w:val="666666"/>
          <w:sz w:val="18"/>
        </w:rPr>
        <w:t>Nature as a Role Model December 7, 2007 · 5m 14s · at 18:03 · https://youtu.be/QJXLYUfhSSc?t=1083</w:t>
      </w:r>
    </w:p>
    <w:p>
      <w:r>
        <w:rPr>
          <w:i/>
        </w:rPr>
        <w:t>“Aisi is mein ek nazm thi gaay par”</w:t>
      </w:r>
    </w:p>
    <w:p>
      <w:r>
        <w:rPr>
          <w:sz w:val="20"/>
        </w:rPr>
        <w:t>18:03  aisi is mein ek nazm thi gaaye par. gaaye rab ki hamd o sana kar bhai jis ne aisi gaaye banai.</w:t>
      </w:r>
      <w:r>
        <w:br/>
      </w:r>
      <w:r>
        <w:rPr>
          <w:sz w:val="20"/>
        </w:rPr>
        <w:t>18:13  to bari dilchasp nazm thi. is ki ek line yeh thi ke "kal jo ghaas cheri thi ban mein doodh bani woh gaaye ke than mein".</w:t>
      </w:r>
      <w:r>
        <w:br/>
      </w:r>
      <w:r>
        <w:rPr>
          <w:sz w:val="20"/>
        </w:rPr>
        <w:t>18:25  ab dekhiye gaaye jo hai ek woh bhi ek model. model kis baat ka? model is baat ka ke positive behaviour ka model.</w:t>
      </w:r>
      <w:r>
        <w:br/>
      </w:r>
      <w:r>
        <w:rPr>
          <w:sz w:val="20"/>
        </w:rPr>
        <w:t>18:39  ke gaaye ko aap ne ghaas khilai. lekin aap ko kya is ne diya? doodh diya. kal jo ghaas cheri thi ban mein doodh bani woh gaaye ke than mein.</w:t>
      </w:r>
      <w:r>
        <w:br/>
      </w:r>
      <w:r>
        <w:rPr>
          <w:sz w:val="20"/>
        </w:rPr>
        <w:t>18:53  is mani mein ke aap ko har haal mein positive behaviour apnana chahiye. doosra gaali de de. doosra aap ko koi nuqsan pohancha de.</w:t>
      </w:r>
      <w:r>
        <w:br/>
      </w:r>
      <w:r>
        <w:rPr>
          <w:sz w:val="20"/>
        </w:rPr>
        <w:t>19:04  doosra aap ko sata de. doosra aap ko koi kankri maar de. tab bhi aap ki taraf se us ko kya mile? forgiveness.</w:t>
      </w:r>
      <w:r>
        <w:br/>
      </w:r>
      <w:r>
        <w:rPr>
          <w:sz w:val="20"/>
        </w:rPr>
        <w:t>19:13  dua. compassion. friendly behaviour. yaani negative action ka positive response.</w:t>
      </w:r>
      <w:r>
        <w:br/>
      </w:r>
      <w:r>
        <w:rPr>
          <w:sz w:val="20"/>
        </w:rPr>
        <w:t>19:25  negative action ka positive response. yeh model rakh diya hai is duniya mein nature ne.</w:t>
      </w:r>
      <w:r>
        <w:br/>
      </w:r>
      <w:r>
        <w:rPr>
          <w:sz w:val="20"/>
        </w:rPr>
        <w:t>19:35  yeh hamein apnana hai. ab bataiye ke agar samaj mein log is model ko pakad lein ke negative action ka bhi hamein positive response dena hai to samaj mein kitni shanti aa jaye?</w:t>
      </w:r>
      <w:r>
        <w:br/>
      </w:r>
      <w:r>
        <w:rPr>
          <w:sz w:val="20"/>
        </w:rPr>
        <w:t>19:48  kitna peace aa jaye? kitna zyada log sukhi ho jayein? to is model ko hum ne chhod rakha hai.</w:t>
      </w:r>
      <w:r>
        <w:br/>
      </w:r>
      <w:r>
        <w:rPr>
          <w:sz w:val="20"/>
        </w:rPr>
        <w:t>19:57  hamara model kya hai? hamara model yeh hai ke ent ka jawab pathar.</w:t>
      </w:r>
      <w:r>
        <w:br/>
      </w:r>
      <w:r>
        <w:rPr>
          <w:sz w:val="20"/>
        </w:rPr>
        <w:t>20:06  ab zara ghor kijiye ke gaaye ka model to yeh hai ke ghaas khilaye koi tab bhi tum usay doodh do. insaan ne kya bana rakha hai?</w:t>
      </w:r>
      <w:r>
        <w:br/>
      </w:r>
      <w:r>
        <w:rPr>
          <w:sz w:val="20"/>
        </w:rPr>
        <w:t>20:14  ent ka jawab pathar. isi liye samaj mein itna zyada gadbad ho rahi hai. aise hi dekhiye gulab ke peir ko dekhiye aap.</w:t>
      </w:r>
      <w:r>
        <w:br/>
      </w:r>
      <w:r>
        <w:rPr>
          <w:sz w:val="20"/>
        </w:rPr>
        <w:t>20:26  gulab jo hai aap us ke har branch par aap dekhein ke us mein kaante hain, thorn hain.</w:t>
      </w:r>
      <w:r>
        <w:br/>
      </w:r>
      <w:r>
        <w:rPr>
          <w:sz w:val="20"/>
        </w:rPr>
        <w:t>20:36  aur sath sath wahan flower bhi hai. yaani har thorn mein kaante hain usi ke sath sath wahan flower bhi hai. ab yeh bhi kya hai?</w:t>
      </w:r>
      <w:r>
        <w:br/>
      </w:r>
      <w:r>
        <w:rPr>
          <w:sz w:val="20"/>
        </w:rPr>
        <w:t>20:46  ek model hai. is model yeh hai ke kaanton ke sath phool ban kar raho. kaanton ke sath phool ban kar raho.</w:t>
      </w:r>
      <w:r>
        <w:br/>
      </w:r>
      <w:r>
        <w:rPr>
          <w:sz w:val="20"/>
        </w:rPr>
        <w:t>20:58  yaani doosre log agar negative mind ho doosron ka, doosre agar kuch burai karein tum se to kya karo tum?</w:t>
      </w:r>
      <w:r>
        <w:br/>
      </w:r>
      <w:r>
        <w:rPr>
          <w:sz w:val="20"/>
        </w:rPr>
        <w:t>21:14  tum unilaterally apne aap ko flower bana lo. unilaterally. lekin kaanton ke darmiyan phool ban kar raho.</w:t>
      </w:r>
      <w:r>
        <w:br/>
      </w:r>
      <w:r>
        <w:rPr>
          <w:sz w:val="20"/>
        </w:rPr>
        <w:t>21:23  jis mein khushbu hoti hai, jis mein color hota hai, jis ko dekh kar aankh ko acha lagta hai. ab yeh kitna ajeeb model hai. kaisa ajeeb model hai yeh?</w:t>
      </w:r>
      <w:r>
        <w:br/>
      </w:r>
      <w:r>
        <w:rPr>
          <w:sz w:val="20"/>
        </w:rPr>
        <w:t>21:35  keh kaantay ke darmiyan tum ko rehna paray tab bhi tum phool ban jao. Isi tarah se poori yeh dunya jo hai aas paas ki hamari ajeeb dunya hai.</w:t>
      </w:r>
      <w:r>
        <w:br/>
      </w:r>
      <w:r>
        <w:rPr>
          <w:sz w:val="20"/>
        </w:rPr>
        <w:t>21:47  Ajeeb dunya hai. Quran mein sachay insaan ko ki misaal di gayi hai drakht se.</w:t>
      </w:r>
      <w:r>
        <w:br/>
      </w:r>
      <w:r>
        <w:rPr>
          <w:sz w:val="20"/>
        </w:rPr>
        <w:t>21:57  Taree se, drakht. Ke sachay insaan aisa hota hai jaisay ke drakht. Ab drakht mein kya sifat hai? Ajeeb ajeeb sifatain drakht mein hain.</w:t>
      </w:r>
      <w:r>
        <w:br/>
      </w:r>
      <w:r>
        <w:rPr>
          <w:sz w:val="20"/>
        </w:rPr>
        <w:t>22:07  Ab dekhiye drakht aap ko sirf deta hai, leta kuch bhi nahi. Woh hamare is is universe ka giver member hai.</w:t>
      </w:r>
      <w:r>
        <w:br/>
      </w:r>
      <w:r>
        <w:rPr>
          <w:sz w:val="20"/>
        </w:rPr>
        <w:t>22:20  Taker member nahi hai. Hum ko dekhiye continuously woh hum ko supply karta hai oxygen.</w:t>
      </w:r>
      <w:r>
        <w:br/>
      </w:r>
      <w:r>
        <w:rPr>
          <w:sz w:val="20"/>
        </w:rPr>
        <w:t>22:31  Oxygen. Lekin hum se hamare paas is ka koi bill nahi aata kabhi. Drakht hum ko lakri deta hai.</w:t>
      </w:r>
      <w:r>
        <w:br/>
      </w:r>
      <w:r>
        <w:rPr>
          <w:sz w:val="20"/>
        </w:rPr>
        <w:t>22:41  Hum ko is ki patiyan dekhnay ki kitni achi lagti hain. Is mein flower atay hain, is mein fruit atay hain. Kitni sari cheezain hain.</w:t>
      </w:r>
      <w:r>
        <w:br/>
      </w:r>
      <w:r>
        <w:rPr>
          <w:sz w:val="20"/>
        </w:rPr>
        <w:t>22:53  Lekin yeh sab deta hai unilieterally. Drakht ki taraf se aap ke paas koi bill nahi aata kabhi. Kuch nahi.</w:t>
      </w:r>
      <w:r>
        <w:br/>
      </w:r>
      <w:r>
        <w:rPr>
          <w:sz w:val="20"/>
        </w:rPr>
        <w:t>23:03  Is ka culture giver culture hai. Taker culture nahi hai. Ab bataiye ke agar yeh model log le lain samaj mein to kaisa anokha samaj ban jaye insaan ka?</w:t>
      </w:r>
    </w:p>
    <w:p>
      <w:pPr>
        <w:pStyle w:val="Heading2"/>
      </w:pPr>
      <w:r>
        <w:t>Reinterpreting Ibrahim and Ismail's story as nation-building</w:t>
      </w:r>
    </w:p>
    <w:p>
      <w:r>
        <w:rPr>
          <w:color w:val="666666"/>
          <w:sz w:val="18"/>
        </w:rPr>
        <w:t>Reinterpretation of Islam April 12, 2009 · 5m 56s · at 24:03 · https://youtu.be/QMG_eov11Po?t=1443</w:t>
      </w:r>
    </w:p>
    <w:p>
      <w:r>
        <w:rPr>
          <w:i/>
        </w:rPr>
        <w:t>“Hazrat Ibrahim apne bete Ismail ko le gaye Mecca ke paas”</w:t>
      </w:r>
    </w:p>
    <w:p>
      <w:r>
        <w:rPr>
          <w:sz w:val="20"/>
        </w:rPr>
        <w:t>24:03  ke Hazrat Ibrahim apne bete Ismail ko le gaye, yani Makkah ke paas, aur is ko unhon ne zabah kiya.</w:t>
      </w:r>
      <w:r>
        <w:br/>
      </w:r>
      <w:r>
        <w:rPr>
          <w:sz w:val="20"/>
        </w:rPr>
        <w:t>24:13  yeh waqia sab log jante hain.</w:t>
      </w:r>
      <w:r>
        <w:br/>
      </w:r>
      <w:r>
        <w:rPr>
          <w:sz w:val="20"/>
        </w:rPr>
        <w:t>24:17  to sare scholars jo hain hamare, is ko in term of ishq bayan karte hain, in term of love. ke Hazrat Ibrahim ko Khuda se bohat love thi, bohat ishq tha, to is ko unhon ne sacrifice kar diya.</w:t>
      </w:r>
      <w:r>
        <w:br/>
      </w:r>
      <w:r>
        <w:rPr>
          <w:sz w:val="20"/>
        </w:rPr>
        <w:t>24:30  in term of sacrifice, in term of ishq, in term of love. to modern mind ke liye yeh kuch, koi important baat nahi thi.</w:t>
      </w:r>
      <w:r>
        <w:br/>
      </w:r>
      <w:r>
        <w:rPr>
          <w:sz w:val="20"/>
        </w:rPr>
        <w:t>24:39  yeh koi bohat important baat nahi thi.</w:t>
      </w:r>
      <w:r>
        <w:br/>
      </w:r>
      <w:r>
        <w:rPr>
          <w:sz w:val="20"/>
        </w:rPr>
        <w:t>24:46  phir maine is ko parha, bohat sari cheezein parhin to maloom hua ke yeh to asal baat nahi hai. phir maine Margoliouth ko parha.</w:t>
      </w:r>
      <w:r>
        <w:br/>
      </w:r>
      <w:r>
        <w:rPr>
          <w:sz w:val="20"/>
        </w:rPr>
        <w:t>24:57  Margoliouth was a British orientalist.</w:t>
      </w:r>
      <w:r>
        <w:br/>
      </w:r>
      <w:r>
        <w:rPr>
          <w:sz w:val="20"/>
        </w:rPr>
        <w:t>25:05  British orientalist. He died in nineteen forty. He was a great British orientalist.</w:t>
      </w:r>
      <w:r>
        <w:br/>
      </w:r>
      <w:r>
        <w:rPr>
          <w:sz w:val="20"/>
        </w:rPr>
        <w:t>25:12  Margoliouth. M A R G O L I O U T H. Margoliouth. Margoliouth ne likha hai, wahan se mujhe clue mila, clue.</w:t>
      </w:r>
      <w:r>
        <w:br/>
      </w:r>
      <w:r>
        <w:rPr>
          <w:sz w:val="20"/>
        </w:rPr>
        <w:t>25:26  yeh clue mujhe kisi Muslim scholar ka nahi mila tha. ke woh jo log the, jo Bani Ismail hum kehte hain, children of Ismail, yani Hazrat Ibrahim ne apne bete ko basaya tha wahan par, desert mein Arab ke,</w:t>
      </w:r>
      <w:r>
        <w:br/>
      </w:r>
      <w:r>
        <w:rPr>
          <w:sz w:val="20"/>
        </w:rPr>
        <w:t>25:45  four thousand years pehle. Before four thousand years. to un se ek generation bani, ek generation Arab mein.</w:t>
      </w:r>
      <w:r>
        <w:br/>
      </w:r>
      <w:r>
        <w:rPr>
          <w:sz w:val="20"/>
        </w:rPr>
        <w:t>25:57  is ko likha hai Margoliouth ne ke it was a nation of heroes. Nation of heroes. to yahan se mujhe ek clue mila.</w:t>
      </w:r>
      <w:r>
        <w:br/>
      </w:r>
      <w:r>
        <w:rPr>
          <w:sz w:val="20"/>
        </w:rPr>
        <w:t>26:06  phir maine aur kitabein parhin Bukhari mein aur Quran mein. to mujhe maloom hua ke is bohat bari</w:t>
      </w:r>
      <w:r>
        <w:br/>
      </w:r>
      <w:r>
        <w:rPr>
          <w:sz w:val="20"/>
        </w:rPr>
        <w:t>26:11  planning thi Khuda ki. It was a great planning of God. ke desert mein un ko settle kiya gaya. Ismail ko, un ki maa Hajra ko.</w:t>
      </w:r>
      <w:r>
        <w:br/>
      </w:r>
      <w:r>
        <w:rPr>
          <w:sz w:val="20"/>
        </w:rPr>
        <w:t>26:22  kis liye? ek nai nation banane ke liye. To create a new nation. kyunke desert mein kya tha?</w:t>
      </w:r>
      <w:r>
        <w:br/>
      </w:r>
      <w:r>
        <w:rPr>
          <w:sz w:val="20"/>
        </w:rPr>
        <w:t>26:31  wahan nature tha. There was nothing but nature.</w:t>
      </w:r>
      <w:r>
        <w:br/>
      </w:r>
      <w:r>
        <w:rPr>
          <w:sz w:val="20"/>
        </w:rPr>
        <w:t>26:37  wohan koi culture nahi tha, koi civilization nahi thi. kuch nahi tha. koi city nahi thi.</w:t>
      </w:r>
      <w:r>
        <w:br/>
      </w:r>
      <w:r>
        <w:rPr>
          <w:sz w:val="20"/>
        </w:rPr>
        <w:t>26:46  wo to desert tha, neeche desert aur oper sky. neeche desert, oper sky. to is, is, is area mein jo ke nature, har taraf, har taraf nature hi nature tha, is mein aik nai nation bani.</w:t>
      </w:r>
      <w:r>
        <w:br/>
      </w:r>
      <w:r>
        <w:rPr>
          <w:sz w:val="20"/>
        </w:rPr>
        <w:t>27:05  jo jis mein koi corruption nahi aya tha. aap jante hain ke it is culture that corrupts.</w:t>
      </w:r>
      <w:r>
        <w:br/>
      </w:r>
      <w:r>
        <w:rPr>
          <w:sz w:val="20"/>
        </w:rPr>
        <w:t>27:16  it is. yani city mein log corrupt ho jate hain, lekin desert, desert mein corrupt hone ka koi chance hi nahi tha.</w:t>
      </w:r>
      <w:r>
        <w:br/>
      </w:r>
      <w:r>
        <w:rPr>
          <w:sz w:val="20"/>
        </w:rPr>
        <w:t>27:25  to wahan par ab se char hazar saal pehle Hazrat Ibrahim ne basaya. aur phir jo generation bani wahan par, to desert mein us ki, us ki, us ka, yani us ki conditioning jo hai desert mein hui.</w:t>
      </w:r>
      <w:r>
        <w:br/>
      </w:r>
      <w:r>
        <w:rPr>
          <w:sz w:val="20"/>
        </w:rPr>
        <w:t>27:43  nature mein hui. in mein aik aik mister nature tha. to is ko Margoliouth ne kaha hai ke nation of hero</w:t>
      </w:r>
      <w:r>
        <w:br/>
      </w:r>
      <w:r>
        <w:rPr>
          <w:sz w:val="20"/>
        </w:rPr>
        <w:t>27:52  z. to mein ne samjha ke yeh Khuda ki planning thi. to create a new nation. yeh nation building ka poora wo tha.</w:t>
      </w:r>
      <w:r>
        <w:br/>
      </w:r>
      <w:r>
        <w:rPr>
          <w:sz w:val="20"/>
        </w:rPr>
        <w:t>28:01  to jab tak wo in terms of ishq bayan kar rahe thay, it was not understandable. but when i was to explain this in terms of nation building, then it became understandable.</w:t>
      </w:r>
      <w:r>
        <w:br/>
      </w:r>
      <w:r>
        <w:rPr>
          <w:sz w:val="20"/>
        </w:rPr>
        <w:t>28:17  bohat kitabein likhi gayi hain. aur yahi sab sare scholar batate hain.</w:t>
      </w:r>
      <w:r>
        <w:br/>
      </w:r>
      <w:r>
        <w:rPr>
          <w:sz w:val="20"/>
        </w:rPr>
        <w:t>28:23  ishq, ishq, ishq. ishq matlab hai super love. ishq ka matlab hota hai super love. to Khuda ke ishq mein unhon ne ja kar apne bete ko wahan par daal diya.</w:t>
      </w:r>
      <w:r>
        <w:br/>
      </w:r>
      <w:r>
        <w:rPr>
          <w:sz w:val="20"/>
        </w:rPr>
        <w:t>28:35  bhai kuch sense hona chahiye. what was, what was, what was the sense? yani kyun daala desert mein? there must be some sense.</w:t>
      </w:r>
      <w:r>
        <w:br/>
      </w:r>
      <w:r>
        <w:rPr>
          <w:sz w:val="20"/>
        </w:rPr>
        <w:t>28:45  some meaningful planning. lekin kisi Muslim scholar ne is baat ko bataya, bata nahi saka.</w:t>
      </w:r>
      <w:r>
        <w:br/>
      </w:r>
      <w:r>
        <w:rPr>
          <w:sz w:val="20"/>
        </w:rPr>
        <w:t>28:53  to jab mujhe aik clue mila Margoliouth ke haan ke wahan aik nation of heroes bani thi, tab mein samajh paya is cheez ko. it was a great divine planning.</w:t>
      </w:r>
      <w:r>
        <w:br/>
      </w:r>
      <w:r>
        <w:rPr>
          <w:sz w:val="20"/>
        </w:rPr>
        <w:t>29:08  it was a process of nation building.</w:t>
      </w:r>
      <w:r>
        <w:br/>
      </w:r>
      <w:r>
        <w:rPr>
          <w:sz w:val="20"/>
        </w:rPr>
        <w:t>29:13  to is se pehle log is ko batate thay in terms of ishq, in terms of love, in terms of. to jab mein ne is ko dhala is tarike se in terms of nation building, to samjha ke to bohat bari planning thi.</w:t>
      </w:r>
      <w:r>
        <w:br/>
      </w:r>
      <w:r>
        <w:rPr>
          <w:sz w:val="20"/>
        </w:rPr>
        <w:t>29:31  ab aaj ka insan jo hai is ko samajh payega. is ko samajh nahi pata insan. to is ko wo avoid, wo karta hai, ignore kar</w:t>
      </w:r>
      <w:r>
        <w:br/>
      </w:r>
      <w:r>
        <w:rPr>
          <w:sz w:val="20"/>
        </w:rPr>
        <w:t>29:40  ta hai. to log kehte hain ke sahib yeh to Islam se door ho gaya, yeh to murtad ho gaya. murtad nahi hua hai. you fail to make them understandable in modern idiom.</w:t>
      </w:r>
      <w:r>
        <w:br/>
      </w:r>
      <w:r>
        <w:rPr>
          <w:sz w:val="20"/>
        </w:rPr>
        <w:t>29:53  so blame goes to Muslim scholars.</w:t>
      </w:r>
    </w:p>
    <w:p>
      <w:pPr>
        <w:pStyle w:val="Heading2"/>
      </w:pPr>
      <w:r>
        <w:t>Quranic prophecies fulfilled by modern tech</w:t>
      </w:r>
    </w:p>
    <w:p>
      <w:r>
        <w:rPr>
          <w:color w:val="666666"/>
          <w:sz w:val="18"/>
        </w:rPr>
        <w:t>The Task Ahead | October 11, 2009 | Maulana Wahiduddin Khan · 5m 36s · at 30:42 · https://youtu.be/07gb5LwpFpg?t=1842</w:t>
      </w:r>
    </w:p>
    <w:p>
      <w:r>
        <w:rPr>
          <w:i/>
        </w:rPr>
        <w:t>“Ab main aap ko ek aur baat kehna chahta hoon”</w:t>
      </w:r>
    </w:p>
    <w:p>
      <w:r>
        <w:rPr>
          <w:sz w:val="20"/>
        </w:rPr>
        <w:t>30:42  chai ko discover karein. us ko le kar uthen. ab mein aap ko ek aur baat kehna chahta hoon dekhiye quran mein. quran mein bohat sari baaten hain. kuch baaten quran mein present tense mein hain, kuch baaten future tense mein hain. is ko sochiye aap. kuch</w:t>
      </w:r>
      <w:r>
        <w:br/>
      </w:r>
      <w:r>
        <w:rPr>
          <w:sz w:val="20"/>
        </w:rPr>
        <w:t>31:12  baatein Quran mein present tense mein hain, kuch baatein future tense mein hain.</w:t>
      </w:r>
      <w:r>
        <w:br/>
      </w:r>
      <w:r>
        <w:rPr>
          <w:sz w:val="20"/>
        </w:rPr>
        <w:t>31:16  yani Rasool Allah ke zamanay mein unhein hona tha.</w:t>
      </w:r>
      <w:r>
        <w:br/>
      </w:r>
      <w:r>
        <w:rPr>
          <w:sz w:val="20"/>
        </w:rPr>
        <w:t>31:20  jaise Kaba mein but thay to Rasool Allah ke zamanay mein bhi hona tha ke Kaba mein but</w:t>
      </w:r>
      <w:r>
        <w:br/>
      </w:r>
      <w:r>
        <w:rPr>
          <w:sz w:val="20"/>
        </w:rPr>
        <w:t>31:24  khatm ho jain.</w:t>
      </w:r>
      <w:r>
        <w:br/>
      </w:r>
      <w:r>
        <w:rPr>
          <w:sz w:val="20"/>
        </w:rPr>
        <w:t>31:27  aisa nahin ke.</w:t>
      </w:r>
      <w:r>
        <w:br/>
      </w:r>
      <w:r>
        <w:rPr>
          <w:sz w:val="20"/>
        </w:rPr>
        <w:t>31:31  to un un is tarah ki baaton ko present tense mein kaha gaya.</w:t>
      </w:r>
      <w:r>
        <w:br/>
      </w:r>
      <w:r>
        <w:rPr>
          <w:sz w:val="20"/>
        </w:rPr>
        <w:t>31:35  ke Rasool Allah ki zindagi mein sab baatein ho jain gi.</w:t>
      </w:r>
      <w:r>
        <w:br/>
      </w:r>
      <w:r>
        <w:rPr>
          <w:sz w:val="20"/>
        </w:rPr>
        <w:t>31:39  aik Sahabi ne kaha aise hi ko</w:t>
      </w:r>
      <w:r>
        <w:br/>
      </w:r>
      <w:r>
        <w:rPr>
          <w:sz w:val="20"/>
        </w:rPr>
        <w:t>31:42  : "yani Rasool Allah ko is waqt death ho gayi jab ke yeh baatein yeh yeh maqsad hasil</w:t>
      </w:r>
      <w:r>
        <w:br/>
      </w:r>
      <w:r>
        <w:rPr>
          <w:sz w:val="20"/>
        </w:rPr>
        <w:t>31:47  ho jae." Aap ki zindagi mein yeh maqsad ko hasil hona hai.</w:t>
      </w:r>
      <w:r>
        <w:br/>
      </w:r>
      <w:r>
        <w:rPr>
          <w:sz w:val="20"/>
        </w:rPr>
        <w:t>31:51  to un cheezon ko present tense mein kaha gaya.</w:t>
      </w:r>
      <w:r>
        <w:br/>
      </w:r>
      <w:r>
        <w:rPr>
          <w:sz w:val="20"/>
        </w:rPr>
        <w:t>31:56  kuch cheezein woh hain jin ko future tense mein kaha gaya.</w:t>
      </w:r>
      <w:r>
        <w:br/>
      </w:r>
      <w:r>
        <w:rPr>
          <w:sz w:val="20"/>
        </w:rPr>
        <w:t>32:00  Quran mein bhi, Hadees mein bhi.</w:t>
      </w:r>
      <w:r>
        <w:br/>
      </w:r>
      <w:r>
        <w:rPr>
          <w:sz w:val="20"/>
        </w:rPr>
        <w:t>32:04  jaise aap dekhiye.</w:t>
      </w:r>
      <w:r>
        <w:br/>
      </w:r>
      <w:r>
        <w:rPr>
          <w:sz w:val="20"/>
        </w:rPr>
        <w:t>32:09  Quran mein hai ke</w:t>
      </w:r>
      <w:r>
        <w:br/>
      </w:r>
      <w:r>
        <w:rPr>
          <w:sz w:val="20"/>
        </w:rPr>
        <w:t>32:13  jab Musa woh Hazrat Musa ke zamanay mein jab Firon gharaq hua tha.</w:t>
      </w:r>
      <w:r>
        <w:br/>
      </w:r>
      <w:r>
        <w:rPr>
          <w:sz w:val="20"/>
        </w:rPr>
        <w:t>32:19  to us waqt Allah taala ne farmaya ke: "yahan dekhiye future tense mein hai." ke tumhare body ko</w:t>
      </w:r>
      <w:r>
        <w:br/>
      </w:r>
      <w:r>
        <w:rPr>
          <w:sz w:val="20"/>
        </w:rPr>
        <w:t>32:26  hum preserve rakhein ge.</w:t>
      </w:r>
      <w:r>
        <w:br/>
      </w:r>
      <w:r>
        <w:rPr>
          <w:sz w:val="20"/>
        </w:rPr>
        <w:t>32:32  yahan tak ke baad ke logon ko nishani banay woh.</w:t>
      </w:r>
      <w:r>
        <w:br/>
      </w:r>
      <w:r>
        <w:rPr>
          <w:sz w:val="20"/>
        </w:rPr>
        <w:t>32:38  yeh body aap jante hain ke discover hui.</w:t>
      </w:r>
      <w:r>
        <w:br/>
      </w:r>
      <w:r>
        <w:rPr>
          <w:sz w:val="20"/>
        </w:rPr>
        <w:t>32:44  nineteen century ke ke aakhri quarter mein. aur ab woh cairo ke museum mein maujood hai. isi tarah se dekhiye quran mein hai ke: "yahan pe dekhiye afaaq aur anfus mein jo signs hain, s i g n s sign woh khulenge." yahan bhi dekhi</w:t>
      </w:r>
      <w:r>
        <w:br/>
      </w:r>
      <w:r>
        <w:rPr>
          <w:sz w:val="20"/>
        </w:rPr>
        <w:t>33:14  e future tense istemal kiya gaya hai.</w:t>
      </w:r>
      <w:r>
        <w:br/>
      </w:r>
      <w:r>
        <w:rPr>
          <w:sz w:val="20"/>
        </w:rPr>
        <w:t>33:18  sa jo hai Arabi zaban mein is ke ilawa future ke liye aata hai.</w:t>
      </w:r>
      <w:r>
        <w:br/>
      </w:r>
      <w:r>
        <w:rPr>
          <w:sz w:val="20"/>
        </w:rPr>
        <w:t>33:22  yani aindah aisa hoga.</w:t>
      </w:r>
      <w:r>
        <w:br/>
      </w:r>
      <w:r>
        <w:rPr>
          <w:sz w:val="20"/>
        </w:rPr>
        <w:t>33:26  to yeh kya hua? yeh hai modern science.</w:t>
      </w:r>
      <w:r>
        <w:br/>
      </w:r>
      <w:r>
        <w:rPr>
          <w:sz w:val="20"/>
        </w:rPr>
        <w:t>33:30  modern physical science.</w:t>
      </w:r>
      <w:r>
        <w:br/>
      </w:r>
      <w:r>
        <w:rPr>
          <w:sz w:val="20"/>
        </w:rPr>
        <w:t>33:34  nature mein jo chupi hui cheezein theen woh sab khol diya science ne.</w:t>
      </w:r>
      <w:r>
        <w:br/>
      </w:r>
      <w:r>
        <w:rPr>
          <w:sz w:val="20"/>
        </w:rPr>
        <w:t>33:39  sab khul gaya.</w:t>
      </w:r>
      <w:r>
        <w:br/>
      </w:r>
      <w:r>
        <w:rPr>
          <w:sz w:val="20"/>
        </w:rPr>
        <w:t>33:43  jaise quran mein tha ke: "in</w:t>
      </w:r>
      <w:r>
        <w:br/>
      </w:r>
      <w:r>
        <w:rPr>
          <w:sz w:val="20"/>
        </w:rPr>
        <w:t>33:47  aasman aur zameen aapas mein jure hue thay, miley hue thay, hum ne is ko khol diya." yeh insan ko maloom nahi tha pehle. big bang theory jab samnay aayi hai to yeh pata chala. ab big bang ek established fact ban chuka hai. to yeh is tarah ki bohat sari cheezein hain jo future tense mein kahi gayi thin ab woh ab woh future tense ab woh ho chuka. woh ho chuka woh. aik</w:t>
      </w:r>
      <w:r>
        <w:br/>
      </w:r>
      <w:r>
        <w:rPr>
          <w:sz w:val="20"/>
        </w:rPr>
        <w:t>34:17  cheez abhi baqi hai hona jo hadith mein aaya hai: "la zahiri Allah Allah ke zameen par koi</w:t>
      </w:r>
      <w:r>
        <w:br/>
      </w:r>
      <w:r>
        <w:rPr>
          <w:sz w:val="20"/>
        </w:rPr>
        <w:t>34:27  chota ghar ya bara ghar nahi bachega wahan par Khuda ka word shamil dakhil na ho jaye."</w:t>
      </w:r>
      <w:r>
        <w:br/>
      </w:r>
      <w:r>
        <w:rPr>
          <w:sz w:val="20"/>
        </w:rPr>
        <w:t>34:37  yahan kalmat al-islam ka lafz hai iska matlab kya hai? qura</w:t>
      </w:r>
      <w:r>
        <w:br/>
      </w:r>
      <w:r>
        <w:rPr>
          <w:sz w:val="20"/>
        </w:rPr>
        <w:t>34:47  an word of God.</w:t>
      </w:r>
      <w:r>
        <w:br/>
      </w:r>
      <w:r>
        <w:rPr>
          <w:sz w:val="20"/>
        </w:rPr>
        <w:t>34:51  yeh future tense mein kaha gaya tha.</w:t>
      </w:r>
      <w:r>
        <w:br/>
      </w:r>
      <w:r>
        <w:rPr>
          <w:sz w:val="20"/>
        </w:rPr>
        <w:t>34:56  ke mustaqbil mein aisa hoga ke Khuda ka kalam, Khuda ka word yani quran ghar ghar mein dakhil ho jaye.</w:t>
      </w:r>
      <w:r>
        <w:br/>
      </w:r>
      <w:r>
        <w:rPr>
          <w:sz w:val="20"/>
        </w:rPr>
        <w:t>35:00  ab dekhiye yeh dakhil kaise hota? yahan bhi maine kaha ke Khuda history ko manage karta hai.</w:t>
      </w:r>
      <w:r>
        <w:br/>
      </w:r>
      <w:r>
        <w:rPr>
          <w:sz w:val="20"/>
        </w:rPr>
        <w:t>35:05  aisa nahi ke angel ko bhej de woh ja ke drop kar de.</w:t>
      </w:r>
      <w:r>
        <w:br/>
      </w:r>
      <w:r>
        <w:rPr>
          <w:sz w:val="20"/>
        </w:rPr>
        <w:t>35:10  yani har ghar mein quran la ke drop kar de woh.</w:t>
      </w:r>
      <w:r>
        <w:br/>
      </w:r>
      <w:r>
        <w:rPr>
          <w:sz w:val="20"/>
        </w:rPr>
        <w:t>35:14  aisa nahi ho sakta hai woh.</w:t>
      </w:r>
      <w:r>
        <w:br/>
      </w:r>
      <w:r>
        <w:rPr>
          <w:sz w:val="20"/>
        </w:rPr>
        <w:t>35:19  to Khuda ne history ko manage kiya, manage kiya, manage kiya yahan tak ke yeh kaam ho sake.</w:t>
      </w:r>
      <w:r>
        <w:br/>
      </w:r>
      <w:r>
        <w:rPr>
          <w:sz w:val="20"/>
        </w:rPr>
        <w:t>35:25  woh kaise? kalma jo hai yani Allah ke kalam ka har ghar pahunchana woh kya chahta hai? woh</w:t>
      </w:r>
      <w:r>
        <w:br/>
      </w:r>
      <w:r>
        <w:rPr>
          <w:sz w:val="20"/>
        </w:rPr>
        <w:t>35:31  chahta hai printing process. printing process.</w:t>
      </w:r>
      <w:r>
        <w:br/>
      </w:r>
      <w:r>
        <w:rPr>
          <w:sz w:val="20"/>
        </w:rPr>
        <w:t>35:37  yani yeh jo aap dekhte hain yeh akhbar aaj se pehle kahan chhap sakta tha? yeh impossible tha,</w:t>
      </w:r>
      <w:r>
        <w:br/>
      </w:r>
      <w:r>
        <w:rPr>
          <w:sz w:val="20"/>
        </w:rPr>
        <w:t>35:43  na paper tha, na</w:t>
      </w:r>
      <w:r>
        <w:br/>
      </w:r>
      <w:r>
        <w:rPr>
          <w:sz w:val="20"/>
        </w:rPr>
        <w:t>35:49  printing technique thi. to printing technique dunya mein aa jaye. aur kitab ki shakal mein quran chhap sake. is se pehle quran memory mein hota tha. to aap kaise ghar ghar mein dakhil karte? kitne aadmi jatay idhar udhar? to printing press ka zamana aana chahiye tab ja kar ke yeh possible hoga. acha hai is ke baad kya hai? communication ka zamana aana chahiye. pahunche kaise</w:t>
      </w:r>
    </w:p>
    <w:p>
      <w:pPr>
        <w:pStyle w:val="Heading2"/>
      </w:pPr>
      <w:r>
        <w:t>Spains tourism model inspires Quran distribution</w:t>
      </w:r>
    </w:p>
    <w:p>
      <w:r>
        <w:rPr>
          <w:color w:val="666666"/>
          <w:sz w:val="18"/>
        </w:rPr>
        <w:t>Dars-e-Quran, Chapter 2, Verse 47 February 04, 2018 · 5m 59s · at 16:05 · https://youtu.be/f40P0x-Wm24?t=965</w:t>
      </w:r>
    </w:p>
    <w:p>
      <w:r>
        <w:rPr>
          <w:i/>
        </w:rPr>
        <w:t>“Spain mein Aap Spain ki modern history ko parhiye”</w:t>
      </w:r>
    </w:p>
    <w:p>
      <w:r>
        <w:rPr>
          <w:sz w:val="20"/>
        </w:rPr>
        <w:t>16:05  develop karna tha as bator tourist center. is ki aik choti si misaal hum spain mein dekhte hain.</w:t>
      </w:r>
      <w:r>
        <w:br/>
      </w:r>
      <w:r>
        <w:rPr>
          <w:sz w:val="20"/>
        </w:rPr>
        <w:t>16:15  spain mein. aap spain ki modern history ko parhiye to aap discover karenge ke spain bohat hi backward area ban gaya tha.</w:t>
      </w:r>
      <w:r>
        <w:br/>
      </w:r>
      <w:r>
        <w:rPr>
          <w:sz w:val="20"/>
        </w:rPr>
        <w:t>16:31  musalmanon ke ikhraj ke baad bohat backward area ban gaya tha. aur woh qarz par jeeta tha, qarz par.</w:t>
      </w:r>
      <w:r>
        <w:br/>
      </w:r>
      <w:r>
        <w:rPr>
          <w:sz w:val="20"/>
        </w:rPr>
        <w:t>16:42  is ki is ki national income bohat ghat gayi thi. phir spain walon ne discover kiya ke hamara jo ilaaqa hai spain ka, woh to hai aik aik sone ka khazana wahan par hai.</w:t>
      </w:r>
      <w:r>
        <w:br/>
      </w:r>
      <w:r>
        <w:rPr>
          <w:sz w:val="20"/>
        </w:rPr>
        <w:t>17:02  sone ka khazana hai.</w:t>
      </w:r>
      <w:r>
        <w:br/>
      </w:r>
      <w:r>
        <w:rPr>
          <w:sz w:val="20"/>
        </w:rPr>
        <w:t>17:05  yani wahan par roman daur ki woh hain yaadgaarein hain.</w:t>
      </w:r>
      <w:r>
        <w:br/>
      </w:r>
      <w:r>
        <w:rPr>
          <w:sz w:val="20"/>
        </w:rPr>
        <w:t>17:14  phir muslim daur ki yaadgaarein hain. aur yeh sab touriston ke liye bohat bara kashish kasha hua hai.</w:t>
      </w:r>
      <w:r>
        <w:br/>
      </w:r>
      <w:r>
        <w:rPr>
          <w:sz w:val="20"/>
        </w:rPr>
        <w:t>17:24  chunaancha woh is maamle mein yeh kiya ke saare spain ko jahan jahan un ki yaadgaarein theen, bohat aala pemane par develop kiya.</w:t>
      </w:r>
      <w:r>
        <w:br/>
      </w:r>
      <w:r>
        <w:rPr>
          <w:sz w:val="20"/>
        </w:rPr>
        <w:t>17:35  bohat aala pemane par develop kiya. is mein is maamle mein woh aik extent tak gaye ke jo pehla arab ameer abdul rehman dakhil jo dakhil hua tha spain mein, wahan par us hukoomat qaim ki thi us ne.</w:t>
      </w:r>
      <w:r>
        <w:br/>
      </w:r>
      <w:r>
        <w:rPr>
          <w:sz w:val="20"/>
        </w:rPr>
        <w:t>17:55  to woh to woh to attacker tha.</w:t>
      </w:r>
      <w:r>
        <w:br/>
      </w:r>
      <w:r>
        <w:rPr>
          <w:sz w:val="20"/>
        </w:rPr>
        <w:t>18:02  lekin woh aik pehlu yeh hai ke us ne attack kiya tha spain par. doosra pehlu yeh hai ke isi ki wajah se wahan tareekhi adwaar bane. touriston ke liye wahan kashish paida hui.</w:t>
      </w:r>
      <w:r>
        <w:br/>
      </w:r>
      <w:r>
        <w:rPr>
          <w:sz w:val="20"/>
        </w:rPr>
        <w:t>18:15  chunaancha us ko samandar ke sahil par us maqam par us ka statue banaya gaya hai. jo samandar kinare bohat bara statue khara hua hai.</w:t>
      </w:r>
      <w:r>
        <w:br/>
      </w:r>
      <w:r>
        <w:rPr>
          <w:sz w:val="20"/>
        </w:rPr>
        <w:t>18:28  aur khaas baat yeh hai ke is ke haath mein talwar hai. talwar le kar wahan khade hue hain. talwar le ke khade hue hain.</w:t>
      </w:r>
      <w:r>
        <w:br/>
      </w:r>
      <w:r>
        <w:rPr>
          <w:sz w:val="20"/>
        </w:rPr>
        <w:t>18:39  goya yeh batata hai ke dekho hum ne talwar ke zor par spain mein hukoomat qaim ki thi. to bazahir woh aik spain ki tareekh ka aik dhabba tha.</w:t>
      </w:r>
      <w:r>
        <w:br/>
      </w:r>
      <w:r>
        <w:rPr>
          <w:sz w:val="20"/>
        </w:rPr>
        <w:t>18:51  lekin is ka bohat shandaar us ne statue banaya hai. kyunke is ke isi ke naam par to stories aate hain. to yeh aik wisdom hai.</w:t>
      </w:r>
      <w:r>
        <w:br/>
      </w:r>
      <w:r>
        <w:rPr>
          <w:sz w:val="20"/>
        </w:rPr>
        <w:t>19:03  yeh wisdom musalmanon mein honi chahiye. lekin bad qismati se yeh nahi hua. yani musalmanon ko itne ziyada is maamle mein yani woh hain be khabar hain ke tareekhein chalti hain musalmanon mein ke abul hawl ko todo.</w:t>
      </w:r>
      <w:r>
        <w:br/>
      </w:r>
      <w:r>
        <w:rPr>
          <w:sz w:val="20"/>
        </w:rPr>
        <w:t>19:25  aur aaram jo misr mein hai us ko us ko tod ke khatam karo. yeh kitni nadani ki baat hai. aap jante hain ke misr jo hai duniya ki tareekh ka sab se oldest namoona hai.</w:t>
      </w:r>
      <w:r>
        <w:br/>
      </w:r>
      <w:r>
        <w:rPr>
          <w:sz w:val="20"/>
        </w:rPr>
        <w:t>19:42  mein ne is ko dekha hai. waise abul hawl jo hai duniya ki tareekh ka oldest namoona hai. to yeh to touriston ke liye number one attraction hai.</w:t>
      </w:r>
      <w:r>
        <w:br/>
      </w:r>
      <w:r>
        <w:rPr>
          <w:sz w:val="20"/>
        </w:rPr>
        <w:t>19:54  is tarah ki jo cheezein hain is poore area mein woh touriston ke liye bohat zabardast attraction ke baais hain. lekin bilkul mein wahan gaya jo mein ne dekha abul hawl ko aur misr ko to bilkul bari haalat mein hua hai.</w:t>
      </w:r>
      <w:r>
        <w:br/>
      </w:r>
      <w:r>
        <w:rPr>
          <w:sz w:val="20"/>
        </w:rPr>
        <w:t>20:09  koi development nahin. aur is ke baad mein spain jab gaya to bohat shandaar development kiya unhon ne in maqamat ka jahan wahan tareekhi idare hain, yaadgaarein hain.</w:t>
      </w:r>
      <w:r>
        <w:br/>
      </w:r>
      <w:r>
        <w:rPr>
          <w:sz w:val="20"/>
        </w:rPr>
        <w:t>20:26  to yeh jo area hai, is area ko develop karna tha musalmanon ko, ummat e muhammadi ko.</w:t>
      </w:r>
      <w:r>
        <w:br/>
      </w:r>
      <w:r>
        <w:rPr>
          <w:sz w:val="20"/>
        </w:rPr>
        <w:t>20:35  phir saari duniya se tourist wahan toot padte. aur woh kya hota? aap ke liye audience hota. to aap jo paigham pahunchana chahte hain allah ka, woh saari duniya mein aik hi maqam se pahunch jata.</w:t>
      </w:r>
      <w:r>
        <w:br/>
      </w:r>
      <w:r>
        <w:rPr>
          <w:sz w:val="20"/>
        </w:rPr>
        <w:t>20:53  mislaan dekhiye hamara sab se bara kaam yeh hai ke hum quran ka translation har zaban mein tayyar karein.</w:t>
      </w:r>
      <w:r>
        <w:br/>
      </w:r>
      <w:r>
        <w:rPr>
          <w:sz w:val="20"/>
        </w:rPr>
        <w:t>21:05  aur is ko logon tak pahunchayein.</w:t>
      </w:r>
      <w:r>
        <w:br/>
      </w:r>
      <w:r>
        <w:rPr>
          <w:sz w:val="20"/>
        </w:rPr>
        <w:t>21:09  quran ka translation sari dunya ki understandable language mein aala paimane par tayyar karen. is ko taaj tak pahunchayen.</w:t>
      </w:r>
      <w:r>
        <w:br/>
      </w:r>
      <w:r>
        <w:rPr>
          <w:sz w:val="20"/>
        </w:rPr>
        <w:t>21:20  to yeh kitna aasan tha. is area ko agar develop kiya jata to sari dunya ke log wahan toot padte. aur phir aap ke paas har zaban mein, dunya ki har zaban mein chupa hua quran hota.</w:t>
      </w:r>
      <w:r>
        <w:br/>
      </w:r>
      <w:r>
        <w:rPr>
          <w:sz w:val="20"/>
        </w:rPr>
        <w:t>21:35  is ki tarjuma. aur aap free distribution. itna paisa, itna paisa, itna paisa Allah taala ne de diya.</w:t>
      </w:r>
      <w:r>
        <w:br/>
      </w:r>
      <w:r>
        <w:rPr>
          <w:sz w:val="20"/>
        </w:rPr>
        <w:t>21:46  petrol ki shakal mein. ke aap is ko develop kijiye, quran ka tarjuma tayyar kijiye, is ko chhaap kar ke is ko har jagah rakhiye aur free logon ko pahunchaiye.</w:t>
      </w:r>
    </w:p>
    <w:p>
      <w:pPr>
        <w:pStyle w:val="Heading2"/>
      </w:pPr>
      <w:r>
        <w:t>Islam ended kingship leading to democracy</w:t>
      </w:r>
    </w:p>
    <w:p>
      <w:r>
        <w:rPr>
          <w:color w:val="666666"/>
          <w:sz w:val="18"/>
        </w:rPr>
        <w:t>Islam and Democracy January 23, 2011- Maulana Wahiduddin Khan · 6m 04s · at 3:51 · https://youtu.be/MSA29qlrGSo?t=231</w:t>
      </w:r>
    </w:p>
    <w:p>
      <w:r>
        <w:rPr>
          <w:i/>
        </w:rPr>
        <w:t>“Dekhiye, Islam ka aaghaz 610 eseewi mein”</w:t>
      </w:r>
    </w:p>
    <w:p>
      <w:r>
        <w:rPr>
          <w:sz w:val="20"/>
        </w:rPr>
        <w:t>3:51  dekhein, islam ka aaghaz jo hua hai 610 isvi mein, is se pehle sari duniya mein kingship thi.</w:t>
      </w:r>
      <w:r>
        <w:br/>
      </w:r>
      <w:r>
        <w:rPr>
          <w:sz w:val="20"/>
        </w:rPr>
        <w:t>4:01  kahin empire tha, kahin tribal chief hua karte thay. woh sab kingship hi ki choti bari sooraten thi.</w:t>
      </w:r>
      <w:r>
        <w:br/>
      </w:r>
      <w:r>
        <w:rPr>
          <w:sz w:val="20"/>
        </w:rPr>
        <w:t>4:13  to kingship mein kya tha ke equality khatam ho gayi thi. yani ek jo head hai,</w:t>
      </w:r>
      <w:r>
        <w:br/>
      </w:r>
      <w:r>
        <w:rPr>
          <w:sz w:val="20"/>
        </w:rPr>
        <w:t>4:24  ek aadmi jo political head hai ya jo ruler hai, to uska to darja bohat bara hai: "the king can do no wrong." lekin doosre log jo us ke subject thay,</w:t>
      </w:r>
      <w:r>
        <w:br/>
      </w:r>
      <w:r>
        <w:rPr>
          <w:sz w:val="20"/>
        </w:rPr>
        <w:t>4:44  subject thay, riaya thay, yeh thi inequality. yeh kingship ki wajah se qaim ho gayi thi sari duniya mein, hazaron saal se.</w:t>
      </w:r>
      <w:r>
        <w:br/>
      </w:r>
      <w:r>
        <w:rPr>
          <w:sz w:val="20"/>
        </w:rPr>
        <w:t>4:57  is inequality ki wajah se duniya mein taraqqi ka amal ruk gaya tha. kyunke sochne ka kaam sirf ek aadmi kar sakta tha jo baitha hua hai throne par.</w:t>
      </w:r>
      <w:r>
        <w:br/>
      </w:r>
      <w:r>
        <w:rPr>
          <w:sz w:val="20"/>
        </w:rPr>
        <w:t>5:11  baqi logon ko kuch sochna nahi hai. ad-din alamun-nas wala din malukin.</w:t>
      </w:r>
      <w:r>
        <w:br/>
      </w:r>
      <w:r>
        <w:rPr>
          <w:sz w:val="20"/>
        </w:rPr>
        <w:t>5:22  kaha jata hai ke roman empire do hazar saal tak qaim rahi duniya mein. do hazar saal tak rule kiya roman empire, roman emperors ne.</w:t>
      </w:r>
      <w:r>
        <w:br/>
      </w:r>
      <w:r>
        <w:rPr>
          <w:sz w:val="20"/>
        </w:rPr>
        <w:t>5:36  is do hazar saal mein koi bhi development na hua scientific, kuch bhi nahi. kyun?</w:t>
      </w:r>
      <w:r>
        <w:br/>
      </w:r>
      <w:r>
        <w:rPr>
          <w:sz w:val="20"/>
        </w:rPr>
        <w:t>5:46  inequality jo hoti hai ya adam masawaat jo hoti hai, is mein sochne ka kaam</w:t>
      </w:r>
      <w:r>
        <w:br/>
      </w:r>
      <w:r>
        <w:rPr>
          <w:sz w:val="20"/>
        </w:rPr>
        <w:t>5:56  jo hai woh, yaani rulers ki barabari ban jati hai. jo power mein hai woh soche, baqi log jo hain sirf us ke subject hain bas.</w:t>
      </w:r>
      <w:r>
        <w:br/>
      </w:r>
      <w:r>
        <w:rPr>
          <w:sz w:val="20"/>
        </w:rPr>
        <w:t>6:09  to intellectual development ruka hua tha.</w:t>
      </w:r>
      <w:r>
        <w:br/>
      </w:r>
      <w:r>
        <w:rPr>
          <w:sz w:val="20"/>
        </w:rPr>
        <w:t>6:15  islam ne pehli baar aisa kiya tareekh mein ke kingship ko khatam kiya.</w:t>
      </w:r>
      <w:r>
        <w:br/>
      </w:r>
      <w:r>
        <w:rPr>
          <w:sz w:val="20"/>
        </w:rPr>
        <w:t>6:21  dekhen, is zamane mein do sab se bare empire thay jo ke represent kar rahe thay kingship ke daur ko.</w:t>
      </w:r>
      <w:r>
        <w:br/>
      </w:r>
      <w:r>
        <w:rPr>
          <w:sz w:val="20"/>
        </w:rPr>
        <w:t>6:31  ek tha roman empire, ek tha sasani empire. jo dono ke dono ka jo center tha woh arab ke paros mein tha.</w:t>
      </w:r>
      <w:r>
        <w:br/>
      </w:r>
      <w:r>
        <w:rPr>
          <w:sz w:val="20"/>
        </w:rPr>
        <w:t>6:45  to un se takrao ho gaya. yaani islam ne ya ahl-e-islam ne us zamane mein un par koi attack nahi kiya tha, unhon ne aghaz kiya.</w:t>
      </w:r>
      <w:r>
        <w:br/>
      </w:r>
      <w:r>
        <w:rPr>
          <w:sz w:val="20"/>
        </w:rPr>
        <w:t>6:58  to ek defensive war thi woh dono ke khilaf. is mein kya hua ke dono empire toot gaye.</w:t>
      </w:r>
      <w:r>
        <w:br/>
      </w:r>
      <w:r>
        <w:rPr>
          <w:sz w:val="20"/>
        </w:rPr>
        <w:t>7:08  roman empire bhi, sasani empire bhi.</w:t>
      </w:r>
      <w:r>
        <w:br/>
      </w:r>
      <w:r>
        <w:rPr>
          <w:sz w:val="20"/>
        </w:rPr>
        <w:t>7:15  jisko bible mein in alfaz mein, yaani is tareekhi andaaz mein kaha gaya hai ke abdi chattanen toot gayeen. yahan chattanen se murad hai political chattanen.</w:t>
      </w:r>
      <w:r>
        <w:br/>
      </w:r>
      <w:r>
        <w:rPr>
          <w:sz w:val="20"/>
        </w:rPr>
        <w:t>7:29  yahan se ek naye daur ka aghaz hua. insani barabari ka daur, equality ka daur. yaani har insan ko haq hai ke woh contribute kare insani taraqqi mein,</w:t>
      </w:r>
      <w:r>
        <w:br/>
      </w:r>
      <w:r>
        <w:rPr>
          <w:sz w:val="20"/>
        </w:rPr>
        <w:t>7:45  human development mein. har insan ko haq hai ke woh soche, woh contribute kare. dekhen, equality sirf ek moral subject nahi hai.</w:t>
      </w:r>
      <w:r>
        <w:br/>
      </w:r>
      <w:r>
        <w:rPr>
          <w:sz w:val="20"/>
        </w:rPr>
        <w:t>7:57  barabari ke mani simply equal, simply yaani, yaani ikhlaqi barabari nahi hai, matlab is ka hai. barabari ke mani hain ke har insan ko haq hai ke woh contribute kare human development mein.</w:t>
      </w:r>
      <w:r>
        <w:br/>
      </w:r>
      <w:r>
        <w:rPr>
          <w:sz w:val="20"/>
        </w:rPr>
        <w:t>8:11  har insan ko haq hai ke woh soche aur de jo us ke paas dene ke liye hai. yeh shuru hua is islami inqalab ke baad.</w:t>
      </w:r>
      <w:r>
        <w:br/>
      </w:r>
      <w:r>
        <w:rPr>
          <w:sz w:val="20"/>
        </w:rPr>
        <w:t>8:24  lekin aap jante hain ke koi bhi history mein koi bhi development achaanak nahi hota hai. ek process ke roop mein aata hai.</w:t>
      </w:r>
      <w:r>
        <w:br/>
      </w:r>
      <w:r>
        <w:rPr>
          <w:sz w:val="20"/>
        </w:rPr>
        <w:t>8:38  ek individual to achaanak apna apna aqeedah badal sakta hai. ke kal mera religion, main religion a par tha, aaj main religion b ko le liya maine.</w:t>
      </w:r>
      <w:r>
        <w:br/>
      </w:r>
      <w:r>
        <w:rPr>
          <w:sz w:val="20"/>
        </w:rPr>
        <w:t>8:51  to ek individual mein achaanak aisa conversion ho sakta hai. lekin poori history mein badlao, poori society mein badlao, aisa nahi hua karta woh.</w:t>
      </w:r>
      <w:r>
        <w:br/>
      </w:r>
      <w:r>
        <w:rPr>
          <w:sz w:val="20"/>
        </w:rPr>
        <w:t>9:02  hamesha aisa hota hai ke ek process ke roop mein hota hai. to islam ne jab toda kingship ko to is ka matlab yeh nahi tha ke poori history achaanak wajood mein aa gayi.</w:t>
      </w:r>
      <w:r>
        <w:br/>
      </w:r>
      <w:r>
        <w:rPr>
          <w:sz w:val="20"/>
        </w:rPr>
        <w:t>9:16  is ka matlab yeh tha ke ek process shuru hua hai change ka, change ka process.</w:t>
      </w:r>
      <w:r>
        <w:br/>
      </w:r>
      <w:r>
        <w:rPr>
          <w:sz w:val="20"/>
        </w:rPr>
        <w:t>9:24  tabdeeli ka ek amal shuru hua.</w:t>
      </w:r>
      <w:r>
        <w:br/>
      </w:r>
      <w:r>
        <w:rPr>
          <w:sz w:val="20"/>
        </w:rPr>
        <w:t>9:29  isi culmination tha woh waqea jo france mein hua. democracy ke inqalab ki soorat mein.</w:t>
      </w:r>
      <w:r>
        <w:br/>
      </w:r>
      <w:r>
        <w:rPr>
          <w:sz w:val="20"/>
        </w:rPr>
        <w:t>9:39  log samajhte hain ke democracy jo hai france mein shuru hui. nahi. france mein is process ka culmination hua. jis ka shuru shuru kiya tha yaani arab ke revolution ne.</w:t>
      </w:r>
    </w:p>
    <w:p>
      <w:pPr>
        <w:pStyle w:val="Heading2"/>
      </w:pPr>
      <w:r>
        <w:t>Man designed for Paradise, chasing ideals never found on earth</w:t>
      </w:r>
    </w:p>
    <w:p>
      <w:r>
        <w:rPr>
          <w:color w:val="666666"/>
          <w:sz w:val="18"/>
        </w:rPr>
        <w:t>The Search of Man July 7, 2013 · 5m 36s · at 7:21 · https://youtu.be/44_ud_OInuU?t=441</w:t>
      </w:r>
    </w:p>
    <w:p>
      <w:r>
        <w:rPr>
          <w:i/>
        </w:rPr>
        <w:t>“I looked at my own hand and had a strange realization”</w:t>
      </w:r>
    </w:p>
    <w:p>
      <w:r>
        <w:rPr>
          <w:sz w:val="20"/>
        </w:rPr>
        <w:t>7:21  To maine socha apna haath, apna paon, apna dimaagh, apni aankh, apni kaan. To ek ajeeb cheez ka ehsaas hua. Maine kaha ke insaan</w:t>
      </w:r>
      <w:r>
        <w:br/>
      </w:r>
      <w:r>
        <w:rPr>
          <w:sz w:val="20"/>
        </w:rPr>
        <w:t>7:35  ki design jo ki gayi hai, design woh ki gayi hai paradise ke liye. Aap sochiye jo kuch hum desire hamari hai, duniya poori nahi hoti.</w:t>
      </w:r>
      <w:r>
        <w:br/>
      </w:r>
      <w:r>
        <w:rPr>
          <w:sz w:val="20"/>
        </w:rPr>
        <w:t>7:49  Jis tarah ke hum saathi chahte hain, woh sari duniya milte nahi hain hum ko. Yaani har aitbaar se hum chahte hain apni desire ko poora karna.</w:t>
      </w:r>
      <w:r>
        <w:br/>
      </w:r>
      <w:r>
        <w:rPr>
          <w:sz w:val="20"/>
        </w:rPr>
        <w:t>8:01  Magar desire ka jo test hai hamare andar, is test ki satah par hamari koi desire poori nahi hoti. Hum mar jaate hain.</w:t>
      </w:r>
      <w:r>
        <w:br/>
      </w:r>
      <w:r>
        <w:rPr>
          <w:sz w:val="20"/>
        </w:rPr>
        <w:t>8:12  To isi ko maine socha ke yaani</w:t>
      </w:r>
      <w:r>
        <w:br/>
      </w:r>
      <w:r>
        <w:rPr>
          <w:sz w:val="20"/>
        </w:rPr>
        <w:t>8:20  Man ki man ki design jo ki gayi hai, woh jannat ke liye aur woh ghair jannat mein pada hua hai.</w:t>
      </w:r>
      <w:r>
        <w:br/>
      </w:r>
      <w:r>
        <w:rPr>
          <w:sz w:val="20"/>
        </w:rPr>
        <w:t>8:29  Yaani mere paon is liye design kiye gaye hain ke woh behtareen zameen par chalein. Lekin woh behtareen zameen mujh ko nahi milti.</w:t>
      </w:r>
      <w:r>
        <w:br/>
      </w:r>
      <w:r>
        <w:rPr>
          <w:sz w:val="20"/>
        </w:rPr>
        <w:t>8:39  Mere haath banaye gaye hain ke behtareen cheez ko pakadein, magar woh behtareen cheez mujhe nahi milti. Meri aankh banayi gayi hai ke main behtareen manazir ko dekhoon, behtareen scene ko, magar woh scene mujhe nahi milta dekhne ke liye.</w:t>
      </w:r>
      <w:r>
        <w:br/>
      </w:r>
      <w:r>
        <w:rPr>
          <w:sz w:val="20"/>
        </w:rPr>
        <w:t>8:55  mere kaan banaye gaye hain behtareen aawazon ko sunne ke liye, magar woh aawazein mujhe nahin milti sunne ke liye.</w:t>
      </w:r>
      <w:r>
        <w:br/>
      </w:r>
      <w:r>
        <w:rPr>
          <w:sz w:val="20"/>
        </w:rPr>
        <w:t>9:06  yani mind was designed according to the paradise, magar woh apni chahta hai, aap kahan chah pata hai apne aap ko?</w:t>
      </w:r>
      <w:r>
        <w:br/>
      </w:r>
      <w:r>
        <w:rPr>
          <w:sz w:val="20"/>
        </w:rPr>
        <w:t>9:20  ek aur duniya mein jahan uski koi bhi desire poori nahin hoti. To maine socha ke insaan ka jo habitat hai, habitat woh to hai paradise.</w:t>
      </w:r>
      <w:r>
        <w:br/>
      </w:r>
      <w:r>
        <w:rPr>
          <w:sz w:val="20"/>
        </w:rPr>
        <w:t>9:35  insaan ka jo habitat hai, woh paradise hai. Lekin insaan ko uske habitat se door phenk diya gaya hai. Just like fish.</w:t>
      </w:r>
      <w:r>
        <w:br/>
      </w:r>
      <w:r>
        <w:rPr>
          <w:sz w:val="20"/>
        </w:rPr>
        <w:t>9:47  kabhi aap ne dekha hoga machhli ko pani se bahar tadapte hue? To kyun tadapti hai? Usko uske habitat se bahar daal diya gaya hai.</w:t>
      </w:r>
      <w:r>
        <w:br/>
      </w:r>
      <w:r>
        <w:rPr>
          <w:sz w:val="20"/>
        </w:rPr>
        <w:t>10:00  yeh insaan ka haal hai.</w:t>
      </w:r>
      <w:r>
        <w:br/>
      </w:r>
      <w:r>
        <w:rPr>
          <w:sz w:val="20"/>
        </w:rPr>
        <w:t>10:02  insaan ko Allah taala ne paida kiya aur uske habitat se bahar daal diya. Yeh matlab hai is surah ka: "Pati ne wazeitoon wa toor seenin wahad al balad al ameen laqad khalaqna al insana fi yus taqeem Allah allazeena amanoo wa al salata mamnoon".</w:t>
      </w:r>
      <w:r>
        <w:br/>
      </w:r>
      <w:r>
        <w:rPr>
          <w:sz w:val="20"/>
        </w:rPr>
        <w:t>10:29  iska mat</w:t>
      </w:r>
      <w:r>
        <w:br/>
      </w:r>
      <w:r>
        <w:rPr>
          <w:sz w:val="20"/>
        </w:rPr>
        <w:t>10:30  lab kya hai? Iska matlab yahi hai ke insaan ko paida kiya,</w:t>
      </w:r>
      <w:r>
        <w:br/>
      </w:r>
      <w:r>
        <w:rPr>
          <w:sz w:val="20"/>
        </w:rPr>
        <w:t>10:36  uski jo design ki gayi hai, woh jannat ko le kar ki gayi hai.</w:t>
      </w:r>
      <w:r>
        <w:br/>
      </w:r>
      <w:r>
        <w:rPr>
          <w:sz w:val="20"/>
        </w:rPr>
        <w:t>10:44  jannat insaan ka haqeeqi jo habitat hai, woh jannat hai. Lekin apne aap ko har lamha pata hai jannat apne habitat se bahar.</w:t>
      </w:r>
      <w:r>
        <w:br/>
      </w:r>
      <w:r>
        <w:rPr>
          <w:sz w:val="20"/>
        </w:rPr>
        <w:t>10:55  har insaan apne habitat ke liye tadapta rehta hai, jaise machhli tadapti rehti hai aur uske baad mar jata hai.</w:t>
      </w:r>
      <w:r>
        <w:br/>
      </w:r>
      <w:r>
        <w:rPr>
          <w:sz w:val="20"/>
        </w:rPr>
        <w:t>11:05  yeh sab sochte hue phir mujhe yaad aaya ke shaitan ka harba kya hai? Uski tadbeer kya hai? To Quran mein shaitan ne kaha hai ke uska harba hai tazeen, tazeen, beautification.</w:t>
      </w:r>
      <w:r>
        <w:br/>
      </w:r>
      <w:r>
        <w:rPr>
          <w:sz w:val="20"/>
        </w:rPr>
        <w:t>11:26  yani</w:t>
      </w:r>
      <w:r>
        <w:br/>
      </w:r>
      <w:r>
        <w:rPr>
          <w:sz w:val="20"/>
        </w:rPr>
        <w:t>11:35  cheezon ko beautify karna aur achhi achhi tamanna miljhna usko. To yeh kya cheez hai? Yeh yeh tazeen kya hai?</w:t>
      </w:r>
      <w:r>
        <w:br/>
      </w:r>
      <w:r>
        <w:rPr>
          <w:sz w:val="20"/>
        </w:rPr>
        <w:t>11:48  yeh tazeen kya hai?</w:t>
      </w:r>
      <w:r>
        <w:br/>
      </w:r>
      <w:r>
        <w:rPr>
          <w:sz w:val="20"/>
        </w:rPr>
        <w:t>11:50  tafseeron mein yeh cheez lagti hai bohat hi ambiguous, clear nahin hai. Clear nahin hai. Dekhiye, yeh tazeen jo hai, is par maine bohat socha.</w:t>
      </w:r>
      <w:r>
        <w:br/>
      </w:r>
      <w:r>
        <w:rPr>
          <w:sz w:val="20"/>
        </w:rPr>
        <w:t>12:05  tazeen se murad hai ideals. Insaan ke andar jo ideals hain, uski talash mein daudna.</w:t>
      </w:r>
      <w:r>
        <w:br/>
      </w:r>
      <w:r>
        <w:rPr>
          <w:sz w:val="20"/>
        </w:rPr>
        <w:t>12:16  ideal ki talash. Har aadmi ko shaitan ne ideal ki talash mein laga rakha hai. Yahi hai tazeen.</w:t>
      </w:r>
      <w:r>
        <w:br/>
      </w:r>
      <w:r>
        <w:rPr>
          <w:sz w:val="20"/>
        </w:rPr>
        <w:t>12:26  achha, yeh ideal duniya mein milne wala nahin hai. Kyunke duniya insaan ki habitat nahin hai. Yeh duniya insaan ki habitat nahin hai.</w:t>
      </w:r>
      <w:r>
        <w:br/>
      </w:r>
      <w:r>
        <w:rPr>
          <w:sz w:val="20"/>
        </w:rPr>
        <w:t>12:38  to na to fard ko milta, na kisi leader ko ya kisi movement ko milta.</w:t>
      </w:r>
      <w:r>
        <w:br/>
      </w:r>
      <w:r>
        <w:rPr>
          <w:sz w:val="20"/>
        </w:rPr>
        <w:t>12:49  sab ek aise ideal ki talash mein hain jo ke duniya mein sarr se achievable nahin.</w:t>
      </w:r>
    </w:p>
    <w:p>
      <w:pPr>
        <w:pStyle w:val="Heading2"/>
      </w:pPr>
      <w:r>
        <w:t>why God tests us: the principle of elimination</w:t>
      </w:r>
    </w:p>
    <w:p>
      <w:r>
        <w:rPr>
          <w:color w:val="666666"/>
          <w:sz w:val="18"/>
        </w:rPr>
        <w:t>Freedom of Thought in Islam 23 October, 2011 · 4m 27s · at 1:06:35 · https://youtu.be/aGbxRNNOKzo?t=3995</w:t>
      </w:r>
    </w:p>
    <w:p>
      <w:r>
        <w:rPr>
          <w:i/>
        </w:rPr>
        <w:t>“Science has a formula called the Principle of Elimination”</w:t>
      </w:r>
    </w:p>
    <w:p>
      <w:r>
        <w:rPr>
          <w:sz w:val="20"/>
        </w:rPr>
        <w:t>1:06:35  lekin aap ko karna kya hai? science mein ek formula hai, us ko kehte hain Principle of Elimination.</w:t>
      </w:r>
      <w:r>
        <w:br/>
      </w:r>
      <w:r>
        <w:rPr>
          <w:sz w:val="20"/>
        </w:rPr>
        <w:t>1:06:44  yani kuch sawal aise hote hain, un ko aap ko yani chhodna padta hai, ignore karna padta hai. warna aap kahin nahin pahunchen.</w:t>
      </w:r>
      <w:r>
        <w:br/>
      </w:r>
      <w:r>
        <w:rPr>
          <w:sz w:val="20"/>
        </w:rPr>
        <w:t>1:06:55  farz kijiye ke aap Dilli mein hain, aap ko jaana hai Kanpur. to har waqt yeh andesha hai ke main train se jaaun to kahin train jo hai, patri se utar jaaye.</w:t>
      </w:r>
      <w:r>
        <w:br/>
      </w:r>
      <w:r>
        <w:rPr>
          <w:sz w:val="20"/>
        </w:rPr>
        <w:t>1:07:07  kahin earth quake aa jaaye. kahin woh storm aa jaaye. to kya aap safar nahin karenge? is ko eliminate karte hain aap, is sawalat ko.</w:t>
      </w:r>
      <w:r>
        <w:br/>
      </w:r>
      <w:r>
        <w:rPr>
          <w:sz w:val="20"/>
        </w:rPr>
        <w:t>1:07:19  Eliminate karte hain.</w:t>
      </w:r>
      <w:r>
        <w:br/>
      </w:r>
      <w:r>
        <w:rPr>
          <w:sz w:val="20"/>
        </w:rPr>
        <w:t>1:07:21  har maamle mein, isi ki baat nahin hai, har maamle mein hazaron sawal hain. Side questions. is ko aap eliminate karte hain to duniya mein zinda hain.</w:t>
      </w:r>
      <w:r>
        <w:br/>
      </w:r>
      <w:r>
        <w:rPr>
          <w:sz w:val="20"/>
        </w:rPr>
        <w:t>1:07:31  to yeh ek side question hai. asal baat jo sochne ki, us par focus hona chahiye, woh kya hai? ke Allah taala ne kitni badi mere saath yani rehmat ki hai.</w:t>
      </w:r>
      <w:r>
        <w:br/>
      </w:r>
      <w:r>
        <w:rPr>
          <w:sz w:val="20"/>
        </w:rPr>
        <w:t>1:07:45  ke mujhe paida kiya jabke main mera wajood nahin tha.</w:t>
      </w:r>
      <w:r>
        <w:br/>
      </w:r>
      <w:r>
        <w:rPr>
          <w:sz w:val="20"/>
        </w:rPr>
        <w:t>1:07:49  ek duniya mein rakha, saath sau saal, pachas saal, assi saal ke liye. aur mujhe sirf itna karna hai ke azaadi ko miss use na karun.</w:t>
      </w:r>
      <w:r>
        <w:br/>
      </w:r>
      <w:r>
        <w:rPr>
          <w:sz w:val="20"/>
        </w:rPr>
        <w:t>1:08:01  aur is ke baad mujhe eternal paradise milegi.</w:t>
      </w:r>
      <w:r>
        <w:br/>
      </w:r>
      <w:r>
        <w:rPr>
          <w:sz w:val="20"/>
        </w:rPr>
        <w:t>1:08:07  main ek shakhs se mila ek baar, jo padh raha tha university mein. to ek kamre mein raat din rehta tha woh. us ko zaroor tha ke mujhe top karna hai.</w:t>
      </w:r>
      <w:r>
        <w:br/>
      </w:r>
      <w:r>
        <w:rPr>
          <w:sz w:val="20"/>
        </w:rPr>
        <w:t>1:08:18  top karna hai. bade bade baal ho gaye the, baal nahin banwata tha woh.</w:t>
      </w:r>
      <w:r>
        <w:br/>
      </w:r>
      <w:r>
        <w:rPr>
          <w:sz w:val="20"/>
        </w:rPr>
        <w:t>1:08:25  yani bilkul neat bana hua tha us zamane mein woh. to main ne us se poocha ke bhai, aap ki haalat hai aisi?</w:t>
      </w:r>
      <w:r>
        <w:br/>
      </w:r>
      <w:r>
        <w:rPr>
          <w:sz w:val="20"/>
        </w:rPr>
        <w:t>1:08:34  to yeh aap ko kaisa lagta hai yeh?</w:t>
      </w:r>
      <w:r>
        <w:br/>
      </w:r>
      <w:r>
        <w:rPr>
          <w:sz w:val="20"/>
        </w:rPr>
        <w:t>1:08:37  to us ne kaha, yeh baat kahi ke jab main yeh sochta hoon ke jis din main top karunga, us din foran mere taraqqi ke darwaze khul jayenge. to sab bhool jaata hai, pareshani bhool jaati hai.</w:t>
      </w:r>
      <w:r>
        <w:br/>
      </w:r>
      <w:r>
        <w:rPr>
          <w:sz w:val="20"/>
        </w:rPr>
        <w:t>1:08:51  agar woh yeh sochta ke kahin mar jaaun beech mein, ya hadsa ho jaaye, ke falan baat ho jaaye. to usi mein phansa rehta hai woh.</w:t>
      </w:r>
      <w:r>
        <w:br/>
      </w:r>
      <w:r>
        <w:rPr>
          <w:sz w:val="20"/>
        </w:rPr>
        <w:t>1:09:00  dekhen, side question mein phansna, yeh us ka naam hai confusion. yaad rakhiye.</w:t>
      </w:r>
      <w:r>
        <w:br/>
      </w:r>
      <w:r>
        <w:rPr>
          <w:sz w:val="20"/>
        </w:rPr>
        <w:t>1:09:05  Side question hamesha hi hote hain. kisi bhi cheez mein. agar aap side question mein phans jaayen to aap zinda reh rahe hain. aap shaadi na karen. aap bachchon ko na padhayen.</w:t>
      </w:r>
      <w:r>
        <w:br/>
      </w:r>
      <w:r>
        <w:rPr>
          <w:sz w:val="20"/>
        </w:rPr>
        <w:t>1:09:13  aap business na karen. aap job na karen. kyun ke har jagah side question maujood hai. to yeh science mein yahi hota hai ke aaj scientist jab aap kisi cheez ki tehqeeq karta hai to bahut si cheezen darmiyan mein aati hain.</w:t>
      </w:r>
      <w:r>
        <w:br/>
      </w:r>
      <w:r>
        <w:rPr>
          <w:sz w:val="20"/>
        </w:rPr>
        <w:t>1:09:27  ek cheezen jo hain, amal ke bete roop mein hain. mil juli roop mein hain.</w:t>
      </w:r>
      <w:r>
        <w:br/>
      </w:r>
      <w:r>
        <w:rPr>
          <w:sz w:val="20"/>
        </w:rPr>
        <w:t>1:09:33  science-daan ek cheez ki tehqeeq kar raha hai. to beech mein doosri cheezein aati hain. jiska talluq chemistry se hai, uska talluq biology se hai, uska talluq physics se hai, uska talluq is se hai, is se hai, is chhodta jaata hai.</w:t>
      </w:r>
      <w:r>
        <w:br/>
      </w:r>
      <w:r>
        <w:rPr>
          <w:sz w:val="20"/>
        </w:rPr>
        <w:t>1:09:45  is ek cheez tak safar karta hai woh. tab woh tehqeeq kar paata hai. jisko kehte hain Principle of Elimination. to aap ko yeh karna hai, yahan bhi karna hai.</w:t>
      </w:r>
      <w:r>
        <w:br/>
      </w:r>
      <w:r>
        <w:rPr>
          <w:sz w:val="20"/>
        </w:rPr>
        <w:t>1:09:57  Side questions ko aap ko ignore karna padega. nahin to phanse rahenge, phanse rahenge, kuch nahin hoga.</w:t>
      </w:r>
      <w:r>
        <w:br/>
      </w:r>
      <w:r>
        <w:rPr>
          <w:sz w:val="20"/>
        </w:rPr>
        <w:t>1:10:04  aur sawal yeh hai ke aap isi mein kyon itna zyada? main kehta hoon, aap ki zindagi mein kaun sa maamla aisa hai jahan yeh sab sawal na hon aur us ko eliminate na kiya ho aap ne?</w:t>
      </w:r>
      <w:r>
        <w:br/>
      </w:r>
      <w:r>
        <w:rPr>
          <w:sz w:val="20"/>
        </w:rPr>
        <w:t>1:10:15  jab aap ne business ki hogi, jab aap ne parha hoga, jab aap ne job kiya hoga, jab aap ne shadi ki hogi, jab aap ne bachche ko school mein dakhil kiya hoga, jab aap ne safar kiya hoga, har jagah aise sawal the.</w:t>
      </w:r>
      <w:r>
        <w:br/>
      </w:r>
      <w:r>
        <w:rPr>
          <w:sz w:val="20"/>
        </w:rPr>
        <w:t>1:10:27  aaj bhi aise sawal hain. to aap us ko eliminate karte hain. apne jo aap ka goal hai, us mein badhte rehte hain, badhte rehte hain, badhte rehte hain.</w:t>
      </w:r>
      <w:r>
        <w:br/>
      </w:r>
      <w:r>
        <w:rPr>
          <w:sz w:val="20"/>
        </w:rPr>
        <w:t>1:10:37  to yeh side question yaani Principle of Elimination, yeh universal principle hai. har aadmi is par karta hi karta hai, amal na kare to paagal ho jaye.</w:t>
      </w:r>
      <w:r>
        <w:br/>
      </w:r>
      <w:r>
        <w:rPr>
          <w:sz w:val="20"/>
        </w:rPr>
        <w:t>1:10:49  to main kahunga, sirf yeh sochiye ke kaisa ajeeb mauqa diya Allah taala ne mujh ko ke main ek sirf ek cheez ko, ek ek cheez saabit kar doon apni zindagi mein.</w:t>
      </w:r>
    </w:p>
    <w:p>
      <w:pPr>
        <w:pStyle w:val="Heading2"/>
      </w:pPr>
      <w:r>
        <w:t>Historical context of the Prophet's wars as a persecution era</w:t>
      </w:r>
    </w:p>
    <w:p>
      <w:r>
        <w:rPr>
          <w:color w:val="666666"/>
          <w:sz w:val="18"/>
        </w:rPr>
        <w:t>Culture of Peace and Non Voilence in Islam January 14, 2023 · 5m 09s · at 27:12 · https://youtu.be/INrBUtThaRw?t=1632</w:t>
      </w:r>
    </w:p>
    <w:p>
      <w:r>
        <w:rPr>
          <w:i/>
        </w:rPr>
        <w:t>“Islamic history mein jo wars hui, wo alag hi era tha”</w:t>
      </w:r>
    </w:p>
    <w:p>
      <w:r>
        <w:rPr>
          <w:sz w:val="20"/>
        </w:rPr>
        <w:t>27:12  aah, acha, apa, yahan pe ek sawal yeh bhi aata hai ke "we do see in islamic history that there were wars that were fought during the time of the prophet".</w:t>
      </w:r>
      <w:r>
        <w:br/>
      </w:r>
      <w:r>
        <w:rPr>
          <w:sz w:val="20"/>
        </w:rPr>
        <w:t>27:22  to is ko aap kaise explain kareen</w:t>
      </w:r>
      <w:r>
        <w:br/>
      </w:r>
      <w:r>
        <w:rPr>
          <w:sz w:val="20"/>
        </w:rPr>
        <w:t>27:24  ge? kyunke aksar log in wars ka hi hawala dete hain, and they take things out of context. so, how would you explain that?</w:t>
      </w:r>
      <w:r>
        <w:br/>
      </w:r>
      <w:r>
        <w:rPr>
          <w:sz w:val="20"/>
        </w:rPr>
        <w:t>27:35  maulana, yeh kitaab hai "aman-e-alam", is mein yeh saari baaton par bohat detail mein discuss kiya gaya hai. to is mein hai ke "non-violence is the rule in islam, and war is only an exception".</w:t>
      </w:r>
      <w:r>
        <w:br/>
      </w:r>
      <w:r>
        <w:rPr>
          <w:sz w:val="20"/>
        </w:rPr>
        <w:t>27:50  to asal mein to non-violence aur peace hi islam ki base hai, lekin jangain kuch huin.</w:t>
      </w:r>
      <w:r>
        <w:br/>
      </w:r>
      <w:r>
        <w:rPr>
          <w:sz w:val="20"/>
        </w:rPr>
        <w:t>27:59  wo jangon ki wo ek practical reasons hain, kyunke wo zamani reasons hain, wo zamana tha religious persecution ka.</w:t>
      </w:r>
      <w:r>
        <w:br/>
      </w:r>
      <w:r>
        <w:rPr>
          <w:sz w:val="20"/>
        </w:rPr>
        <w:t>28:10  to aap koi bhi nayi baat, aap koi bhi nayi baat society mein kahe karte thay to log aap ke khilaaf ho jatay thay. khali mazhabi nahi, wo ek greek mathematician tha, scientist tha,</w:t>
      </w:r>
      <w:r>
        <w:br/>
      </w:r>
      <w:r>
        <w:rPr>
          <w:sz w:val="20"/>
        </w:rPr>
        <w:t>28:24  archimedes, jahan tak mujhe yaad hai. to wo rait mein koi maths ka kuch formula rait mein likh raha</w:t>
      </w:r>
      <w:r>
        <w:br/>
      </w:r>
      <w:r>
        <w:rPr>
          <w:sz w:val="20"/>
        </w:rPr>
        <w:t>28:33  tha. ab logon ne samjha yeh pata nahi kya nayi cheez is ne nikali hai, matlab innovation jo hai, is se log bohat zyada badaktay thay.</w:t>
      </w:r>
      <w:r>
        <w:br/>
      </w:r>
      <w:r>
        <w:rPr>
          <w:sz w:val="20"/>
        </w:rPr>
        <w:t>28:42  to us wahin us ko maar diya aur tamam baray baray greek scientist ko, philosopherz ko, zyada tar ko mara hi gaya. wo wo age factor hai.</w:t>
      </w:r>
      <w:r>
        <w:br/>
      </w:r>
      <w:r>
        <w:rPr>
          <w:sz w:val="20"/>
        </w:rPr>
        <w:t>28:52  plato ko zehar ka piyala pilaya gaya ke hamare youth ko, aah, kharab kar raha hai.</w:t>
      </w:r>
      <w:r>
        <w:br/>
      </w:r>
      <w:r>
        <w:rPr>
          <w:sz w:val="20"/>
        </w:rPr>
        <w:t>28:58  aur wo jo baatein batatay thay, aah, us se logon ne samjha ke youth jo hain, fail karein ge ke hum free hain, hum kuch bhi bol sakte hain.</w:t>
      </w:r>
      <w:r>
        <w:br/>
      </w:r>
      <w:r>
        <w:rPr>
          <w:sz w:val="20"/>
        </w:rPr>
        <w:t>29:08  ek Noshirwan bohat hi adil badshah tha, to ek din us ne apne court mein kaha ke agar hamari policies se kisi ko ikhtilaf ho to wo yahan bata sakta hai.</w:t>
      </w:r>
      <w:r>
        <w:br/>
      </w:r>
      <w:r>
        <w:rPr>
          <w:sz w:val="20"/>
        </w:rPr>
        <w:t>29:21  us ne khud invite kiya.</w:t>
      </w:r>
      <w:r>
        <w:br/>
      </w:r>
      <w:r>
        <w:rPr>
          <w:sz w:val="20"/>
        </w:rPr>
        <w:t>29:23  to ek aadmi zara seedha tha, us zamane mein badshah ke khilaaf to koi bol hi nahi sakta tha. ek aadmi zara seedha tha, us ne bola ke falan tax jo aap ne lagaya hai, wo hamari is se thora zyada hai, itna is mein,</w:t>
      </w:r>
      <w:r>
        <w:br/>
      </w:r>
      <w:r>
        <w:rPr>
          <w:sz w:val="20"/>
        </w:rPr>
        <w:t>29:37  aah, yield itni hoti nahi hai. ab wo us ne badshah ghussa ho gaya ke us ki himmat hamare khilaaf bol raha hai. to wo jo qalamdan tha, pehle zamane mein qalamdan hotay thay baray baray lakri ke,</w:t>
      </w:r>
      <w:r>
        <w:br/>
      </w:r>
      <w:r>
        <w:rPr>
          <w:sz w:val="20"/>
        </w:rPr>
        <w:t>29:53  to wo kaha ke isi apne ko qabil samajhta hai, isi qalamdan maar maar ke us ka sir tod do. to yeh zamana tha, aap sochiye ke is zamane mein prophet aaye aur logon ko aap ko hukum hua ke tamam yeh paigham tamam logon tak pohncha do.</w:t>
      </w:r>
      <w:r>
        <w:br/>
      </w:r>
      <w:r>
        <w:rPr>
          <w:sz w:val="20"/>
        </w:rPr>
        <w:t>30:12  ab aap ne pohnchana jab shuru kiya to zabardast mukhalifat hui. aap ne koi bhi aisa kaam nahi kiya jis se violence ke zariye se aap ne koi kaam kiya</w:t>
      </w:r>
      <w:r>
        <w:br/>
      </w:r>
      <w:r>
        <w:rPr>
          <w:sz w:val="20"/>
        </w:rPr>
        <w:t>30:22  ho. aap ne to logon ko jawab tak nahi diya, aap ko logon ko itna bura bhala kaha, lekin aap ne jawab bhi nahi diya. lekin jab Madinah gaye aap to Madinah mein log baqayda Makkah se poori poori fauj Madinah mein charhai.</w:t>
      </w:r>
      <w:r>
        <w:br/>
      </w:r>
      <w:r>
        <w:rPr>
          <w:sz w:val="20"/>
        </w:rPr>
        <w:t>30:38  Madinah par to wahan aap sochiye ke aisay halaat mein sirf char jangain huin. Maulana ne is ko gina hai ke sirf adhay adhay din ki char jangain huin.</w:t>
      </w:r>
      <w:r>
        <w:br/>
      </w:r>
      <w:r>
        <w:rPr>
          <w:sz w:val="20"/>
        </w:rPr>
        <w:t>30:51  aur aaj musalman saalon ladte rehtay hain, un ko jang khatam hi nahi kartay. Rasool Allah (SAW) ne adhay din mein ek jang khatam kar di jis ko hum jang bhi nahi kehtay, skirmish kehtay hain.</w:t>
      </w:r>
      <w:r>
        <w:br/>
      </w:r>
      <w:r>
        <w:rPr>
          <w:sz w:val="20"/>
        </w:rPr>
        <w:t>31:03  to hawala dein ge ke Rasool Allah ke haan jang hui, wo to age hi different tha, wo to religious persecution ka age tha. wahan aap kuch bhi kaam nahi kar sakte thay, jo badshah ka mazhab tha, wahi riaya ka mazhab hota tha.</w:t>
      </w:r>
      <w:r>
        <w:br/>
      </w:r>
      <w:r>
        <w:rPr>
          <w:sz w:val="20"/>
        </w:rPr>
        <w:t>31:18  to is wajah se kabhi kabhi wo majburan difaa karni pari aur us ko Rasool Allah (SAW) ne bilkul limit kar diya,</w:t>
      </w:r>
      <w:r>
        <w:br/>
      </w:r>
      <w:r>
        <w:rPr>
          <w:sz w:val="20"/>
        </w:rPr>
        <w:t>31:26  kam se kam ho. isi wajah se Sulah Hudaibiyah kiya ke jang khatam ho taake kaam jo jo sab se bara kaam hai ke logon tak Khuda ka paigham pohnchana hai, wo paigham pohanchaya ja sake azadana mahol mein.</w:t>
      </w:r>
      <w:r>
        <w:br/>
      </w:r>
      <w:r>
        <w:rPr>
          <w:sz w:val="20"/>
        </w:rPr>
        <w:t>31:41  to islam mein musalman kehte hain ke sari dunya hamari dushman hai, to dushman ke liye jang islam mein hai hi nahin. islam farq karta hai dushman aur hamla aawar mein.</w:t>
      </w:r>
      <w:r>
        <w:br/>
      </w:r>
      <w:r>
        <w:rPr>
          <w:sz w:val="20"/>
        </w:rPr>
        <w:t>31:53  to hamla aawar, hamla to musalmanon ne aksar, musalman khud hi ham</w:t>
      </w:r>
      <w:r>
        <w:br/>
      </w:r>
      <w:r>
        <w:rPr>
          <w:sz w:val="20"/>
        </w:rPr>
        <w:t>31:58  h karte hain, shuruat musalman hi karte hain. abhi bhi jo jang ho rahi hai, use musalmanon ne shuru kiya hai. to is woh sirf agar koi doosra hamla karta hai to musalman defend kar sakte hain, agar zaroorat hai to.</w:t>
      </w:r>
      <w:r>
        <w:br/>
      </w:r>
      <w:r>
        <w:rPr>
          <w:sz w:val="20"/>
        </w:rPr>
        <w:t>32:14  defend ke liye bhi bohat ziyada koshish ki jaye gi ke is ko avoid karen, jaisa ke rasool Allah sal Allah alaih wasallam ki zindagi se hamein milt</w:t>
      </w:r>
    </w:p>
    <w:p>
      <w:pPr>
        <w:pStyle w:val="Heading2"/>
      </w:pPr>
      <w:r>
        <w:t>Prophet's call passes through generations</w:t>
      </w:r>
    </w:p>
    <w:p>
      <w:r>
        <w:rPr>
          <w:color w:val="666666"/>
          <w:sz w:val="18"/>
        </w:rPr>
        <w:t>Role of Dayee in the Modern Age Sept 22, 2012 - Maulana Wahiduddin Khan · 4m 58s · at 5:01 · https://youtu.be/kRdsp_EkGX4?t=301</w:t>
      </w:r>
    </w:p>
    <w:p>
      <w:r>
        <w:rPr>
          <w:i/>
        </w:rPr>
        <w:t>“Dawat ki shart kya hai? Ek misaal deta hoon.”</w:t>
      </w:r>
    </w:p>
    <w:p>
      <w:r>
        <w:rPr>
          <w:sz w:val="20"/>
        </w:rPr>
        <w:t>5:01  to dawat ki shart kya hai? is ki mein aik misaal deta hoon aap ko.</w:t>
      </w:r>
      <w:r>
        <w:br/>
      </w:r>
      <w:r>
        <w:rPr>
          <w:sz w:val="20"/>
        </w:rPr>
        <w:t>5:10  rasool Allah sal Allah alaihi wasallam ne apni umar ke aakhri hissay mein hajj kiya tha.</w:t>
      </w:r>
      <w:r>
        <w:br/>
      </w:r>
      <w:r>
        <w:rPr>
          <w:sz w:val="20"/>
        </w:rPr>
        <w:t>5:20  wahan aap ne oont ke upar baith kar logon ko khitab kiya tha. is zamaney mein stage jo tha, aaj kal ki tarah nahi hota tha.</w:t>
      </w:r>
      <w:r>
        <w:br/>
      </w:r>
      <w:r>
        <w:rPr>
          <w:sz w:val="20"/>
        </w:rPr>
        <w:t>5:32  to oont par baithna goya stage par khara hone ka kehmana tha.</w:t>
      </w:r>
      <w:r>
        <w:br/>
      </w:r>
      <w:r>
        <w:rPr>
          <w:sz w:val="20"/>
        </w:rPr>
        <w:t>5:41  us waqt sahaba ki jamaat jo wahan maujood thi, to kaha jata hai ke woh aik lakh chobees hazar log thay.</w:t>
      </w:r>
      <w:r>
        <w:br/>
      </w:r>
      <w:r>
        <w:rPr>
          <w:sz w:val="20"/>
        </w:rPr>
        <w:t>5:55  taqreeban. is waqt aap ne kaha tha sab ko khitab karte hue,</w:t>
      </w:r>
      <w:r>
        <w:br/>
      </w:r>
      <w:r>
        <w:rPr>
          <w:sz w:val="20"/>
        </w:rPr>
        <w:t>6:05  "in Allah</w:t>
      </w:r>
      <w:r>
        <w:br/>
      </w:r>
      <w:r>
        <w:rPr>
          <w:sz w:val="20"/>
        </w:rPr>
        <w:t>6:11  ja'alani rahmah lil nas kafatan fad'u 'annee."</w:t>
      </w:r>
      <w:r>
        <w:br/>
      </w:r>
      <w:r>
        <w:rPr>
          <w:sz w:val="20"/>
        </w:rPr>
        <w:t>6:21  mujh ko Allah ne rehmat banaya hai saarey insanon ke liye. yaani saari generation jo akhirat qyamat tak aayengi un sab ke liye.</w:t>
      </w:r>
      <w:r>
        <w:br/>
      </w:r>
      <w:r>
        <w:rPr>
          <w:sz w:val="20"/>
        </w:rPr>
        <w:t>6:35  to tum log mere paigham ko sab tak pohncha do. ab zahir hai ke jo log wahan maujood thay maidan e arafat mein, woh to pohncha nahi sakte.</w:t>
      </w:r>
      <w:r>
        <w:br/>
      </w:r>
      <w:r>
        <w:rPr>
          <w:sz w:val="20"/>
        </w:rPr>
        <w:t>6:50  un ko to sab ko maut aane wali thi. to is ka matlab tha ke aap ka yeh khitab poori ummat se tha.</w:t>
      </w:r>
      <w:r>
        <w:br/>
      </w:r>
      <w:r>
        <w:rPr>
          <w:sz w:val="20"/>
        </w:rPr>
        <w:t>7:01  yaani bawasta sahaba poori ummat se tha.</w:t>
      </w:r>
      <w:r>
        <w:br/>
      </w:r>
      <w:r>
        <w:rPr>
          <w:sz w:val="20"/>
        </w:rPr>
        <w:t>7:09  aane waley tamam ahle iman jo qyamat tak aayenge un sab se tha.</w:t>
      </w:r>
      <w:r>
        <w:br/>
      </w:r>
      <w:r>
        <w:rPr>
          <w:sz w:val="20"/>
        </w:rPr>
        <w:t>7:17  to is ka matlab kya hai?</w:t>
      </w:r>
      <w:r>
        <w:br/>
      </w:r>
      <w:r>
        <w:rPr>
          <w:sz w:val="20"/>
        </w:rPr>
        <w:t>7:22  agar aap ke andar gehri soch ho, aap ka shaoor jaaga hua ho,</w:t>
      </w:r>
      <w:r>
        <w:br/>
      </w:r>
      <w:r>
        <w:rPr>
          <w:sz w:val="20"/>
        </w:rPr>
        <w:t>7:33  to jantey hain kya hoga?</w:t>
      </w:r>
      <w:r>
        <w:br/>
      </w:r>
      <w:r>
        <w:rPr>
          <w:sz w:val="20"/>
        </w:rPr>
        <w:t>7:37  aap ko aisa mehsoos hoga ke woh awaz</w:t>
      </w:r>
      <w:r>
        <w:br/>
      </w:r>
      <w:r>
        <w:rPr>
          <w:sz w:val="20"/>
        </w:rPr>
        <w:t>7:43  generation of generation chalti hui mujh tak pohnch rahi hai. aaj aap ko woh awaz sunai degi.</w:t>
      </w:r>
      <w:r>
        <w:br/>
      </w:r>
      <w:r>
        <w:rPr>
          <w:sz w:val="20"/>
        </w:rPr>
        <w:t>7:54  aap sochen ge ke aap ki awaz ko suna sab se pehle sahaba ne, phir un se suna tab'een ne, phir un se suna tab'e tab'een ne, phir agli nasal, agli nasal, agli nasal.</w:t>
      </w:r>
      <w:r>
        <w:br/>
      </w:r>
      <w:r>
        <w:rPr>
          <w:sz w:val="20"/>
        </w:rPr>
        <w:t>8:09  to generation of generation log sunte chale aa rahe hain.</w:t>
      </w:r>
      <w:r>
        <w:br/>
      </w:r>
      <w:r>
        <w:rPr>
          <w:sz w:val="20"/>
        </w:rPr>
        <w:t>8:16  to aap agar bohat ziyada aap ka aap bohat sensitive hon, aap ka ehsas bohat ziyada jaaga hua ho, to aap ko lagega ke rasool Allah direct aap se keh rahe hain.</w:t>
      </w:r>
      <w:r>
        <w:br/>
      </w:r>
      <w:r>
        <w:rPr>
          <w:sz w:val="20"/>
        </w:rPr>
        <w:t>8:34  direct taur par aap se keh rahe hain ke ae insan uth, tujh ke upar aap paigham pohnchana hai.</w:t>
      </w:r>
      <w:r>
        <w:br/>
      </w:r>
      <w:r>
        <w:rPr>
          <w:sz w:val="20"/>
        </w:rPr>
        <w:t>8:44  jaise jibril ne kaha tha rasool Allah se, "ya ayyuhal muddaththir qum fa andhir."</w:t>
      </w:r>
      <w:r>
        <w:br/>
      </w:r>
      <w:r>
        <w:rPr>
          <w:sz w:val="20"/>
        </w:rPr>
        <w:t>8:55  aur logon ko ba khabar kar de. to aap lagega mujh se bhi wohi kaha ja raha hai. utho aur sab ko ba khabar kar do.</w:t>
      </w:r>
      <w:r>
        <w:br/>
      </w:r>
      <w:r>
        <w:rPr>
          <w:sz w:val="20"/>
        </w:rPr>
        <w:t>9:10  jab tak aap ke andar itna gehra shaoor, itna gehra ehsaas na jaage, aap haqeeqi maanon mein dawat ka kaam nahin kar sakte.</w:t>
      </w:r>
      <w:r>
        <w:br/>
      </w:r>
      <w:r>
        <w:rPr>
          <w:sz w:val="20"/>
        </w:rPr>
        <w:t>9:27  dawat ka woh kaam jo rasool Allah ka matloob tha, jis par sahaba ne amal kiya, is tarah aap nahin dawat ka kaam kar paayenge.</w:t>
      </w:r>
      <w:r>
        <w:br/>
      </w:r>
      <w:r>
        <w:rPr>
          <w:sz w:val="20"/>
        </w:rPr>
        <w:t>9:37  aap ko itna zyada hassas hona chahiye ke aap mehsoos karein ke main bhi wahi khara hua sun raha hoon jahan sahaba sun rahe the.</w:t>
      </w:r>
      <w:r>
        <w:br/>
      </w:r>
      <w:r>
        <w:rPr>
          <w:sz w:val="20"/>
        </w:rPr>
        <w:t>9:50  tab aap ke andar responsibility jaagegi, zimmedari ka ehsaas jaagega.</w:t>
      </w:r>
    </w:p>
    <w:p>
      <w:pPr>
        <w:pStyle w:val="Heading2"/>
      </w:pPr>
      <w:r>
        <w:t>Hudaybiyyah: choosing peace over revenge unlocked mass conversions</w:t>
      </w:r>
    </w:p>
    <w:p>
      <w:r>
        <w:rPr>
          <w:color w:val="666666"/>
          <w:sz w:val="18"/>
        </w:rPr>
        <w:t>Islam and Peace August 25, 2013 · 5m 16s · at 27:27 · https://youtu.be/WbBu4W6AUUs?t=1647</w:t>
      </w:r>
    </w:p>
    <w:p>
      <w:r>
        <w:rPr>
          <w:i/>
        </w:rPr>
        <w:t>“Allah's guidance came in the form of the Hudaybiyyah treaty”</w:t>
      </w:r>
    </w:p>
    <w:p>
      <w:r>
        <w:rPr>
          <w:sz w:val="20"/>
        </w:rPr>
        <w:t>27:27  ab kya karna hai?to allah taala ne rehnumai di sulah al hudaybiyah ki shakal mein.</w:t>
      </w:r>
      <w:r>
        <w:br/>
      </w:r>
      <w:r>
        <w:rPr>
          <w:sz w:val="20"/>
        </w:rPr>
        <w:t>27:36  yani jab uhud mein musalmanon ko jo tajurba hua, ka sakht tajurba.to us ke baad musalmanon mein bhi wahi jazbaat bhadak rahe the, revenge wale jazbaat.</w:t>
      </w:r>
      <w:r>
        <w:br/>
      </w:r>
      <w:r>
        <w:rPr>
          <w:sz w:val="20"/>
        </w:rPr>
        <w:t>27:47  lekin allah taala ne roka is ko.aur rasool allah sallallahu alaihi wasallam ko rehnumai di ke tum sulah karo.yani bajaye revenge lene ke, sulah karo.</w:t>
      </w:r>
      <w:r>
        <w:br/>
      </w:r>
      <w:r>
        <w:rPr>
          <w:sz w:val="20"/>
        </w:rPr>
        <w:t>27:58  to rasool allah sallallahu alaihi wasallam ne, jaisa ke aap jante hain ke sulah al hudaybiyah ki, sulah al hudaybiyah jo thi, yak tarfa sharton ko maan kar ki gayi thi.</w:t>
      </w:r>
      <w:r>
        <w:br/>
      </w:r>
      <w:r>
        <w:rPr>
          <w:sz w:val="20"/>
        </w:rPr>
        <w:t>28:10  yani unilateral condition par ki gayi thi sulah al hudaybiyah.aur saare sahaba is mein, yani samajh mein nahi aata tha, un ki samajh mein nahi aata tha.</w:t>
      </w:r>
      <w:r>
        <w:br/>
      </w:r>
      <w:r>
        <w:rPr>
          <w:sz w:val="20"/>
        </w:rPr>
        <w:t>28:21  hazrat umar ne keh diya tha ke لما نقط الدنيا من دنا .hum kyun yak tarfa sharton par sulah karein?lekin rasool allah ko allah ka hukum tha, aap ne yak tarfa sulah kar li.</w:t>
      </w:r>
      <w:r>
        <w:br/>
      </w:r>
      <w:r>
        <w:rPr>
          <w:sz w:val="20"/>
        </w:rPr>
        <w:t>28:35  jante hain is ke baad kya hua?</w:t>
      </w:r>
      <w:r>
        <w:br/>
      </w:r>
      <w:r>
        <w:rPr>
          <w:sz w:val="20"/>
        </w:rPr>
        <w:t>28:40  yani sulah ya peace opens the door of opportunity .yeh hai hikmat is mein.ke jab aap jeette hain to revenge jaagta hai.</w:t>
      </w:r>
      <w:r>
        <w:br/>
      </w:r>
      <w:r>
        <w:rPr>
          <w:sz w:val="20"/>
        </w:rPr>
        <w:t>28:52  aur jab aap sulah kar lete hain to kya hota hai?opportunities khulti hain.kaam ke mawaqe khulte hain.</w:t>
      </w:r>
      <w:r>
        <w:br/>
      </w:r>
      <w:r>
        <w:rPr>
          <w:sz w:val="20"/>
        </w:rPr>
        <w:t>29:00  chunaanche hudaybiyah ki shakal mein woh das saal ka nawar packet rasool allah ne kar liya.aur phir saare, yani takraao ka mahaul khatm ho gaya.</w:t>
      </w:r>
      <w:r>
        <w:br/>
      </w:r>
      <w:r>
        <w:rPr>
          <w:sz w:val="20"/>
        </w:rPr>
        <w:t>29:15  conflict ka mahaul khatm ho gaya.is ke baad rasool allah aur ashaab jo hain, aap ke sab masghool ho gaye dawat work mein.yak tarfa tor par sulah kar ke, yak tarfa sharton par</w:t>
      </w:r>
      <w:r>
        <w:br/>
      </w:r>
      <w:r>
        <w:rPr>
          <w:sz w:val="20"/>
        </w:rPr>
        <w:t>29:30  , rasool allah aur aap ke ashaab sab masghool ho gaye dawat work mein.madine mein dawat work aur qabail mein dawat work, sab dawat work.</w:t>
      </w:r>
      <w:r>
        <w:br/>
      </w:r>
      <w:r>
        <w:rPr>
          <w:sz w:val="20"/>
        </w:rPr>
        <w:t>29:40  dawat work kya tha is zamane mein?sab log muqri ban gaye, muqri.jaate the, jaate the idhar udhar aur quran sunate the.</w:t>
      </w:r>
      <w:r>
        <w:br/>
      </w:r>
      <w:r>
        <w:rPr>
          <w:sz w:val="20"/>
        </w:rPr>
        <w:t>29:49  aur koi doosra program nahi tha. ja ja ke quran sunana.</w:t>
      </w:r>
      <w:r>
        <w:br/>
      </w:r>
      <w:r>
        <w:rPr>
          <w:sz w:val="20"/>
        </w:rPr>
        <w:t>29:54  lekin quran jo hai, ek ajeeb ghareeb is ke andar, yani taaseer hai ke insaan ko hit karta hai. woh bohat ajeeb.</w:t>
      </w:r>
      <w:r>
        <w:br/>
      </w:r>
      <w:r>
        <w:rPr>
          <w:sz w:val="20"/>
        </w:rPr>
        <w:t>30:03  jo logon ne islam qabool kiya, islam ko parh kar, un ke halaat parhiye aap.</w:t>
      </w:r>
      <w:r>
        <w:br/>
      </w:r>
      <w:r>
        <w:rPr>
          <w:sz w:val="20"/>
        </w:rPr>
        <w:t>30:09  misalan yusuf islam jo hai, ek angrez tha, pop singer tha woh. us ne islam qabool kiya. to main ne parha is.</w:t>
      </w:r>
      <w:r>
        <w:br/>
      </w:r>
      <w:r>
        <w:rPr>
          <w:sz w:val="20"/>
        </w:rPr>
        <w:t>30:17  ek ek bar us ne bataya ke main kaise islam qabool kiya, main ne. to us ka bhai gaya tha qahira, wahan se ek copy laya tha quran ke tarjume ki, english tarjuma.</w:t>
      </w:r>
      <w:r>
        <w:br/>
      </w:r>
      <w:r>
        <w:rPr>
          <w:sz w:val="20"/>
        </w:rPr>
        <w:t>30:31  us ko diya us ne. to us ko us ne parha. to us ko ek cheez bohat ajeeb lagi ke quran address karta hai insaan ko.</w:t>
      </w:r>
      <w:r>
        <w:br/>
      </w:r>
      <w:r>
        <w:rPr>
          <w:sz w:val="20"/>
        </w:rPr>
        <w:t>30:42  ae insaan! ae insaan! ae insaan! to us ne kaha ke aisi koi kitab tak nahi parhi thi main ne jis mein yeh yeh style istemal, yeh istemal kiya gaya ho ke khuda insaan ko direct khitab kar raha hai.</w:t>
      </w:r>
      <w:r>
        <w:br/>
      </w:r>
      <w:r>
        <w:rPr>
          <w:sz w:val="20"/>
        </w:rPr>
        <w:t>30:59  us ko parhte hue use mehsoos hua ke khuda mujhe direct us ko khitab kar raha hai, mujh ko address kar raha hai. ae insaan! ae insaan! is se, is se woh bohat zabardast is ke andar, yani is style ne us ko hit kiya yahan tak ke us ne islam qabool kar liya.</w:t>
      </w:r>
      <w:r>
        <w:br/>
      </w:r>
      <w:r>
        <w:rPr>
          <w:sz w:val="20"/>
        </w:rPr>
        <w:t>31:15  to quran ka bohat ajeeb ghareeb style hai is ke, yani is ke reasoning, is ke dalail bohat ajeeb ghareeb hain. yani is mein ek ek khodawandi shaan ek hai.</w:t>
      </w:r>
      <w:r>
        <w:br/>
      </w:r>
      <w:r>
        <w:rPr>
          <w:sz w:val="20"/>
        </w:rPr>
        <w:t>31:28  to rasool aur ashaab rasool sab mashghool ho gaye quran ko phailane mein. is zamane mein aap jante hain ke printing press nahi tha.</w:t>
      </w:r>
      <w:r>
        <w:br/>
      </w:r>
      <w:r>
        <w:rPr>
          <w:sz w:val="20"/>
        </w:rPr>
        <w:t>31:38  to log kya karte the ke quran un ke mind mein hota tha, un ki memory mein ja ja kar ke woh sunate the, parh parh kar. is liye un ko kaha gaya tha muqri.</w:t>
      </w:r>
      <w:r>
        <w:br/>
      </w:r>
      <w:r>
        <w:rPr>
          <w:sz w:val="20"/>
        </w:rPr>
        <w:t>31:48  muqri matlab hai parh kar sunane wala. to is ka nateeja kya hua? ke jang ka jo tareeqa tha, is mein jeet kar bhi kamyabi nahi hui thi.</w:t>
      </w:r>
      <w:r>
        <w:br/>
      </w:r>
      <w:r>
        <w:rPr>
          <w:sz w:val="20"/>
        </w:rPr>
        <w:t>31:56  yani badr mein jeete the, phir bhi masla khatam nahi hua tha. aur yeh jo tareeqa ikhtiyar kiya gaya ke dawat ka aur tablegh ka aur message phailane ka,</w:t>
      </w:r>
      <w:r>
        <w:br/>
      </w:r>
      <w:r>
        <w:rPr>
          <w:sz w:val="20"/>
        </w:rPr>
        <w:t>32:10  to is do saal ke andar andar itni zyada tadad ho gayi musalmanon ki ke tadad khud, yani number khud kafi hoga ke musalmanon ka ke fateh ho jaye.</w:t>
      </w:r>
      <w:r>
        <w:br/>
      </w:r>
      <w:r>
        <w:rPr>
          <w:sz w:val="20"/>
        </w:rPr>
        <w:t>32:26  chunaanche dekhiye surah, woh jo surah. an-nasr idha ja nasrullahi wal fath wa raa-in-naasi yadkhuloona fee deenillahi afwaja yani yadkhuloona fee deenillahi, yani fauj dar fauj log aa gaye islam mein.</w:t>
      </w:r>
    </w:p>
    <w:p>
      <w:pPr>
        <w:pStyle w:val="Heading2"/>
      </w:pPr>
      <w:r>
        <w:t>Printing press history: empire's fall, Qur'an's prediction, negative use</w:t>
      </w:r>
    </w:p>
    <w:p>
      <w:r>
        <w:rPr>
          <w:color w:val="666666"/>
          <w:sz w:val="18"/>
        </w:rPr>
        <w:t>Revival of Muslim Ummah, February 4, 2013 · 5m 45s · at 3:37 · https://youtu.be/xB3MfWhLHoM?t=217</w:t>
      </w:r>
    </w:p>
    <w:p>
      <w:r>
        <w:rPr>
          <w:i/>
        </w:rPr>
        <w:t>“Is ke peeche bahut lambi tareekh hai”</w:t>
      </w:r>
    </w:p>
    <w:p>
      <w:r>
        <w:rPr>
          <w:sz w:val="20"/>
        </w:rPr>
        <w:t>3:37  article aur kitabein aur taqreerein, sab ki sab. dekhiye, is ke peeche bohat lambi tareekh hai. muslim dunya mein printing press aaya hai 18th sadi aakhir mein.</w:t>
      </w:r>
      <w:r>
        <w:br/>
      </w:r>
      <w:r>
        <w:rPr>
          <w:sz w:val="20"/>
        </w:rPr>
        <w:t>3:53  yani 1798 mein Napoleon ne attack kiya Egypt par. to woh apne sath printing press bhi le gaya tha.</w:t>
      </w:r>
      <w:r>
        <w:br/>
      </w:r>
      <w:r>
        <w:rPr>
          <w:sz w:val="20"/>
        </w:rPr>
        <w:t>4:06  to muslim dunya mein printing press dakhil hua sab se pehle 1798 mein. yani 18th sadi ke aakhir mein.</w:t>
      </w:r>
      <w:r>
        <w:br/>
      </w:r>
      <w:r>
        <w:rPr>
          <w:sz w:val="20"/>
        </w:rPr>
        <w:t>4:16  yahi zamana hai jab ke muslim empire collapse kar gaya.</w:t>
      </w:r>
      <w:r>
        <w:br/>
      </w:r>
      <w:r>
        <w:rPr>
          <w:sz w:val="20"/>
        </w:rPr>
        <w:t>4:21  aap jante hain ke Islam ka aaghaz hua 7th, 7th century mein. Islam barhta raha, barhta raha, yahan tak ke musalman is position mein ho gaye ke Asia, Africa, yahan tak ke Europe tak woh apna empire qaim kar sakein.</w:t>
      </w:r>
      <w:r>
        <w:br/>
      </w:r>
      <w:r>
        <w:rPr>
          <w:sz w:val="20"/>
        </w:rPr>
        <w:t>4:41  lag bhag ek hazar saal tak musalmanon ka kingdom empire jaari raha, qaim raha dunya mein.</w:t>
      </w:r>
      <w:r>
        <w:br/>
      </w:r>
      <w:r>
        <w:rPr>
          <w:sz w:val="20"/>
        </w:rPr>
        <w:t>4:52  Abbasi</w:t>
      </w:r>
      <w:r>
        <w:br/>
      </w:r>
      <w:r>
        <w:rPr>
          <w:sz w:val="20"/>
        </w:rPr>
        <w:t>4:53  Empire jo tha, Abbasi Empire jo qaim hua tha Umayyad period ke baad, is mein 39 countries shamil thay.</w:t>
      </w:r>
      <w:r>
        <w:br/>
      </w:r>
      <w:r>
        <w:rPr>
          <w:sz w:val="20"/>
        </w:rPr>
        <w:t>5:05  39 countries. is ke baad jo Ottoman Empire qaim hua, yani Khilafat-e-Turki, is mein 20 countries shamil thay.</w:t>
      </w:r>
      <w:r>
        <w:br/>
      </w:r>
      <w:r>
        <w:rPr>
          <w:sz w:val="20"/>
        </w:rPr>
        <w:t>5:15  itne baray baray empire banaye musalmanon ne. to ek lambi muddat guzri, yani bohat si naslein beet gayeen.</w:t>
      </w:r>
      <w:r>
        <w:br/>
      </w:r>
      <w:r>
        <w:rPr>
          <w:sz w:val="20"/>
        </w:rPr>
        <w:t>5:25  bohat si naslein musalmanon ki beet gayeen isi mahaul mein ke woh is unhein bataya jata raha ke tumhara empire qaim hai sari dunya mein.</w:t>
      </w:r>
      <w:r>
        <w:br/>
      </w:r>
      <w:r>
        <w:rPr>
          <w:sz w:val="20"/>
        </w:rPr>
        <w:t>5:35  phir kya hua ke western log uthe, colonial period aaya, aur musalmanon ka jo empire tha, woh jagah jagah tootne laga.</w:t>
      </w:r>
      <w:r>
        <w:br/>
      </w:r>
      <w:r>
        <w:rPr>
          <w:sz w:val="20"/>
        </w:rPr>
        <w:t>5:47  yahan tak ke un ki national hukoomatein to baqi rahin, lekin Muslim empire baqi nahin reh</w:t>
      </w:r>
      <w:r>
        <w:br/>
      </w:r>
      <w:r>
        <w:rPr>
          <w:sz w:val="20"/>
        </w:rPr>
        <w:t>5:53  a. yeh waqia hua hai athaisween sadi ke aakhir mein. isi waqt dunya mein printing press aaya. yaani Muslim dunya mein unneesween sadi aur beesween sadi printing press ka zamana hai.</w:t>
      </w:r>
      <w:r>
        <w:br/>
      </w:r>
      <w:r>
        <w:rPr>
          <w:sz w:val="20"/>
        </w:rPr>
        <w:t>6:09  to do cheezein coincide kar gayeen. yaani aik taraf Muslim empire ka tootna aur doosri taraf printing press ka aana.</w:t>
      </w:r>
      <w:r>
        <w:br/>
      </w:r>
      <w:r>
        <w:rPr>
          <w:sz w:val="20"/>
        </w:rPr>
        <w:t>6:20  yeh coincidence bohat hi fatal tha, bohat fatal. is liye ke is waqt musalman sab ke sab, poori Muslim dunya mein,</w:t>
      </w:r>
      <w:r>
        <w:br/>
      </w:r>
      <w:r>
        <w:rPr>
          <w:sz w:val="20"/>
        </w:rPr>
        <w:t>6:31  negative minded ho rahay thay. yaani apni hukoomat ka khatma, Muslim empire ka tootna, aur apna dabdaba ka khatam hona, apni political glory ka khatam hona, yeh sab ke mind par chhaya hua tha.</w:t>
      </w:r>
      <w:r>
        <w:br/>
      </w:r>
      <w:r>
        <w:rPr>
          <w:sz w:val="20"/>
        </w:rPr>
        <w:t>6:46  is zamane mein aaya printing press. to wahi reflect karne laga musalmanon ki likhne mein aur bolne mein. to bohat hi, bohat hi ajeeb qism ka coincidence tha ke itna bara blessing thi.</w:t>
      </w:r>
      <w:r>
        <w:br/>
      </w:r>
      <w:r>
        <w:rPr>
          <w:sz w:val="20"/>
        </w:rPr>
        <w:t>7:05  bohat, yaani printing press itni bari blessing hai jis ki quran mein sirf peshangoi ki gayi thi. peshangoi is waqt maujood nahin tha.</w:t>
      </w:r>
      <w:r>
        <w:br/>
      </w:r>
      <w:r>
        <w:rPr>
          <w:sz w:val="20"/>
        </w:rPr>
        <w:t>7:15  dekhiye, quran mein jo sab se pehli surah utri thi, alaq, us mein yeh lafz tha: "alam bil qalam" ke Allah ka tareeqa hai ke learning ko qalam ke zariye se phailata hai.</w:t>
      </w:r>
      <w:r>
        <w:br/>
      </w:r>
      <w:r>
        <w:rPr>
          <w:sz w:val="20"/>
        </w:rPr>
        <w:t>7:30  jis mein printing press ka prediction maujood tha. prediction. yaani aik daur aaye ga jab ke dunya mein printing press hoga, kitabein chhapengi, paper industry aayegi, yeh sab.</w:t>
      </w:r>
      <w:r>
        <w:br/>
      </w:r>
      <w:r>
        <w:rPr>
          <w:sz w:val="20"/>
        </w:rPr>
        <w:t>7:43  is ke aik hazar saal se bhi ziyada muddat ke baad yeh prediction poora hua. aur dunya mein printing press aaya.</w:t>
      </w:r>
      <w:r>
        <w:br/>
      </w:r>
      <w:r>
        <w:rPr>
          <w:sz w:val="20"/>
        </w:rPr>
        <w:t>7:52  to printing press kiya tha? aik, aik bohat bara boon tha, nemat thi, blessing thi. lekin chunke aik ajeeb qism ka coincidence paida ho gaya, to musalmanon ne is poore daur mein printing press ko kabhi bhi positive istemal kiya hi nahin.</w:t>
      </w:r>
      <w:r>
        <w:br/>
      </w:r>
      <w:r>
        <w:rPr>
          <w:sz w:val="20"/>
        </w:rPr>
        <w:t>8:14  do so saal beet gaye aur Muslim ummah poori ki poori Arab se Ajam tak, mashriq se maghrib tak, printing press ko istemal kar rahi hai negative sense mein.</w:t>
      </w:r>
      <w:r>
        <w:br/>
      </w:r>
      <w:r>
        <w:rPr>
          <w:sz w:val="20"/>
        </w:rPr>
        <w:t>8:26  negative istemal</w:t>
      </w:r>
      <w:r>
        <w:br/>
      </w:r>
      <w:r>
        <w:rPr>
          <w:sz w:val="20"/>
        </w:rPr>
        <w:t>8:27  kar rahi hai. yeh kitna bara, yaani is se bara main samajhta hoon ke koi, is se bara koi blunder nahin ho sakta.</w:t>
      </w:r>
      <w:r>
        <w:br/>
      </w:r>
      <w:r>
        <w:rPr>
          <w:sz w:val="20"/>
        </w:rPr>
        <w:t>8:36  is se bara koi nuqsan nahin ho sakta ke Allah taala ne dunya mein aik naya daur paida kiya jis ko hum kehte hain printing press.</w:t>
      </w:r>
      <w:r>
        <w:br/>
      </w:r>
      <w:r>
        <w:rPr>
          <w:sz w:val="20"/>
        </w:rPr>
        <w:t>8:46  is daur ko musalmanon ne negative istemal kiya. halanke is ko karna chahiye tha positive istemal.</w:t>
      </w:r>
      <w:r>
        <w:br/>
      </w:r>
      <w:r>
        <w:rPr>
          <w:sz w:val="20"/>
        </w:rPr>
        <w:t>8:52  kyun? is waqt koi Muslim mind yeh soch nahin saka ke hamara jo zehan hai, is ko reflect nahin karna chahiye printing press mein. woh aik daur tha jo guzar chuka.</w:t>
      </w:r>
      <w:r>
        <w:br/>
      </w:r>
      <w:r>
        <w:rPr>
          <w:sz w:val="20"/>
        </w:rPr>
        <w:t>9:04  guzar chuka. dekhiye, quran mein is ko bhi bataya gaya tha. yeh baat bhi quran mein bata di gayi thi. surah Muhammad ki aakhri ayat hai: "wa in tatawallaw yastabdil qawman ghayrakum thumma la yakoonoo amthalakum"</w:t>
      </w:r>
    </w:p>
    <w:p>
      <w:pPr>
        <w:pStyle w:val="Heading2"/>
      </w:pPr>
      <w:r>
        <w:t>Fiqh's invented labels like kafir and mushrik are a real bidah</w:t>
      </w:r>
    </w:p>
    <w:p>
      <w:r>
        <w:rPr>
          <w:color w:val="666666"/>
          <w:sz w:val="18"/>
        </w:rPr>
        <w:t>Attributes of a Dayee October 31, 2010 · 4m 32s · at 6:17 · https://youtu.be/-inz5O22QGE?t=377</w:t>
      </w:r>
    </w:p>
    <w:p>
      <w:r>
        <w:rPr>
          <w:i/>
        </w:rPr>
        <w:t>“Fiqh ne insano ki categorization ki, yeh dawat ke qatil hain”</w:t>
      </w:r>
    </w:p>
    <w:p>
      <w:r>
        <w:rPr>
          <w:sz w:val="20"/>
        </w:rPr>
        <w:t>6:17  Islam ki tareekh jab shuru hui, yaani saatwein sadi isavi ke first quarter mein, to tab yeh hi Islam tha.</w:t>
      </w:r>
      <w:r>
        <w:br/>
      </w:r>
      <w:r>
        <w:rPr>
          <w:sz w:val="20"/>
        </w:rPr>
        <w:t>6:29  Daai mad'u ka equation tha us zamane mein. Rasool aur ashaab-e-rasool ke zamane mein aisa hi tha. Abbasi daur mein fiqh bani.</w:t>
      </w:r>
      <w:r>
        <w:br/>
      </w:r>
      <w:r>
        <w:rPr>
          <w:sz w:val="20"/>
        </w:rPr>
        <w:t>6:41  Yeh saara fiqh ka, fiqh se yeh sab cheezein shuru huin.</w:t>
      </w:r>
      <w:r>
        <w:br/>
      </w:r>
      <w:r>
        <w:rPr>
          <w:sz w:val="20"/>
        </w:rPr>
        <w:t>6:47  Fiqh ne insano ko categorization kiya. Yeh da'awa al-harb hai, woh da'awa al-kufr hai, woh da'awa al-islam hai. Yeh sab mubtada'ana istilaahaat thi.</w:t>
      </w:r>
      <w:r>
        <w:br/>
      </w:r>
      <w:r>
        <w:rPr>
          <w:sz w:val="20"/>
        </w:rPr>
        <w:t>7:02  Main is ko yaqeeni taur par bid'at samajhta hoon. Kyun ke Rasool Allah (SAW) ne jab nahi kaha aisa ke da'awa al-islam hai, woh da'awa al-kufr hai, woh da'awa al-shirk hai, to kisi aur ko kya haq hai?</w:t>
      </w:r>
      <w:r>
        <w:br/>
      </w:r>
      <w:r>
        <w:rPr>
          <w:sz w:val="20"/>
        </w:rPr>
        <w:t>7:14  Kya haq hai kisi aur ko?</w:t>
      </w:r>
      <w:r>
        <w:br/>
      </w:r>
      <w:r>
        <w:rPr>
          <w:sz w:val="20"/>
        </w:rPr>
        <w:t>7:18  Iski wajah se kya hua? Yeh khalis fiqhi bid'at hai, fiqhi bid'at. Ke insano ke bare mein is tarah ke title waz' hue: kafir aur mushrik aur zindiq aur shaatim aur harbiy aur zimmi.</w:t>
      </w:r>
      <w:r>
        <w:br/>
      </w:r>
      <w:r>
        <w:rPr>
          <w:sz w:val="20"/>
        </w:rPr>
        <w:t>7:36  Yeh kahan Quran o Hadees mein tha? Yeh sab alfaaz</w:t>
      </w:r>
      <w:r>
        <w:br/>
      </w:r>
      <w:r>
        <w:rPr>
          <w:sz w:val="20"/>
        </w:rPr>
        <w:t>7:42  Na Quran mein tha, na Hadees mein tha.</w:t>
      </w:r>
      <w:r>
        <w:br/>
      </w:r>
      <w:r>
        <w:rPr>
          <w:sz w:val="20"/>
        </w:rPr>
        <w:t>7:45  Fiqh ne yeh bohat bhaari ghalti ki hai ke insano ko yeh taqseem ko, equation ko badal diya.</w:t>
      </w:r>
      <w:r>
        <w:br/>
      </w:r>
      <w:r>
        <w:rPr>
          <w:sz w:val="20"/>
        </w:rPr>
        <w:t>7:57  Us waqt se ab tak musalmano ka haal hi hai</w:t>
      </w:r>
      <w:r>
        <w:br/>
      </w:r>
      <w:r>
        <w:rPr>
          <w:sz w:val="20"/>
        </w:rPr>
        <w:t>8:02  ke yeh shaatim hai, yeh harbiy hai, yeh zimmi hai, yeh kafir hai, yeh mushrik hai, yeh zindiq hai, yeh murtad hai. Rasool Allah ke zamane mein yeh sab terms nahi istemaal hote thay.</w:t>
      </w:r>
      <w:r>
        <w:br/>
      </w:r>
      <w:r>
        <w:rPr>
          <w:sz w:val="20"/>
        </w:rPr>
        <w:t>8:16  Us waqt saare log sirf insaan thay, bas.</w:t>
      </w:r>
      <w:r>
        <w:br/>
      </w:r>
      <w:r>
        <w:rPr>
          <w:sz w:val="20"/>
        </w:rPr>
        <w:t>8:24  Aur kuch nahi.</w:t>
      </w:r>
      <w:r>
        <w:br/>
      </w:r>
      <w:r>
        <w:rPr>
          <w:sz w:val="20"/>
        </w:rPr>
        <w:t>8:29  Ek bade bade muhaddis ne kaha tha ke "Lan yuslihu aakhiru haadhihil ummati in wasalo bi awwaliha". Yaani is ummat ka aakhir isi cheez se durust hoga jis se inka awwal durust hua tha.</w:t>
      </w:r>
      <w:r>
        <w:br/>
      </w:r>
      <w:r>
        <w:rPr>
          <w:sz w:val="20"/>
        </w:rPr>
        <w:t>8:46  ab musalmanon ko lotna hai is zamane ki taraf.</w:t>
      </w:r>
      <w:r>
        <w:br/>
      </w:r>
      <w:r>
        <w:rPr>
          <w:sz w:val="20"/>
        </w:rPr>
        <w:t>8:52  agar woh chahte hain ke unke apne halaat durust hon. un saari istilaahon ko darya mein gharq karna hoga.</w:t>
      </w:r>
      <w:r>
        <w:br/>
      </w:r>
      <w:r>
        <w:rPr>
          <w:sz w:val="20"/>
        </w:rPr>
        <w:t>9:05  tab ja kar aapke dil mein insaan ke liye mohabbat paida hogi. insaan ke liye khairkhwahi paida hogi.</w:t>
      </w:r>
      <w:r>
        <w:br/>
      </w:r>
      <w:r>
        <w:rPr>
          <w:sz w:val="20"/>
        </w:rPr>
        <w:t>9:15  insaan ke liye dost ban jayenge aap. yaani human friendly behaviour paida hoga. tab dawat ka kaam hoga.</w:t>
      </w:r>
      <w:r>
        <w:br/>
      </w:r>
      <w:r>
        <w:rPr>
          <w:sz w:val="20"/>
        </w:rPr>
        <w:t>9:24  dekhiye, yaad rakhiye, achhe tareeqe se. dawat koi announcement nahi hai ke ailaan kar diya aapne, dawat ho gayi.</w:t>
      </w:r>
      <w:r>
        <w:br/>
      </w:r>
      <w:r>
        <w:rPr>
          <w:sz w:val="20"/>
        </w:rPr>
        <w:t>9:34  dawat insaan se mohabbat karne ka naam hai. insaan ka khairkhwah banne ka naam hai.</w:t>
      </w:r>
      <w:r>
        <w:br/>
      </w:r>
      <w:r>
        <w:rPr>
          <w:sz w:val="20"/>
        </w:rPr>
        <w:t>9:41  woh itna hi khairkhwah jitna ek baap apne bete ke liye hota hai. yaad rakhiye. jo aadmi apne bete se mohabbat karta ho aur doosron ko kaafir o mushrik batata ho, aur phir woh da'i hai apne aap ko, to woh jhoot bolta hai.</w:t>
      </w:r>
      <w:r>
        <w:br/>
      </w:r>
      <w:r>
        <w:rPr>
          <w:sz w:val="20"/>
        </w:rPr>
        <w:t>10:03  to mad'u friendly behaviour jab aayega to yeh saari cheezein khatam ho jayengi.</w:t>
      </w:r>
      <w:r>
        <w:br/>
      </w:r>
      <w:r>
        <w:rPr>
          <w:sz w:val="20"/>
        </w:rPr>
        <w:t>10:08  jo musalman bhadakte hain, ladte hain, bura bhala karte hain, saazishon ka ailaan karte hain, yeh dushman nahi, woh zalim hain, yeh sab baatein boli jaati hain unke stages mein.</w:t>
      </w:r>
      <w:r>
        <w:br/>
      </w:r>
      <w:r>
        <w:rPr>
          <w:sz w:val="20"/>
        </w:rPr>
        <w:t>10:21  yeh sab khatam ho jayega. tab ja kar dawat ka aaghaz hoga. aur tab ja kar ummat ki islaah. abhi to starting point bhi nahi aaya.</w:t>
      </w:r>
      <w:r>
        <w:br/>
      </w:r>
      <w:r>
        <w:rPr>
          <w:sz w:val="20"/>
        </w:rPr>
        <w:t>10:30  abhi, abhi shuru bhi nahi hua. ab beginning bhi nahi hui.</w:t>
      </w:r>
      <w:r>
        <w:br/>
      </w:r>
      <w:r>
        <w:rPr>
          <w:sz w:val="20"/>
        </w:rPr>
        <w:t>10:38  yeh sab baatein bahut zyada sochne ki hain. bahut zyada sochne ki hain. saare insaanon ko insaan samajhna hoga.</w:t>
      </w:r>
    </w:p>
    <w:p>
      <w:pPr>
        <w:pStyle w:val="Heading2"/>
      </w:pPr>
      <w:r>
        <w:t>How classical commentary buried Islam's teaching on respecting all humans</w:t>
      </w:r>
    </w:p>
    <w:p>
      <w:r>
        <w:rPr>
          <w:color w:val="666666"/>
          <w:sz w:val="18"/>
        </w:rPr>
        <w:t>Islam in the Modern Age December 08, 2006 Maulana Wahiduddin Khan · 6m 04s · at 43:53 · https://youtu.be/sToYBVIXSxQ?t=2633</w:t>
      </w:r>
    </w:p>
    <w:p>
      <w:r>
        <w:rPr>
          <w:i/>
        </w:rPr>
        <w:t>“In Bukhari, a story about the Prophet and a funeral”</w:t>
      </w:r>
    </w:p>
    <w:p>
      <w:r>
        <w:rPr>
          <w:sz w:val="20"/>
        </w:rPr>
        <w:t>43:53  woh bukhari parhega aur fath al bari parhega.lekin phir bhi woh islam se bekhabar rahega.kyunke jaisa ke maine arz kiya, classical adab parh kar ke aap woh kaam nahi kar sakte jo aaj darkar hai.</w:t>
      </w:r>
      <w:r>
        <w:br/>
      </w:r>
      <w:r>
        <w:rPr>
          <w:sz w:val="20"/>
        </w:rPr>
        <w:t>44:10  misal ke taur par bukhari mein ek riwayat hai.is mein bataya gaya hai ke rasool Allah salallahu alaihi wasallam jab madine mein the, to ek din aap ne dekha ke ek janaza ja raha hai, yani janaza ke roop mein.</w:t>
      </w:r>
      <w:r>
        <w:br/>
      </w:r>
      <w:r>
        <w:rPr>
          <w:sz w:val="20"/>
        </w:rPr>
        <w:t>44:25  janaza, yani funeral procession.to aap jante hain ke janaza aisa hota hai ke body par, kisi cheez par body ko rakhte hain, use utha kar le aate hain qabristan mein.</w:t>
      </w:r>
      <w:r>
        <w:br/>
      </w:r>
      <w:r>
        <w:rPr>
          <w:sz w:val="20"/>
        </w:rPr>
        <w:t>44:38  to aisa manzar tha woh.to le kar ja rahe the woh.ke body jo tha, woh upar kisi cheez par liye hue the aur sab log sath chal rahe the.</w:t>
      </w:r>
      <w:r>
        <w:br/>
      </w:r>
      <w:r>
        <w:rPr>
          <w:sz w:val="20"/>
        </w:rPr>
        <w:t>44:49  to rasool Allah salallahu alaihi wasallam ne dekha is ko.to kya hua? He stood up in respect.</w:t>
      </w:r>
      <w:r>
        <w:br/>
      </w:r>
      <w:r>
        <w:rPr>
          <w:sz w:val="20"/>
        </w:rPr>
        <w:t>44:57  aap is ko dekh kar is ke ehtiram mein khare hogaye.</w:t>
      </w:r>
      <w:r>
        <w:br/>
      </w:r>
      <w:r>
        <w:rPr>
          <w:sz w:val="20"/>
        </w:rPr>
        <w:t>45:02  to ek sahab jo aap ke sath the, jo sahabi the aap ke, unhon ne kaha ke yeh to ek yahudi ka janaza tha.It was funeral of a Jew, not a Muslim.</w:t>
      </w:r>
      <w:r>
        <w:br/>
      </w:r>
      <w:r>
        <w:rPr>
          <w:sz w:val="20"/>
        </w:rPr>
        <w:t>45:15  aap ne farmaya alaihi al salat wa al salam.Was he not a human being?</w:t>
      </w:r>
      <w:r>
        <w:br/>
      </w:r>
      <w:r>
        <w:rPr>
          <w:sz w:val="20"/>
        </w:rPr>
        <w:t>45:25  Was he not a human being</w:t>
      </w:r>
      <w:r>
        <w:br/>
      </w:r>
      <w:r>
        <w:rPr>
          <w:sz w:val="20"/>
        </w:rPr>
        <w:t>45:27  ? .ab dekhen ke yeh wazeh taur par is mein yeh niklta hai ke rasool Allah ne ek yahudi ki body ko ehtiram ke qabil samjha.</w:t>
      </w:r>
      <w:r>
        <w:br/>
      </w:r>
      <w:r>
        <w:rPr>
          <w:sz w:val="20"/>
        </w:rPr>
        <w:t>45:37  itna zyada ke us ke liye aap khare hogaye.us ke ehtiram mein aap khare hogaye.is se kya nikla masla? Ke yahudi ho ya muslim, koi bhi ho, woh chunchke insan hai,</w:t>
      </w:r>
      <w:r>
        <w:br/>
      </w:r>
      <w:r>
        <w:rPr>
          <w:sz w:val="20"/>
        </w:rPr>
        <w:t>45:51  is liye woh qabil ehtiram bhi hai.</w:t>
      </w:r>
      <w:r>
        <w:br/>
      </w:r>
      <w:r>
        <w:rPr>
          <w:sz w:val="20"/>
        </w:rPr>
        <w:t>45:54  jab aap ne yeh kaha ke Was he not a human being? It means that the Prophet was able to discover community between himself and that Jewish body.</w:t>
      </w:r>
      <w:r>
        <w:br/>
      </w:r>
      <w:r>
        <w:rPr>
          <w:sz w:val="20"/>
        </w:rPr>
        <w:t>46:08  yeh kitni bari baat hai yeh. Is mein saare insaniyat ke liye ehtram nikalta hai. Yaani ikraam-e-muslim nahi, balkeh ikraam-e-insaan.</w:t>
      </w:r>
      <w:r>
        <w:br/>
      </w:r>
      <w:r>
        <w:rPr>
          <w:sz w:val="20"/>
        </w:rPr>
        <w:t>46:17  lekin aap Fath al-Bari ko parhiye. Jo sab se bari tabseera maani jaati hai, sab se mustanad.</w:t>
      </w:r>
      <w:r>
        <w:br/>
      </w:r>
      <w:r>
        <w:rPr>
          <w:sz w:val="20"/>
        </w:rPr>
        <w:t>46:24  to jo bhi jayega madrasay parhnay ke liye, woh is hadees ko Fath al-Bari ki roshni mein parhega. Kyunke woh classical adab hai. Yaani jo bhi jayega madrasay mein, woh zaroor Bukhari ko parhega.</w:t>
      </w:r>
      <w:r>
        <w:br/>
      </w:r>
      <w:r>
        <w:rPr>
          <w:sz w:val="20"/>
        </w:rPr>
        <w:t>46:37  aur woh zaroor Bukhari ki is riwayat ko, is hadees ko, Fath al-Bari ki tabseera ki roshni mein parhega. Jaisa ke ab tak log parhte chale aa rahe hain.</w:t>
      </w:r>
      <w:r>
        <w:br/>
      </w:r>
      <w:r>
        <w:rPr>
          <w:sz w:val="20"/>
        </w:rPr>
        <w:t>46:48  ab is hadees mein ek bohat hi bari baat kahi gayi hai, jo sainkaron saal se bilkul chupi hui thi. Woh kaise?</w:t>
      </w:r>
      <w:r>
        <w:br/>
      </w:r>
      <w:r>
        <w:rPr>
          <w:sz w:val="20"/>
        </w:rPr>
        <w:t>46:57  Fath al-Bari mein saare logon ki rai di gayi hain. Jo jo baray baray ulama thay, jin ko muhaddis kaha jaata hai, is hadees ki jo unhon ne woh ki hai, jo is ko jo is ka jo tashreeh diya hai,</w:t>
      </w:r>
      <w:r>
        <w:br/>
      </w:r>
      <w:r>
        <w:rPr>
          <w:sz w:val="20"/>
        </w:rPr>
        <w:t>47:13  woh is mein sab sab ka sab hawala diya hai.</w:t>
      </w:r>
      <w:r>
        <w:br/>
      </w:r>
      <w:r>
        <w:rPr>
          <w:sz w:val="20"/>
        </w:rPr>
        <w:t>47:18  unhon ne to kya kaha hai ke logon ne is baat ko nahi maana, in tabseron ne, ke Rasool Allah ne ek Yahudi body ke ehtram mein Rasool Allah kharay hogaye.</w:t>
      </w:r>
      <w:r>
        <w:br/>
      </w:r>
      <w:r>
        <w:rPr>
          <w:sz w:val="20"/>
        </w:rPr>
        <w:t>47:29  yeh nahi maana. Kya keh rahe hain woh? Ke chunke is body ke saath farishtay ja rahe thay, to aap farishtay ke ehtram mein kharay hue hain.</w:t>
      </w:r>
      <w:r>
        <w:br/>
      </w:r>
      <w:r>
        <w:rPr>
          <w:sz w:val="20"/>
        </w:rPr>
        <w:t>47:41  koi kehta hai ke chunke body jo tha, woh oopar tha, aap baithe hue thay, to aap se ooncha ho gaya tha woh. To is oonchai ko neechai karne ke liye aap kharay hogaye, taake woh ooncha na rahe mujh se.</w:t>
      </w:r>
      <w:r>
        <w:br/>
      </w:r>
      <w:r>
        <w:rPr>
          <w:sz w:val="20"/>
        </w:rPr>
        <w:t>47:53  woh neecha ho jaye, main oopar rahoon is ke. Aisi fish qism ki tashreehat hui hain.</w:t>
      </w:r>
      <w:r>
        <w:br/>
      </w:r>
      <w:r>
        <w:rPr>
          <w:sz w:val="20"/>
        </w:rPr>
        <w:t>48:00  kisi ek bhi tabsera karne walay ne yeh nahi likha ke is se yeh nikalta hai ke insaan qabil-e-ehtram hai. Insaan ko ehtram dena chahiye, chahe Yahudi ho ya Isai ho, Isai ho ya Yahudi ho, koi bhi ho.</w:t>
      </w:r>
      <w:r>
        <w:br/>
      </w:r>
      <w:r>
        <w:rPr>
          <w:sz w:val="20"/>
        </w:rPr>
        <w:t>48:12  yeh kisi ne nahi likha.</w:t>
      </w:r>
      <w:r>
        <w:br/>
      </w:r>
      <w:r>
        <w:rPr>
          <w:sz w:val="20"/>
        </w:rPr>
        <w:t>48:15  aap batayein ke sab se mustanad kitaab mein ek ek ek baat hai. Aur saare tashreehat denay walay is ko ghalat tashreehat de rahe hain.</w:t>
      </w:r>
      <w:r>
        <w:br/>
      </w:r>
      <w:r>
        <w:rPr>
          <w:sz w:val="20"/>
        </w:rPr>
        <w:t>48:26  ke bajaye is ke ke yeh nikale masla is se, ke har insaan is is qabil hai ke us ko ehtram diya jaye. Yaani ikraam-e-insaan ka nazariya nikale.</w:t>
      </w:r>
      <w:r>
        <w:br/>
      </w:r>
      <w:r>
        <w:rPr>
          <w:sz w:val="20"/>
        </w:rPr>
        <w:t>48:36  woh kya nikalte hain? Bas ikraam-e-muslim ka nazariya nikalte hain. Koi bhi shakhs jis ko ke shakk ho, us par woh dekh sakta hai is mein.</w:t>
      </w:r>
      <w:r>
        <w:br/>
      </w:r>
      <w:r>
        <w:rPr>
          <w:sz w:val="20"/>
        </w:rPr>
        <w:t>48:48  Kitab al-Jana'iz mein yeh hadees hai. Aur Fath al-Bari khud mere paas hi maujood hai, poori poori. Koi aa kar aa kar mere haan dekh sakta hai is ka. Fath al-Bari ka Angrezi tarjuma bhi</w:t>
      </w:r>
      <w:r>
        <w:br/>
      </w:r>
      <w:r>
        <w:rPr>
          <w:sz w:val="20"/>
        </w:rPr>
        <w:t>48:57  ho chuka hai. Aap tarjuma bhi dekh sakte hain. Ab ghore kijiye ke khud Nabi ka ek waqea, ek waqea, jis se yeh nikalta hai ke Nabi ek ghair Muslim ke ehtram mein kharay hogaye.</w:t>
      </w:r>
      <w:r>
        <w:br/>
      </w:r>
      <w:r>
        <w:rPr>
          <w:sz w:val="20"/>
        </w:rPr>
        <w:t>49:11  goya har ghair Muslim muhtaram hai. Is qabil hai ke us ko ehtram diya jaye. Lekin aap kya kar rahe hain, is ko bata rahe hain? Nahi, nahi, nahi, nahi, woh to woh to farishtay ke liye kharay hogaye thay.</w:t>
      </w:r>
      <w:r>
        <w:br/>
      </w:r>
      <w:r>
        <w:rPr>
          <w:sz w:val="20"/>
        </w:rPr>
        <w:t>49:23  woh to is liye kharay hogaye thay ke aap neechay parh rahe thay aur woh oopar ho gaya tha. Aisi aur chand foolish qism ki baatein is mein hain. Chaar paanch baatein sab foolish qism ki hain.</w:t>
      </w:r>
      <w:r>
        <w:br/>
      </w:r>
      <w:r>
        <w:rPr>
          <w:sz w:val="20"/>
        </w:rPr>
        <w:t>49:35  to isi liye main keh raha hoon ke classical adab ko parhwa kar aap woh insaan nahi bana sakte jo aaj hamein chahiye.</w:t>
      </w:r>
      <w:r>
        <w:br/>
      </w:r>
      <w:r>
        <w:rPr>
          <w:sz w:val="20"/>
        </w:rPr>
        <w:t>49:42  jo jadeed ulama, jo jadeed sochne walay, jo jadeed aalim chahiye hamein, jo jadeed daur ke aitbaar se hamein rehnumai de, hamein bataye ke Islam kya hai haqeeqatan, woh woh nahi pa sakte aap is mein.</w:t>
      </w:r>
    </w:p>
    <w:p>
      <w:pPr>
        <w:pStyle w:val="Heading2"/>
      </w:pPr>
      <w:r>
        <w:t>freedom against God versus freedom against man explained</w:t>
      </w:r>
    </w:p>
    <w:p>
      <w:r>
        <w:rPr>
          <w:color w:val="666666"/>
          <w:sz w:val="18"/>
        </w:rPr>
        <w:t>Freedom of Thought in Islam 23 October, 2011 · 5m 54s · at 24:13 · https://youtu.be/aGbxRNNOKzo?t=1453</w:t>
      </w:r>
    </w:p>
    <w:p>
      <w:r>
        <w:rPr>
          <w:i/>
        </w:rPr>
        <w:t>“As far as man is concerned, you have complete freedom”</w:t>
      </w:r>
    </w:p>
    <w:p>
      <w:r>
        <w:rPr>
          <w:sz w:val="20"/>
        </w:rPr>
        <w:t>24:13  ek hai freedom mukable mein insan. freedom with a way man. dono alag alag mamle hain. dekhiye, jahan tak insan ka mamla hai,</w:t>
      </w:r>
      <w:r>
        <w:br/>
      </w:r>
      <w:r>
        <w:rPr>
          <w:sz w:val="20"/>
        </w:rPr>
        <w:t>24:27  aap ko insan ke mamle mein mukammal freedom hai islam mein bhi, jaise ke maghrib mein hai.</w:t>
      </w:r>
      <w:r>
        <w:br/>
      </w:r>
      <w:r>
        <w:rPr>
          <w:sz w:val="20"/>
        </w:rPr>
        <w:t>24:36  maghrib ka tasawwur yeh hai ke jab tak aap harmful na banein, tab tak azaad hain aap.</w:t>
      </w:r>
      <w:r>
        <w:br/>
      </w:r>
      <w:r>
        <w:rPr>
          <w:sz w:val="20"/>
        </w:rPr>
        <w:t>24:49  woh mashhoor jo latifa hai ke jab America azaad hua to ek aadmi nikla aur apna hath aise aise chala raha tha road par.</w:t>
      </w:r>
      <w:r>
        <w:br/>
      </w:r>
      <w:r>
        <w:rPr>
          <w:sz w:val="20"/>
        </w:rPr>
        <w:t>24:59  to uska hath ek aadmi ke naak se lag gaya.</w:t>
      </w:r>
      <w:r>
        <w:br/>
      </w:r>
      <w:r>
        <w:rPr>
          <w:sz w:val="20"/>
        </w:rPr>
        <w:t>25:03  ek passerby se. to usne kaha, "what is nonsense? why you hit my nose?"</w:t>
      </w:r>
      <w:r>
        <w:br/>
      </w:r>
      <w:r>
        <w:rPr>
          <w:sz w:val="20"/>
        </w:rPr>
        <w:t>25:14  to usne kaha ke "main azaad hoon, jo chahoon karoon." to usne kaha ke "your freedom means where my nose begins." to yahi theek islam ka nuqta nazar hai.</w:t>
      </w:r>
      <w:r>
        <w:br/>
      </w:r>
      <w:r>
        <w:rPr>
          <w:sz w:val="20"/>
        </w:rPr>
        <w:t>25:34  aap ko mukammal azadi hai us waqt tak jab tak ke aap kisi doosre ke liye harmful na banein. doosre ko physical injury na pahunchayein, physical loss na pahunchayein.</w:t>
      </w:r>
      <w:r>
        <w:br/>
      </w:r>
      <w:r>
        <w:rPr>
          <w:sz w:val="20"/>
        </w:rPr>
        <w:t>25:46  doosre ka maal na chhenein, doosre ko chot na pahunchayein, doosre ko qatal na karein, doosre ko dhakka na dein. to aap azaad hain. lekin ek farq hai, dekhiye.</w:t>
      </w:r>
      <w:r>
        <w:br/>
      </w:r>
      <w:r>
        <w:rPr>
          <w:sz w:val="20"/>
        </w:rPr>
        <w:t>25:57  ek hai azadi mukable mein insan, ek hai azadi mukable mein Khuda.</w:t>
      </w:r>
      <w:r>
        <w:br/>
      </w:r>
      <w:r>
        <w:rPr>
          <w:sz w:val="20"/>
        </w:rPr>
        <w:t>26:04  insan ke muqable mein bilashuba aap ko total azadi hai. azadi hai. wahi ek hi is mein exception hai ke aap harmful na banein.</w:t>
      </w:r>
      <w:r>
        <w:br/>
      </w:r>
      <w:r>
        <w:rPr>
          <w:sz w:val="20"/>
        </w:rPr>
        <w:t>26:13  lekin Khuda ke muqable mein dekhiye, mamla badal jata hai.</w:t>
      </w:r>
      <w:r>
        <w:br/>
      </w:r>
      <w:r>
        <w:rPr>
          <w:sz w:val="20"/>
        </w:rPr>
        <w:t>26:19  Khuda ke muqable mein aap, aap in jis ko kehte hain thought crime, uska taluq Khuda se hai, insan se nahi hai.</w:t>
      </w:r>
      <w:r>
        <w:br/>
      </w:r>
      <w:r>
        <w:rPr>
          <w:sz w:val="20"/>
        </w:rPr>
        <w:t>26:29  yani crime mukable mein Khuda crime hai. thought crime. lekin thought crime mukable mein insan crime nahi hai woh.</w:t>
      </w:r>
      <w:r>
        <w:br/>
      </w:r>
      <w:r>
        <w:rPr>
          <w:sz w:val="20"/>
        </w:rPr>
        <w:t>26:39  yani farz kijiye aap kisi bare mein sochein ke woh insan nahi hai, gadha hai woh. to aap azaad hain, sochein. woh insan nahi hai, woh hai animal hai, aap sochein.</w:t>
      </w:r>
      <w:r>
        <w:br/>
      </w:r>
      <w:r>
        <w:rPr>
          <w:sz w:val="20"/>
        </w:rPr>
        <w:t>26:52  aap ko koi pakad dhakad nahi hogi.</w:t>
      </w:r>
      <w:r>
        <w:br/>
      </w:r>
      <w:r>
        <w:rPr>
          <w:sz w:val="20"/>
        </w:rPr>
        <w:t>26:55  lekin khuda jo creator hai, jo malik hai, jo rab-ul-alameen hai, uska mamla alag hai. aap yeh nahi kar sakte ke khuda ka kisi ko partner manen, partner.</w:t>
      </w:r>
      <w:r>
        <w:br/>
      </w:r>
      <w:r>
        <w:rPr>
          <w:sz w:val="20"/>
        </w:rPr>
        <w:t>27:10  shirk jisko kehte hain. yeh yeh thought crime hai. kyunke partner manna dimaag ki satah pe hota hai. kisi ko nuksan nahi pahanchate aap.</w:t>
      </w:r>
      <w:r>
        <w:br/>
      </w:r>
      <w:r>
        <w:rPr>
          <w:sz w:val="20"/>
        </w:rPr>
        <w:t>27:21  kisi ko pathar nahi marte. to</w:t>
      </w:r>
      <w:r>
        <w:br/>
      </w:r>
      <w:r>
        <w:rPr>
          <w:sz w:val="20"/>
        </w:rPr>
        <w:t>27:24  agar aap khuda ka kisi ko partner qarar dein to bilashuba woh crime hai Allah ke nazdeek. aise hi aap yeh manen ke koi khuda ka beta hai, yeh thought crime hai Allah ke nazdeek.</w:t>
      </w:r>
      <w:r>
        <w:br/>
      </w:r>
      <w:r>
        <w:rPr>
          <w:sz w:val="20"/>
        </w:rPr>
        <w:t>27:46  to thought crime jisko hum kehte hain, woh ba-muqabla khuda hai, to thought crime crime hai.</w:t>
      </w:r>
      <w:r>
        <w:br/>
      </w:r>
      <w:r>
        <w:rPr>
          <w:sz w:val="20"/>
        </w:rPr>
        <w:t>27:53  ba-muqabla insaan hai, to nahi hai woh.</w:t>
      </w:r>
      <w:r>
        <w:br/>
      </w:r>
      <w:r>
        <w:rPr>
          <w:sz w:val="20"/>
        </w:rPr>
        <w:t>27:59  yeh farq hai.</w:t>
      </w:r>
      <w:r>
        <w:br/>
      </w:r>
      <w:r>
        <w:rPr>
          <w:sz w:val="20"/>
        </w:rPr>
        <w:t>28:02  yeh farq hai. ab iska matlab kya hua? ke agar ek shakhs Rasool Allah ke khilaf kitaab likhta hai, ya Allah ke kitaab khilaf kitaab likhta hai, yeh kitaab aap Allah ke khilaf hai,</w:t>
      </w:r>
      <w:r>
        <w:br/>
      </w:r>
      <w:r>
        <w:rPr>
          <w:sz w:val="20"/>
        </w:rPr>
        <w:t>28:16  god delusion,</w:t>
      </w:r>
      <w:r>
        <w:br/>
      </w:r>
      <w:r>
        <w:rPr>
          <w:sz w:val="20"/>
        </w:rPr>
        <w:t>28:19  to us par koi saza nahi di jayegi. kisi courts ko haq nahi hai ke us par saza de.</w:t>
      </w:r>
      <w:r>
        <w:br/>
      </w:r>
      <w:r>
        <w:rPr>
          <w:sz w:val="20"/>
        </w:rPr>
        <w:t>28:28  lekin Allah taala ka pakad hogi uski. yaani ek aadmi jo Allah ka inkar kare, jo kisi ko aath lakh ka partner banaye, jo kahe ke khuda ka beta hai falan, ya Allah ke Rasool ke bare mein kahe ke yeh Rasool nahi the, yeh banawati aadmi the.</w:t>
      </w:r>
      <w:r>
        <w:br/>
      </w:r>
      <w:r>
        <w:rPr>
          <w:sz w:val="20"/>
        </w:rPr>
        <w:t>28:49  Allah ne ek paighambar ko bheja wahi ki taake woh logon ko hidayat kare. aap ne kaha ke nahi, woh paighambar nahi the, woh woh ek banawati paighambar the.</w:t>
      </w:r>
      <w:r>
        <w:br/>
      </w:r>
      <w:r>
        <w:rPr>
          <w:sz w:val="20"/>
        </w:rPr>
        <w:t>29:06  aap unke radd mein kitaab likhen.</w:t>
      </w:r>
      <w:r>
        <w:br/>
      </w:r>
      <w:r>
        <w:rPr>
          <w:sz w:val="20"/>
        </w:rPr>
        <w:t>29:12  to yeh sab crime hai, bilashuba thought crime. lekin woh punishable hai sirf khuda ke haan, duniya mein nahi.</w:t>
      </w:r>
      <w:r>
        <w:br/>
      </w:r>
      <w:r>
        <w:rPr>
          <w:sz w:val="20"/>
        </w:rPr>
        <w:t>29:24  to main yeh manta hoon ke thought crime ka concept hai Islam mein. shirk thought crime hai. ilhad thought crime hai.</w:t>
      </w:r>
      <w:r>
        <w:br/>
      </w:r>
      <w:r>
        <w:rPr>
          <w:sz w:val="20"/>
        </w:rPr>
        <w:t>29:34  kisi ko khuda ka partner banana thought crime hai. kisi ko khuda ka beta manna thought crime hai.</w:t>
      </w:r>
      <w:r>
        <w:br/>
      </w:r>
      <w:r>
        <w:rPr>
          <w:sz w:val="20"/>
        </w:rPr>
        <w:t>29:41  khuda ke paighambar ko kehna ke paighambar nahi the, yeh to banawati paighambar the, yeh thought crime hai. lekin thought crime hai to iska matlab nahi ke duniya ki court mein aap saza de sakte ho usko.</w:t>
      </w:r>
      <w:r>
        <w:br/>
      </w:r>
      <w:r>
        <w:rPr>
          <w:sz w:val="20"/>
        </w:rPr>
        <w:t>29:56  woh punishable hai, lekin punishable hai sirf Allah taala ke haan, yaani marne ke baad. duniya ki zindagi mein isko kuch nahi hoga, kuch nahi kiya jayega.</w:t>
      </w:r>
    </w:p>
    <w:p>
      <w:pPr>
        <w:pStyle w:val="Heading2"/>
      </w:pPr>
      <w:r>
        <w:t>Monuments are dead history; spiritual dominance is alive</w:t>
      </w:r>
    </w:p>
    <w:p>
      <w:r>
        <w:rPr>
          <w:color w:val="666666"/>
          <w:sz w:val="18"/>
        </w:rPr>
        <w:t>Contribution of Sufism in India May 29, 2011 · 5m 56s · at 33:44 · https://youtu.be/lzxSaTnomio?t=2024</w:t>
      </w:r>
    </w:p>
    <w:p>
      <w:r>
        <w:rPr>
          <w:i/>
        </w:rPr>
        <w:t>“Muslims gave India the Taj Mahal, someone proudly said”</w:t>
      </w:r>
    </w:p>
    <w:p>
      <w:r>
        <w:rPr>
          <w:sz w:val="20"/>
        </w:rPr>
        <w:t>33:44  to</w:t>
      </w:r>
      <w:r>
        <w:br/>
      </w:r>
      <w:r>
        <w:rPr>
          <w:sz w:val="20"/>
        </w:rPr>
        <w:t>33:45  main samajhta hoon ke india mein jo hamare paas jo east hai aik sahib ne taqreer ki to unhon ne taqreer mein kaha ke yani unhon ne fakhar ke sath bataya ke india mein musalmanon ne kya kiya</w:t>
      </w:r>
      <w:r>
        <w:br/>
      </w:r>
      <w:r>
        <w:rPr>
          <w:sz w:val="20"/>
        </w:rPr>
        <w:t>34:03  kaha musalmanon ne india mein taj mahal ki beauty di india mein musalmanon ne lal qila ki bulandiyan di india mein musalmanon ne qutub minar ki azmat di</w:t>
      </w:r>
      <w:r>
        <w:br/>
      </w:r>
      <w:r>
        <w:rPr>
          <w:sz w:val="20"/>
        </w:rPr>
        <w:t>34:16  yeh bari cheez nahi hai taj mahal aur lal qila aur qutub minar ziyada bari cheez nahi hai bari cheez hai yeh rohani dabdaba jo hai rohani azmat rohani silsila</w:t>
      </w:r>
      <w:r>
        <w:br/>
      </w:r>
      <w:r>
        <w:rPr>
          <w:sz w:val="20"/>
        </w:rPr>
        <w:t>34:33  woh to tareekhi cheezein hain tareekh ke bana par log aate hain siyah log dekhnay ke liye is ko yani taj mahal aur lal qila aur qutub minar ki hesiyat tareekhi hai tareekhi yaadgar ki hesiyat hai</w:t>
      </w:r>
      <w:r>
        <w:br/>
      </w:r>
      <w:r>
        <w:rPr>
          <w:sz w:val="20"/>
        </w:rPr>
        <w:t>34:47  woh koi living cheez nahi hai in ki hesiyat koi zinda cheez ki nahi hai aik rohani dabdaba to aik zinda cheez hota hai zinda aaj bhi zinda hai</w:t>
      </w:r>
      <w:r>
        <w:br/>
      </w:r>
      <w:r>
        <w:rPr>
          <w:sz w:val="20"/>
        </w:rPr>
        <w:t>35:01  isi liye aap dekhiye ke bheer lagi rehti hai aap jayen agar ajmer to wahan sirf musalman nahi honge musalman ziyada hindu honge</w:t>
      </w:r>
      <w:r>
        <w:br/>
      </w:r>
      <w:r>
        <w:rPr>
          <w:sz w:val="20"/>
        </w:rPr>
        <w:t>35:10  wahan par musalman ziyada hindu wahan par honge</w:t>
      </w:r>
      <w:r>
        <w:br/>
      </w:r>
      <w:r>
        <w:rPr>
          <w:sz w:val="20"/>
        </w:rPr>
        <w:t>35:17  aik sahib ne mujhe bataya ke aik martaba woh dargah par gaye to wahan dekhe dekha ke jo wahan bheer hai us mein aik bohat hi aik aik aik hindu jo mashhoor thay ke bohat hi anti muslim hain woh kattar hindu hain anti muslim hain woh bhi wahan maujood thay</w:t>
      </w:r>
      <w:r>
        <w:br/>
      </w:r>
      <w:r>
        <w:rPr>
          <w:sz w:val="20"/>
        </w:rPr>
        <w:t>35:36  wahan par woh bhi woh bhi hath jor kar jhuke hue thay wahan par</w:t>
      </w:r>
      <w:r>
        <w:br/>
      </w:r>
      <w:r>
        <w:rPr>
          <w:sz w:val="20"/>
        </w:rPr>
        <w:t>35:42  to aik musalman ne un se poocha baat ko ke aap ke liye to mashhoor hai ke aap anti muslim hain aur yahan aa kar ke aap aik muslim soofi ke dargah par jhuke hue hain</w:t>
      </w:r>
      <w:r>
        <w:br/>
      </w:r>
      <w:r>
        <w:rPr>
          <w:sz w:val="20"/>
        </w:rPr>
        <w:t>35:54  to us ne jawab kya diya us ne jawab diya ke tum bhi agar waise hi ban jao to hum tumhare agay bhi jhukein ge</w:t>
      </w:r>
      <w:r>
        <w:br/>
      </w:r>
      <w:r>
        <w:rPr>
          <w:sz w:val="20"/>
        </w:rPr>
        <w:t>36:04  jaise yeh muslim soofi thay waise tum bhi ban jao to hum tumhare agay bhi jhukein ge</w:t>
      </w:r>
      <w:r>
        <w:br/>
      </w:r>
      <w:r>
        <w:rPr>
          <w:sz w:val="20"/>
        </w:rPr>
        <w:t>36:10  is par main ne socha ke is ke zehn mein kya hai farq ke farq kya is ke zehn mein hai</w:t>
      </w:r>
      <w:r>
        <w:br/>
      </w:r>
      <w:r>
        <w:rPr>
          <w:sz w:val="20"/>
        </w:rPr>
        <w:t>36:20  kyun aisa kaha us ne</w:t>
      </w:r>
      <w:r>
        <w:br/>
      </w:r>
      <w:r>
        <w:rPr>
          <w:sz w:val="20"/>
        </w:rPr>
        <w:t>36:22  to main sochte sochte main yahan tak pohancha ke dekhiye soofi log aaye aik giver person ke roop mein dene walay ban kar aaye aur yeh jo musalman hain jo aaj lal lal qila aur qutub minar ke hawale dete hain</w:t>
      </w:r>
      <w:r>
        <w:br/>
      </w:r>
      <w:r>
        <w:rPr>
          <w:sz w:val="20"/>
        </w:rPr>
        <w:t>36:41  woh lene walay ban kar aaye yahan se unhon ne paisa liya yahan se parhqdar qaim kiya yahan pe hukoomat qaim ki apni</w:t>
      </w:r>
      <w:r>
        <w:br/>
      </w:r>
      <w:r>
        <w:rPr>
          <w:sz w:val="20"/>
        </w:rPr>
        <w:t>36:52  un ki hesiyat ma maainaf al-nas fi al-maqsaf, yani woh nafe bakhshish ka saboot diya unhon ne. to un ko maqsad mila, un ko thehrav mila, un ko jama mila.</w:t>
      </w:r>
      <w:r>
        <w:br/>
      </w:r>
      <w:r>
        <w:rPr>
          <w:sz w:val="20"/>
        </w:rPr>
        <w:t>37:05  woh kya nafe bakhshi? rohaniyat, aman, piyar o mohabbat, mil jul kar rehna, larai se nafrat, yeh sab cheezen diya unhon ne.</w:t>
      </w:r>
      <w:r>
        <w:br/>
      </w:r>
      <w:r>
        <w:rPr>
          <w:sz w:val="20"/>
        </w:rPr>
        <w:t>37:16  rawadari, tolerance.</w:t>
      </w:r>
      <w:r>
        <w:br/>
      </w:r>
      <w:r>
        <w:rPr>
          <w:sz w:val="20"/>
        </w:rPr>
        <w:t>37:23  jawahar lal nar ne likha hai ke musalman jo india mein aaye, woh brel brelian culture le kar aaye. brelian culture yeh cheez hai.</w:t>
      </w:r>
      <w:r>
        <w:br/>
      </w:r>
      <w:r>
        <w:rPr>
          <w:sz w:val="20"/>
        </w:rPr>
        <w:t>37:34  master trasam ki kitab hai "influence of islam on indian culture". aisi bohat sari kitaben likhi gayi hain. to in logon ne diya, dene wale ban kar aaye.</w:t>
      </w:r>
      <w:r>
        <w:br/>
      </w:r>
      <w:r>
        <w:rPr>
          <w:sz w:val="20"/>
        </w:rPr>
        <w:t>37:48  to dene wale ka hamesha ehtram hota hai, lene wale ka ehtram nahi hota. yani ek hota hai giver, ek hota hai taker.</w:t>
      </w:r>
      <w:r>
        <w:br/>
      </w:r>
      <w:r>
        <w:rPr>
          <w:sz w:val="20"/>
        </w:rPr>
        <w:t>37:58  to taker ka ehtram nahi hota hai, giver ka ehtram hota hai. soofi logon ko kuch lena dena nahi tha, un ko hukumat nahi chahiye, un ko zameen nahi chahiye, kuch bhi nahi chahiye.</w:t>
      </w:r>
      <w:r>
        <w:br/>
      </w:r>
      <w:r>
        <w:rPr>
          <w:sz w:val="20"/>
        </w:rPr>
        <w:t>38:13  ek soofi ka sher hai ke "ma kis se sikandar o dara nakhwad aain, azma bajood hikayat mehr o wafa o purs".</w:t>
      </w:r>
      <w:r>
        <w:br/>
      </w:r>
      <w:r>
        <w:rPr>
          <w:sz w:val="20"/>
        </w:rPr>
        <w:t>38:26  "ma kis se sikandar o dara nakhwad aain, azma bajood hikayat mehr o wafa o purs". yani hum ne sikandar badshah aur dara badshah kisay nahi sune, hum un se humein dilchaspi nahi hai.</w:t>
      </w:r>
      <w:r>
        <w:br/>
      </w:r>
      <w:r>
        <w:rPr>
          <w:sz w:val="20"/>
        </w:rPr>
        <w:t>38:41  hum to mohabbat aur piyar ki kahani jante hain.</w:t>
      </w:r>
      <w:r>
        <w:br/>
      </w:r>
      <w:r>
        <w:rPr>
          <w:sz w:val="20"/>
        </w:rPr>
        <w:t>38:48  matlab humein koi lena nahi hai, humein koi power nahi chahiye, humein koi zameen nahi chahiye, humein koi paisa nahi chahiye, humein kuch nahi chahiye, sona chandi nahi chahiye. hum to mohabbat bantna hamara kaam hai.</w:t>
      </w:r>
      <w:r>
        <w:br/>
      </w:r>
      <w:r>
        <w:rPr>
          <w:sz w:val="20"/>
        </w:rPr>
        <w:t>38:59  yeh tha soofi culture. to yaad rakhiye, dene wale ka hamesha ehtram hota hai, lene wale ka ehtram nahi hota hai.</w:t>
      </w:r>
      <w:r>
        <w:br/>
      </w:r>
      <w:r>
        <w:rPr>
          <w:sz w:val="20"/>
        </w:rPr>
        <w:t>39:13  to yeh ek bohat bari, jaisa ke maine arz kiya ke aap badshahon ke culture ko revive nahi kar sakte, lekin soofi ke tradition ko revive kar rahe hain log, aur jook dar jook un ko har jagah khush aamdeed kaha ja raha hai.</w:t>
      </w:r>
      <w:r>
        <w:br/>
      </w:r>
      <w:r>
        <w:rPr>
          <w:sz w:val="20"/>
        </w:rPr>
        <w:t>39:35  yeh kitni bari baat hai!</w:t>
      </w:r>
    </w:p>
    <w:p>
      <w:pPr>
        <w:pStyle w:val="Heading2"/>
      </w:pPr>
      <w:r>
        <w:t>Khilafat and human responsibility in Islam</w:t>
      </w:r>
    </w:p>
    <w:p>
      <w:r>
        <w:rPr>
          <w:color w:val="666666"/>
          <w:sz w:val="18"/>
        </w:rPr>
        <w:t>Islam in the Modern Age May 22, 2016 · 3m 29s · at 32:56 · https://youtu.be/RdJegCn3D10?t=1976</w:t>
      </w:r>
    </w:p>
    <w:p>
      <w:r>
        <w:rPr>
          <w:i/>
        </w:rPr>
        <w:t>“Moulana Mr. Akramullah Dotani has asked you another question”</w:t>
      </w:r>
    </w:p>
    <w:p>
      <w:r>
        <w:rPr>
          <w:sz w:val="20"/>
        </w:rPr>
        <w:t>32:56  maulana, Mr. Ikramullah Dautani has asked you another question. in fact, he is asking you that isn't your philosophy restrictive because you are asking people to restrict them only for worshiping, like it happens in other religions, whereas Quran reminds us that we have to be Khalifa on earth. so he feels that your philosophy is restrictive. how would you respond to him?</w:t>
      </w:r>
      <w:r>
        <w:br/>
      </w:r>
      <w:r>
        <w:rPr>
          <w:sz w:val="20"/>
        </w:rPr>
        <w:t>33:25  is ka khilafat se koi taluq nahi hai.</w:t>
      </w:r>
      <w:r>
        <w:br/>
      </w:r>
      <w:r>
        <w:rPr>
          <w:sz w:val="20"/>
        </w:rPr>
        <w:t>33:31  khilafat jo kalr jo quran mein aya hai, woh mazhabi shakhs mein nahi aya.</w:t>
      </w:r>
      <w:r>
        <w:br/>
      </w:r>
      <w:r>
        <w:rPr>
          <w:sz w:val="20"/>
        </w:rPr>
        <w:t>33:37  balkeh amomi aitbar se insan ko jo position di gai hai, us ke lehaz se hai.</w:t>
      </w:r>
      <w:r>
        <w:br/>
      </w:r>
      <w:r>
        <w:rPr>
          <w:sz w:val="20"/>
        </w:rPr>
        <w:t>33:43  woh muslim ke lehaz se nahi hai, islam ke lehaz se nahi hai.</w:t>
      </w:r>
      <w:r>
        <w:br/>
      </w:r>
      <w:r>
        <w:rPr>
          <w:sz w:val="20"/>
        </w:rPr>
        <w:t>33:49  woh yani is ka matlab yeh hai ke Allah taala ne ek dunya banai, yeh zameen, planet earth.</w:t>
      </w:r>
      <w:r>
        <w:br/>
      </w:r>
      <w:r>
        <w:rPr>
          <w:sz w:val="20"/>
        </w:rPr>
        <w:t>33:55  to planet earth ka natural sense mein insan ko incharge kar diya.</w:t>
      </w:r>
      <w:r>
        <w:br/>
      </w:r>
      <w:r>
        <w:rPr>
          <w:sz w:val="20"/>
        </w:rPr>
        <w:t>34:01  incharge bana diya.</w:t>
      </w:r>
      <w:r>
        <w:br/>
      </w:r>
      <w:r>
        <w:rPr>
          <w:sz w:val="20"/>
        </w:rPr>
        <w:t>34:07  lekin incharge jo tha, yeh kis sense mein tha? yahi inka test tha.</w:t>
      </w:r>
      <w:r>
        <w:br/>
      </w:r>
      <w:r>
        <w:rPr>
          <w:sz w:val="20"/>
        </w:rPr>
        <w:t>34:13  yeh jab insan is is ko chalayega, yahan ke nizam ko, isi mein inka test hoga.</w:t>
      </w:r>
      <w:r>
        <w:br/>
      </w:r>
      <w:r>
        <w:rPr>
          <w:sz w:val="20"/>
        </w:rPr>
        <w:t>34:19  isi mein dekha jayega ke justice pe chala hai ke injustice pe chala hai.</w:t>
      </w:r>
      <w:r>
        <w:br/>
      </w:r>
      <w:r>
        <w:rPr>
          <w:sz w:val="20"/>
        </w:rPr>
        <w:t>34:25  is ne zulm kiya ya insaf kiya hai.</w:t>
      </w:r>
      <w:r>
        <w:br/>
      </w:r>
      <w:r>
        <w:rPr>
          <w:sz w:val="20"/>
        </w:rPr>
        <w:t>34:31  to insan is ka incharge hai, is ka hakim nahi hai.</w:t>
      </w:r>
      <w:r>
        <w:br/>
      </w:r>
      <w:r>
        <w:rPr>
          <w:sz w:val="20"/>
        </w:rPr>
        <w:t>34:37  yani musalman is ka matlab yeh lete hain ke dunya bhar mein hum khilafat qaim karenge.</w:t>
      </w:r>
      <w:r>
        <w:br/>
      </w:r>
      <w:r>
        <w:rPr>
          <w:sz w:val="20"/>
        </w:rPr>
        <w:t>34:43  woh khilafat alag cheez hai.</w:t>
      </w:r>
      <w:r>
        <w:br/>
      </w:r>
      <w:r>
        <w:rPr>
          <w:sz w:val="20"/>
        </w:rPr>
        <w:t>34:49  yeh sirf incharge ke maene mein hai.</w:t>
      </w:r>
      <w:r>
        <w:br/>
      </w:r>
      <w:r>
        <w:rPr>
          <w:sz w:val="20"/>
        </w:rPr>
        <w:t>34:55  yani azadi, is ko aap yeh keh sakte hain ke insan ko azadi di gai hai zameen par</w:t>
      </w:r>
      <w:r>
        <w:br/>
      </w:r>
      <w:r>
        <w:rPr>
          <w:sz w:val="20"/>
        </w:rPr>
        <w:t>35:01  ke jis tarah chahe rahe, lekin Allah taala is ka hisab lega.</w:t>
      </w:r>
      <w:r>
        <w:br/>
      </w:r>
      <w:r>
        <w:rPr>
          <w:sz w:val="20"/>
        </w:rPr>
        <w:t>35:07  yani azadi ke sath sath accountability yeh hai.</w:t>
      </w:r>
      <w:r>
        <w:br/>
      </w:r>
      <w:r>
        <w:rPr>
          <w:sz w:val="20"/>
        </w:rPr>
        <w:t>35:13  to isi azadi se, ya wahi jo jis ko maine kaha ke ek zameen ko par insan</w:t>
      </w:r>
      <w:r>
        <w:br/>
      </w:r>
      <w:r>
        <w:rPr>
          <w:sz w:val="20"/>
        </w:rPr>
        <w:t>35:19  ko incharge banaya gaya hai, isi se soiliser bani.</w:t>
      </w:r>
      <w:r>
        <w:br/>
      </w:r>
      <w:r>
        <w:rPr>
          <w:sz w:val="20"/>
        </w:rPr>
        <w:t>35:25  yeh soiliser jo hai, wo kya hai? insan chounke is zameen ka incharge tha, to us ne discoveries</w:t>
      </w:r>
      <w:r>
        <w:br/>
      </w:r>
      <w:r>
        <w:rPr>
          <w:sz w:val="20"/>
        </w:rPr>
        <w:t>35:31  keen aur tarah tarah ki research ki, to ek soiliser wajood mein aai.</w:t>
      </w:r>
      <w:r>
        <w:br/>
      </w:r>
      <w:r>
        <w:rPr>
          <w:sz w:val="20"/>
        </w:rPr>
        <w:t>35:37  to soiliser jo hai, wo mazhabi cheez nahi hai.</w:t>
      </w:r>
      <w:r>
        <w:br/>
      </w:r>
      <w:r>
        <w:rPr>
          <w:sz w:val="20"/>
        </w:rPr>
        <w:t>35:43  wo insan ne jo apni ikhtiyar ko istemal kiya, us ke nateejay mein soiliser ban gai.</w:t>
      </w:r>
      <w:r>
        <w:br/>
      </w:r>
      <w:r>
        <w:rPr>
          <w:sz w:val="20"/>
        </w:rPr>
        <w:t>35:49  to Allah taala ke samne phir bhi insan accountability hai ke is is ka is ka behavior kaisa tha.</w:t>
      </w:r>
      <w:r>
        <w:br/>
      </w:r>
      <w:r>
        <w:rPr>
          <w:sz w:val="20"/>
        </w:rPr>
        <w:t>35:55  us ne insaaf kiya ke insaaf nahi kiya.</w:t>
      </w:r>
      <w:r>
        <w:br/>
      </w:r>
      <w:r>
        <w:rPr>
          <w:sz w:val="20"/>
        </w:rPr>
        <w:t>36:01  in sab cheezon ke aitbar se uska Allah taala hisab kitab le ga.</w:t>
      </w:r>
      <w:r>
        <w:br/>
      </w:r>
      <w:r>
        <w:rPr>
          <w:sz w:val="20"/>
        </w:rPr>
        <w:t>36:07  warna khaleefa ka wo matlab nahi jo aaj kal khaleefa ghalat bolte hain.</w:t>
      </w:r>
      <w:r>
        <w:br/>
      </w:r>
      <w:r>
        <w:rPr>
          <w:sz w:val="20"/>
        </w:rPr>
        <w:t>36:13  wo natural sense mein hai.</w:t>
      </w:r>
      <w:r>
        <w:br/>
      </w:r>
      <w:r>
        <w:rPr>
          <w:sz w:val="20"/>
        </w:rPr>
        <w:t>36:19  wo mazhabi sense mein nahi hai.</w:t>
      </w:r>
      <w:r>
        <w:br/>
      </w:r>
      <w:r>
        <w:rPr>
          <w:sz w:val="20"/>
        </w:rPr>
        <w:t>36:25  maulana, we have another question from Dr. Farida Khanum from Delhi, and she has written: what was Prophet of Islam's daily activity? it is a general perception that he was all the time engaged in war. how did he communicate the divine message to people?</w:t>
      </w:r>
    </w:p>
    <w:p>
      <w:pPr>
        <w:pStyle w:val="Heading2"/>
      </w:pPr>
      <w:r>
        <w:t>why military crackdowns fail to end terrorism, need ideology</w:t>
      </w:r>
    </w:p>
    <w:p>
      <w:r>
        <w:rPr>
          <w:color w:val="666666"/>
          <w:sz w:val="18"/>
        </w:rPr>
        <w:t>Peaceful Activism vs Violent Activism May 23, 2009 · 4m 01s · at 0:28 · https://youtu.be/LlwiET1Kb5w?t=28</w:t>
      </w:r>
    </w:p>
    <w:p>
      <w:r>
        <w:rPr>
          <w:i/>
        </w:rPr>
        <w:t>“Tonight's topic: peaceful activism versus violent activism.”</w:t>
      </w:r>
    </w:p>
    <w:p>
      <w:r>
        <w:rPr>
          <w:sz w:val="20"/>
        </w:rPr>
        <w:t>0:28  The topic for this evening is peaceful activism versus violent activism.</w:t>
      </w:r>
      <w:r>
        <w:br/>
      </w:r>
      <w:r>
        <w:rPr>
          <w:sz w:val="20"/>
        </w:rPr>
        <w:t>0:44  This is the most urgent problem</w:t>
      </w:r>
      <w:r>
        <w:br/>
      </w:r>
      <w:r>
        <w:rPr>
          <w:sz w:val="20"/>
        </w:rPr>
        <w:t>0:49  . I think everyone is obsessed with this problem, because everywhere there are terrorist activities, people are victim of these activities.</w:t>
      </w:r>
      <w:r>
        <w:br/>
      </w:r>
      <w:r>
        <w:rPr>
          <w:sz w:val="20"/>
        </w:rPr>
        <w:t>1:00  So everyone want to know what the genesis of this problem, and how we can solve this problem.</w:t>
      </w:r>
      <w:r>
        <w:br/>
      </w:r>
      <w:r>
        <w:rPr>
          <w:sz w:val="20"/>
        </w:rPr>
        <w:t>1:09  Recently, you know, the Tiger terrorist of Lanka, that is Prabhakaran, was killed by Lankan army.</w:t>
      </w:r>
      <w:r>
        <w:br/>
      </w:r>
      <w:r>
        <w:rPr>
          <w:sz w:val="20"/>
        </w:rPr>
        <w:t>1:22  So apparently, it was a good news.</w:t>
      </w:r>
      <w:r>
        <w:br/>
      </w:r>
      <w:r>
        <w:rPr>
          <w:sz w:val="20"/>
        </w:rPr>
        <w:t>1:26  Then, you know, there is a crackdown against Taliban</w:t>
      </w:r>
      <w:r>
        <w:br/>
      </w:r>
      <w:r>
        <w:rPr>
          <w:sz w:val="20"/>
        </w:rPr>
        <w:t>1:40  by the Pakistani army. There are some other news of this kind, but according to my analysis,</w:t>
      </w:r>
      <w:r>
        <w:br/>
      </w:r>
      <w:r>
        <w:rPr>
          <w:sz w:val="20"/>
        </w:rPr>
        <w:t>1:56  these operations, that is military operations, are not enough to eliminate the menace of terrorism.</w:t>
      </w:r>
      <w:r>
        <w:br/>
      </w:r>
      <w:r>
        <w:rPr>
          <w:sz w:val="20"/>
        </w:rPr>
        <w:t>2:10  These people, what is the wrong with these people?</w:t>
      </w:r>
      <w:r>
        <w:br/>
      </w:r>
      <w:r>
        <w:rPr>
          <w:sz w:val="20"/>
        </w:rPr>
        <w:t>2:15  These people take it as gun versus gun problem. So, so they want to</w:t>
      </w:r>
      <w:r>
        <w:br/>
      </w:r>
      <w:r>
        <w:rPr>
          <w:sz w:val="20"/>
        </w:rPr>
        <w:t>2:28  crush it by gun.</w:t>
      </w:r>
      <w:r>
        <w:br/>
      </w:r>
      <w:r>
        <w:rPr>
          <w:sz w:val="20"/>
        </w:rPr>
        <w:t>2:33  But I don't think that is simply a gun problem.</w:t>
      </w:r>
      <w:r>
        <w:br/>
      </w:r>
      <w:r>
        <w:rPr>
          <w:sz w:val="20"/>
        </w:rPr>
        <w:t>2:40  If it were gun problem, then now there were no problem after so many operations.</w:t>
      </w:r>
      <w:r>
        <w:br/>
      </w:r>
      <w:r>
        <w:rPr>
          <w:sz w:val="20"/>
        </w:rPr>
        <w:t>2:51  So, you see the result. You have to see the result. Result is not positive. Here I</w:t>
      </w:r>
      <w:r>
        <w:br/>
      </w:r>
      <w:r>
        <w:rPr>
          <w:sz w:val="20"/>
        </w:rPr>
        <w:t>3:03  recall a very well known dictum of UNESCO.</w:t>
      </w:r>
      <w:r>
        <w:br/>
      </w:r>
      <w:r>
        <w:rPr>
          <w:sz w:val="20"/>
        </w:rPr>
        <w:t>3:09  You know, UNESCO is a special branch of United Nations. The main purpose of UNESCO, that is international organization under UNO.</w:t>
      </w:r>
      <w:r>
        <w:br/>
      </w:r>
      <w:r>
        <w:rPr>
          <w:sz w:val="20"/>
        </w:rPr>
        <w:t>3:24  So, the main purpose of UNESCO is to establish peace and cooperation between different nations.</w:t>
      </w:r>
      <w:r>
        <w:br/>
      </w:r>
      <w:r>
        <w:rPr>
          <w:sz w:val="20"/>
        </w:rPr>
        <w:t>3:35  This is their purpose.</w:t>
      </w:r>
      <w:r>
        <w:br/>
      </w:r>
      <w:r>
        <w:rPr>
          <w:sz w:val="20"/>
        </w:rPr>
        <w:t>3:38  So, they have opted a very well known dictum, that is violence begins from mind.</w:t>
      </w:r>
      <w:r>
        <w:br/>
      </w:r>
      <w:r>
        <w:rPr>
          <w:sz w:val="20"/>
        </w:rPr>
        <w:t>3:51  it means that violence begins from a violent ideology. mind creates ideology.</w:t>
      </w:r>
      <w:r>
        <w:br/>
      </w:r>
      <w:r>
        <w:rPr>
          <w:sz w:val="20"/>
        </w:rPr>
        <w:t>4:03  so, every violent activism is brain child of an ideology.</w:t>
      </w:r>
      <w:r>
        <w:br/>
      </w:r>
      <w:r>
        <w:rPr>
          <w:sz w:val="20"/>
        </w:rPr>
        <w:t>4:14  so, without having a counter ideology, you can not eliminate all these terrorist activities.</w:t>
      </w:r>
      <w:r>
        <w:br/>
      </w:r>
      <w:r>
        <w:rPr>
          <w:sz w:val="20"/>
        </w:rPr>
        <w:t>4:24  this is the problem.</w:t>
      </w:r>
    </w:p>
    <w:p>
      <w:pPr>
        <w:pStyle w:val="Heading2"/>
      </w:pPr>
      <w:r>
        <w:t>Division of labour is realism not discrimination</w:t>
      </w:r>
    </w:p>
    <w:p>
      <w:r>
        <w:rPr>
          <w:color w:val="666666"/>
          <w:sz w:val="18"/>
        </w:rPr>
        <w:t>Woman in Islam February 28, 2007 Maulana Wahiduddin Khan · 5m 56s · at 35:36 · https://youtu.be/LTTwp_lIqzY?t=2136</w:t>
      </w:r>
    </w:p>
    <w:p>
      <w:r>
        <w:rPr>
          <w:i/>
        </w:rPr>
        <w:t>“About the role of women, there is no discrimination.”</w:t>
      </w:r>
    </w:p>
    <w:p>
      <w:r>
        <w:rPr>
          <w:sz w:val="20"/>
        </w:rPr>
        <w:t>35:36  din about the</w:t>
      </w:r>
      <w:r>
        <w:br/>
      </w:r>
      <w:r>
        <w:rPr>
          <w:sz w:val="20"/>
        </w:rPr>
        <w:t>35:41  role of woman in the society, i think that there is no discrimination in this regard.</w:t>
      </w:r>
      <w:r>
        <w:br/>
      </w:r>
      <w:r>
        <w:rPr>
          <w:sz w:val="20"/>
        </w:rPr>
        <w:t>35:55  the only thing is that</w:t>
      </w:r>
      <w:r>
        <w:br/>
      </w:r>
      <w:r>
        <w:rPr>
          <w:sz w:val="20"/>
        </w:rPr>
        <w:t>36:00  both have different qualities, both have different temperament, b</w:t>
      </w:r>
      <w:r>
        <w:br/>
      </w:r>
      <w:r>
        <w:rPr>
          <w:sz w:val="20"/>
        </w:rPr>
        <w:t>36:12  with have different potential. So it is but natural that both must be given that kind of role, which is quite, which is quite</w:t>
      </w:r>
      <w:r>
        <w:br/>
      </w:r>
      <w:r>
        <w:rPr>
          <w:sz w:val="20"/>
        </w:rPr>
        <w:t>36:39  appropriate, which is in accordance with their qualities. So this is a settlement or adjust</w:t>
      </w:r>
      <w:r>
        <w:br/>
      </w:r>
      <w:r>
        <w:rPr>
          <w:sz w:val="20"/>
        </w:rPr>
        <w:t>36:50  ment, this is not diskrimineshan. for exampl,</w:t>
      </w:r>
      <w:r>
        <w:br/>
      </w:r>
      <w:r>
        <w:rPr>
          <w:sz w:val="20"/>
        </w:rPr>
        <w:t>36:58  There are two different roles. One is engineering role, and other, other one is teaching role.</w:t>
      </w:r>
      <w:r>
        <w:br/>
      </w:r>
      <w:r>
        <w:rPr>
          <w:sz w:val="20"/>
        </w:rPr>
        <w:t>37:11  to of you find that man, man is</w:t>
      </w:r>
      <w:r>
        <w:br/>
      </w:r>
      <w:r>
        <w:rPr>
          <w:sz w:val="20"/>
        </w:rPr>
        <w:t>37:19  better for engineer role, so you have to appoint man as an engineer. And if you find that woman is better in teaching job, so,</w:t>
      </w:r>
      <w:r>
        <w:br/>
      </w:r>
      <w:r>
        <w:rPr>
          <w:sz w:val="20"/>
        </w:rPr>
        <w:t>37:35  So you have to appoint women in the teaching job.</w:t>
      </w:r>
      <w:r>
        <w:br/>
      </w:r>
      <w:r>
        <w:rPr>
          <w:sz w:val="20"/>
        </w:rPr>
        <w:t>37:41  . so it is, it is a divishan of labor. is not diskrimineshan.</w:t>
      </w:r>
      <w:r>
        <w:br/>
      </w:r>
      <w:r>
        <w:rPr>
          <w:sz w:val="20"/>
        </w:rPr>
        <w:t>37:50  it is simpli divishan of labor.</w:t>
      </w:r>
      <w:r>
        <w:br/>
      </w:r>
      <w:r>
        <w:rPr>
          <w:sz w:val="20"/>
        </w:rPr>
        <w:t>37:55  aivn aivri man,</w:t>
      </w:r>
      <w:r>
        <w:br/>
      </w:r>
      <w:r>
        <w:rPr>
          <w:sz w:val="20"/>
        </w:rPr>
        <w:t>38:01  even there are differences among men and men, and among women and women.</w:t>
      </w:r>
      <w:r>
        <w:br/>
      </w:r>
      <w:r>
        <w:rPr>
          <w:sz w:val="20"/>
        </w:rPr>
        <w:t>38:10  so difrans is</w:t>
      </w:r>
      <w:r>
        <w:br/>
      </w:r>
      <w:r>
        <w:rPr>
          <w:sz w:val="20"/>
        </w:rPr>
        <w:t>38:14  found not only among sexs, but among individuals also.</w:t>
      </w:r>
      <w:r>
        <w:br/>
      </w:r>
      <w:r>
        <w:rPr>
          <w:sz w:val="20"/>
        </w:rPr>
        <w:t>38:26  so yu heve to be relist</w:t>
      </w:r>
      <w:r>
        <w:br/>
      </w:r>
      <w:r>
        <w:rPr>
          <w:sz w:val="20"/>
        </w:rPr>
        <w:t>38:31  . Islamic approach is realist, realistic approach. Islamic approach in this regard.</w:t>
      </w:r>
      <w:r>
        <w:br/>
      </w:r>
      <w:r>
        <w:rPr>
          <w:sz w:val="20"/>
        </w:rPr>
        <w:t>38:42  is a relistik aproach</w:t>
      </w:r>
      <w:r>
        <w:br/>
      </w:r>
      <w:r>
        <w:rPr>
          <w:sz w:val="20"/>
        </w:rPr>
        <w:t>38:48  . For example, according to the recent studies in psychology, it is after a survey, it is proved that women are somewhat emotional</w:t>
      </w:r>
      <w:r>
        <w:br/>
      </w:r>
      <w:r>
        <w:rPr>
          <w:sz w:val="20"/>
        </w:rPr>
        <w:t>39:09  as kampair to man. so of yu,</w:t>
      </w:r>
      <w:r>
        <w:br/>
      </w:r>
      <w:r>
        <w:rPr>
          <w:sz w:val="20"/>
        </w:rPr>
        <w:t>39:18  and it is a saientifik fakt, provd after, after gret sarves, after long long risarches.</w:t>
      </w:r>
      <w:r>
        <w:br/>
      </w:r>
      <w:r>
        <w:rPr>
          <w:sz w:val="20"/>
        </w:rPr>
        <w:t>39:32  so of voman ar emoshanal</w:t>
      </w:r>
      <w:r>
        <w:br/>
      </w:r>
      <w:r>
        <w:rPr>
          <w:sz w:val="20"/>
        </w:rPr>
        <w:t>39:39  according to their nature, they are not very good in army, in military services.</w:t>
      </w:r>
      <w:r>
        <w:br/>
      </w:r>
      <w:r>
        <w:rPr>
          <w:sz w:val="20"/>
        </w:rPr>
        <w:t>39:52  According to this nature, women are not very good in military services.</w:t>
      </w:r>
      <w:r>
        <w:br/>
      </w:r>
      <w:r>
        <w:rPr>
          <w:sz w:val="20"/>
        </w:rPr>
        <w:t>40:03  so this kind of difference is not based on discrimination. it is based on natural qualities.</w:t>
      </w:r>
      <w:r>
        <w:br/>
      </w:r>
      <w:r>
        <w:rPr>
          <w:sz w:val="20"/>
        </w:rPr>
        <w:t>40:21  as man and woman, both have different qualities, different natural qualities. so it is a, it is a realistic approach</w:t>
      </w:r>
      <w:r>
        <w:br/>
      </w:r>
      <w:r>
        <w:rPr>
          <w:sz w:val="20"/>
        </w:rPr>
        <w:t>40:38  . it is a realism to differentiate in the role.</w:t>
      </w:r>
      <w:r>
        <w:br/>
      </w:r>
      <w:r>
        <w:rPr>
          <w:sz w:val="20"/>
        </w:rPr>
        <w:t>40:47  so da formola of islam abaut man and voman is based on this prinsipal that</w:t>
      </w:r>
      <w:r>
        <w:br/>
      </w:r>
      <w:r>
        <w:rPr>
          <w:sz w:val="20"/>
        </w:rPr>
        <w:t>41:03  ekol in rispaikt bat difrant</w:t>
      </w:r>
    </w:p>
    <w:p>
      <w:pPr>
        <w:pStyle w:val="Heading2"/>
      </w:pPr>
      <w:r>
        <w:t>Leaders failed due to ignoring spirit of age</w:t>
      </w:r>
    </w:p>
    <w:p>
      <w:r>
        <w:rPr>
          <w:color w:val="666666"/>
          <w:sz w:val="18"/>
        </w:rPr>
        <w:t>Opportunities of the Modern Age | March 05, 2017 · 4m 08s · at 4:50 · https://youtu.be/Cv8QEwvQ_fY?t=290</w:t>
      </w:r>
    </w:p>
    <w:p>
      <w:r>
        <w:rPr>
          <w:i/>
        </w:rPr>
        <w:t>“In logon ne spirit of the age ke khilaf kaam kiya”</w:t>
      </w:r>
    </w:p>
    <w:p>
      <w:r>
        <w:rPr>
          <w:sz w:val="20"/>
        </w:rPr>
        <w:t>4:50  bohat personality walay aur musalmano ko bheer jama hui un ke gird magar sab ke sab fail ho</w:t>
      </w:r>
      <w:r>
        <w:br/>
      </w:r>
      <w:r>
        <w:rPr>
          <w:sz w:val="20"/>
        </w:rPr>
        <w:t>5:00  gaye is ka raaz kya hai is ka raaz yeh hai ke in logon ne spirit of age</w:t>
      </w:r>
      <w:r>
        <w:br/>
      </w:r>
      <w:r>
        <w:rPr>
          <w:sz w:val="20"/>
        </w:rPr>
        <w:t>5:11  ke khilaf kaam kiya spirit of the age</w:t>
      </w:r>
      <w:r>
        <w:br/>
      </w:r>
      <w:r>
        <w:rPr>
          <w:sz w:val="20"/>
        </w:rPr>
        <w:t>5:22  yani yeh zamanah jo hai opportunity exploration ka zamanah hai mawaqay ka infijar har taraf mawaqay hi mawaqay</w:t>
      </w:r>
      <w:r>
        <w:br/>
      </w:r>
      <w:r>
        <w:rPr>
          <w:sz w:val="20"/>
        </w:rPr>
        <w:t>5:32  hain jis maidan mein jaye kamyab hoga lekin unhon ne kya nara lagaya ke musalmano ke sath musalman</w:t>
      </w:r>
      <w:r>
        <w:br/>
      </w:r>
      <w:r>
        <w:rPr>
          <w:sz w:val="20"/>
        </w:rPr>
        <w:t>5:42  mazloom hain musalmano ke sath discrimination hota hai yeh to bilkul zamanay ke khilaf tha kyunke muslim community</w:t>
      </w:r>
      <w:r>
        <w:br/>
      </w:r>
      <w:r>
        <w:rPr>
          <w:sz w:val="20"/>
        </w:rPr>
        <w:t>5:52  aas pas dekhti thi ke bohat se log kamyab ho rahay hain to woh kaise ho rahay hain</w:t>
      </w:r>
      <w:r>
        <w:br/>
      </w:r>
      <w:r>
        <w:rPr>
          <w:sz w:val="20"/>
        </w:rPr>
        <w:t>6:00  to muslim community dekhti thi ke hamare aas pas kamyabi ka bagh ug raha hai garden of success</w:t>
      </w:r>
      <w:r>
        <w:br/>
      </w:r>
      <w:r>
        <w:rPr>
          <w:sz w:val="20"/>
        </w:rPr>
        <w:t>6:08  to aakhir hum kyun hamare sath aisa ho sakta hai ho nahi sakta jab barish ho rahi ho</w:t>
      </w:r>
      <w:r>
        <w:br/>
      </w:r>
      <w:r>
        <w:rPr>
          <w:sz w:val="20"/>
        </w:rPr>
        <w:t>6:16  to koi kahe ke mein to sookhay mein para hua hoon to kaun marega us ko</w:t>
      </w:r>
      <w:r>
        <w:br/>
      </w:r>
      <w:r>
        <w:rPr>
          <w:sz w:val="20"/>
        </w:rPr>
        <w:t>6:23  jab barish ho rahi hai charon taraf pani pani ho aur koi chila raha hai ke mein sookha</w:t>
      </w:r>
      <w:r>
        <w:br/>
      </w:r>
      <w:r>
        <w:rPr>
          <w:sz w:val="20"/>
        </w:rPr>
        <w:t>6:29  parha hoon sookhay mein parha hua hoon mujhe pani nahi milta to kaun marega us ko to</w:t>
      </w:r>
      <w:r>
        <w:br/>
      </w:r>
      <w:r>
        <w:rPr>
          <w:sz w:val="20"/>
        </w:rPr>
        <w:t>6:36  in logon ne aisi baat kahi jo musalmano ka mindset tha constancy ya inconstancy mein yeh</w:t>
      </w:r>
      <w:r>
        <w:br/>
      </w:r>
      <w:r>
        <w:rPr>
          <w:sz w:val="20"/>
        </w:rPr>
        <w:t>6:42  nahi kahunga constancy balkeh inconstancy sab ka mind yeh tha ke yeh daur taraqqi ka daur</w:t>
      </w:r>
      <w:r>
        <w:br/>
      </w:r>
      <w:r>
        <w:rPr>
          <w:sz w:val="20"/>
        </w:rPr>
        <w:t>6:48  hai sab ko mawaqay mil rahay hain</w:t>
      </w:r>
      <w:r>
        <w:br/>
      </w:r>
      <w:r>
        <w:rPr>
          <w:sz w:val="20"/>
        </w:rPr>
        <w:t>6:54  to mujhe koi kyun nahi milega main kyun discrimination ka shikar hounga to acceptable nahi tha</w:t>
      </w:r>
      <w:r>
        <w:br/>
      </w:r>
      <w:r>
        <w:rPr>
          <w:sz w:val="20"/>
        </w:rPr>
        <w:t>7:05  aur yeh bhi dekhte the ke bohat se muslim individuals kamyab ho rahe hain to kahan hai woh</w:t>
      </w:r>
      <w:r>
        <w:br/>
      </w:r>
      <w:r>
        <w:rPr>
          <w:sz w:val="20"/>
        </w:rPr>
        <w:t>7:16  discrimination is liye un ke magazine nahi chaly un ki leaderian nahi chali</w:t>
      </w:r>
      <w:r>
        <w:br/>
      </w:r>
      <w:r>
        <w:rPr>
          <w:sz w:val="20"/>
        </w:rPr>
        <w:t>7:28  woh kamyab nahi hue main aap ko do misaal deta hoon naam liye baghair yani ek misaal molvi</w:t>
      </w:r>
      <w:r>
        <w:br/>
      </w:r>
      <w:r>
        <w:rPr>
          <w:sz w:val="20"/>
        </w:rPr>
        <w:t>7:38  leader ki hai aur doosri misaal mister leader ki hai dono bohat hi laiq the mister leader ne</w:t>
      </w:r>
      <w:r>
        <w:br/>
      </w:r>
      <w:r>
        <w:rPr>
          <w:sz w:val="20"/>
        </w:rPr>
        <w:t>7:48  baray josh o kharosh se apna kaam shuru kiya bohat achi un ki english thi lekin</w:t>
      </w:r>
      <w:r>
        <w:br/>
      </w:r>
      <w:r>
        <w:rPr>
          <w:sz w:val="20"/>
        </w:rPr>
        <w:t>7:58  kuch bhi un ko gain nahi hua aakhri zamanay mein unhon ne shair likha tha ke zeest ka</w:t>
      </w:r>
      <w:r>
        <w:br/>
      </w:r>
      <w:r>
        <w:rPr>
          <w:sz w:val="20"/>
        </w:rPr>
        <w:t>8:05  raaz khula gardish e ayyam ke baad is kahani ka to aghaz tha anjam ke baad yeh mister leader</w:t>
      </w:r>
      <w:r>
        <w:br/>
      </w:r>
      <w:r>
        <w:rPr>
          <w:sz w:val="20"/>
        </w:rPr>
        <w:t>8:13  ki baat hai is tarah mister molvi ki baat suniye ek sahib zindagi bhar active rahe bohat dhoom</w:t>
      </w:r>
      <w:r>
        <w:br/>
      </w:r>
      <w:r>
        <w:rPr>
          <w:sz w:val="20"/>
        </w:rPr>
        <w:t>8:20  se stage par khoob taqreerain karte the woh aakhri zamanay mein</w:t>
      </w:r>
      <w:r>
        <w:br/>
      </w:r>
      <w:r>
        <w:rPr>
          <w:sz w:val="20"/>
        </w:rPr>
        <w:t>8:28  woh bhi mayusi bhare aur yeh kehte the aakhri zamanay mein kaha unhon ne woh mehroom tamanna kyun</w:t>
      </w:r>
      <w:r>
        <w:br/>
      </w:r>
      <w:r>
        <w:rPr>
          <w:sz w:val="20"/>
        </w:rPr>
        <w:t>8:35  na suraj aasman dekhe ke jo lamha bilahma apni koshish rayegan dekhe in logon ko yeh daryaft nahi</w:t>
      </w:r>
      <w:r>
        <w:br/>
      </w:r>
      <w:r>
        <w:rPr>
          <w:sz w:val="20"/>
        </w:rPr>
        <w:t>8:43  ہوا کہ وہ age of spirit of age کے خلاف چل رہے تھے اپنے mind میں ایک بسا</w:t>
      </w:r>
      <w:r>
        <w:br/>
      </w:r>
      <w:r>
        <w:rPr>
          <w:sz w:val="20"/>
        </w:rPr>
        <w:t>8:50  rakha tha unhon ne jis ka talluq zaban se kuch nahi</w:t>
      </w:r>
    </w:p>
    <w:p>
      <w:pPr>
        <w:pStyle w:val="Heading2"/>
      </w:pPr>
      <w:r>
        <w:t>Full model of building a team through Prophet Ismail</w:t>
      </w:r>
    </w:p>
    <w:p>
      <w:r>
        <w:rPr>
          <w:color w:val="666666"/>
          <w:sz w:val="18"/>
        </w:rPr>
        <w:t>Islam Ideology, Team and Method October 09, 2011 · 6m 02s · at 11:03 · https://youtu.be/zRilc1fG6c0?t=663</w:t>
      </w:r>
    </w:p>
    <w:p>
      <w:r>
        <w:rPr>
          <w:i/>
        </w:rPr>
        <w:t>“Aap ki itni achi ideology ho, lekin bina team ke kya kaam?”</w:t>
      </w:r>
    </w:p>
    <w:p>
      <w:r>
        <w:rPr>
          <w:sz w:val="20"/>
        </w:rPr>
        <w:t>11:03  woh namoona yeh tha ke team kaise banai jaye. dekhein, aap ki itni achi ideology ho, lekin aap ko jab tak aap ke paas team na ho,</w:t>
      </w:r>
      <w:r>
        <w:br/>
      </w:r>
      <w:r>
        <w:rPr>
          <w:sz w:val="20"/>
        </w:rPr>
        <w:t>11:19  tab tak aap koi bara kaam nahi kar sakte. ek aadmi nahi, koi bara kaam kar sakta. to aap ke saath ek team honi chahiye.</w:t>
      </w:r>
      <w:r>
        <w:br/>
      </w:r>
      <w:r>
        <w:rPr>
          <w:sz w:val="20"/>
        </w:rPr>
        <w:t>11:29  to team kaise bane,</w:t>
      </w:r>
      <w:r>
        <w:br/>
      </w:r>
      <w:r>
        <w:rPr>
          <w:sz w:val="20"/>
        </w:rPr>
        <w:t>11:31  is ka namoona qaim hua hazrat ismail ke zariye se, jo hazrat ibrahim ke bete thay. is namoonay mein hazrat ibrahim, hazrat haajra, hazrat ismail,</w:t>
      </w:r>
      <w:r>
        <w:br/>
      </w:r>
      <w:r>
        <w:rPr>
          <w:sz w:val="20"/>
        </w:rPr>
        <w:t>11:45  teen aadmi ka basic role hai.</w:t>
      </w:r>
      <w:r>
        <w:br/>
      </w:r>
      <w:r>
        <w:rPr>
          <w:sz w:val="20"/>
        </w:rPr>
        <w:t>11:49  hazrat ibrahim paida hue iraq mein, wahan unhon ne dawat ka kaam kiya.</w:t>
      </w:r>
      <w:r>
        <w:br/>
      </w:r>
      <w:r>
        <w:rPr>
          <w:sz w:val="20"/>
        </w:rPr>
        <w:t>12:00  to wahan par team nahi bani, wahan par afraad ikhatta nahi hue, woh akele reh gaye. to bara kaam kaise ho?</w:t>
      </w:r>
      <w:r>
        <w:br/>
      </w:r>
      <w:r>
        <w:rPr>
          <w:sz w:val="20"/>
        </w:rPr>
        <w:t>12:11  is ke liye team chahiye.</w:t>
      </w:r>
      <w:r>
        <w:br/>
      </w:r>
      <w:r>
        <w:rPr>
          <w:sz w:val="20"/>
        </w:rPr>
        <w:t>12:13  to ek team banane ke liye allah taala ne unhein hukum diya ke tum le jao apni aulaad ko aur un ko basa do desert mein.</w:t>
      </w:r>
      <w:r>
        <w:br/>
      </w:r>
      <w:r>
        <w:rPr>
          <w:sz w:val="20"/>
        </w:rPr>
        <w:t>12:24  quran mein hai ke hazrat ibrahim ne farmaya rabbi inni askantu min zurriyyati biwadin ghairi zarrin inda baitikal muharram ke mein ne apne</w:t>
      </w:r>
      <w:r>
        <w:br/>
      </w:r>
      <w:r>
        <w:rPr>
          <w:sz w:val="20"/>
        </w:rPr>
        <w:t>12:42  apni aulaad ko basa diya hai desert mein, sehra mein.</w:t>
      </w:r>
      <w:r>
        <w:br/>
      </w:r>
      <w:r>
        <w:rPr>
          <w:sz w:val="20"/>
        </w:rPr>
        <w:t>12:52  yeh hai, yeh hai in here the beginning. team banane ki beginning is se maloom hoti hai ke agar aap ko team banana ho to aap ko kuch aise afraad</w:t>
      </w:r>
      <w:r>
        <w:br/>
      </w:r>
      <w:r>
        <w:rPr>
          <w:sz w:val="20"/>
        </w:rPr>
        <w:t>13:09  talash karne chahiye jo desert mein settle hone ke tayyar hain. lekin yahan desert alamat-i lafz hai.</w:t>
      </w:r>
      <w:r>
        <w:br/>
      </w:r>
      <w:r>
        <w:rPr>
          <w:sz w:val="20"/>
        </w:rPr>
        <w:t>13:18  aaj ke zamane mein iska amli shakal desert nahi hogi.</w:t>
      </w:r>
      <w:r>
        <w:br/>
      </w:r>
      <w:r>
        <w:rPr>
          <w:sz w:val="20"/>
        </w:rPr>
        <w:t>13:27  aaj aap apne sathiyon ko le kar desert mein nahi jayenge. aaj kya hai? aaj jo hai, in desert mein kyun gaye the woh log?</w:t>
      </w:r>
      <w:r>
        <w:br/>
      </w:r>
      <w:r>
        <w:rPr>
          <w:sz w:val="20"/>
        </w:rPr>
        <w:t>13:39  kyunki shahron mein jo temptation hai, jo distraction hai, is se bachane ke liye.</w:t>
      </w:r>
      <w:r>
        <w:br/>
      </w:r>
      <w:r>
        <w:rPr>
          <w:sz w:val="20"/>
        </w:rPr>
        <w:t>13:49  yani yun kehna chahiye ke world of distraction se bacha kar ek kahin jagah le jana, jahan kam se kam distraction ho, aur phir wahan un ko train karna.</w:t>
      </w:r>
      <w:r>
        <w:br/>
      </w:r>
      <w:r>
        <w:rPr>
          <w:sz w:val="20"/>
        </w:rPr>
        <w:t>14:07  to aaj ke zamane mein kya hai? aaj ke zamane mein desert woh jagah nahi jahan aap team banayen. isi duniya mein banana padega aap ko.</w:t>
      </w:r>
      <w:r>
        <w:br/>
      </w:r>
      <w:r>
        <w:rPr>
          <w:sz w:val="20"/>
        </w:rPr>
        <w:t>14:20  to kuch logon ke andar, kuch log aise jahan mile aap ko hausla wale, jo is ke liye tayyar hon ke wadi ghair zarr mein bas bas basne ke liye tayyar hain.</w:t>
      </w:r>
      <w:r>
        <w:br/>
      </w:r>
      <w:r>
        <w:rPr>
          <w:sz w:val="20"/>
        </w:rPr>
        <w:t>14:33  yani temptation se door, interest se door, material comfort se door.</w:t>
      </w:r>
      <w:r>
        <w:br/>
      </w:r>
      <w:r>
        <w:rPr>
          <w:sz w:val="20"/>
        </w:rPr>
        <w:t>14:42  yeh matlab hai is ka.</w:t>
      </w:r>
      <w:r>
        <w:br/>
      </w:r>
      <w:r>
        <w:rPr>
          <w:sz w:val="20"/>
        </w:rPr>
        <w:t>14:45  askant min zarrati babad ghair zarrin ka aaj ke lehaz se jo is ka</w:t>
      </w:r>
      <w:r>
        <w:br/>
      </w:r>
      <w:r>
        <w:rPr>
          <w:sz w:val="20"/>
        </w:rPr>
        <w:t>14:54  jo is ki shakal hogi, woh yeh hogi ke aise kuch afraad aap ko agar milte hain, aise afraad aap ko talash karne hain jo is ke liye tayyar hon ke woh apne aap ko distraction se bachayenge, material interest se bachayenge.</w:t>
      </w:r>
      <w:r>
        <w:br/>
      </w:r>
      <w:r>
        <w:rPr>
          <w:sz w:val="20"/>
        </w:rPr>
        <w:t>15:14  aaj kya cheezen hain? dekhiye, aaj jo hai, jab bhi aap koi kaam karta hai to media ka zamana hai. aap foran media mein aate hain.</w:t>
      </w:r>
      <w:r>
        <w:br/>
      </w:r>
      <w:r>
        <w:rPr>
          <w:sz w:val="20"/>
        </w:rPr>
        <w:t>15:26  wahan aap ki tasweeren chapti hain. TV mein aap aate hain. aise hi aap juloos nikalte hain, jalsa karte hain to woh bhi media mein aata hai.</w:t>
      </w:r>
      <w:r>
        <w:br/>
      </w:r>
      <w:r>
        <w:rPr>
          <w:sz w:val="20"/>
        </w:rPr>
        <w:t>15:36  to yeh yeh hai woh cheez jo wajah banti hai distraction ki. to</w:t>
      </w:r>
      <w:r>
        <w:br/>
      </w:r>
      <w:r>
        <w:rPr>
          <w:sz w:val="20"/>
        </w:rPr>
        <w:t>15:43  aise logon ko aap ko dhoondna hai, aise naujawanon ko jo in cheezon se oopar uth saken.</w:t>
      </w:r>
      <w:r>
        <w:br/>
      </w:r>
      <w:r>
        <w:rPr>
          <w:sz w:val="20"/>
        </w:rPr>
        <w:t>15:54  jo desert mein gaye the, woh in cheezon se oopar uth gaye the. us waqt ke jo distraction the, us se oopar uth gaye the, uth kar ke woh sar-e-aam chale gaye the.</w:t>
      </w:r>
      <w:r>
        <w:br/>
      </w:r>
      <w:r>
        <w:rPr>
          <w:sz w:val="20"/>
        </w:rPr>
        <w:t>16:03  aaj ka jo distraction hai, woh kya hai?</w:t>
      </w:r>
      <w:r>
        <w:br/>
      </w:r>
      <w:r>
        <w:rPr>
          <w:sz w:val="20"/>
        </w:rPr>
        <w:t>16:07  woh fame, popularity, material interest, money karel pehli zaban mein hai.</w:t>
      </w:r>
      <w:r>
        <w:br/>
      </w:r>
      <w:r>
        <w:rPr>
          <w:sz w:val="20"/>
        </w:rPr>
        <w:t>16:16  har aadmi paisa kama raha hai. is real plate se door apne ko le aana to bohat zyada distraction barh gaya hai is zamane mein.</w:t>
      </w:r>
      <w:r>
        <w:br/>
      </w:r>
      <w:r>
        <w:rPr>
          <w:sz w:val="20"/>
        </w:rPr>
        <w:t>16:30  to jo aise hausla mand hon ke is se oopar uth saken, aise naujawan, un ko le kar ke aap ko train karna hai.</w:t>
      </w:r>
      <w:r>
        <w:br/>
      </w:r>
      <w:r>
        <w:rPr>
          <w:sz w:val="20"/>
        </w:rPr>
        <w:t>16:40  yani dobara aap ko aise afraad chahiye jo tayyar hon is baat ke liye ke woh</w:t>
      </w:r>
      <w:r>
        <w:br/>
      </w:r>
      <w:r>
        <w:rPr>
          <w:sz w:val="20"/>
        </w:rPr>
        <w:t>16:53  jis tarah se woh log jo Hazrat Ibrahim ke aulad thi, apne zamane ke lehaz se jo material interest tha, jo distraction tha, us se oopar uthe.</w:t>
      </w:r>
    </w:p>
    <w:p>
      <w:pPr>
        <w:pStyle w:val="Heading2"/>
      </w:pPr>
      <w:r>
        <w:t>Calling it discrimination is really following Satan's language</w:t>
      </w:r>
    </w:p>
    <w:p>
      <w:r>
        <w:rPr>
          <w:color w:val="666666"/>
          <w:sz w:val="18"/>
        </w:rPr>
        <w:t>Revival and Revivalist June 7, 2015 · 5m 22s · at 38:37 · https://youtu.be/MCY8AJ87BXc?t=2317</w:t>
      </w:r>
    </w:p>
    <w:p>
      <w:r>
        <w:rPr>
          <w:i/>
        </w:rPr>
        <w:t>“Complaining about discrimination in India — I consider that forbidden”</w:t>
      </w:r>
    </w:p>
    <w:p>
      <w:r>
        <w:rPr>
          <w:sz w:val="20"/>
        </w:rPr>
        <w:t>38:37  ab shikayat ki baatein karna ke India mein discrimination hota hai, yeh sab bilkul mein to us ko haram ke darjay mein galat manta hoon, haram ke darjay mein.</w:t>
      </w:r>
      <w:r>
        <w:br/>
      </w:r>
      <w:r>
        <w:rPr>
          <w:sz w:val="20"/>
        </w:rPr>
        <w:t>38:50  chand din hue aik sahib aaye, un ka ke India mein to discrimination hota hai musalmanon ke sath.</w:t>
      </w:r>
      <w:r>
        <w:br/>
      </w:r>
      <w:r>
        <w:rPr>
          <w:sz w:val="20"/>
        </w:rPr>
        <w:t>38:57  to mein ne kaha ke discrimination ki boli jo bolta hai, woh shaitan ki boli bolta hai. unhon ne kaha, woh kaisay? mein ne kaha, jab Allah taala ne insan ko paida kiya aur us ko khalifa banaya,</w:t>
      </w:r>
      <w:r>
        <w:br/>
      </w:r>
      <w:r>
        <w:rPr>
          <w:sz w:val="20"/>
        </w:rPr>
        <w:t>39:14  to shaitan ne kya kiya tha? yahi to kaha tha ke woh us ko paida kiya gaya mitti se, ab mujhe paida kiya aag se, aur us ko darja nahi diya, us</w:t>
      </w:r>
      <w:r>
        <w:br/>
      </w:r>
      <w:r>
        <w:rPr>
          <w:sz w:val="20"/>
        </w:rPr>
        <w:t>39:25  ko darja nahi diya. yeh to discrimination hai. yani iblis samajhta tha ke darja mujh ko milna chahiye, kyunke mujhe aag se paida kiya gaya hai, aur mil gaya Adam ko.</w:t>
      </w:r>
      <w:r>
        <w:br/>
      </w:r>
      <w:r>
        <w:rPr>
          <w:sz w:val="20"/>
        </w:rPr>
        <w:t>39:39  to yeh to discrimination hai. to sab se pehle dunya mein yeh boli bola kaun?</w:t>
      </w:r>
      <w:r>
        <w:br/>
      </w:r>
      <w:r>
        <w:rPr>
          <w:sz w:val="20"/>
        </w:rPr>
        <w:t>39:49  Satan bola.</w:t>
      </w:r>
      <w:r>
        <w:br/>
      </w:r>
      <w:r>
        <w:rPr>
          <w:sz w:val="20"/>
        </w:rPr>
        <w:t>39:53  yani language of discrimination jo istemal kiya tha, Satan istemal kiya. ab jo yeh boli bolta hai, woh Satan ki pairvi karta hai. aur jante hain, Quran mein likha hua hai, ek ayat hai Quran mein ke jo insan Shaitan ki ko follow karega, us ko aur Shaitan ko dono ko jahannum mein daal diya jayega.</w:t>
      </w:r>
      <w:r>
        <w:br/>
      </w:r>
      <w:r>
        <w:rPr>
          <w:sz w:val="20"/>
        </w:rPr>
        <w:t>40:14  to kitna kitna risky baat hai yeh kehna ke India mein Musalmanon ke sath discrimination hota hai.</w:t>
      </w:r>
      <w:r>
        <w:br/>
      </w:r>
      <w:r>
        <w:rPr>
          <w:sz w:val="20"/>
        </w:rPr>
        <w:t>40:22  yani yeh keh kar aap ne ko aap bracket kar rahe hain Satan se. bohat hi zyada khatarnak baat hai jab aap yeh bolein ke India mein Musalmanon ke sath discrimination hota hai, to aap yeh risk le rahe hain ke aap ko bracket kar diya jaye Satan se.</w:t>
      </w:r>
      <w:r>
        <w:br/>
      </w:r>
      <w:r>
        <w:rPr>
          <w:sz w:val="20"/>
        </w:rPr>
        <w:t>40:40  kehti hai, khatarnak baat hai, yeh</w:t>
      </w:r>
      <w:r>
        <w:br/>
      </w:r>
      <w:r>
        <w:rPr>
          <w:sz w:val="20"/>
        </w:rPr>
        <w:t>40:46  kehti hai, khatarnak baat hai. to baat kya hai? discrimination is a part of nature.</w:t>
      </w:r>
      <w:r>
        <w:br/>
      </w:r>
      <w:r>
        <w:rPr>
          <w:sz w:val="20"/>
        </w:rPr>
        <w:t>40:54  discrimination ek bura naam de diya gaya hai ek haqeeqat ka. discrimination koi cheez hai hi nahi. yani Khuda ki takhleeq mein, Khuda ke creation plan mein, discrimination is nothing.</w:t>
      </w:r>
      <w:r>
        <w:br/>
      </w:r>
      <w:r>
        <w:rPr>
          <w:sz w:val="20"/>
        </w:rPr>
        <w:t>41:08  insan ne ek lafz ijad kiya, ek ek ek negative term, ek reality ka ek negative term hai.</w:t>
      </w:r>
      <w:r>
        <w:br/>
      </w:r>
      <w:r>
        <w:rPr>
          <w:sz w:val="20"/>
        </w:rPr>
        <w:t>41:16  yeh woh kya hai? ke</w:t>
      </w:r>
      <w:r>
        <w:br/>
      </w:r>
      <w:r>
        <w:rPr>
          <w:sz w:val="20"/>
        </w:rPr>
        <w:t>41:21  according to the law of nature, zindagi mein competition hai, challenge hai, koi aage jata hai, koi peechay hota hai. yeh yeh hota hi hota hai. to is ko kaha gaya discrimination.</w:t>
      </w:r>
      <w:r>
        <w:br/>
      </w:r>
      <w:r>
        <w:rPr>
          <w:sz w:val="20"/>
        </w:rPr>
        <w:t>41:33  discrimination nahi hai, woh discrimination nahi hota hai. you are paying the price of your income or your backwardness.</w:t>
      </w:r>
      <w:r>
        <w:br/>
      </w:r>
      <w:r>
        <w:rPr>
          <w:sz w:val="20"/>
        </w:rPr>
        <w:t>41:47  aap ki taleem mein agar peechay reh gaye hain, agar aap ke paas achi degree nahi hai, to aap ko select nahi kiya jayega. to discrimination nahi hai, woh woh aap apni hi backwardness ki qeemat ada kar rahe hain.</w:t>
      </w:r>
      <w:r>
        <w:br/>
      </w:r>
      <w:r>
        <w:rPr>
          <w:sz w:val="20"/>
        </w:rPr>
        <w:t>42:05  to agar hamare leader, hamare likhne aur bolne wale log, hamare jo parche nikalte hain, woh log yeh baat kahein to jahan aadmi dekha ke mera mere sath aisa qissa hua, to woh woh motivation ban jayega ke tum ke woh mislan us ki English kamzor hai to English improve karega, mathematics kamzor hai to mathematics improve karega,</w:t>
      </w:r>
      <w:r>
        <w:br/>
      </w:r>
      <w:r>
        <w:rPr>
          <w:sz w:val="20"/>
        </w:rPr>
        <w:t>42:35  us ka professor degree nahi hai to professor degree lega, aur phir woh aage badh jayega. to jo log Musalmanon ko yeh samajhte rahe hain ke anjam mein Musalmanon ke sath discrimination hota hai, woh Shaitan ki boli bolte hain.</w:t>
      </w:r>
      <w:r>
        <w:br/>
      </w:r>
      <w:r>
        <w:rPr>
          <w:sz w:val="20"/>
        </w:rPr>
        <w:t>42:50  woh yeh risk le rahe hain ke un ko wahi un ka anjam wahi ho jo Shaitan ka anjam muqaddar hai. main discrimination ke concept se bilkul inkar karta hoon.</w:t>
      </w:r>
      <w:r>
        <w:br/>
      </w:r>
      <w:r>
        <w:rPr>
          <w:sz w:val="20"/>
        </w:rPr>
        <w:t>43:00  discrimination koi cheez nahi, koi cheez nahi. ek ghar hai, farz kijiye do bete hain ek ke baap ke.</w:t>
      </w:r>
      <w:r>
        <w:br/>
      </w:r>
      <w:r>
        <w:rPr>
          <w:sz w:val="20"/>
        </w:rPr>
        <w:t>43:11  ek baap, ek bete ne acha parha, job kar raha hai, ghar mein paisa lata hai. acha, doosre bete ne nahi parha, woh paisa nahi nahi lata. to zahir hai ke us ki izzat woh nahi hogi jo ladka paisa lata hai ghar mein, us ki izzat hogi, aur jo paisa nahi lata, us ki izzat nahi hogi.</w:t>
      </w:r>
      <w:r>
        <w:br/>
      </w:r>
      <w:r>
        <w:rPr>
          <w:sz w:val="20"/>
        </w:rPr>
        <w:t>43:29  to yeh discrimination nahi hai. yeh yani apparently, it is discrimination. it is a case of discrimination. apparently, it is a case of discrimination, lekin aisa hai nahi.</w:t>
      </w:r>
      <w:r>
        <w:br/>
      </w:r>
      <w:r>
        <w:rPr>
          <w:sz w:val="20"/>
        </w:rPr>
        <w:t>43:40  woh woh woh ladka jis ne parha nahi, to woh apne na parhne ki price de raha hai.</w:t>
      </w:r>
      <w:r>
        <w:br/>
      </w:r>
      <w:r>
        <w:rPr>
          <w:sz w:val="20"/>
        </w:rPr>
        <w:t>43:52  yani he is paying the price of his own backwardness. koi discrimination ki baat nahi hai.</w:t>
      </w:r>
    </w:p>
    <w:p>
      <w:pPr>
        <w:pStyle w:val="Heading2"/>
      </w:pPr>
      <w:r>
        <w:t>Personal awakening to differences, and how to manage conflict</w:t>
      </w:r>
    </w:p>
    <w:p>
      <w:r>
        <w:rPr>
          <w:color w:val="666666"/>
          <w:sz w:val="18"/>
        </w:rPr>
        <w:t>Differences Are a Part Of Nature CPS Women Discussion 24 September 17, 2023 · 3m 20s · at 2:50 · https://youtu.be/uL_xIxYZtw4?t=170</w:t>
      </w:r>
    </w:p>
    <w:p>
      <w:r>
        <w:rPr>
          <w:i/>
        </w:rPr>
        <w:t>“मेरा मिज़ाज़ था कि हर चीज़ को एक ही नज़र से सही समझना”</w:t>
      </w:r>
    </w:p>
    <w:p>
      <w:r>
        <w:rPr>
          <w:sz w:val="20"/>
        </w:rPr>
        <w:t>2:50  Mera mizaj yeh tha Shabina ke koi cheez bhi kisi matlab ek sahi cheez ko jis nazar se dekha to to jab maine pehli baar Maulana sahib ke zariye hi samjha tha ke ek ikhtilaf jo hain woh part of nature hai.</w:t>
      </w:r>
      <w:r>
        <w:br/>
      </w:r>
      <w:r>
        <w:rPr>
          <w:sz w:val="20"/>
        </w:rPr>
        <w:t>3:19  To mujhe laga ke har taraf mere jo zehan ki jo khidkiyan hain woh khul gayi hain aur raushni aane lagi. To bahut badi baat mujhe samajh mein aayi thi jab mujhe pehli baar maine isko samjha tha ke agar har, agar har insaan ki ek soch hoti, agar har insaan baaton ko ek hi nazar se dekhe aur soche samjhe, to insaan ka zehni taca kaise hoga?</w:t>
      </w:r>
      <w:r>
        <w:br/>
      </w:r>
      <w:r>
        <w:rPr>
          <w:sz w:val="20"/>
        </w:rPr>
        <w:t>3:45  To yeh bahut badi baat mujhe jab pehli baar Maulana sahib se mujhe samajh mein aayi thi, to yeh maine share karna tha. Yeh to yeh duniya itni tarakki kar gayi sirf insaan ke tarah tarah ke jo zehan the, tarah tarah ki jo soch thi uski wajah se aisa hua.</w:t>
      </w:r>
      <w:r>
        <w:br/>
      </w:r>
      <w:r>
        <w:rPr>
          <w:sz w:val="20"/>
        </w:rPr>
        <w:t>4:08  To har soch apni apni soch ko sahi samajhkar chal rahi hai aur zahir hai ke is duniya mein rehte hue itni tarah ki sochon ke saath zindagi guzarenge to is ikhtilaf to hoga hi.</w:t>
      </w:r>
      <w:r>
        <w:br/>
      </w:r>
      <w:r>
        <w:rPr>
          <w:sz w:val="20"/>
        </w:rPr>
        <w:t>4:36  Apne dimagh ke khazane mein izafa kar sakein. To Khuda ne jab ikhtilaf ko part of nature banaya hai to hamein chahiye ke hum ikhtilaf ke ko manage karne ka, karne ka adab seekhein. Jaise ikhtilaf ho jata hai to shikayat paida hoti hai.</w:t>
      </w:r>
      <w:r>
        <w:br/>
      </w:r>
      <w:r>
        <w:rPr>
          <w:sz w:val="20"/>
        </w:rPr>
        <w:t>4:58  To hamein chahiye ke hum doosron ke ka respect, doosron ki jo hai respect mein kami na hone dein balkeh saleeqe ke saath us ikhtilaf ka izhaar karein ke kisi ki dil ki azari na ho, kisi ka dil bhi na dukhe. Kyunke ikhtilaf ko shikayat aur negativity ki taraf le jaane ka matlab shaitan ka saath dena hai.</w:t>
      </w:r>
      <w:r>
        <w:br/>
      </w:r>
      <w:r>
        <w:rPr>
          <w:sz w:val="20"/>
        </w:rPr>
        <w:t>5:23  Jaise shaitan ghar ke andar differences hone ki wajah se ladai karwa deta hai. Husband wife mein bhi chagra karwakar ikhtilaf ho jati hai. Is tarah ki bahut sari cheezein hain. Ghar ke andar aur bahar har taraf differences hone ki wajah se paida ho jate hain. To differences ko khatm karne ka mizaj hoga to shikayat paida hogi hi hogi.</w:t>
      </w:r>
      <w:r>
        <w:br/>
      </w:r>
      <w:r>
        <w:rPr>
          <w:sz w:val="20"/>
        </w:rPr>
        <w:t>5:49  Isliye jo Maulana sahib ne bataya ke visit him yeh hai ke differences ko khatm karne ki nahi balkeh manage karne ka saleeqa seekhein. Soch samajhkar baat karein, ilzam na lagayein taake shikayat aur narazgi na paida ho kyunke bardasht karna ek aala insani ya islami quality hai.</w:t>
      </w:r>
      <w:r>
        <w:br/>
      </w:r>
      <w:r>
        <w:rPr>
          <w:sz w:val="20"/>
        </w:rPr>
        <w:t>6:10  To ek Asulullah ki zindagi se bahut sari cheezein samajh mein aati hain, sabit hain. Ke ek waqia mujhe yaad aaya ke mujhe yahi share karna chah rahi thi ke ek baar ek joo ka janaza ja raha tha to prophet khade ho gaye. To ek sahabi ne poocha ke woh to ek joo hai. To prophet ne jawab diya tha ke kya woh insaan nahi tha?</w:t>
      </w:r>
    </w:p>
    <w:p>
      <w:pPr>
        <w:pStyle w:val="Heading2"/>
      </w:pPr>
      <w:r>
        <w:t>Individual selection for paradise, the diamond-necklace poem</w:t>
      </w:r>
    </w:p>
    <w:p>
      <w:r>
        <w:rPr>
          <w:color w:val="666666"/>
          <w:sz w:val="18"/>
        </w:rPr>
        <w:t>Importance of Peace December 16, 2012 · 5m 11s · at 35:51 · https://youtu.be/nymyorYyEz4?t=2151</w:t>
      </w:r>
    </w:p>
    <w:p>
      <w:r>
        <w:rPr>
          <w:i/>
        </w:rPr>
        <w:t>“Kal mere paas ek parhe likhe sahab ka telephone aya”</w:t>
      </w:r>
    </w:p>
    <w:p>
      <w:r>
        <w:rPr>
          <w:sz w:val="20"/>
        </w:rPr>
        <w:t>35:51  kal mere paas ek sahib ka telephone aaya, ek ek parhe likhe aadmi ka, woh dawat, woh kuch dawat ka islah ka kaam kar rahe hain.</w:t>
      </w:r>
      <w:r>
        <w:br/>
      </w:r>
      <w:r>
        <w:rPr>
          <w:sz w:val="20"/>
        </w:rPr>
        <w:t>36:01  to unhon ne kaha, "sahib, bohat mushkil maloom hota hai, masla logon ko dilchaspi nahin hai spirituality se aur islah-i kaam se aur ta'beer se aur dawat se." to main ne kaha ke dekhiye, aap ki jo mayoosi ki baat aap kar rahe hain, us ki wajah hai ke aap totality ko le kar sochte hain,</w:t>
      </w:r>
      <w:r>
        <w:br/>
      </w:r>
      <w:r>
        <w:rPr>
          <w:sz w:val="20"/>
        </w:rPr>
        <w:t>36:24  totality ya'ni poori society, poore humankind, poora majmooa jo hai, us ko le kar sochte hain,</w:t>
      </w:r>
      <w:r>
        <w:br/>
      </w:r>
      <w:r>
        <w:rPr>
          <w:sz w:val="20"/>
        </w:rPr>
        <w:t>36:30  poore system jo hai, us ko le kar sochte hain. aap aap individual ko le kar sochiye, pehle apne ko durust kijiye, phir logon mein seeker talash kijiye.</w:t>
      </w:r>
      <w:r>
        <w:br/>
      </w:r>
      <w:r>
        <w:rPr>
          <w:sz w:val="20"/>
        </w:rPr>
        <w:t>36:39  seeker hamesha baqi rehte hain,</w:t>
      </w:r>
      <w:r>
        <w:br/>
      </w:r>
      <w:r>
        <w:rPr>
          <w:sz w:val="20"/>
        </w:rPr>
        <w:t>36:44  seeker ki duniya mein kabhi kami nahin rahi hai. misaal ke taur par dekhiye, musalmanon ki nazar mein yahoodi bohat bare buray log hain. aap kisi bhi musalman se poochen to yahudion ko samajhta hai ke yeh bohat buray log hain, yeh sab se ziyada buray hain.</w:t>
      </w:r>
      <w:r>
        <w:br/>
      </w:r>
      <w:r>
        <w:rPr>
          <w:sz w:val="20"/>
        </w:rPr>
        <w:t>37:00  inhi yahudion mein kitne log Islam qabool kiya unhon ne poori tareekh mein? aur abhi 20 century mein aap dekhiye, ek top ke aadmi the,</w:t>
      </w:r>
      <w:r>
        <w:br/>
      </w:r>
      <w:r>
        <w:rPr>
          <w:sz w:val="20"/>
        </w:rPr>
        <w:t>37:14  Mr. Mr. Leopold, jo Austria mein paida hue, unhon ne Islam qabool kiya aur apna naam Asad rakha, Leopold Asad.</w:t>
      </w:r>
      <w:r>
        <w:br/>
      </w:r>
      <w:r>
        <w:rPr>
          <w:sz w:val="20"/>
        </w:rPr>
        <w:t>37:25  unhon ne Quran ki commentary likhi, kai kitaben un ki hain,</w:t>
      </w:r>
      <w:r>
        <w:br/>
      </w:r>
      <w:r>
        <w:rPr>
          <w:sz w:val="20"/>
        </w:rPr>
        <w:t>37:29  bohat bara kaam kiya unhon ne. woh paida hue the Austria mein, un ki zuban German zuban thi, unhon ne Arabi zuban seekhi, baqayda Arabi Maryam se mulaqat bhi hui hai.</w:t>
      </w:r>
      <w:r>
        <w:br/>
      </w:r>
      <w:r>
        <w:rPr>
          <w:sz w:val="20"/>
        </w:rPr>
        <w:t>37:43  ek baar achi tarah Arabi bolte the, woh</w:t>
      </w:r>
      <w:r>
        <w:br/>
      </w:r>
      <w:r>
        <w:rPr>
          <w:sz w:val="20"/>
        </w:rPr>
        <w:t>37:49  ek conference mein mile the, woh ab to un ka intiqal ho chuka hai. woh yahudi family mein paida hui hai,</w:t>
      </w:r>
      <w:r>
        <w:br/>
      </w:r>
      <w:r>
        <w:rPr>
          <w:sz w:val="20"/>
        </w:rPr>
        <w:t>37:56  aisi hi Maryam Jameelah, woh America ki ek yahudi family mein paida aayi, un ka naam tha Margaret, unhon ne Islam qabool kiya, phir unhon ne kafi study ki Islam ki aur bohat si kitaben likhin.</w:t>
      </w:r>
      <w:r>
        <w:br/>
      </w:r>
      <w:r>
        <w:rPr>
          <w:sz w:val="20"/>
        </w:rPr>
        <w:t>38:13  to dono yahudi family mein paida hui hain, lekin dono ne Islam ko accept kiya aur Islam ka baqayda kaam kiya unhon ne.</w:t>
      </w:r>
      <w:r>
        <w:br/>
      </w:r>
      <w:r>
        <w:rPr>
          <w:sz w:val="20"/>
        </w:rPr>
        <w:t>38:25  to main ne un se kaha ke aap individual based soch thinking banaiye, aap majmoo'ay ko le kar sochte hain, is liye mayoosi aati hai aap ke andar.</w:t>
      </w:r>
      <w:r>
        <w:br/>
      </w:r>
      <w:r>
        <w:rPr>
          <w:sz w:val="20"/>
        </w:rPr>
        <w:t>38:38  phir mein un ko aik misaal di, dekhiye, aik misaal mein aap ko yeh batata hoon, dilli mein aakhri mughal ruler thay, bahadur zafar shah, un ke bete thay jawan bakht.</w:t>
      </w:r>
      <w:r>
        <w:br/>
      </w:r>
      <w:r>
        <w:rPr>
          <w:sz w:val="20"/>
        </w:rPr>
        <w:t>38:55  jawan bakht ki shadi thi bare dhoom dham se, to is mein ghalib aur zaoq ne sehra likha tha, sehra. to zaoq, jo darobari shayar thay, unhon ne sehra likha,</w:t>
      </w:r>
      <w:r>
        <w:br/>
      </w:r>
      <w:r>
        <w:rPr>
          <w:sz w:val="20"/>
        </w:rPr>
        <w:t>39:08  to is ka aik she'r tha ke "aik gohar bhi nahi, sat kani gohar mein chora, tera banwaya hai le le ke jo gohar sehra."</w:t>
      </w:r>
      <w:r>
        <w:br/>
      </w:r>
      <w:r>
        <w:rPr>
          <w:sz w:val="20"/>
        </w:rPr>
        <w:t>39:21  gohar kehte hain diamond ko, to sari dunya mein jitne diamond thay, sab ko ikatha kiya aur sab ko mila kar sehra banaya, aap ko pehna diya.</w:t>
      </w:r>
      <w:r>
        <w:br/>
      </w:r>
      <w:r>
        <w:rPr>
          <w:sz w:val="20"/>
        </w:rPr>
        <w:t>39:31  to ghalib ne kaha ke "tu kai ton ho jaye ga, doosre mein to shahzada mar jaye ga, sare diamond daal do ge tum us ke oopar.</w:t>
      </w:r>
      <w:r>
        <w:br/>
      </w:r>
      <w:r>
        <w:rPr>
          <w:sz w:val="20"/>
        </w:rPr>
        <w:t>39:41  " to unhon ne doosra she'r kaha, unhon ne kaha ke "saat darya ke faraham kiye honge moti, tab bana hoga is adad ka gaz bhar sehra." yani pearl to sari jagah ki talash ke nikale gaye, lekin us waqt chanta gaya, selection hua aur select kar ke sirf aik gaz ka sehra banaya gaya, bohat hi selected pearls ka.</w:t>
      </w:r>
      <w:r>
        <w:br/>
      </w:r>
      <w:r>
        <w:rPr>
          <w:sz w:val="20"/>
        </w:rPr>
        <w:t>40:06  to Allah taala ka concern yahi hai,</w:t>
      </w:r>
      <w:r>
        <w:br/>
      </w:r>
      <w:r>
        <w:rPr>
          <w:sz w:val="20"/>
        </w:rPr>
        <w:t>40:10  Allah taala ne jo jannat banai hai, woh jannat mein selected log jayen ge, poori mankind se, poori human history se, Allah taala select kare ga logon ko.</w:t>
      </w:r>
      <w:r>
        <w:br/>
      </w:r>
      <w:r>
        <w:rPr>
          <w:sz w:val="20"/>
        </w:rPr>
        <w:t>40:20  Allah ke farishtay har jagah hain, har insan ko wash kar rahe hain, har insan ke record tayyar kar rahe hain. to individual based selection hai Allah taala ka, yeh nahi ke aik qaum hai, chalo sari qaum ko jannat dakhil kar do,</w:t>
      </w:r>
      <w:r>
        <w:br/>
      </w:r>
      <w:r>
        <w:rPr>
          <w:sz w:val="20"/>
        </w:rPr>
        <w:t>40:37  qaum ko le kar nahi, jannat jannat dakhle mile ga, kyun ke qaum poori qaum, poori ummat, poora giroh aisa nahi hoga. wahan par fard fard, yani aik aik person, aik aik individual ko dekha jaye ga.</w:t>
      </w:r>
      <w:r>
        <w:br/>
      </w:r>
      <w:r>
        <w:rPr>
          <w:sz w:val="20"/>
        </w:rPr>
        <w:t>40:53  to Allah taala ke is scheme mein jo ahmiyat hai, woh fard ki hai, individual ki hai, majmooi ki nahi hai.</w:t>
      </w:r>
    </w:p>
    <w:p>
      <w:pPr>
        <w:pStyle w:val="Heading2"/>
      </w:pPr>
      <w:r>
        <w:t>Why the Sufi peace method is the only sustainable one</w:t>
      </w:r>
    </w:p>
    <w:p>
      <w:r>
        <w:rPr>
          <w:color w:val="666666"/>
          <w:sz w:val="18"/>
        </w:rPr>
        <w:t>Contribution of Sufism in India May 29, 2011 · 4m 02s · at 43:18 · https://youtu.be/lzxSaTnomio?t=2598</w:t>
      </w:r>
    </w:p>
    <w:p>
      <w:r>
        <w:rPr>
          <w:i/>
        </w:rPr>
        <w:t>“This movement is called sulh-e-kul, total reconciliation”</w:t>
      </w:r>
    </w:p>
    <w:p>
      <w:r>
        <w:rPr>
          <w:sz w:val="20"/>
        </w:rPr>
        <w:t>43:18  to yeh sofi jo tehreek hai, woh is ka kaha jata hai ke yeh sulah kul ki tehreek hai, sulah kul ki tehreek.</w:t>
      </w:r>
      <w:r>
        <w:br/>
      </w:r>
      <w:r>
        <w:rPr>
          <w:sz w:val="20"/>
        </w:rPr>
        <w:t>43:31  to sulah kul ki tehreek jo hai, woh isi se maakhuz hai, yani quran ki is ayat se: "alsulhu khair, sulah behtar hai".</w:t>
      </w:r>
      <w:r>
        <w:br/>
      </w:r>
      <w:r>
        <w:rPr>
          <w:sz w:val="20"/>
        </w:rPr>
        <w:t>43:44  to sulah ke sulah kul ka jo tareeqa hai sufia ka, us ko passive sense mein mat lijiye, passive sense mein na lijiye.</w:t>
      </w:r>
      <w:r>
        <w:br/>
      </w:r>
      <w:r>
        <w:rPr>
          <w:sz w:val="20"/>
        </w:rPr>
        <w:t>43:57  woh bohat zyada is ke andar positive value hai.</w:t>
      </w:r>
      <w:r>
        <w:br/>
      </w:r>
      <w:r>
        <w:rPr>
          <w:sz w:val="20"/>
        </w:rPr>
        <w:t>44:02  positive value yeh hai ke is mein koi takrao nahin hota, koi rukawat karne wala nahin. Jo sufia ko koi marne nahin aaya, sufia ke khilaf kisi ne fauj nahin charhai ki, charhai ki jabke rajaon mein aur badshahon mein baqayda larai hoti rahi, larai hoti rahi, larai hoti rahi.</w:t>
      </w:r>
      <w:r>
        <w:br/>
      </w:r>
      <w:r>
        <w:rPr>
          <w:sz w:val="20"/>
        </w:rPr>
        <w:t>44:22  sufia ke khilaf kisi ne fauj kashi nahin ki.</w:t>
      </w:r>
      <w:r>
        <w:br/>
      </w:r>
      <w:r>
        <w:rPr>
          <w:sz w:val="20"/>
        </w:rPr>
        <w:t>44:27  to sulah ka jo tareeqa ikhtiyar karne ka matlab yeh hai ke aap</w:t>
      </w:r>
      <w:r>
        <w:br/>
      </w:r>
      <w:r>
        <w:rPr>
          <w:sz w:val="20"/>
        </w:rPr>
        <w:t>44:33  doosron ki taraf se maamoon ho jatay hain.</w:t>
      </w:r>
      <w:r>
        <w:br/>
      </w:r>
      <w:r>
        <w:rPr>
          <w:sz w:val="20"/>
        </w:rPr>
        <w:t>44:38  sulah aur sulah khair ka matlab yahi hai. Sulah behtar hai ke matlab kya hain? Ke sulah ka tareeqa aap ikhtiyar karenge to aap ke khilaf koi fauj kashi nahin karega, aap ke khilaf koi hungama nahin karega,</w:t>
      </w:r>
      <w:r>
        <w:br/>
      </w:r>
      <w:r>
        <w:rPr>
          <w:sz w:val="20"/>
        </w:rPr>
        <w:t>44:52  aap ke khilaf koi negative tehreek nahin chalayega. Kyun ke sulah ka tareeqa goya ke killer hai har qism ki mukhalifaton ka.</w:t>
      </w:r>
      <w:r>
        <w:br/>
      </w:r>
      <w:r>
        <w:rPr>
          <w:sz w:val="20"/>
        </w:rPr>
        <w:t>45:06  log chahte hain ke mukhalifaton ko kill karen, is ke zariye se, taqat ke zariye se. To taqat ke zariye se kabhi khatam nahin paate mukhalifat ko.</w:t>
      </w:r>
      <w:r>
        <w:br/>
      </w:r>
      <w:r>
        <w:rPr>
          <w:sz w:val="20"/>
        </w:rPr>
        <w:t>45:19  aap sulah ke zariye se sulah ka, sulah ka tareeqa ikhtiyar kijiye, apne aap khatam ho jayega. Sulah ka tareeqa ikhtiyar kijiye to apne aap hi mukhalifat khatam, dushmani khatam, sazish khatam, sab kuch khatam.</w:t>
      </w:r>
      <w:r>
        <w:br/>
      </w:r>
      <w:r>
        <w:rPr>
          <w:sz w:val="20"/>
        </w:rPr>
        <w:t>45:38  alsulhu khair ka matlab yahi hai ke sulah behtar hai. Behtar ka matlab hai ke sulah jo hai, har haal mein effective hoti hai. Sulah ke liye koi rukawat nahin hai, sulah ka koi dushman nahin,</w:t>
      </w:r>
      <w:r>
        <w:br/>
      </w:r>
      <w:r>
        <w:rPr>
          <w:sz w:val="20"/>
        </w:rPr>
        <w:t>45:52  sulah ke khilaf koi ishaash karne wala nahin. To aap ko mauqa hi mauqa hai,</w:t>
      </w:r>
      <w:r>
        <w:br/>
      </w:r>
      <w:r>
        <w:rPr>
          <w:sz w:val="20"/>
        </w:rPr>
        <w:t>46:02  sari opportunities ka avail karte rahiye, aur koi aap ko rokne wala nahi aayega. to sulah ki taqat sab se bari taqat hai.</w:t>
      </w:r>
      <w:r>
        <w:br/>
      </w:r>
      <w:r>
        <w:rPr>
          <w:sz w:val="20"/>
        </w:rPr>
        <w:t>46:15  pehle zamane mein kaha jata tha ke har ke shamshir zant sikka bana mash khanann, yani talwar mein taqat hai.</w:t>
      </w:r>
      <w:r>
        <w:br/>
      </w:r>
      <w:r>
        <w:rPr>
          <w:sz w:val="20"/>
        </w:rPr>
        <w:t>46:24  yeh pehla, pehle zamane ka formula tha: har ke shamshir zant sikka bana mash khanann,</w:t>
      </w:r>
      <w:r>
        <w:br/>
      </w:r>
      <w:r>
        <w:rPr>
          <w:sz w:val="20"/>
        </w:rPr>
        <w:t>46:33  taqat talwar mein hai. ab yeh formula khatm ho gaya. jaise dunya mein democracy aayi hai, azadi aayi hai, communication aaya hai, mawaqe bare hain,</w:t>
      </w:r>
      <w:r>
        <w:br/>
      </w:r>
      <w:r>
        <w:rPr>
          <w:sz w:val="20"/>
        </w:rPr>
        <w:t>46:48  aur yahan dashes qaim hui hain. in sari cheezon ne mein ab is daur ko khatm kar diya.</w:t>
      </w:r>
      <w:r>
        <w:br/>
      </w:r>
      <w:r>
        <w:rPr>
          <w:sz w:val="20"/>
        </w:rPr>
        <w:t>46:56  ab to sirf peaceful tareeqe se kaam kijiye, aur koi aap ko rukawat, aap ke raste mein koi rukawat dalne wala nahi hai.</w:t>
      </w:r>
      <w:r>
        <w:br/>
      </w:r>
      <w:r>
        <w:rPr>
          <w:sz w:val="20"/>
        </w:rPr>
        <w:t>47:06  jitna chahe kaam karte rahein, jitna kaam karte rahein, koi rukawat nahi. to sufi ka tareeqa aaj bhi relevant hai, ab badshahon ka tareeqa aaj relevant nahi.</w:t>
      </w:r>
    </w:p>
    <w:p>
      <w:pPr>
        <w:pStyle w:val="Heading2"/>
      </w:pPr>
      <w:r>
        <w:t>Germany rebuilt into Europe's industrial leader after losing East Germany</w:t>
      </w:r>
    </w:p>
    <w:p>
      <w:r>
        <w:rPr>
          <w:color w:val="666666"/>
          <w:sz w:val="18"/>
        </w:rPr>
        <w:t>Prophetic Guidance October 4, 2015 · 4m 25s · at 28:10 · https://youtu.be/k5sAYxguQUo?t=1690</w:t>
      </w:r>
    </w:p>
    <w:p>
      <w:r>
        <w:rPr>
          <w:i/>
        </w:rPr>
        <w:t>“دیکھیں، جاپان ایک ملک ہے، آپ جانتے ہیں ایشیا کا”</w:t>
      </w:r>
    </w:p>
    <w:p>
      <w:r>
        <w:rPr>
          <w:sz w:val="20"/>
        </w:rPr>
        <w:t>28:10  japan ek mulk hai, aap jante hain Asia ka.</w:t>
      </w:r>
      <w:r>
        <w:br/>
      </w:r>
      <w:r>
        <w:rPr>
          <w:sz w:val="20"/>
        </w:rPr>
        <w:t>28:17  aur Germany ek mulk hai Europe ka. Dono mulkon ke sath wahi waqea hua ke un ka kuch hissa chhin gaya, kuch hissa baqi raha.</w:t>
      </w:r>
      <w:r>
        <w:br/>
      </w:r>
      <w:r>
        <w:rPr>
          <w:sz w:val="20"/>
        </w:rPr>
        <w:t>28:29  yeh Pakistan ka hissa chhin gaya, kuch baqi raha.</w:t>
      </w:r>
      <w:r>
        <w:br/>
      </w:r>
      <w:r>
        <w:rPr>
          <w:sz w:val="20"/>
        </w:rPr>
        <w:t>28:32  Palestine mein Arabon ka kuch hissa chhin gaya, kuch baqi raha. Same case tha Japan ka aur Germany ka second world war ke baad. To yeh Allah taala ne ek nishani qaim kar di.</w:t>
      </w:r>
      <w:r>
        <w:br/>
      </w:r>
      <w:r>
        <w:rPr>
          <w:sz w:val="20"/>
        </w:rPr>
        <w:t>28:44  yeh yeh bhi nishani hai. Sirf woh khaddar jo hain sham ke ilaqe mein kahin jo ab wajood bhi un ka nahi hai, sirf kuch eent, eent, eent pathar hain wahan kuch.</w:t>
      </w:r>
      <w:r>
        <w:br/>
      </w:r>
      <w:r>
        <w:rPr>
          <w:sz w:val="20"/>
        </w:rPr>
        <w:t>28:55  bas isi ko samajhte hain ke is ayat ka matlab hai. Yeh bhi nishani hai.</w:t>
      </w:r>
      <w:r>
        <w:br/>
      </w:r>
      <w:r>
        <w:rPr>
          <w:sz w:val="20"/>
        </w:rPr>
        <w:t>29:01  Allah taala ne Japan mein nishani rakhi thi, Germany mein nishani rakhi thi, Singapore mein nishani rakhi thi. Is se koi sabak nahi.</w:t>
      </w:r>
      <w:r>
        <w:br/>
      </w:r>
      <w:r>
        <w:rPr>
          <w:sz w:val="20"/>
        </w:rPr>
        <w:t>29:12  woh kaise? Germany dekhiye, second world war mein baqayda jang mein shareek hua. Sab se bara member tha Germany second war.</w:t>
      </w:r>
      <w:r>
        <w:br/>
      </w:r>
      <w:r>
        <w:rPr>
          <w:sz w:val="20"/>
        </w:rPr>
        <w:t>29:25  aap jante hain ke wahan do mahaz bane the: Allied aur Axis. Axis forces aur Allied forces.</w:t>
      </w:r>
      <w:r>
        <w:br/>
      </w:r>
      <w:r>
        <w:rPr>
          <w:sz w:val="20"/>
        </w:rPr>
        <w:t>29:38  to ek ka woh sardar tha Germany. Lekin jab jang khatam hui to kya hua? Germany ka jo mulk hai, us ka ek hissa chhin gaya us se.</w:t>
      </w:r>
      <w:r>
        <w:br/>
      </w:r>
      <w:r>
        <w:rPr>
          <w:sz w:val="20"/>
        </w:rPr>
        <w:t>29:51  us ko hum kehte hain East Germany. Ab to nahi hai woh, lekin East Germany.</w:t>
      </w:r>
      <w:r>
        <w:br/>
      </w:r>
      <w:r>
        <w:rPr>
          <w:sz w:val="20"/>
        </w:rPr>
        <w:t>29:55  East Germany ne khud Berlin ka jo capital city hai, us ka bhi ek hissa shamil tha. To world war war jab khatam hui to Germany ka ek hissa us se chhin gaya tha.</w:t>
      </w:r>
      <w:r>
        <w:br/>
      </w:r>
      <w:r>
        <w:rPr>
          <w:sz w:val="20"/>
        </w:rPr>
        <w:t>30:09  jis tarah Arabon se chhana, jis tarah Pakistan se chhana. East Germany.</w:t>
      </w:r>
      <w:r>
        <w:br/>
      </w:r>
      <w:r>
        <w:rPr>
          <w:sz w:val="20"/>
        </w:rPr>
        <w:t>30:17  to Japan ka jo leader tha, us ne fitrat ke account ko samjha.</w:t>
      </w:r>
      <w:r>
        <w:br/>
      </w:r>
      <w:r>
        <w:rPr>
          <w:sz w:val="20"/>
        </w:rPr>
        <w:t>30:27  fitrat ke account ko samjha. Us ne baqi madah Germany ko le kar planning ki apni. East Germany ko bhula diya. East Germany ko bhula diya bilkul.</w:t>
      </w:r>
      <w:r>
        <w:br/>
      </w:r>
      <w:r>
        <w:rPr>
          <w:sz w:val="20"/>
        </w:rPr>
        <w:t>30:39  jo jo Russia ke qabze mein chala gaya tha, commercial Russia.</w:t>
      </w:r>
      <w:r>
        <w:br/>
      </w:r>
      <w:r>
        <w:rPr>
          <w:sz w:val="20"/>
        </w:rPr>
        <w:t>30:46  to to West Germany ya baqi madah Germany ki buniyad par unhon ne planning ki apni. Aap jante hain kya hua?</w:t>
      </w:r>
      <w:r>
        <w:br/>
      </w:r>
      <w:r>
        <w:rPr>
          <w:sz w:val="20"/>
        </w:rPr>
        <w:t>30:58  aaj Germany poore Europe ka number one country bana hua hai, industrial sense mein.</w:t>
      </w:r>
      <w:r>
        <w:br/>
      </w:r>
      <w:r>
        <w:rPr>
          <w:sz w:val="20"/>
        </w:rPr>
        <w:t>31:07  aaj Germany poore Europe ka industrial leader bana hua hai.</w:t>
      </w:r>
      <w:r>
        <w:br/>
      </w:r>
      <w:r>
        <w:rPr>
          <w:sz w:val="20"/>
        </w:rPr>
        <w:t>31:17  aur aakhir mein phir east germany bhi mil gaya is ko, woh bhi mil gaya. lekin is ne jo planning ki, woh baqi maada germany par ki, kul germany par nahin.</w:t>
      </w:r>
      <w:r>
        <w:br/>
      </w:r>
      <w:r>
        <w:rPr>
          <w:sz w:val="20"/>
        </w:rPr>
        <w:t>31:29  jo germany is ke haath se chala gaya tha second world war mein, us ko bhula diya, us ko chhod diya. aur jo jo germany ka jo part abhi bhi is ke paas maujood tha, yaani west germany, ga do hisse ban gaye the us zamane mein: west germany aur east germany.</w:t>
      </w:r>
      <w:r>
        <w:br/>
      </w:r>
      <w:r>
        <w:rPr>
          <w:sz w:val="20"/>
        </w:rPr>
        <w:t>31:48  to east germany ko bhula diya aur west germany par apni planning ki.</w:t>
      </w:r>
      <w:r>
        <w:br/>
      </w:r>
      <w:r>
        <w:rPr>
          <w:sz w:val="20"/>
        </w:rPr>
        <w:t>31:55  to aaj misaal ke taur par dekhen, printing machinery jo hai, dunya mein bohat bara kaam hai printing ka. chhapayi ka kaam is zamane mein bohat hi zyada bara hai.</w:t>
      </w:r>
      <w:r>
        <w:br/>
      </w:r>
      <w:r>
        <w:rPr>
          <w:sz w:val="20"/>
        </w:rPr>
        <w:t>32:08  to printing machinery jo hai, sab se achhi samjhi jaati hai germany ki. tamam printing technology, tamam printing machinein germany se woh kharidte hain.</w:t>
      </w:r>
      <w:r>
        <w:br/>
      </w:r>
      <w:r>
        <w:rPr>
          <w:sz w:val="20"/>
        </w:rPr>
        <w:t>32:21  germany se kharidte hain aur aur aur isi tarah doosri cheezen.</w:t>
      </w:r>
      <w:r>
        <w:br/>
      </w:r>
      <w:r>
        <w:rPr>
          <w:sz w:val="20"/>
        </w:rPr>
        <w:t>32:25  to baqi maada par planning ke nateeje mein germany thodi muddat ke andar poore europe ka sardar ban gaya.</w:t>
      </w:r>
    </w:p>
    <w:p>
      <w:pPr>
        <w:pStyle w:val="Heading2"/>
      </w:pPr>
      <w:r>
        <w:t>Diversity principle and its management</w:t>
      </w:r>
    </w:p>
    <w:p>
      <w:r>
        <w:rPr>
          <w:color w:val="666666"/>
          <w:sz w:val="18"/>
        </w:rPr>
        <w:t>Social Reform | December 22, 2013 | Maulana Wahiduddin Khan · 4m 33s · at 6:21 · https://youtu.be/kGP903BvDto?t=381</w:t>
      </w:r>
    </w:p>
    <w:p>
      <w:r>
        <w:rPr>
          <w:i/>
        </w:rPr>
        <w:t>“Is ka literal translation hai ke tumhari koshishein mukhtalif hain”</w:t>
      </w:r>
    </w:p>
    <w:p>
      <w:r>
        <w:rPr>
          <w:sz w:val="20"/>
        </w:rPr>
        <w:t>6:21  .</w:t>
      </w:r>
      <w:r>
        <w:br/>
      </w:r>
      <w:r>
        <w:rPr>
          <w:sz w:val="20"/>
        </w:rPr>
        <w:t>6:27  is ka Literal Translation hai ke tumhari koshishen mukhtalif hain.</w:t>
      </w:r>
      <w:r>
        <w:br/>
      </w:r>
      <w:r>
        <w:rPr>
          <w:sz w:val="20"/>
        </w:rPr>
        <w:t>6:33  اس کا مطلب کیا ہے؟ اس کا مطلب ہے کہ According to the creation plan of God, Human</w:t>
      </w:r>
      <w:r>
        <w:br/>
      </w:r>
      <w:r>
        <w:rPr>
          <w:sz w:val="20"/>
        </w:rPr>
        <w:t>6:39  life is based on diversity rather than uniformity.</w:t>
      </w:r>
      <w:r>
        <w:br/>
      </w:r>
      <w:r>
        <w:rPr>
          <w:sz w:val="20"/>
        </w:rPr>
        <w:t>6:45  yani Allah taala ka jo takhleeqi naqsha hai, us ke mutabiq zindagi mein, insaan</w:t>
      </w:r>
      <w:r>
        <w:br/>
      </w:r>
      <w:r>
        <w:rPr>
          <w:sz w:val="20"/>
        </w:rPr>
        <w:t>6:51  ki zindagi mein uniformity nahi rahegi, balkeh diversity rahegi. kyun? is liye ke insaan ko Allah ne imtehan ki maslehat se azadi di hai. har ek ko total freedom. jab total freedom hai to har ek apne apne raaye par chalega. is ki bana par ek doosre ke liye competition paida hoga, challenge paida hoga, yeh sab paida hoga. isi ko kaha gaya shatta. yaani d</w:t>
      </w:r>
      <w:r>
        <w:br/>
      </w:r>
      <w:r>
        <w:rPr>
          <w:sz w:val="20"/>
        </w:rPr>
        <w:t>7:21  diversity رہے گی انسانی سماج میں۔</w:t>
      </w:r>
      <w:r>
        <w:br/>
      </w:r>
      <w:r>
        <w:rPr>
          <w:sz w:val="20"/>
        </w:rPr>
        <w:t>7:26  to saare muslehain, Including Muslim muslehain, logon ne kya kiya? ke is ayat mein jo baat kahi gayi</w:t>
      </w:r>
      <w:r>
        <w:br/>
      </w:r>
      <w:r>
        <w:rPr>
          <w:sz w:val="20"/>
        </w:rPr>
        <w:t>7:32  is ko na samajh kar ke yeh chaha ke Uniformity laein.</w:t>
      </w:r>
      <w:r>
        <w:br/>
      </w:r>
      <w:r>
        <w:rPr>
          <w:sz w:val="20"/>
        </w:rPr>
        <w:t>7:37  is Social System mein, Political System mein Uniformity.</w:t>
      </w:r>
      <w:r>
        <w:br/>
      </w:r>
      <w:r>
        <w:rPr>
          <w:sz w:val="20"/>
        </w:rPr>
        <w:t>7:42  jis ko kehte hain yeh log ke mansifana nizam, musalhana nizam.</w:t>
      </w:r>
      <w:r>
        <w:br/>
      </w:r>
      <w:r>
        <w:rPr>
          <w:sz w:val="20"/>
        </w:rPr>
        <w:t>7:47  yani Justice ka nizam</w:t>
      </w:r>
      <w:r>
        <w:br/>
      </w:r>
      <w:r>
        <w:rPr>
          <w:sz w:val="20"/>
        </w:rPr>
        <w:t xml:space="preserve">7:52  </w:t>
      </w:r>
      <w:r>
        <w:br/>
      </w:r>
      <w:r>
        <w:rPr>
          <w:sz w:val="20"/>
        </w:rPr>
        <w:t>7:57  to yeh ab Possibility nahi hai.</w:t>
      </w:r>
      <w:r>
        <w:br/>
      </w:r>
      <w:r>
        <w:rPr>
          <w:sz w:val="20"/>
        </w:rPr>
        <w:t>8:01  kyunke har insan apne raaste par chalega.</w:t>
      </w:r>
      <w:r>
        <w:br/>
      </w:r>
      <w:r>
        <w:rPr>
          <w:sz w:val="20"/>
        </w:rPr>
        <w:t>8:05  har insan apni Freedom ko istemal karega.</w:t>
      </w:r>
      <w:r>
        <w:br/>
      </w:r>
      <w:r>
        <w:rPr>
          <w:sz w:val="20"/>
        </w:rPr>
        <w:t>8:10  is ki bana par Uniformity kabhi bhi Society mein aa hi nahi sakti.</w:t>
      </w:r>
      <w:r>
        <w:br/>
      </w:r>
      <w:r>
        <w:rPr>
          <w:sz w:val="20"/>
        </w:rPr>
        <w:t>8:14  to chunke logon ko Allah ki Scheme ke zehen mein wazeh nahi hai, to chahte hain ke Uniformity lana.</w:t>
      </w:r>
      <w:r>
        <w:br/>
      </w:r>
      <w:r>
        <w:rPr>
          <w:sz w:val="20"/>
        </w:rPr>
        <w:t>8:18  natija kya hota hai? ke doosra fareeq jo apni Scheme</w:t>
      </w:r>
      <w:r>
        <w:br/>
      </w:r>
      <w:r>
        <w:rPr>
          <w:sz w:val="20"/>
        </w:rPr>
        <w:t>8:23  chalana chahta hai, us se un ka takrao ho jata hai.</w:t>
      </w:r>
      <w:r>
        <w:br/>
      </w:r>
      <w:r>
        <w:rPr>
          <w:sz w:val="20"/>
        </w:rPr>
        <w:t>8:28  to uthte hain islah ke liye, amalan kya hota hai? Bloodshed tak baat pahunchti hai.</w:t>
      </w:r>
      <w:r>
        <w:br/>
      </w:r>
      <w:r>
        <w:rPr>
          <w:sz w:val="20"/>
        </w:rPr>
        <w:t>8:33  ke is saare logon ki kahani mukhtasar aur bas sirf ek hai.</w:t>
      </w:r>
      <w:r>
        <w:br/>
      </w:r>
      <w:r>
        <w:rPr>
          <w:sz w:val="20"/>
        </w:rPr>
        <w:t>8:38  woh yeh ke unhon ne apne lehaz se yani Social Uniformity ya Political Uniformity ya Economic Uniformity ka</w:t>
      </w:r>
      <w:r>
        <w:br/>
      </w:r>
      <w:r>
        <w:rPr>
          <w:sz w:val="20"/>
        </w:rPr>
        <w:t>8:43  ek tasawwur qaim kiya.</w:t>
      </w:r>
      <w:r>
        <w:br/>
      </w:r>
      <w:r>
        <w:rPr>
          <w:sz w:val="20"/>
        </w:rPr>
        <w:t>8:48  aur us ke mutabiq unhon ne</w:t>
      </w:r>
      <w:r>
        <w:br/>
      </w:r>
      <w:r>
        <w:rPr>
          <w:sz w:val="20"/>
        </w:rPr>
        <w:t>8:54  parchar kiya.</w:t>
      </w:r>
      <w:r>
        <w:br/>
      </w:r>
      <w:r>
        <w:rPr>
          <w:sz w:val="20"/>
        </w:rPr>
        <w:t>8:59  phir dekha ke kaam nahi ho raha to Protest karna shuru kiya, Complaint karna shuru kiya.</w:t>
      </w:r>
      <w:r>
        <w:br/>
      </w:r>
      <w:r>
        <w:rPr>
          <w:sz w:val="20"/>
        </w:rPr>
        <w:t>9:04  yahan tak ke un mein se kuch log Violence ko ikhtiyar kar liya, takrao, maar dhaar.</w:t>
      </w:r>
      <w:r>
        <w:br/>
      </w:r>
      <w:r>
        <w:rPr>
          <w:sz w:val="20"/>
        </w:rPr>
        <w:t>9:09  ke jo log rukawat ban rahe hain un ko khatam karna.</w:t>
      </w:r>
      <w:r>
        <w:br/>
      </w:r>
      <w:r>
        <w:rPr>
          <w:sz w:val="20"/>
        </w:rPr>
        <w:t>9:14  amalan har islah fasad par khatam hoti hai.</w:t>
      </w:r>
      <w:r>
        <w:br/>
      </w:r>
      <w:r>
        <w:rPr>
          <w:sz w:val="20"/>
        </w:rPr>
        <w:t>9:19  kyun? unhon ne is haqeeqat ko nahi mana ke zindagi mein shattaat hi rahega. yani</w:t>
      </w:r>
      <w:r>
        <w:br/>
      </w:r>
      <w:r>
        <w:rPr>
          <w:sz w:val="20"/>
        </w:rPr>
        <w:t>9:24  mukhtalif hi, ikhtilaf hi rahega.</w:t>
      </w:r>
      <w:r>
        <w:br/>
      </w:r>
      <w:r>
        <w:rPr>
          <w:sz w:val="20"/>
        </w:rPr>
        <w:t>9:30  Diversity hi rahegi.</w:t>
      </w:r>
      <w:r>
        <w:br/>
      </w:r>
      <w:r>
        <w:rPr>
          <w:sz w:val="20"/>
        </w:rPr>
        <w:t>9:36  اس کا مطلب کیا ہوا؟ You have to learn the art of diversity management.</w:t>
      </w:r>
      <w:r>
        <w:br/>
      </w:r>
      <w:r>
        <w:rPr>
          <w:sz w:val="20"/>
        </w:rPr>
        <w:t>9:42  yani zindagi mein Uniformity lane ki bajaye aap ko kya karna chahiye? ke aap Diversity ko Manage karna seekhein.</w:t>
      </w:r>
      <w:r>
        <w:br/>
      </w:r>
      <w:r>
        <w:rPr>
          <w:sz w:val="20"/>
        </w:rPr>
        <w:t>9:48  yani aik lafz mein mein yeh kahoon ga ke apni azadi ko Peaceful tareeqe par is tarah ist</w:t>
      </w:r>
      <w:r>
        <w:br/>
      </w:r>
      <w:r>
        <w:rPr>
          <w:sz w:val="20"/>
        </w:rPr>
        <w:t>9:54  emaal karein ke doosre ki azadi ko aap Manage karte hue.</w:t>
      </w:r>
      <w:r>
        <w:br/>
      </w:r>
      <w:r>
        <w:rPr>
          <w:sz w:val="20"/>
        </w:rPr>
        <w:t>9:58  yani doosre ki Freedom ko Manage karte hue apni azadi ko Peaceful tareeqe par istemal karna.</w:t>
      </w:r>
      <w:r>
        <w:br/>
      </w:r>
      <w:r>
        <w:rPr>
          <w:sz w:val="20"/>
        </w:rPr>
        <w:t>10:03  yeh hai sahi formula.</w:t>
      </w:r>
      <w:r>
        <w:br/>
      </w:r>
      <w:r>
        <w:rPr>
          <w:sz w:val="20"/>
        </w:rPr>
        <w:t>10:07  Allah ke Creation Plan ke mutabiq.</w:t>
      </w:r>
      <w:r>
        <w:br/>
      </w:r>
      <w:r>
        <w:rPr>
          <w:sz w:val="20"/>
        </w:rPr>
        <w:t>10:11  is is is formulay se is se to poori poori tareekh mein log be khabar rahe.</w:t>
      </w:r>
      <w:r>
        <w:br/>
      </w:r>
      <w:r>
        <w:rPr>
          <w:sz w:val="20"/>
        </w:rPr>
        <w:t>10:16  yeh hai kahani tareekh ki.</w:t>
      </w:r>
      <w:r>
        <w:br/>
      </w:r>
      <w:r>
        <w:rPr>
          <w:sz w:val="20"/>
        </w:rPr>
        <w:t>10:20  is liye jo islah ke liye uthta hai woh sirf Negative Role ada kar ke chala jata hai.</w:t>
      </w:r>
      <w:r>
        <w:br/>
      </w:r>
      <w:r>
        <w:rPr>
          <w:sz w:val="20"/>
        </w:rPr>
        <w:t>10:25  kyun ke apne Mindset ke mutabiq woh chahta hai duniya mein inqalab lana.</w:t>
      </w:r>
      <w:r>
        <w:br/>
      </w:r>
      <w:r>
        <w:rPr>
          <w:sz w:val="20"/>
        </w:rPr>
        <w:t>10:30  lekin woh Mindset chunke Collaborate nahi karta Khuda ke Mindset se, Khuda ke Creation Plan se, to nataija</w:t>
      </w:r>
      <w:r>
        <w:br/>
      </w:r>
      <w:r>
        <w:rPr>
          <w:sz w:val="20"/>
        </w:rPr>
        <w:t>10:35  kya hota hai? takrao hota hai.</w:t>
      </w:r>
      <w:r>
        <w:br/>
      </w:r>
      <w:r>
        <w:rPr>
          <w:sz w:val="20"/>
        </w:rPr>
        <w:t>10:40  yeh hai poori kahani.</w:t>
      </w:r>
      <w:r>
        <w:br/>
      </w:r>
      <w:r>
        <w:rPr>
          <w:sz w:val="20"/>
        </w:rPr>
        <w:t>10:45  ab mein aik baat aur arz karna chahoon ga ke insan ki tareekh ke teen daur hain.</w:t>
      </w:r>
      <w:r>
        <w:br/>
      </w:r>
      <w:r>
        <w:rPr>
          <w:sz w:val="20"/>
        </w:rPr>
        <w:t>10:50  mere hisab se.</w:t>
      </w:r>
    </w:p>
    <w:p>
      <w:pPr>
        <w:pStyle w:val="Heading2"/>
      </w:pPr>
      <w:r>
        <w:t>Historical women who sacrificed for knowledge, Hajra to Bukhari</w:t>
      </w:r>
    </w:p>
    <w:p>
      <w:r>
        <w:rPr>
          <w:color w:val="666666"/>
          <w:sz w:val="18"/>
        </w:rPr>
        <w:t>Paradise lies at the feet of the mother CPS Women Article Discussion 22 June 18, 2023 · 4m 53s · at 7:35 · https://youtu.be/5MvOeBpOt_U?t=455</w:t>
      </w:r>
    </w:p>
    <w:p>
      <w:r>
        <w:rPr>
          <w:i/>
        </w:rPr>
        <w:t>“Bahut saare log kehte hain, ird wala samajh nahi aata”</w:t>
      </w:r>
    </w:p>
    <w:p>
      <w:r>
        <w:rPr>
          <w:sz w:val="20"/>
        </w:rPr>
        <w:t>7:35  to bohat sare log is tarah ki baat karte hain ki kya ird wala kya nahi samajh mein aata hai. To is liye pehle hum ek history ko samajh lete hain ki kis tarah se pehle zamane mein aurtein kaisi hoti thi hamare pichhle history mein jo paighambar ki vibes guzri hain un logon ka dekhte hain.</w:t>
      </w:r>
      <w:r>
        <w:br/>
      </w:r>
      <w:r>
        <w:rPr>
          <w:sz w:val="20"/>
        </w:rPr>
        <w:t>7:55  to hum sab jante hain ki sabse pehli misaal jo hai Hajra ki Allah ne qayam karti ki Allah ki marzi ko unhone kis tarah ko hold kiya ki Allah ne bachche ki parvaish kahan desert mein karna, to unhone desert ko ghoul kiya. Phir woh Ibrahim Alislam ki nasal se hi kitne paighambar aaye, to uske pichhe ek ek aurat ki azeem purbaani hai.</w:t>
      </w:r>
      <w:r>
        <w:br/>
      </w:r>
      <w:r>
        <w:rPr>
          <w:sz w:val="20"/>
        </w:rPr>
        <w:t>8:20  jisko Maulana saamne badi wazahat se likha hai ki Hajj mein jab sahi karna kara karna matlab ek aurat ki footstep par chalna, tamam log us ek aurat ke footstep par chalte hain. To mazhar, phir uske baad Hazrat Aisha Razilla ka bhi hum log jante hain ki unhone bachpan se Rasoolullah ke saath ek haasil kiya hai. Bachpan se unki tarbiyat hui aur unko haasil karke Asulullah ke baad phir unhone kitne din tak Ummat tak pahunchaya.</w:t>
      </w:r>
      <w:r>
        <w:br/>
      </w:r>
      <w:r>
        <w:rPr>
          <w:sz w:val="20"/>
        </w:rPr>
        <w:t>8:50  phir uske baad ke zamane ke bare mein Maulana ne likha hai ki ek auraton ke andar ek mizaj mein ek riwaj tha aur matlab auraton mein ek riwaj tha ki woh ilm seekhti thi.</w:t>
      </w:r>
      <w:r>
        <w:br/>
      </w:r>
      <w:r>
        <w:rPr>
          <w:sz w:val="20"/>
        </w:rPr>
        <w:t>9:01  logon ko matlab jaise logon ne apne rishedaron se kahin suna auraton ne ki wahan filhaal ne kisi ne Asulullah se suna tha yeh baat ya kisi ashab se suna tha to koi ki koi baat paayi thi to aisa sunne par aurtein jo thi woh na jazba ye tha ki faateen usko jaakar apne rishtedaron ke haan jaati thi aur wahan seekhti thi aur phir doosre logon tak pahunchati thi.</w:t>
      </w:r>
      <w:r>
        <w:br/>
      </w:r>
      <w:r>
        <w:rPr>
          <w:sz w:val="20"/>
        </w:rPr>
        <w:t>9:30  Maulana ki writing se hi mujhe maloom hua ki Imam Bukhari chaudah saal ki umr mein ilm mein stable ho chuke the ki bade bade teacher unse faayda uthate the. Yaani ki yeh matlab hote chaudahi saal ki umr thi unke. Unke andar yeh kaabiyat unki maar behan ne paida ki.</w:t>
      </w:r>
      <w:r>
        <w:br/>
      </w:r>
      <w:r>
        <w:rPr>
          <w:sz w:val="20"/>
        </w:rPr>
        <w:t>9:49  phir bhi sochne ki baat hai ki Ahmad Bukhari jo hain itni badi hasti unka pichhe maa aur behan matlab ek aurat hi do auraton ka haath hai. To Imam ek ne jozi ko unki phuppi se talib mili. To yeh bhi matlab itne bade imam the. To in seekhne ka yeh jazba auraton ke andar kis qadar matlab misali hai?</w:t>
      </w:r>
      <w:r>
        <w:br/>
      </w:r>
      <w:r>
        <w:rPr>
          <w:sz w:val="20"/>
        </w:rPr>
        <w:t>10:13  yeh misaal cheezein hain kiya aur pichhle auraton ne ki aaj ke zamane ki jo, aaj ki jo ladies hain bohat hi zyada matlab samajhne ki baat hai ki jo un logon ka jo nivaaj tha in seekhne ka nivaaj seekhti thi aur doosron ko batati thi aur aaj hamare saamne jo hum dekh rahe hain kaise kaise nivaaj unhone ne banakar rakhe.</w:t>
      </w:r>
      <w:r>
        <w:br/>
      </w:r>
      <w:r>
        <w:rPr>
          <w:sz w:val="20"/>
        </w:rPr>
        <w:t>10:41  ilm ki ahmiyat maloom hui aur yeh in logon ki matlab Maulana ne jo likha itni zyada jo bohat sari cheezein likhi hain to hamein to is se pehle to bilkul bhi nahi hogi itna itna zyada unhone inhe seekha aur itna zyada unhone inhe failaya. To inmein hi tamam cheezon ka khulasa hai. To jannat kisi ke liye aasman par likh nahi di gayi hai.</w:t>
      </w:r>
      <w:r>
        <w:br/>
      </w:r>
      <w:r>
        <w:rPr>
          <w:sz w:val="20"/>
        </w:rPr>
        <w:t>11:07  yeh saare sari jo history ki ladies hain jinhone hamein yeh apni sacrifice se yeh hamein example ek hamari yeh banakar rakh diya hai ki hum kuch mehnat karenge, kuch atujhad karenge, kuch sacrifice karenge tab hum stable bante hain ki jahan jannat ban sakein. To yeh dhyan ki duniya hai.</w:t>
      </w:r>
      <w:r>
        <w:br/>
      </w:r>
      <w:r>
        <w:rPr>
          <w:sz w:val="20"/>
        </w:rPr>
        <w:t>11:30  apna role ada karne ke baad hi koi jannat ka mustahhit ban sakta hai aur aaj ke zamane mein to koi takleef fauziyat wala sacrifice hai hi nahi. Har tarah ki samoolatein hi hain. Pichhle zamane mein itni takleef uthati thi aurtein ghar ka kaam bhi karti thi. Itna hi mehnat karti thi. Uske baad ek yeh jo unhone apna ek itna hundarivaj banakar rakha hua tha. Sethi thi ilm aur uske baad logon ko sikhati thi. Kitni badi baat hai yeh.</w:t>
      </w:r>
      <w:r>
        <w:br/>
      </w:r>
      <w:r>
        <w:rPr>
          <w:sz w:val="20"/>
        </w:rPr>
        <w:t>11:58  hum logon ke liye to bohat seekhne ki baat hai. Aaj ke zamane mein chhoti chhoti cheezein ki sacrifice nahi kar pa rahe hain hum log. Chhoti chhoti cheezon ki mamli cheezon ka sacrifice karna hai. Phir hamein phir kya hai ki entertainment hai, desire hai, maza hai, tamasha hai. Yahi hote ke saath aajkal asliyat hai. Tamam kitni bhi word bana diye gaye hain. Entertainment ke pata nahi kya kya?</w:t>
      </w:r>
      <w:r>
        <w:br/>
      </w:r>
      <w:r>
        <w:rPr>
          <w:sz w:val="20"/>
        </w:rPr>
        <w:t>12:28  to bas unko chhod dein aur badi kaamyaabi haasil ho jayegi. Yeh bohat matlab pichhle auraton ko dekhkar pichhli daddies ko dekhkar bohat zyada yeh samajh mein aaya. Bohat hi aankh khul gayi wahi to. Maulana sahab kehte hain ki din wahi hai jo insan ke andar gehri understanding bhi paida karte. Lekin aaj zamane mein woh hai aaj ka zamana ki log apni soch ke khareedi bane hue hain. Modern zamana hai.</w:t>
      </w:r>
    </w:p>
    <w:p>
      <w:pPr>
        <w:pStyle w:val="Heading2"/>
      </w:pPr>
      <w:r>
        <w:t>Suicide story and responsibility of the uninformed</w:t>
      </w:r>
    </w:p>
    <w:p>
      <w:r>
        <w:rPr>
          <w:color w:val="666666"/>
          <w:sz w:val="18"/>
        </w:rPr>
        <w:t>Phenomenon of Degeneration February 21, 2010 Maulana Wahiduddin khan · 5m 17s · at 0:36 · https://youtu.be/_YCfYOVKfhs?t=36</w:t>
      </w:r>
    </w:p>
    <w:p>
      <w:r>
        <w:rPr>
          <w:i/>
        </w:rPr>
        <w:t>“Kul akhbaar mein ek khabar aayi thi.”</w:t>
      </w:r>
    </w:p>
    <w:p>
      <w:r>
        <w:rPr>
          <w:sz w:val="20"/>
        </w:rPr>
        <w:t>0:36  kal akhbaron mein ek khabar aayi thi,</w:t>
      </w:r>
      <w:r>
        <w:br/>
      </w:r>
      <w:r>
        <w:rPr>
          <w:sz w:val="20"/>
        </w:rPr>
        <w:t>0:43  bahut hi anokhe qism ki, ke America mein ek aadmi ne apna zaati jahaz le kar seven story building mein takra diya.</w:t>
      </w:r>
      <w:r>
        <w:br/>
      </w:r>
      <w:r>
        <w:rPr>
          <w:sz w:val="20"/>
        </w:rPr>
        <w:t>0:58  is ka naam tha Joseph Andrew Stack. is ki umar thi 53 saal. kal akhbaron mein mein ne parha to us ne woh jahaz is ka apna jahaz tha.</w:t>
      </w:r>
      <w:r>
        <w:br/>
      </w:r>
      <w:r>
        <w:rPr>
          <w:sz w:val="20"/>
        </w:rPr>
        <w:t>1:17  is mein tha ke "The plane belonged to him" yaani zaati jahaz tha is ka aur le kar us ne uraya aur seven story building se America mein ek shehar mein takra diya.</w:t>
      </w:r>
      <w:r>
        <w:br/>
      </w:r>
      <w:r>
        <w:rPr>
          <w:sz w:val="20"/>
        </w:rPr>
        <w:t>1:31  bazaahir yeh mar gaya. yeh goya ek yeh koi woh terrorism nahi tha, yeh kisi terrorist ka yeh act nahi tha.</w:t>
      </w:r>
      <w:r>
        <w:br/>
      </w:r>
      <w:r>
        <w:rPr>
          <w:sz w:val="20"/>
        </w:rPr>
        <w:t>1:43  yeh is ki apni khudkushi thi. ek American ki khud apni khudkushi thi. to is ne khudkushi kyun ki?</w:t>
      </w:r>
      <w:r>
        <w:br/>
      </w:r>
      <w:r>
        <w:rPr>
          <w:sz w:val="20"/>
        </w:rPr>
        <w:t>1:57  recession aap jante hain ke bahut bara problem aaya hai, shayad dunya mein aur America mein bhi bahut zyada hai. to is se bahut pareshan tha.</w:t>
      </w:r>
      <w:r>
        <w:br/>
      </w:r>
      <w:r>
        <w:rPr>
          <w:sz w:val="20"/>
        </w:rPr>
        <w:t>2:09  is ko jo nuqsan hua tha recession ki wajah se, is ki wajah se bahut pareshan tha aur is ne apni jaan de di.</w:t>
      </w:r>
      <w:r>
        <w:br/>
      </w:r>
      <w:r>
        <w:rPr>
          <w:sz w:val="20"/>
        </w:rPr>
        <w:t>2:20  tax walon se bahut hi is ko shikayat thi, tax department se. to is ne suicide karne se pehle ek lamba note likha tha aur us ko internet par daal diya tha us ne.</w:t>
      </w:r>
      <w:r>
        <w:br/>
      </w:r>
      <w:r>
        <w:rPr>
          <w:sz w:val="20"/>
        </w:rPr>
        <w:t>2:33  woh mein ne kal niklwaya us ko.</w:t>
      </w:r>
      <w:r>
        <w:br/>
      </w:r>
      <w:r>
        <w:rPr>
          <w:sz w:val="20"/>
        </w:rPr>
        <w:t>2:38  to dekhen is mein jo sochne ki baat hai woh yeh hai ke ek aadmi jo amreeka ka shehri hai, aaj kal samajhte hain ke amreeka ka shehri hona bohat ziyada khush qismati ki baat hai,</w:t>
      </w:r>
      <w:r>
        <w:br/>
      </w:r>
      <w:r>
        <w:rPr>
          <w:sz w:val="20"/>
        </w:rPr>
        <w:t>2:54  woh itni position wala aadmi tha ke us ke paas private plane tha,</w:t>
      </w:r>
      <w:r>
        <w:br/>
      </w:r>
      <w:r>
        <w:rPr>
          <w:sz w:val="20"/>
        </w:rPr>
        <w:t>3:01  phir bhi khudkushi kar li us ne. to kuch problem us ko thay, economic problem. yahan par jo baat hai woh yeh hai jo mujhe jo cheez bohat ziyada strike hui ke us ne chote evil se bare evil ki taraf chhalang lagai.</w:t>
      </w:r>
      <w:r>
        <w:br/>
      </w:r>
      <w:r>
        <w:rPr>
          <w:sz w:val="20"/>
        </w:rPr>
        <w:t>3:23  jis problem ko woh face kar raha tha woh to bohat hi chota tha kyunke abhi bhi us ke paas jahaz tha, abhi bhi us ke paas ghar tha, abhi bhi us ke paas degree thi, abhi bhi us ke paas yaani pilot ka license tha.</w:t>
      </w:r>
      <w:r>
        <w:br/>
      </w:r>
      <w:r>
        <w:rPr>
          <w:sz w:val="20"/>
        </w:rPr>
        <w:t>3:39  yeh sari cheezen abhi bhi us ke paas theen. aur bhi kya kya hoga? to abhi bhi us ke paas jeene ka sahara tha dunya mein aur suicide kar liya us ne.</w:t>
      </w:r>
      <w:r>
        <w:br/>
      </w:r>
      <w:r>
        <w:rPr>
          <w:sz w:val="20"/>
        </w:rPr>
        <w:t>3:52  to us ne goya lesser problem se nikal kar greater problem ki taraf chhalang lagai.</w:t>
      </w:r>
      <w:r>
        <w:br/>
      </w:r>
      <w:r>
        <w:rPr>
          <w:sz w:val="20"/>
        </w:rPr>
        <w:t>4:01  kyun? woh jaanta nahi tha ke main jo kar raha hoon is ka result kya hoga. agar us ko pata hota ke marne ke baad hi main pahunch jaunga ek aisi dunya mein jahan sab problem hi problem honge, Khuda ka samna, farishton ka samna, accountability, hisab kitab, jannat jahannum,</w:t>
      </w:r>
      <w:r>
        <w:br/>
      </w:r>
      <w:r>
        <w:rPr>
          <w:sz w:val="20"/>
        </w:rPr>
        <w:t>4:30  yaani world hereafter. yeh baaten woh agar jaanta to kabhi woh suicide na karta. yeh sab main sochta raha, sochta raha, sochta raha.</w:t>
      </w:r>
      <w:r>
        <w:br/>
      </w:r>
      <w:r>
        <w:rPr>
          <w:sz w:val="20"/>
        </w:rPr>
        <w:t>4:44  phir main socha ke is ke zimmedaar kaun hai?</w:t>
      </w:r>
      <w:r>
        <w:br/>
      </w:r>
      <w:r>
        <w:rPr>
          <w:sz w:val="20"/>
        </w:rPr>
        <w:t>4:51  kaun hai jo is ka zimmedaar hai?</w:t>
      </w:r>
      <w:r>
        <w:br/>
      </w:r>
      <w:r>
        <w:rPr>
          <w:sz w:val="20"/>
        </w:rPr>
        <w:t>4:57  is ka responsible hai? kya wohi aadmi jis ne suicide kiya? nahi, wohi aadmi nahi. woh log bhi is ke zimmedaar hain jinhone is ko bataya nahi.</w:t>
      </w:r>
      <w:r>
        <w:br/>
      </w:r>
      <w:r>
        <w:rPr>
          <w:sz w:val="20"/>
        </w:rPr>
        <w:t>5:11  reality of life kya hai, is ko bataya hi nahi. creation plan of God kya hai, is ko bataya hi nahi. maut ke baad kya kuch hone wala hai, is ko bataya hi nahi.</w:t>
      </w:r>
      <w:r>
        <w:br/>
      </w:r>
      <w:r>
        <w:rPr>
          <w:sz w:val="20"/>
        </w:rPr>
        <w:t>5:26  woh bhi zimmedaar hain, barabar ke zimmedaar hain. yeh cheez mujhe bohat pareshan karti rahi. yeh nahi ho sakta ke wohi aadmi zimmedaar ho aur jinko batana tha un ko na pakda jaye, un ko responsible na thehraya jaye.</w:t>
      </w:r>
      <w:r>
        <w:br/>
      </w:r>
      <w:r>
        <w:rPr>
          <w:sz w:val="20"/>
        </w:rPr>
        <w:t>5:49  aisa nahi ho sakta hai.</w:t>
      </w:r>
    </w:p>
    <w:p>
      <w:pPr>
        <w:pStyle w:val="Heading2"/>
      </w:pPr>
      <w:r>
        <w:t>zero invented in India but rejected for centuries</w:t>
      </w:r>
    </w:p>
    <w:p>
      <w:r>
        <w:rPr>
          <w:color w:val="666666"/>
          <w:sz w:val="18"/>
        </w:rPr>
        <w:t>Islam The Creator of the Modern Age October 17, 2021 Prof. Farida Khanam · 3m 04s · at 7:44 · https://youtu.be/tMr3Dz35onU?t=464</w:t>
      </w:r>
    </w:p>
    <w:p>
      <w:r>
        <w:rPr>
          <w:i/>
        </w:rPr>
        <w:t>“Zero was invented in India but locked away for centuries”</w:t>
      </w:r>
    </w:p>
    <w:p>
      <w:r>
        <w:rPr>
          <w:sz w:val="20"/>
        </w:rPr>
        <w:t>7:44  to aik aik misaal hum zero ki lete hain. aap sab log jante honge zero jo hai India mein ijaad hua, us mein kai logon ne kaam kiya, lekin jo main naam aata hai woh Brahmagupta ka tha.</w:t>
      </w:r>
      <w:r>
        <w:br/>
      </w:r>
      <w:r>
        <w:rPr>
          <w:sz w:val="20"/>
        </w:rPr>
        <w:t>7:59  to aap dekh sakte hain ke har zamanay mein bare bare dimagh paida hue, lekin un ko society ka, logon ka koi support nahi milta tha.</w:t>
      </w:r>
      <w:r>
        <w:br/>
      </w:r>
      <w:r>
        <w:rPr>
          <w:sz w:val="20"/>
        </w:rPr>
        <w:t>8:08  is liye woh bari bari ijadat kar kar bhi un ko kuch us ka is se kuch faida nahi hota tha dunya ko, kyunke woh accept hi nahi karte the.</w:t>
      </w:r>
      <w:r>
        <w:br/>
      </w:r>
      <w:r>
        <w:rPr>
          <w:sz w:val="20"/>
        </w:rPr>
        <w:t>8:16  har cheez to worship karte the, jo un ke paas tha, us ko woh devta ka deen samajhte the, aur koi nai cheez accept karne ke liye tayyar nahi thi.</w:t>
      </w:r>
      <w:r>
        <w:br/>
      </w:r>
      <w:r>
        <w:rPr>
          <w:sz w:val="20"/>
        </w:rPr>
        <w:t>8:29  to jo zero tha, jab us se zero ijaad hone se pehle jo ginti thi India mein, woh yeh thi ke woh words the, kuch woh us ko kuch numerals ko represent karte the.</w:t>
      </w:r>
      <w:r>
        <w:br/>
      </w:r>
      <w:r>
        <w:rPr>
          <w:sz w:val="20"/>
        </w:rPr>
        <w:t>8:45  misal ke tor par saha sra one tha, ayota yeh tha ten tha, laksha one lakh, aur koti ten lakh.</w:t>
      </w:r>
      <w:r>
        <w:br/>
      </w:r>
      <w:r>
        <w:rPr>
          <w:sz w:val="20"/>
        </w:rPr>
        <w:t>8:58  to aap samajh sakte hain ke yeh aise alfaaz ke sath maths ki to koi taraqqi ho hi nahi sakti. jab maths ki taraqqi nahi ho sakti to koi koi bhi progress aur development science ki field mein ho hi nahi sakta, kyunke science ki tamam taraqqiyan maths par based hain.</w:t>
      </w:r>
      <w:r>
        <w:br/>
      </w:r>
      <w:r>
        <w:rPr>
          <w:sz w:val="20"/>
        </w:rPr>
        <w:t>9:18  kisi ne sahi kaha hai ke god is the greatest mathematician. to us ke baghair koi kaam nahi ho sakta tha. aur na sirf yeh, balkeh Roman numeral mein bhi yahi tha.</w:t>
      </w:r>
      <w:r>
        <w:br/>
      </w:r>
      <w:r>
        <w:rPr>
          <w:sz w:val="20"/>
        </w:rPr>
        <w:t>9:30  Roman numeral to wohi hain ke jaise L hai, L stands for fifty, X stands for ten.</w:t>
      </w:r>
      <w:r>
        <w:br/>
      </w:r>
      <w:r>
        <w:rPr>
          <w:sz w:val="20"/>
        </w:rPr>
        <w:t>9:38  to agar hum ko 83 likhna hai to L likhenge, three times ten likhenge, phir one one jo woh hota hai, I woh likhenge to woh 83 banega.</w:t>
      </w:r>
      <w:r>
        <w:br/>
      </w:r>
      <w:r>
        <w:rPr>
          <w:sz w:val="20"/>
        </w:rPr>
        <w:t>9:50  ab is mein aap koi bhi maths kaise kar sakte hain? to aik Wilfred Blund ne likha hai ke hamari jo ro taraqqiyan jo hazaron baras se ruki hui theen, us ka jo main reason tha, woh yahi tha hamare numerals ka qalamziness.</w:t>
      </w:r>
      <w:r>
        <w:br/>
      </w:r>
      <w:r>
        <w:rPr>
          <w:sz w:val="20"/>
        </w:rPr>
        <w:t>10:05  matlab itne bekar numeral the ke us mein koi kaam nahi ho sakta tha. to Islam ne jo sab se bara kaam kiya ke aik mahol paida kiya, kyunke jo basic cheez thi ke Allah creator hai aur baqi tamam cheezen makhlooq hain, woh object of reverence nahi hain.</w:t>
      </w:r>
      <w:r>
        <w:br/>
      </w:r>
      <w:r>
        <w:rPr>
          <w:sz w:val="20"/>
        </w:rPr>
        <w:t>10:25  to us ki wajah se logon ne us ko har cheez ko samjha ke hum us par kaam kar sakte hain, us par research kar sakte hain, us mein development la sakte hain.</w:t>
      </w:r>
      <w:r>
        <w:br/>
      </w:r>
      <w:r>
        <w:rPr>
          <w:sz w:val="20"/>
        </w:rPr>
        <w:t>10:35  to yahi hua zero ke sath bhi. zero taqreeban do sau saal pehle ijaad hua tha, lekin is aik kothri mein samajh lijiye, kahin band almari mein rakha hua tha, us ko kisi ne accept hi nahi kiya.</w:t>
      </w:r>
    </w:p>
    <w:p>
      <w:pPr>
        <w:pStyle w:val="Heading2"/>
      </w:pPr>
      <w:r>
        <w:t>Prophet in Mecca: ignored the idols, seized the opportunity</w:t>
      </w:r>
    </w:p>
    <w:p>
      <w:r>
        <w:rPr>
          <w:color w:val="666666"/>
          <w:sz w:val="18"/>
        </w:rPr>
        <w:t>The History of Peace (English) November 12, 2006 · 5m 34s · at 33:25 · https://youtu.be/zlIi5eiTPIg?t=2005</w:t>
      </w:r>
    </w:p>
    <w:p>
      <w:r>
        <w:rPr>
          <w:i/>
        </w:rPr>
        <w:t>“The formula is: ignore the problem and avail the opportunities”</w:t>
      </w:r>
    </w:p>
    <w:p>
      <w:r>
        <w:rPr>
          <w:sz w:val="20"/>
        </w:rPr>
        <w:t>33:25  so according to this model, the formula is ignore the problem and avail the opportunities.</w:t>
      </w:r>
      <w:r>
        <w:br/>
      </w:r>
      <w:r>
        <w:rPr>
          <w:sz w:val="20"/>
        </w:rPr>
        <w:t>33:41  so Islamic, Islamic philosophy or Islamic ideology believes in, believe that every situation has some opportunities.</w:t>
      </w:r>
      <w:r>
        <w:br/>
      </w:r>
      <w:r>
        <w:rPr>
          <w:sz w:val="20"/>
        </w:rPr>
        <w:t>34:02  according to the law of nature, inmal asra, inmal asra,</w:t>
      </w:r>
      <w:r>
        <w:br/>
      </w:r>
      <w:r>
        <w:rPr>
          <w:sz w:val="20"/>
        </w:rPr>
        <w:t>34:12  yani every where there are problems, there are opportunities. this is the basic formula of Islamic peace.</w:t>
      </w:r>
      <w:r>
        <w:br/>
      </w:r>
      <w:r>
        <w:rPr>
          <w:sz w:val="20"/>
        </w:rPr>
        <w:t>34:23  for example, let's take the Mecca example. you know, the Prophet of Islam was born in Mecca in 570 AD.</w:t>
      </w:r>
      <w:r>
        <w:br/>
      </w:r>
      <w:r>
        <w:rPr>
          <w:sz w:val="20"/>
        </w:rPr>
        <w:t>34:38  he declared his prophethood in 610</w:t>
      </w:r>
      <w:r>
        <w:br/>
      </w:r>
      <w:r>
        <w:rPr>
          <w:sz w:val="20"/>
        </w:rPr>
        <w:t>34:43  . at the time, there was great great problem that all the Meccans were worshipper idols.</w:t>
      </w:r>
      <w:r>
        <w:br/>
      </w:r>
      <w:r>
        <w:rPr>
          <w:sz w:val="20"/>
        </w:rPr>
        <w:t>34:55  more over, the most sacred mosque that is Kaaba was full with idols.</w:t>
      </w:r>
      <w:r>
        <w:br/>
      </w:r>
      <w:r>
        <w:rPr>
          <w:sz w:val="20"/>
        </w:rPr>
        <w:t>35:06  they have placed 360 idols in the vicinity of Kaaba.</w:t>
      </w:r>
      <w:r>
        <w:br/>
      </w:r>
      <w:r>
        <w:rPr>
          <w:sz w:val="20"/>
        </w:rPr>
        <w:t>35:16  that was great problem because Prophet of Islam was appointed. this was the Prophet of Islam mission.</w:t>
      </w:r>
      <w:r>
        <w:br/>
      </w:r>
      <w:r>
        <w:rPr>
          <w:sz w:val="20"/>
        </w:rPr>
        <w:t>35:27  the only mission was that to proclaim the oneness of God and warn the people that those who worshipers of other than God, they will go to hell.</w:t>
      </w:r>
      <w:r>
        <w:br/>
      </w:r>
      <w:r>
        <w:rPr>
          <w:sz w:val="20"/>
        </w:rPr>
        <w:t>35:48  so all the idols were like gate of hell</w:t>
      </w:r>
      <w:r>
        <w:br/>
      </w:r>
      <w:r>
        <w:rPr>
          <w:sz w:val="20"/>
        </w:rPr>
        <w:t>35:53  . so he was supposed to closed all the gates.</w:t>
      </w:r>
      <w:r>
        <w:br/>
      </w:r>
      <w:r>
        <w:rPr>
          <w:sz w:val="20"/>
        </w:rPr>
        <w:t>36:01  so this was the problem, super problem. but Prophet never started his mission from destroying those idols.</w:t>
      </w:r>
      <w:r>
        <w:br/>
      </w:r>
      <w:r>
        <w:rPr>
          <w:sz w:val="20"/>
        </w:rPr>
        <w:t>36:15  never, never, never. instead, he accepted their existence.</w:t>
      </w:r>
      <w:r>
        <w:br/>
      </w:r>
      <w:r>
        <w:rPr>
          <w:sz w:val="20"/>
        </w:rPr>
        <w:t>36:27  he use to go to kaaba</w:t>
      </w:r>
      <w:r>
        <w:br/>
      </w:r>
      <w:r>
        <w:rPr>
          <w:sz w:val="20"/>
        </w:rPr>
        <w:t>36:32  where 360 idols were placed. but he never touched these idols.</w:t>
      </w:r>
      <w:r>
        <w:br/>
      </w:r>
      <w:r>
        <w:rPr>
          <w:sz w:val="20"/>
        </w:rPr>
        <w:t>36:41  he tried to destroy these idols.</w:t>
      </w:r>
      <w:r>
        <w:br/>
      </w:r>
      <w:r>
        <w:rPr>
          <w:sz w:val="20"/>
        </w:rPr>
        <w:t>36:47  simply, he used to read quran and declare this formula that</w:t>
      </w:r>
      <w:r>
        <w:br/>
      </w:r>
      <w:r>
        <w:rPr>
          <w:sz w:val="20"/>
        </w:rPr>
        <w:t>37:00  qulu la ilaha illallah tuflihu. you know, at the time, the besti of kaaba was a place of gathering, there is assembly.</w:t>
      </w:r>
      <w:r>
        <w:br/>
      </w:r>
      <w:r>
        <w:rPr>
          <w:sz w:val="20"/>
        </w:rPr>
        <w:t>37:15  not only mecca people, but other tribes used to visit kaaba to worship their idols.</w:t>
      </w:r>
      <w:r>
        <w:br/>
      </w:r>
      <w:r>
        <w:rPr>
          <w:sz w:val="20"/>
        </w:rPr>
        <w:t>37:27  in fact, although three other, three other six idols were idols of different tribes.</w:t>
      </w:r>
      <w:r>
        <w:br/>
      </w:r>
      <w:r>
        <w:rPr>
          <w:sz w:val="20"/>
        </w:rPr>
        <w:t>37:36  it was, it was not simply idols of mecca.</w:t>
      </w:r>
      <w:r>
        <w:br/>
      </w:r>
      <w:r>
        <w:rPr>
          <w:sz w:val="20"/>
        </w:rPr>
        <w:t>37:41  it was idols of all arab, all tribes living in, in, in, in arabia.</w:t>
      </w:r>
      <w:r>
        <w:br/>
      </w:r>
      <w:r>
        <w:rPr>
          <w:sz w:val="20"/>
        </w:rPr>
        <w:t>37:53  so every day, people</w:t>
      </w:r>
      <w:r>
        <w:br/>
      </w:r>
      <w:r>
        <w:rPr>
          <w:sz w:val="20"/>
        </w:rPr>
        <w:t>37:58  visit kaaba to worship their idol, to offer their prayer. so it was a permanent assembly.</w:t>
      </w:r>
      <w:r>
        <w:br/>
      </w:r>
      <w:r>
        <w:rPr>
          <w:sz w:val="20"/>
        </w:rPr>
        <w:t>38:11  prophet avail this as opportunity.</w:t>
      </w:r>
      <w:r>
        <w:br/>
      </w:r>
      <w:r>
        <w:rPr>
          <w:sz w:val="20"/>
        </w:rPr>
        <w:t>38:19  he used to go, he used to visit kaaba daily and</w:t>
      </w:r>
      <w:r>
        <w:br/>
      </w:r>
      <w:r>
        <w:rPr>
          <w:sz w:val="20"/>
        </w:rPr>
        <w:t>38:28  read quran.</w:t>
      </w:r>
      <w:r>
        <w:br/>
      </w:r>
      <w:r>
        <w:rPr>
          <w:sz w:val="20"/>
        </w:rPr>
        <w:t>38:31  wal asri innal insana lafi khusri. wattini wazzaitooni wa toorissineeni wahathal baladil ameen. so all verses were message of tauheed, of oneness of god.</w:t>
      </w:r>
      <w:r>
        <w:br/>
      </w:r>
      <w:r>
        <w:rPr>
          <w:sz w:val="20"/>
        </w:rPr>
        <w:t>38:48  you can see here the policy of islamic, the islamic model.</w:t>
      </w:r>
    </w:p>
    <w:p>
      <w:pPr>
        <w:pStyle w:val="Heading2"/>
      </w:pPr>
      <w:r>
        <w:t>Positive status quo: the 360 idols at Kaaba</w:t>
      </w:r>
    </w:p>
    <w:p>
      <w:r>
        <w:rPr>
          <w:color w:val="666666"/>
          <w:sz w:val="18"/>
        </w:rPr>
        <w:t>Islam and Peace (English) January 17, 2007 · 5m 44s · at 50:59 · https://youtu.be/OsmlU1RTo7k?t=3059</w:t>
      </w:r>
    </w:p>
    <w:p>
      <w:r>
        <w:rPr>
          <w:i/>
        </w:rPr>
        <w:t>“I learned a very important formula from the Prophet's life”</w:t>
      </w:r>
    </w:p>
    <w:p>
      <w:r>
        <w:rPr>
          <w:sz w:val="20"/>
        </w:rPr>
        <w:t>50:59  learned a very important formula.</w:t>
      </w:r>
      <w:r>
        <w:br/>
      </w:r>
      <w:r>
        <w:rPr>
          <w:sz w:val="20"/>
        </w:rPr>
        <w:t>51:05  In my verse, Prophet of Islam was</w:t>
      </w:r>
      <w:r>
        <w:br/>
      </w:r>
      <w:r>
        <w:rPr>
          <w:sz w:val="20"/>
        </w:rPr>
        <w:t>51:11  greatest status quo of the history, but his status quo was positive status quo.</w:t>
      </w:r>
      <w:r>
        <w:br/>
      </w:r>
      <w:r>
        <w:rPr>
          <w:sz w:val="20"/>
        </w:rPr>
        <w:t>51:24  He was not simply status quo. He was, his formula was positive status quo.</w:t>
      </w:r>
      <w:r>
        <w:br/>
      </w:r>
      <w:r>
        <w:rPr>
          <w:sz w:val="20"/>
        </w:rPr>
        <w:t>51:34  What it means? It means that accept the status quo and avail the opportunities. This was his formula.</w:t>
      </w:r>
      <w:r>
        <w:br/>
      </w:r>
      <w:r>
        <w:rPr>
          <w:sz w:val="20"/>
        </w:rPr>
        <w:t>51:45  In every situation, there are some problems, but at the same time, there are some opportunities. This is law of nature.</w:t>
      </w:r>
      <w:r>
        <w:br/>
      </w:r>
      <w:r>
        <w:rPr>
          <w:sz w:val="20"/>
        </w:rPr>
        <w:t>51:58  This is law of nature that in every situation, in every time, in every circumstances,</w:t>
      </w:r>
      <w:r>
        <w:br/>
      </w:r>
      <w:r>
        <w:rPr>
          <w:sz w:val="20"/>
        </w:rPr>
        <w:t>52:08  if there are some problems, at the same time, there are opportunities. So you have to ignore the problems, and you have to avail the opportunities.</w:t>
      </w:r>
      <w:r>
        <w:br/>
      </w:r>
      <w:r>
        <w:rPr>
          <w:sz w:val="20"/>
        </w:rPr>
        <w:t>52:19  This is positive status quo.</w:t>
      </w:r>
      <w:r>
        <w:br/>
      </w:r>
      <w:r>
        <w:rPr>
          <w:sz w:val="20"/>
        </w:rPr>
        <w:t>52:24  Accept the status quo. Ignoring the problems means accepting the status quo.</w:t>
      </w:r>
      <w:r>
        <w:br/>
      </w:r>
      <w:r>
        <w:rPr>
          <w:sz w:val="20"/>
        </w:rPr>
        <w:t>52:36  So accept the status quo and avail the opportunities present in the same situation.</w:t>
      </w:r>
      <w:r>
        <w:br/>
      </w:r>
      <w:r>
        <w:rPr>
          <w:sz w:val="20"/>
        </w:rPr>
        <w:t>52:45  This is the prophetic formula, and this is. You can give a term it as positive status quo.</w:t>
      </w:r>
      <w:r>
        <w:br/>
      </w:r>
      <w:r>
        <w:rPr>
          <w:sz w:val="20"/>
        </w:rPr>
        <w:t>53:01  The Prophet adopted this formula everywhere in Mecca and Medina, both</w:t>
      </w:r>
      <w:r>
        <w:br/>
      </w:r>
      <w:r>
        <w:rPr>
          <w:sz w:val="20"/>
        </w:rPr>
        <w:t>53:12  . For example, when he was in Mecca, there were 360 idols placed in Kaaba, in the premises of Kaaba.</w:t>
      </w:r>
      <w:r>
        <w:br/>
      </w:r>
      <w:r>
        <w:rPr>
          <w:sz w:val="20"/>
        </w:rPr>
        <w:t>53:26  360. It was status quo.</w:t>
      </w:r>
      <w:r>
        <w:br/>
      </w:r>
      <w:r>
        <w:rPr>
          <w:sz w:val="20"/>
        </w:rPr>
        <w:t>53:31  The status quo, the status quo was quite unpleasant because Kaaba was built for Tawheed, for worship, but at the time,</w:t>
      </w:r>
      <w:r>
        <w:br/>
      </w:r>
      <w:r>
        <w:rPr>
          <w:sz w:val="20"/>
        </w:rPr>
        <w:t>53:51  it was place of idols.</w:t>
      </w:r>
      <w:r>
        <w:br/>
      </w:r>
      <w:r>
        <w:rPr>
          <w:sz w:val="20"/>
        </w:rPr>
        <w:t>54:03  So, so Prophet accepted this status quo. He never tried to destroy all those idols, never, never.</w:t>
      </w:r>
      <w:r>
        <w:br/>
      </w:r>
      <w:r>
        <w:rPr>
          <w:sz w:val="20"/>
        </w:rPr>
        <w:t>54:17  But Prophet saw that there is an opportunity.</w:t>
      </w:r>
      <w:r>
        <w:br/>
      </w:r>
      <w:r>
        <w:rPr>
          <w:sz w:val="20"/>
        </w:rPr>
        <w:t>54:26  People visit Kaaba every day from different town, different part of the Arabia, to worship their idols, to present their offering to this idols.</w:t>
      </w:r>
      <w:r>
        <w:br/>
      </w:r>
      <w:r>
        <w:rPr>
          <w:sz w:val="20"/>
        </w:rPr>
        <w:t>54:47  So, it was</w:t>
      </w:r>
      <w:r>
        <w:br/>
      </w:r>
      <w:r>
        <w:rPr>
          <w:sz w:val="20"/>
        </w:rPr>
        <w:t>54:51  in. so, everyday, people used to visit kaaba. so, there was a gathering. everyday, there was a gathering.</w:t>
      </w:r>
      <w:r>
        <w:br/>
      </w:r>
      <w:r>
        <w:rPr>
          <w:sz w:val="20"/>
        </w:rPr>
        <w:t>55:01  to prophet ignored the presence of idols, and he tried to avail this gathering as an audience</w:t>
      </w:r>
      <w:r>
        <w:br/>
      </w:r>
      <w:r>
        <w:rPr>
          <w:sz w:val="20"/>
        </w:rPr>
        <w:t>55:15  . this is the wisdom of the prophet. there were two, there were two phenomena.</w:t>
      </w:r>
      <w:r>
        <w:br/>
      </w:r>
      <w:r>
        <w:rPr>
          <w:sz w:val="20"/>
        </w:rPr>
        <w:t>55:25  one was presence of idols in the premises of kaaba. second was that there was a gathering in daily basis.</w:t>
      </w:r>
      <w:r>
        <w:br/>
      </w:r>
      <w:r>
        <w:rPr>
          <w:sz w:val="20"/>
        </w:rPr>
        <w:t>55:37  so, prophet accepted the status</w:t>
      </w:r>
      <w:r>
        <w:br/>
      </w:r>
      <w:r>
        <w:rPr>
          <w:sz w:val="20"/>
        </w:rPr>
        <w:t>55:41  ko. he never tried to destroy those idols, and at the same time, he availed that gathering as an audience.</w:t>
      </w:r>
      <w:r>
        <w:br/>
      </w:r>
      <w:r>
        <w:rPr>
          <w:sz w:val="20"/>
        </w:rPr>
        <w:t>55:57  he used to visit kaaba everyday, and say la ilaha ila used to recite quran.</w:t>
      </w:r>
      <w:r>
        <w:br/>
      </w:r>
      <w:r>
        <w:rPr>
          <w:sz w:val="20"/>
        </w:rPr>
        <w:t>56:12  and gradually, people</w:t>
      </w:r>
      <w:r>
        <w:br/>
      </w:r>
      <w:r>
        <w:rPr>
          <w:sz w:val="20"/>
        </w:rPr>
        <w:t>56:19  accepted islam.</w:t>
      </w:r>
      <w:r>
        <w:br/>
      </w:r>
      <w:r>
        <w:rPr>
          <w:sz w:val="20"/>
        </w:rPr>
        <w:t>56:24  so, this was the prophetic wisdom. this was the prophetic method. in one word, you can say that positive status ko is the prophetic formula in such such situation.</w:t>
      </w:r>
    </w:p>
    <w:p>
      <w:pPr>
        <w:pStyle w:val="Heading2"/>
      </w:pPr>
      <w:r>
        <w:t>Prophet's mission and three golden periods</w:t>
      </w:r>
    </w:p>
    <w:p>
      <w:r>
        <w:rPr>
          <w:color w:val="666666"/>
          <w:sz w:val="18"/>
        </w:rPr>
        <w:t>Political Interpretation of Islam September 4, 2007 · 4m 23s · at 5:18 · https://youtu.be/iwFh5kd1-Rw?t=318</w:t>
      </w:r>
    </w:p>
    <w:p>
      <w:r>
        <w:rPr>
          <w:i/>
        </w:rPr>
        <w:t>“Peyghambar Islam jo the, jab woh Makkah mein the”</w:t>
      </w:r>
    </w:p>
    <w:p>
      <w:r>
        <w:rPr>
          <w:sz w:val="20"/>
        </w:rPr>
        <w:t>5:18  paighambar-e-islam jo the, jab woh makka mein the, makka mein unhone 610 eesvi mein apna mission shuru kiya, tauheed ka mission.</w:t>
      </w:r>
      <w:r>
        <w:br/>
      </w:r>
      <w:r>
        <w:rPr>
          <w:sz w:val="20"/>
        </w:rPr>
        <w:t>5:31  to aap bohat zabardast personality wale aadmi the. aap ka bara, yaani logon par akhlaqi asar tha.</w:t>
      </w:r>
      <w:r>
        <w:br/>
      </w:r>
      <w:r>
        <w:rPr>
          <w:sz w:val="20"/>
        </w:rPr>
        <w:t>5:44  to logon ne chaha ke unhein daba dein kisi tareeqe se. to unhone kaha ke hum agar aap chahte hain hukoomat, to hum aap ko apne apne oopar king bana lete hain, badshah bana lete hain.</w:t>
      </w:r>
      <w:r>
        <w:br/>
      </w:r>
      <w:r>
        <w:rPr>
          <w:sz w:val="20"/>
        </w:rPr>
        <w:t>6:00  in kunt muridan mulkan mulana kalayna</w:t>
      </w:r>
      <w:r>
        <w:br/>
      </w:r>
      <w:r>
        <w:rPr>
          <w:sz w:val="20"/>
        </w:rPr>
        <w:t>6:10  agar aap chahte hain hukoomat, to hum aap ko apna hakim bana lete hain. aap ne kaha ke nahi,</w:t>
      </w:r>
      <w:r>
        <w:br/>
      </w:r>
      <w:r>
        <w:rPr>
          <w:sz w:val="20"/>
        </w:rPr>
        <w:t>6:20  main is ke liye nahi bheja gaya hoon. ab pakistan ki jo movement chali, woh isi liye ke hamein hukoomat chahiye. yaani india mein, poora jo india tha, us mein musalmanon ki hukoomat nahi banne wali thi.</w:t>
      </w:r>
      <w:r>
        <w:br/>
      </w:r>
      <w:r>
        <w:rPr>
          <w:sz w:val="20"/>
        </w:rPr>
        <w:t>6:35  kyunke woh minority mein the.</w:t>
      </w:r>
      <w:r>
        <w:br/>
      </w:r>
      <w:r>
        <w:rPr>
          <w:sz w:val="20"/>
        </w:rPr>
        <w:t>6:38  to unhone kaha ke hamein ek alag pocket do taake hum apni hukoomat bana sakein.</w:t>
      </w:r>
      <w:r>
        <w:br/>
      </w:r>
      <w:r>
        <w:rPr>
          <w:sz w:val="20"/>
        </w:rPr>
        <w:t>6:44  kitna difference hai, aap dekhiye ke prophet ki soch mein aur in musalmanon ki soch mein. main janta hoon ke bare bare naam hain is movement ke peeche.</w:t>
      </w:r>
      <w:r>
        <w:br/>
      </w:r>
      <w:r>
        <w:rPr>
          <w:sz w:val="20"/>
        </w:rPr>
        <w:t>6:54  pakistan ki jo movement chali, woh bohat bare bare naam is mein hain. lekin masla yeh hai ke naam kitne bare bare hon. agar</w:t>
      </w:r>
      <w:r>
        <w:br/>
      </w:r>
      <w:r>
        <w:rPr>
          <w:sz w:val="20"/>
        </w:rPr>
        <w:t>7:02  woh prophet of Islam ke model ke khilaf hai, to woh kuch bhi nahi hai, woh baseless hai. woh baseless hai.</w:t>
      </w:r>
      <w:r>
        <w:br/>
      </w:r>
      <w:r>
        <w:rPr>
          <w:sz w:val="20"/>
        </w:rPr>
        <w:t>7:17  to main aap se yeh batana chahunga ke islam jo shuru hua, to woh political movement nahi tha, woh</w:t>
      </w:r>
      <w:r>
        <w:br/>
      </w:r>
      <w:r>
        <w:rPr>
          <w:sz w:val="20"/>
        </w:rPr>
        <w:t>7:30  . woh ek daawa movement tha. baad koi deviation hua, aur daawa movement political movement ban gaya. jab musalmanon ka political empire bana abbas period mein, tab se yeh derailment hua, yeh.</w:t>
      </w:r>
      <w:r>
        <w:br/>
      </w:r>
      <w:r>
        <w:rPr>
          <w:sz w:val="20"/>
        </w:rPr>
        <w:t>7:48  ek hadith hai: khair ul qurun qarni thumma alladhina yalunahum thumma alladhina yalunahum</w:t>
      </w:r>
      <w:r>
        <w:br/>
      </w:r>
      <w:r>
        <w:rPr>
          <w:sz w:val="20"/>
        </w:rPr>
        <w:t>7:58  sab se acha period mera period hai. is ke baad aane wala period, is ke baad aane wala period. is ko kaha jata hai: qurun mashhood laha bil khair. yeh teen woh period hain jis ke bare mein prophet ne kaha ke yeh teen period jo hain, woh sahi period honge.</w:t>
      </w:r>
      <w:r>
        <w:br/>
      </w:r>
      <w:r>
        <w:rPr>
          <w:sz w:val="20"/>
        </w:rPr>
        <w:t>8:21  sahi ka matlab kya hai? derailment se pehle ka period.</w:t>
      </w:r>
      <w:r>
        <w:br/>
      </w:r>
      <w:r>
        <w:rPr>
          <w:sz w:val="20"/>
        </w:rPr>
        <w:t>8:26  is ka matlab yeh nahi ke ideal period. Ideal cannot be achieved. yaad rakhiye, islam kabhi bhi yeh nahi kehta ke is dunya mein koi ideal society banegi.</w:t>
      </w:r>
      <w:r>
        <w:br/>
      </w:r>
      <w:r>
        <w:rPr>
          <w:sz w:val="20"/>
        </w:rPr>
        <w:t>8:38  ideal government banegi. idealism yeh islam ka target nahi hai. yeh to plato ka aur startle ka target tha.</w:t>
      </w:r>
      <w:r>
        <w:br/>
      </w:r>
      <w:r>
        <w:rPr>
          <w:sz w:val="20"/>
        </w:rPr>
        <w:t>8:48  islam ka nahi hai. lekin more or less woh islami hogi. more or less woh prophetic model par hogi.</w:t>
      </w:r>
      <w:r>
        <w:br/>
      </w:r>
      <w:r>
        <w:rPr>
          <w:sz w:val="20"/>
        </w:rPr>
        <w:t>8:59  to yeh teen period jo hain, woh islam mein prophet of islam ke kehne ke mutabiq yeh islam mein, yani behtar period thay.</w:t>
      </w:r>
      <w:r>
        <w:br/>
      </w:r>
      <w:r>
        <w:rPr>
          <w:sz w:val="20"/>
        </w:rPr>
        <w:t>9:13  is ke baad de-realment hua, aur phir hota hi chala gaya. to yeh teen kaun hain?</w:t>
      </w:r>
      <w:r>
        <w:br/>
      </w:r>
      <w:r>
        <w:rPr>
          <w:sz w:val="20"/>
        </w:rPr>
        <w:t>9:20  pehla hai prophetic period. doosra hai khilafat rashida period. teesra hai umayyad period.</w:t>
      </w:r>
      <w:r>
        <w:br/>
      </w:r>
      <w:r>
        <w:rPr>
          <w:sz w:val="20"/>
        </w:rPr>
        <w:t>9:32  umayyad period. umayyad period 750 isvi mein khatam hua.</w:t>
      </w:r>
    </w:p>
    <w:p>
      <w:pPr>
        <w:pStyle w:val="Heading2"/>
      </w:pPr>
      <w:r>
        <w:t>after marriage, spouses answer to God, not just each other</w:t>
      </w:r>
    </w:p>
    <w:p>
      <w:r>
        <w:rPr>
          <w:color w:val="666666"/>
          <w:sz w:val="18"/>
        </w:rPr>
        <w:t>Importance of Marriage January 31, 2014 · 5m 50s · at 12:14 · https://youtu.be/hubJz4MyRn0?t=734</w:t>
      </w:r>
    </w:p>
    <w:p>
      <w:r>
        <w:rPr>
          <w:i/>
        </w:rPr>
        <w:t>“Iska doosra pehlu kya hai? Shaadi se pehle dono ka maamla apna apna tha”</w:t>
      </w:r>
    </w:p>
    <w:p>
      <w:r>
        <w:rPr>
          <w:sz w:val="20"/>
        </w:rPr>
        <w:t>12:14  is ka doosra pehlu kya hai? ke shadi se pehle dono ka maamla apna apna maamla tha. yaani mard ka apna maamla, aurat ka apna maamla.</w:t>
      </w:r>
      <w:r>
        <w:br/>
      </w:r>
      <w:r>
        <w:rPr>
          <w:sz w:val="20"/>
        </w:rPr>
        <w:t>12:27  shadi ke baad jab woh misaaq-e-ghaleez mein shamil ho gaye to dono ka maamla khalq ka maamla ban gaya.</w:t>
      </w:r>
      <w:r>
        <w:br/>
      </w:r>
      <w:r>
        <w:rPr>
          <w:sz w:val="20"/>
        </w:rPr>
        <w:t>12:37  dono ka maamla Khuda ka maamla ban gaya. kaisi ajeeb baat hai? ab aap agar koi bhi baat karen, mislan aap shadi ke baad dono se koi fareeq kahe ke mujhe divorce chahiye,</w:t>
      </w:r>
      <w:r>
        <w:br/>
      </w:r>
      <w:r>
        <w:rPr>
          <w:sz w:val="20"/>
        </w:rPr>
        <w:t>12:54  to aap ko apne aap ko justify karna parega Khuda ke samne. to serious baat hai yeh. yaani shadi ke baad agar aap kuch bhi karen, mard aurat ke khilaf, aurat mard ke khilaf, kuch bhi karen,</w:t>
      </w:r>
      <w:r>
        <w:br/>
      </w:r>
      <w:r>
        <w:rPr>
          <w:sz w:val="20"/>
        </w:rPr>
        <w:t>13:15  mislan woh divorce ki baat hai, mislan woh huqooq ke naam par ek doosre ke khilaf larai karen,</w:t>
      </w:r>
      <w:r>
        <w:br/>
      </w:r>
      <w:r>
        <w:rPr>
          <w:sz w:val="20"/>
        </w:rPr>
        <w:t>13:22  misalan aik doosre ke khilaaf woh shikayat likh khare ho jayen, misalan aik doosre ke khilaaf woh negative ho jayen, aik doosre ke khilaaf, yani character assesses karne lagen, kuch bhi karen,</w:t>
      </w:r>
      <w:r>
        <w:br/>
      </w:r>
      <w:r>
        <w:rPr>
          <w:sz w:val="20"/>
        </w:rPr>
        <w:t>13:37  to woh sara ka sara mamla aap</w:t>
      </w:r>
      <w:r>
        <w:br/>
      </w:r>
      <w:r>
        <w:rPr>
          <w:sz w:val="20"/>
        </w:rPr>
        <w:t>13:42  zawjan warasul guard ban gaya. bohat serious baat thi yeh. yani shadi se pehle dono ka mamla apna apna tha, apna apna.</w:t>
      </w:r>
      <w:r>
        <w:br/>
      </w:r>
      <w:r>
        <w:rPr>
          <w:sz w:val="20"/>
        </w:rPr>
        <w:t>13:53  aurat ka mamla apna, mard ka mamla apna.</w:t>
      </w:r>
      <w:r>
        <w:br/>
      </w:r>
      <w:r>
        <w:rPr>
          <w:sz w:val="20"/>
        </w:rPr>
        <w:t>14:00  lekin shadi ke baad jab dono aik rishte mein jud gaye to woh misaq-e-ghaleez waqe ho gaya. tab dono ka mamla zawjan warasul guard ho gaya.</w:t>
      </w:r>
      <w:r>
        <w:br/>
      </w:r>
      <w:r>
        <w:rPr>
          <w:sz w:val="20"/>
        </w:rPr>
        <w:t>14:13  yani zawjan mukabil-e-Khuda.</w:t>
      </w:r>
      <w:r>
        <w:br/>
      </w:r>
      <w:r>
        <w:rPr>
          <w:sz w:val="20"/>
        </w:rPr>
        <w:t>14:22  to dekhiye, agar aadmi yeh soche, agar aadmi yeh soche to bohat zyada serious ho jaye shadi ke mamle mein. nikah ke mamle mein woh bohat zyada serious ho jaye.</w:t>
      </w:r>
      <w:r>
        <w:br/>
      </w:r>
      <w:r>
        <w:rPr>
          <w:sz w:val="20"/>
        </w:rPr>
        <w:t>14:40  iska matlab yeh hua ke usooli taur par nikah aik final rishta hai. nikah ke baad second thoughten aana chahiye aap ke andar.</w:t>
      </w:r>
      <w:r>
        <w:br/>
      </w:r>
      <w:r>
        <w:rPr>
          <w:sz w:val="20"/>
        </w:rPr>
        <w:t>14:51  nikah aik final rishta hai. nikah ke baad dono mein se kisi ka andar second thoughten aana chahiye. kyunke agar dono mein se kisi aik ka andar second thought aa raha hai, separation ki baat aa rahi hai,</w:t>
      </w:r>
      <w:r>
        <w:br/>
      </w:r>
      <w:r>
        <w:rPr>
          <w:sz w:val="20"/>
        </w:rPr>
        <w:t>15:07  to woh doosre ke liye problem create kar raha hai.</w:t>
      </w:r>
      <w:r>
        <w:br/>
      </w:r>
      <w:r>
        <w:rPr>
          <w:sz w:val="20"/>
        </w:rPr>
        <w:t>15:11  jo aadmi mang kar raha hai ke mujhe separation chahiye, jo dono mein se jo partner separation ki mang kar raha hai, woh doosre ke liye problem create kar raha hai.</w:t>
      </w:r>
      <w:r>
        <w:br/>
      </w:r>
      <w:r>
        <w:rPr>
          <w:sz w:val="20"/>
        </w:rPr>
        <w:t>15:26  ab isko Allah ke samne justification dena hoga ke kya isko right tha ke woh problem create kare.</w:t>
      </w:r>
      <w:r>
        <w:br/>
      </w:r>
      <w:r>
        <w:rPr>
          <w:sz w:val="20"/>
        </w:rPr>
        <w:t>15:44  misalan dono mein se koi aik agar yeh kahe ke mera partner meri baat nahi sunta, to yeh koi justification nahi hai.</w:t>
      </w:r>
      <w:r>
        <w:br/>
      </w:r>
      <w:r>
        <w:rPr>
          <w:sz w:val="20"/>
        </w:rPr>
        <w:t>15:57  yeh koi justification nahi hai. dekhen, justification wahi hai jo khud Allah ke nazdeek qabil-e-lehaaz ho.</w:t>
      </w:r>
      <w:r>
        <w:br/>
      </w:r>
      <w:r>
        <w:rPr>
          <w:sz w:val="20"/>
        </w:rPr>
        <w:t>16:09  jo, yani marriage ke silsile mein khud Allah ne jo sharten muqarrar ki hain,</w:t>
      </w:r>
      <w:r>
        <w:br/>
      </w:r>
      <w:r>
        <w:rPr>
          <w:sz w:val="20"/>
        </w:rPr>
        <w:t>16:24  un sharton ko le kar ke to aap ko haq ho sakta hai.</w:t>
      </w:r>
      <w:r>
        <w:br/>
      </w:r>
      <w:r>
        <w:rPr>
          <w:sz w:val="20"/>
        </w:rPr>
        <w:t>16:30  un sharton ke ilawa aap ko koi haq nahi hai.</w:t>
      </w:r>
      <w:r>
        <w:br/>
      </w:r>
      <w:r>
        <w:rPr>
          <w:sz w:val="20"/>
        </w:rPr>
        <w:t>16:37  aap ko right hi nahi hai. agar aap, agar aap ne ignore kiya isko, to dunya mein farishte aap ke record ko record mein darj karenge isko, aur aakhirat mein aapse poocha jayega</w:t>
      </w:r>
      <w:r>
        <w:br/>
      </w:r>
      <w:r>
        <w:rPr>
          <w:sz w:val="20"/>
        </w:rPr>
        <w:t>16:54  ke salim marriage lene ke baad tum ne aisa kyun kiya?</w:t>
      </w:r>
      <w:r>
        <w:br/>
      </w:r>
      <w:r>
        <w:rPr>
          <w:sz w:val="20"/>
        </w:rPr>
        <w:t>17:01  to dekhiye, yeh bohat hi serious mamla hai ke nikah ke baad nikah ke dono partners ko yeh sochna chahiye ke main jo rawaiyya ikhtiyar karoon,</w:t>
      </w:r>
      <w:r>
        <w:br/>
      </w:r>
      <w:r>
        <w:rPr>
          <w:sz w:val="20"/>
        </w:rPr>
        <w:t>17:18  iske liye mujhe Allah ke samne jawab dena hai. to agar Allah ke samne agar main justified hoon, tab to theek hai, nahi to theek nahi hai.</w:t>
      </w:r>
      <w:r>
        <w:br/>
      </w:r>
      <w:r>
        <w:rPr>
          <w:sz w:val="20"/>
        </w:rPr>
        <w:t>17:34  to isi ko main keh raha hoon ke nikah ka matlab hai ke aadmi ne apne test paper mein aik naye test item ka izafa kar liya.</w:t>
      </w:r>
      <w:r>
        <w:br/>
      </w:r>
      <w:r>
        <w:rPr>
          <w:sz w:val="20"/>
        </w:rPr>
        <w:t>17:46  ab izafa karne ke baad aap kuch aur sochne ka aap ko haq nahi hai, illa yeh ke Allah ke qanoon ke mutabiq waqeatan aap ke paas koi sacha excuse ho, nahi to nahi.</w:t>
      </w:r>
    </w:p>
    <w:p>
      <w:pPr>
        <w:pStyle w:val="Heading2"/>
      </w:pPr>
      <w:r>
        <w:t>First derailment example tribal war culture corrected</w:t>
      </w:r>
    </w:p>
    <w:p>
      <w:r>
        <w:rPr>
          <w:color w:val="666666"/>
          <w:sz w:val="18"/>
        </w:rPr>
        <w:t>Mission of Tajdeed (Revival of Islam) September 15, 2019 Maulana Wahiduddin Khan · 3m 58s · at 6:38 · https://youtu.be/jGfoAffJ4-8?t=398</w:t>
      </w:r>
    </w:p>
    <w:p>
      <w:r>
        <w:rPr>
          <w:i/>
        </w:rPr>
        <w:t>“Dekhiye, pehla jo daur tha Islam ka, woh tribal age tha”</w:t>
      </w:r>
    </w:p>
    <w:p>
      <w:r>
        <w:rPr>
          <w:sz w:val="20"/>
        </w:rPr>
        <w:t>6:38  dekhiye, pehla jo daur tha islam ka, woh tribal age tha. tribal age. is zamanay mein sab se bari cheez jang hua karti thi.</w:t>
      </w:r>
      <w:r>
        <w:br/>
      </w:r>
      <w:r>
        <w:rPr>
          <w:sz w:val="20"/>
        </w:rPr>
        <w:t>6:53  al harab, anf al harab. bas har kaam jo kar, har har maqsad jo hasil karna hai, us ko jang se hasil karna, yeh tha tribal age ka culture.</w:t>
      </w:r>
      <w:r>
        <w:br/>
      </w:r>
      <w:r>
        <w:rPr>
          <w:sz w:val="20"/>
        </w:rPr>
        <w:t>7:05  tribal case, tribal culture jo tha, woh special war culture tha. chunancha aik is zamanay ka aik shair hai ke: "waya wayan nadar bakr nakhina maal muallim illa khana".</w:t>
      </w:r>
      <w:r>
        <w:br/>
      </w:r>
      <w:r>
        <w:rPr>
          <w:sz w:val="20"/>
        </w:rPr>
        <w:t>7:27  yani bahar ka koi larnay ke liye nahi aata tha, hum apnay bhaiyon se lad jatay hain. bas rai, rai, rai.</w:t>
      </w:r>
      <w:r>
        <w:br/>
      </w:r>
      <w:r>
        <w:rPr>
          <w:sz w:val="20"/>
        </w:rPr>
        <w:t>7:38  to yeh daur mein islam mein bhi aa gaya rai ka culture. matlab musalmanon mein. to musalmanon ne is ko jihad bana diya.</w:t>
      </w:r>
      <w:r>
        <w:br/>
      </w:r>
      <w:r>
        <w:rPr>
          <w:sz w:val="20"/>
        </w:rPr>
        <w:t>7:50  halankay jihad nahi tha yeh. larna phirna koi jihad nahi hai. jihad to da'wat ka naam hai, peaceful da'wat ka naam hai jihad.</w:t>
      </w:r>
      <w:r>
        <w:br/>
      </w:r>
      <w:r>
        <w:rPr>
          <w:sz w:val="20"/>
        </w:rPr>
        <w:t>8:00  lekin mawzu ke asar se ya contemporary mawzu, contemporary mawzu ke asar se al islam mein yeh kachra aa gaya, larnay phirnay wala.</w:t>
      </w:r>
      <w:r>
        <w:br/>
      </w:r>
      <w:r>
        <w:rPr>
          <w:sz w:val="20"/>
        </w:rPr>
        <w:t>8:16  to wahan par zarurat hoti hai koi madad uthe aur is jo milawat ho gayi, is ko alag kare.</w:t>
      </w:r>
      <w:r>
        <w:br/>
      </w:r>
      <w:r>
        <w:rPr>
          <w:sz w:val="20"/>
        </w:rPr>
        <w:t>8:25  islam mein jo de-rediment ho gaya hai, is ko phir se pathe plae, phir se pathe plae.</w:t>
      </w:r>
      <w:r>
        <w:br/>
      </w:r>
      <w:r>
        <w:rPr>
          <w:sz w:val="20"/>
        </w:rPr>
        <w:t>8:35  to is zamane mein jab aisa hua to kuch log uthe, kuch ulama jinhone bohat sahi baat kahi, unhone kaha ke islam mein jang,</w:t>
      </w:r>
      <w:r>
        <w:br/>
      </w:r>
      <w:r>
        <w:rPr>
          <w:sz w:val="20"/>
        </w:rPr>
        <w:t>8:50  islam mein jang husn lidhati hi nahi hai. islam mein jang husn li ghairi hai. yeh bohat zyada acha statement tha is zamane mein jo diya gaya ke islam mein jang, yani doosre lafzon mein,</w:t>
      </w:r>
      <w:r>
        <w:br/>
      </w:r>
      <w:r>
        <w:rPr>
          <w:sz w:val="20"/>
        </w:rPr>
        <w:t>9:09  wo</w:t>
      </w:r>
      <w:r>
        <w:br/>
      </w:r>
      <w:r>
        <w:rPr>
          <w:sz w:val="20"/>
        </w:rPr>
        <w:t>9:15  jo is qism ka jo nazariya bana tha is zamane mein, wo husn lidhati hi nahi hai, wo husn li ghairi hai.</w:t>
      </w:r>
      <w:r>
        <w:br/>
      </w:r>
      <w:r>
        <w:rPr>
          <w:sz w:val="20"/>
        </w:rPr>
        <w:t>9:25  yani zarurat ke tabe hai. zarurat agar pesh ayegi to harf hai, nahi hai to harf bhi nahi hai. yeh tha matlab ke islam mein qital, is ko kahiye ke qital islam mein husn li ghairi nahi hai, husn lidhati hi nahi hai.</w:t>
      </w:r>
      <w:r>
        <w:br/>
      </w:r>
      <w:r>
        <w:rPr>
          <w:sz w:val="20"/>
        </w:rPr>
        <w:t>9:49  yani jaise namaz hai, haj hai, roza hai, zakat hai, yeh sab husn li ghairi hai. husn li ghairi khud apne hi mein, khud apne aitbar se matloob hai.</w:t>
      </w:r>
      <w:r>
        <w:br/>
      </w:r>
      <w:r>
        <w:rPr>
          <w:sz w:val="20"/>
        </w:rPr>
        <w:t>10:06  lekin jang is is tarah se matloob nahi hai. agar halaat paida hon ke islam ko difa ki zarurat ho to us waqt ja qital kiya jayega, nahi to qital mauqoof rahega, mauqoof rahega, mauqoof rahega.</w:t>
      </w:r>
      <w:r>
        <w:br/>
      </w:r>
      <w:r>
        <w:rPr>
          <w:sz w:val="20"/>
        </w:rPr>
        <w:t>10:24  us waqt yeh kaam kiya logon ne, bohat sahi kaam kiya, bohat sahi kaam kiya. phir baat ko us aur aur development pesh aae.</w:t>
      </w:r>
    </w:p>
    <w:p>
      <w:pPr>
        <w:pStyle w:val="Heading2"/>
      </w:pPr>
      <w:r>
        <w:t>Islam's real position on gender equality explained</w:t>
      </w:r>
    </w:p>
    <w:p>
      <w:r>
        <w:rPr>
          <w:color w:val="666666"/>
          <w:sz w:val="18"/>
        </w:rPr>
        <w:t>The Position of Woman in Islam March 6, 2022 Maulana Wahiduddin Khan · 5m 13s · at 47:36 · https://youtu.be/xEPOBSMmqk4?t=2856</w:t>
      </w:r>
    </w:p>
    <w:p>
      <w:r>
        <w:rPr>
          <w:i/>
        </w:rPr>
        <w:t>“Does Islam actually believe in gender equality?”</w:t>
      </w:r>
    </w:p>
    <w:p>
      <w:r>
        <w:rPr>
          <w:sz w:val="20"/>
        </w:rPr>
        <w:t>47:36  ji. aap yeh agla sawal Lucknow se bheja hai miss Sufiya Khan ne aur unhone aapse poocha hai ki what is Islam's view on gender equality? is par bahut discussions hote hain yahan par kai log yeh sawal karte hain. to ismein bhi thodi si aap clarity dijiye.</w:t>
      </w:r>
      <w:r>
        <w:br/>
      </w:r>
      <w:r>
        <w:rPr>
          <w:sz w:val="20"/>
        </w:rPr>
        <w:t>47:58  Islam mein total sense mein gender equality hai lekin sirf zaroorat ke tehat bahar jayein, bahar ka kaam karein. ab woh jo aajkal hai yeh beauty parlor hai, club hai, entertainment culture hai, iski Islam mein nahi ijazat hai. to iski to mardon ko bhi ijazat nahi hai. abhi abhi main kal hi Quran mein padh rahi thi ki jo believers hain woh har lahw wo kaam se pareh karte hain.</w:t>
      </w:r>
      <w:r>
        <w:br/>
      </w:r>
      <w:r>
        <w:rPr>
          <w:sz w:val="20"/>
        </w:rPr>
        <w:t>48:25  to yeh sab lahw wo kaam hai isse pareh hamein karna hai. to isi ki ijazat nahi hai baqi Islami spirit ko barkarar rakhte hue woh har tarah se usko mukammal ijazat hai ghar mein bhi aur ghar ke bahar bhi. ismein Maulana kaha karte thay woh main dohrata hoon.</w:t>
      </w:r>
      <w:r>
        <w:br/>
      </w:r>
      <w:r>
        <w:rPr>
          <w:sz w:val="20"/>
        </w:rPr>
        <w:t>48:47  equal in respect, different in role aur isko aur clear karenge hum ke fazarat mein salma raz allah</w:t>
      </w:r>
      <w:r>
        <w:br/>
      </w:r>
      <w:r>
        <w:rPr>
          <w:sz w:val="20"/>
        </w:rPr>
        <w:t>48:59  na jo rasullah ki biwi hain, unhone rasullah se ek martaba yahi kaha tha allah ke rasul kya</w:t>
      </w:r>
      <w:r>
        <w:br/>
      </w:r>
      <w:r>
        <w:rPr>
          <w:sz w:val="20"/>
        </w:rPr>
        <w:t>49:11  baat hai main dekhta hoon, quran mein mardon ka zikr hai, auraton ka zikr hota hi nahin hai.</w:t>
      </w:r>
      <w:r>
        <w:br/>
      </w:r>
      <w:r>
        <w:rPr>
          <w:sz w:val="20"/>
        </w:rPr>
        <w:t>49:24  yeh sura alimran qirat number ek sau panchanve hai ke main tumhein se kisi ka amal zaaya karne wala nahi, khwah woh mard ho ya aurat. Hum sab ek doosre se ho. Ab do misaal main deta hoon jisse samajh sakte hain ke itna baas razzal lonon kehte hain ke eid ke din rasoola ne ek marta ko khutba diya. To phir samajh mein aaya ke auraton ko meri baat sunai nahi rahi hogi. Door us zamane mein to speaker, loud speaker to tha nahi.</w:t>
      </w:r>
      <w:r>
        <w:br/>
      </w:r>
      <w:r>
        <w:rPr>
          <w:sz w:val="20"/>
        </w:rPr>
        <w:t>49:52  To rasoola ne specially jaakar auraton ko phir dobara khutba diya. Unko samjhaya, naseehat kiya unko. Aur usi tareeqe se ek waqia hai ke rasoola salla salla salla daud lagai wahan par.</w:t>
      </w:r>
      <w:r>
        <w:br/>
      </w:r>
      <w:r>
        <w:rPr>
          <w:sz w:val="20"/>
        </w:rPr>
        <w:t>50:21  Aaj agar main aalim hoon to main samajhta hoon. Aaj agar aisa koi kare, khaas taur se aalim kare to bahut baaten banengi lekin rasoola ne aisa kiya hai. Ek marta nahi balki kai marta kya hai. To aisa nahi hai ke islam ne dabaya yeh kya yeh to baat ke, baat kawa kar. Agar hum quran aur haajiz ko padhe to aise bahut sari misalen milti hain. Dekhiye hazrat maryam par poora chapter hai.</w:t>
      </w:r>
      <w:r>
        <w:br/>
      </w:r>
      <w:r>
        <w:rPr>
          <w:sz w:val="20"/>
        </w:rPr>
        <w:t>50:45  Matlab siway har rasoola aur siway prophet ke naam par chapters hain lekin ek aurat ke naam par poora chapter hai hazrat mariyam aur teen usmein hai hadith mein teen misali auraten, usmein hadrat khadija. Haan. Hadrat mariyam aur hadrat aisha. To misali auraten, auraton par ke naam sir bhi auraten hain.</w:t>
      </w:r>
      <w:r>
        <w:br/>
      </w:r>
      <w:r>
        <w:rPr>
          <w:sz w:val="20"/>
        </w:rPr>
        <w:t>51:14  Ab jabki mardon ke naam prophet ke alawa nahi koi diya gaya hai ke yeh misali mard hai. To koi bhi kisi lihaz se bhi darja kam nahi hai. Sirf hamein yahi samajhna hai ke woh zamane mein mawqe kam the. Is wajah se auraten utna kaam nahi kar saken jitna ke islam ne unko mauqa ijazat di thi. To woh zamane ka ki wajah se hai na ke islam ki wajah se.</w:t>
      </w:r>
      <w:r>
        <w:br/>
      </w:r>
      <w:r>
        <w:rPr>
          <w:sz w:val="20"/>
        </w:rPr>
        <w:t>51:43  Ji, Maulana Wahiduddin Khan sahib kehte the ke potentially every man is a superman and every woman is a superwoman.</w:t>
      </w:r>
      <w:r>
        <w:br/>
      </w:r>
      <w:r>
        <w:rPr>
          <w:sz w:val="20"/>
        </w:rPr>
        <w:t>51:53  What is required is that insatiable desire in both of them to convert this potential into actual aur jaise abhi Faraz sahib ne bhi kaha ke chapter three of the Quran says ke god very clearly says that I will not deny any reward of man and woman for their, for their labor. I will not deny the reward of a man and woman for the labors that they do.</w:t>
      </w:r>
      <w:r>
        <w:br/>
      </w:r>
      <w:r>
        <w:rPr>
          <w:sz w:val="20"/>
        </w:rPr>
        <w:t>52:19  So what is important is like Maulana sahib mention and what Farhad sahib reminded that equal in respect and different in role. What man and woman must do is that they have to understand their role, their abilities and convert that into an actual, in an actual action. Aap agla sawal lete hain. Yeh doctor Nagma Siddiqui ne bheja hai Delhi se.</w:t>
      </w:r>
      <w:r>
        <w:br/>
      </w:r>
      <w:r>
        <w:rPr>
          <w:sz w:val="20"/>
        </w:rPr>
        <w:t>52:49  Unhone likha hai, Maulana emphasize the role of women in the CPS mission. How are women taking the mission forward? Iske bare mein bataein. Ji, Maulana sahib ne bees saal jo training ki hai CPS mein jo address karte the uske usmein bahut sari auraton ne hissa liya aur regular usmein program mein aati thi.</w:t>
      </w:r>
    </w:p>
    <w:p>
      <w:pPr>
        <w:pStyle w:val="Heading2"/>
      </w:pPr>
      <w:r>
        <w:t>Religion in age of science full argument</w:t>
      </w:r>
    </w:p>
    <w:p>
      <w:r>
        <w:rPr>
          <w:color w:val="666666"/>
          <w:sz w:val="18"/>
        </w:rPr>
        <w:t>Religion in the Age of Science July 29, 2007 · 5m 34s · at 1:06 · https://youtu.be/Gk-ZkZs0UvA?t=66</w:t>
      </w:r>
    </w:p>
    <w:p>
      <w:r>
        <w:rPr>
          <w:i/>
        </w:rPr>
        <w:t>“Ek baat ka zikar bahut kam hota hai”</w:t>
      </w:r>
    </w:p>
    <w:p>
      <w:r>
        <w:rPr>
          <w:sz w:val="20"/>
        </w:rPr>
        <w:t>1:06  ek baat ka zikr bahut kam hota hai, haalanki wahi sab se important hai. woh yeh hai ki is se pehle, yaani pre-scientific age mein kya tha, sab kuch speculation par base karta tha.</w:t>
      </w:r>
      <w:r>
        <w:br/>
      </w:r>
      <w:r>
        <w:rPr>
          <w:sz w:val="20"/>
        </w:rPr>
        <w:t>1:29  log speculation ko le kar rai banaya karte the. science ke zamane mein yeh hua ki ek solid ground mil gayi aadmi ko rai banane ke liye.</w:t>
      </w:r>
      <w:r>
        <w:br/>
      </w:r>
      <w:r>
        <w:rPr>
          <w:sz w:val="20"/>
        </w:rPr>
        <w:t>1:44  woh hai exact sciences. to saare hi jo insaan ke thoughts the, is mein ek revision ki movement chal padi.</w:t>
      </w:r>
      <w:r>
        <w:br/>
      </w:r>
      <w:r>
        <w:rPr>
          <w:sz w:val="20"/>
        </w:rPr>
        <w:t>1:59  saare jo insaan ke thoughts the, pehle wale, un ko revise kiya gaya har field mein.</w:t>
      </w:r>
      <w:r>
        <w:br/>
      </w:r>
      <w:r>
        <w:rPr>
          <w:sz w:val="20"/>
        </w:rPr>
        <w:t>2:07  to ek example mein is ka yeh doon ga ki solar system hamara jo hai, solar system ko dekh kar aisa lagta tha insaan ko ki hamari jo yeh zameen hai,</w:t>
      </w:r>
      <w:r>
        <w:br/>
      </w:r>
      <w:r>
        <w:rPr>
          <w:sz w:val="20"/>
        </w:rPr>
        <w:t>2:24  woh center mein hai aur suraj is ke gird ghoom raha hai. yaani east se nikla, west mein gaya. east se nikla, west mein gaya.</w:t>
      </w:r>
      <w:r>
        <w:br/>
      </w:r>
      <w:r>
        <w:rPr>
          <w:sz w:val="20"/>
        </w:rPr>
        <w:t>2:35  to lagta tha dekhne se ki zameen center mein hai aur suraj is ke gird ghoom raha hai. to Tolmi ne yeh theory banai jis ko kehte hain geocentric theory.</w:t>
      </w:r>
      <w:r>
        <w:br/>
      </w:r>
      <w:r>
        <w:rPr>
          <w:sz w:val="20"/>
        </w:rPr>
        <w:t>2:52  yaani zameen ka center mein hona aur suraj ka is ke gird ghoomna. to yeh geocentric theory jo hai, yeh Tolmi ne banai.</w:t>
      </w:r>
      <w:r>
        <w:br/>
      </w:r>
      <w:r>
        <w:rPr>
          <w:sz w:val="20"/>
        </w:rPr>
        <w:t>3:02  phir Aristotle jo bahut bada philosopher tha Greece ka, us ne is ko le liya. to chunanche yeh theory dominate karti rahi bahut dinon tak insaan ke mind ko.</w:t>
      </w:r>
      <w:r>
        <w:br/>
      </w:r>
      <w:r>
        <w:rPr>
          <w:sz w:val="20"/>
        </w:rPr>
        <w:t>3:19  phir kya hua, Galileo aur Copernicus paida hue, unhon ne modern technique se, khaas taur par telescope se jo observe kiya to paaya ki baat ulti hai.</w:t>
      </w:r>
      <w:r>
        <w:br/>
      </w:r>
      <w:r>
        <w:rPr>
          <w:sz w:val="20"/>
        </w:rPr>
        <w:t>3:40  yaani zameen satellite hai aur suraj jo hai, beech mein hai, center mein hai. to doosri theory bani jis ko kehte hain heliocentric theory.</w:t>
      </w:r>
      <w:r>
        <w:br/>
      </w:r>
      <w:r>
        <w:rPr>
          <w:sz w:val="20"/>
        </w:rPr>
        <w:t>3:54  is tarah se geocentric theory discard ho gayi aur geocentric theory establish ho gayi.</w:t>
      </w:r>
      <w:r>
        <w:br/>
      </w:r>
      <w:r>
        <w:rPr>
          <w:sz w:val="20"/>
        </w:rPr>
        <w:t>4:05  to yeh main kahoon ga ki yahi baat poore universe of thought mein hui.</w:t>
      </w:r>
      <w:r>
        <w:br/>
      </w:r>
      <w:r>
        <w:rPr>
          <w:sz w:val="20"/>
        </w:rPr>
        <w:t>4:15  insaan ki saari soch mein isi tarah se badlao aaya. yahan tak ki religion mein bhi yeh revision shuru ho gaya.</w:t>
      </w:r>
      <w:r>
        <w:br/>
      </w:r>
      <w:r>
        <w:rPr>
          <w:sz w:val="20"/>
        </w:rPr>
        <w:t>4:25  aur aap jante hain ki religion mein ek discipline wajood mein aaya jis ko kehte hain historical criticism ya comparative study of religion.</w:t>
      </w:r>
      <w:r>
        <w:br/>
      </w:r>
      <w:r>
        <w:rPr>
          <w:sz w:val="20"/>
        </w:rPr>
        <w:t>4:39  to is mein kya hua ki religion ko examine kiya jaane laga scientific theories se. yeh bahut bada ek kaam hua hai jo pichhle sau baras mein hua hai.</w:t>
      </w:r>
      <w:r>
        <w:br/>
      </w:r>
      <w:r>
        <w:rPr>
          <w:sz w:val="20"/>
        </w:rPr>
        <w:t>4:52  to is mein kya hua hai ki</w:t>
      </w:r>
      <w:r>
        <w:br/>
      </w:r>
      <w:r>
        <w:rPr>
          <w:sz w:val="20"/>
        </w:rPr>
        <w:t>4:57  ek bahut badi cheez jo Quran mein pehle bata di gayi thi, woh establish ho gayi.</w:t>
      </w:r>
      <w:r>
        <w:br/>
      </w:r>
      <w:r>
        <w:rPr>
          <w:sz w:val="20"/>
        </w:rPr>
        <w:t>5:08  quran mein dekhiye yeh hai ke</w:t>
      </w:r>
      <w:r>
        <w:br/>
      </w:r>
      <w:r>
        <w:rPr>
          <w:sz w:val="20"/>
        </w:rPr>
        <w:t>5:13  "sayureekum ayatihi fata'rifunaha" ek aur ayat hai ke "sanureehim ayatina fil afaqi wa fi anfusihim hatta yatabayyana lahum annahu alhaq" yani future mein, mustaqbil mein aisa hoga ke ayat ke mani hote hain signs, nishaniyan.</w:t>
      </w:r>
      <w:r>
        <w:br/>
      </w:r>
      <w:r>
        <w:rPr>
          <w:sz w:val="20"/>
        </w:rPr>
        <w:t>5:40  nishaniyan zahir hongi to tum jaan loge ke tum jaan loge ke yahi sach hai, yahi haq hai future mein.</w:t>
      </w:r>
      <w:r>
        <w:br/>
      </w:r>
      <w:r>
        <w:rPr>
          <w:sz w:val="20"/>
        </w:rPr>
        <w:t>5:52  yani prophet of islam jab aaye to aap jante hain ke woh seventh century ke first quarter mein aaye. yeh zamana pre-scientific age ka zamana tha.</w:t>
      </w:r>
      <w:r>
        <w:br/>
      </w:r>
      <w:r>
        <w:rPr>
          <w:sz w:val="20"/>
        </w:rPr>
        <w:t>6:04  us waqt yeh aelan kiya gaya ke aage aisa hoga. yeh ek bohat hi daring statement tha.</w:t>
      </w:r>
      <w:r>
        <w:br/>
      </w:r>
      <w:r>
        <w:rPr>
          <w:sz w:val="20"/>
        </w:rPr>
        <w:t>6:14  is ka matlab yeh tha ke "river of knowledge is flowing from ignorance to</w:t>
      </w:r>
      <w:r>
        <w:br/>
      </w:r>
      <w:r>
        <w:rPr>
          <w:sz w:val="20"/>
        </w:rPr>
        <w:t>6:24  awareness, from darkness to light, from unseen world to seen world"</w:t>
      </w:r>
      <w:r>
        <w:br/>
      </w:r>
      <w:r>
        <w:rPr>
          <w:sz w:val="20"/>
        </w:rPr>
        <w:t>6:34  yani woh sab kuch jo us waqt ya us se pehle</w:t>
      </w:r>
    </w:p>
    <w:p>
      <w:pPr>
        <w:pStyle w:val="Heading2"/>
      </w:pPr>
      <w:r>
        <w:t>No individual or political movement ever achieves its dream</w:t>
      </w:r>
    </w:p>
    <w:p>
      <w:r>
        <w:rPr>
          <w:color w:val="666666"/>
          <w:sz w:val="18"/>
        </w:rPr>
        <w:t>The Search of Man July 7, 2013 · 4m 10s · at 3:08 · https://youtu.be/44_ud_OInuU?t=188</w:t>
      </w:r>
    </w:p>
    <w:p>
      <w:r>
        <w:rPr>
          <w:i/>
        </w:rPr>
        <w:t>“A young scientist built a university, then died at 35”</w:t>
      </w:r>
    </w:p>
    <w:p>
      <w:r>
        <w:rPr>
          <w:sz w:val="20"/>
        </w:rPr>
        <w:t>3:08  ek waqea tha South India ke ek scientist ka. us ne pehle India mein education hasil ki.</w:t>
      </w:r>
      <w:r>
        <w:br/>
      </w:r>
      <w:r>
        <w:rPr>
          <w:sz w:val="20"/>
        </w:rPr>
        <w:t>3:17  phir woh gaya US. wahan par us ne education apni poori ki. phir India mein aa kar ke South India mein woh ek scientific university bana raha tha.</w:t>
      </w:r>
      <w:r>
        <w:br/>
      </w:r>
      <w:r>
        <w:rPr>
          <w:sz w:val="20"/>
        </w:rPr>
        <w:t>3:30  bohat hi ambitious aadmi tha. bohat josh tha us ke andar. lekin sirf 35 years mein mar gaya hua.</w:t>
      </w:r>
      <w:r>
        <w:br/>
      </w:r>
      <w:r>
        <w:rPr>
          <w:sz w:val="20"/>
        </w:rPr>
        <w:t>3:40  less than 35 years mein mar gaya hua.</w:t>
      </w:r>
      <w:r>
        <w:br/>
      </w:r>
      <w:r>
        <w:rPr>
          <w:sz w:val="20"/>
        </w:rPr>
        <w:t>3:44  to main sochne laga ke koi individual shayad poori tareekh mein koi bhi individual apne khwab ko poora nahi kar pata.</w:t>
      </w:r>
      <w:r>
        <w:br/>
      </w:r>
      <w:r>
        <w:rPr>
          <w:sz w:val="20"/>
        </w:rPr>
        <w:t>3:55  koi bhi individual chahe badshah ho, chahe koi wali-e-deen ho, chahe scholar ho, koi bhi ho.</w:t>
      </w:r>
      <w:r>
        <w:br/>
      </w:r>
      <w:r>
        <w:rPr>
          <w:sz w:val="20"/>
        </w:rPr>
        <w:t>4:06  isi tarah main ne radio par suna ke Egypt ke halaat yani Misr ke halaat.</w:t>
      </w:r>
      <w:r>
        <w:br/>
      </w:r>
      <w:r>
        <w:rPr>
          <w:sz w:val="20"/>
        </w:rPr>
        <w:t>4:15  to Egypt ke halaat mein main ne dekha ke woh pichhle sau pichhle yani pichhle 60 baras se wahan par mar kat ho rahi hai.</w:t>
      </w:r>
      <w:r>
        <w:br/>
      </w:r>
      <w:r>
        <w:rPr>
          <w:sz w:val="20"/>
        </w:rPr>
        <w:t>4:30  aur abhi mein ne internet pe dekha to pichhle ek saal ke andar yaani Husni Mubarak ke regime mein aur Doctor Morsi sahib ke regime mein ek hazar taqreeban ek hazar aadmi mare gaye.</w:t>
      </w:r>
      <w:r>
        <w:br/>
      </w:r>
      <w:r>
        <w:rPr>
          <w:sz w:val="20"/>
        </w:rPr>
        <w:t>4:47  kaisi ajeeb baat hai.</w:t>
      </w:r>
      <w:r>
        <w:br/>
      </w:r>
      <w:r>
        <w:rPr>
          <w:sz w:val="20"/>
        </w:rPr>
        <w:t>4:52  Misr mein Ikhwan Muslimoon 60 saal se kaam kar rahe hain. Unke leader the.</w:t>
      </w:r>
      <w:r>
        <w:br/>
      </w:r>
      <w:r>
        <w:rPr>
          <w:sz w:val="20"/>
        </w:rPr>
        <w:t>5:07  Unke leader leader the Syed Qutb. Unho'n ne ek kitaab likhi hai "Al-Adalat Al-Ijtimaiya fil Islam" yaani "Social Justice in Islam".</w:t>
      </w:r>
      <w:r>
        <w:br/>
      </w:r>
      <w:r>
        <w:rPr>
          <w:sz w:val="20"/>
        </w:rPr>
        <w:t>5:22  To unki party ne social justice qaim karne ko apna goal banaya hai.</w:t>
      </w:r>
      <w:r>
        <w:br/>
      </w:r>
      <w:r>
        <w:rPr>
          <w:sz w:val="20"/>
        </w:rPr>
        <w:t>5:29  To 60 baras mein social justice qaim nahi hua. Sirf maar kaat ho rahi hai. 1952 mein</w:t>
      </w:r>
      <w:r>
        <w:br/>
      </w:r>
      <w:r>
        <w:rPr>
          <w:sz w:val="20"/>
        </w:rPr>
        <w:t>5:42  King Farooq ke khilaaf revolt hua. Us waqt kuch mare gaye.</w:t>
      </w:r>
      <w:r>
        <w:br/>
      </w:r>
      <w:r>
        <w:rPr>
          <w:sz w:val="20"/>
        </w:rPr>
        <w:t>5:48  Phir General Najeeb ke khilaaf hua. Phir Jamal Abdul Nasser ke khilaaf hua.</w:t>
      </w:r>
      <w:r>
        <w:br/>
      </w:r>
      <w:r>
        <w:rPr>
          <w:sz w:val="20"/>
        </w:rPr>
        <w:t>5:57  Phir Anwar Sadat ke khilaaf hua. Phir Husni Mubarak ke khilaaf hua. Ab aap jante hain ke Doctor Muhammad Morsi ke khilaaf hua aur woh depose kar diye gaye.</w:t>
      </w:r>
      <w:r>
        <w:br/>
      </w:r>
      <w:r>
        <w:rPr>
          <w:sz w:val="20"/>
        </w:rPr>
        <w:t>6:10  To where is that social justice in Islam? Kahan hai woh? Qaim kyun nahi hua?</w:t>
      </w:r>
      <w:r>
        <w:br/>
      </w:r>
      <w:r>
        <w:rPr>
          <w:sz w:val="20"/>
        </w:rPr>
        <w:t>6:26  Yeh koi do waqea ki baat nahi hai. Aap apne aas paas dekhen. Khud apne bare mein dekhen. Koi bhi apna dream poora nahi kar pata.</w:t>
      </w:r>
      <w:r>
        <w:br/>
      </w:r>
      <w:r>
        <w:rPr>
          <w:sz w:val="20"/>
        </w:rPr>
        <w:t>6:37  Mar jata hai.</w:t>
      </w:r>
      <w:r>
        <w:br/>
      </w:r>
      <w:r>
        <w:rPr>
          <w:sz w:val="20"/>
        </w:rPr>
        <w:t>6:41  Yaani jo individuals hain woh apne individual level par chahte hain.</w:t>
      </w:r>
      <w:r>
        <w:br/>
      </w:r>
      <w:r>
        <w:rPr>
          <w:sz w:val="20"/>
        </w:rPr>
        <w:t>6:50  Nahi kar paate.</w:t>
      </w:r>
      <w:r>
        <w:br/>
      </w:r>
      <w:r>
        <w:rPr>
          <w:sz w:val="20"/>
        </w:rPr>
        <w:t>6:52  Jo bade bade leader hain jo partiyan hain woh socio-political level par chahte hain. Kuch kar nahi paate.</w:t>
      </w:r>
      <w:r>
        <w:br/>
      </w:r>
      <w:r>
        <w:rPr>
          <w:sz w:val="20"/>
        </w:rPr>
        <w:t>7:02  Woh phir phansa kar ke mar jaate hain. To mere zehen mein mein kyunke bahut zyada sochta hoon. Yeh sawal tha ke insaan kaise nakaam hai sari tareekh mein?</w:t>
      </w:r>
    </w:p>
    <w:p>
      <w:pPr>
        <w:pStyle w:val="Heading2"/>
      </w:pPr>
      <w:r>
        <w:t>Misconception of Islam as a complete political system</w:t>
      </w:r>
    </w:p>
    <w:p>
      <w:r>
        <w:rPr>
          <w:color w:val="666666"/>
          <w:sz w:val="18"/>
        </w:rPr>
        <w:t>Religion and Politics (In Conversation with Maulana) November 04, 2007 · 3m 02s · at 0:23 · https://youtu.be/Q1MvGENe-O4?t=23</w:t>
      </w:r>
    </w:p>
    <w:p>
      <w:r>
        <w:rPr>
          <w:i/>
        </w:rPr>
        <w:t>“Yah ek ghalat concept musalmanon mein chha gaya”</w:t>
      </w:r>
    </w:p>
    <w:p>
      <w:r>
        <w:rPr>
          <w:sz w:val="20"/>
        </w:rPr>
        <w:t>0:23  dekhein, yahan tak samajhta hoon ke yeh aik galat concept musalmanon mein chha gaya ke islam mukammal nizam hai.</w:t>
      </w:r>
      <w:r>
        <w:br/>
      </w:r>
      <w:r>
        <w:rPr>
          <w:sz w:val="20"/>
        </w:rPr>
        <w:t>0:38  alyawm akmaltu lakum deenakum. mukammal nizam hai, yani politics aur religion dono islam mein alag alag nahi hain. to saare hi ulama jo hain, christians ko is par criticize karte hain ke dekho, inhon ne islam ko mazhab ko alag alag kar diya.</w:t>
      </w:r>
      <w:r>
        <w:br/>
      </w:r>
      <w:r>
        <w:rPr>
          <w:sz w:val="20"/>
        </w:rPr>
        <w:t>0:56  dekhein, aik baat nahi samajh paye log ke aik hai theoretical sense mein alag hona, aik hai practical sense mein alag hona.</w:t>
      </w:r>
      <w:r>
        <w:br/>
      </w:r>
      <w:r>
        <w:rPr>
          <w:sz w:val="20"/>
        </w:rPr>
        <w:t>1:08  to theoretical sense mein bilashuba religion aur politics dono shamil hain islam mein. lekin practical sense mein nahi.</w:t>
      </w:r>
      <w:r>
        <w:br/>
      </w:r>
      <w:r>
        <w:rPr>
          <w:sz w:val="20"/>
        </w:rPr>
        <w:t>1:20  log samajh nahi paye is cheez ko ke theoretical sense mein kya matlab hota hai, practical sense mein kya matlab hota hai.</w:t>
      </w:r>
      <w:r>
        <w:br/>
      </w:r>
      <w:r>
        <w:rPr>
          <w:sz w:val="20"/>
        </w:rPr>
        <w:t>1:30  to practical sense mein islam aur politics alag hi alag hain. woh islam keh raha hoon. practical sense mein mazhab aur politics islam mein alag hi alag hain.</w:t>
      </w:r>
      <w:r>
        <w:br/>
      </w:r>
      <w:r>
        <w:rPr>
          <w:sz w:val="20"/>
        </w:rPr>
        <w:t>1:41  theoretical sense mein alag nahi hain. lekin theoretical sense mein alag hone ka matlab kya hai? ke jab woh woh jab woh woh conditions pai jayen jis mein ke aap implement kar sakte hain political teachers ko, tab woh applicable hoga.</w:t>
      </w:r>
      <w:r>
        <w:br/>
      </w:r>
      <w:r>
        <w:rPr>
          <w:sz w:val="20"/>
        </w:rPr>
        <w:t>1:58  warna applicable hi nahi hoga woh.</w:t>
      </w:r>
      <w:r>
        <w:br/>
      </w:r>
      <w:r>
        <w:rPr>
          <w:sz w:val="20"/>
        </w:rPr>
        <w:t>2:03  aur tab bhi apply kaun karega? woh log karenge jo jo politics ke maidan mein hain. aur yeh, mein jaisa ke maine kaha is se pehle, ek kitaab hai jamia bayani ilm mein wa fazlah.</w:t>
      </w:r>
      <w:r>
        <w:br/>
      </w:r>
      <w:r>
        <w:rPr>
          <w:sz w:val="20"/>
        </w:rPr>
        <w:t>2:19  yeh Allama Ibn Abdal Barr ki kitaab hai. is mein unhon ne likha hai ke tabieen ke zamane mein politics ko sawafil wa umrah mana jata tha.</w:t>
      </w:r>
      <w:r>
        <w:br/>
      </w:r>
      <w:r>
        <w:rPr>
          <w:sz w:val="20"/>
        </w:rPr>
        <w:t>2:30  sawafil wa umrah ke maani hain ke rulers ka maidan. woh karein to karein, hum kyun is mein dakhal dein? lekin baad ko yeh jo nazariya bana, khaas taur par is zamane mein ke Islam mukammal nizam hai to poore poore nizam ko hamein jari karna hai.</w:t>
      </w:r>
      <w:r>
        <w:br/>
      </w:r>
      <w:r>
        <w:rPr>
          <w:sz w:val="20"/>
        </w:rPr>
        <w:t>2:51  halanke bilkul galat baat hai yeh. mukammal nizam hai tab bhi according to the situation hoga. yeh thori hai ke bas aap ja ke ek chashma kar dein.</w:t>
      </w:r>
      <w:r>
        <w:br/>
      </w:r>
      <w:r>
        <w:rPr>
          <w:sz w:val="20"/>
        </w:rPr>
        <w:t>3:00  jaisa ke Taliban ne karna chaha aur aur sab fail ho gaye woh. to behal mein yeh kahunga ke is cheez ko na samajhne ki wajah se ke theoretical sense mein agarche religion aur politics dono ek hain, lekin practical sense mein na ek hain na ek ho sakte hain.</w:t>
      </w:r>
      <w:r>
        <w:br/>
      </w:r>
      <w:r>
        <w:rPr>
          <w:sz w:val="20"/>
        </w:rPr>
        <w:t>3:19  hamein alag karna padega. warna sara kaam thap ho jayega.</w:t>
      </w:r>
    </w:p>
    <w:p>
      <w:pPr>
        <w:pStyle w:val="Heading2"/>
      </w:pPr>
      <w:r>
        <w:t>Intellectual challenges and freedom of criticism in Islam</w:t>
      </w:r>
    </w:p>
    <w:p>
      <w:r>
        <w:rPr>
          <w:color w:val="666666"/>
          <w:sz w:val="18"/>
        </w:rPr>
        <w:t>Islam in the Modern Age May 22, 2016 · 4m 36s · at 7:46 · https://youtu.be/RdJegCn3D10?t=466</w:t>
      </w:r>
    </w:p>
    <w:p>
      <w:r>
        <w:rPr>
          <w:i/>
        </w:rPr>
        <w:t>“Dekhiye, wahan par modern challenge se murad hai modern intellectual challenge”</w:t>
      </w:r>
    </w:p>
    <w:p>
      <w:r>
        <w:rPr>
          <w:sz w:val="20"/>
        </w:rPr>
        <w:t>7:46  dekhiye, wahan par modern challenge se murad hai modern intellectual challenge.</w:t>
      </w:r>
      <w:r>
        <w:br/>
      </w:r>
      <w:r>
        <w:rPr>
          <w:sz w:val="20"/>
        </w:rPr>
        <w:t>7:51  modern intellectual challenge.</w:t>
      </w:r>
      <w:r>
        <w:br/>
      </w:r>
      <w:r>
        <w:rPr>
          <w:sz w:val="20"/>
        </w:rPr>
        <w:t>7:57  to ek to purely belief ke aitbar se hai.</w:t>
      </w:r>
      <w:r>
        <w:br/>
      </w:r>
      <w:r>
        <w:rPr>
          <w:sz w:val="20"/>
        </w:rPr>
        <w:t>8:02  maslan modern age yeh hai ke woh har cheez ko subject to scrutiny batata hai.</w:t>
      </w:r>
      <w:r>
        <w:br/>
      </w:r>
      <w:r>
        <w:rPr>
          <w:sz w:val="20"/>
        </w:rPr>
        <w:t>8:08  aaj ke zamanay mein science har cheez ki scrutiny karna chahti hai.</w:t>
      </w:r>
      <w:r>
        <w:br/>
      </w:r>
      <w:r>
        <w:rPr>
          <w:sz w:val="20"/>
        </w:rPr>
        <w:t>8:13  pehlay zamanay mein yeh tha ke kuch cheezain taboo hua karti theen, secret hua karti theen.</w:t>
      </w:r>
      <w:r>
        <w:br/>
      </w:r>
      <w:r>
        <w:rPr>
          <w:sz w:val="20"/>
        </w:rPr>
        <w:t>8:19  maslan aap prophet ke baray mein investigate nahin kar sakte, angel ke baray mein investigate nahin kar sakte,</w:t>
      </w:r>
      <w:r>
        <w:br/>
      </w:r>
      <w:r>
        <w:rPr>
          <w:sz w:val="20"/>
        </w:rPr>
        <w:t>8:24  us ko bator-e-aqeeda manna parta hai aap ko pehlay zamanay mein.</w:t>
      </w:r>
      <w:r>
        <w:br/>
      </w:r>
      <w:r>
        <w:rPr>
          <w:sz w:val="20"/>
        </w:rPr>
        <w:t>8:30  ab yeh hai ke science ne kaha ke hum har cheez ko explore karenge.</w:t>
      </w:r>
      <w:r>
        <w:br/>
      </w:r>
      <w:r>
        <w:rPr>
          <w:sz w:val="20"/>
        </w:rPr>
        <w:t>8:36  to is mein islam ko koi khatra nahi hai.</w:t>
      </w:r>
      <w:r>
        <w:br/>
      </w:r>
      <w:r>
        <w:rPr>
          <w:sz w:val="20"/>
        </w:rPr>
        <w:t>8:41  islam ka jo mazhabi system hai, belief system, woh pehle hi se reason based hai.</w:t>
      </w:r>
      <w:r>
        <w:br/>
      </w:r>
      <w:r>
        <w:rPr>
          <w:sz w:val="20"/>
        </w:rPr>
        <w:t>8:47  woh pehle se reason based hai.</w:t>
      </w:r>
      <w:r>
        <w:br/>
      </w:r>
      <w:r>
        <w:rPr>
          <w:sz w:val="20"/>
        </w:rPr>
        <w:t>8:52  baad ke zamane mein kuch musalmanon mein yeh baat aayi ke woh woh kehne lage ke yeh is</w:t>
      </w:r>
      <w:r>
        <w:br/>
      </w:r>
      <w:r>
        <w:rPr>
          <w:sz w:val="20"/>
        </w:rPr>
        <w:t>8:58  maamle mein hum scrutiny ko bardasht nahi karenge, maslan rasool Allah par tanqeed ko bardasht nahi karenge.</w:t>
      </w:r>
      <w:r>
        <w:br/>
      </w:r>
      <w:r>
        <w:rPr>
          <w:sz w:val="20"/>
        </w:rPr>
        <w:t>9:03  yeh musalmanon ka aqeedah tha, yeh musalmanon ka manne wala tha.</w:t>
      </w:r>
      <w:r>
        <w:br/>
      </w:r>
      <w:r>
        <w:rPr>
          <w:sz w:val="20"/>
        </w:rPr>
        <w:t>9:09  hum kehte hain ke tanqeed karo, islam kehta hai tanqeed karo, lekin allegation nahi kar sake.</w:t>
      </w:r>
      <w:r>
        <w:br/>
      </w:r>
      <w:r>
        <w:rPr>
          <w:sz w:val="20"/>
        </w:rPr>
        <w:t>9:14  allegation ka koi faida nahi hai.</w:t>
      </w:r>
      <w:r>
        <w:br/>
      </w:r>
      <w:r>
        <w:rPr>
          <w:sz w:val="20"/>
        </w:rPr>
        <w:t>9:20  ek hai allegation, ek hai tanqeed.</w:t>
      </w:r>
      <w:r>
        <w:br/>
      </w:r>
      <w:r>
        <w:rPr>
          <w:sz w:val="20"/>
        </w:rPr>
        <w:t>9:26  yani yani creator analysis.</w:t>
      </w:r>
      <w:r>
        <w:br/>
      </w:r>
      <w:r>
        <w:rPr>
          <w:sz w:val="20"/>
        </w:rPr>
        <w:t>9:31  to allegation se to koi faida nahi.</w:t>
      </w:r>
      <w:r>
        <w:br/>
      </w:r>
      <w:r>
        <w:rPr>
          <w:sz w:val="20"/>
        </w:rPr>
        <w:t>9:37  koi kare to woh bhi karne dijiye.</w:t>
      </w:r>
      <w:r>
        <w:br/>
      </w:r>
      <w:r>
        <w:rPr>
          <w:sz w:val="20"/>
        </w:rPr>
        <w:t>9:42  lekin koi scientific analysis karta hai to aap uska jawab dijiye.</w:t>
      </w:r>
      <w:r>
        <w:br/>
      </w:r>
      <w:r>
        <w:rPr>
          <w:sz w:val="20"/>
        </w:rPr>
        <w:t>9:48  iska jawab dijiye.</w:t>
      </w:r>
      <w:r>
        <w:br/>
      </w:r>
      <w:r>
        <w:rPr>
          <w:sz w:val="20"/>
        </w:rPr>
        <w:t>9:53  to sara maamla yeh hai ke baad ke zamane mein communities mein kuch aisi cheezein develop ho gayeen,</w:t>
      </w:r>
      <w:r>
        <w:br/>
      </w:r>
      <w:r>
        <w:rPr>
          <w:sz w:val="20"/>
        </w:rPr>
        <w:t>9:59  aisa culture develop ho gaya jo ab ke zamane mein takrata hua nazar aata hai.</w:t>
      </w:r>
      <w:r>
        <w:br/>
      </w:r>
      <w:r>
        <w:rPr>
          <w:sz w:val="20"/>
        </w:rPr>
        <w:t>10:04  lekin jahan tak asal pure religion ka ta'alluq hai, woh to ab bhi intact hai apne text ke aitbaar se.</w:t>
      </w:r>
      <w:r>
        <w:br/>
      </w:r>
      <w:r>
        <w:rPr>
          <w:sz w:val="20"/>
        </w:rPr>
        <w:t>10:10  to main samajhta hoon ke koi pure religion mein aur modern age mein koi takrao nahi hai.</w:t>
      </w:r>
      <w:r>
        <w:br/>
      </w:r>
      <w:r>
        <w:rPr>
          <w:sz w:val="20"/>
        </w:rPr>
        <w:t>10:16  Maulana sahib, you rightly pointed out that when it comes to freedom of expression, it is a problem of the Muslims. And one of the highlighting factors of the modern age is the freedom of expression. Muslims do get offended when somebody talks offensive for Islam or the Prophet of Islam. We would like to know from you that what is Islam's stand on freedom of expression or on criticism when it comes to religion or on the Prophet of Islam?</w:t>
      </w:r>
      <w:r>
        <w:br/>
      </w:r>
      <w:r>
        <w:rPr>
          <w:sz w:val="20"/>
        </w:rPr>
        <w:t>10:46  criticism islam mein koi taboo hai hi nahi.</w:t>
      </w:r>
      <w:r>
        <w:br/>
      </w:r>
      <w:r>
        <w:rPr>
          <w:sz w:val="20"/>
        </w:rPr>
        <w:t>10:50  meri ek kitaab hai, uska naam hai "Huryat-e-Fikr".</w:t>
      </w:r>
      <w:r>
        <w:br/>
      </w:r>
      <w:r>
        <w:rPr>
          <w:sz w:val="20"/>
        </w:rPr>
        <w:t>10:55  yani fikri azaadi, intellectual freedom.</w:t>
      </w:r>
      <w:r>
        <w:br/>
      </w:r>
      <w:r>
        <w:rPr>
          <w:sz w:val="20"/>
        </w:rPr>
        <w:t>11:00  is par meri ek kitaab hai.</w:t>
      </w:r>
      <w:r>
        <w:br/>
      </w:r>
      <w:r>
        <w:rPr>
          <w:sz w:val="20"/>
        </w:rPr>
        <w:t>11:05  to is mein rasool ka zamana aur sahaba ke zamane mein jaisa halaat the, us ko maine dikhaya hai.</w:t>
      </w:r>
      <w:r>
        <w:br/>
      </w:r>
      <w:r>
        <w:rPr>
          <w:sz w:val="20"/>
        </w:rPr>
        <w:t>11:10  to criticism koi taboo hai hi nahi islam mein.</w:t>
      </w:r>
      <w:r>
        <w:br/>
      </w:r>
      <w:r>
        <w:rPr>
          <w:sz w:val="20"/>
        </w:rPr>
        <w:t>11:14  aap jo chahen criticism kijiye.</w:t>
      </w:r>
      <w:r>
        <w:br/>
      </w:r>
      <w:r>
        <w:rPr>
          <w:sz w:val="20"/>
        </w:rPr>
        <w:t>11:19  humain jo karna hai, woh yeh hai ke hum is ka analysis karen.</w:t>
      </w:r>
      <w:r>
        <w:br/>
      </w:r>
      <w:r>
        <w:rPr>
          <w:sz w:val="20"/>
        </w:rPr>
        <w:t>11:24  daleel ki zaban mein is ko jawab den.</w:t>
      </w:r>
      <w:r>
        <w:br/>
      </w:r>
      <w:r>
        <w:rPr>
          <w:sz w:val="20"/>
        </w:rPr>
        <w:t>11:29  misal ke tor par mein aap ko aik misal deta hoon ke aik sahabi ne rasool Allah ke</w:t>
      </w:r>
      <w:r>
        <w:br/>
      </w:r>
      <w:r>
        <w:rPr>
          <w:sz w:val="20"/>
        </w:rPr>
        <w:t>11:34  bare mein keh diya ke "wallah muadalta".</w:t>
      </w:r>
      <w:r>
        <w:br/>
      </w:r>
      <w:r>
        <w:rPr>
          <w:sz w:val="20"/>
        </w:rPr>
        <w:t>11:38  khuda ki qasam, aap ne justice nahi kiya.</w:t>
      </w:r>
      <w:r>
        <w:br/>
      </w:r>
      <w:r>
        <w:rPr>
          <w:sz w:val="20"/>
        </w:rPr>
        <w:t>11:43  bataiye, peghambar agar justice na kare to is ki peghambari doubtfull ho jayegi.</w:t>
      </w:r>
      <w:r>
        <w:br/>
      </w:r>
      <w:r>
        <w:rPr>
          <w:sz w:val="20"/>
        </w:rPr>
        <w:t>11:48  lekin kaha unhon ne, aur kisi ne un ko mara nahi.</w:t>
      </w:r>
      <w:r>
        <w:br/>
      </w:r>
      <w:r>
        <w:rPr>
          <w:sz w:val="20"/>
        </w:rPr>
        <w:t>11:53  to Islam mein dekhiye, criticism poori tarah is ki azadi hai.</w:t>
      </w:r>
      <w:r>
        <w:br/>
      </w:r>
      <w:r>
        <w:rPr>
          <w:sz w:val="20"/>
        </w:rPr>
        <w:t>11:58  yeh to maujooda zamane ke musalman hain, door-e-zawal ke musalman jo bharkte hain criticism par.</w:t>
      </w:r>
      <w:r>
        <w:br/>
      </w:r>
      <w:r>
        <w:rPr>
          <w:sz w:val="20"/>
        </w:rPr>
        <w:t>12:02  criticism agar kabhi kahin hai, koi criticize karta hai to woh humain invite karta hai ke hum is</w:t>
      </w:r>
      <w:r>
        <w:br/>
      </w:r>
      <w:r>
        <w:rPr>
          <w:sz w:val="20"/>
        </w:rPr>
        <w:t>12:07  se discuss karen, dialogue karen.</w:t>
      </w:r>
      <w:r>
        <w:br/>
      </w:r>
      <w:r>
        <w:rPr>
          <w:sz w:val="20"/>
        </w:rPr>
        <w:t>12:12  is ko hum apna mozu samjhen.</w:t>
      </w:r>
      <w:r>
        <w:br/>
      </w:r>
      <w:r>
        <w:rPr>
          <w:sz w:val="20"/>
        </w:rPr>
        <w:t>12:17  yeh baat mein ne likhi hai aik kitaab mein, is ka naam hai "Huriyaat-e-Fikr".</w:t>
      </w:r>
      <w:r>
        <w:br/>
      </w:r>
      <w:r>
        <w:rPr>
          <w:sz w:val="20"/>
        </w:rPr>
        <w:t>12:22  So, Maulana sahib, would you say that Islam is compatible with multi-religious societies of today? Bilkul compatible.</w:t>
      </w:r>
    </w:p>
    <w:p>
      <w:pPr>
        <w:pStyle w:val="Heading2"/>
      </w:pPr>
      <w:r>
        <w:t>Decline is natural, but violent revival is outdated</w:t>
      </w:r>
    </w:p>
    <w:p>
      <w:r>
        <w:rPr>
          <w:color w:val="666666"/>
          <w:sz w:val="18"/>
        </w:rPr>
        <w:t>Revival and Revivalist June 7, 2015 · 3m 57s · at 6:50 · https://youtu.be/MCY8AJ87BXc?t=410</w:t>
      </w:r>
    </w:p>
    <w:p>
      <w:r>
        <w:rPr>
          <w:i/>
        </w:rPr>
        <w:t>“The Muslim ummah will face decline, but it will never end”</w:t>
      </w:r>
    </w:p>
    <w:p>
      <w:r>
        <w:rPr>
          <w:sz w:val="20"/>
        </w:rPr>
        <w:t>6:50  is lehaz se Muslim ummat ko sochiye. Muslim ummat jo hai, yeh to hadith se sabit hai ke woh zawal ka shikar hogi.</w:t>
      </w:r>
      <w:r>
        <w:br/>
      </w:r>
      <w:r>
        <w:rPr>
          <w:sz w:val="20"/>
        </w:rPr>
        <w:t>7:02  zawal ka matlab hota hai degeneration. to degeneration ka shikar hogi, lekin kabhi bhi khatm nahi hogi.</w:t>
      </w:r>
      <w:r>
        <w:br/>
      </w:r>
      <w:r>
        <w:rPr>
          <w:sz w:val="20"/>
        </w:rPr>
        <w:t>7:11  jaise pichli ummaten mansookh ho gayeen, to aisa ummat-e-muslima ke sath nahi hoga. lekin zawal to aata rahega, kyunke zawal bhi ek law of nature hai.</w:t>
      </w:r>
      <w:r>
        <w:br/>
      </w:r>
      <w:r>
        <w:rPr>
          <w:sz w:val="20"/>
        </w:rPr>
        <w:t>7:27  to zawal ka qanoon baqi rahe, to phir kya karna chahiye? woh yahi hai ke har zamane mein mujaddid uthein aur woh dobara zinda karte rahen, revive karte rahen.</w:t>
      </w:r>
      <w:r>
        <w:br/>
      </w:r>
      <w:r>
        <w:rPr>
          <w:sz w:val="20"/>
        </w:rPr>
        <w:t>7:43  to zinda karna kaise possible hoga? halaat ko discover karna padega. jis zamane mein koi shakhs utha hai revive karne ke liye, usko apne zamane ke bare mein,</w:t>
      </w:r>
      <w:r>
        <w:br/>
      </w:r>
      <w:r>
        <w:rPr>
          <w:sz w:val="20"/>
        </w:rPr>
        <w:t>8:01  apne zamane mein jo halaat hain, usko discover karna padega. jaise ek hadith mein hai ke momin ki sifat batai gayi hai: "an yakoon baseeran bizamani"</w:t>
      </w:r>
      <w:r>
        <w:br/>
      </w:r>
      <w:r>
        <w:rPr>
          <w:sz w:val="20"/>
        </w:rPr>
        <w:t>8:14  ke momin jo hai, apne zamane ko janne wala hota hai. to yahan par sirf momin ki baat nahi hai, mujaddid ki baat bhi hai.</w:t>
      </w:r>
      <w:r>
        <w:br/>
      </w:r>
      <w:r>
        <w:rPr>
          <w:sz w:val="20"/>
        </w:rPr>
        <w:t>8:27  mujaddid ko apne zamane se baghaibar hona chahiye, warna woh kuch nahi kar sakega.</w:t>
      </w:r>
      <w:r>
        <w:br/>
      </w:r>
      <w:r>
        <w:rPr>
          <w:sz w:val="20"/>
        </w:rPr>
        <w:t>8:35  misalan, misalan ek misal mein deta hoon ke maujooda zamane mein kis tarah se ek is zamane mein bohat bari nadani ho rahi hai.</w:t>
      </w:r>
      <w:r>
        <w:br/>
      </w:r>
      <w:r>
        <w:rPr>
          <w:sz w:val="20"/>
        </w:rPr>
        <w:t>8:44  misalan, maujooda zamane mein bohat se log dunya bhar mein active hain, musalman hi sam'e hukoomat qaim karne ke liye, aur jihad ke naam par violence kar rahe hain, society bombing kar rahe hain, lad rahe hain.</w:t>
      </w:r>
      <w:r>
        <w:br/>
      </w:r>
      <w:r>
        <w:rPr>
          <w:sz w:val="20"/>
        </w:rPr>
        <w:t>8:58  unse poocha jaye ke bhai tum kyun kar rahe ho? to woh kahenge: "hum sham'e hukoomat qaim karna chahte hain". yeh kahenge.</w:t>
      </w:r>
      <w:r>
        <w:br/>
      </w:r>
      <w:r>
        <w:rPr>
          <w:sz w:val="20"/>
        </w:rPr>
        <w:t>9:05  lekin yeh kya hai? yeh zamane se bekhabari ki baat hai. kyunke ab woh zamana khatm hoga jab lad kar hukoomat qaim hoti thi.</w:t>
      </w:r>
      <w:r>
        <w:br/>
      </w:r>
      <w:r>
        <w:rPr>
          <w:sz w:val="20"/>
        </w:rPr>
        <w:t>9:16  ab to democratic process se hukoomat emerge karti hai. ab lad kar koi hukoomat nahi qaim ho sakti.</w:t>
      </w:r>
      <w:r>
        <w:br/>
      </w:r>
      <w:r>
        <w:rPr>
          <w:sz w:val="20"/>
        </w:rPr>
        <w:t>9:25  woh zamana khatm hoga. woh to pichle zamane mein kingship tha. hazaron saal tak dunya mein kingship ka riwaj tha.</w:t>
      </w:r>
      <w:r>
        <w:br/>
      </w:r>
      <w:r>
        <w:rPr>
          <w:sz w:val="20"/>
        </w:rPr>
        <w:t>9:36  is zamane mein ek hukoomat doosri hukoomat se ladti thi, lad kar uska taaj chheenti thi, uska takht chheenti thi, aur hukoomat par qabza kar leti thi.</w:t>
      </w:r>
      <w:r>
        <w:br/>
      </w:r>
      <w:r>
        <w:rPr>
          <w:sz w:val="20"/>
        </w:rPr>
        <w:t>9:48  to woh zamana to khatm hogaya. woh zamana atharveen sadi mein khatm hogaya. ab democracy ka zamana hai.</w:t>
      </w:r>
      <w:r>
        <w:br/>
      </w:r>
      <w:r>
        <w:rPr>
          <w:sz w:val="20"/>
        </w:rPr>
        <w:t>9:58  democracy mein koi mustaqil rule nahi kar sakta.</w:t>
      </w:r>
      <w:r>
        <w:br/>
      </w:r>
      <w:r>
        <w:rPr>
          <w:sz w:val="20"/>
        </w:rPr>
        <w:t>10:03  ab rule jo hai, periodical hogaya. yani paanch paanch saal ke liye. har paanch saal mein election kiya jayega. election mein log vote denge.</w:t>
      </w:r>
      <w:r>
        <w:br/>
      </w:r>
      <w:r>
        <w:rPr>
          <w:sz w:val="20"/>
        </w:rPr>
        <w:t>10:14  to jis ko zyada vote milega, woh paanch saal tak rule karega. to</w:t>
      </w:r>
      <w:r>
        <w:br/>
      </w:r>
      <w:r>
        <w:rPr>
          <w:sz w:val="20"/>
        </w:rPr>
        <w:t>10:20  is mani ke jo log lad rahe hain hukoomat qaim karne ke liye, woh zamane se bekhabari ka saboot de rahe hain ke jab zamana hai democracy ka, to woh jee rahe hain abhi tak is zamane mein,</w:t>
      </w:r>
      <w:r>
        <w:br/>
      </w:r>
      <w:r>
        <w:rPr>
          <w:sz w:val="20"/>
        </w:rPr>
        <w:t>10:35  kingship ke zamane mein. aise log tajdeed ka kaam nahi kar sakte. tajdeed ka kaam karne ke liye zaroori hai ke aadmi zamane se baghaibar</w:t>
      </w:r>
    </w:p>
    <w:p>
      <w:pPr>
        <w:pStyle w:val="Heading2"/>
      </w:pPr>
      <w:r>
        <w:t>Freedom of thought and expression as a God-given right</w:t>
      </w:r>
    </w:p>
    <w:p>
      <w:r>
        <w:rPr>
          <w:color w:val="666666"/>
          <w:sz w:val="18"/>
        </w:rPr>
        <w:t>Misconception About Islam May 10, 2014 Maulana Wahiduddin Khan · 4m 14s · at 14:07 · https://youtu.be/1qx-vnlLc5g?t=847</w:t>
      </w:r>
    </w:p>
    <w:p>
      <w:r>
        <w:rPr>
          <w:i/>
        </w:rPr>
        <w:t>“There is a wide spread misunderstanding that Islam does not allow freedom of thought”</w:t>
      </w:r>
    </w:p>
    <w:p>
      <w:r>
        <w:rPr>
          <w:sz w:val="20"/>
        </w:rPr>
        <w:t>14:07  then, there is a</w:t>
      </w:r>
      <w:r>
        <w:br/>
      </w:r>
      <w:r>
        <w:rPr>
          <w:sz w:val="20"/>
        </w:rPr>
        <w:t>14:11  widespread misunderstanding that islam does not allow freedom of thought, freedom of expression.</w:t>
      </w:r>
      <w:r>
        <w:br/>
      </w:r>
      <w:r>
        <w:rPr>
          <w:sz w:val="20"/>
        </w:rPr>
        <w:t>14:24  because if muslims see any book, any statement, even any cartoon that is against their religion, they protest and organize demonstrations.</w:t>
      </w:r>
      <w:r>
        <w:br/>
      </w:r>
      <w:r>
        <w:rPr>
          <w:sz w:val="20"/>
        </w:rPr>
        <w:t>14:41  even they try to kill those</w:t>
      </w:r>
      <w:r>
        <w:br/>
      </w:r>
      <w:r>
        <w:rPr>
          <w:sz w:val="20"/>
        </w:rPr>
        <w:t>14:46  seven persons. what is not islam? islam gives total freedom with the only exception that you not in you are not indulge in violence.</w:t>
      </w:r>
      <w:r>
        <w:br/>
      </w:r>
      <w:r>
        <w:rPr>
          <w:sz w:val="20"/>
        </w:rPr>
        <w:t>15:04  if you follow peaceful method, then you are allowed. you can exercise your</w:t>
      </w:r>
      <w:r>
        <w:br/>
      </w:r>
      <w:r>
        <w:rPr>
          <w:sz w:val="20"/>
        </w:rPr>
        <w:t>15:14  freedom. i would like to say that freedom is a is a</w:t>
      </w:r>
      <w:r>
        <w:br/>
      </w:r>
      <w:r>
        <w:rPr>
          <w:sz w:val="20"/>
        </w:rPr>
        <w:t>15:24  sacred right given to every human being by god almighty. the creation plan of god is based on freedom.</w:t>
      </w:r>
      <w:r>
        <w:br/>
      </w:r>
      <w:r>
        <w:rPr>
          <w:sz w:val="20"/>
        </w:rPr>
        <w:t>15:34  so freedom is given by god almighty directly to every human being. no one can abolish freedom.</w:t>
      </w:r>
      <w:r>
        <w:br/>
      </w:r>
      <w:r>
        <w:rPr>
          <w:sz w:val="20"/>
        </w:rPr>
        <w:t>15:47  no one has right to abolish freedom. even muslim state has no any muslim state has no right to abolish freedom.</w:t>
      </w:r>
      <w:r>
        <w:br/>
      </w:r>
      <w:r>
        <w:rPr>
          <w:sz w:val="20"/>
        </w:rPr>
        <w:t>16:00  so, the only condition is that you use your you exercise your freedom without harming anyone.</w:t>
      </w:r>
      <w:r>
        <w:br/>
      </w:r>
      <w:r>
        <w:rPr>
          <w:sz w:val="20"/>
        </w:rPr>
        <w:t>16:18  if you are peaceful, you are not</w:t>
      </w:r>
      <w:r>
        <w:br/>
      </w:r>
      <w:r>
        <w:rPr>
          <w:sz w:val="20"/>
        </w:rPr>
        <w:t>16:24  inflicting any harm, then you are free to exercise your your freedom.</w:t>
      </w:r>
      <w:r>
        <w:br/>
      </w:r>
      <w:r>
        <w:rPr>
          <w:sz w:val="20"/>
        </w:rPr>
        <w:t>16:36  according to my study, freedom of expression is is a is a sacred right of every human being.</w:t>
      </w:r>
      <w:r>
        <w:br/>
      </w:r>
      <w:r>
        <w:rPr>
          <w:sz w:val="20"/>
        </w:rPr>
        <w:t>16:50  and this right is given by god almighty directly. so, who can abolish this right?</w:t>
      </w:r>
      <w:r>
        <w:br/>
      </w:r>
      <w:r>
        <w:rPr>
          <w:sz w:val="20"/>
        </w:rPr>
        <w:t>17:03  i would like to add that islam is religion of nature, din al fitra. islam is religion of nature, din al fitra.</w:t>
      </w:r>
      <w:r>
        <w:br/>
      </w:r>
      <w:r>
        <w:rPr>
          <w:sz w:val="20"/>
        </w:rPr>
        <w:t>17:18  so, all those things that are natural, that are part of islam.</w:t>
      </w:r>
      <w:r>
        <w:br/>
      </w:r>
      <w:r>
        <w:rPr>
          <w:sz w:val="20"/>
        </w:rPr>
        <w:t>17:28  including including freedom. freedom is part of nature.</w:t>
      </w:r>
      <w:r>
        <w:br/>
      </w:r>
      <w:r>
        <w:rPr>
          <w:sz w:val="20"/>
        </w:rPr>
        <w:t>17:34  without freedom, there is no progress, no development. if you abuse freedom, then it will lead to intellectual stagnation.</w:t>
      </w:r>
      <w:r>
        <w:br/>
      </w:r>
      <w:r>
        <w:rPr>
          <w:sz w:val="20"/>
        </w:rPr>
        <w:t>17:47  it will it will it will stop all kind of progress. so, it is completely unnatural against the laws of nature to to curb people's freedom.</w:t>
      </w:r>
      <w:r>
        <w:br/>
      </w:r>
      <w:r>
        <w:rPr>
          <w:sz w:val="20"/>
        </w:rPr>
        <w:t>18:05  so, islam is religion of nature. and all those things that are good for human being, there is part of islam.</w:t>
      </w:r>
    </w:p>
    <w:p>
      <w:pPr>
        <w:pStyle w:val="Heading2"/>
      </w:pPr>
      <w:r>
        <w:t>Historical problem and Quranic creation plan</w:t>
      </w:r>
    </w:p>
    <w:p>
      <w:r>
        <w:rPr>
          <w:color w:val="666666"/>
          <w:sz w:val="18"/>
        </w:rPr>
        <w:t>Social Reform | December 22, 2013 | Maulana Wahiduddin Khan · 5m 36s · at 0:45 · https://youtu.be/kGP903BvDto?t=45</w:t>
      </w:r>
    </w:p>
    <w:p>
      <w:r>
        <w:rPr>
          <w:i/>
        </w:rPr>
        <w:t>“Aaj ke liye jo mauzu hai woh hai samaji islah, yani Social Reform”</w:t>
      </w:r>
    </w:p>
    <w:p>
      <w:r>
        <w:rPr>
          <w:sz w:val="20"/>
        </w:rPr>
        <w:t>0:45  aaj ke liye jo mozu hai woh hai samaji islah, yaani social reform.</w:t>
      </w:r>
      <w:r>
        <w:br/>
      </w:r>
      <w:r>
        <w:rPr>
          <w:sz w:val="20"/>
        </w:rPr>
        <w:t>0:55  yeh history ka ek ajeeb sawal hai ke poori history mein, jo poori known history hai, beshumar</w:t>
      </w:r>
      <w:r>
        <w:br/>
      </w:r>
      <w:r>
        <w:rPr>
          <w:sz w:val="20"/>
        </w:rPr>
        <w:t>1:06  log paida hue jin ko social reformer kaha jata hai.</w:t>
      </w:r>
      <w:r>
        <w:br/>
      </w:r>
      <w:r>
        <w:rPr>
          <w:sz w:val="20"/>
        </w:rPr>
        <w:t>1:16  magar yeh ek haqeeqat hai ke jitne bhi Social Reformer uthe, unhon ne sirf negative role ada kiya, positive role koi ada na kar saka poori History mein. matlab jis ko woh samajhte the ke yeh Social Uplift ke liye rukawat hai, us ke khilaf ladna, us ki History banai logon ne. to sab ka negative r</w:t>
      </w:r>
      <w:r>
        <w:br/>
      </w:r>
      <w:r>
        <w:rPr>
          <w:sz w:val="20"/>
        </w:rPr>
        <w:t>1:46  ole hai, positive role nahi kisi ka.</w:t>
      </w:r>
      <w:r>
        <w:br/>
      </w:r>
      <w:r>
        <w:rPr>
          <w:sz w:val="20"/>
        </w:rPr>
        <w:t>1:51  is poori history mein ek thori si, ek short period hai rasool Allah salallahu alaihi wasallam ka,</w:t>
      </w:r>
      <w:r>
        <w:br/>
      </w:r>
      <w:r>
        <w:rPr>
          <w:sz w:val="20"/>
        </w:rPr>
        <w:t>1:56  jis ko hum keh sakte hain ke woh Positive Role tha.</w:t>
      </w:r>
      <w:r>
        <w:br/>
      </w:r>
      <w:r>
        <w:rPr>
          <w:sz w:val="20"/>
        </w:rPr>
        <w:t>2:00  bagh-e-khud muslim History bhi Positive Role se khali hai.</w:t>
      </w:r>
      <w:r>
        <w:br/>
      </w:r>
      <w:r>
        <w:rPr>
          <w:sz w:val="20"/>
        </w:rPr>
        <w:t>2:05  aaj kal Islam ke naam par saare muslim mulkon mein hangaame jaari hain, lekin woh sab Negative Role</w:t>
      </w:r>
      <w:r>
        <w:br/>
      </w:r>
      <w:r>
        <w:rPr>
          <w:sz w:val="20"/>
        </w:rPr>
        <w:t>2:10  hain, koi Positive Role nahin.</w:t>
      </w:r>
      <w:r>
        <w:br/>
      </w:r>
      <w:r>
        <w:rPr>
          <w:sz w:val="20"/>
        </w:rPr>
        <w:t>2:15  is mauzu par aaj mujhe kuch arz karna hai.</w:t>
      </w:r>
      <w:r>
        <w:br/>
      </w:r>
      <w:r>
        <w:rPr>
          <w:sz w:val="20"/>
        </w:rPr>
        <w:t>2:19  is par main sochna shuru kiya, ek tajruba hua mujhe.</w:t>
      </w:r>
      <w:r>
        <w:br/>
      </w:r>
      <w:r>
        <w:rPr>
          <w:sz w:val="20"/>
        </w:rPr>
        <w:t>2:25  ek saahab jo kaafi parhe likhe hain, un ki Education India mein hui hai aur UK mein bhi hui hai.</w:t>
      </w:r>
      <w:r>
        <w:br/>
      </w:r>
      <w:r>
        <w:rPr>
          <w:sz w:val="20"/>
        </w:rPr>
        <w:t>2:32  to unhon ne bataya ke main apne aap ko in logon mein samajhta tha jo apne ko Social</w:t>
      </w:r>
      <w:r>
        <w:br/>
      </w:r>
      <w:r>
        <w:rPr>
          <w:sz w:val="20"/>
        </w:rPr>
        <w:t>2:38  Scientist kehte hain.</w:t>
      </w:r>
      <w:r>
        <w:br/>
      </w:r>
      <w:r>
        <w:rPr>
          <w:sz w:val="20"/>
        </w:rPr>
        <w:t>2:44  aaj kal jo Social Reformer hote hain, to Intellectuals ne naye naye</w:t>
      </w:r>
      <w:r>
        <w:br/>
      </w:r>
      <w:r>
        <w:rPr>
          <w:sz w:val="20"/>
        </w:rPr>
        <w:t>2:50  Term banaye hain, to ek Term hai Social Scientist.</w:t>
      </w:r>
      <w:r>
        <w:br/>
      </w:r>
      <w:r>
        <w:rPr>
          <w:sz w:val="20"/>
        </w:rPr>
        <w:t>2:55  to unhon ne kaha ke main kai baras tak Social Scientist bana raha, lekin phir mujhe, phir main</w:t>
      </w:r>
      <w:r>
        <w:br/>
      </w:r>
      <w:r>
        <w:rPr>
          <w:sz w:val="20"/>
        </w:rPr>
        <w:t>3:00  ne Introspection kiya.</w:t>
      </w:r>
      <w:r>
        <w:br/>
      </w:r>
      <w:r>
        <w:rPr>
          <w:sz w:val="20"/>
        </w:rPr>
        <w:t>3:05  woh kaafi Sincere aadmi the.</w:t>
      </w:r>
      <w:r>
        <w:br/>
      </w:r>
      <w:r>
        <w:rPr>
          <w:sz w:val="20"/>
        </w:rPr>
        <w:t>3:10  to unhon ne kaha ke main ne paaya ke main Social Scientist nahin hoon, main to Social Critic hoon.</w:t>
      </w:r>
      <w:r>
        <w:br/>
      </w:r>
      <w:r>
        <w:rPr>
          <w:sz w:val="20"/>
        </w:rPr>
        <w:t>3:15  matlab jo Existing</w:t>
      </w:r>
      <w:r>
        <w:br/>
      </w:r>
      <w:r>
        <w:rPr>
          <w:sz w:val="20"/>
        </w:rPr>
        <w:t>3:20  Society hai, Existing System hai, is ke khilaaf bolna, is ke khilaaf bolna, is ke khilaaf bolna.</w:t>
      </w:r>
      <w:r>
        <w:br/>
      </w:r>
      <w:r>
        <w:rPr>
          <w:sz w:val="20"/>
        </w:rPr>
        <w:t>3:25  aur koi Positive Role to mera hai nahin.</w:t>
      </w:r>
      <w:r>
        <w:br/>
      </w:r>
      <w:r>
        <w:rPr>
          <w:sz w:val="20"/>
        </w:rPr>
        <w:t>3:30  aur unhon ne kaha ke saare Social Scientist sab Social Critic hi to hain.</w:t>
      </w:r>
      <w:r>
        <w:br/>
      </w:r>
      <w:r>
        <w:rPr>
          <w:sz w:val="20"/>
        </w:rPr>
        <w:t>3:35  is se mera Mind Trigger hua.</w:t>
      </w:r>
      <w:r>
        <w:br/>
      </w:r>
      <w:r>
        <w:rPr>
          <w:sz w:val="20"/>
        </w:rPr>
        <w:t>3:40  aur main ne jab socha to maloom hua ke saari History bhi ek qissa hai.</w:t>
      </w:r>
      <w:r>
        <w:br/>
      </w:r>
      <w:r>
        <w:rPr>
          <w:sz w:val="20"/>
        </w:rPr>
        <w:t>3:45  jitne woh log hain jo Reformer kehlate hain, Thinker kehlate hain,</w:t>
      </w:r>
      <w:r>
        <w:br/>
      </w:r>
      <w:r>
        <w:rPr>
          <w:sz w:val="20"/>
        </w:rPr>
        <w:t>3:50  jo musleh kehlaate hain, un sab ka amalan sirf negative role hai, positive role nahi hai. to aisa hai kyun? is ka bohat hi wazeh jawab Quran mein maujood hai. yahan mein yeh arz karunga ke Rasool Allah sal Allahu alaihi wasallam ke bare mein Quran mein yeh aayat hai, Surah Al-Anbiya mein, ke wa ma arsalnaka illa</w:t>
      </w:r>
      <w:r>
        <w:br/>
      </w:r>
      <w:r>
        <w:rPr>
          <w:sz w:val="20"/>
        </w:rPr>
        <w:t>4:20  rahmatan lil alameen.</w:t>
      </w:r>
      <w:r>
        <w:br/>
      </w:r>
      <w:r>
        <w:rPr>
          <w:sz w:val="20"/>
        </w:rPr>
        <w:t>4:26  yaani hum ne bheja hai is Paighambar ko saare aalam ke liye rehmat bana kar.</w:t>
      </w:r>
      <w:r>
        <w:br/>
      </w:r>
      <w:r>
        <w:rPr>
          <w:sz w:val="20"/>
        </w:rPr>
        <w:t>4:32  We have sent you as a blessing for all mankind.</w:t>
      </w:r>
      <w:r>
        <w:br/>
      </w:r>
      <w:r>
        <w:rPr>
          <w:sz w:val="20"/>
        </w:rPr>
        <w:t>4:38  lekin log is ko lety hain bas afzaliyat ke maany mein. bas.</w:t>
      </w:r>
      <w:r>
        <w:br/>
      </w:r>
      <w:r>
        <w:rPr>
          <w:sz w:val="20"/>
        </w:rPr>
        <w:t>4:44  is mein koi Wisdom kya hai, hikmat kya hai, woh koi mufassir wazeh na kar saka. bas afz</w:t>
      </w:r>
      <w:r>
        <w:br/>
      </w:r>
      <w:r>
        <w:rPr>
          <w:sz w:val="20"/>
        </w:rPr>
        <w:t>4:50  liyat ke maany mein lety rehty hain.</w:t>
      </w:r>
      <w:r>
        <w:br/>
      </w:r>
      <w:r>
        <w:rPr>
          <w:sz w:val="20"/>
        </w:rPr>
        <w:t>4:55  is ayat mein aik bohat bari baat batai gayi hai.</w:t>
      </w:r>
      <w:r>
        <w:br/>
      </w:r>
      <w:r>
        <w:rPr>
          <w:sz w:val="20"/>
        </w:rPr>
        <w:t>5:00  woh yeh ke Rasool Allah S.A.W. ke zariye jo kitaab aayi aur jo mehfooz kar</w:t>
      </w:r>
      <w:r>
        <w:br/>
      </w:r>
      <w:r>
        <w:rPr>
          <w:sz w:val="20"/>
        </w:rPr>
        <w:t>5:05  di gayi, is mein Allah taala ne bataya ke What is the creation plan of God? Quran ka</w:t>
      </w:r>
      <w:r>
        <w:br/>
      </w:r>
      <w:r>
        <w:rPr>
          <w:sz w:val="20"/>
        </w:rPr>
        <w:t>5:10  mozu kuch log samjhty hain ke insaan hai, yeh sahi nahi hai.</w:t>
      </w:r>
      <w:r>
        <w:br/>
      </w:r>
      <w:r>
        <w:rPr>
          <w:sz w:val="20"/>
        </w:rPr>
        <w:t>5:15  Quran ka mozu Creation Plan of God</w:t>
      </w:r>
      <w:r>
        <w:br/>
      </w:r>
      <w:r>
        <w:rPr>
          <w:sz w:val="20"/>
        </w:rPr>
        <w:t>5:20  hai.</w:t>
      </w:r>
      <w:r>
        <w:br/>
      </w:r>
      <w:r>
        <w:rPr>
          <w:sz w:val="20"/>
        </w:rPr>
        <w:t>5:26  Allah ne kyun paida kiya insaan ko, is kainat ko? woh is mein bataya gaya hai.</w:t>
      </w:r>
      <w:r>
        <w:br/>
      </w:r>
      <w:r>
        <w:rPr>
          <w:sz w:val="20"/>
        </w:rPr>
        <w:t>5:32  isi aitbaar se Rasool Allah rehmat hain.</w:t>
      </w:r>
      <w:r>
        <w:br/>
      </w:r>
      <w:r>
        <w:rPr>
          <w:sz w:val="20"/>
        </w:rPr>
        <w:t>5:38  ke insaan jab paida ho dunya mein to jaan le ke is ke liye naqsha-e-amal kya hai,</w:t>
      </w:r>
      <w:r>
        <w:br/>
      </w:r>
      <w:r>
        <w:rPr>
          <w:sz w:val="20"/>
        </w:rPr>
        <w:t>5:44  kya karna hai, jis mein woh falah-e-daren pa sakta hai. According</w:t>
      </w:r>
      <w:r>
        <w:br/>
      </w:r>
      <w:r>
        <w:rPr>
          <w:sz w:val="20"/>
        </w:rPr>
        <w:t>5:50  to the creation plan of God.</w:t>
      </w:r>
      <w:r>
        <w:br/>
      </w:r>
      <w:r>
        <w:rPr>
          <w:sz w:val="20"/>
        </w:rPr>
        <w:t>5:55  to Focus jis cheez par hai woh Creation Plan of God hai.</w:t>
      </w:r>
      <w:r>
        <w:br/>
      </w:r>
      <w:r>
        <w:rPr>
          <w:sz w:val="20"/>
        </w:rPr>
        <w:t>5:59  aur yeh bataya gaya, isi aitbaar se aap rehmat hain.</w:t>
      </w:r>
      <w:r>
        <w:br/>
      </w:r>
      <w:r>
        <w:rPr>
          <w:sz w:val="20"/>
        </w:rPr>
        <w:t>6:03  kyun ke agar hum yeh na janen to andheron mein bhatken ge, jaisa ke log bhatak rahe hain.</w:t>
      </w:r>
      <w:r>
        <w:br/>
      </w:r>
      <w:r>
        <w:rPr>
          <w:sz w:val="20"/>
        </w:rPr>
        <w:t>6:08  to Quran mein Social Reform ke liye aik bohat hi bunyadi baat batai gayi hai.</w:t>
      </w:r>
      <w:r>
        <w:br/>
      </w:r>
      <w:r>
        <w:rPr>
          <w:sz w:val="20"/>
        </w:rPr>
        <w:t>6:12  woh Surah Al-Layl mein hai.</w:t>
      </w:r>
      <w:r>
        <w:br/>
      </w:r>
      <w:r>
        <w:rPr>
          <w:sz w:val="20"/>
        </w:rPr>
        <w:t>6:17  إِنَّ سَعْيَكُمْ لَشَطَّةٍ</w:t>
      </w:r>
    </w:p>
    <w:p>
      <w:pPr>
        <w:pStyle w:val="Heading2"/>
      </w:pPr>
      <w:r>
        <w:t>Q&amp;A: dawah hurdles and the dua-dawah formula</w:t>
      </w:r>
    </w:p>
    <w:p>
      <w:r>
        <w:rPr>
          <w:color w:val="666666"/>
          <w:sz w:val="18"/>
        </w:rPr>
        <w:t>The Concept of Divine Help June 16, 2013 · 3m 16s · at 45:41 · https://youtu.be/b0QaxGSnAOI?t=2741</w:t>
      </w:r>
    </w:p>
    <w:p>
      <w:r>
        <w:rPr>
          <w:i/>
        </w:rPr>
        <w:t>“مولانا، یہ سوال ابھی آیا ہے لاہور پاکستان سے”</w:t>
      </w:r>
    </w:p>
    <w:p>
      <w:r>
        <w:rPr>
          <w:sz w:val="20"/>
        </w:rPr>
        <w:t>45:41  molana, yeh sawal abhi aaya hai lahore pakistan se muhammad sajjad nawaz sahab ka. unhon ne likha hai: "molana sahab, i am from lahore pakistan</w:t>
      </w:r>
      <w:r>
        <w:br/>
      </w:r>
      <w:r>
        <w:rPr>
          <w:sz w:val="20"/>
        </w:rPr>
        <w:t>45:54  . i fully agree and appreciate your mission of dawah activism with peace. i agree with your point of view on kashmir issue that its political decision has been settled in 1948.</w:t>
      </w:r>
      <w:r>
        <w:br/>
      </w:r>
      <w:r>
        <w:rPr>
          <w:sz w:val="20"/>
        </w:rPr>
        <w:t>46:09  can we take the creation of pakistan in the same way that it was decided practically august 14, 1947?</w:t>
      </w:r>
      <w:r>
        <w:br/>
      </w:r>
      <w:r>
        <w:rPr>
          <w:sz w:val="20"/>
        </w:rPr>
        <w:t>46:19  now, our task is to explore opportunities for dawah work and utilize them in a positive way. we are a small team in pakistan and work with quran and your literature.</w:t>
      </w:r>
      <w:r>
        <w:br/>
      </w:r>
      <w:r>
        <w:rPr>
          <w:sz w:val="20"/>
        </w:rPr>
        <w:t>46:34  sometimes your views about pakistan cause big hurdles for us in doing dawah work in pakistan."</w:t>
      </w:r>
      <w:r>
        <w:br/>
      </w:r>
      <w:r>
        <w:rPr>
          <w:sz w:val="20"/>
        </w:rPr>
        <w:t>46:44  bohat sahi aap ne kaha, aur main dua karta hoon ke allah taala aap ko himmat de. aur dekhiye, dawat ke rastay mein agar hurdles aate hain to aap ke reward ko barhate hain.</w:t>
      </w:r>
      <w:r>
        <w:br/>
      </w:r>
      <w:r>
        <w:rPr>
          <w:sz w:val="20"/>
        </w:rPr>
        <w:t>46:59  wo agar bilkul sab kuch saboot ho, aur aap bohat hi air conditioned kamray mein aur air conditioned car mein baith kar safar kar rahe hain, har taraf taaliyan baj rahi hain aap ke liye, to koi aap ko inaam nahi mile ga.</w:t>
      </w:r>
      <w:r>
        <w:br/>
      </w:r>
      <w:r>
        <w:rPr>
          <w:sz w:val="20"/>
        </w:rPr>
        <w:t>47:15  jo hurdles hain, jo rukawatein hain, wo to booster hain aap ke liye. booster! to aap yahi kaam karte rahiye, aur kisi ki parwah mat kijiye.</w:t>
      </w:r>
      <w:r>
        <w:br/>
      </w:r>
      <w:r>
        <w:rPr>
          <w:sz w:val="20"/>
        </w:rPr>
        <w:t>47:27  sirf kal jo maine taqreer ki thi, mujh se poocha gaya to maine kaha ke dawat ka mission jo hai, sirf do formulay se chalta hai: dua aur dawat.</w:t>
      </w:r>
      <w:r>
        <w:br/>
      </w:r>
      <w:r>
        <w:rPr>
          <w:sz w:val="20"/>
        </w:rPr>
        <w:t>47:39  dua aur dawat! to aap dawat dijiye aur dua kijiye. dawat dijiye aur dua kijiye.</w:t>
      </w:r>
      <w:r>
        <w:br/>
      </w:r>
      <w:r>
        <w:rPr>
          <w:sz w:val="20"/>
        </w:rPr>
        <w:t>47:46  aur allah ka wada hai ke jo dawat ka kaam kare ga, us ki madad zaroor kare ga allah taala. koi aap ko kuch bigar nahi sakta, bashart e keh aap peaceful rahen, logon ke khair khwah rahen,</w:t>
      </w:r>
      <w:r>
        <w:br/>
      </w:r>
      <w:r>
        <w:rPr>
          <w:sz w:val="20"/>
        </w:rPr>
        <w:t>47:59  reaction ka tareeqa ikhtiyar na karen, negative thought ka shikar na hon. to zaroor hai ke allah ke farishtay aap ke paas aayen ge, aap ki madad hasil hogi.</w:t>
      </w:r>
      <w:r>
        <w:br/>
      </w:r>
      <w:r>
        <w:rPr>
          <w:sz w:val="20"/>
        </w:rPr>
        <w:t>48:13  apni taraf se logon ko har giz mauqa mat dijiye. agar aap ghussa ho jayen, aap react karen, aap negative thinking aap ke andar aa jaye, aap tashaddud karen,</w:t>
      </w:r>
      <w:r>
        <w:br/>
      </w:r>
      <w:r>
        <w:rPr>
          <w:sz w:val="20"/>
        </w:rPr>
        <w:t>48:28  to aap logon ko mauqa de den ge. agar aap aisa na karen to bilashuba allah ki madad aayegi, farishtay aayen ge, aur har mauqa par aap ko kamyabi hasil hogi.</w:t>
      </w:r>
      <w:r>
        <w:br/>
      </w:r>
      <w:r>
        <w:rPr>
          <w:sz w:val="20"/>
        </w:rPr>
        <w:t>48:40  purely dawah work, baghair kisi tashaddud ke, baghair kisi nafrat ke, baghair kisi, yani kisi ke khilaaf bad dua nahi karna hai.</w:t>
      </w:r>
      <w:r>
        <w:br/>
      </w:r>
      <w:r>
        <w:rPr>
          <w:sz w:val="20"/>
        </w:rPr>
        <w:t>48:52  sirf dua hi karna hai, sirf dua karna hai. yahi karte rahiye.</w:t>
      </w:r>
    </w:p>
    <w:p>
      <w:pPr>
        <w:pStyle w:val="Heading2"/>
      </w:pPr>
      <w:r>
        <w:t>Pax Americana: Hiroshima, Iraq, and resulting hatred of America</w:t>
      </w:r>
    </w:p>
    <w:p>
      <w:r>
        <w:rPr>
          <w:color w:val="666666"/>
          <w:sz w:val="18"/>
        </w:rPr>
        <w:t>The History of Peace (English) November 12, 2006 · 4m 16s · at 6:35 · https://youtu.be/zlIi5eiTPIg?t=395</w:t>
      </w:r>
    </w:p>
    <w:p>
      <w:r>
        <w:rPr>
          <w:i/>
        </w:rPr>
        <w:t>“The second model is the American model, Pax Americana”</w:t>
      </w:r>
    </w:p>
    <w:p>
      <w:r>
        <w:rPr>
          <w:sz w:val="20"/>
        </w:rPr>
        <w:t>6:35  . the second model is american model that is called pax americana. when americans became superpower, they try to establish peace in international affairs.</w:t>
      </w:r>
      <w:r>
        <w:br/>
      </w:r>
      <w:r>
        <w:rPr>
          <w:sz w:val="20"/>
        </w:rPr>
        <w:t>6:58  waT waz da formula of american</w:t>
      </w:r>
      <w:r>
        <w:br/>
      </w:r>
      <w:r>
        <w:rPr>
          <w:sz w:val="20"/>
        </w:rPr>
        <w:t>7:08  american</w:t>
      </w:r>
      <w:r>
        <w:br/>
      </w:r>
      <w:r>
        <w:rPr>
          <w:sz w:val="20"/>
        </w:rPr>
        <w:t>7:12  peopl? de wanted to establish peace again by force, although it was somewhat different from that of Romans.</w:t>
      </w:r>
      <w:r>
        <w:br/>
      </w:r>
      <w:r>
        <w:rPr>
          <w:sz w:val="20"/>
        </w:rPr>
        <w:t>7:28  you know, Americans initially tried to engage people in dialogue, political dialogue, negotiation.</w:t>
      </w:r>
      <w:r>
        <w:br/>
      </w:r>
      <w:r>
        <w:rPr>
          <w:sz w:val="20"/>
        </w:rPr>
        <w:t>7:40  but when negotiation failed, they tried to establish some compulsions in terms of economic compulsion and political compulsion.</w:t>
      </w:r>
      <w:r>
        <w:br/>
      </w:r>
      <w:r>
        <w:rPr>
          <w:sz w:val="20"/>
        </w:rPr>
        <w:t>7:55  and if this kind of compulsion failed, they tried to adopt drop bomb,</w:t>
      </w:r>
      <w:r>
        <w:br/>
      </w:r>
      <w:r>
        <w:rPr>
          <w:sz w:val="20"/>
        </w:rPr>
        <w:t>8:06  like Japan and Iraq. they drop two atom bomb, two atomic bomb in Japan for establish for establishing peace.</w:t>
      </w:r>
      <w:r>
        <w:br/>
      </w:r>
      <w:r>
        <w:rPr>
          <w:sz w:val="20"/>
        </w:rPr>
        <w:t>8:20  although there was peace in Japan, but by establishing peace, they destroyed two largest city of Japan, that is Hiroshima and Nagasaki.</w:t>
      </w:r>
      <w:r>
        <w:br/>
      </w:r>
      <w:r>
        <w:rPr>
          <w:sz w:val="20"/>
        </w:rPr>
        <w:t>8:36  then they wanted to establish peace in Iraq, and again they there bombardment destroyed Iraq.</w:t>
      </w:r>
      <w:r>
        <w:br/>
      </w:r>
      <w:r>
        <w:rPr>
          <w:sz w:val="20"/>
        </w:rPr>
        <w:t>8:48  and still there is no progress in Iraq. so American model or peace Americana was not a perfect model.</w:t>
      </w:r>
      <w:r>
        <w:br/>
      </w:r>
      <w:r>
        <w:rPr>
          <w:sz w:val="20"/>
        </w:rPr>
        <w:t>9:05  it was maybe it was in favor of American supremacy. maybe it was helpful to establish</w:t>
      </w:r>
      <w:r>
        <w:br/>
      </w:r>
      <w:r>
        <w:rPr>
          <w:sz w:val="20"/>
        </w:rPr>
        <w:t>9:18  to maintain Americans as superpower in the world politics. b</w:t>
      </w:r>
      <w:r>
        <w:br/>
      </w:r>
      <w:r>
        <w:rPr>
          <w:sz w:val="20"/>
        </w:rPr>
        <w:t>9:24  but it was completely. but it gave negative result as far as the other nations are concerned.</w:t>
      </w:r>
      <w:r>
        <w:br/>
      </w:r>
      <w:r>
        <w:rPr>
          <w:sz w:val="20"/>
        </w:rPr>
        <w:t>9:41  it is this reason that now Americans are</w:t>
      </w:r>
      <w:r>
        <w:br/>
      </w:r>
      <w:r>
        <w:rPr>
          <w:sz w:val="20"/>
        </w:rPr>
        <w:t>9:50  now people all over the world hate Americans, especially Muslim countries.</w:t>
      </w:r>
      <w:r>
        <w:br/>
      </w:r>
      <w:r>
        <w:rPr>
          <w:sz w:val="20"/>
        </w:rPr>
        <w:t>10:06  if you travel Muslim countries, you will hear that everywhere Muslims are saying that America is number one enemy of Islam.</w:t>
      </w:r>
      <w:r>
        <w:br/>
      </w:r>
      <w:r>
        <w:rPr>
          <w:sz w:val="20"/>
        </w:rPr>
        <w:t>10:18  America adu al Islam wahid. so although they tried to establish peace, and in some sense they achieved</w:t>
      </w:r>
      <w:r>
        <w:br/>
      </w:r>
      <w:r>
        <w:rPr>
          <w:sz w:val="20"/>
        </w:rPr>
        <w:t>10:30  , but at the cost of hate, at the cost of negative results. so this was American model, which which is called Pax Americana.</w:t>
      </w:r>
    </w:p>
    <w:p>
      <w:pPr>
        <w:pStyle w:val="Heading2"/>
      </w:pPr>
      <w:r>
        <w:t>Quran only reveals God's plan not solutions</w:t>
      </w:r>
    </w:p>
    <w:p>
      <w:r>
        <w:rPr>
          <w:color w:val="666666"/>
          <w:sz w:val="18"/>
        </w:rPr>
        <w:t>Q&amp;A · 3m 13s · at 13:18 · https://youtu.be/W2DKBK6QYTY?t=798</w:t>
      </w:r>
    </w:p>
    <w:p>
      <w:r>
        <w:rPr>
          <w:i/>
        </w:rPr>
        <w:t>“Dekhiye, yeh bhi ek farisi hai.”</w:t>
      </w:r>
    </w:p>
    <w:p>
      <w:r>
        <w:rPr>
          <w:sz w:val="20"/>
        </w:rPr>
        <w:t>13:18  dekhiye, yeh bhi ek fallacy hai. hamara jo speaker hai, idhar udhar bahut bolte hain ke quran mein saare masle ka hal hai. bilkul baseless baat hai yeh. main isko nahi manta. india mein, arab mein, kahin bhi jaiye, aap america mein, europe mein, hamare muslim speakers hain, bade dhoom se bolte hain ke quran mein saare masle ka hal hai. yeh bilkul baseless baat hai. quran mein kahan likha hua hai?</w:t>
      </w:r>
      <w:r>
        <w:br/>
      </w:r>
      <w:r>
        <w:rPr>
          <w:sz w:val="20"/>
        </w:rPr>
        <w:t>13:43  main poochta hoon logon se, quran mein kahan likha hua hai ke quran saare masle ka hal hai? kahan likha hua hai? kahin likha hua nahi hai. hal, yeh hal nahay na hal kabhi ho sakta hai. yaad rakhiye,</w:t>
      </w:r>
      <w:r>
        <w:br/>
      </w:r>
      <w:r>
        <w:rPr>
          <w:sz w:val="20"/>
        </w:rPr>
        <w:t>13:57  yeh problem rahega. woh kyun? khuda ne azadi di hai. azadi ki wajah se yeh hota rahega. hat umar ko ek aadmi ne maar dala, to problem tha ke nahi tha?</w:t>
      </w:r>
      <w:r>
        <w:br/>
      </w:r>
      <w:r>
        <w:rPr>
          <w:sz w:val="20"/>
        </w:rPr>
        <w:t>14:08  wo to wo to ideal hukumat thi musalmanon ke nazdeek. to kyun maar dala hat um</w:t>
      </w:r>
      <w:r>
        <w:br/>
      </w:r>
      <w:r>
        <w:rPr>
          <w:sz w:val="20"/>
        </w:rPr>
        <w:t>14:13  ar ko? ek aadmi ne kaha gaya, "wo ideal system bataiye." hat usman ko maar dala, haz ali ko maar dala, hasan ko maar dala. where is that ideal system?</w:t>
      </w:r>
      <w:r>
        <w:br/>
      </w:r>
      <w:r>
        <w:rPr>
          <w:sz w:val="20"/>
        </w:rPr>
        <w:t>14:23  yeh</w:t>
      </w:r>
      <w:r>
        <w:br/>
      </w:r>
      <w:r>
        <w:rPr>
          <w:sz w:val="20"/>
        </w:rPr>
        <w:t>14:24  sab myth hai.</w:t>
      </w:r>
      <w:r>
        <w:br/>
      </w:r>
      <w:r>
        <w:rPr>
          <w:sz w:val="20"/>
        </w:rPr>
        <w:t>14:25  isse koi talluq nahi Islam ka.</w:t>
      </w:r>
      <w:r>
        <w:br/>
      </w:r>
      <w:r>
        <w:rPr>
          <w:sz w:val="20"/>
        </w:rPr>
        <w:t>14:26  isse koi talluq nahi ke duniya mein bohat achhe society ban jaye.</w:t>
      </w:r>
      <w:r>
        <w:br/>
      </w:r>
      <w:r>
        <w:rPr>
          <w:sz w:val="20"/>
        </w:rPr>
        <w:t>14:30  nahi, akhirat mein aapko jannat mile, yeh batane ke liye aaya hai Quran ji.</w:t>
      </w:r>
      <w:r>
        <w:br/>
      </w:r>
      <w:r>
        <w:rPr>
          <w:sz w:val="20"/>
        </w:rPr>
        <w:t>14:35  duniya mein to gadbad rahega, duniya mein masail rahenge, duniya mein problem rahega, duniya mein challenge rahenge.</w:t>
      </w:r>
      <w:r>
        <w:br/>
      </w:r>
      <w:r>
        <w:rPr>
          <w:sz w:val="20"/>
        </w:rPr>
        <w:t>14:42  yeh to test, yeh to test ke liye hai.</w:t>
      </w:r>
      <w:r>
        <w:br/>
      </w:r>
      <w:r>
        <w:rPr>
          <w:sz w:val="20"/>
        </w:rPr>
        <w:t>14:45  duniya aap chahte hain ke duniya mein ideal society ban jaye, ideal system ban jaye.</w:t>
      </w:r>
      <w:r>
        <w:br/>
      </w:r>
      <w:r>
        <w:rPr>
          <w:sz w:val="20"/>
        </w:rPr>
        <w:t>14:49  yeh impossible nahi hai.</w:t>
      </w:r>
      <w:r>
        <w:br/>
      </w:r>
      <w:r>
        <w:rPr>
          <w:sz w:val="20"/>
        </w:rPr>
        <w:t>14:50  yeh yeh hamare bohat badi fallacy hai jo hamare Muslim logon ne paida kar rakhi hai.</w:t>
      </w:r>
      <w:r>
        <w:br/>
      </w:r>
      <w:r>
        <w:rPr>
          <w:sz w:val="20"/>
        </w:rPr>
        <w:t>14:57  duniya mein Quran sare masle ka hal hai.</w:t>
      </w:r>
      <w:r>
        <w:br/>
      </w:r>
      <w:r>
        <w:rPr>
          <w:sz w:val="20"/>
        </w:rPr>
        <w:t>15:00  bhai, kahan likha hai quran majeed mein?</w:t>
      </w:r>
      <w:r>
        <w:br/>
      </w:r>
      <w:r>
        <w:rPr>
          <w:sz w:val="20"/>
        </w:rPr>
        <w:t>15:02  batao, kahan likha hua hai quran mein? to lakum lil alameen nazeera khuda ne bheja quran is liye ke logon ko bata de ke khuda ki kis cheez ko bata de ke plan jo khuda ka hai, woh kya hai?</w:t>
      </w:r>
      <w:r>
        <w:br/>
      </w:r>
      <w:r>
        <w:rPr>
          <w:sz w:val="20"/>
        </w:rPr>
        <w:t>15:20  keh dunya mein hum ko test par hum hain aur yahan jo record hamara ban raha hai, is record par hamein ya to health mile gi ya paradise mile gi. Quran sirf is liye aaya hai yaani kaise plant of God ko batane ke liye aaya hai keh yeh le ke aa ke sare masail ko hal kar de.</w:t>
      </w:r>
      <w:r>
        <w:br/>
      </w:r>
      <w:r>
        <w:rPr>
          <w:sz w:val="20"/>
        </w:rPr>
        <w:t>15:36  masail rahen ge, usi masail ke sath jeena pare ga aap ko. Rasool Allah ke zamaney mein masail thay, Hazrat Abu Bakr ke zamaney mein masail thay, Hazrat Umar ke zamaney mein masail thay. Masail hi masail.</w:t>
      </w:r>
      <w:r>
        <w:br/>
      </w:r>
      <w:r>
        <w:rPr>
          <w:sz w:val="20"/>
        </w:rPr>
        <w:t>15:46  masail aik free word hai. Agar aap chahte hain to is ka Quran se koi ta'alluq nahi hai. Yeh to hamare jo khateeb hain, jo speakers hain, woh josh josh mein taqreerein kiya karte hain.</w:t>
      </w:r>
      <w:r>
        <w:br/>
      </w:r>
      <w:r>
        <w:rPr>
          <w:sz w:val="20"/>
        </w:rPr>
        <w:t>15:57  aur aur un se poocha jaye keh bhai Quran mein kahan likha hua hai keh sare masail</w:t>
      </w:r>
      <w:r>
        <w:br/>
      </w:r>
      <w:r>
        <w:rPr>
          <w:sz w:val="20"/>
        </w:rPr>
        <w:t>16:01  ka hal hai? Quran mein is ko bilkul nahi manta. Yeh aik fallacy hai. Yaad rakhiye, Quran sirf is liye aaya hai keh insan ko yeh bataye keh kis tareeqe se plan kiya hai Khuda ka.</w:t>
      </w:r>
      <w:r>
        <w:br/>
      </w:r>
      <w:r>
        <w:rPr>
          <w:sz w:val="20"/>
        </w:rPr>
        <w:t>16:14  woh yeh hai keh dunya mein hum ab test par hain, yahan hamara record tayyar ho raha hai. Is record par humein jo general life hai, wahan par ya to punishment hai ya reward hai.</w:t>
      </w:r>
      <w:r>
        <w:br/>
      </w:r>
      <w:r>
        <w:rPr>
          <w:sz w:val="20"/>
        </w:rPr>
        <w:t>16:24  bas yeh batane ke liye aaya hai. Baqi sab fallacy hai.</w:t>
      </w:r>
    </w:p>
    <w:p>
      <w:pPr>
        <w:pStyle w:val="Heading2"/>
      </w:pPr>
      <w:r>
        <w:t>Science and Quran predict scientific discoveries</w:t>
      </w:r>
    </w:p>
    <w:p>
      <w:r>
        <w:rPr>
          <w:color w:val="666666"/>
          <w:sz w:val="18"/>
        </w:rPr>
        <w:t>Q&amp;A 02 Mar 2008 - Maulana Wahiduddin Khan · 3m 56s · at 7:07 · https://youtu.be/oHAfWpj0UME?t=427</w:t>
      </w:r>
    </w:p>
    <w:p>
      <w:r>
        <w:rPr>
          <w:i/>
        </w:rPr>
        <w:t>“In a rational age, why majority scientists not accept unity of God?”</w:t>
      </w:r>
    </w:p>
    <w:p>
      <w:r>
        <w:rPr>
          <w:sz w:val="20"/>
        </w:rPr>
        <w:t>7:07  this question is from rustam ali. in a rational age, why majority of the scientist is not accepting the unity of gaad or the intervention of gaad in big bang?</w:t>
      </w:r>
      <w:r>
        <w:br/>
      </w:r>
      <w:r>
        <w:rPr>
          <w:sz w:val="20"/>
        </w:rPr>
        <w:t>7:23  yeh baat sahi nahi hai ke majority scientist ki nahi manti hai. is ke baray mein hamara aik article chapa hai.</w:t>
      </w:r>
      <w:r>
        <w:br/>
      </w:r>
      <w:r>
        <w:rPr>
          <w:sz w:val="20"/>
        </w:rPr>
        <w:t>7:33  aik scientist ko hum ne naqal kiya hai wahan par</w:t>
      </w:r>
      <w:r>
        <w:br/>
      </w:r>
      <w:r>
        <w:rPr>
          <w:sz w:val="20"/>
        </w:rPr>
        <w:t>7:36  . aaj ki jo science hai, woh pehle ki science se bohat hi alag hai. aaj ki science poori tarah mannay lagi hai, lekin woh manti hai kis sense mein?</w:t>
      </w:r>
      <w:r>
        <w:br/>
      </w:r>
      <w:r>
        <w:rPr>
          <w:sz w:val="20"/>
        </w:rPr>
        <w:t>7:48  is sense mein ke is universe ke peechay aik intelligence hai. aik kitaab chapi hai booti se, is ka naam hai "intelligent universe".</w:t>
      </w:r>
      <w:r>
        <w:br/>
      </w:r>
      <w:r>
        <w:rPr>
          <w:sz w:val="20"/>
        </w:rPr>
        <w:t>7:59  to intelligence ko to mannay lage hain, woh aik mind ko man</w:t>
      </w:r>
      <w:r>
        <w:br/>
      </w:r>
      <w:r>
        <w:rPr>
          <w:sz w:val="20"/>
        </w:rPr>
        <w:t>8:04  nay lage hain. aik science scientist ne kaha ke mathematical mind hai is universe ke peechay. ab aik separate gaad jo hai, jise aap mante hain, is sense mein nahi keh rahe hain woh, lekin woh mante hain ke is universe ko jo hum dekhte hain,</w:t>
      </w:r>
      <w:r>
        <w:br/>
      </w:r>
      <w:r>
        <w:rPr>
          <w:sz w:val="20"/>
        </w:rPr>
        <w:t>8:22  us ko hum explain nahi kar sakte jab tak hum yeh na manen ke is ke peechay aik intelligence hai, is ke peechay aik mind hai. yahan tak to aa chukay hain. ab hamara kaam hai ke is ko le kar ke hum aagay aik baat kahen.</w:t>
      </w:r>
      <w:r>
        <w:br/>
      </w:r>
      <w:r>
        <w:rPr>
          <w:sz w:val="20"/>
        </w:rPr>
        <w:t>8:34  to mein samajhta hoon ke masla yeh nahi hai. masla yeh hai ke usman jo hai, larne phirne ko bana diya islam. unhon ne sari dunya mein image to bana diya islam ki ke yeh to yeh to militancy sikhaata hai, yeh to region of sword hai.</w:t>
      </w:r>
      <w:r>
        <w:br/>
      </w:r>
      <w:r>
        <w:rPr>
          <w:sz w:val="20"/>
        </w:rPr>
        <w:t>8:48  is wajah se logon ko mauqa nahi hai, hamare jo baray baray mind hain, ke is opportunity ko avail karen.</w:t>
      </w:r>
      <w:r>
        <w:br/>
      </w:r>
      <w:r>
        <w:rPr>
          <w:sz w:val="20"/>
        </w:rPr>
        <w:t>8:55  yani science ne yahan tak pohancha diya insani ilm ko ke kainat explain nahi hoti agar hum is mein na manen ke is ke peechay aik intelligence hai.</w:t>
      </w:r>
      <w:r>
        <w:br/>
      </w:r>
      <w:r>
        <w:rPr>
          <w:sz w:val="20"/>
        </w:rPr>
        <w:t>9:06  yahan tak pohancha di koi science. ab sirf is ko humein yeh karna hai ke aap yeh batayen ke jo concept diya gaya hai quran mein, us ko apply karen us ke upar.</w:t>
      </w:r>
      <w:r>
        <w:br/>
      </w:r>
      <w:r>
        <w:rPr>
          <w:sz w:val="20"/>
        </w:rPr>
        <w:t>9:16  aap to logon ko fursat nahi hai militancy se, warna is moamlay mein 50 percent kaam science kar chuki hai.</w:t>
      </w:r>
      <w:r>
        <w:br/>
      </w:r>
      <w:r>
        <w:rPr>
          <w:sz w:val="20"/>
        </w:rPr>
        <w:t>9:25  baqi 50 percent kaam jo hai, wohi baqi hai. lekin kab kar payenge musalman? jab military ko chhoden, is so called jihad ko chhoden, yeh khilafati concept ko chhoden, political activities ko chhoden.</w:t>
      </w:r>
      <w:r>
        <w:br/>
      </w:r>
      <w:r>
        <w:rPr>
          <w:sz w:val="20"/>
        </w:rPr>
        <w:t>9:38  in cheezon ne musalmanon ko tabah kar rakha hai, extremist bana diya hai. extremist. this question is from a s rizvi.</w:t>
      </w:r>
      <w:r>
        <w:br/>
      </w:r>
      <w:r>
        <w:rPr>
          <w:sz w:val="20"/>
        </w:rPr>
        <w:t>9:49  sir, you have quoted an ayat from quran which says that in future through science, all things will be cleared out, and for that you gave explanation from nature conversion,</w:t>
      </w:r>
      <w:r>
        <w:br/>
      </w:r>
      <w:r>
        <w:rPr>
          <w:sz w:val="20"/>
        </w:rPr>
        <w:t>10:03  but such things were known also at the time of revelation of ayat. can you please explain the ayat in any other way?</w:t>
      </w:r>
      <w:r>
        <w:br/>
      </w:r>
      <w:r>
        <w:rPr>
          <w:sz w:val="20"/>
        </w:rPr>
        <w:t>10:13  nahi, nahi, aisa nahi hai. is waqt kisi ko hi pata nahi tha in ki baaton ka.</w:t>
      </w:r>
      <w:r>
        <w:br/>
      </w:r>
      <w:r>
        <w:rPr>
          <w:sz w:val="20"/>
        </w:rPr>
        <w:t>10:19  yeh toh aaj maloom hua hai ke saari cheezein scientific revolution ke baad known bani hain. is par hamari meri book hai poori, mazhab challenge urdu mein hai, english mein "god arises" hai, is ko parhiye aap.</w:t>
      </w:r>
      <w:r>
        <w:br/>
      </w:r>
      <w:r>
        <w:rPr>
          <w:sz w:val="20"/>
        </w:rPr>
        <w:t>10:34  yeh future mein hone wala waqea tha ke nature ke exploration se baatein logon ke liye known banengi jo ke us waqt unknown thi.</w:t>
      </w:r>
      <w:r>
        <w:br/>
      </w:r>
      <w:r>
        <w:rPr>
          <w:sz w:val="20"/>
        </w:rPr>
        <w:t>10:44  is mein kai kitabein hamari hain, is ko aap dekhiye. yeh toh yani bohat hi yani yeh proof fact hai ke yeh baatein us waqt nahi maloom thi aur ab insaan ne jana hai aur quran mein pehle se is ko bataya gaya tha ke aisa aisa hone wala hai.</w:t>
      </w:r>
    </w:p>
    <w:p>
      <w:pPr>
        <w:pStyle w:val="Heading2"/>
      </w:pPr>
      <w:r>
        <w:t>Islam as eternal principle and modern age analysis</w:t>
      </w:r>
    </w:p>
    <w:p>
      <w:r>
        <w:rPr>
          <w:color w:val="666666"/>
          <w:sz w:val="18"/>
        </w:rPr>
        <w:t>Islam and the Modern Age June 3, 2007 - Maulana Wahiduddin Khan · 6m 18s · at 2:43 · https://youtu.be/yfJx3XZr3UA?t=163</w:t>
      </w:r>
    </w:p>
    <w:p>
      <w:r>
        <w:rPr>
          <w:i/>
        </w:rPr>
        <w:t>“Islam ek eternal principle hai, just like law of nature”</w:t>
      </w:r>
    </w:p>
    <w:p>
      <w:r>
        <w:rPr>
          <w:sz w:val="20"/>
        </w:rPr>
        <w:t>2:43  islam ek eternal principle hai, just like law of nature.</w:t>
      </w:r>
      <w:r>
        <w:br/>
      </w:r>
      <w:r>
        <w:rPr>
          <w:sz w:val="20"/>
        </w:rPr>
        <w:t>2:53  aap jante hain ke law of nature jo hai wo eternal hai. zamane ke badalne se is mein koi farq nahi aata.</w:t>
      </w:r>
      <w:r>
        <w:br/>
      </w:r>
      <w:r>
        <w:rPr>
          <w:sz w:val="20"/>
        </w:rPr>
        <w:t>3:03  koi farq nahi aata. law of nature jo hai wo eternal hai. khuda ki taraf se is ko qaim kiya gaya hai.</w:t>
      </w:r>
      <w:r>
        <w:br/>
      </w:r>
      <w:r>
        <w:rPr>
          <w:sz w:val="20"/>
        </w:rPr>
        <w:t>3:14  isi tarah se islam jo hai wo bhi khuda hi ka qaim kiya hua hai. wo bhi eternal hai, isi tarah jis tarah law of nature eternal hai.</w:t>
      </w:r>
      <w:r>
        <w:br/>
      </w:r>
      <w:r>
        <w:rPr>
          <w:sz w:val="20"/>
        </w:rPr>
        <w:t>3:25  isi liye aap quran ko parhen to quran mein aap ko sirf basic principles milen ge. kisi bhi cheez ki detail nahi mile gi.</w:t>
      </w:r>
      <w:r>
        <w:br/>
      </w:r>
      <w:r>
        <w:rPr>
          <w:sz w:val="20"/>
        </w:rPr>
        <w:t>3:36  kyun ke eternal principle jo hota hai wo hamesha fundamentals ko deal karta hai. details mein nahi jata. kyun ke details jo hain wo badalte rehte hain.</w:t>
      </w:r>
      <w:r>
        <w:br/>
      </w:r>
      <w:r>
        <w:rPr>
          <w:sz w:val="20"/>
        </w:rPr>
        <w:t>3:51  jaise pani hai, pehle zamane mein pani rakha jata tha pathar ke bartan mein. phir log rakhne lage mitti ke bartan mein.</w:t>
      </w:r>
      <w:r>
        <w:br/>
      </w:r>
      <w:r>
        <w:rPr>
          <w:sz w:val="20"/>
        </w:rPr>
        <w:t>4:04  hamare bachpan ke zamane mein rakha jata tha lakri ke bartan mein. ab hum is ko rakhte hain stainless glass mein ya shishe ke glass mein.</w:t>
      </w:r>
      <w:r>
        <w:br/>
      </w:r>
      <w:r>
        <w:rPr>
          <w:sz w:val="20"/>
        </w:rPr>
        <w:t>4:15  to pani to wahi ka wahi hai, pani to nahi badla. container badalta raha.</w:t>
      </w:r>
      <w:r>
        <w:br/>
      </w:r>
      <w:r>
        <w:rPr>
          <w:sz w:val="20"/>
        </w:rPr>
        <w:t>4:23  to quran mein isi liye kisi bhi cheez ki details nahi hain. sirf fundamentals hain, aur fundamentals kabhi badalte nahi.</w:t>
      </w:r>
      <w:r>
        <w:br/>
      </w:r>
      <w:r>
        <w:rPr>
          <w:sz w:val="20"/>
        </w:rPr>
        <w:t>4:34  ab jo hai modern age. modern age kya hai. dekhen modern age mere nazdeek is ke teen aspects hain.</w:t>
      </w:r>
      <w:r>
        <w:br/>
      </w:r>
      <w:r>
        <w:rPr>
          <w:sz w:val="20"/>
        </w:rPr>
        <w:t>4:50  ek hai modern culture, ek hai modern philosophy, ek hai modern science. basically inhi teen cheezon ke se mil kar wo cheez banti hai jis ko hum kehte hain modern age.</w:t>
      </w:r>
      <w:r>
        <w:br/>
      </w:r>
      <w:r>
        <w:rPr>
          <w:sz w:val="20"/>
        </w:rPr>
        <w:t>5:10  ab aap ek ek kar ke dekhen. jahan tak main samajhta hoon,</w:t>
      </w:r>
      <w:r>
        <w:br/>
      </w:r>
      <w:r>
        <w:rPr>
          <w:sz w:val="20"/>
        </w:rPr>
        <w:t>5:18  modern culture jo hai is mein fifty fifty ka mamla hai. kuch cheezain aisi hain jo islam ke accept nahi kare ga islam jis ko.</w:t>
      </w:r>
      <w:r>
        <w:br/>
      </w:r>
      <w:r>
        <w:rPr>
          <w:sz w:val="20"/>
        </w:rPr>
        <w:t>5:31  kuch cheezain hain is ko accept kare ga. jaise aaj kal jo culture hai is mein time ki bohat importance di jati hai.</w:t>
      </w:r>
      <w:r>
        <w:br/>
      </w:r>
      <w:r>
        <w:rPr>
          <w:sz w:val="20"/>
        </w:rPr>
        <w:t>5:40  discipline ko bohat ziyada importance di jati hai. jaise Europe America mein aap jaen to wahan par aadmi</w:t>
      </w:r>
      <w:r>
        <w:br/>
      </w:r>
      <w:r>
        <w:rPr>
          <w:sz w:val="20"/>
        </w:rPr>
        <w:t>5:49  gaari chalaye ga to horn nahin bajaye ga. in ka discipline yeh hai ke shor mat karo. main aik baar New York mein aik library mein gaya.</w:t>
      </w:r>
      <w:r>
        <w:br/>
      </w:r>
      <w:r>
        <w:rPr>
          <w:sz w:val="20"/>
        </w:rPr>
        <w:t>6:03  to main ne dekha ke aik larki aai hai jo bilkul modern larki thi woh. modern larki.</w:t>
      </w:r>
      <w:r>
        <w:br/>
      </w:r>
      <w:r>
        <w:rPr>
          <w:sz w:val="20"/>
        </w:rPr>
        <w:t>6:11  hum India mein dekhte hain ke larkiyan aati hain to kursi khenchti hain itne zor se ke wahan tak awaz ho. baithen ge to dhar se baithen ge ke sab log sun len aas paas ki.</w:t>
      </w:r>
      <w:r>
        <w:br/>
      </w:r>
      <w:r>
        <w:rPr>
          <w:sz w:val="20"/>
        </w:rPr>
        <w:t>6:23  wahan main ne dekha ke woh larki aai. zara bhi awaz nahin lagi mujhe ke kursi khenchi thi ya nahin khenchi thi us ne.</w:t>
      </w:r>
      <w:r>
        <w:br/>
      </w:r>
      <w:r>
        <w:rPr>
          <w:sz w:val="20"/>
        </w:rPr>
        <w:t>6:33  bohat ahistagi se woh baith gai. is ke baad us ne kisi magazine ko, aik kitaab ko liya. to is ka jo is ka woh jo pannah paltati thi, jo is ka waraq paltati thi, itne dheere se ke zara bhi koi is mein awaz na ho.</w:t>
      </w:r>
      <w:r>
        <w:br/>
      </w:r>
      <w:r>
        <w:rPr>
          <w:sz w:val="20"/>
        </w:rPr>
        <w:t>6:52  to shor paida karne ko woh bohat bara sin samajhte hain. isi liye baat karen ge aapas mein to whisper ke roop mein karen ge.</w:t>
      </w:r>
      <w:r>
        <w:br/>
      </w:r>
      <w:r>
        <w:rPr>
          <w:sz w:val="20"/>
        </w:rPr>
        <w:t>7:02  jaise hamare haan hota hai waisa nahin karte woh log baat cheet. yeh saare developed countries mein aisa hai. to yeh bohat acha, acha, bohat achi cheez hai yeh.</w:t>
      </w:r>
      <w:r>
        <w:br/>
      </w:r>
      <w:r>
        <w:rPr>
          <w:sz w:val="20"/>
        </w:rPr>
        <w:t>7:14  Islam mein bhi is ko apnana chahiye. agarche abhi tak yeh Muslim culture, jo modern Muslim culture hai, is ka part nahin banaya yeh. lekin yeh agar banayen hum to yeh bohat acha hoga yeh.</w:t>
      </w:r>
      <w:r>
        <w:br/>
      </w:r>
      <w:r>
        <w:rPr>
          <w:sz w:val="20"/>
        </w:rPr>
        <w:t>7:28  yani self discipline, self control, doosron ke liye problem na banna. yeh hai modern culture ka bohat hi important part hai.</w:t>
      </w:r>
      <w:r>
        <w:br/>
      </w:r>
      <w:r>
        <w:rPr>
          <w:sz w:val="20"/>
        </w:rPr>
        <w:t>7:40  doosron ke liye problem na bano. jaise main ne is se pehle aap ko aik aik qissa bataya tha ke jab America jab azaad hua to aik American aadmi nikla road par to apna haath aise aise hilate hue ja raha tha to is ka haath kisi ki naak se lara.</w:t>
      </w:r>
      <w:r>
        <w:br/>
      </w:r>
      <w:r>
        <w:rPr>
          <w:sz w:val="20"/>
        </w:rPr>
        <w:t>8:06  to us aadmi ne kaha ke "What is this nonsense</w:t>
      </w:r>
      <w:r>
        <w:br/>
      </w:r>
      <w:r>
        <w:rPr>
          <w:sz w:val="20"/>
        </w:rPr>
        <w:t>8:09  ? Why you hit my nose?" us ne kaha ke "azaadi, aaj hum azaad hain. America ko azaadi mili hai to hum azaadi ke sath karen ge jo jo bhi chahen ge karen ge." to us ne bohat hi politely kaha ke "My brother,</w:t>
      </w:r>
      <w:r>
        <w:br/>
      </w:r>
      <w:r>
        <w:rPr>
          <w:sz w:val="20"/>
        </w:rPr>
        <w:t>8:31  your freedom ends where my nose begins." yeh hai modern culture. main</w:t>
      </w:r>
    </w:p>
    <w:p>
      <w:pPr>
        <w:pStyle w:val="Heading2"/>
      </w:pPr>
      <w:r>
        <w:t>Train encounter: scientist, single cell, and a Quran verse</w:t>
      </w:r>
    </w:p>
    <w:p>
      <w:r>
        <w:rPr>
          <w:color w:val="666666"/>
          <w:sz w:val="18"/>
        </w:rPr>
        <w:t>Conveying The Message of God November 27, 2022 · 4m 40s · at 33:12 · https://youtu.be/1MUWodugLKU?t=1992</w:t>
      </w:r>
    </w:p>
    <w:p>
      <w:r>
        <w:rPr>
          <w:i/>
        </w:rPr>
        <w:t>“That time I took the train instead of the road”</w:t>
      </w:r>
    </w:p>
    <w:p>
      <w:r>
        <w:rPr>
          <w:sz w:val="20"/>
        </w:rPr>
        <w:t>33:12  so normally i used to come by by road but that time i took train. ji. because i think there was some program on saturday and i came one day earlier. so ek train chalti hai shatabdi roorkee dehradun to mumbai, dehradun to delhi. to morning shetabdi maine pakdi aur i was in probably executive class.</w:t>
      </w:r>
      <w:r>
        <w:br/>
      </w:r>
      <w:r>
        <w:rPr>
          <w:sz w:val="20"/>
        </w:rPr>
        <w:t>33:37  to mere baaju mein jo hai ek bahut hi jo hai well suited aadmi aakar baithe. to from his appearance i could guess ke he is a very educated qualified person. to maine unse introduce kiya apne aap ko aur tumhari mein pata chala ke he was actually research scholar ji. doing research in germany. ji.</w:t>
      </w:r>
      <w:r>
        <w:br/>
      </w:r>
      <w:r>
        <w:rPr>
          <w:sz w:val="20"/>
        </w:rPr>
        <w:t>34:02  actually from kerala and he came to IIT roorkee to deliver a guest lecture. so now he is going back. ji. to i just curiously asked ke what is your topic of research? so then he told i'm doing research on sale. mhmm. then i then i i was more curious ke doctors go for md, ms, doctors. doing research is something very, like, first time i was introduced to this kind of thing. mhmm.</w:t>
      </w:r>
      <w:r>
        <w:br/>
      </w:r>
      <w:r>
        <w:rPr>
          <w:sz w:val="20"/>
        </w:rPr>
        <w:t>34:30  so then it will know there are research institute in germany and they're the one of the best institute in the world. so i'm doing research on cell and that cell works in a, like, our this respiratory system. mhmm. so then it conversation went on. so he told i am basically a syrian catholic, but i don't believe in god. i'm agnostic. so all those thing.</w:t>
      </w:r>
      <w:r>
        <w:br/>
      </w:r>
      <w:r>
        <w:rPr>
          <w:sz w:val="20"/>
        </w:rPr>
        <w:t>34:57  so then during this discussion i told ke then what do you do in the cell? how do you find a live cell? so then he introduced me ke main kaise karta hoon there is big screen, we project a cell of a fly or mosquito which is very basic cell is very near to human cell so then we can correlate. ji. so then he keep on explaining ke how we do research.</w:t>
      </w:r>
      <w:r>
        <w:br/>
      </w:r>
      <w:r>
        <w:rPr>
          <w:sz w:val="20"/>
        </w:rPr>
        <w:t>35:26  then i introduce myself also ke i am working in a glass company and this and this. so then he told finally ke one cell, even a single cell, your best industry. unhone word use kiya ke qyamat tak. bola ke qyamat tak ki aapki jo sabse advance industry hogi na. ji. woh cell ke ek hisse ko bhi nahi pahunch paayegi. ji.</w:t>
      </w:r>
      <w:r>
        <w:br/>
      </w:r>
      <w:r>
        <w:rPr>
          <w:sz w:val="20"/>
        </w:rPr>
        <w:t>35:52  so this was something cell kya it's not, it's not tissue, it's not organ, it's only cell. cell. aur uske ek part ko bhi nahi pahunch paayegi. not today's google. ji. the most innovative which you can build up to qyamat. he told like this. zabardast. ji. then i told ke main aapko ek quran ki ek ayat bataoon? maine unko puchha.</w:t>
      </w:r>
      <w:r>
        <w:br/>
      </w:r>
      <w:r>
        <w:rPr>
          <w:sz w:val="20"/>
        </w:rPr>
        <w:t>36:20  to then, yes, then i told him ke quran mein aisi dawahite hain, lekin main ek aapko yaad batata hoon ke yeh quran mein hai ke agar saare samundar roshnai ban jayein aur apni samundar aur mila lo aur saare dard qalam ban jayein aur tum agar god ki glory likho to bhi khatm nahi hogi. to aap jo bata rahe hain woh god ki glory ka ek chhota sa hissa hai jo aap bata rahe hain. ji.</w:t>
      </w:r>
      <w:r>
        <w:br/>
      </w:r>
      <w:r>
        <w:rPr>
          <w:sz w:val="20"/>
        </w:rPr>
        <w:t>36:49  to quran ke mein jab yeh baat aayi hai to yeh to koi insaan keh nahi sakta. ji. itna knowledge ki baat, itni depth ki baat. to bahut mutasir ho gaye woh.</w:t>
      </w:r>
      <w:r>
        <w:br/>
      </w:r>
      <w:r>
        <w:rPr>
          <w:sz w:val="20"/>
        </w:rPr>
        <w:t>37:01  halanki usse pehle woh bol rahe the ki main agnostic hoon ji. toh yeh ek waqya tha jo main isko bahut hi vividly matlab main ji.</w:t>
      </w:r>
      <w:r>
        <w:br/>
      </w:r>
      <w:r>
        <w:rPr>
          <w:sz w:val="20"/>
        </w:rPr>
        <w:t>37:27  yaad hai aaj tak aur mujhe iske details tak yaad hai ki maine kis tarike se unhone baat ki thi. Even he shared his like detail of his labs and all those. ji ji ji. balki meboob bhai ne abhi likha hai ki I give shahada sajid dhanwar sahib is one of the strongest member of CPSA international who trained, who got trained directly under Maulana Wahiduddin Khan sahib. Mehalla reward him immensely.</w:t>
      </w:r>
      <w:r>
        <w:br/>
      </w:r>
      <w:r>
        <w:rPr>
          <w:sz w:val="20"/>
        </w:rPr>
        <w:t>37:52  Mohammad Asif sahab ne likha hai interact yeh Kanpur se hain.</w:t>
      </w:r>
    </w:p>
    <w:p>
      <w:pPr>
        <w:pStyle w:val="Heading2"/>
      </w:pPr>
      <w:r>
        <w:t>Prophet's success due to positive thinking</w:t>
      </w:r>
    </w:p>
    <w:p>
      <w:r>
        <w:rPr>
          <w:color w:val="666666"/>
          <w:sz w:val="18"/>
        </w:rPr>
        <w:t>Islam In The Light Of Its Scriptures I 22nd Feb. 07 · 3m 28s · at 1:03:45 · https://youtu.be/SCXsWiy6ikI?t=3825</w:t>
      </w:r>
    </w:p>
    <w:p>
      <w:r>
        <w:rPr>
          <w:i/>
        </w:rPr>
        <w:t>“Muhammad was supremely successful man in history.”</w:t>
      </w:r>
    </w:p>
    <w:p>
      <w:r>
        <w:rPr>
          <w:sz w:val="20"/>
        </w:rPr>
        <w:t>1:03:45  So, positive thinking is the key to all success! The hijri example of the prophet! gave us a very important lesson! You know! An American scholar! His name was Doctor Michael Hart! He published a book! The Hundred!</w:t>
      </w:r>
      <w:r>
        <w:br/>
      </w:r>
      <w:r>
        <w:rPr>
          <w:sz w:val="20"/>
        </w:rPr>
        <w:t>1:04:15  in this book! he listed hundred great men of history! but he put prophet of islam of the top! he says in this book! that Muhammad was supremely successful man in history! Muhammad was the supremely successful man in history!</w:t>
      </w:r>
      <w:r>
        <w:br/>
      </w:r>
      <w:r>
        <w:rPr>
          <w:sz w:val="20"/>
        </w:rPr>
        <w:t>1:04:45  He failed to give the real reason!</w:t>
      </w:r>
      <w:r>
        <w:br/>
      </w:r>
      <w:r>
        <w:rPr>
          <w:sz w:val="20"/>
        </w:rPr>
        <w:t>1:04:48  Why he was so successful!</w:t>
      </w:r>
      <w:r>
        <w:br/>
      </w:r>
      <w:r>
        <w:rPr>
          <w:sz w:val="20"/>
        </w:rPr>
        <w:t>1:04:51  Why Muhammad was supremely successful man in history! Why!</w:t>
      </w:r>
      <w:r>
        <w:br/>
      </w:r>
      <w:r>
        <w:rPr>
          <w:sz w:val="20"/>
        </w:rPr>
        <w:t>1:04:54  He failed to give this!</w:t>
      </w:r>
      <w:r>
        <w:br/>
      </w:r>
      <w:r>
        <w:rPr>
          <w:sz w:val="20"/>
        </w:rPr>
        <w:t>1:04:57  Give the answer to this question!</w:t>
      </w:r>
      <w:r>
        <w:br/>
      </w:r>
      <w:r>
        <w:rPr>
          <w:sz w:val="20"/>
        </w:rPr>
        <w:t>1:05:00  According to my study!</w:t>
      </w:r>
      <w:r>
        <w:br/>
      </w:r>
      <w:r>
        <w:rPr>
          <w:sz w:val="20"/>
        </w:rPr>
        <w:t>1:05:03  I can say that!</w:t>
      </w:r>
      <w:r>
        <w:br/>
      </w:r>
      <w:r>
        <w:rPr>
          <w:sz w:val="20"/>
        </w:rPr>
        <w:t>1:05:06  The reason was that!</w:t>
      </w:r>
      <w:r>
        <w:br/>
      </w:r>
      <w:r>
        <w:rPr>
          <w:sz w:val="20"/>
        </w:rPr>
        <w:t>1:05:09  Muhammad was supremely!</w:t>
      </w:r>
      <w:r>
        <w:br/>
      </w:r>
      <w:r>
        <w:rPr>
          <w:sz w:val="20"/>
        </w:rPr>
        <w:t>1:05:12  Muhammad was the greatest positive thinker!</w:t>
      </w:r>
      <w:r>
        <w:br/>
      </w:r>
      <w:r>
        <w:rPr>
          <w:sz w:val="20"/>
        </w:rPr>
        <w:t>1:05:16  greatest positive thinker!</w:t>
      </w:r>
      <w:r>
        <w:br/>
      </w:r>
      <w:r>
        <w:rPr>
          <w:sz w:val="20"/>
        </w:rPr>
        <w:t>1:05:19  So, Quran says about the Prophet of Islam!</w:t>
      </w:r>
      <w:r>
        <w:br/>
      </w:r>
      <w:r>
        <w:rPr>
          <w:sz w:val="20"/>
        </w:rPr>
        <w:t>1:05:22  Fi Rasool Allah! Hasan!</w:t>
      </w:r>
      <w:r>
        <w:br/>
      </w:r>
      <w:r>
        <w:rPr>
          <w:sz w:val="20"/>
        </w:rPr>
        <w:t>1:05:26  in the Prophet of Islam!</w:t>
      </w:r>
      <w:r>
        <w:br/>
      </w:r>
      <w:r>
        <w:rPr>
          <w:sz w:val="20"/>
        </w:rPr>
        <w:t>1:05:29  There is a very good example for you!</w:t>
      </w:r>
      <w:r>
        <w:br/>
      </w:r>
      <w:r>
        <w:rPr>
          <w:sz w:val="20"/>
        </w:rPr>
        <w:t>1:05:33  This verse addressed to all mankind!</w:t>
      </w:r>
      <w:r>
        <w:br/>
      </w:r>
      <w:r>
        <w:rPr>
          <w:sz w:val="20"/>
        </w:rPr>
        <w:t>1:05:36  Not simply to Muslims! No!</w:t>
      </w:r>
      <w:r>
        <w:br/>
      </w:r>
      <w:r>
        <w:rPr>
          <w:sz w:val="20"/>
        </w:rPr>
        <w:t>1:05:40  All mankind!</w:t>
      </w:r>
      <w:r>
        <w:br/>
      </w:r>
      <w:r>
        <w:rPr>
          <w:sz w:val="20"/>
        </w:rPr>
        <w:t>1:05:43  This verse says that!</w:t>
      </w:r>
      <w:r>
        <w:br/>
      </w:r>
      <w:r>
        <w:rPr>
          <w:sz w:val="20"/>
        </w:rPr>
        <w:t>1:05:47  Prophet of Islam is great! Prophet of Islam is good example! In the sense that! He gave you the formula of supreme success! He gave you formula of super achievement! And that formula is based on positivity!</w:t>
      </w:r>
      <w:r>
        <w:br/>
      </w:r>
      <w:r>
        <w:rPr>
          <w:sz w:val="20"/>
        </w:rPr>
        <w:t>1:06:16  and make yourself positive thinker! and you will be the greatest achiever! and positive thinking means! removing all those negative thoughts from your heart! although in society! although in this world!</w:t>
      </w:r>
      <w:r>
        <w:br/>
      </w:r>
      <w:r>
        <w:rPr>
          <w:sz w:val="20"/>
        </w:rPr>
        <w:t>1:06:45  you will experience different kind of negative things! but you have to save yourself from negative feelings! you have to live as a positive thinker! in complete sense of the word! this is the formula of supreme success! this is the formula of supreme achievement!</w:t>
      </w:r>
      <w:r>
        <w:br/>
      </w:r>
      <w:r>
        <w:rPr>
          <w:sz w:val="20"/>
        </w:rPr>
        <w:t>1:07:13  then there is also a very important example in the prophet of Islam! That is love! Love to all! Love to all is the greatest example in the prophet of Islam! Here I would like to narrate a story of the prophet of Islam!</w:t>
      </w:r>
    </w:p>
    <w:p>
      <w:pPr>
        <w:pStyle w:val="Heading2"/>
      </w:pPr>
      <w:r>
        <w:t>meaning of qital al-fitna in the Qur'an</w:t>
      </w:r>
    </w:p>
    <w:p>
      <w:r>
        <w:rPr>
          <w:color w:val="666666"/>
          <w:sz w:val="18"/>
        </w:rPr>
        <w:t>Islam The Creator of the Modern Age October 17, 2021 Prof. Farida Khanam · 3m 36s · at 32:21 · https://youtu.be/tMr3Dz35onU?t=1941</w:t>
      </w:r>
    </w:p>
    <w:p>
      <w:r>
        <w:rPr>
          <w:i/>
        </w:rPr>
        <w:t>“What does 'fighting against fitna' in the Qur'an actually mean?”</w:t>
      </w:r>
    </w:p>
    <w:p>
      <w:r>
        <w:rPr>
          <w:sz w:val="20"/>
        </w:rPr>
        <w:t>32:21  wo sawal yeh hai ke qital fitna kya hai? quran ki ayat jo hai "wa qatiloo hatta la takuna fitna wa yakoon ad deeno kulluhu lillah" al anfal 39 ke qital fitna kya hai?</w:t>
      </w:r>
      <w:r>
        <w:br/>
      </w:r>
      <w:r>
        <w:rPr>
          <w:sz w:val="20"/>
        </w:rPr>
        <w:t>32:34  aur israr umri sahib ka sawal hai "religious persecution ko kis ne khatam kiya?"</w:t>
      </w:r>
      <w:r>
        <w:br/>
      </w:r>
      <w:r>
        <w:rPr>
          <w:sz w:val="20"/>
        </w:rPr>
        <w:t>32:43  asal mein qital fitna jo hai woh refer karta hai religious persecution ko. to religious persecution ki wajah se duniya mein koi taraqqi nahi ho rahi thi, aur yeh bilkul creation plan hi ke khilaf tha.</w:t>
      </w:r>
      <w:r>
        <w:br/>
      </w:r>
      <w:r>
        <w:rPr>
          <w:sz w:val="20"/>
        </w:rPr>
        <w:t>33:01  kyun ke allah taala ne yeh duniya is liye banayi hai ke yahan insaan ko mukammal azadi ki halat mein rakha jaye, aur phir dekha jaye ke kaun sachai ka rasta willingly ikhtiyar karta hai, kaun nahi ikhtiyar karta hai.</w:t>
      </w:r>
      <w:r>
        <w:br/>
      </w:r>
      <w:r>
        <w:rPr>
          <w:sz w:val="20"/>
        </w:rPr>
        <w:t>33:17  lekin jab religious persecution ka zamana aaya to logon ko mauqa hi nahi diya gaya un ko ke sachai ko ikhtiyar karein.</w:t>
      </w:r>
      <w:r>
        <w:br/>
      </w:r>
      <w:r>
        <w:rPr>
          <w:sz w:val="20"/>
        </w:rPr>
        <w:t>33:26  to zabardasti jo deen state religion tha, bas usi ko par woh chal sakte thay. agar woh koi bhi doosra deen ikhtiyar karte to un ko sakht sazaein di jati hain.</w:t>
      </w:r>
      <w:r>
        <w:br/>
      </w:r>
      <w:r>
        <w:rPr>
          <w:sz w:val="20"/>
        </w:rPr>
        <w:t>33:37  to yeh allah taala ko bohat ziyada napasand tha. is ki wajah se kuch jangain huin, aur jo empires theen, asal mein wohi pillars thay jo religious persecution, jo unhein jo roman empire aur sassanid empire, un ki wajah se yeh log apni poori taqat is mein lagaye hue thay ke koi bhi nayi cheez na aane paye.</w:t>
      </w:r>
      <w:r>
        <w:br/>
      </w:r>
      <w:r>
        <w:rPr>
          <w:sz w:val="20"/>
        </w:rPr>
        <w:t>34:01  to na sirf yeh ke religious persecution balkeh koi bhi taraqqi nahi hoti thi, woh kuch karne hi nahi dete thay kaam. to is ko khatam karna tha.</w:t>
      </w:r>
      <w:r>
        <w:br/>
      </w:r>
      <w:r>
        <w:rPr>
          <w:sz w:val="20"/>
        </w:rPr>
        <w:t>34:11  wo empire khatam ho gayi to jang bhi khatam ho gayi. to aik baar aisa hua ke wahan chunchke islam aik tribal age mein aaya hai, to tribal age ki wajah se kya hai ke in logon ko adat hi thi jang karne ki.</w:t>
      </w:r>
      <w:r>
        <w:br/>
      </w:r>
      <w:r>
        <w:rPr>
          <w:sz w:val="20"/>
        </w:rPr>
        <w:t>34:29  zara zara si baat mein jang karte thay. to hazrat ali ke zamane mein jang hui, hazrat usman ke zamane mein fitna hua, hazrat abubakar ke zamane mein fitna hua.</w:t>
      </w:r>
      <w:r>
        <w:br/>
      </w:r>
      <w:r>
        <w:rPr>
          <w:sz w:val="20"/>
        </w:rPr>
        <w:t>34:40  un ko wahi adat thi, tribes aapas mein ladte rehte thay. rasoolullah sallallahu alaihi wasallam ne sab ko ittehad mein jod diya tha, lekin un ke jane ke baad phir wahi sab masail pesh aaye.</w:t>
      </w:r>
      <w:r>
        <w:br/>
      </w:r>
      <w:r>
        <w:rPr>
          <w:sz w:val="20"/>
        </w:rPr>
        <w:t>34:52  to hazrat abubakar ne bohat hi kamyabi ke sath is ko irtidad jo hua tha, woh khatam kiya. hazrat umar ke zamane mein kafi sukoon raha, lekin phir wahi ho gaya hazrat ali ke zamane mein, hazrat usman ke zamane mein.</w:t>
      </w:r>
      <w:r>
        <w:br/>
      </w:r>
      <w:r>
        <w:rPr>
          <w:sz w:val="20"/>
        </w:rPr>
        <w:t>35:08  to hazrat ali ke zamane mein aise hi ho raha tha, sab log fasadi jama ho gaye thay, aur jang ho rahi thi aapas mein, fitna fasad.</w:t>
      </w:r>
      <w:r>
        <w:br/>
      </w:r>
      <w:r>
        <w:rPr>
          <w:sz w:val="20"/>
        </w:rPr>
        <w:t>35:18  to woh log har aik ko chahte thay ke side lein hamara. to woh log abdullah ibn umar ke paas aaye. to woh abdullah ibn umar ke aap hamare sath kyun nahi dete?</w:t>
      </w:r>
      <w:r>
        <w:br/>
      </w:r>
      <w:r>
        <w:rPr>
          <w:sz w:val="20"/>
        </w:rPr>
        <w:t>35:30  abdullah ibn umar ne kaha aur kaha ke fitne ka zamana hai, aap hamara sath dijiye fitne ko khatam karne ke liye. to abdullah ibn umar ne kaha hum ne fitna khatam kar diya, qad fa'alna, aur tum fitne ko dobara zinda kar rahe ho.</w:t>
      </w:r>
      <w:r>
        <w:br/>
      </w:r>
      <w:r>
        <w:rPr>
          <w:sz w:val="20"/>
        </w:rPr>
        <w:t>35:45  to jo fitna tha, woh nahi tha jo strife hoti hai, political strife, woh fitna nahi tha, balkeh religious persecution fitna tha, aur woh khatam ho gaya hazrat umar ke zamane mein.</w:t>
      </w:r>
    </w:p>
    <w:p>
      <w:pPr>
        <w:pStyle w:val="Heading2"/>
      </w:pPr>
      <w:r>
        <w:t>Why he wrote 'Peace is the Greatest Good' against the sword mindset</w:t>
      </w:r>
    </w:p>
    <w:p>
      <w:r>
        <w:rPr>
          <w:color w:val="666666"/>
          <w:sz w:val="18"/>
        </w:rPr>
        <w:t>Spirit of Ramadan June 14, 2015 · 5m 18s · at 24:08 · https://youtu.be/mKQdhE2rhdQ?t=1448</w:t>
      </w:r>
    </w:p>
    <w:p>
      <w:r>
        <w:rPr>
          <w:i/>
        </w:rPr>
        <w:t>“Akhbaron mein khabrein aati hain terrorism ki, violence ki”</w:t>
      </w:r>
    </w:p>
    <w:p>
      <w:r>
        <w:rPr>
          <w:sz w:val="20"/>
        </w:rPr>
        <w:t>24:08  saal bhar ke liye dawat ki planning. main allah ke fazal se khud isi pe qaim hoon jo</w:t>
      </w:r>
      <w:r>
        <w:br/>
      </w:r>
      <w:r>
        <w:rPr>
          <w:sz w:val="20"/>
        </w:rPr>
        <w:t>24:18  akhbaron mein khabren ati hain, ati hain terrorism ki, violence ki, islam ke naam par tashaddud ki. aap jantay hain, baqayda media mein aata rehta hai, us ko yeh log jihad kehtay hain.</w:t>
      </w:r>
      <w:r>
        <w:br/>
      </w:r>
      <w:r>
        <w:rPr>
          <w:sz w:val="20"/>
        </w:rPr>
        <w:t>24:32  to mein bohat dinon se soch raha tha ke is par kuch bohat hi ek mo'asir kitaab likhi jaye.</w:t>
      </w:r>
      <w:r>
        <w:br/>
      </w:r>
      <w:r>
        <w:rPr>
          <w:sz w:val="20"/>
        </w:rPr>
        <w:t>24:42  bohat parha, bohat parha, bohat parha mein ne.</w:t>
      </w:r>
      <w:r>
        <w:br/>
      </w:r>
      <w:r>
        <w:rPr>
          <w:sz w:val="20"/>
        </w:rPr>
        <w:t>24:45  to mere mutale'ay mein koi kitaab aisi nahi mili jis ko mein is ka tarjuma kar doon ya is ko chhaap ke phailaon. to mein ne khud ek kitaab likhi.</w:t>
      </w:r>
      <w:r>
        <w:br/>
      </w:r>
      <w:r>
        <w:rPr>
          <w:sz w:val="20"/>
        </w:rPr>
        <w:t>24:55  Allah ke fazl se woh kal hi is kitaab ka aakhri chapter tayyar hua hai. is kitaab ke 51 chapters hain</w:t>
      </w:r>
      <w:r>
        <w:br/>
      </w:r>
      <w:r>
        <w:rPr>
          <w:sz w:val="20"/>
        </w:rPr>
        <w:t>25:05  , 51, 50, ek 51, aur is mein is ka naam hai, is ka naam hai "Peace Dasum Bonum".</w:t>
      </w:r>
      <w:r>
        <w:br/>
      </w:r>
      <w:r>
        <w:rPr>
          <w:sz w:val="20"/>
        </w:rPr>
        <w:t>25:18  abhi woh English mein hai, woh inshallah is ke baad Arabi mein aur Urdu mein chhaapi jaye gi. "Peace Dasum Bonum".</w:t>
      </w:r>
      <w:r>
        <w:br/>
      </w:r>
      <w:r>
        <w:rPr>
          <w:sz w:val="20"/>
        </w:rPr>
        <w:t>25:26  to is is is waqt jo meri planning thi, woh mukammal hui hai kal.</w:t>
      </w:r>
      <w:r>
        <w:br/>
      </w:r>
      <w:r>
        <w:rPr>
          <w:sz w:val="20"/>
        </w:rPr>
        <w:t>25:31  "Peace Dasum Bonum" yaani peace sab se bara khair hai. "Sum Bonum" ka matlab hota hai "Greatest Good" ke peace sab se bara good hai, sab se bara khair hai.</w:t>
      </w:r>
      <w:r>
        <w:br/>
      </w:r>
      <w:r>
        <w:rPr>
          <w:sz w:val="20"/>
        </w:rPr>
        <w:t>25:45  to is mein mein ne mukhtalif pehluon se 51 chapters mein is baat ko wazeh kiya hai ke peace kitni bari cheez hai.</w:t>
      </w:r>
      <w:r>
        <w:br/>
      </w:r>
      <w:r>
        <w:rPr>
          <w:sz w:val="20"/>
        </w:rPr>
        <w:t>25:55  aur mein dekhen, Quran ki jo ayat hai "Al-Salatu Khair", is ka matlab yahi hai ke sulah khair hai. sulah kiya hai?</w:t>
      </w:r>
      <w:r>
        <w:br/>
      </w:r>
      <w:r>
        <w:rPr>
          <w:sz w:val="20"/>
        </w:rPr>
        <w:t>26:04  sulah ka ma'ana hai peace. to khair ke baray mein, khair baray mein "Sum Bonum" "Greatest Good". to "Peace is the Greatest Good" yeh Quran ka concept hai.</w:t>
      </w:r>
      <w:r>
        <w:br/>
      </w:r>
      <w:r>
        <w:rPr>
          <w:sz w:val="20"/>
        </w:rPr>
        <w:t>26:15  "Al-Salatu Khair" "Peace is the Greatest Good" "Peace is the Sum Bonum". to mein is is is kitaab ka jo title mein ne rakha hai, woh sach poochte hain, Quranic title hai.</w:t>
      </w:r>
      <w:r>
        <w:br/>
      </w:r>
      <w:r>
        <w:rPr>
          <w:sz w:val="20"/>
        </w:rPr>
        <w:t>26:28  yaani is ko Arabi mein kahein to is ka hoga "Al-Salatu Khair", English mein kahein to woh kahe ga "Peace is the Sum Bonum".</w:t>
      </w:r>
      <w:r>
        <w:br/>
      </w:r>
      <w:r>
        <w:rPr>
          <w:sz w:val="20"/>
        </w:rPr>
        <w:t>26:41  to yeh is ko mein kahoon ga ke yeh planning hai, is ka naam hai ke mein ne dekha ke logon ko hataana hai tashaddud se. log tashaddud ko bari cheez samajhte hain, sab se bari cheez, kyunke qadeem zamanay se riwayat chali aa rahi hai ke sab se bari cheez shamshir ki taqat hai.</w:t>
      </w:r>
      <w:r>
        <w:br/>
      </w:r>
      <w:r>
        <w:rPr>
          <w:sz w:val="20"/>
        </w:rPr>
        <w:t>27:05  "Har ke shamshir zanat sikka bana mush khan"</w:t>
      </w:r>
      <w:r>
        <w:br/>
      </w:r>
      <w:r>
        <w:rPr>
          <w:sz w:val="20"/>
        </w:rPr>
        <w:t>27:09  . yeh Farsi ki line hai "Har ke shamshir zanat sikka bana mush khan". jo talwar ki taqat jis ke paas ho gi, hoti hai, usi ka dabdaba qaim hota hai.</w:t>
      </w:r>
      <w:r>
        <w:br/>
      </w:r>
      <w:r>
        <w:rPr>
          <w:sz w:val="20"/>
        </w:rPr>
        <w:t>27:19  yeh purani baat hai, yeh purani baat hai. ab talwar ki taqat kuch nahi rahi. abhi dekhen, ek article aaya hai, ek ek news aayi hai, Hindu paper mein aap parh sakte hain, is ko</w:t>
      </w:r>
      <w:r>
        <w:br/>
      </w:r>
      <w:r>
        <w:rPr>
          <w:sz w:val="20"/>
        </w:rPr>
        <w:t>27:35  is mein bataya hai ke un ka bayan chhaapa hai, woh Barack Obama ka, jo president hain America ke, jo super power maana jata hai,</w:t>
      </w:r>
      <w:r>
        <w:br/>
      </w:r>
      <w:r>
        <w:rPr>
          <w:sz w:val="20"/>
        </w:rPr>
        <w:t>27:49  ke hum ne jo doosre, doosre hamare jo allies hain, jo hamare saathi mulk hain, un ki madad se hum ne mil kar ke jo iqdamaat kiya, to woh iqdamaat yaani effective nahi hua.</w:t>
      </w:r>
      <w:r>
        <w:br/>
      </w:r>
      <w:r>
        <w:rPr>
          <w:sz w:val="20"/>
        </w:rPr>
        <w:t>28:07  na Saddam ke khilaaf effective hua, na abhi jo ISIS jo hai, is ke khilaaf kar rahe hain, woh bhi effective nahi hai. to is se ziyada taqat kaun istemal kar sakta hai?</w:t>
      </w:r>
      <w:r>
        <w:br/>
      </w:r>
      <w:r>
        <w:rPr>
          <w:sz w:val="20"/>
        </w:rPr>
        <w:t>28:19  woh to super power hai, aur sirf akele nahi, balkeh tamam allies ke sath wahan iqdamaat kar rahe hain. woh to Barack Obama ne khud yeh maana hai ke hamara iqdamaat jo hai, effective nahi ho raha hai.</w:t>
      </w:r>
      <w:r>
        <w:br/>
      </w:r>
      <w:r>
        <w:rPr>
          <w:sz w:val="20"/>
        </w:rPr>
        <w:t>28:35  to is kitaab mein mein ne yeh dikhaya hai ke Musalmanon ko is se hataana hai, hataane ki koshish ki hai ke mazi ki qadeem chala hua jo soch hai ke sab se bari taqat talwar hai, woh zamana khatam ho gaya.</w:t>
      </w:r>
      <w:r>
        <w:br/>
      </w:r>
      <w:r>
        <w:rPr>
          <w:sz w:val="20"/>
        </w:rPr>
        <w:t>28:49  yeh purane zamanay ki baat thi. "Har ke shamshir zart sikka bana mush khanand" ka zamana kh</w:t>
      </w:r>
      <w:r>
        <w:br/>
      </w:r>
      <w:r>
        <w:rPr>
          <w:sz w:val="20"/>
        </w:rPr>
        <w:t>28:56  tam ho gaya. ab to jis ke paas science hoti hai, jis ke paas technology hoti hai, jis ke paas industry hoti hai, jis ke paas modern education hoti hai, woh is ka is ka dabdaba qaim hota hai.</w:t>
      </w:r>
      <w:r>
        <w:br/>
      </w:r>
      <w:r>
        <w:rPr>
          <w:sz w:val="20"/>
        </w:rPr>
        <w:t>29:06  dunya mein is tarah mein ne chaha ke un ka zehn tashaddud se hate aur pur aman da'awat ki taraf, pur aman da'awat ko ziyada bari baat samjhein aur pur aman da'awat ka koi ikhtiyar karein.</w:t>
      </w:r>
    </w:p>
    <w:p>
      <w:pPr>
        <w:pStyle w:val="Heading2"/>
      </w:pPr>
      <w:r>
        <w:t>1948 origins: Balfour Commission and the partition verdict</w:t>
      </w:r>
    </w:p>
    <w:p>
      <w:r>
        <w:rPr>
          <w:color w:val="666666"/>
          <w:sz w:val="18"/>
        </w:rPr>
        <w:t>Muslims In the Modern Age (Israil-Palestain Issue) Jan 18, 2009 · 5m 43s · at 13:54 · https://youtu.be/3hJE65YKtU4?t=834</w:t>
      </w:r>
    </w:p>
    <w:p>
      <w:r>
        <w:rPr>
          <w:i/>
        </w:rPr>
        <w:t>“I said this history begins from 1948.”</w:t>
      </w:r>
    </w:p>
    <w:p>
      <w:r>
        <w:rPr>
          <w:sz w:val="20"/>
        </w:rPr>
        <w:t>13:54  i said that this history begins from 1948.</w:t>
      </w:r>
      <w:r>
        <w:br/>
      </w:r>
      <w:r>
        <w:rPr>
          <w:sz w:val="20"/>
        </w:rPr>
        <w:t>14:03  the history of conflict between arab and israel begins from 1948.</w:t>
      </w:r>
      <w:r>
        <w:br/>
      </w:r>
      <w:r>
        <w:rPr>
          <w:sz w:val="20"/>
        </w:rPr>
        <w:t>14:12  what happened at that time?</w:t>
      </w:r>
      <w:r>
        <w:br/>
      </w:r>
      <w:r>
        <w:rPr>
          <w:sz w:val="20"/>
        </w:rPr>
        <w:t>14:15  you know, at that time,</w:t>
      </w:r>
      <w:r>
        <w:br/>
      </w:r>
      <w:r>
        <w:rPr>
          <w:sz w:val="20"/>
        </w:rPr>
        <w:t>14:20  britishs were enjoy the world power, the states of world power. at that time, their was british empire.</w:t>
      </w:r>
      <w:r>
        <w:br/>
      </w:r>
      <w:r>
        <w:rPr>
          <w:sz w:val="20"/>
        </w:rPr>
        <w:t>14:33  britishs were the superpower of that time.</w:t>
      </w:r>
      <w:r>
        <w:br/>
      </w:r>
      <w:r>
        <w:rPr>
          <w:sz w:val="20"/>
        </w:rPr>
        <w:t>14:39  they appointed a commission under the lord bal four leadership.</w:t>
      </w:r>
      <w:r>
        <w:br/>
      </w:r>
      <w:r>
        <w:rPr>
          <w:sz w:val="20"/>
        </w:rPr>
        <w:t>14:49  the problem was that jewish community living in diaspora was demanding to return that, for return to their, to their homeland.</w:t>
      </w:r>
      <w:r>
        <w:br/>
      </w:r>
      <w:r>
        <w:rPr>
          <w:sz w:val="20"/>
        </w:rPr>
        <w:t>15:07  under the zionism, their was a movement called zionism, return to zion. zion is a the name of a mountain in jerusalem.</w:t>
      </w:r>
      <w:r>
        <w:br/>
      </w:r>
      <w:r>
        <w:rPr>
          <w:sz w:val="20"/>
        </w:rPr>
        <w:t>15:19  so under this movement, zionism, they wanted to have a mandate to go to return to their homeland.</w:t>
      </w:r>
      <w:r>
        <w:br/>
      </w:r>
      <w:r>
        <w:rPr>
          <w:sz w:val="20"/>
        </w:rPr>
        <w:t>15:32  to after a persisting demand, after long persisting demand, british empire of that time appointed a commission under the lord bal ford heads leadership</w:t>
      </w:r>
      <w:r>
        <w:br/>
      </w:r>
      <w:r>
        <w:rPr>
          <w:sz w:val="20"/>
        </w:rPr>
        <w:t>15:48  . so this commission inquired the matter, and after a, after, after survey of all those problems,</w:t>
      </w:r>
      <w:r>
        <w:br/>
      </w:r>
      <w:r>
        <w:rPr>
          <w:sz w:val="20"/>
        </w:rPr>
        <w:t>16:04  they gave a verdict</w:t>
      </w:r>
      <w:r>
        <w:br/>
      </w:r>
      <w:r>
        <w:rPr>
          <w:sz w:val="20"/>
        </w:rPr>
        <w:t>16:07  . under this verdict,</w:t>
      </w:r>
      <w:r>
        <w:br/>
      </w:r>
      <w:r>
        <w:rPr>
          <w:sz w:val="20"/>
        </w:rPr>
        <w:t>16:12  palestine was partition. the old palestine was partition. roughly, they gave half of the palestine to israel,</w:t>
      </w:r>
      <w:r>
        <w:br/>
      </w:r>
      <w:r>
        <w:rPr>
          <w:sz w:val="20"/>
        </w:rPr>
        <w:t>16:25  end half of the Palestine to Arabs.</w:t>
      </w:r>
      <w:r>
        <w:br/>
      </w:r>
      <w:r>
        <w:rPr>
          <w:sz w:val="20"/>
        </w:rPr>
        <w:t>16:32  I think this was quite just verdict, just decision.</w:t>
      </w:r>
      <w:r>
        <w:br/>
      </w:r>
      <w:r>
        <w:rPr>
          <w:sz w:val="20"/>
        </w:rPr>
        <w:t>16:38  There was no wrong with this decision. Why?</w:t>
      </w:r>
      <w:r>
        <w:br/>
      </w:r>
      <w:r>
        <w:rPr>
          <w:sz w:val="20"/>
        </w:rPr>
        <w:t>16:44  You know,</w:t>
      </w:r>
      <w:r>
        <w:br/>
      </w:r>
      <w:r>
        <w:rPr>
          <w:sz w:val="20"/>
        </w:rPr>
        <w:t>16:48  Jewish people believe in Bible, and Muslims believe in the Quran. And in this matter, Bible and Quran both are common.</w:t>
      </w:r>
      <w:r>
        <w:br/>
      </w:r>
      <w:r>
        <w:rPr>
          <w:sz w:val="20"/>
        </w:rPr>
        <w:t>17:00  Both are common.</w:t>
      </w:r>
      <w:r>
        <w:br/>
      </w:r>
      <w:r>
        <w:rPr>
          <w:sz w:val="20"/>
        </w:rPr>
        <w:t>17:04  In Bible, Palestine is referred as a promised land for Jews. In the Bible, Palestine is referred as a promised land, arz-e-mauood,</w:t>
      </w:r>
      <w:r>
        <w:br/>
      </w:r>
      <w:r>
        <w:rPr>
          <w:sz w:val="20"/>
        </w:rPr>
        <w:t>17:23  for Jewish community.</w:t>
      </w:r>
      <w:r>
        <w:br/>
      </w:r>
      <w:r>
        <w:rPr>
          <w:sz w:val="20"/>
        </w:rPr>
        <w:t>17:29  The same is the same, you can find in the Quran also in this chapter Al-Ma'idah,</w:t>
      </w:r>
      <w:r>
        <w:br/>
      </w:r>
      <w:r>
        <w:rPr>
          <w:sz w:val="20"/>
        </w:rPr>
        <w:t>17:41  Ya qaum-ud-khul-ul-ard-al-muqaddasah allati katab-Allahu lakum. This verse you can see in chapter Al-Ma'idah.</w:t>
      </w:r>
      <w:r>
        <w:br/>
      </w:r>
      <w:r>
        <w:rPr>
          <w:sz w:val="20"/>
        </w:rPr>
        <w:t>17:54  According to this, according to this, according to this, this Quranic statement, Palestine is and assigned land to Jewish community.</w:t>
      </w:r>
      <w:r>
        <w:br/>
      </w:r>
      <w:r>
        <w:rPr>
          <w:sz w:val="20"/>
        </w:rPr>
        <w:t>18:11  So biblical term is promised land, and Quranic term is assigned land. And there is no difference between the two.</w:t>
      </w:r>
      <w:r>
        <w:br/>
      </w:r>
      <w:r>
        <w:rPr>
          <w:sz w:val="20"/>
        </w:rPr>
        <w:t>18:24  So according to this statement given in Bible and in the Quran, both Balfour verdict was quite right, quite just.</w:t>
      </w:r>
      <w:r>
        <w:br/>
      </w:r>
      <w:r>
        <w:rPr>
          <w:sz w:val="20"/>
        </w:rPr>
        <w:t>18:36  Even I can say that when they gave half of the Palestine to Arabs, including Jerusalem and Al-Aqsa, it was for Arabs, it was a bonus, it was a gift.</w:t>
      </w:r>
      <w:r>
        <w:br/>
      </w:r>
      <w:r>
        <w:rPr>
          <w:sz w:val="20"/>
        </w:rPr>
        <w:t>18:53  When the whole Palestine was given to Jewish community, according to Bible and Quran, both, then when Balfour gave half of the Palestine to Arab, it was a bonus for them.</w:t>
      </w:r>
      <w:r>
        <w:br/>
      </w:r>
      <w:r>
        <w:rPr>
          <w:sz w:val="20"/>
        </w:rPr>
        <w:t>19:12  They must accept this verdict. There was nothing wrong with this verdict.</w:t>
      </w:r>
      <w:r>
        <w:br/>
      </w:r>
      <w:r>
        <w:rPr>
          <w:sz w:val="20"/>
        </w:rPr>
        <w:t>19:22  It was quite according with the Quran and Bible. Then according to the Quran, here, here, I would like to to clear one point more.</w:t>
      </w:r>
    </w:p>
    <w:p>
      <w:pPr>
        <w:pStyle w:val="Heading2"/>
      </w:pPr>
      <w:r>
        <w:t>a recorded voice, a dead wife, and life after death</w:t>
      </w:r>
    </w:p>
    <w:p>
      <w:r>
        <w:rPr>
          <w:color w:val="666666"/>
          <w:sz w:val="18"/>
        </w:rPr>
        <w:t>CPS Mission January 7, 2007 Maulana Wahiduddin Khan · 6m 10s · at 32:34 · https://youtu.be/8BAYm9ggJ5k?t=1954</w:t>
      </w:r>
    </w:p>
    <w:p>
      <w:r>
        <w:rPr>
          <w:i/>
        </w:rPr>
        <w:t>“Let me tell you a story from yesterday”</w:t>
      </w:r>
    </w:p>
    <w:p>
      <w:r>
        <w:rPr>
          <w:sz w:val="20"/>
        </w:rPr>
        <w:t>32:34  mein kal ka ek qissa arz karunga aap ko.</w:t>
      </w:r>
      <w:r>
        <w:br/>
      </w:r>
      <w:r>
        <w:rPr>
          <w:sz w:val="20"/>
        </w:rPr>
        <w:t>32:37  ek bohat hi dilchasp qissa kal hua jo</w:t>
      </w:r>
      <w:r>
        <w:br/>
      </w:r>
      <w:r>
        <w:rPr>
          <w:sz w:val="20"/>
        </w:rPr>
        <w:t>32:46  is ko illustrate karta hai jo mein kehna chahta hoon. Kal aisa hua ke mein apne kamre mein, jo jahan mein rehta hoon, to mein wahan baitha hua tha.</w:t>
      </w:r>
      <w:r>
        <w:br/>
      </w:r>
      <w:r>
        <w:rPr>
          <w:sz w:val="20"/>
        </w:rPr>
        <w:t>33:00  achanak ek awaaz aane lagi.</w:t>
      </w:r>
      <w:r>
        <w:br/>
      </w:r>
      <w:r>
        <w:rPr>
          <w:sz w:val="20"/>
        </w:rPr>
        <w:t>33:04  wo awaaz thi meri late wife ki awaaz thi, jo meri biwi mar chuki hain, ab dafan ho chuki hain.</w:t>
      </w:r>
      <w:r>
        <w:br/>
      </w:r>
      <w:r>
        <w:rPr>
          <w:sz w:val="20"/>
        </w:rPr>
        <w:t>33:14  unki awaaz bilkul waisi wo awaaz jaisi ke sunta tha mein jab wo zinda theen. Tab to achanak awaaz aane lagi unki.</w:t>
      </w:r>
      <w:r>
        <w:br/>
      </w:r>
      <w:r>
        <w:rPr>
          <w:sz w:val="20"/>
        </w:rPr>
        <w:t>33:24  kahan se awaaz aa rahi hai? To pata chala ke meri jo ladki hai, Fareeda, unhon ne un ka tape le liya tha, tape record kar liya tha.</w:t>
      </w:r>
      <w:r>
        <w:br/>
      </w:r>
      <w:r>
        <w:rPr>
          <w:sz w:val="20"/>
        </w:rPr>
        <w:t>33:35  yani tape recorder par un ki awaaz record kar li thi. Wo is ko replay kar rahi theen. Wo ye baat ek chhoti si hai, lekin ye hamare liye bohat zyada badi baat hai.</w:t>
      </w:r>
      <w:r>
        <w:br/>
      </w:r>
      <w:r>
        <w:rPr>
          <w:sz w:val="20"/>
        </w:rPr>
        <w:t>33:47  wo kaise? Quran mein chapter number 51 mein ek ayat hai, wo ye hai: "Fa inna</w:t>
      </w:r>
      <w:r>
        <w:br/>
      </w:r>
      <w:r>
        <w:rPr>
          <w:sz w:val="20"/>
        </w:rPr>
        <w:t>34:02  Allah taala farmate hain ke zameen o aasman ke Rab ki qasam,</w:t>
      </w:r>
      <w:r>
        <w:br/>
      </w:r>
      <w:r>
        <w:rPr>
          <w:sz w:val="20"/>
        </w:rPr>
        <w:t>34:09  woh isi tarah se haq hai jis tarah kaise tum bolte ho. Yani quran yeh batata tha ke tum mar kar khatam nahi hoge, phir zinda kiye jaoge.</w:t>
      </w:r>
      <w:r>
        <w:br/>
      </w:r>
      <w:r>
        <w:rPr>
          <w:sz w:val="20"/>
        </w:rPr>
        <w:t>34:19  jo kaha jata hai: "bas badal maut, marne ke baad phir zinda hona." to woh log kehte the ke nahi, mar gaye to khatam ho gaye, mar gaye to khatam ho gaye.</w:t>
      </w:r>
      <w:r>
        <w:br/>
      </w:r>
      <w:r>
        <w:rPr>
          <w:sz w:val="20"/>
        </w:rPr>
        <w:t>34:31  to quran kehta tha ke nahi, tum mar kar khatam nahi hoge, balke to phir dobara zinda hoge tum. Yani life after death.</w:t>
      </w:r>
      <w:r>
        <w:br/>
      </w:r>
      <w:r>
        <w:rPr>
          <w:sz w:val="20"/>
        </w:rPr>
        <w:t>34:42  sara jhagda is baat par tha ke life after death hai ke nahi hai. Yani marne ke baad zindagi hai ke nahi hai. Life after death hai ke nahi hai.</w:t>
      </w:r>
      <w:r>
        <w:br/>
      </w:r>
      <w:r>
        <w:rPr>
          <w:sz w:val="20"/>
        </w:rPr>
        <w:t>34:53  to quran ne kaha ke woh hai isi tarah se jis tarah tum bolte ho.</w:t>
      </w:r>
      <w:r>
        <w:br/>
      </w:r>
      <w:r>
        <w:rPr>
          <w:sz w:val="20"/>
        </w:rPr>
        <w:t>34:58  yani speech ko quran ne witness bataya. Life after death ka bohat ziyada samajhne ki baat hai yeh ke speech jo hum bolte hain: "inhil laha musallimkum tanqun." koi bhi dekh sakta hai quran mein is ko 51:23:</w:t>
      </w:r>
      <w:r>
        <w:br/>
      </w:r>
      <w:r>
        <w:rPr>
          <w:sz w:val="20"/>
        </w:rPr>
        <w:t>35:17  "inhil laha musallimkum tanqun." woh isi tarah se hone wali hai</w:t>
      </w:r>
      <w:r>
        <w:br/>
      </w:r>
      <w:r>
        <w:rPr>
          <w:sz w:val="20"/>
        </w:rPr>
        <w:t>35:24  jis tarah se tum bolte ho. Kyun ke speech jo hai insan ki, is baat ka proof hai ke life after death hai.</w:t>
      </w:r>
      <w:r>
        <w:br/>
      </w:r>
      <w:r>
        <w:rPr>
          <w:sz w:val="20"/>
        </w:rPr>
        <w:t>35:35  yeh aaj chaudah sau saal se koi is ayat ko samjha nahi tha. Aap koi bhi tafsir dekh daliye, arabic mein, persian mein, urdu mein, english mein, kisi bhi language mein quran ki commentary dekh daliye.</w:t>
      </w:r>
      <w:r>
        <w:br/>
      </w:r>
      <w:r>
        <w:rPr>
          <w:sz w:val="20"/>
        </w:rPr>
        <w:t>35:49  aap ajeeb o ghareeb qism ka matlab batate hain is ka.</w:t>
      </w:r>
      <w:r>
        <w:br/>
      </w:r>
      <w:r>
        <w:rPr>
          <w:sz w:val="20"/>
        </w:rPr>
        <w:t>35:53  is ko koi samajh nahi saka tha ke is is mein kya proof hai, kya baat hai is mein. Yahan tak ke english ki jo commentary hai, english translation hai, jo bohat million million copy jis ki muslim world mein,</w:t>
      </w:r>
      <w:r>
        <w:br/>
      </w:r>
      <w:r>
        <w:rPr>
          <w:sz w:val="20"/>
        </w:rPr>
        <w:t>36:08  duniya mein phaili phailai gayi hai, is ka translation aap suniye.</w:t>
      </w:r>
      <w:r>
        <w:br/>
      </w:r>
      <w:r>
        <w:rPr>
          <w:sz w:val="20"/>
        </w:rPr>
        <w:t>36:16  yeh abdullah yusuf ali ka translation hai: "this is chapter 51, verse 23</w:t>
      </w:r>
      <w:r>
        <w:br/>
      </w:r>
      <w:r>
        <w:rPr>
          <w:sz w:val="20"/>
        </w:rPr>
        <w:t>36:21  : this is the very truth, as much as the fact that you can speak intelligently to each other." hmm, ab dekhiye, aapas mein baat cheet ko le liya unhon ne.</w:t>
      </w:r>
      <w:r>
        <w:br/>
      </w:r>
      <w:r>
        <w:rPr>
          <w:sz w:val="20"/>
        </w:rPr>
        <w:t>36:34  aapas mein baat cheet se kya proof hoga? Yani wahan par jo other discussion jo issue hai, woh to yeh hai: life after death ke mar gaya aadmi to phir dobara zinda hoga.</w:t>
      </w:r>
      <w:r>
        <w:br/>
      </w:r>
      <w:r>
        <w:rPr>
          <w:sz w:val="20"/>
        </w:rPr>
        <w:t>36:48  is par bata rahe hain ke tumhari speech is ka proof hai ke zinda hoga. Lekin is ko ek common sense mein le rahe hain. Woh aapas mein baat cheet, ab ghor kijiye, aapas mein baat cheet se kaise proof ho gayi?</w:t>
      </w:r>
      <w:r>
        <w:br/>
      </w:r>
      <w:r>
        <w:rPr>
          <w:sz w:val="20"/>
        </w:rPr>
        <w:t>37:01  sari commentary jitni bhi hain, abhi subah maine aaj kal subah jo bohat bari arabic ki tafsir hai, us ko parha, kuch bhi matlab nahi nikalta is mein.</w:t>
      </w:r>
      <w:r>
        <w:br/>
      </w:r>
      <w:r>
        <w:rPr>
          <w:sz w:val="20"/>
        </w:rPr>
        <w:t>37:13  is ayat ke matlab ko pehli bar jis ne proof kiya, woh western civilization hai.</w:t>
      </w:r>
      <w:r>
        <w:br/>
      </w:r>
      <w:r>
        <w:rPr>
          <w:sz w:val="20"/>
        </w:rPr>
        <w:t>37:20  woh kaise? Bhai, unhon ne recording machine banai. Hamare bachpan mein gramophone hua karta tha, ab tape recorder hai aur TV hai.</w:t>
      </w:r>
      <w:r>
        <w:br/>
      </w:r>
      <w:r>
        <w:rPr>
          <w:sz w:val="20"/>
        </w:rPr>
        <w:t>37:32  aap zara ghor kijiye ke woh insan jo mar chuka aur bohat dil beech ke maray hue hain, us ko us ki achanak awaz sunai de rahi hai.</w:t>
      </w:r>
      <w:r>
        <w:br/>
      </w:r>
      <w:r>
        <w:rPr>
          <w:sz w:val="20"/>
        </w:rPr>
        <w:t>37:42  kaha mara hua phir zinda ho gaya hai.</w:t>
      </w:r>
      <w:r>
        <w:br/>
      </w:r>
      <w:r>
        <w:rPr>
          <w:sz w:val="20"/>
        </w:rPr>
        <w:t>37:48  khuda ne ek ajeeb o ghareeb phenomenon hai. Speech is ayat se maloom hota hai. Is ayat se maloom hota hai ke speech ek ajeeb o ghareeb phenomenon hai.</w:t>
      </w:r>
      <w:r>
        <w:br/>
      </w:r>
      <w:r>
        <w:rPr>
          <w:sz w:val="20"/>
        </w:rPr>
        <w:t>37:57  woh is baat ko saboot hai ke mara hua marne ke baad bhi insan zinda hai.</w:t>
      </w:r>
      <w:r>
        <w:br/>
      </w:r>
      <w:r>
        <w:rPr>
          <w:sz w:val="20"/>
        </w:rPr>
        <w:t>38:05  yani meri biwi mar chuki thi, bas bacha tha woh qabar mein dafan ho chuki hain. Achanak un ki awaz aane lagi. Kaise aayi?</w:t>
      </w:r>
      <w:r>
        <w:br/>
      </w:r>
      <w:r>
        <w:rPr>
          <w:sz w:val="20"/>
        </w:rPr>
        <w:t>38:14  tape recorder ke zariye. Tape recorder kis ne banaya?</w:t>
      </w:r>
      <w:r>
        <w:br/>
      </w:r>
      <w:r>
        <w:rPr>
          <w:sz w:val="20"/>
        </w:rPr>
        <w:t>38:18  europe, africa ne banaya, jin ko hum apne enemy samajhte hain, apna dushman samajhte hain. ab bataiye ke quran ki itni bari haqeeqat ke life after death quran ka sab se bara issue hai,</w:t>
      </w:r>
      <w:r>
        <w:br/>
      </w:r>
      <w:r>
        <w:rPr>
          <w:sz w:val="20"/>
        </w:rPr>
        <w:t>38:32  aur is par controversy hoti rahi. yun samjhiye, quran hi mein nahi, yani poori history mein is par log inkar karte rahe, paighambaron ka reject karte rahe, rej</w:t>
      </w:r>
      <w:r>
        <w:br/>
      </w:r>
      <w:r>
        <w:rPr>
          <w:sz w:val="20"/>
        </w:rPr>
        <w:t>38:45  ject ke hum nahi manenge ke marne ke baad bhi zindagi hai. mar gaye to khatam, mar gaye to khatam.</w:t>
      </w:r>
    </w:p>
    <w:p>
      <w:pPr>
        <w:pStyle w:val="Heading2"/>
      </w:pPr>
      <w:r>
        <w:t>Realizing money can't buy peace, until a lecture changes everything</w:t>
      </w:r>
    </w:p>
    <w:p>
      <w:r>
        <w:rPr>
          <w:color w:val="666666"/>
          <w:sz w:val="18"/>
        </w:rPr>
        <w:t>Experiences Sharing by CPS Members November 11, 2006 Maulana Wahiduddin Khan · 3m 48s · at 52:08 · https://youtu.be/VhS3VofQlHo?t=3128</w:t>
      </w:r>
    </w:p>
    <w:p>
      <w:r>
        <w:rPr>
          <w:i/>
        </w:rPr>
        <w:t>“If this is life, then what is the reason we are working day and night”</w:t>
      </w:r>
    </w:p>
    <w:p>
      <w:r>
        <w:rPr>
          <w:sz w:val="20"/>
        </w:rPr>
        <w:t>52:08  i said if this is life then what is what is the reason that we are working day and night making money and money has no use because with all that money which we had we couldn't saver we tried our level best i mean you will not believe it the medicines were coming from america every day lakhs worth of medicines coming every day but still that could not saver i said if this is life then what i am doing is something</w:t>
      </w:r>
      <w:r>
        <w:br/>
      </w:r>
      <w:r>
        <w:rPr>
          <w:sz w:val="20"/>
        </w:rPr>
        <w:t>52:35  there is something wrong there is something very very wrong in what i am doing i must find the truth i tried i tried went to a lot of people but they didn't address my mind all they had to say was you have to do this you have you don't have to do this if i used to ask them why they they didn't have any answers and my my wife that's nagma started a center called clear light uh she one day i was uh she was in dubai and i was told to come immediately to</w:t>
      </w:r>
      <w:r>
        <w:br/>
      </w:r>
      <w:r>
        <w:rPr>
          <w:sz w:val="20"/>
        </w:rPr>
        <w:t>53:05  dubai i said what's i said listen i have i got work here i can't come she said even if you have to come for a day come so i took a flight went there for a day and came back she wanted me to meet a lady who was running the center there and she wanted to run a center like that in in india and she wanted to meet uh me to meet that lady i found her interesting but didn't she also didn't never address my mind</w:t>
      </w:r>
      <w:r>
        <w:br/>
      </w:r>
      <w:r>
        <w:rPr>
          <w:sz w:val="20"/>
        </w:rPr>
        <w:t>53:28  so it was through clear light that nagma came to maulana sahib for a for inviting him to a give a lecture in clear light when maulana sahib said you please talk to priya don't talk to me please talk to priya so one day nagma said that please we have to go and meet priya and khalid i said what about she said well it's about that lecture i said okay one ek aur maulana let's go</w:t>
      </w:r>
      <w:r>
        <w:br/>
      </w:r>
      <w:r>
        <w:rPr>
          <w:sz w:val="20"/>
        </w:rPr>
        <w:t>53:58  i still remember the day and priya would also remember i was busy eating i was not listening</w:t>
      </w:r>
      <w:r>
        <w:br/>
      </w:r>
      <w:r>
        <w:rPr>
          <w:sz w:val="20"/>
        </w:rPr>
        <w:t>54:04  to what she was saying i was too hungry i said let me eat first then i will</w:t>
      </w:r>
      <w:r>
        <w:br/>
      </w:r>
      <w:r>
        <w:rPr>
          <w:sz w:val="20"/>
        </w:rPr>
        <w:t>54:09  listen to what she has to say by the time i finish eating i had a lot of</w:t>
      </w:r>
      <w:r>
        <w:br/>
      </w:r>
      <w:r>
        <w:rPr>
          <w:sz w:val="20"/>
        </w:rPr>
        <w:t>54:12  food on the table and i was and and she had she had finished a talk with nagma</w:t>
      </w:r>
      <w:r>
        <w:br/>
      </w:r>
      <w:r>
        <w:rPr>
          <w:sz w:val="20"/>
        </w:rPr>
        <w:t>54:17  i said okay we are going home she said ya i said finish that's it i said what</w:t>
      </w:r>
      <w:r>
        <w:br/>
      </w:r>
      <w:r>
        <w:rPr>
          <w:sz w:val="20"/>
        </w:rPr>
        <w:t>54:22  about the lecture she said i have to go and attend one lecture of maulana sahib and then</w:t>
      </w:r>
      <w:r>
        <w:br/>
      </w:r>
      <w:r>
        <w:rPr>
          <w:sz w:val="20"/>
        </w:rPr>
        <w:t>54:27  we then he will come here</w:t>
      </w:r>
      <w:r>
        <w:br/>
      </w:r>
      <w:r>
        <w:rPr>
          <w:sz w:val="20"/>
        </w:rPr>
        <w:t>54:29  i said okay so she said would you come i said no i am not coming you go uh so she went she went for that lecture and and when she came back she i i asked her what what was it about so she gave me a few things and i found that interesting i said this this man talks my language i mean this is what i have been thinking throughout my life i must go and meet him that was uh in 2004 september 2004</w:t>
      </w:r>
      <w:r>
        <w:br/>
      </w:r>
      <w:r>
        <w:rPr>
          <w:sz w:val="20"/>
        </w:rPr>
        <w:t>54:57  one sunday i came and listen to maulana and maulana that day gave us a lecture on the creation plan of god that lecture changed my life completely that's the day and from that day i have not not missed a lecture i have always wanted to do work with maulana and for for cps though probably uh have failed very miserably not being able to give much time to it b</w:t>
      </w:r>
      <w:r>
        <w:br/>
      </w:r>
      <w:r>
        <w:rPr>
          <w:sz w:val="20"/>
        </w:rPr>
        <w:t>55:26  to he has made me realize what my life is all about and that this this part of</w:t>
      </w:r>
      <w:r>
        <w:br/>
      </w:r>
      <w:r>
        <w:rPr>
          <w:sz w:val="20"/>
        </w:rPr>
        <w:t>55:33  my life is just one part and its a very small part here we are here on this</w:t>
      </w:r>
      <w:r>
        <w:br/>
      </w:r>
      <w:r>
        <w:rPr>
          <w:sz w:val="20"/>
        </w:rPr>
        <w:t>55:38  earth for a test and our result will be after our life i mean we whether we go</w:t>
      </w:r>
      <w:r>
        <w:br/>
      </w:r>
      <w:r>
        <w:rPr>
          <w:sz w:val="20"/>
        </w:rPr>
        <w:t>55:44  to paradise or hell will depend on what we do here so that changed my life i got</w:t>
      </w:r>
      <w:r>
        <w:br/>
      </w:r>
      <w:r>
        <w:rPr>
          <w:sz w:val="20"/>
        </w:rPr>
        <w:t>55:50  all my answers and that's where i am today with cps thank you</w:t>
      </w:r>
    </w:p>
    <w:p>
      <w:pPr>
        <w:pStyle w:val="Heading2"/>
      </w:pPr>
      <w:r>
        <w:t>Village girl's self-taught journey to becoming Al-Risala's translator</w:t>
      </w:r>
    </w:p>
    <w:p>
      <w:r>
        <w:rPr>
          <w:color w:val="666666"/>
          <w:sz w:val="18"/>
        </w:rPr>
        <w:t>CPS Women Session Peace Conference April 29-30, 2023 · 4m 19s · at 13:17 · https://youtu.be/xsD04dOvGeE?t=797</w:t>
      </w:r>
    </w:p>
    <w:p>
      <w:r>
        <w:rPr>
          <w:i/>
        </w:rPr>
        <w:t>“We were born in a village where there wasn't even a school”</w:t>
      </w:r>
    </w:p>
    <w:p>
      <w:r>
        <w:rPr>
          <w:sz w:val="20"/>
        </w:rPr>
        <w:t>13:17  Assamulyul. kahan se shuru karein? hum jab paida hue toh hum gaon mein paida hue. wahan toh koi school bhi nahi tha, kuch nahi tha. toh kuch bhi nahi hum jaante the. hamare khandan ke log English schoolon mein padhte the.</w:t>
      </w:r>
      <w:r>
        <w:br/>
      </w:r>
      <w:r>
        <w:rPr>
          <w:sz w:val="20"/>
        </w:rPr>
        <w:t>13:46  abba toh hum sirf library mein hi rehte the. woh toh koi aur doosra kaam hi nahi karte the. toh hum log wahin gaon mein rehte the. toh ek hamare rishtedar vagairah aam ke zamane mein, aam ke bagaat the, aam ke zamane mein picnic banane aaya karte the.</w:t>
      </w:r>
      <w:r>
        <w:br/>
      </w:r>
      <w:r>
        <w:rPr>
          <w:sz w:val="20"/>
        </w:rPr>
        <w:t>14:07  toh ek naam yaad nahi aa raha hai, toh ek aaye nephew hamare woh kisi FRCS ke bete the mujhe jahan tak yaad hai. ab unhone kisi baad mein seed ka loves istemal kiya, toh maine kaha yeh toh koi bahut achha lafz lag raha hai. hum seed ke maane bhi nahi jaante the, kuch nahi jaante the.</w:t>
      </w:r>
      <w:r>
        <w:br/>
      </w:r>
      <w:r>
        <w:rPr>
          <w:sz w:val="20"/>
        </w:rPr>
        <w:t>14:35  aur isi mein humko chaudah pandrah saal guzar gaya. ab mujhe lagta hai ki yeh allah talan hai mere dil mein angrezi ke liye ek fascination daal diya tha ki main fascinate hoti thi koi word sun liya, koi phrase sun liya, koi sentence sun liya, bas usko yaad karne lag jati thi.</w:t>
      </w:r>
      <w:r>
        <w:br/>
      </w:r>
      <w:r>
        <w:rPr>
          <w:sz w:val="20"/>
        </w:rPr>
        <w:t>14:57  phir hamein mauka mila jab Maulana Delhi aaye, alzamiyat, jamma edition ke editor honge toh wahan hamein mauka mila padhne ka. toh humne daswan gyarhavan Aligarh se kiya uske baad English honors mein dakhla liya. woh Maulana ne kaha tha hum persian lekar aa gaye the. Maulana kaha persian padh ke kya karogi? toh humne English aana se budakhla liya, English toh hamein aati hi nahi thi.</w:t>
      </w:r>
      <w:r>
        <w:br/>
      </w:r>
      <w:r>
        <w:rPr>
          <w:sz w:val="20"/>
        </w:rPr>
        <w:t>15:27  hum peeche baithe, sote rehte the, lecture bhi nahi samajhte the. lekin yeh baat thi, ki hum ne apna determination zabardast tha. humne nahi chhoda. jo ladkiyon ko bhi kam laga ki mushkil hai English honors, woh bhi Delhi University ke English honors. toh un logon ne chhod chhod ke doosre subject le liye. humne chhoda nahi, usi mein lage rahe, lage rahe. yahan tak ke badi badi mustibaton se English mein MA kar liya.</w:t>
      </w:r>
      <w:r>
        <w:br/>
      </w:r>
      <w:r>
        <w:rPr>
          <w:sz w:val="20"/>
        </w:rPr>
        <w:t>15:56  uske baad, us waqt bhi itni angrezi nahi aati thi ki hum translation karte hain. toh hamare bhai Sanis Nayan ne ek English lady thi. Mrs. Ayana Khanna. unhone ek Indian se shaadi ki thi. toh woh yahan rehti thi. Moti Bagh mein. toh Sanis Nayan ne unko discover kiya.</w:t>
      </w:r>
      <w:r>
        <w:br/>
      </w:r>
      <w:r>
        <w:rPr>
          <w:sz w:val="20"/>
        </w:rPr>
        <w:t>16:23  phir hum log unse padhne jaane lage aur kaafi angrezi unse padhi. uske baad translation kar karke unko hum dikhate rahe. toh woh jo bhi correction karti thi, revise karti thi usko hum yaad karte the. toh is tarike se barson barson lag gaya, english mein.</w:t>
      </w:r>
      <w:r>
        <w:br/>
      </w:r>
      <w:r>
        <w:rPr>
          <w:sz w:val="20"/>
        </w:rPr>
        <w:t>16:43  toh main isliye apni kahani sunaya ki dekhiye mere jaisi ladki jo gaon mein rahi chaudah pandrah saal, woh kuch kar sakti hai toh, baaki toh sab log humse zyada padhe likhe hain, humse zyada achha background hai unka toh har ladki ke andar, har aurat ke andar potential hota hai.</w:t>
      </w:r>
      <w:r>
        <w:br/>
      </w:r>
      <w:r>
        <w:rPr>
          <w:sz w:val="20"/>
        </w:rPr>
        <w:t>17:07  us potential ko realize karna jo hai, woh asal kaam hai. toh uske liye determination chahiye. focus chahiye. toh hum log ab, hamara na kahin jaane bhi nahi dete the rishtedariyon mein, na hamare yahan yeh sab hota tha. toh hum log sirf har baat padh, padhte likhte rehte the. toh us tarike se hum logon ko bahut zyada, mauka mila kaam karne ka.</w:t>
      </w:r>
      <w:r>
        <w:br/>
      </w:r>
      <w:r>
        <w:rPr>
          <w:sz w:val="20"/>
        </w:rPr>
        <w:t>17:36  uske baad jab rishala nikla, toh main Maulana jaise, Maulana zyada tar kaam khud hi karte the. kabhi jaise dictation dena hua, ya kabhi proof reading pehle hoti thi toh uske liye do aadmi chahiye hota tha. woh humne saath mein kar liya. toh hum bahut fascinate hote the. koi bhi naya idea, nayi baat, toh fascinate hote the.</w:t>
      </w:r>
    </w:p>
    <w:p>
      <w:pPr>
        <w:pStyle w:val="Heading2"/>
      </w:pPr>
      <w:r>
        <w:t>Muslims must change old authoritarian mindset</w:t>
      </w:r>
    </w:p>
    <w:p>
      <w:r>
        <w:rPr>
          <w:color w:val="666666"/>
          <w:sz w:val="18"/>
        </w:rPr>
        <w:t>Living in New Age May 23, 2010 Maulana Wahiduddin Khan · 5m 47s · at 45:47 · https://youtu.be/9SQbGV8c_cw?t=2747</w:t>
      </w:r>
    </w:p>
    <w:p>
      <w:r>
        <w:rPr>
          <w:i/>
        </w:rPr>
        <w:t>“We must continue our da'wah work.”</w:t>
      </w:r>
    </w:p>
    <w:p>
      <w:r>
        <w:rPr>
          <w:sz w:val="20"/>
        </w:rPr>
        <w:t>45:47  to main samajhta hoon ke is waqt jo hum daawa work kar rahe hain, usay hum jari rakhna hai, hum ko, lekin musalmanon ke mindset ko bhi todna hai taake aur saathi mile, aur saathi mile.</w:t>
      </w:r>
      <w:r>
        <w:br/>
      </w:r>
      <w:r>
        <w:rPr>
          <w:sz w:val="20"/>
        </w:rPr>
        <w:t>46:03  jo aap daawa work kar rahe hain, woh to bohat hi aham kaam hai, woh aap kar rahe hain, lekin musalmanon ke mindset ko todna bhi hai. ek toote ga to hum aur saathi mein milenge,</w:t>
      </w:r>
      <w:r>
        <w:br/>
      </w:r>
      <w:r>
        <w:rPr>
          <w:sz w:val="20"/>
        </w:rPr>
        <w:t>46:14  yani woh mindset jo, yani jis ki base hai, us par, yani authoritative culture par ke ek hi authority hai, baqi baqi jo hai, woh us ke matahat hain.</w:t>
      </w:r>
      <w:r>
        <w:br/>
      </w:r>
      <w:r>
        <w:rPr>
          <w:sz w:val="20"/>
        </w:rPr>
        <w:t>46:32  un ko un ko yeh batana hai ke democracy ka zamana hai. democracy mere liye hai to sab</w:t>
      </w:r>
      <w:r>
        <w:br/>
      </w:r>
      <w:r>
        <w:rPr>
          <w:sz w:val="20"/>
        </w:rPr>
        <w:t>46:39  ke liye hai, aisa nahi hota. mujhe expression, mujhe freedom expression, woh doosre ko na ho, mujhe hai to un ko bhi hai.</w:t>
      </w:r>
      <w:r>
        <w:br/>
      </w:r>
      <w:r>
        <w:rPr>
          <w:sz w:val="20"/>
        </w:rPr>
        <w:t>46:50  to aap jo hai, agar koi kitab chhapta hai jis woh aap ke nazdeek islam ke khilaf hai, to aap bhi ek kitab chhapiye. book ke jawab mein book, koi speech deta hai to aap bhi ek speech dijiye.</w:t>
      </w:r>
      <w:r>
        <w:br/>
      </w:r>
      <w:r>
        <w:rPr>
          <w:sz w:val="20"/>
        </w:rPr>
        <w:t>47:05  koi article chhapta hai to aap bhi article chhapiye.</w:t>
      </w:r>
      <w:r>
        <w:br/>
      </w:r>
      <w:r>
        <w:rPr>
          <w:sz w:val="20"/>
        </w:rPr>
        <w:t>47:10  matlab us ko azadi hai to aap ko bhi azadi hai,</w:t>
      </w:r>
      <w:r>
        <w:br/>
      </w:r>
      <w:r>
        <w:rPr>
          <w:sz w:val="20"/>
        </w:rPr>
        <w:t>47:16  donon ko azadi hai.</w:t>
      </w:r>
      <w:r>
        <w:br/>
      </w:r>
      <w:r>
        <w:rPr>
          <w:sz w:val="20"/>
        </w:rPr>
        <w:t>47:20  jaise ke main lucknow mein tha to wahan ek ek hindu scholar the jo secular the. woh to un ka nazariya kya tha?</w:t>
      </w:r>
      <w:r>
        <w:br/>
      </w:r>
      <w:r>
        <w:rPr>
          <w:sz w:val="20"/>
        </w:rPr>
        <w:t>47:32  un ka nazariya yeh tha ke woh kaha karte the ke muhammad ko agar history se nikal liya jaye to history mein kya kami reh jaye gi?</w:t>
      </w:r>
      <w:r>
        <w:br/>
      </w:r>
      <w:r>
        <w:rPr>
          <w:sz w:val="20"/>
        </w:rPr>
        <w:t>47:43  openly yeh kehte the aisa woh ke muhammad ka koi role nahi hai history mein. to muhammad ko agar history se nikal liya jaye to history mein koi kami na reh jayegi.</w:t>
      </w:r>
      <w:r>
        <w:br/>
      </w:r>
      <w:r>
        <w:rPr>
          <w:sz w:val="20"/>
        </w:rPr>
        <w:t>47:54  to musalman is ko sun kar bhadakte the, lekin mere liye to bohat west point mil gaya.</w:t>
      </w:r>
      <w:r>
        <w:br/>
      </w:r>
      <w:r>
        <w:rPr>
          <w:sz w:val="20"/>
        </w:rPr>
        <w:t>48:03  main ne study karna shuru kiya, main bhadka nahi, doosre log bhadakte the un ki baat sun kar ke ke bara mutasib hai, bara yani islam ke khilaf hai waghera.</w:t>
      </w:r>
      <w:r>
        <w:br/>
      </w:r>
      <w:r>
        <w:rPr>
          <w:sz w:val="20"/>
        </w:rPr>
        <w:t>48:17  main ne kiya kiya ke un ki baat ko le kar ke study karna shuru kiya. karte karte karte main ne do kitab likhi, woh kitab bohat phaili</w:t>
      </w:r>
      <w:r>
        <w:br/>
      </w:r>
      <w:r>
        <w:rPr>
          <w:sz w:val="20"/>
        </w:rPr>
        <w:t>48:29  . ek kitab thi jis ka naam tha, urdu mein uska naam tha "islam daur jadeed ka khaliq".</w:t>
      </w:r>
      <w:r>
        <w:br/>
      </w:r>
      <w:r>
        <w:rPr>
          <w:sz w:val="20"/>
        </w:rPr>
        <w:t>48:39  angrezi mein tha is ka naam "islam da kator of age". doosri kitab thi "prophet of", is ka urdu mein naam tha "paighambar e inqilab" aur angrezi mein naam tha is ka "prophet of revolution".</w:t>
      </w:r>
      <w:r>
        <w:br/>
      </w:r>
      <w:r>
        <w:rPr>
          <w:sz w:val="20"/>
        </w:rPr>
        <w:t>48:58  ab is kitab se hazaron hazar logon ko bohat hi roshni mili. to ek tha woh ke woh aadmi bol raha hai to us ko aap dushman kahein, us ko marein aur us ke us ke khilaf</w:t>
      </w:r>
      <w:r>
        <w:br/>
      </w:r>
      <w:r>
        <w:rPr>
          <w:sz w:val="20"/>
        </w:rPr>
        <w:t>49:17  jalsa jaloos karein, lekin yeh islam ka tareeqa nahi hai. bhai, us ko azadi hai ke woh apne khayalat ko zahir kare, to mujhe bhi to azadi hai.</w:t>
      </w:r>
      <w:r>
        <w:br/>
      </w:r>
      <w:r>
        <w:rPr>
          <w:sz w:val="20"/>
        </w:rPr>
        <w:t>49:28  to maine apni azadi ko istemal kiya, yahan tak ke do kitab tayyar ho gayi.</w:t>
      </w:r>
      <w:r>
        <w:br/>
      </w:r>
      <w:r>
        <w:rPr>
          <w:sz w:val="20"/>
        </w:rPr>
        <w:t>49:36  isi mutale'ay ke douran mujhe ek bohat bari discovery hui thi ke main yeh parh raha tha. main ne likha hai apni kitabon mein ke main ne paya hai ke france mein ek historian hua hai, henry piren.</w:t>
      </w:r>
      <w:r>
        <w:br/>
      </w:r>
      <w:r>
        <w:rPr>
          <w:sz w:val="20"/>
        </w:rPr>
        <w:t>49:49  henry piren,</w:t>
      </w:r>
      <w:r>
        <w:br/>
      </w:r>
      <w:r>
        <w:rPr>
          <w:sz w:val="20"/>
        </w:rPr>
        <w:t>49:54  henry piren ki kai kitabein french zaban mein hain aur us ne islam ko bohat zyada acknowledge kiya hai.</w:t>
      </w:r>
      <w:r>
        <w:br/>
      </w:r>
      <w:r>
        <w:rPr>
          <w:sz w:val="20"/>
        </w:rPr>
        <w:t>50:05  us ka maine naqal kiya tha, us ka ek quote ke "islam change da face of da globe". "islam change da face of da globe".</w:t>
      </w:r>
      <w:r>
        <w:br/>
      </w:r>
      <w:r>
        <w:rPr>
          <w:sz w:val="20"/>
        </w:rPr>
        <w:t>50:16  The traditional order of history was over thought. ab itna sara faida mujhe hua</w:t>
      </w:r>
      <w:r>
        <w:br/>
      </w:r>
      <w:r>
        <w:rPr>
          <w:sz w:val="20"/>
        </w:rPr>
        <w:t>50:25  to bhai, aap faide lejiye, koi cardan chhapta hai, chhapne dijiye, koi article likhta hai, likhne dijiye, aap apna kaam kijiye, aap apna kaam kijiye.</w:t>
      </w:r>
      <w:r>
        <w:br/>
      </w:r>
      <w:r>
        <w:rPr>
          <w:sz w:val="20"/>
        </w:rPr>
        <w:t>50:37  rasool Allah ke zamane mein bhi yeh sab hota tha, yani aaj jis ko aap kehte hain cartoon, ek krich, caricature ya gustakhi, woh sab wahan bhi hota tha.</w:t>
      </w:r>
      <w:r>
        <w:br/>
      </w:r>
      <w:r>
        <w:rPr>
          <w:sz w:val="20"/>
        </w:rPr>
        <w:t>50:50  to wahan par rasool Allah sal Allah alaihi wasallam ne hassan bin thabit ek</w:t>
      </w:r>
      <w:r>
        <w:br/>
      </w:r>
      <w:r>
        <w:rPr>
          <w:sz w:val="20"/>
        </w:rPr>
        <w:t>50:53  the, un ko pukara kiya tha ke tum un ka jawab do. rasool Allah sal Allah alaihi wasallam ne yeh nahi kaha ke us ki gardan kaat do, us ko us ka wajood mita do, kuch bhi nahi.</w:t>
      </w:r>
      <w:r>
        <w:br/>
      </w:r>
      <w:r>
        <w:rPr>
          <w:sz w:val="20"/>
        </w:rPr>
        <w:t>51:07  woh apni boli bol rahe hain to hassan se kaha ke tum apni boli bolo, yani matlab un ke un ke baat ka tum jawab do.</w:t>
      </w:r>
      <w:r>
        <w:br/>
      </w:r>
      <w:r>
        <w:rPr>
          <w:sz w:val="20"/>
        </w:rPr>
        <w:t>51:20  ab yeh kijiye, aap bhi</w:t>
      </w:r>
      <w:r>
        <w:br/>
      </w:r>
      <w:r>
        <w:rPr>
          <w:sz w:val="20"/>
        </w:rPr>
        <w:t>51:23  baat ka jawab baat se dijiye, kitab ke jawab ki taraf kitab se dijiye, article ke jawab article se dijiye.</w:t>
      </w:r>
    </w:p>
    <w:p>
      <w:pPr>
        <w:pStyle w:val="Heading2"/>
      </w:pPr>
      <w:r>
        <w:t>Maulana's Quran commentary on the wisdom of differences and free choice</w:t>
      </w:r>
    </w:p>
    <w:p>
      <w:r>
        <w:rPr>
          <w:color w:val="666666"/>
          <w:sz w:val="18"/>
        </w:rPr>
        <w:t>Differences Are a Part Of Nature CPS Women Discussion 24 September 17, 2023 · 4m 54s · at 17:48 · https://youtu.be/uL_xIxYZtw4?t=1068</w:t>
      </w:r>
    </w:p>
    <w:p>
      <w:r>
        <w:rPr>
          <w:i/>
        </w:rPr>
        <w:t>“मौलाना साहब ने मुताला-ए-कुरान के page 87 पर एक article लिखा है”</w:t>
      </w:r>
    </w:p>
    <w:p>
      <w:r>
        <w:rPr>
          <w:sz w:val="20"/>
        </w:rPr>
        <w:t>17:48  to Maulana Sahab ne mutala hai Quran ke page 87 par woh jo article likha hai jiska Famiida Sahab ne bhi bataya ikhtilaf ki hikmat unhone poora article likha hai jisme surah kud ki ek sau atharah aur ek sau unnis ayat ko discuss kiya hai aur is ayat mein jis ikhtilaf ka zikr hai woh mazhabi ikhtilaf hai.</w:t>
      </w:r>
      <w:r>
        <w:br/>
      </w:r>
      <w:r>
        <w:rPr>
          <w:sz w:val="20"/>
        </w:rPr>
        <w:t>18:13  to tasqiron ko Quran mein elaborate kiya hai ki duniya mein sari makluqat ek fix raste par chalti hain aur sari. Insan aur uski apni instinct ki wajah se jo bhi Allah ki wajah Allah ne diye hain woh instinct usse woh follow karta hai lekin insan ke liye jo Allah ki scheme hai woh doosri hai. Allah ne insan ko freedom di hai.</w:t>
      </w:r>
      <w:r>
        <w:br/>
      </w:r>
      <w:r>
        <w:rPr>
          <w:sz w:val="20"/>
        </w:rPr>
        <w:t>18:39  uske tehat ek cheez ko woh leta hai aur doosri ko chhoden. Yeh uski choice hona chahiye. Allah ne ek din, ek din haq ke sath doosre bahut sare ghair sahi mazhabon ko bhi jilna rehne ka mauqa diya hai aur woh aur woh hai sharate muskeen ya haqdeeen sirf ek hai.</w:t>
      </w:r>
      <w:r>
        <w:br/>
      </w:r>
      <w:r>
        <w:rPr>
          <w:sz w:val="20"/>
        </w:rPr>
        <w:t>19:08  uske sath usko sath matlab jo gubrahik ki bhi cheezen hain woh bhi sath karti hain. To hamein apni aql istemal karke sahi aur ghalat ke beach mein tameez karna hai. Yahi hamari yeh hamara test hai. Nahak ko radd karke haq ko iqtair karna hai.</w:t>
      </w:r>
      <w:r>
        <w:br/>
      </w:r>
      <w:r>
        <w:rPr>
          <w:sz w:val="20"/>
        </w:rPr>
        <w:t>19:30  to Khuda ki rehmat jab bhi mil sakti hai aur yeh bhi unhone kaha meri umeed ka ikhtilaf rehmat hai. Ikhtilaf jo hai woh rehmat hai. To insan apne shaur ko itna jagaye ki bilgaib ki jo cheezen hain use samjhe aur un par Allah par bharosa karein usse fikri aur ruhani tarqi hoti hai aur yeh sirf insan hi kar sakta hai aur koi makluq nahi hai.</w:t>
      </w:r>
      <w:r>
        <w:br/>
      </w:r>
      <w:r>
        <w:rPr>
          <w:sz w:val="20"/>
        </w:rPr>
        <w:t>20:00  We should develop a habit of thinking aur objective thinking, not subjective thinking. To yeh introspection karke apne ghaltiyon ko dhoondhna yeh bhi thinking ke basis par hoga.</w:t>
      </w:r>
      <w:r>
        <w:br/>
      </w:r>
      <w:r>
        <w:rPr>
          <w:sz w:val="20"/>
        </w:rPr>
        <w:t>20:14  to tarfeez ya criticism jo hai, to hamein criticize agar kisi ko karna hai woh unwise hokar positive mind se karna chahiye.</w:t>
      </w:r>
      <w:r>
        <w:br/>
      </w:r>
      <w:r>
        <w:rPr>
          <w:sz w:val="20"/>
        </w:rPr>
        <w:t>20:31  kyunki jo jab hum kisi ko criticize karein to woh bhi positive mind se aur unbiased hokar karein aur agar koi hamare upar hamein criticize karein because thinking is different to hamein bhi use positively lena chahiye. Agar hum usko positive lenge to hum mentally grow karenge. Jo hamari ghalati hai hum usko samajh payenge.</w:t>
      </w:r>
      <w:r>
        <w:br/>
      </w:r>
      <w:r>
        <w:rPr>
          <w:sz w:val="20"/>
        </w:rPr>
        <w:t>20:55  to isse hamara intellectual development bhi hoga aur ikhtilaf mein hamein kyunki daleel dekar justification ke sath karna chahiye hamein. To ilzam tarashi nahi, yeh yeh bahut important baat hai. To ikhtilaf mein rai ya descent jo hai woh har sense mein faydemand hota hai. Agar positive manner mein rahein to naye pehlu hamare samne aate hain.</w:t>
      </w:r>
      <w:r>
        <w:br/>
      </w:r>
      <w:r>
        <w:rPr>
          <w:sz w:val="20"/>
        </w:rPr>
        <w:t>21:23  isse hamein advantage hum le sakte hain. Criticism ko negative lekar humse hamein koi fayda nahi, usse pareshani hogi, usse hum stress bhi ho sakte hain. To agar hum sochein ki difference are part of nature. Allah ne aise hi hamein banaya hai to hum phir negatively usko nahi lenge.</w:t>
      </w:r>
      <w:r>
        <w:br/>
      </w:r>
      <w:r>
        <w:rPr>
          <w:sz w:val="20"/>
        </w:rPr>
        <w:t>21:43  agar positive rahein to intel, to intellectually hum develop honge aur Allah ki rehmat us insan ko milti hai jo apne shaur ko itna jagaye ki woh insan kudrat ke parde se Khuda ke kudrat ko dekhkar uske amal ke zariye insani shakhsiyat jo uski ittidai halat hai usse tarqi karke upar pahunchta hai. To jo Maulana kehte the ki man se Superman ho jayega.</w:t>
      </w:r>
      <w:r>
        <w:br/>
      </w:r>
      <w:r>
        <w:rPr>
          <w:sz w:val="20"/>
        </w:rPr>
        <w:t>22:11  to jab hum matlab differences ko samjhenge, discussion karenge tabhi woh man se Superman ho sakta hai.</w:t>
      </w:r>
      <w:r>
        <w:br/>
      </w:r>
      <w:r>
        <w:rPr>
          <w:sz w:val="20"/>
        </w:rPr>
        <w:t>22:18  to allah se dua hai ki jo differences hain, jiski wajah se ikhtilaaf paida hote hain unse hum</w:t>
      </w:r>
      <w:r>
        <w:br/>
      </w:r>
      <w:r>
        <w:rPr>
          <w:sz w:val="20"/>
        </w:rPr>
        <w:t>22:26  pareshan na hon, negatively na lein balki unko positive manner mein lekar apni behtar samajh samajh banaye.</w:t>
      </w:r>
      <w:r>
        <w:br/>
      </w:r>
      <w:r>
        <w:rPr>
          <w:sz w:val="20"/>
        </w:rPr>
        <w:t>22:34  yahi meri learning hai jazaak.</w:t>
      </w:r>
      <w:r>
        <w:br/>
      </w:r>
      <w:r>
        <w:rPr>
          <w:sz w:val="20"/>
        </w:rPr>
        <w:t>22:42  Thank you Afwaah for sharing your learning. And Famiida Afwaah, would you like to say something? Achha Beena bahut achha se bataya Doctor Safeena ne bhi yeh nazma apane mein bahut behtareen bataya.</w:t>
      </w:r>
    </w:p>
    <w:p>
      <w:pPr>
        <w:pStyle w:val="Heading2"/>
      </w:pPr>
      <w:r>
        <w:t>Root cause of Muslim failure to modernize</w:t>
      </w:r>
    </w:p>
    <w:p>
      <w:r>
        <w:rPr>
          <w:color w:val="666666"/>
          <w:sz w:val="18"/>
        </w:rPr>
        <w:t>Believers and Non-Belivers (In Conversation with Maulana) · 3m 10s · at 19:39 · https://youtu.be/a5IoCo05gaw?t=1179</w:t>
      </w:r>
    </w:p>
    <w:p>
      <w:r>
        <w:rPr>
          <w:i/>
        </w:rPr>
        <w:t>“Maulana, aagla sawaal Rudaki se kiya hai”</w:t>
      </w:r>
    </w:p>
    <w:p>
      <w:r>
        <w:rPr>
          <w:sz w:val="20"/>
        </w:rPr>
        <w:t>19:39  Maulana, agla sawal Roorkee se kiya hai Sajid Anwar sahab ne. Unhone likha hai, "Maulana, what is the root cause of Muslims failure to recognize the age of democracy and the age of science?"</w:t>
      </w:r>
      <w:r>
        <w:br/>
      </w:r>
      <w:r>
        <w:rPr>
          <w:sz w:val="20"/>
        </w:rPr>
        <w:t>19:54  and how can they replan their activities?" dekhiye, allah taala ne musalmanon ko ikt daar diya. unhone empire banaya. woh tha</w:t>
      </w:r>
      <w:r>
        <w:br/>
      </w:r>
      <w:r>
        <w:rPr>
          <w:sz w:val="20"/>
        </w:rPr>
        <w:t>20:06  kis liye? woh tha quran ki hifazat ke liye. tareekh batati hai ki pichhli kitabein jo allah ki kitab aayi, woh mehfooz nahi rahi. iski wajah kya thi?</w:t>
      </w:r>
      <w:r>
        <w:br/>
      </w:r>
      <w:r>
        <w:rPr>
          <w:sz w:val="20"/>
        </w:rPr>
        <w:t>20:16  ki pichhle jo ambia the, jo unke saathi the, unko power nahi mila.</w:t>
      </w:r>
      <w:r>
        <w:br/>
      </w:r>
      <w:r>
        <w:rPr>
          <w:sz w:val="20"/>
        </w:rPr>
        <w:t>20:22  political power nahi mila.</w:t>
      </w:r>
      <w:r>
        <w:br/>
      </w:r>
      <w:r>
        <w:rPr>
          <w:sz w:val="20"/>
        </w:rPr>
        <w:t>20:25  to main aapse arz kar chuka hoon ki pichhle zamane mein dissent allowed nahi tha.</w:t>
      </w:r>
      <w:r>
        <w:br/>
      </w:r>
      <w:r>
        <w:rPr>
          <w:sz w:val="20"/>
        </w:rPr>
        <w:t>20:31  poora jo daur hai democracy ke pehle ka, usmein dissent allowed nahi tha.</w:t>
      </w:r>
      <w:r>
        <w:br/>
      </w:r>
      <w:r>
        <w:rPr>
          <w:sz w:val="20"/>
        </w:rPr>
        <w:t>20:36  isliye usko khatm kar dete the.</w:t>
      </w:r>
      <w:r>
        <w:br/>
      </w:r>
      <w:r>
        <w:rPr>
          <w:sz w:val="20"/>
        </w:rPr>
        <w:t>20:38  wo to allah taala ne musalmanon ko political power diya taaki quran ko mehfooz kar sake.</w:t>
      </w:r>
      <w:r>
        <w:br/>
      </w:r>
      <w:r>
        <w:rPr>
          <w:sz w:val="20"/>
        </w:rPr>
        <w:t>20:46  lekin ek lambe muddat tak, yaani press ka daur aane tak baqi raha.</w:t>
      </w:r>
      <w:r>
        <w:br/>
      </w:r>
      <w:r>
        <w:rPr>
          <w:sz w:val="20"/>
        </w:rPr>
        <w:t>20:50  yeh to musalman ka obsession ban gaya power.</w:t>
      </w:r>
      <w:r>
        <w:br/>
      </w:r>
      <w:r>
        <w:rPr>
          <w:sz w:val="20"/>
        </w:rPr>
        <w:t>20:55  ab wo usi bare mein jee rahe hain.</w:t>
      </w:r>
      <w:r>
        <w:br/>
      </w:r>
      <w:r>
        <w:rPr>
          <w:sz w:val="20"/>
        </w:rPr>
        <w:t>20:57  wohi political model, kingship model basa hua unke dimagh mein.</w:t>
      </w:r>
      <w:r>
        <w:br/>
      </w:r>
      <w:r>
        <w:rPr>
          <w:sz w:val="20"/>
        </w:rPr>
        <w:t>21:02  ab unko nayi soch aana chahiye ki ab woh daur khatm ho gaya. jab quran mehfooz ho gaya, toh ab hum uski zaroorat nahi hai.</w:t>
      </w:r>
      <w:r>
        <w:br/>
      </w:r>
      <w:r>
        <w:rPr>
          <w:sz w:val="20"/>
        </w:rPr>
        <w:t>21:12  toh rethink jab tak nahi karenge, jab tak apni galti ko daryaft nahi karenge, iski mere khayal se islah nahi ho sakti hai.</w:t>
      </w:r>
      <w:r>
        <w:br/>
      </w:r>
      <w:r>
        <w:rPr>
          <w:sz w:val="20"/>
        </w:rPr>
        <w:t>21:23  yeh musalmanon ko daryaft karna padega ki yeh maujoodgi ke obsession mein jee rahe hain. maujoodgi ka jo border tha, us border ko ki ab zaroorat hi nahi rahi. woh border khatm chuka. woh ab model doosra aa gaya. kyunki hamare jitne likhne wale hain, jitne hamare bolne wale hain, unhone usi ko pakka kiya hai. one to all, jitne bhi likhne wale hain, chahe arab se paida hue ho, india mein paida hue ho,</w:t>
      </w:r>
      <w:r>
        <w:br/>
      </w:r>
      <w:r>
        <w:rPr>
          <w:sz w:val="20"/>
        </w:rPr>
        <w:t>21:49  sab usi usi model ko pakka kiye chale ja rahe hain.</w:t>
      </w:r>
      <w:r>
        <w:br/>
      </w:r>
      <w:r>
        <w:rPr>
          <w:sz w:val="20"/>
        </w:rPr>
        <w:t>21:54  toh awam kya kare</w:t>
      </w:r>
      <w:r>
        <w:br/>
      </w:r>
      <w:r>
        <w:rPr>
          <w:sz w:val="20"/>
        </w:rPr>
        <w:t>21:56  ? masses ko toh aqal khud khud toh hoti nahi. aur jo likhne wala, bolne wala tabqa hai, woh usi ko pakka kar raha hai. usi ko pakka kar raha hai.</w:t>
      </w:r>
      <w:r>
        <w:br/>
      </w:r>
      <w:r>
        <w:rPr>
          <w:sz w:val="20"/>
        </w:rPr>
        <w:t>22:06  misal ke taur par dekhiye, amir sharq barzan ki kitab hai. uska title hai ki "lamaza takhar musalman kyu pichhad gaye</w:t>
      </w:r>
      <w:r>
        <w:br/>
      </w:r>
      <w:r>
        <w:rPr>
          <w:sz w:val="20"/>
        </w:rPr>
        <w:t>22:20  ? doosre log aage ho gaye." toh usmein kehte hain jihad. jihad bare qatl. yeh yeh isliye ki woh jaan, unhone yeh yahi jante hain ki main lad lad kar ke hukoomat qaim karoon. yeh jante hi nahi ki democracy mein toh ladne ki zaroorat hi nahi hai. saare opportunity khuli hui hai har ek aadmi ke liye.</w:t>
      </w:r>
      <w:r>
        <w:br/>
      </w:r>
      <w:r>
        <w:rPr>
          <w:sz w:val="20"/>
        </w:rPr>
        <w:t>22:40  toh rethink musalmanon mein nahi aayi. is wajah se woh kisi cheez ko daryaft nahi kar sake.</w:t>
      </w:r>
    </w:p>
    <w:p>
      <w:pPr>
        <w:pStyle w:val="Heading2"/>
      </w:pPr>
      <w:r>
        <w:t>Full case: Ramadan trains giving speed, a universal teaching</w:t>
      </w:r>
    </w:p>
    <w:p>
      <w:r>
        <w:rPr>
          <w:color w:val="666666"/>
          <w:sz w:val="18"/>
        </w:rPr>
        <w:t>Spirit of Ramadan June 14, 2015 · 3m 42s · at 1:24 · https://youtu.be/mKQdhE2rhdQ?t=84</w:t>
      </w:r>
    </w:p>
    <w:p>
      <w:r>
        <w:rPr>
          <w:i/>
        </w:rPr>
        <w:t>“Ramadan sach poochhein to bhook ki speed asal nahi”</w:t>
      </w:r>
    </w:p>
    <w:p>
      <w:r>
        <w:rPr>
          <w:sz w:val="20"/>
        </w:rPr>
        <w:t>1:24  ramzan sach poochhen to bhook ki speed asal nahi hai, asal yeh hai giving speed.</w:t>
      </w:r>
      <w:r>
        <w:br/>
      </w:r>
      <w:r>
        <w:rPr>
          <w:sz w:val="20"/>
        </w:rPr>
        <w:t>1:35  giving speed, yani bhook ke mani ke aap ne din mein kam khana, yani 24 ghante mein rozana ka mamool jo hai us se kam khana liya.</w:t>
      </w:r>
      <w:r>
        <w:br/>
      </w:r>
      <w:r>
        <w:rPr>
          <w:sz w:val="20"/>
        </w:rPr>
        <w:t>1:47  to kam khana kyun liya? is liye ke aap ko dena hai, khud kam lena, doosre ko dena, yeh hai giving speed.</w:t>
      </w:r>
      <w:r>
        <w:br/>
      </w:r>
      <w:r>
        <w:rPr>
          <w:sz w:val="20"/>
        </w:rPr>
        <w:t>1:58  to ramzan asal mein giving speed ki training hai. yeh baat ek hadith se maloom hoti hai jo sahih al-bukhari mein aayi hai.</w:t>
      </w:r>
      <w:r>
        <w:br/>
      </w:r>
      <w:r>
        <w:rPr>
          <w:sz w:val="20"/>
        </w:rPr>
        <w:t>2:10  aap jante hain ke sahih al-bukhari jo hai "asah al-kutub ba'd kitab Allah" mani jati hai.</w:t>
      </w:r>
      <w:r>
        <w:br/>
      </w:r>
      <w:r>
        <w:rPr>
          <w:sz w:val="20"/>
        </w:rPr>
        <w:t>2:16  to is mein ek lambi riwayat hai ramzan ke bare mein. to is ka ek tukra yeh hai ke "kana rasul Allah sallallahu alayhi wa sallam ajwad bil khayri min al-ri al-mursali",</w:t>
      </w:r>
      <w:r>
        <w:br/>
      </w:r>
      <w:r>
        <w:rPr>
          <w:sz w:val="20"/>
        </w:rPr>
        <w:t>2:33  yani rasul Allah sallallahu alayhi wa sallam ramzan ke mani mein</w:t>
      </w:r>
      <w:r>
        <w:br/>
      </w:r>
      <w:r>
        <w:rPr>
          <w:sz w:val="20"/>
        </w:rPr>
        <w:t>2:39  khair ke liye bohat fayaz aate thay.</w:t>
      </w:r>
      <w:r>
        <w:br/>
      </w:r>
      <w:r>
        <w:rPr>
          <w:sz w:val="20"/>
        </w:rPr>
        <w:t>2:47  yani</w:t>
      </w:r>
      <w:r>
        <w:br/>
      </w:r>
      <w:r>
        <w:rPr>
          <w:sz w:val="20"/>
        </w:rPr>
        <w:t>2:51  jaise tez hawa ki tarah, jaise hawa guzarti hai tezi ke sath, waise hi aap fayaz aate thay khair ke mamle mein.</w:t>
      </w:r>
      <w:r>
        <w:br/>
      </w:r>
      <w:r>
        <w:rPr>
          <w:sz w:val="20"/>
        </w:rPr>
        <w:t>3:02  yani itna zyada, itna zyada, itna zyada aap ke andar jazba badh jata tha khair ka.</w:t>
      </w:r>
      <w:r>
        <w:br/>
      </w:r>
      <w:r>
        <w:rPr>
          <w:sz w:val="20"/>
        </w:rPr>
        <w:t>3:11  kyun ke khair ke mani hain good. to khair yahan sirf khana peena ya paise ke mani mein nahi hai,</w:t>
      </w:r>
      <w:r>
        <w:br/>
      </w:r>
      <w:r>
        <w:rPr>
          <w:sz w:val="20"/>
        </w:rPr>
        <w:t>3:21  jo cheez bhi doosron ke liye khair ho. aadmi jo jo sadqa karta hai doosron ke liye, to doosron ke liye jo cheez khair ho, jo un ke liye nafa dene wali ho,</w:t>
      </w:r>
      <w:r>
        <w:br/>
      </w:r>
      <w:r>
        <w:rPr>
          <w:sz w:val="20"/>
        </w:rPr>
        <w:t>3:37  wo sab is mein shamil hogi.</w:t>
      </w:r>
      <w:r>
        <w:br/>
      </w:r>
      <w:r>
        <w:rPr>
          <w:sz w:val="20"/>
        </w:rPr>
        <w:t>3:41  to ramzan goya is baat ki speed paida karne ke liye hai ke</w:t>
      </w:r>
      <w:r>
        <w:br/>
      </w:r>
      <w:r>
        <w:rPr>
          <w:sz w:val="20"/>
        </w:rPr>
        <w:t>3:51  khud kam lo, doosron ko zyada do,</w:t>
      </w:r>
      <w:r>
        <w:br/>
      </w:r>
      <w:r>
        <w:rPr>
          <w:sz w:val="20"/>
        </w:rPr>
        <w:t>3:57  ya yun kahiye ke doosron ko khoob do, chahe tum ko khud kam lena pare. yeh hai speed of ramzan.</w:t>
      </w:r>
      <w:r>
        <w:br/>
      </w:r>
      <w:r>
        <w:rPr>
          <w:sz w:val="20"/>
        </w:rPr>
        <w:t>4:09  to aur yeh quran mein aap padhenge ke quran mein ramzan ka hukum jahan aaya hai, wahan par yeh hai ke "ya alladhina amanu kutiba alaykum al-siyam kama kutiba alladhina min qablikum" ke tum par ramzan ke mahine mein roza rakhna farz kiya gaya, jis tarah pichli ummaton mein farz kiya</w:t>
      </w:r>
      <w:r>
        <w:br/>
      </w:r>
      <w:r>
        <w:rPr>
          <w:sz w:val="20"/>
        </w:rPr>
        <w:t>4:33  gaya tha. is mani hai ke yeh roza jo hai rasool Allah sal Allah aleh wasalam ke zamane mein nahi aaya, har nabbi ke zamane mein is ko Allah ne farz kiya.</w:t>
      </w:r>
      <w:r>
        <w:br/>
      </w:r>
      <w:r>
        <w:rPr>
          <w:sz w:val="20"/>
        </w:rPr>
        <w:t>4:45  goya yeh universal taleem hai Islam ki. to yeh universal taleem ke asal yeh nahi ke bhook bhooka rehna, asal cheez giving speed ke sath duniya mein rehna,</w:t>
      </w:r>
      <w:r>
        <w:br/>
      </w:r>
      <w:r>
        <w:rPr>
          <w:sz w:val="20"/>
        </w:rPr>
        <w:t>5:00  yeh samajhne ki baat hai.</w:t>
      </w:r>
    </w:p>
    <w:p>
      <w:pPr>
        <w:pStyle w:val="Heading2"/>
      </w:pPr>
      <w:r>
        <w:t>society's real goal is peace, not impossible justice</w:t>
      </w:r>
    </w:p>
    <w:p>
      <w:r>
        <w:rPr>
          <w:color w:val="666666"/>
          <w:sz w:val="18"/>
        </w:rPr>
        <w:t>Individual &amp; Society March 9, 2014 · 5m 35s · at 34:59 · https://youtu.be/v4WioeR_DD4?t=2099</w:t>
      </w:r>
    </w:p>
    <w:p>
      <w:r>
        <w:rPr>
          <w:i/>
        </w:rPr>
        <w:t>“Sari duniya jisse mashhoor hai woh lafz hai justice”</w:t>
      </w:r>
    </w:p>
    <w:p>
      <w:r>
        <w:rPr>
          <w:sz w:val="20"/>
        </w:rPr>
        <w:t>34:59  agar society ko lijiye. saare log mashhoor hain ek lafz se. aur woh hai justice.</w:t>
      </w:r>
      <w:r>
        <w:br/>
      </w:r>
      <w:r>
        <w:rPr>
          <w:sz w:val="20"/>
        </w:rPr>
        <w:t>35:09  justice, justice. yaani ke ek aisi society jahan justice ho. lekin sawal yeh hai ke kisi ne kya dunya mein aisi society banai jahan justice thi?</w:t>
      </w:r>
      <w:r>
        <w:br/>
      </w:r>
      <w:r>
        <w:rPr>
          <w:sz w:val="20"/>
        </w:rPr>
        <w:t>35:23  kabhi bhi nahi hua. Islam ke doraniye mein bhi nahi hua.</w:t>
      </w:r>
      <w:r>
        <w:br/>
      </w:r>
      <w:r>
        <w:rPr>
          <w:sz w:val="20"/>
        </w:rPr>
        <w:t>35:30  Islam ke doraniye mein, Rasool Allah sal Allah alaihi wasallam ke doraniye mein, ek sahabi ne is raaz ko kaha tha, wallah muaddal tha. ek sahabi ne is raaz ko munh dar munh kaha tha, madine mein.</w:t>
      </w:r>
      <w:r>
        <w:br/>
      </w:r>
      <w:r>
        <w:rPr>
          <w:sz w:val="20"/>
        </w:rPr>
        <w:t>35:40  wallah ek maamla, ek maamla tha. wallah muaddal tha. Khuda ki qasam, aap ne insaaf nahi kiya. to kahan hai justice?</w:t>
      </w:r>
      <w:r>
        <w:br/>
      </w:r>
      <w:r>
        <w:rPr>
          <w:sz w:val="20"/>
        </w:rPr>
        <w:t>35:52  yeh to khateeb log aur shayar log, ab ab lafzon mein ek ek ek ek banate hain.</w:t>
      </w:r>
      <w:r>
        <w:br/>
      </w:r>
      <w:r>
        <w:rPr>
          <w:sz w:val="20"/>
        </w:rPr>
        <w:t>36:01  dunya mein kabhi bhi koi aisi society nahi bani hai jahan kamil umman mein justice maujood ho. jin logon ne banai hai justice party, woh kya, woh jante hain nahi ke What is the Christian plan of God ek aisa goal jo achievable na ho, is ke liye aap ne party bana di.</w:t>
      </w:r>
      <w:r>
        <w:br/>
      </w:r>
      <w:r>
        <w:rPr>
          <w:sz w:val="20"/>
        </w:rPr>
        <w:t>36:22  qayamat jis din hum justice qaim karna hai,</w:t>
      </w:r>
      <w:r>
        <w:br/>
      </w:r>
      <w:r>
        <w:rPr>
          <w:sz w:val="20"/>
        </w:rPr>
        <w:t>36:27  justice kyun nahi qaim hota?</w:t>
      </w:r>
      <w:r>
        <w:br/>
      </w:r>
      <w:r>
        <w:rPr>
          <w:sz w:val="20"/>
        </w:rPr>
        <w:t>36:30  is liye ke har aadmi ko Allah taala ne diya hai azadi. azadi. ek aadmi bhi apni azadi ko misuse kar ke sara nizam bigaad sakta hai.</w:t>
      </w:r>
      <w:r>
        <w:br/>
      </w:r>
      <w:r>
        <w:rPr>
          <w:sz w:val="20"/>
        </w:rPr>
        <w:t>36:45  ek aadmi apni azadi ko misuse kar ke ek paighambar ko qatl kar sakta hai. ek aadmi apni azadi ko misuse kar ke Mehdi goli maar sakta hai.</w:t>
      </w:r>
      <w:r>
        <w:br/>
      </w:r>
      <w:r>
        <w:rPr>
          <w:sz w:val="20"/>
        </w:rPr>
        <w:t>36:55  ek aadmi apni azadi ko misuse kar ke Hazrat Umar Farooq ko qatl kar sakta hai.</w:t>
      </w:r>
      <w:r>
        <w:br/>
      </w:r>
      <w:r>
        <w:rPr>
          <w:sz w:val="20"/>
        </w:rPr>
        <w:t>37:00  kahan justice hai? to jis cheez ko hum kehte hain justice, woh is dunya mein achievable hi nahi hai.</w:t>
      </w:r>
      <w:r>
        <w:br/>
      </w:r>
      <w:r>
        <w:rPr>
          <w:sz w:val="20"/>
        </w:rPr>
        <w:t>37:14  is liye sahi goal kya hai? sahi goal hai peace. asal khair peace is the best. yaani social level par justice goal nahi hai.</w:t>
      </w:r>
      <w:r>
        <w:br/>
      </w:r>
      <w:r>
        <w:rPr>
          <w:sz w:val="20"/>
        </w:rPr>
        <w:t>37:25  social level par peace goal hai.</w:t>
      </w:r>
      <w:r>
        <w:br/>
      </w:r>
      <w:r>
        <w:rPr>
          <w:sz w:val="20"/>
        </w:rPr>
        <w:t>37:29  asal khair to peace achievable hai. sirf yeh hai ke peace ka formula aap dunya ko de chuka hai.</w:t>
      </w:r>
      <w:r>
        <w:br/>
      </w:r>
      <w:r>
        <w:rPr>
          <w:sz w:val="20"/>
        </w:rPr>
        <w:t>37:40  peace ka formula yeh hai ke mukhtalif qism ke halaat tum ke paish aayenge, is ko manage karo. bajaye is ke ke lado halaat se, is ko manage karo.</w:t>
      </w:r>
      <w:r>
        <w:br/>
      </w:r>
      <w:r>
        <w:rPr>
          <w:sz w:val="20"/>
        </w:rPr>
        <w:t>37:52  is ko manage karo. manage karne ka matlab kya hai?</w:t>
      </w:r>
      <w:r>
        <w:br/>
      </w:r>
      <w:r>
        <w:rPr>
          <w:sz w:val="20"/>
        </w:rPr>
        <w:t>37:59  manage karne ka matlab yeh hai ke halaat mein opportunity ko talash karo. problem ko nahin. har soorat-e-haal mein problem, problem hamesha problem hote hain.</w:t>
      </w:r>
      <w:r>
        <w:br/>
      </w:r>
      <w:r>
        <w:rPr>
          <w:sz w:val="20"/>
        </w:rPr>
        <w:t>38:13  aap chahte hain ke problem ko khatm kar ke aap just insaaf qaim karen. that is not possible jo log justice ko goal banaye hue hain, un ka, un ka, un ke saath, un ka kya target</w:t>
      </w:r>
      <w:r>
        <w:br/>
      </w:r>
      <w:r>
        <w:rPr>
          <w:sz w:val="20"/>
        </w:rPr>
        <w:t>38:28  hota hai? problem ko khatm karo, masail ko khatm karo taake duniya mein insaaf aaye. nahin, agar aap peace ko goal banayenge to kya hoga?</w:t>
      </w:r>
      <w:r>
        <w:br/>
      </w:r>
      <w:r>
        <w:rPr>
          <w:sz w:val="20"/>
        </w:rPr>
        <w:t>38:39  problem ko ignore karo. jaise hi aap ne problem ko ignore kiya, foran justice mil gayi, foran aap ko opportunity mil gayi, foran aap ko peace mil gaya.</w:t>
      </w:r>
      <w:r>
        <w:br/>
      </w:r>
      <w:r>
        <w:rPr>
          <w:sz w:val="20"/>
        </w:rPr>
        <w:t>38:50  jaise hum, aap baithe hue hain, aap log, hamare is, yeh jo hum baithe hue hain, is ke bahar bohat se problem hain.</w:t>
      </w:r>
      <w:r>
        <w:br/>
      </w:r>
      <w:r>
        <w:rPr>
          <w:sz w:val="20"/>
        </w:rPr>
        <w:t>38:58  ek do nahin.</w:t>
      </w:r>
      <w:r>
        <w:br/>
      </w:r>
      <w:r>
        <w:rPr>
          <w:sz w:val="20"/>
        </w:rPr>
        <w:t>39:03  mujhe rozana aise logon se mulaqat hoti hai jo aate hain to aate hi problem ka zikr karte hain. yeh zulm, woh zulm, yeh museebat, woh museebat.</w:t>
      </w:r>
      <w:r>
        <w:br/>
      </w:r>
      <w:r>
        <w:rPr>
          <w:sz w:val="20"/>
        </w:rPr>
        <w:t>39:13  to is kamre ke bahar sab har taraf problem hai. lekin hum jab is ko ignore kiya, hum ne, hum ne is ko yaani avoid karne ki khwahish</w:t>
      </w:r>
      <w:r>
        <w:br/>
      </w:r>
      <w:r>
        <w:rPr>
          <w:sz w:val="20"/>
        </w:rPr>
        <w:t>39:27  mein dala. to hum yahan baithe hue, aap dekhiye, Allah ki yaad kar rahe hain, Allah ki marifat ko talash kar rahe hain,</w:t>
      </w:r>
      <w:r>
        <w:br/>
      </w:r>
      <w:r>
        <w:rPr>
          <w:sz w:val="20"/>
        </w:rPr>
        <w:t>39:36  jannat ka rasta dhoondh rahe hain.</w:t>
      </w:r>
      <w:r>
        <w:br/>
      </w:r>
      <w:r>
        <w:rPr>
          <w:sz w:val="20"/>
        </w:rPr>
        <w:t>39:43  agar hum, hamare bahar, hamare is, is, is ke bahar, is building ke bahar jo duniya hai, is duniya mein jo masail hain, is ko hum ignore na</w:t>
      </w:r>
      <w:r>
        <w:br/>
      </w:r>
      <w:r>
        <w:rPr>
          <w:sz w:val="20"/>
        </w:rPr>
        <w:t>39:56  karen, is ko avoid na karen, to hum yahan par negative baatein karenge. yahan par hum</w:t>
      </w:r>
      <w:r>
        <w:br/>
      </w:r>
      <w:r>
        <w:rPr>
          <w:sz w:val="20"/>
        </w:rPr>
        <w:t>40:05  tashaddud ko ubharengay logon ko. yahan par hum logon ko ghussa dilayenge. hamein kahenge, "niklo yahan se, nikal kar ja ke bomb maro, dushman ko qatal karo." to peace naam hai is baat ka ke aap halaat ko manage kar saken.</w:t>
      </w:r>
      <w:r>
        <w:br/>
      </w:r>
      <w:r>
        <w:rPr>
          <w:sz w:val="20"/>
        </w:rPr>
        <w:t>40:24  manage kar lijiye, bas fe-faur aap ko peace haasil ho jata hai. yeh, yeh, yeh insaan ko kisi ne nahin bataya ke halaat ko manage karo, is ke baad peace hi peace hai.</w:t>
      </w:r>
    </w:p>
    <w:p>
      <w:pPr>
        <w:pStyle w:val="Heading2"/>
      </w:pPr>
      <w:r>
        <w:t>Battle of Badr: prophet's message of peace with God</w:t>
      </w:r>
    </w:p>
    <w:p>
      <w:r>
        <w:rPr>
          <w:color w:val="666666"/>
          <w:sz w:val="18"/>
        </w:rPr>
        <w:t>Islam and Peace (English) January 17, 2007 · 5m 49s · at 4:35 · https://youtu.be/OsmlU1RTo7k?t=275</w:t>
      </w:r>
    </w:p>
    <w:p>
      <w:r>
        <w:rPr>
          <w:i/>
        </w:rPr>
        <w:t>“The Battle of Badr was a defensive war”</w:t>
      </w:r>
    </w:p>
    <w:p>
      <w:r>
        <w:rPr>
          <w:sz w:val="20"/>
        </w:rPr>
        <w:t>4:35  he says that when there was battle of badr. battle of badr.</w:t>
      </w:r>
      <w:r>
        <w:br/>
      </w:r>
      <w:r>
        <w:rPr>
          <w:sz w:val="20"/>
        </w:rPr>
        <w:t>4:46  you know, battle of badr was a defensive war from the prophet side.</w:t>
      </w:r>
      <w:r>
        <w:br/>
      </w:r>
      <w:r>
        <w:rPr>
          <w:sz w:val="20"/>
        </w:rPr>
        <w:t>4:57  any pagan people who returned hostile against the islamic religion.</w:t>
      </w:r>
      <w:r>
        <w:br/>
      </w:r>
      <w:r>
        <w:rPr>
          <w:sz w:val="20"/>
        </w:rPr>
        <w:t>5:07  they attacked madinah, where prophet was living with his companions. so prophet was compelled to go for defence</w:t>
      </w:r>
      <w:r>
        <w:br/>
      </w:r>
      <w:r>
        <w:rPr>
          <w:sz w:val="20"/>
        </w:rPr>
        <w:t>5:24  . so battle of badr was a defensive war.</w:t>
      </w:r>
      <w:r>
        <w:br/>
      </w:r>
      <w:r>
        <w:rPr>
          <w:sz w:val="20"/>
        </w:rPr>
        <w:t>5:31  at that time, in some traditions, is mentioned that the prophet himself was not involved in the battle</w:t>
      </w:r>
      <w:r>
        <w:br/>
      </w:r>
      <w:r>
        <w:rPr>
          <w:sz w:val="20"/>
        </w:rPr>
        <w:t>5:46  . he was sitting in</w:t>
      </w:r>
      <w:r>
        <w:br/>
      </w:r>
      <w:r>
        <w:rPr>
          <w:sz w:val="20"/>
        </w:rPr>
        <w:t>5:53  an aloof place that is called in books "areesh". areesh means a temporary shelter.</w:t>
      </w:r>
      <w:r>
        <w:br/>
      </w:r>
      <w:r>
        <w:rPr>
          <w:sz w:val="20"/>
        </w:rPr>
        <w:t>6:06  a temporary shelter. a makeshift shelter.</w:t>
      </w:r>
      <w:r>
        <w:br/>
      </w:r>
      <w:r>
        <w:rPr>
          <w:sz w:val="20"/>
        </w:rPr>
        <w:t>6:13  areesh means makeshift shelter.</w:t>
      </w:r>
      <w:r>
        <w:br/>
      </w:r>
      <w:r>
        <w:rPr>
          <w:sz w:val="20"/>
        </w:rPr>
        <w:t>6:16  so the prophet was sitting under this areesh. and the battle ground was in front of him.</w:t>
      </w:r>
      <w:r>
        <w:br/>
      </w:r>
      <w:r>
        <w:rPr>
          <w:sz w:val="20"/>
        </w:rPr>
        <w:t>6:26  so the tradition says that at that time, when was prophet sitting under this areesh, he was</w:t>
      </w:r>
      <w:r>
        <w:br/>
      </w:r>
      <w:r>
        <w:rPr>
          <w:sz w:val="20"/>
        </w:rPr>
        <w:t>6:44  making lines in this sand. in sand. making some lines.</w:t>
      </w:r>
      <w:r>
        <w:br/>
      </w:r>
      <w:r>
        <w:rPr>
          <w:sz w:val="20"/>
        </w:rPr>
        <w:t>6:57  The report says nothing except this. Then an orientalist, a Western scholar taking this event, says that the leader of Islam was making his next war plan.</w:t>
      </w:r>
      <w:r>
        <w:br/>
      </w:r>
      <w:r>
        <w:rPr>
          <w:sz w:val="20"/>
        </w:rPr>
        <w:t>7:25  the leader of Islam was making his next war plan. But it is quite wrong. Why you can say the famous book in Islamic history that is "Al-Bidaya wa al-Nihaya".</w:t>
      </w:r>
      <w:r>
        <w:br/>
      </w:r>
      <w:r>
        <w:rPr>
          <w:sz w:val="20"/>
        </w:rPr>
        <w:t>7:50  the author was ibn kathir.</w:t>
      </w:r>
      <w:r>
        <w:br/>
      </w:r>
      <w:r>
        <w:rPr>
          <w:sz w:val="20"/>
        </w:rPr>
        <w:t>7:53  it is a very authentic book in islamic history. so in this book, you can find that when prophet was seated under this areesh,</w:t>
      </w:r>
      <w:r>
        <w:br/>
      </w:r>
      <w:r>
        <w:rPr>
          <w:sz w:val="20"/>
        </w:rPr>
        <w:t>8:11  an angel from god came to him.</w:t>
      </w:r>
      <w:r>
        <w:br/>
      </w:r>
      <w:r>
        <w:rPr>
          <w:sz w:val="20"/>
        </w:rPr>
        <w:t>8:19  an angel said, "o prophet, god has conveyed you salam".</w:t>
      </w:r>
      <w:r>
        <w:br/>
      </w:r>
      <w:r>
        <w:rPr>
          <w:sz w:val="20"/>
        </w:rPr>
        <w:t>8:31  salam means peace. so at that time, when prophet was</w:t>
      </w:r>
      <w:r>
        <w:br/>
      </w:r>
      <w:r>
        <w:rPr>
          <w:sz w:val="20"/>
        </w:rPr>
        <w:t>8:40  sitting in areesh during the battle of badr, he received a message from god that was message of peace.</w:t>
      </w:r>
      <w:r>
        <w:br/>
      </w:r>
      <w:r>
        <w:rPr>
          <w:sz w:val="20"/>
        </w:rPr>
        <w:t>8:55  then what happened?</w:t>
      </w:r>
      <w:r>
        <w:br/>
      </w:r>
      <w:r>
        <w:rPr>
          <w:sz w:val="20"/>
        </w:rPr>
        <w:t>8:58  after receiving this message, prophet said</w:t>
      </w:r>
      <w:r>
        <w:br/>
      </w:r>
      <w:r>
        <w:rPr>
          <w:sz w:val="20"/>
        </w:rPr>
        <w:t>9:06  this was a response of the prophet. allahumma anta al-salam wa minka al-salam wa ilayka yarji' al-salam rabbana ahya'na bil-salam wa adkhilna darak dar al-salam tabarak rabbana wa ta'ala ya dhal-jalali wal-ikram.</w:t>
      </w:r>
      <w:r>
        <w:br/>
      </w:r>
      <w:r>
        <w:rPr>
          <w:sz w:val="20"/>
        </w:rPr>
        <w:t>9:28  the translation of this saying or dua is "o god, you are peace".</w:t>
      </w:r>
      <w:r>
        <w:br/>
      </w:r>
      <w:r>
        <w:rPr>
          <w:sz w:val="20"/>
        </w:rPr>
        <w:t>9:43  peace is from you. peace returns to you.</w:t>
      </w:r>
      <w:r>
        <w:br/>
      </w:r>
      <w:r>
        <w:rPr>
          <w:sz w:val="20"/>
        </w:rPr>
        <w:t>9:53  o god, let us live in peace. o god,</w:t>
      </w:r>
      <w:r>
        <w:br/>
      </w:r>
      <w:r>
        <w:rPr>
          <w:sz w:val="20"/>
        </w:rPr>
        <w:t>10:06  let us to enter into the home of peace that is paradise. o god, glory be for you.</w:t>
      </w:r>
    </w:p>
    <w:p>
      <w:pPr>
        <w:pStyle w:val="Heading2"/>
      </w:pPr>
      <w:r>
        <w:t>Edison story: mother's belief overcame school failure</w:t>
      </w:r>
    </w:p>
    <w:p>
      <w:r>
        <w:rPr>
          <w:color w:val="666666"/>
          <w:sz w:val="18"/>
        </w:rPr>
        <w:t>The Status of Women in Islam (English) February 28, 2007 Maulana Wahiduddin Khan · 5m 21s · at 8:14 · https://youtu.be/pSLnXzYImXo?t=494</w:t>
      </w:r>
    </w:p>
    <w:p>
      <w:r>
        <w:rPr>
          <w:i/>
        </w:rPr>
        <w:t>“In America, there was a great scientist”</w:t>
      </w:r>
    </w:p>
    <w:p>
      <w:r>
        <w:rPr>
          <w:sz w:val="20"/>
        </w:rPr>
        <w:t>8:14  workplace, but more important is to inculcate spirit of work among them. here i would like to give an example, a historical example.</w:t>
      </w:r>
      <w:r>
        <w:br/>
      </w:r>
      <w:r>
        <w:rPr>
          <w:sz w:val="20"/>
        </w:rPr>
        <w:t>8:29  you know, in america, there was a great scientist. his name is thomas alva edison.</w:t>
      </w:r>
      <w:r>
        <w:br/>
      </w:r>
      <w:r>
        <w:rPr>
          <w:sz w:val="20"/>
        </w:rPr>
        <w:t>8:38  he died in 1931. it is well known that thomas alva edison was</w:t>
      </w:r>
      <w:r>
        <w:br/>
      </w:r>
      <w:r>
        <w:rPr>
          <w:sz w:val="20"/>
        </w:rPr>
        <w:t>8:56  failure in education.</w:t>
      </w:r>
      <w:r>
        <w:br/>
      </w:r>
      <w:r>
        <w:rPr>
          <w:sz w:val="20"/>
        </w:rPr>
        <w:t>9:02  he failed to complete his schooling because his teacher found him retarded.</w:t>
      </w:r>
      <w:r>
        <w:br/>
      </w:r>
      <w:r>
        <w:rPr>
          <w:sz w:val="20"/>
        </w:rPr>
        <w:t>9:13  the teacher of thomas alva edison found him retarded</w:t>
      </w:r>
      <w:r>
        <w:br/>
      </w:r>
      <w:r>
        <w:rPr>
          <w:sz w:val="20"/>
        </w:rPr>
        <w:t>9:20  . so he refused to give him,</w:t>
      </w:r>
      <w:r>
        <w:br/>
      </w:r>
      <w:r>
        <w:rPr>
          <w:sz w:val="20"/>
        </w:rPr>
        <w:t>9:31  refused to admit him in his school.</w:t>
      </w:r>
      <w:r>
        <w:br/>
      </w:r>
      <w:r>
        <w:rPr>
          <w:sz w:val="20"/>
        </w:rPr>
        <w:t>9:38  so thomas alva edison failed to complete his schooling.</w:t>
      </w:r>
      <w:r>
        <w:br/>
      </w:r>
      <w:r>
        <w:rPr>
          <w:sz w:val="20"/>
        </w:rPr>
        <w:t>9:48  in this sense, he was an educated person.</w:t>
      </w:r>
      <w:r>
        <w:br/>
      </w:r>
      <w:r>
        <w:rPr>
          <w:sz w:val="20"/>
        </w:rPr>
        <w:t>9:57  then what happened? the mother of edison, her name was nancy,</w:t>
      </w:r>
      <w:r>
        <w:br/>
      </w:r>
      <w:r>
        <w:rPr>
          <w:sz w:val="20"/>
        </w:rPr>
        <w:t>10:11  took the charge. she decided to teach her son.</w:t>
      </w:r>
      <w:r>
        <w:br/>
      </w:r>
      <w:r>
        <w:rPr>
          <w:sz w:val="20"/>
        </w:rPr>
        <w:t>10:23  nancy inculcated</w:t>
      </w:r>
      <w:r>
        <w:br/>
      </w:r>
      <w:r>
        <w:rPr>
          <w:sz w:val="20"/>
        </w:rPr>
        <w:t>10:28  the spirit of work</w:t>
      </w:r>
      <w:r>
        <w:br/>
      </w:r>
      <w:r>
        <w:rPr>
          <w:sz w:val="20"/>
        </w:rPr>
        <w:t>10:32  in them, in Edison. Word, it was a feeling, a feeling of self-confidence.</w:t>
      </w:r>
      <w:r>
        <w:br/>
      </w:r>
      <w:r>
        <w:rPr>
          <w:sz w:val="20"/>
        </w:rPr>
        <w:t>10:46  an feeling self confidence.</w:t>
      </w:r>
      <w:r>
        <w:br/>
      </w:r>
      <w:r>
        <w:rPr>
          <w:sz w:val="20"/>
        </w:rPr>
        <w:t>10:50  so nancy,</w:t>
      </w:r>
      <w:r>
        <w:br/>
      </w:r>
      <w:r>
        <w:rPr>
          <w:sz w:val="20"/>
        </w:rPr>
        <w:t>10:59  nancy incalckated the spirit of self confidence in her son.</w:t>
      </w:r>
      <w:r>
        <w:br/>
      </w:r>
      <w:r>
        <w:rPr>
          <w:sz w:val="20"/>
        </w:rPr>
        <w:t>11:12  Aldous Addison failed to find admission in school, but her mother successfully established her home as a school.</w:t>
      </w:r>
      <w:r>
        <w:br/>
      </w:r>
      <w:r>
        <w:rPr>
          <w:sz w:val="20"/>
        </w:rPr>
        <w:t>11:31  and after great labor, Edison emerged as a greatest, one of the greatest scientist.</w:t>
      </w:r>
      <w:r>
        <w:br/>
      </w:r>
      <w:r>
        <w:rPr>
          <w:sz w:val="20"/>
        </w:rPr>
        <w:t>11:44  he was able to invent more than one thousand items in electronics, in electricity, in telephone.</w:t>
      </w:r>
      <w:r>
        <w:br/>
      </w:r>
      <w:r>
        <w:rPr>
          <w:sz w:val="20"/>
        </w:rPr>
        <w:t>11:57  Edison was able to invent more than one thousand items in electronics, in electricity, in telephone, in communication.</w:t>
      </w:r>
      <w:r>
        <w:br/>
      </w:r>
      <w:r>
        <w:rPr>
          <w:sz w:val="20"/>
        </w:rPr>
        <w:t>12:14  so work place is not important. most important thing is spirit to work, will to work.</w:t>
      </w:r>
      <w:r>
        <w:br/>
      </w:r>
      <w:r>
        <w:rPr>
          <w:sz w:val="20"/>
        </w:rPr>
        <w:t>12:31  so nancy, the mother of addison, establish a school at her home</w:t>
      </w:r>
      <w:r>
        <w:br/>
      </w:r>
      <w:r>
        <w:rPr>
          <w:sz w:val="20"/>
        </w:rPr>
        <w:t>12:43  . her home became a school. and she educated her son. she incalckated the spirit of work in her son.</w:t>
      </w:r>
      <w:r>
        <w:br/>
      </w:r>
      <w:r>
        <w:rPr>
          <w:sz w:val="20"/>
        </w:rPr>
        <w:t>12:54  and the result was breakless. the result was breakless. so it is not work place that is important.</w:t>
      </w:r>
      <w:r>
        <w:br/>
      </w:r>
      <w:r>
        <w:rPr>
          <w:sz w:val="20"/>
        </w:rPr>
        <w:t>13:04  it is the most important thing is spirit of work.</w:t>
      </w:r>
      <w:r>
        <w:br/>
      </w:r>
      <w:r>
        <w:rPr>
          <w:sz w:val="20"/>
        </w:rPr>
        <w:t>13:15  spirit of work, will to work. so we have to incalckate this spirit among all men, as well as among women, both.</w:t>
      </w:r>
    </w:p>
    <w:p>
      <w:pPr>
        <w:pStyle w:val="Heading2"/>
      </w:pPr>
      <w:r>
        <w:t>Quran's smoke sign, climate science, and final warnings</w:t>
      </w:r>
    </w:p>
    <w:p>
      <w:r>
        <w:rPr>
          <w:color w:val="666666"/>
          <w:sz w:val="18"/>
        </w:rPr>
        <w:t>Major Signs of Doomsday November 26, 2023 · 5m 20s · at 45:45 · https://youtu.be/pMRzFjrkWf4?t=2745</w:t>
      </w:r>
    </w:p>
    <w:p>
      <w:r>
        <w:rPr>
          <w:i/>
        </w:rPr>
        <w:t>“Surah Dukhan mein hai ke aasman dhuein se chha jayega”</w:t>
      </w:r>
    </w:p>
    <w:p>
      <w:r>
        <w:rPr>
          <w:sz w:val="20"/>
        </w:rPr>
        <w:t>45:45  ji. apa, ek aur nishani jo hadith mein bhi aayi hai aur quran ke chapter 44 mein bhi aayi hai, dukhan ke bare mein, yani smoke.</w:t>
      </w:r>
      <w:r>
        <w:br/>
      </w:r>
      <w:r>
        <w:rPr>
          <w:sz w:val="20"/>
        </w:rPr>
        <w:t>45:55  quran mein jaise aaya hai ke "watch out for the day when sky sends out visible clouds of smoke, that will envelop the people.</w:t>
      </w:r>
      <w:r>
        <w:br/>
      </w:r>
      <w:r>
        <w:rPr>
          <w:sz w:val="20"/>
        </w:rPr>
        <w:t>46:05  das wal bi a very painful punishment. to apa, yeh nishani jo batai hai, jo smoke, emergency of smoke, mein chahunga is ke baray mein bhi aap hum sab ko bataein.</w:t>
      </w:r>
      <w:r>
        <w:br/>
      </w:r>
      <w:r>
        <w:rPr>
          <w:sz w:val="20"/>
        </w:rPr>
        <w:t>46:17  yeh bhi bari nishaniyon mein se hai ke jab qayamat qareeb hogi to bohat ziyada surah ad-dukhn ek poora chapter hai quran mein.</w:t>
      </w:r>
      <w:r>
        <w:br/>
      </w:r>
      <w:r>
        <w:rPr>
          <w:sz w:val="20"/>
        </w:rPr>
        <w:t>46:28  aasman ek khulay hue dhuein ke sath zahir ho jayega, woh logon ko gher le ga. to is ka ibtidai form to yahi pollution lagta hai ke itna ziyada pollution kabhi bhi nahi tha jitna ab ho raha hai.</w:t>
      </w:r>
      <w:r>
        <w:br/>
      </w:r>
      <w:r>
        <w:rPr>
          <w:sz w:val="20"/>
        </w:rPr>
        <w:t>46:41  phir jab volcano phatta hai to bohat ziyada pollution ho jata hai poore dhuein mein, poore fiza mein dhuaan dhuaan bhar jata hai.</w:t>
      </w:r>
      <w:r>
        <w:br/>
      </w:r>
      <w:r>
        <w:rPr>
          <w:sz w:val="20"/>
        </w:rPr>
        <w:t>46:50  to abhi Iceland mein 2010 mein volcano phatta tha to raakh jo hai na poore Europe mein phail gayi thi. to ab jo hai Iceland mein ek bohat bara volcano phat sakta hai, eminent hai bilkul.</w:t>
      </w:r>
      <w:r>
        <w:br/>
      </w:r>
      <w:r>
        <w:rPr>
          <w:sz w:val="20"/>
        </w:rPr>
        <w:t>47:07  to is mein taqreeban char hazar se ziyada zalzale aa chuke hain. to log wahan poora ilaaqa jo hai woh poora town khali kara liya gaya hai.</w:t>
      </w:r>
      <w:r>
        <w:br/>
      </w:r>
      <w:r>
        <w:rPr>
          <w:sz w:val="20"/>
        </w:rPr>
        <w:t>47:18  to yeh wohi hai, yeh sari cheezein jo hain ke aakhri azaab yani qayamat aanay se pehle Allah taala warning deta hai ke ab bhi log sudhar jayein, ab bhi log apni islah kar lein.</w:t>
      </w:r>
      <w:r>
        <w:br/>
      </w:r>
      <w:r>
        <w:rPr>
          <w:sz w:val="20"/>
        </w:rPr>
        <w:t>47:32  bilkul aise hi jaise Firon ki qaum ko warning di gayi thi,</w:t>
      </w:r>
      <w:r>
        <w:br/>
      </w:r>
      <w:r>
        <w:rPr>
          <w:sz w:val="20"/>
        </w:rPr>
        <w:t>47:37  bar bar warning di gayi thi, lekin us ke bawajood un un un logon ne is warning par koi tawajjuh nahi di.</w:t>
      </w:r>
      <w:r>
        <w:br/>
      </w:r>
      <w:r>
        <w:rPr>
          <w:sz w:val="20"/>
        </w:rPr>
        <w:t>47:45  to is ke baad un ko samandar mein gharaq kar diya gaya. to wohi hai, ab ho sakta hai ke abhi ibtidai shakal ho aur ziyada aur baray, koi bara volcano agar hua to aadhi duniya to is smoke se bhar jayegi</w:t>
      </w:r>
      <w:r>
        <w:br/>
      </w:r>
      <w:r>
        <w:rPr>
          <w:sz w:val="20"/>
        </w:rPr>
        <w:t>48:02  . to abhi is mein kuch bohat clear nahi hai, lekin pollution to hai hi hai. acha, apa, bohat ziyada scientific reports aati rehti hain global warming ko le kar aur scientific community bohat ziyada jo hai serious hain, pareshan hain is phenomena ko le kar.</w:t>
      </w:r>
      <w:r>
        <w:br/>
      </w:r>
      <w:r>
        <w:rPr>
          <w:sz w:val="20"/>
        </w:rPr>
        <w:t>48:25  to mein chahunga ke is ke baray mein thori thori aap roshni dalei.</w:t>
      </w:r>
      <w:r>
        <w:br/>
      </w:r>
      <w:r>
        <w:rPr>
          <w:sz w:val="20"/>
        </w:rPr>
        <w:t>48:31  yeh 25 November ka akhbar hai, Times of India. to is mein bohat hi ziyada daranay wali khabrein hain, kyunke global warming mein to yeh sab ho hi raha hai, glaciers jo hain pighal rahe hain, ice pighal rahi hai, samandaron mein aa rahi hai.</w:t>
      </w:r>
      <w:r>
        <w:br/>
      </w:r>
      <w:r>
        <w:rPr>
          <w:sz w:val="20"/>
        </w:rPr>
        <w:t>48:46  aur lekin yeh jo khabar thi is mein ke "World's largest iceberg has broken free and it is on the move"</w:t>
      </w:r>
      <w:r>
        <w:br/>
      </w:r>
      <w:r>
        <w:rPr>
          <w:sz w:val="20"/>
        </w:rPr>
        <w:t>48:55  to yeh largest iceberg jo hai woh char hazar square kilometer is ki lambai hai aur yeh among the world's oldest bhi hai.</w:t>
      </w:r>
      <w:r>
        <w:br/>
      </w:r>
      <w:r>
        <w:rPr>
          <w:sz w:val="20"/>
        </w:rPr>
        <w:t>49:06  apa, yeh kon sa newspaper hai? yeh Times of India. Times of India ka newspaper. 25 November ka. 25 November 2023. haan ji. to New York shehar ka yeh teen guna yeh iceberg hai.</w:t>
      </w:r>
      <w:r>
        <w:br/>
      </w:r>
      <w:r>
        <w:rPr>
          <w:sz w:val="20"/>
        </w:rPr>
        <w:t>49:17  to ab itna baray baray jab niklein ge wahan se barf ke tude aur woh samandar mein aa jayein ge to jante hain is se samandar ke sea level bohat barh jayega.</w:t>
      </w:r>
      <w:r>
        <w:br/>
      </w:r>
      <w:r>
        <w:rPr>
          <w:sz w:val="20"/>
        </w:rPr>
        <w:t>49:30  aur sea level barhne se phir kya hai ke abhi aap ne pichlay dinon dekha kitna sailab aa raha tha. ji. to jitna sea level barhta jayega, utna sailab barhta chala jayega.</w:t>
      </w:r>
      <w:r>
        <w:br/>
      </w:r>
      <w:r>
        <w:rPr>
          <w:sz w:val="20"/>
        </w:rPr>
        <w:t>49:40  kehte hain ke bohat sare shehar jo samandar ke kinare hain, woh sab doob jayein ge. aur phir yeh glaciers ka bohat bara role hota hai ke jo sun ki jo rays aati hain, jo jo heat aati hai, woh us ko reflect back kar deta hai.</w:t>
      </w:r>
      <w:r>
        <w:br/>
      </w:r>
      <w:r>
        <w:rPr>
          <w:sz w:val="20"/>
        </w:rPr>
        <w:t>49:57  aur jab agar yeh nahi rahein ge, yeh kam ho jayein ge to woh jo protective cover hai, woh khatam ho jayega.</w:t>
      </w:r>
      <w:r>
        <w:br/>
      </w:r>
      <w:r>
        <w:rPr>
          <w:sz w:val="20"/>
        </w:rPr>
        <w:t>50:04  phir woh heat itni ziyada barh jayegi ke yeh duniya jo hai, is mein insan jaisi makhlooq survive nahi kar sakegi. to yeh bohat ziyada important hai ke yeh barf ka cover zameen par baqi rahe.</w:t>
      </w:r>
      <w:r>
        <w:br/>
      </w:r>
      <w:r>
        <w:rPr>
          <w:sz w:val="20"/>
        </w:rPr>
        <w:t>50:19  ji. lekin yeh musalsal yeh ho raha hai. to is se logon ko darna chahiye, logon ko apne sahi rastay par aayein aur khaas tor par da'wa bil-haqq mein lagein.</w:t>
      </w:r>
      <w:r>
        <w:br/>
      </w:r>
      <w:r>
        <w:rPr>
          <w:sz w:val="20"/>
        </w:rPr>
        <w:t>50:34  jī. āpā, in fekṭ, kyoñki ab vakt bhī ho gayā hai, ek ākhirī savāl āp se pūchhnā chāhūñ</w:t>
      </w:r>
      <w:r>
        <w:br/>
      </w:r>
      <w:r>
        <w:rPr>
          <w:sz w:val="20"/>
        </w:rPr>
        <w:t>50:39  گا کہ "the emergency of this smoke is last, but then there is one more sign, which is</w:t>
      </w:r>
      <w:r>
        <w:br/>
      </w:r>
      <w:r>
        <w:rPr>
          <w:sz w:val="20"/>
        </w:rPr>
        <w:t>50:46  This is the last sign that will appear as final warning to humanity, which is the rising of the</w:t>
      </w:r>
      <w:r>
        <w:br/>
      </w:r>
      <w:r>
        <w:rPr>
          <w:sz w:val="20"/>
        </w:rPr>
        <w:t>50:54  san frām dā vesṭ insṭeḍ of dā esṭ" aur yah kahā jātā hai ki is ke bād</w:t>
      </w:r>
      <w:r>
        <w:br/>
      </w:r>
      <w:r>
        <w:rPr>
          <w:sz w:val="20"/>
        </w:rPr>
        <w:t>51:01  enjal isrāfīl jo haiñ, apnā sar jo hai, vah phūñk deñge.</w:t>
      </w:r>
    </w:p>
    <w:p>
      <w:pPr>
        <w:pStyle w:val="Heading2"/>
      </w:pPr>
      <w:r>
        <w:t>Engineer's search for truth leads to Maulana</w:t>
      </w:r>
    </w:p>
    <w:p>
      <w:r>
        <w:rPr>
          <w:color w:val="666666"/>
          <w:sz w:val="18"/>
        </w:rPr>
        <w:t>Conveying The Message of God November 27, 2022 · 3m 32s · at 2:19 · https://youtu.be/1MUWodugLKU?t=139</w:t>
      </w:r>
    </w:p>
    <w:p>
      <w:r>
        <w:rPr>
          <w:i/>
        </w:rPr>
        <w:t>“I am a mechanical engineer, I started from scratch questioning existence of God”</w:t>
      </w:r>
    </w:p>
    <w:p>
      <w:r>
        <w:rPr>
          <w:sz w:val="20"/>
        </w:rPr>
        <w:t>2:19  assalamu alaikum. rabbishrahli sadri, wa yassirli amri, wahlul uqdatam millissani yafqahu qawli. jaisa rajat ne introduce kiya, mein ek mechanical engineer hoon by profession. to mein apne jo education ka jo zamana tha, jab mein engineering college mein tha, to us waqt kuch waqiyat aise hue wahan par jis ke wajah se mere andar ek seeking spirit jo hai paida ho gayi.</w:t>
      </w:r>
      <w:r>
        <w:br/>
      </w:r>
      <w:r>
        <w:rPr>
          <w:sz w:val="20"/>
        </w:rPr>
        <w:t>2:47  ab kyonke engineering college mein to workload kaafi hota hai education ka, to wahan par main uske liye kuch practically kuch kar nahin paaya, lekin jab main wahan se faarigh hokar nikla aur jab maine job join kiya to wahan mere paas kuch waqt extra hote the jo main study ke liye de sakta tha. ji.</w:t>
      </w:r>
      <w:r>
        <w:br/>
      </w:r>
      <w:r>
        <w:rPr>
          <w:sz w:val="20"/>
        </w:rPr>
        <w:t>3:08  to us zamane mein maine as a aap samjhiye ke usko from start from the scratch ke tareeke se maine shuru kiya, existence of god aur reality of life. to maine doosre mazahib ki bhi kuch kitabein maine padhne ki jo hai matlab usmein koshish ki aur urdu ko bhi maine phir se tajziye ke saath padhna shuru kiya jo ki maine kabhi pehle nahin padha tha. ji.</w:t>
      </w:r>
      <w:r>
        <w:br/>
      </w:r>
      <w:r>
        <w:rPr>
          <w:sz w:val="20"/>
        </w:rPr>
        <w:t>3:35  toh jab maine quran ko padhna shuru kiya toh mere zehan mein bahut saare sawalaat bhi uske saath</w:t>
      </w:r>
      <w:r>
        <w:br/>
      </w:r>
      <w:r>
        <w:rPr>
          <w:sz w:val="20"/>
        </w:rPr>
        <w:t>3:54  paida hote gaye woh arsala mangate the aur main bachpan mein arsala maine dekha tha.</w:t>
      </w:r>
      <w:r>
        <w:br/>
      </w:r>
      <w:r>
        <w:rPr>
          <w:sz w:val="20"/>
        </w:rPr>
        <w:t>4:14  to uske mazmoon jo hain mujhe kaafi jo hai jo hai heart touching lagte the aur logical lagte the. to as an engineering graduate i become so rational and logical. so, mujhe woh mujhe yeh phir ehsaas hua ke Maulana Wahiduddin Khansaah bhi hain jo mere sawaalaat ka jawab de sakte hain. to maine uske liye ek safar kiya Mumbai se Delhi ka. ji. aur yeh 94 ki baat hai.</w:t>
      </w:r>
      <w:r>
        <w:br/>
      </w:r>
      <w:r>
        <w:rPr>
          <w:sz w:val="20"/>
        </w:rPr>
        <w:t>4:43  us waqt mujhe itna zyada detail bhi nahin pata tha ke Maulana kahan rehte hain exactly. itna pata tha ke Nizamuddin mein hai kahin par woh.</w:t>
      </w:r>
      <w:r>
        <w:br/>
      </w:r>
      <w:r>
        <w:rPr>
          <w:sz w:val="20"/>
        </w:rPr>
        <w:t>4:51  to main Nizamuddin jab pahuncha to phir yahan maine khojkar jo hai ghar ka pata nikaal liya, hary saala ke zariye aur Maulana ke naam ke zariye yaani hamatan matlab ajay hokar jo hai mere saath hi rahe woh lagbhag teen ghante. ji. to yeh meri Maulana se pehli mulaqaat thi.</w:t>
      </w:r>
      <w:r>
        <w:br/>
      </w:r>
      <w:r>
        <w:rPr>
          <w:sz w:val="20"/>
        </w:rPr>
        <w:t>5:21  mashallah. woh Sajid bhai mujhe Maulana sahab ki kitab se yeh ek line yaad aa gayi ke woh kehte the ke every person is a bond seeker, but every seeker is not a finder. to jab tak sincerity ke saath hum sachchai ko janne ki koshish na karein, to sachchai hamein mil nahin sakti. to aapke andar jo seeking ek, ek kashish thi aur wahi dheere dheere aapko jo hai Maulana sahab ke paas lekar aa gayi.</w:t>
      </w:r>
      <w:r>
        <w:br/>
      </w:r>
      <w:r>
        <w:rPr>
          <w:sz w:val="20"/>
        </w:rPr>
        <w:t>5:51  aur phir we all know that how active member you are. to Sajid bhai maine khud bhi dekha hai Bombay mein bhi aap active rahe the jab Rudki mein aapka tabadla hua to wahan par bhi aapne activities shuru kar di. uske baad work aapko different different jagah lekar jaata gaya aur ab aap Dubai mein hain, wahan pe aap bahut senior position mein wahan pe aap kaam kar rahe hain. to wahan pe bhi aap UAE team se jud gaye.</w:t>
      </w:r>
    </w:p>
    <w:p>
      <w:pPr>
        <w:pStyle w:val="Heading2"/>
      </w:pPr>
      <w:r>
        <w:t>Positive thinking and prophetic example</w:t>
      </w:r>
    </w:p>
    <w:p>
      <w:r>
        <w:rPr>
          <w:color w:val="666666"/>
          <w:sz w:val="18"/>
        </w:rPr>
        <w:t>Discussion on Peace (Ulama Session- II) Peace Conference April 29-30, 2023 · 3m 05s · at 7:51 · https://youtu.be/jWMy2u1iAEg?t=471</w:t>
      </w:r>
    </w:p>
    <w:p>
      <w:r>
        <w:rPr>
          <w:i/>
        </w:rPr>
        <w:t>“तो जब आदमी इन negative items से free रहेगा”</w:t>
      </w:r>
    </w:p>
    <w:p>
      <w:r>
        <w:rPr>
          <w:sz w:val="20"/>
        </w:rPr>
        <w:t>7:51  to jab aadmi in negative items se free rahega to usi ke baad usko woh cheez hasil hoti hai jise peace of mind kehte hain. to peace of mind ke hasil ke baad hi ek aadmi kisi khas situation mein khas dhang se soch pata hai. lehaza ang ke ki bahali mein positive thinking ki bohat zyada ahmiyat hai.</w:t>
      </w:r>
      <w:r>
        <w:br/>
      </w:r>
      <w:r>
        <w:rPr>
          <w:sz w:val="20"/>
        </w:rPr>
        <w:t>8:16  lekin maujooda zamana age of research hai, maujooda zamane mein jin subjects par bohat zyada researches aur tahqiqat hui hain, unmein se ek subject hai psychology. to is mauzu par bhi bohat zyada takhleeq hui hai.</w:t>
      </w:r>
      <w:r>
        <w:br/>
      </w:r>
      <w:r>
        <w:rPr>
          <w:sz w:val="20"/>
        </w:rPr>
        <w:t>8:31  misal ke taur par Harvard University ke professor William James kehte hain ke one of the greatest discoveries of my generation is that human beings can alter their life by altering their attitudes of mine.</w:t>
      </w:r>
      <w:r>
        <w:br/>
      </w:r>
      <w:r>
        <w:rPr>
          <w:sz w:val="20"/>
        </w:rPr>
        <w:t>8:47  isi tarah Alfred Adler jisne apni poori zindagi individual psychology par lagaya, usne apni research ko yeh khulase ke taur par is tarah pesh kiya ke one of the wonderful characteristics of human being is their power to turn minus into plus. to yeh researches humein bata rahi hain ke positive thinking ki kitni zyada ahmiyat hai.</w:t>
      </w:r>
      <w:r>
        <w:br/>
      </w:r>
      <w:r>
        <w:rPr>
          <w:sz w:val="20"/>
        </w:rPr>
        <w:t>9:12  jab hum islami masade aur Quran Hadees par war karte hain, prophet ki life par war karte hain to hum dekhte hain ke prophet Muhammad positive thinking ke bohat hi high level par thay. misal main bas ek misal deta hoon ek martaba prophet of Islam. Taif ki taraf safar kar rahe thay. yeh bada mashhoor waqia hai. to aapne apne companion se poocha ke yeh kaun sa rasta hai?</w:t>
      </w:r>
      <w:r>
        <w:br/>
      </w:r>
      <w:r>
        <w:rPr>
          <w:sz w:val="20"/>
        </w:rPr>
        <w:t>9:39  to unhone kaha ke yeh iska naam hai Aszika. Prophet Muhammad ne kaha ke tum Aszika na kaho balkeh yeh Shari kaho. yaani aasan rasta. ab gaur kijiye ke profit ke aisa kehne se woh rasta literally kushayda nahi hua. magar aapne apne companions ko, apne followers ko, musalmanon ko ek mindset diya yaani positive thinking.</w:t>
      </w:r>
      <w:r>
        <w:br/>
      </w:r>
      <w:r>
        <w:rPr>
          <w:sz w:val="20"/>
        </w:rPr>
        <w:t>10:02  to yeh darasal positive thinking thi jiski wajah se prophet of Islam ne daur e awwal mein violent full shurtihaal mein bhi aman ke formulae ko adopt kiya aur poori zindagi aman hi par qaim rahe. ek originalist ne aapke bare mein yeh kaha hai yaani aapke methodology ka analysis karne ke baad ke he faced adversity with the determination to bring success out of failure.</w:t>
      </w:r>
      <w:r>
        <w:br/>
      </w:r>
      <w:r>
        <w:rPr>
          <w:sz w:val="20"/>
        </w:rPr>
        <w:t>10:29  ab gaur kijiye ke woh kaun hoga jo failure se success ko nichod le. yeh to wahi hoga jo bohat zyada positive ho, bohat zyada muzbat ho. to positivity aur positive thinking anki bahali ke liye main samajhta hoon ke in tihai important component ki hissa lagta hai. ji zara kar lo. iske baad Maulana Shamsuddin Abhi sahib se hamara sawal hai.</w:t>
      </w:r>
      <w:r>
        <w:br/>
      </w:r>
      <w:r>
        <w:rPr>
          <w:sz w:val="20"/>
        </w:rPr>
        <w:t>10:56  aapka taluq Bhopal se aur Maulana ki aapne kai kitabon ka, kai Maulana ka RB mein bhi tarjuma kya hai? aur Arabiyon ko aap Maulana ke Maulana ki raushni mein dars bhi diya karte thay. to aapse mera yeh sawal hai ke Maulana ke nazdeek islami jihad ka sahi tasawwur kya hai? usko wazeh karein. Bismillah hai Ahmad e Basim.</w:t>
      </w:r>
    </w:p>
    <w:p>
      <w:pPr>
        <w:pStyle w:val="Heading2"/>
      </w:pPr>
      <w:r>
        <w:t>Street activism has no basis in the Quran</w:t>
      </w:r>
    </w:p>
    <w:p>
      <w:r>
        <w:rPr>
          <w:color w:val="666666"/>
          <w:sz w:val="18"/>
        </w:rPr>
        <w:t>Importance of Peace December 16, 2012 · 4m 29s · at 54:28 · https://youtu.be/nymyorYyEz4?t=3268</w:t>
      </w:r>
    </w:p>
    <w:p>
      <w:r>
        <w:rPr>
          <w:i/>
        </w:rPr>
        <w:t>“Kaaba mein sainkron button, kya Rasool Allah ne mazahre kiye?”</w:t>
      </w:r>
    </w:p>
    <w:p>
      <w:r>
        <w:rPr>
          <w:sz w:val="20"/>
        </w:rPr>
        <w:t>54:28  is jo jo is ko mein kaha karta hoon ghoghai siyasat, kya value hai is ghoghai siyasat ki? is ghoghai siyasat ki value kya hai?</w:t>
      </w:r>
      <w:r>
        <w:br/>
      </w:r>
      <w:r>
        <w:rPr>
          <w:sz w:val="20"/>
        </w:rPr>
        <w:t>54:41  yani Allah taala ke samne sab khare honge aik din hashar ke maidan mein, sab jama honge. to in logon se agar Allah pooche ke tum ne jo artist chalai thi, jo tum ne hangame kiye the, yeh batao ke kya tum ne Quran mein likha hua paya tha?</w:t>
      </w:r>
      <w:r>
        <w:br/>
      </w:r>
      <w:r>
        <w:rPr>
          <w:sz w:val="20"/>
        </w:rPr>
        <w:t>54:57  is ko abhi Misr mein agitation ho rahe hain,</w:t>
      </w:r>
      <w:r>
        <w:br/>
      </w:r>
      <w:r>
        <w:rPr>
          <w:sz w:val="20"/>
        </w:rPr>
        <w:t>55:03  yani yani is ko mein kaha karta hoon ke street activism, is ka naam mere nazdeek street activism, street activism dhoom se ho rahi hai.</w:t>
      </w:r>
      <w:r>
        <w:br/>
      </w:r>
      <w:r>
        <w:rPr>
          <w:sz w:val="20"/>
        </w:rPr>
        <w:t>55:12  wahan par mein soch raha tha, mein ne socha kya in logon se poocha jaye ke street activism ka formula tumhein Quran mein mila hai? aap jo processes chala rahe hain, juloos nikal rahe hain, jhande aur nare chala rahe hain,</w:t>
      </w:r>
      <w:r>
        <w:br/>
      </w:r>
      <w:r>
        <w:rPr>
          <w:sz w:val="20"/>
        </w:rPr>
        <w:t>55:29  street activism chala rahe hain, to kya aap ko Quran mein yeh mila hai? formula</w:t>
      </w:r>
      <w:r>
        <w:br/>
      </w:r>
      <w:r>
        <w:rPr>
          <w:sz w:val="20"/>
        </w:rPr>
        <w:t>55:34  mujhe yaqeen hai ke aik bhi shakhs nahin kahega ke kyunke Quran mein to hai hi nahin. street activism to Quran mein hai hi nahin, maujood hi nahin. misaal ke taur par Rasool Allah Sal Allahu Alaihi Wasallam ko dekhiye,</w:t>
      </w:r>
      <w:r>
        <w:br/>
      </w:r>
      <w:r>
        <w:rPr>
          <w:sz w:val="20"/>
        </w:rPr>
        <w:t>55:48  Rasool Allah ke zamane mein kitna bara masla tha ke Kaba mein but sainkaron ki tadad mein. to kya aap ne muzahire kiye?</w:t>
      </w:r>
      <w:r>
        <w:br/>
      </w:r>
      <w:r>
        <w:rPr>
          <w:sz w:val="20"/>
        </w:rPr>
        <w:t>55:57  kya nare lagaye? woh kaam kiya jo aaj kal ho raha hai Muslim mulkon mein?</w:t>
      </w:r>
      <w:r>
        <w:br/>
      </w:r>
      <w:r>
        <w:rPr>
          <w:sz w:val="20"/>
        </w:rPr>
        <w:t>56:07  aik ghair Muslim se meri mulaqat hui, parhe likhe the woh. to unhone kaha ke mein ne Quran Majeed ko bohat ghor se parha hai, poore Quran ko bohat ghor se parha hai.</w:t>
      </w:r>
      <w:r>
        <w:br/>
      </w:r>
      <w:r>
        <w:rPr>
          <w:sz w:val="20"/>
        </w:rPr>
        <w:t>56:20  to unhone kaha ke aik baat meri samajh mein nahin aati ke unhone kaha ke mein ne Surah Juma</w:t>
      </w:r>
      <w:r>
        <w:br/>
      </w:r>
      <w:r>
        <w:rPr>
          <w:sz w:val="20"/>
        </w:rPr>
        <w:t>56:28  ko parha, Quran mein likha hai Surah Juma. to us mein yeh hai ayat ke faiza qadiyat-us-salatu fantashiru fil ardi.</w:t>
      </w:r>
      <w:r>
        <w:br/>
      </w:r>
      <w:r>
        <w:rPr>
          <w:sz w:val="20"/>
        </w:rPr>
        <w:t>56:40  faiza qadiyat-us-salatu fantashiru fil ardi min fadlillah. jab namaz khatam ho to tum phail jao zameen mein aur Allah ka rizq talash karo.</w:t>
      </w:r>
      <w:r>
        <w:br/>
      </w:r>
      <w:r>
        <w:rPr>
          <w:sz w:val="20"/>
        </w:rPr>
        <w:t>56:56  to unhone kaha ke aaj kal kya hai Musalman Juma ke din khaas taur par kya hota hai? wahan bhadkao taqreerein karte hain aur us ka juloos nikalte hain.</w:t>
      </w:r>
      <w:r>
        <w:br/>
      </w:r>
      <w:r>
        <w:rPr>
          <w:sz w:val="20"/>
        </w:rPr>
        <w:t>57:05  to quran to keh raha hai ke juma ki namaz parh kar chale jao wapas. yahan kya karte hain ke bharkao taqreeren kar ke in ko jaloos nikalte hain. in ka</w:t>
      </w:r>
      <w:r>
        <w:br/>
      </w:r>
      <w:r>
        <w:rPr>
          <w:sz w:val="20"/>
        </w:rPr>
        <w:t>57:16  yeh kaun sa islam hai? is tareeqay se islam ko parha nahi logon ne, is tarah se quran ko parha nahi.</w:t>
      </w:r>
      <w:r>
        <w:br/>
      </w:r>
      <w:r>
        <w:rPr>
          <w:sz w:val="20"/>
        </w:rPr>
        <w:t>57:23  unhon ne woh jo us ne parha tha, woh objective zehn se parha tha. us ne mujhe nahi maloom kisi mein kisi zaati taur par mein kisi musalman ko nahi janta jisay is tarah quran ko parha ho.</w:t>
      </w:r>
      <w:r>
        <w:br/>
      </w:r>
      <w:r>
        <w:rPr>
          <w:sz w:val="20"/>
        </w:rPr>
        <w:t>57:35  to to us ko atkega? woh bhi atkega ke bhai quran pe likha hua hai ke namaz parh kar chale jao wapas. hum namaz parh kar jaloos nikalte hain, nare lagate hain, taqreeren karte hain.</w:t>
      </w:r>
      <w:r>
        <w:br/>
      </w:r>
      <w:r>
        <w:rPr>
          <w:sz w:val="20"/>
        </w:rPr>
        <w:t>57:47  juma ke din ko hum misuse kar rahe hain.</w:t>
      </w:r>
      <w:r>
        <w:br/>
      </w:r>
      <w:r>
        <w:rPr>
          <w:sz w:val="20"/>
        </w:rPr>
        <w:t>57:50  agar sach much koi parhe quran ko is zehn ke sath, khule zehn ke sath to woh chala uthega ke hum to quran ko, hum ne juma ke din ko misuse kiya.</w:t>
      </w:r>
      <w:r>
        <w:br/>
      </w:r>
      <w:r>
        <w:rPr>
          <w:sz w:val="20"/>
        </w:rPr>
        <w:t>58:04  khuda ke haan kya jawab denge hum? yeh sari dunya mein juma ke din ko misuse kiya ja raha hai.</w:t>
      </w:r>
      <w:r>
        <w:br/>
      </w:r>
      <w:r>
        <w:rPr>
          <w:sz w:val="20"/>
        </w:rPr>
        <w:t>58:12  chunki juma ke din log ate hain, yani weekly peerah jo hoti hai, us ke liye jo panch waqt ki namaz nahi parhta, woh bhi juma ke din ata hai.</w:t>
      </w:r>
      <w:r>
        <w:br/>
      </w:r>
      <w:r>
        <w:rPr>
          <w:sz w:val="20"/>
        </w:rPr>
        <w:t>58:24  to musalmanon ki woh weekly gathering hoti hai, is weekly gathering ko istemal karte hain ghoghai shahadat ke liye.</w:t>
      </w:r>
      <w:r>
        <w:br/>
      </w:r>
      <w:r>
        <w:rPr>
          <w:sz w:val="20"/>
        </w:rPr>
        <w:t>58:36  yeh to khula hua islam ke khilaf hai, khula hua islam ke khilaf hai.</w:t>
      </w:r>
      <w:r>
        <w:br/>
      </w:r>
      <w:r>
        <w:rPr>
          <w:sz w:val="20"/>
        </w:rPr>
        <w:t>58:44  to agar agar woh mutala karen quran majeed ka khule zehn ke sath to jagah jagah un ka zehn atkega ke bhai quran mein to yeh likha hua hai, hum to kuch aur kar rahe hain.</w:t>
      </w:r>
    </w:p>
    <w:p>
      <w:pPr>
        <w:pStyle w:val="Heading2"/>
      </w:pPr>
      <w:r>
        <w:t>Sufi peace culture and Islam's twin essence</w:t>
      </w:r>
    </w:p>
    <w:p>
      <w:r>
        <w:rPr>
          <w:color w:val="666666"/>
          <w:sz w:val="18"/>
        </w:rPr>
        <w:t>The Importance of Peace in Life June 30, 2008 · 5m 39s · at 45:15 · https://youtu.be/gbbbmsdMHRs?t=2715</w:t>
      </w:r>
    </w:p>
    <w:p>
      <w:r>
        <w:rPr>
          <w:i/>
        </w:rPr>
        <w:t>“What was Sufi culture? It was peace culture”</w:t>
      </w:r>
    </w:p>
    <w:p>
      <w:r>
        <w:rPr>
          <w:sz w:val="20"/>
        </w:rPr>
        <w:t>45:15  yani gehrai ke sath liya hai sufi logon ne. sufi culture kya tha? peace culture tha.</w:t>
      </w:r>
      <w:r>
        <w:br/>
      </w:r>
      <w:r>
        <w:rPr>
          <w:sz w:val="20"/>
        </w:rPr>
        <w:t>45:25  aap jante hain ke jitna kaam sufi logon ne kiya hai, utna kaam king ne nahi kiya.</w:t>
      </w:r>
      <w:r>
        <w:br/>
      </w:r>
      <w:r>
        <w:rPr>
          <w:sz w:val="20"/>
        </w:rPr>
        <w:t>45:35  king ne nahi kiya jitna kaam sufi logon ne kiya hai. to sufi culture kya tha? peace culture tha.</w:t>
      </w:r>
      <w:r>
        <w:br/>
      </w:r>
      <w:r>
        <w:rPr>
          <w:sz w:val="20"/>
        </w:rPr>
        <w:t>45:46  sufiyon ka yeh aap jante hain ke un ka yeh jo formula tha, woh yeh tha: sulah kul.</w:t>
      </w:r>
      <w:r>
        <w:br/>
      </w:r>
      <w:r>
        <w:rPr>
          <w:sz w:val="20"/>
        </w:rPr>
        <w:t>45:53  yeh formula derive kiya tha unhon ne Quran se. Quran mein hai: "Al-sulhu khayrun, peace is the best, al-sulhu khayrun means peace is the best".</w:t>
      </w:r>
      <w:r>
        <w:br/>
      </w:r>
      <w:r>
        <w:rPr>
          <w:sz w:val="20"/>
        </w:rPr>
        <w:t>46:09  is se unhon ne banaya sulah kul, yani peace with all, peace with all.</w:t>
      </w:r>
      <w:r>
        <w:br/>
      </w:r>
      <w:r>
        <w:rPr>
          <w:sz w:val="20"/>
        </w:rPr>
        <w:t>46:23  isi ko, yani aik woh,</w:t>
      </w:r>
      <w:r>
        <w:br/>
      </w:r>
      <w:r>
        <w:rPr>
          <w:sz w:val="20"/>
        </w:rPr>
        <w:t>46:30  kisi ne bare maeni mein le kar ke, kabhi aap jante hain, kisi cheez ko bare maeni mein le kar ke, us ko ultay tareeqay se kaha jata hai. to soofiyon ka mazak uranay ke liye kisi ne kaha tha ke "bamuslim Allah Allah, babramn Ram Ram".</w:t>
      </w:r>
      <w:r>
        <w:br/>
      </w:r>
      <w:r>
        <w:rPr>
          <w:sz w:val="20"/>
        </w:rPr>
        <w:t>46:46  yeh log jo hain, musalman se Allah Allah karte hain aur baraman se Ram Ram karte hain. aisa tha nahi, aisa tha nahi.</w:t>
      </w:r>
      <w:r>
        <w:br/>
      </w:r>
      <w:r>
        <w:rPr>
          <w:sz w:val="20"/>
        </w:rPr>
        <w:t>46:53  bas sirf yeh tha ke woh dono se un ka acha meil milap hota tha. sab se woh peace ke sath rehte the, sab se woh normal tareeqay se rehte the.</w:t>
      </w:r>
      <w:r>
        <w:br/>
      </w:r>
      <w:r>
        <w:rPr>
          <w:sz w:val="20"/>
        </w:rPr>
        <w:t>47:05  baat yeh thi ke sab se rehte the woh normal tareeqay se.</w:t>
      </w:r>
      <w:r>
        <w:br/>
      </w:r>
      <w:r>
        <w:rPr>
          <w:sz w:val="20"/>
        </w:rPr>
        <w:t>47:10  to us ko kisi ne keh diya, yani aik aik aik bura, aik bura woh naam laga kar ke ke "babramn Allah Allah, bam muslim Allah Allah, babramn Ram Ram".</w:t>
      </w:r>
      <w:r>
        <w:br/>
      </w:r>
      <w:r>
        <w:rPr>
          <w:sz w:val="20"/>
        </w:rPr>
        <w:t>47:24  aisa tha, kisi ko, us soofi aisa nahi tha. lekin soofiyon ko, yani bura naam denay ke liye, unhon ne kuch kuch logon ne aisa kiya.</w:t>
      </w:r>
      <w:r>
        <w:br/>
      </w:r>
      <w:r>
        <w:rPr>
          <w:sz w:val="20"/>
        </w:rPr>
        <w:t>47:35  to sab se un ka manna kiya tha</w:t>
      </w:r>
      <w:r>
        <w:br/>
      </w:r>
      <w:r>
        <w:rPr>
          <w:sz w:val="20"/>
        </w:rPr>
        <w:t>47:39  ke dushman se bhi, dushman ko bhi dost rakho. dost to tumhara dost hai hi, dushman ko bhi apna dost samjho. tum</w:t>
      </w:r>
      <w:r>
        <w:br/>
      </w:r>
      <w:r>
        <w:rPr>
          <w:sz w:val="20"/>
        </w:rPr>
        <w:t>47:50  sab ko aap apna samjho.</w:t>
      </w:r>
      <w:r>
        <w:br/>
      </w:r>
      <w:r>
        <w:rPr>
          <w:sz w:val="20"/>
        </w:rPr>
        <w:t>47:56  kisi soofi ne kaha tha ke "maan kas se sikandar o dara na khadayin,</w:t>
      </w:r>
      <w:r>
        <w:br/>
      </w:r>
      <w:r>
        <w:rPr>
          <w:sz w:val="20"/>
        </w:rPr>
        <w:t>48:05  azma wajood hikayat mehr o wafa o purs". yani "we don't know the stories of kings,</w:t>
      </w:r>
      <w:r>
        <w:br/>
      </w:r>
      <w:r>
        <w:rPr>
          <w:sz w:val="20"/>
        </w:rPr>
        <w:t>48:17  we don't know the stories of kings, we know only the stories of love". hum to pyar ki baatein jante hain, hamein badshahon ki baaton ka pata nahi.</w:t>
      </w:r>
      <w:r>
        <w:br/>
      </w:r>
      <w:r>
        <w:rPr>
          <w:sz w:val="20"/>
        </w:rPr>
        <w:t>48:32  badshah waris karte hain, badshah larai chherte hain, badshah kisi ko dushman declare karte hain. to yeh hamara tareeqa nahi hai, hamara tareeqa hai ke sab hamara apna hai, sab hamara dost hai.</w:t>
      </w:r>
      <w:r>
        <w:br/>
      </w:r>
      <w:r>
        <w:rPr>
          <w:sz w:val="20"/>
        </w:rPr>
        <w:t>48:47  yeh kaha tha unhon ne.</w:t>
      </w:r>
      <w:r>
        <w:br/>
      </w:r>
      <w:r>
        <w:rPr>
          <w:sz w:val="20"/>
        </w:rPr>
        <w:t>48:51  to soofi culture means peace culture, aman culture, shanti culture. ab mein samajhta hoon ke spirit of Islam yahi hai.</w:t>
      </w:r>
      <w:r>
        <w:br/>
      </w:r>
      <w:r>
        <w:rPr>
          <w:sz w:val="20"/>
        </w:rPr>
        <w:t>49:04  agar mein yeh kahoon to yeh galat nahi hoga ke Islam ka jo basic teaching hai, woh do cheezon par base karti hai.</w:t>
      </w:r>
      <w:r>
        <w:br/>
      </w:r>
      <w:r>
        <w:rPr>
          <w:sz w:val="20"/>
        </w:rPr>
        <w:t>49:17  basically do point par base karti hai: tauheed aur peace. yani oneness of God, aik to yeh hai, doosra aik peaceful tareeqay se logon ke beech mein rehna.</w:t>
      </w:r>
      <w:r>
        <w:br/>
      </w:r>
      <w:r>
        <w:rPr>
          <w:sz w:val="20"/>
        </w:rPr>
        <w:t>49:33  tauheed aur aman,</w:t>
      </w:r>
      <w:r>
        <w:br/>
      </w:r>
      <w:r>
        <w:rPr>
          <w:sz w:val="20"/>
        </w:rPr>
        <w:t>49:37  yani in terms of ideology, tauheed, in terms of social behavior, peace. yeh hai Islam ka khulasa, yeh Islam ka just hai, yeh Islam ka khulasa hai.</w:t>
      </w:r>
      <w:r>
        <w:br/>
      </w:r>
      <w:r>
        <w:rPr>
          <w:sz w:val="20"/>
        </w:rPr>
        <w:t>49:57  ise mein aap sochiye, agar ghor kijiye to baqi sari cheezein isi mein aa jati hain, sab cheez isi mein aa jati hain,</w:t>
      </w:r>
      <w:r>
        <w:br/>
      </w:r>
      <w:r>
        <w:rPr>
          <w:sz w:val="20"/>
        </w:rPr>
        <w:t>50:07  koi cheez is se chhoot ti nahi hai, koi cheez is se chhoot ti nahi hai. yani Islam ka aik hissa woh hai jo sab ka sab tauheed ke andar mein aa gaya,</w:t>
      </w:r>
      <w:r>
        <w:br/>
      </w:r>
      <w:r>
        <w:rPr>
          <w:sz w:val="20"/>
        </w:rPr>
        <w:t>50:20  Islam ka doosra hissa woh hai jo sab ka sab peace ke andar mein aa gaya.</w:t>
      </w:r>
      <w:r>
        <w:br/>
      </w:r>
      <w:r>
        <w:rPr>
          <w:sz w:val="20"/>
        </w:rPr>
        <w:t>50:25  to jo aadmi sachi spirit ke sath dil se, whole heartedly, in do point ko maan le, yeh two point formula is ko maan le,</w:t>
      </w:r>
      <w:r>
        <w:br/>
      </w:r>
      <w:r>
        <w:rPr>
          <w:sz w:val="20"/>
        </w:rPr>
        <w:t>50:39  is ka matlab hai ke us ne sare Islam ko maan liya, sare Islam ko us ne maan liya. koi bhi baat phir us se chhoot ti nahi rahe gi, koi baat us se chhoot ti nahi rahe gi.</w:t>
      </w:r>
    </w:p>
    <w:p>
      <w:pPr>
        <w:pStyle w:val="Heading2"/>
      </w:pPr>
      <w:r>
        <w:t>Studying all religions and rejecting the kafir divide</w:t>
      </w:r>
    </w:p>
    <w:p>
      <w:r>
        <w:rPr>
          <w:color w:val="666666"/>
          <w:sz w:val="18"/>
        </w:rPr>
        <w:t>Misconception About Islam May 10, 2014 Maulana Wahiduddin Khan · 4m 32s · at 24:09 · https://youtu.be/1qx-vnlLc5g?t=1449</w:t>
      </w:r>
    </w:p>
    <w:p>
      <w:r>
        <w:rPr>
          <w:i/>
        </w:rPr>
        <w:t>“About myself, I can see that I have studied all the religions”</w:t>
      </w:r>
    </w:p>
    <w:p>
      <w:r>
        <w:rPr>
          <w:sz w:val="20"/>
        </w:rPr>
        <w:t>24:09  About myself, I can say that I have studied all the religions, all the major religions.</w:t>
      </w:r>
      <w:r>
        <w:br/>
      </w:r>
      <w:r>
        <w:rPr>
          <w:sz w:val="20"/>
        </w:rPr>
        <w:t>24:20  Although, I am a practicing Muslim, but I have no bias against any religion.</w:t>
      </w:r>
      <w:r>
        <w:br/>
      </w:r>
      <w:r>
        <w:rPr>
          <w:sz w:val="20"/>
        </w:rPr>
        <w:t>24:30  I was born in a Muslim family, and I am a practicing Muslim, but I have no bias against any religion. I have studied all the religions, and I think it is very useful to study all the religions.</w:t>
      </w:r>
      <w:r>
        <w:br/>
      </w:r>
      <w:r>
        <w:rPr>
          <w:sz w:val="20"/>
        </w:rPr>
        <w:t>24:51  It is not good for anyone to develop bias against any religion or any other culture, any tradition.</w:t>
      </w:r>
      <w:r>
        <w:br/>
      </w:r>
      <w:r>
        <w:rPr>
          <w:sz w:val="20"/>
        </w:rPr>
        <w:t>25:05  I think that if you want to live according to your religion, you have to know all, you have to to study other religions also, that will help you.</w:t>
      </w:r>
      <w:r>
        <w:br/>
      </w:r>
      <w:r>
        <w:rPr>
          <w:sz w:val="20"/>
        </w:rPr>
        <w:t>25:22  And I can say about myself that when I studied all the religions, that proved to be helpful for me to be a good Muslim.</w:t>
      </w:r>
      <w:r>
        <w:br/>
      </w:r>
      <w:r>
        <w:rPr>
          <w:sz w:val="20"/>
        </w:rPr>
        <w:t>25:41  I think that Islam and also all the religion advocate love, compassion, peace, tolerance,</w:t>
      </w:r>
      <w:r>
        <w:br/>
      </w:r>
      <w:r>
        <w:rPr>
          <w:sz w:val="20"/>
        </w:rPr>
        <w:t>25:56  positive thinking, etcetera.</w:t>
      </w:r>
      <w:r>
        <w:br/>
      </w:r>
      <w:r>
        <w:rPr>
          <w:sz w:val="20"/>
        </w:rPr>
        <w:t>26:06  So, so although, although, I am a Muslim, but I love all human beings. All human beings, I I I I don't think that there is a this.</w:t>
      </w:r>
      <w:r>
        <w:br/>
      </w:r>
      <w:r>
        <w:rPr>
          <w:sz w:val="20"/>
        </w:rPr>
        <w:t>26:23  I don't think that this categorization is is good, that he is Muslim, he is kafir.</w:t>
      </w:r>
      <w:r>
        <w:br/>
      </w:r>
      <w:r>
        <w:rPr>
          <w:sz w:val="20"/>
        </w:rPr>
        <w:t>26:33  I never use word kafir. Everyone is human being.</w:t>
      </w:r>
      <w:r>
        <w:br/>
      </w:r>
      <w:r>
        <w:rPr>
          <w:sz w:val="20"/>
        </w:rPr>
        <w:t>26:41  This kind of categorization is also in Islam, that this is Muslim, this is kafir. But if you read Quran, you will find that Quran uses again and again al insan al nas.</w:t>
      </w:r>
      <w:r>
        <w:br/>
      </w:r>
      <w:r>
        <w:rPr>
          <w:sz w:val="20"/>
        </w:rPr>
        <w:t>26:59  So, in the in the according Islamic teaching, every human being is insan.</w:t>
      </w:r>
      <w:r>
        <w:br/>
      </w:r>
      <w:r>
        <w:rPr>
          <w:sz w:val="20"/>
        </w:rPr>
        <w:t>27:11  Those who believe in dal kufr or dal Islam, they are not good representatives of Islam.</w:t>
      </w:r>
      <w:r>
        <w:br/>
      </w:r>
      <w:r>
        <w:rPr>
          <w:sz w:val="20"/>
        </w:rPr>
        <w:t>27:22  There is no dal kufr. The whole world is dal insan.</w:t>
      </w:r>
      <w:r>
        <w:br/>
      </w:r>
      <w:r>
        <w:rPr>
          <w:sz w:val="20"/>
        </w:rPr>
        <w:t>27:30  I don't believe in this kind, this kind of terminology.</w:t>
      </w:r>
      <w:r>
        <w:br/>
      </w:r>
      <w:r>
        <w:rPr>
          <w:sz w:val="20"/>
        </w:rPr>
        <w:t>27:39  There is no dal kufr, there is no dal harb, there is no dal Islam. The whole world is dal insan.</w:t>
      </w:r>
      <w:r>
        <w:br/>
      </w:r>
      <w:r>
        <w:rPr>
          <w:sz w:val="20"/>
        </w:rPr>
        <w:t>27:48  This kind of categorization is not mentioned in the Quran or</w:t>
      </w:r>
      <w:r>
        <w:br/>
      </w:r>
      <w:r>
        <w:rPr>
          <w:sz w:val="20"/>
        </w:rPr>
        <w:t>27:54  hadith. This this kind of categorization developed only in latter period of history.</w:t>
      </w:r>
      <w:r>
        <w:br/>
      </w:r>
      <w:r>
        <w:rPr>
          <w:sz w:val="20"/>
        </w:rPr>
        <w:t>28:03  at is not mentioned in the Quran and Hadith. According to Quran, the whole world is dal insan.</w:t>
      </w:r>
      <w:r>
        <w:br/>
      </w:r>
      <w:r>
        <w:rPr>
          <w:sz w:val="20"/>
        </w:rPr>
        <w:t>28:15  This is my, this is my, this is the result of my study. Assalam o alaikum wa rehmatullahi wa barakatuh.</w:t>
      </w:r>
    </w:p>
    <w:p>
      <w:pPr>
        <w:pStyle w:val="Heading2"/>
      </w:pPr>
      <w:r>
        <w:t>Hadith reframed as duty placed on mothers, not reward</w:t>
      </w:r>
    </w:p>
    <w:p>
      <w:r>
        <w:rPr>
          <w:color w:val="666666"/>
          <w:sz w:val="18"/>
        </w:rPr>
        <w:t>Paradise lies at the feet of the mother CPS Women Article Discussion 22 June 18, 2023 · 3m 38s · at 15:32 · https://youtu.be/5MvOeBpOt_U?t=932</w:t>
      </w:r>
    </w:p>
    <w:p>
      <w:r>
        <w:rPr>
          <w:i/>
        </w:rPr>
        <w:t>“Yeh hadith bachchon ki nisbat se nahi, maa ki nisbat se”</w:t>
      </w:r>
    </w:p>
    <w:p>
      <w:r>
        <w:rPr>
          <w:sz w:val="20"/>
        </w:rPr>
        <w:t>15:32  main doctor Swapna se invite karti hoon unko ki apni learning ko share karein. To main yahi jaanti thi ki Islam mein bohat zyada darja diya jata hai specially maa ka status to bohat hi aala hai aur purana Hadees mein isi ka emphasis diya jata hai. To main samajhti thi ki yeh Hadees bhi usi ka extension hai. Woh jo sari baatein hum padhte the. Magar is article se jo baat samajh mein aayi to bohat hi amazing laga.</w:t>
      </w:r>
      <w:r>
        <w:br/>
      </w:r>
      <w:r>
        <w:rPr>
          <w:sz w:val="20"/>
        </w:rPr>
        <w:t>15:57  yaani yeh Hadees bachchon ki nisbat se nahi, mujhe maa ki nisbat se samajh mein aayi. Jismein maa ko yeh special privilege nahi diya gaya hai ki aapke kadmon mein jannat hai balki mujhe laga ki un par laazmi kiya gaya hai ki un par yeh zimmedari hai ki woh apne bachchon ki taraf se apne farz ko achhe se nibhaayein.</w:t>
      </w:r>
      <w:r>
        <w:br/>
      </w:r>
      <w:r>
        <w:rPr>
          <w:sz w:val="20"/>
        </w:rPr>
        <w:t>16:19  tabhi woh is is position ke qabil van sakti hain aur apne bachchon ko jannati personality agar woh banayengi tabhi unke kadmon mein jannat maani jayegi. To ek tarah se main isko love badalkar kahun to jannat maa ke kadmon ke neeche na hokar, maa ke kadmon par chalkar mil sakti hai bachchon ko. Main is tarah samajh paayi. To maa agar apni apne andar woh baat paida kare ki woh khud bhi jannati hai tabhi woh aisa kar payegi.</w:t>
      </w:r>
      <w:r>
        <w:br/>
      </w:r>
      <w:r>
        <w:rPr>
          <w:sz w:val="20"/>
        </w:rPr>
        <w:t>16:49  woh maa jo ki sahi tarfiyat kar sake.</w:t>
      </w:r>
      <w:r>
        <w:br/>
      </w:r>
      <w:r>
        <w:rPr>
          <w:sz w:val="20"/>
        </w:rPr>
        <w:t>17:05  woh ek masool zindagi guzaar sake jo apne ghar ke mahaul ko saada rakhe Last line mein kaha</w:t>
      </w:r>
      <w:r>
        <w:br/>
      </w:r>
      <w:r>
        <w:rPr>
          <w:sz w:val="20"/>
        </w:rPr>
        <w:t>17:21  gaya hai ke ek maa koi zimmedari banane mein main aapki apni hai.</w:t>
      </w:r>
      <w:r>
        <w:br/>
      </w:r>
      <w:r>
        <w:rPr>
          <w:sz w:val="20"/>
        </w:rPr>
        <w:t>17:37  to wahi baat main samajh liya lihaza uske uske hi sare jo uski apni personality hai wah reflect karegi unke bachchon ki personality mein.</w:t>
      </w:r>
      <w:r>
        <w:br/>
      </w:r>
      <w:r>
        <w:rPr>
          <w:sz w:val="20"/>
        </w:rPr>
        <w:t>17:48  to sari baat yeh hai ki ek baat shor sanjeeda mother kis tarah se apne aap ko lekar chale aur apne bachchon ko aage lekar badhe apne jab bahut detail mein bataya ki is mamle ko bahut zimmedari se lena hai. apne andar aisa ki yahan se bhi poochogi ki humne apne bachchon ko kis tarah ki tarbeed di.</w:t>
      </w:r>
      <w:r>
        <w:br/>
      </w:r>
      <w:r>
        <w:rPr>
          <w:sz w:val="20"/>
        </w:rPr>
        <w:t>18:14  sirf maa banne se hamara status nahin badh jayega balki humein uske liye is yeh jaddojahad karni padegi. apne bachchon ke saath struggle karna padega. aulad na sirf ek blessing hai hamare liye balki duniya mein ek aazmaish hai aur duniya mein kyunki har blessing ki pooch hogi to aulad ke mamle mein bhi aisa hi hai. hum unko jannati personality banane ki tarbiyat de saken tabhi hum Allah ke samne kamyab kara to payenge.</w:t>
      </w:r>
      <w:r>
        <w:br/>
      </w:r>
      <w:r>
        <w:rPr>
          <w:sz w:val="20"/>
        </w:rPr>
        <w:t>18:42  main yahi samajh paayi hoon Shireen. jaza kalla. aaj jaza kalla doctor Sakina aapne yeh kaha ki maa jo hai wah unke jo bachche hain wah blessing ke saath saath wah ek bahut badi aazmaish hai unke bachche kyunki unhi ke through jab wah apni sahi parvarish apne bachchon ki karengi to jannat ka rasta unke liye bhi khulega, unke bachchon ke liye bhi khulega. yeh bahut badi zimmedari hai maa ka.</w:t>
      </w:r>
      <w:r>
        <w:br/>
      </w:r>
      <w:r>
        <w:rPr>
          <w:sz w:val="20"/>
        </w:rPr>
        <w:t>19:10  yeh maa ka jo role hai wah bahut badi zimmedari unke upar hoti hai. main Najma aapka koi invite karti hoon apni learning ko share karne ke liye. bismillah ir rehman ir rahim. jannat maa ke sadmon ke neeche. to yeh baat waise hum bahut din se sun rahe hain.</w:t>
      </w:r>
    </w:p>
    <w:p>
      <w:pPr>
        <w:pStyle w:val="Heading2"/>
      </w:pPr>
      <w:r>
        <w:t>Muhammad brought new wisdom: turning problems into opportunities</w:t>
      </w:r>
    </w:p>
    <w:p>
      <w:r>
        <w:rPr>
          <w:color w:val="666666"/>
          <w:sz w:val="18"/>
        </w:rPr>
        <w:t>Media Activism September 11, 2006 · 5m 34s · at 19:43 · https://youtu.be/xCHUoDvxfho?t=1183</w:t>
      </w:r>
    </w:p>
    <w:p>
      <w:r>
        <w:rPr>
          <w:i/>
        </w:rPr>
        <w:t>“What did the Christian king say about Muhammad?”</w:t>
      </w:r>
    </w:p>
    <w:p>
      <w:r>
        <w:rPr>
          <w:sz w:val="20"/>
        </w:rPr>
        <w:t>19:43  is lihaz se pope bhi is mein responsible hain, is baat mein jo christian king ne kahi thi. ab dekhein, christian king ne kiya kaha tha?</w:t>
      </w:r>
      <w:r>
        <w:br/>
      </w:r>
      <w:r>
        <w:rPr>
          <w:sz w:val="20"/>
        </w:rPr>
        <w:t>19:55  unhon ne yeh kaha tha ke Muhammad koi nai cheez nahi laye,</w:t>
      </w:r>
      <w:r>
        <w:br/>
      </w:r>
      <w:r>
        <w:rPr>
          <w:sz w:val="20"/>
        </w:rPr>
        <w:t>20:02  aur jo cheez woh laye hain, woh kiya hai? woh evil hai aur inhuman hai.</w:t>
      </w:r>
      <w:r>
        <w:br/>
      </w:r>
      <w:r>
        <w:rPr>
          <w:sz w:val="20"/>
        </w:rPr>
        <w:t>20:13  ab is ko lijiye, aap nai cheez nahi laye. ke do aspect hain.</w:t>
      </w:r>
      <w:r>
        <w:br/>
      </w:r>
      <w:r>
        <w:rPr>
          <w:sz w:val="20"/>
        </w:rPr>
        <w:t>20:23  pehla yeh hai</w:t>
      </w:r>
      <w:r>
        <w:br/>
      </w:r>
      <w:r>
        <w:rPr>
          <w:sz w:val="20"/>
        </w:rPr>
        <w:t>20:27  ke prophet of Islam ne kabhi yeh claim nahi kiya ke mein koi naya religion laya hoon.</w:t>
      </w:r>
      <w:r>
        <w:br/>
      </w:r>
      <w:r>
        <w:rPr>
          <w:sz w:val="20"/>
        </w:rPr>
        <w:t>20:37  ma kunt bid'a ar-rusuli shar'un ma ja'alnahu ilayka. to prophet of Islam ne khud kabhi yeh claim nahi kiya ke woh naya religion layein.</w:t>
      </w:r>
      <w:r>
        <w:br/>
      </w:r>
      <w:r>
        <w:rPr>
          <w:sz w:val="20"/>
        </w:rPr>
        <w:t>20:52  jis cheez ko unhon ne claim kiya, woh sirf yeh hai ke pichhle jo religion the, jo prophet laye pichhle zamane ke, us mein milawat ho gayi thi.</w:t>
      </w:r>
      <w:r>
        <w:br/>
      </w:r>
      <w:r>
        <w:rPr>
          <w:sz w:val="20"/>
        </w:rPr>
        <w:t>21:05  to ab Khuda ne mujhe isi hi pichhle isi religion ko, jo sare prophet ka religion tha, isi religion ko milawaton se pak kar ke mujhe diya hai taake mein use us ki pure surat mein duniya ke samne pesh karoon.</w:t>
      </w:r>
      <w:r>
        <w:br/>
      </w:r>
      <w:r>
        <w:rPr>
          <w:sz w:val="20"/>
        </w:rPr>
        <w:t>21:27  aur phir Khuda ne is deen ko preserve kar diya. to ab Islam ki jo special specialty hai, woh yeh nahi ke woh koi naya religion hai, woh yeh hai ke woh apni original shakal mein maujood hai, aur woh preserved halat mein maujood hai.</w:t>
      </w:r>
      <w:r>
        <w:br/>
      </w:r>
      <w:r>
        <w:rPr>
          <w:sz w:val="20"/>
        </w:rPr>
        <w:t>21:51  yani khuda ka deen, khuda ka religion hamesha aik hi raha hai, har paighambar ke zamane mein. Isi ko iski original surat mein, iski original form mein,</w:t>
      </w:r>
      <w:r>
        <w:br/>
      </w:r>
      <w:r>
        <w:rPr>
          <w:sz w:val="20"/>
        </w:rPr>
        <w:t>22:06  prophet of islam ko khuda ne diya quran ki surat mein, aur aap ne isko pesh kiya dunya ke samne. Aur phir khuda ki khususi madad ke zariye isko yeh sifat mil gayi ke woh preserve ho gaya.</w:t>
      </w:r>
      <w:r>
        <w:br/>
      </w:r>
      <w:r>
        <w:rPr>
          <w:sz w:val="20"/>
        </w:rPr>
        <w:t>22:24  chouda sau saal beet gaye hain, aur ab koi is mein tabdeeli nahi hui, koi alteration nahi hua, koi milawat nahi hui. To yeh yeh aik aspect hai ke jab unhon ne yeh kaha na ho ke mein naya religion laya hoon, to yeh kehne ka koi mani nahi hai ke woh koi naya mazhab nahi laye.</w:t>
      </w:r>
      <w:r>
        <w:br/>
      </w:r>
      <w:r>
        <w:rPr>
          <w:sz w:val="20"/>
        </w:rPr>
        <w:t>22:44  bhai, yeh to unka claim hi nahi hai, woh to yeh kehte hi nahi hain. Doosri baat mein yeh kahunga ke aik pehlu se phir bhi woh naya religion hai.</w:t>
      </w:r>
      <w:r>
        <w:br/>
      </w:r>
      <w:r>
        <w:rPr>
          <w:sz w:val="20"/>
        </w:rPr>
        <w:t>22:57  woh kya? pichle mazhabon mein khuda ne jo bohat si wisdom ki baatein, bohat si achaiyan di thiin,</w:t>
      </w:r>
      <w:r>
        <w:br/>
      </w:r>
      <w:r>
        <w:rPr>
          <w:sz w:val="20"/>
        </w:rPr>
        <w:t>23:11  woh baad ke zamane mein jab woh mazhab preserve na reh saka to woh khoi gayeen, is mein baqi nahi raheen. To in sab wisdom ki baaton ko, in sab sachaiyon ko rasool Allah ne quran mein aur hadith mein jama kar diya.</w:t>
      </w:r>
      <w:r>
        <w:br/>
      </w:r>
      <w:r>
        <w:rPr>
          <w:sz w:val="20"/>
        </w:rPr>
        <w:t>23:32  inhi mein se aik baat yeh hai jo mein kehne ja raha hoon:</w:t>
      </w:r>
      <w:r>
        <w:br/>
      </w:r>
      <w:r>
        <w:rPr>
          <w:sz w:val="20"/>
        </w:rPr>
        <w:t>23:38  puri history ko aap parhiye. Puri history mein jitne philosophers hain, jitne reformers hain, jitne thinkers hain, sab ka opposition kya raha hai?</w:t>
      </w:r>
      <w:r>
        <w:br/>
      </w:r>
      <w:r>
        <w:rPr>
          <w:sz w:val="20"/>
        </w:rPr>
        <w:t>23:50  zindagi ko unhon ne problem ke roop mein dekha.</w:t>
      </w:r>
      <w:r>
        <w:br/>
      </w:r>
      <w:r>
        <w:rPr>
          <w:sz w:val="20"/>
        </w:rPr>
        <w:t>23:57  zindagi ko unhon ne problem ke roop mein dekha. Ghareebi, inequality,</w:t>
      </w:r>
      <w:r>
        <w:br/>
      </w:r>
      <w:r>
        <w:rPr>
          <w:sz w:val="20"/>
        </w:rPr>
        <w:t>24:06  tarah tarah ke jo problem unke samne aaye the, wahi unka opposition bane rahe. Unki soch kya rahi?</w:t>
      </w:r>
      <w:r>
        <w:br/>
      </w:r>
      <w:r>
        <w:rPr>
          <w:sz w:val="20"/>
        </w:rPr>
        <w:t>24:18  ke pehle problem ko khatam karo, pehle injustice ko khatam karo, pehle poverty ko khatam karo, pehle inequality ko khatam karo.</w:t>
      </w:r>
      <w:r>
        <w:br/>
      </w:r>
      <w:r>
        <w:rPr>
          <w:sz w:val="20"/>
        </w:rPr>
        <w:t>24:32  is ke baad yeh possible hoga ke hum apna pasand ka system, pasand ka social system hum dunya mein la sakenge.</w:t>
      </w:r>
      <w:r>
        <w:br/>
      </w:r>
      <w:r>
        <w:rPr>
          <w:sz w:val="20"/>
        </w:rPr>
        <w:t>24:42  to unka kya raha kehna? ke eliminate karo problem ko. First of all, you have to eliminate the problems, then you will be able to establish a just society.</w:t>
      </w:r>
      <w:r>
        <w:br/>
      </w:r>
      <w:r>
        <w:rPr>
          <w:sz w:val="20"/>
        </w:rPr>
        <w:t>25:01  yeh reformers ka aur thinkers ka yeh opposition raha hai. Lekin khuda ke deen mein, jo ke fitrat ko batata hai, law of nature ko batata hai, aik aur baat thi jo chhuop gayi thi, usko prophet of islam ne zinda kiya.</w:t>
      </w:r>
    </w:p>
    <w:p>
      <w:pPr>
        <w:pStyle w:val="Heading2"/>
      </w:pPr>
      <w:r>
        <w:t>Second derailment mass conversion and scholarly response</w:t>
      </w:r>
    </w:p>
    <w:p>
      <w:r>
        <w:rPr>
          <w:color w:val="666666"/>
          <w:sz w:val="18"/>
        </w:rPr>
        <w:t>Mission of Tajdeed (Revival of Islam) September 15, 2019 Maulana Wahiduddin Khan · 4m 56s · at 10:37 · https://youtu.be/jGfoAffJ4-8?t=637</w:t>
      </w:r>
    </w:p>
    <w:p>
      <w:r>
        <w:rPr>
          <w:i/>
        </w:rPr>
        <w:t>“Misaal dekhiye, Abbasi daur mein jab mass conversion hua”</w:t>
      </w:r>
    </w:p>
    <w:p>
      <w:r>
        <w:rPr>
          <w:sz w:val="20"/>
        </w:rPr>
        <w:t>10:37  misalan dekhiye, Abbasi daur mein jab jab wo hua, yani bohat zyada log Islam mein dakhil hone lage, jisko kehte hain mass conversion.</w:t>
      </w:r>
      <w:r>
        <w:br/>
      </w:r>
      <w:r>
        <w:rPr>
          <w:sz w:val="20"/>
        </w:rPr>
        <w:t>10:52  mass conversion jab hua to log aaye the doosre doosre mazhabon se aur doosre mazhabon mein chhoti chhoti baaton ko masla banaya jata tha,</w:t>
      </w:r>
      <w:r>
        <w:br/>
      </w:r>
      <w:r>
        <w:rPr>
          <w:sz w:val="20"/>
        </w:rPr>
        <w:t>11:08  chhoti chhoti baaton ko masla banate the. to wo puchte the ke is ka hukm islam mein kya hai, is ka hukm islam mein kya hai. to hamare ulama ne yeh ghalti ki is waqt ke lage is ko Islamize karne,</w:t>
      </w:r>
      <w:r>
        <w:br/>
      </w:r>
      <w:r>
        <w:rPr>
          <w:sz w:val="20"/>
        </w:rPr>
        <w:t>11:23  is ko islamize karne lage. wo kehte hain ke Islam aayi nahi hai, yeh sab yeh sab tumhara tha, yahan hai nahi. to natija kya hua ke ghair zaruri</w:t>
      </w:r>
      <w:r>
        <w:br/>
      </w:r>
      <w:r>
        <w:rPr>
          <w:sz w:val="20"/>
        </w:rPr>
        <w:t>11:37  zor chhote chhote masle mein ho gaya. misalan dekhiye, auraton ke bare mein masla bana rakha hai ke ek baal jo hai nikalna nahi chahiye, yeh masla nahi hai, Islam nahi hai.</w:t>
      </w:r>
      <w:r>
        <w:br/>
      </w:r>
      <w:r>
        <w:rPr>
          <w:sz w:val="20"/>
        </w:rPr>
        <w:t>11:51  yeh ke baal aisa repeat hi aisa aisa tha ke ek baal bhi dikhai na de, yeh koi islam nahi hai.</w:t>
      </w:r>
      <w:r>
        <w:br/>
      </w:r>
      <w:r>
        <w:rPr>
          <w:sz w:val="20"/>
        </w:rPr>
        <w:t>12:02  yeh doosron ke asar se paida hone wali bidat hai. to is tarah ki cheezein huin ke jo log islam mein dakhil hue, apne pichhle mazhab ke asrat ko lekar sawal karte the hamare ulama se.</w:t>
      </w:r>
      <w:r>
        <w:br/>
      </w:r>
      <w:r>
        <w:rPr>
          <w:sz w:val="20"/>
        </w:rPr>
        <w:t>12:21  to ulama ko kehna chahiye tha ke yeh islam mein yeh sab baatein hain hi nahi, islam mein yeh bhi, wo bhi hai, islam mein yeh bhi theek hai, wo bhi theek hai.</w:t>
      </w:r>
      <w:r>
        <w:br/>
      </w:r>
      <w:r>
        <w:rPr>
          <w:sz w:val="20"/>
        </w:rPr>
        <w:t>12:34  lekin yeh us waqt yeh kaam nahi kiya gaya. is wajah se is par wo ban gaye, fiqhi masalik ban gaye, fiqhi masalik.</w:t>
      </w:r>
      <w:r>
        <w:br/>
      </w:r>
      <w:r>
        <w:rPr>
          <w:sz w:val="20"/>
        </w:rPr>
        <w:t>12:44  yeh fiqhi masail ki cheezein nahi thin. dekhiye, ek hai tohaddud, ek hai taaddud.</w:t>
      </w:r>
      <w:r>
        <w:br/>
      </w:r>
      <w:r>
        <w:rPr>
          <w:sz w:val="20"/>
        </w:rPr>
        <w:t>12:56  taaddud ke maani hain ke yeh bhi theek, wo bhi theek, yeh bhi theek, wo bhi theek.</w:t>
      </w:r>
      <w:r>
        <w:br/>
      </w:r>
      <w:r>
        <w:rPr>
          <w:sz w:val="20"/>
        </w:rPr>
        <w:t>13:06  to har maamle mein namaz, roza, haj, zakat, aise masle bane ke bas yeh theek hai, wo theek nahi hai. yeh jisse firqe ban gaye, firqe, firqe ban gaye.</w:t>
      </w:r>
      <w:r>
        <w:br/>
      </w:r>
      <w:r>
        <w:rPr>
          <w:sz w:val="20"/>
        </w:rPr>
        <w:t>13:18  to yahan zarurat thi ke aise log uthein jo is ki, yani is de-rediment ko phir se put the plain, put the plain.</w:t>
      </w:r>
      <w:r>
        <w:br/>
      </w:r>
      <w:r>
        <w:rPr>
          <w:sz w:val="20"/>
        </w:rPr>
        <w:t>13:32  ek bohat bara alam paida hue is zamane mein, un ka naam kya tha? ban fazail, fazail al-ilm, ibn abdul barr, ibn abdul barr, ibn abdul barr,</w:t>
      </w:r>
      <w:r>
        <w:br/>
      </w:r>
      <w:r>
        <w:rPr>
          <w:sz w:val="20"/>
        </w:rPr>
        <w:t>13:46  bohat bare alam the. ibn abdul barr, unhone us waqt kitab likhi. kitab ka naam kya tha? jami bayan al-ilm wa fadli, jami bayan al-ilm wa fadli.</w:t>
      </w:r>
      <w:r>
        <w:br/>
      </w:r>
      <w:r>
        <w:rPr>
          <w:sz w:val="20"/>
        </w:rPr>
        <w:t>13:58  mein bas mein bataon ke best kitab hai yeh. is mein unhon ne bataya ke yeh tum chote chote le kar ke masle batate ho, yeh sab sahi nahi hai.</w:t>
      </w:r>
      <w:r>
        <w:br/>
      </w:r>
      <w:r>
        <w:rPr>
          <w:sz w:val="20"/>
        </w:rPr>
        <w:t>14:08  islam mein tawheed nahi hai, taaddud hai. is zamane mein aise ulma paida hue jinhon ne kaha ke al haq al adad,</w:t>
      </w:r>
      <w:r>
        <w:br/>
      </w:r>
      <w:r>
        <w:rPr>
          <w:sz w:val="20"/>
        </w:rPr>
        <w:t>14:22  al haq al adad, yeh yeh galat masla tha. haq to bilashuba haq mein taaddud nahi hota, lekin yeh sab haq nahi hai.</w:t>
      </w:r>
      <w:r>
        <w:br/>
      </w:r>
      <w:r>
        <w:rPr>
          <w:sz w:val="20"/>
        </w:rPr>
        <w:t>14:33  yeh sab to tafseeli baatein hain. yeh bhi theek, woh bhi theek. mein aise baitha hoon to bhi theek hai, yeh aise baithe hain to woh bhi theek hai.</w:t>
      </w:r>
      <w:r>
        <w:br/>
      </w:r>
      <w:r>
        <w:rPr>
          <w:sz w:val="20"/>
        </w:rPr>
        <w:t>14:44  to dekhiye, to yeh yeh ek ek doosra masla tha ke ek derediment tha, derediment ke woh paida hua mass conversion ki wajah se.</w:t>
      </w:r>
      <w:r>
        <w:br/>
      </w:r>
      <w:r>
        <w:rPr>
          <w:sz w:val="20"/>
        </w:rPr>
        <w:t>14:57  mass conversion ki wajah se jo naye log aaye, woh pichle mazhabon ke asraat ko le kar aaye, unhein masle poochhe. ab hamare ulma ne lage masle bayan karne, woh kehte the ke sab kuch nahi islam mein hai.</w:t>
      </w:r>
      <w:r>
        <w:br/>
      </w:r>
      <w:r>
        <w:rPr>
          <w:sz w:val="20"/>
        </w:rPr>
        <w:t>15:11  islam mein yeh bhi theek hai, woh bhi theek hai. yeh masle paida hue to isi is de-rediment ke zamane mein gaadi ko phir se pathe par dalna, yeh hai tajdeed.</w:t>
      </w:r>
      <w:r>
        <w:br/>
      </w:r>
      <w:r>
        <w:rPr>
          <w:sz w:val="20"/>
        </w:rPr>
        <w:t>15:25  yeh falan mujaddid kamil hai, falan mujaddid yeh hai tasweer hai, falan yeh mujaddid hai, falan imam hai.</w:t>
      </w:r>
    </w:p>
    <w:p>
      <w:pPr>
        <w:pStyle w:val="Heading2"/>
      </w:pPr>
      <w:r>
        <w:t>Akbar's story shows wisdom of separate workplaces</w:t>
      </w:r>
    </w:p>
    <w:p>
      <w:r>
        <w:rPr>
          <w:color w:val="666666"/>
          <w:sz w:val="18"/>
        </w:rPr>
        <w:t>Place of Woman in Islam-II | March 5, 2006 | Maulana Wahiduddin Khan · 4m 03s · at 11:26 · https://youtu.be/0s49N8jj560?t=686</w:t>
      </w:r>
    </w:p>
    <w:p>
      <w:r>
        <w:rPr>
          <w:i/>
        </w:rPr>
        <w:t>“Ya main Mughal hukumat shuru hua Babar se”</w:t>
      </w:r>
    </w:p>
    <w:p>
      <w:r>
        <w:rPr>
          <w:sz w:val="20"/>
        </w:rPr>
        <w:t>11:26  ya mein mughal hukoomat shuru hua babar se.</w:t>
      </w:r>
      <w:r>
        <w:br/>
      </w:r>
      <w:r>
        <w:rPr>
          <w:sz w:val="20"/>
        </w:rPr>
        <w:t>11:30  is ke baad humayun tha.</w:t>
      </w:r>
      <w:r>
        <w:br/>
      </w:r>
      <w:r>
        <w:rPr>
          <w:sz w:val="20"/>
        </w:rPr>
        <w:t>11:34  jo teesra tha akbar.</w:t>
      </w:r>
      <w:r>
        <w:br/>
      </w:r>
      <w:r>
        <w:rPr>
          <w:sz w:val="20"/>
        </w:rPr>
        <w:t>11:39  to aisa hua ke akbar ke zamanay mein ek aalim thay, scholar thay bohat baray.</w:t>
      </w:r>
      <w:r>
        <w:br/>
      </w:r>
      <w:r>
        <w:rPr>
          <w:sz w:val="20"/>
        </w:rPr>
        <w:t>11:43  un ka naam tha Mulla Abdul Nabi.</w:t>
      </w:r>
      <w:r>
        <w:br/>
      </w:r>
      <w:r>
        <w:rPr>
          <w:sz w:val="20"/>
        </w:rPr>
        <w:t>11:47  unhon ne akbar ko jab woh jab jo chota tha to akbar ko parhaya tha.</w:t>
      </w:r>
      <w:r>
        <w:br/>
      </w:r>
      <w:r>
        <w:rPr>
          <w:sz w:val="20"/>
        </w:rPr>
        <w:t>11:52  yani Mulla Abdul Nabi jo thay woh akbar ke ustad thay.</w:t>
      </w:r>
      <w:r>
        <w:br/>
      </w:r>
      <w:r>
        <w:rPr>
          <w:sz w:val="20"/>
        </w:rPr>
        <w:t>11:56  to kya hua ke ek din aisa aisa hua ke Mulla Abdul Nabi akbar ke darbar mein aaye. to us din kuch hinduo ka kuch diwali waghera ka din tha. to akbar ne is lihaz se gehra kapda pehan liya tha, saffron. sirf is liye ke log logo ki diljoi ke liye, logo ke jazbat ki riayat ke liye. mein samajhta hoon is mein koi harj nahi tha. agar us ne kiya us ne e</w:t>
      </w:r>
      <w:r>
        <w:br/>
      </w:r>
      <w:r>
        <w:rPr>
          <w:sz w:val="20"/>
        </w:rPr>
        <w:t>12:26  se to.</w:t>
      </w:r>
      <w:r>
        <w:br/>
      </w:r>
      <w:r>
        <w:rPr>
          <w:sz w:val="20"/>
        </w:rPr>
        <w:t>12:30  lekin Mulla Abdul Nabi jo hain bohat riwayati qisam ke aadmi thay.</w:t>
      </w:r>
      <w:r>
        <w:br/>
      </w:r>
      <w:r>
        <w:rPr>
          <w:sz w:val="20"/>
        </w:rPr>
        <w:t>12:33  woh ghussa ho gaye.</w:t>
      </w:r>
      <w:r>
        <w:br/>
      </w:r>
      <w:r>
        <w:rPr>
          <w:sz w:val="20"/>
        </w:rPr>
        <w:t>12:37  aur is jazbay ke tehat ke mein akbar ka ustad hoon.</w:t>
      </w:r>
      <w:r>
        <w:br/>
      </w:r>
      <w:r>
        <w:rPr>
          <w:sz w:val="20"/>
        </w:rPr>
        <w:t>12:41  isko un ke haath mein ek ek chhari hua karti thi, is chhari se akbar ko maar diya.</w:t>
      </w:r>
      <w:r>
        <w:br/>
      </w:r>
      <w:r>
        <w:rPr>
          <w:sz w:val="20"/>
        </w:rPr>
        <w:t>12:45  ek darbar mein baitha hua hai, takht par baitha hua hai woh.</w:t>
      </w:r>
      <w:r>
        <w:br/>
      </w:r>
      <w:r>
        <w:rPr>
          <w:sz w:val="20"/>
        </w:rPr>
        <w:t>12:49  saare log wahan par maujood hain.</w:t>
      </w:r>
      <w:r>
        <w:br/>
      </w:r>
      <w:r>
        <w:rPr>
          <w:sz w:val="20"/>
        </w:rPr>
        <w:t>12:52  sab ke samnay unhon ne akbar ko maar diya danday se. to</w:t>
      </w:r>
      <w:r>
        <w:br/>
      </w:r>
      <w:r>
        <w:rPr>
          <w:sz w:val="20"/>
        </w:rPr>
        <w:t>12:56  kya hua phir akbar khamoshi ke sath chala gaya andar.</w:t>
      </w:r>
      <w:r>
        <w:br/>
      </w:r>
      <w:r>
        <w:rPr>
          <w:sz w:val="20"/>
        </w:rPr>
        <w:t>13:01  wahan us ki maan thi, uska naam tha Mariam Zamani.</w:t>
      </w:r>
      <w:r>
        <w:br/>
      </w:r>
      <w:r>
        <w:rPr>
          <w:sz w:val="20"/>
        </w:rPr>
        <w:t>13:07  to apni maan se akbar ne kaha ke aaj bohat bura hua.</w:t>
      </w:r>
      <w:r>
        <w:br/>
      </w:r>
      <w:r>
        <w:rPr>
          <w:sz w:val="20"/>
        </w:rPr>
        <w:t>13:12  us ne poocha kya hua? kaha ke Mulla Abdul Nabi ko mein be-izzati karta hoon kyun ke woh</w:t>
      </w:r>
      <w:r>
        <w:br/>
      </w:r>
      <w:r>
        <w:rPr>
          <w:sz w:val="20"/>
        </w:rPr>
        <w:t>13:17  mere ustad thay.</w:t>
      </w:r>
      <w:r>
        <w:br/>
      </w:r>
      <w:r>
        <w:rPr>
          <w:sz w:val="20"/>
        </w:rPr>
        <w:t>13:22  lekin aaj unhon ne yeh kiya ke bharay darbar mein is ko danday se maar diya.</w:t>
      </w:r>
      <w:r>
        <w:br/>
      </w:r>
      <w:r>
        <w:rPr>
          <w:sz w:val="20"/>
        </w:rPr>
        <w:t>13:27  ab akbar ke dil mein yeh tha ke un ko qatal karwa de.</w:t>
      </w:r>
      <w:r>
        <w:br/>
      </w:r>
      <w:r>
        <w:rPr>
          <w:sz w:val="20"/>
        </w:rPr>
        <w:t>13:33  kyun ke ek munh se ek lafz us ke munh se nikalna tha aur uska sar qalb ho jata.</w:t>
      </w:r>
      <w:r>
        <w:br/>
      </w:r>
      <w:r>
        <w:rPr>
          <w:sz w:val="20"/>
        </w:rPr>
        <w:t>13:38  kyun ke aap jantay hain ke woh shehanshah tha woh.</w:t>
      </w:r>
      <w:r>
        <w:br/>
      </w:r>
      <w:r>
        <w:rPr>
          <w:sz w:val="20"/>
        </w:rPr>
        <w:t>13:43  to ab akbar jo tha woh to mutasir tha in halaat se jahan ke woh waqia pesh aaya.</w:t>
      </w:r>
      <w:r>
        <w:br/>
      </w:r>
      <w:r>
        <w:rPr>
          <w:sz w:val="20"/>
        </w:rPr>
        <w:t>13:48  yani mutasir zehan ke sath sochta tha.</w:t>
      </w:r>
      <w:r>
        <w:br/>
      </w:r>
      <w:r>
        <w:rPr>
          <w:sz w:val="20"/>
        </w:rPr>
        <w:t>13:53  lekin us ki maan jo thi woh bahar thi ghar ke andar.</w:t>
      </w:r>
      <w:r>
        <w:br/>
      </w:r>
      <w:r>
        <w:rPr>
          <w:sz w:val="20"/>
        </w:rPr>
        <w:t>13:58  woh ghair mutasir zehan ke sath soch sakti thi.</w:t>
      </w:r>
      <w:r>
        <w:br/>
      </w:r>
      <w:r>
        <w:rPr>
          <w:sz w:val="20"/>
        </w:rPr>
        <w:t>14:03  woh mutasir nahi ho sakti thi is waqie se.</w:t>
      </w:r>
      <w:r>
        <w:br/>
      </w:r>
      <w:r>
        <w:rPr>
          <w:sz w:val="20"/>
        </w:rPr>
        <w:t>14:07  kyun ke is mein woh maujood nahi thi woh.</w:t>
      </w:r>
      <w:r>
        <w:br/>
      </w:r>
      <w:r>
        <w:rPr>
          <w:sz w:val="20"/>
        </w:rPr>
        <w:t>14:12  to is ne kaha, maan ne kaha ke bete maaf kar do.</w:t>
      </w:r>
      <w:r>
        <w:br/>
      </w:r>
      <w:r>
        <w:rPr>
          <w:sz w:val="20"/>
        </w:rPr>
        <w:t>14:16  ab dekhiye ke ek hai mutasir zehan yani akbar ka.</w:t>
      </w:r>
      <w:r>
        <w:br/>
      </w:r>
      <w:r>
        <w:rPr>
          <w:sz w:val="20"/>
        </w:rPr>
        <w:t>14:20  ek ghair mutasir zehan woh hai maan ka.</w:t>
      </w:r>
      <w:r>
        <w:br/>
      </w:r>
      <w:r>
        <w:rPr>
          <w:sz w:val="20"/>
        </w:rPr>
        <w:t>14:25  yani ek mutasir mein hai, ek mutasir se bahar hai.</w:t>
      </w:r>
      <w:r>
        <w:br/>
      </w:r>
      <w:r>
        <w:rPr>
          <w:sz w:val="20"/>
        </w:rPr>
        <w:t>14:29  to jo zehan, jo zehan mutasir se bahar tha woh bohat hi musbat soch saka.</w:t>
      </w:r>
      <w:r>
        <w:br/>
      </w:r>
      <w:r>
        <w:rPr>
          <w:sz w:val="20"/>
        </w:rPr>
        <w:t>14:34  aur bohat hi musbat qism ka mashwara de saka.</w:t>
      </w:r>
      <w:r>
        <w:br/>
      </w:r>
      <w:r>
        <w:rPr>
          <w:sz w:val="20"/>
        </w:rPr>
        <w:t>14:39  to us ki maan ne kaha ke bete maaf kar do.</w:t>
      </w:r>
      <w:r>
        <w:br/>
      </w:r>
      <w:r>
        <w:rPr>
          <w:sz w:val="20"/>
        </w:rPr>
        <w:t>14:44  tareekh mein likha jayega ke shehanshah ne shehanshah ko bhare darbar mein dande se mara gaya aur</w:t>
      </w:r>
      <w:r>
        <w:br/>
      </w:r>
      <w:r>
        <w:rPr>
          <w:sz w:val="20"/>
        </w:rPr>
        <w:t>14:49  us ne maaf kar diya.</w:t>
      </w:r>
      <w:r>
        <w:br/>
      </w:r>
      <w:r>
        <w:rPr>
          <w:sz w:val="20"/>
        </w:rPr>
        <w:t>14:55  aur waqatan woh tareekh mein likha gaya.</w:t>
      </w:r>
      <w:r>
        <w:br/>
      </w:r>
      <w:r>
        <w:rPr>
          <w:sz w:val="20"/>
        </w:rPr>
        <w:t>15:00  jisko mein aaj dohra raha hoon aap ke samne. to yeh mein kehta hoon ke work place ka ek hona yeh bilkul yaani ahmaqana scheme hai. yeh dono agar ek hi work place mein hain to dono hi ek hi dhang ke taassur mein jeete hain. ek hi cheezon se mutaasir ho kar reh rahe hain woh. to kaun kis ko mashwara karega? is liye is ka Islam ki scheme yeh hai ke dono ka work place alag alag ho. maslan aur</w:t>
      </w:r>
    </w:p>
    <w:p>
      <w:pPr>
        <w:pStyle w:val="Heading2"/>
      </w:pPr>
      <w:r>
        <w:t>Understanding need to reinterpret Islam in modern terms</w:t>
      </w:r>
    </w:p>
    <w:p>
      <w:r>
        <w:rPr>
          <w:color w:val="666666"/>
          <w:sz w:val="18"/>
        </w:rPr>
        <w:t>Reinterpretation of Islam April 12, 2009 Maulana Wahiduddin Khan · 5m 17s · at 1:36 · https://youtu.be/kut_WRX7mZ4?t=96</w:t>
      </w:r>
    </w:p>
    <w:p>
      <w:r>
        <w:rPr>
          <w:i/>
        </w:rPr>
        <w:t>“My habit is not to take anything with bad intention.”</w:t>
      </w:r>
    </w:p>
    <w:p>
      <w:r>
        <w:rPr>
          <w:sz w:val="20"/>
        </w:rPr>
        <w:t>1:36  dekhein, meri habit hai ke mein kisi baat ko bad intention par nahi leta.</w:t>
      </w:r>
      <w:r>
        <w:br/>
      </w:r>
      <w:r>
        <w:rPr>
          <w:sz w:val="20"/>
        </w:rPr>
        <w:t>1:49  mein hamesha yeh sochta hoon ke it is a way of thinking.</w:t>
      </w:r>
      <w:r>
        <w:br/>
      </w:r>
      <w:r>
        <w:rPr>
          <w:sz w:val="20"/>
        </w:rPr>
        <w:t>1:57  it is a way of thinking. to thinking ke level par samajhna,</w:t>
      </w:r>
      <w:r>
        <w:br/>
      </w:r>
      <w:r>
        <w:rPr>
          <w:sz w:val="20"/>
        </w:rPr>
        <w:t>2:05  I always take it as a challenge, intellectual challenge. I always try to meet the challenge on intellectual level.</w:t>
      </w:r>
      <w:r>
        <w:br/>
      </w:r>
      <w:r>
        <w:rPr>
          <w:sz w:val="20"/>
        </w:rPr>
        <w:t>2:15  yeh hai mera mind. to sochta rehta hoon, sochta rehta hoon, sochta rehta hoon. my mind works like a computer.</w:t>
      </w:r>
      <w:r>
        <w:br/>
      </w:r>
      <w:r>
        <w:rPr>
          <w:sz w:val="20"/>
        </w:rPr>
        <w:t>2:29  to abhi kal, yaani only yesterday, I</w:t>
      </w:r>
      <w:r>
        <w:br/>
      </w:r>
      <w:r>
        <w:rPr>
          <w:sz w:val="20"/>
        </w:rPr>
        <w:t>2:38  was able to understand what is the real meaning of this general phrase.</w:t>
      </w:r>
      <w:r>
        <w:br/>
      </w:r>
      <w:r>
        <w:rPr>
          <w:sz w:val="20"/>
        </w:rPr>
        <w:t>2:48  abhi kal, shayad pachas saal ke baad. to dekhein, jahan tak mein ne parha hai, parhez Mr. A. A. Faiz, he is called three A Faiz,</w:t>
      </w:r>
      <w:r>
        <w:br/>
      </w:r>
      <w:r>
        <w:rPr>
          <w:sz w:val="20"/>
        </w:rPr>
        <w:t>3:06  was the first to publish complete book on this subject. the title was "Modern Approach to Islam".</w:t>
      </w:r>
      <w:r>
        <w:br/>
      </w:r>
      <w:r>
        <w:rPr>
          <w:sz w:val="20"/>
        </w:rPr>
        <w:t>3:20  this book was registered by ulema. but mein ne kaha ke mein bad intention par nahi leta kisi cheez ko.</w:t>
      </w:r>
      <w:r>
        <w:br/>
      </w:r>
      <w:r>
        <w:rPr>
          <w:sz w:val="20"/>
        </w:rPr>
        <w:t>3:29  mein sochta rehta hoon.</w:t>
      </w:r>
      <w:r>
        <w:br/>
      </w:r>
      <w:r>
        <w:rPr>
          <w:sz w:val="20"/>
        </w:rPr>
        <w:t>3:34  to is tarah ki bohat si cheez parhi mein ne. phir mujhe yaad hai ke partition se pehle, yaani independent se pehle, aik sahib thay Lahore ke.</w:t>
      </w:r>
      <w:r>
        <w:br/>
      </w:r>
      <w:r>
        <w:rPr>
          <w:sz w:val="20"/>
        </w:rPr>
        <w:t>3:47  to unhon ne kaha tha, likha tha, main ne parha tha is ko: "quran has to be re revealed today."</w:t>
      </w:r>
      <w:r>
        <w:br/>
      </w:r>
      <w:r>
        <w:rPr>
          <w:sz w:val="20"/>
        </w:rPr>
        <w:t>4:00  "quran has to be re revealed today." yeh jo un ka phrase hai, mujhe shayad pachas baras se haunt karta raha, kar raha tha.</w:t>
      </w:r>
      <w:r>
        <w:br/>
      </w:r>
      <w:r>
        <w:rPr>
          <w:sz w:val="20"/>
        </w:rPr>
        <w:t>4:14  only yesterday i discovered</w:t>
      </w:r>
      <w:r>
        <w:br/>
      </w:r>
      <w:r>
        <w:rPr>
          <w:sz w:val="20"/>
        </w:rPr>
        <w:t>4:19  the meaning of this phrase. dekhen, baat yeh hai ke har aadmi ka apna aik bent of mind hota hai.</w:t>
      </w:r>
      <w:r>
        <w:br/>
      </w:r>
      <w:r>
        <w:rPr>
          <w:sz w:val="20"/>
        </w:rPr>
        <w:t>4:30  aik mind set hota hai.</w:t>
      </w:r>
      <w:r>
        <w:br/>
      </w:r>
      <w:r>
        <w:rPr>
          <w:sz w:val="20"/>
        </w:rPr>
        <w:t>4:35  to jab tak aap</w:t>
      </w:r>
      <w:r>
        <w:br/>
      </w:r>
      <w:r>
        <w:rPr>
          <w:sz w:val="20"/>
        </w:rPr>
        <w:t>4:39  baat ko apne mind set par na dhaal len, aap ki samajh mein nahin aata.</w:t>
      </w:r>
      <w:r>
        <w:br/>
      </w:r>
      <w:r>
        <w:rPr>
          <w:sz w:val="20"/>
        </w:rPr>
        <w:t>4:51  yani when you are, when you are able to convert that idea in your familiar words, then you are able to understand the point.</w:t>
      </w:r>
      <w:r>
        <w:br/>
      </w:r>
      <w:r>
        <w:rPr>
          <w:sz w:val="20"/>
        </w:rPr>
        <w:t>5:04  to main ne kal jo hai is ko badla, yani badal saka. mere mind ne bohat dinon ki ke analysis ke baad, woh kya tha?</w:t>
      </w:r>
      <w:r>
        <w:br/>
      </w:r>
      <w:r>
        <w:rPr>
          <w:sz w:val="20"/>
        </w:rPr>
        <w:t>5:19  main ne socha ke dekhen, yeh jo kaha unhon ne: "quran has to be re revealed today", is ka matlab kya hai?</w:t>
      </w:r>
      <w:r>
        <w:br/>
      </w:r>
      <w:r>
        <w:rPr>
          <w:sz w:val="20"/>
        </w:rPr>
        <w:t>5:29  is ka matlab hai: "quran has to be re defined in modern terms".</w:t>
      </w:r>
      <w:r>
        <w:br/>
      </w:r>
      <w:r>
        <w:rPr>
          <w:sz w:val="20"/>
        </w:rPr>
        <w:t>5:38  tab main samajh gaya is ka matlab. "quran has to be re defined in modern terms".</w:t>
      </w:r>
      <w:r>
        <w:br/>
      </w:r>
      <w:r>
        <w:rPr>
          <w:sz w:val="20"/>
        </w:rPr>
        <w:t>5:49  tab main samjha ke is ka matlab kya hai.</w:t>
      </w:r>
      <w:r>
        <w:br/>
      </w:r>
      <w:r>
        <w:rPr>
          <w:sz w:val="20"/>
        </w:rPr>
        <w:t>5:53  dekhen, sara muamla yeh islam kya hai? universal facts. islam is nothing but a statement of.</w:t>
      </w:r>
      <w:r>
        <w:br/>
      </w:r>
      <w:r>
        <w:rPr>
          <w:sz w:val="20"/>
        </w:rPr>
        <w:t>6:04  islam is nothing but a statement of universal facts.</w:t>
      </w:r>
      <w:r>
        <w:br/>
      </w:r>
      <w:r>
        <w:rPr>
          <w:sz w:val="20"/>
        </w:rPr>
        <w:t>6:10  lekin islam ko seven century mein reveal kiya gaya. to seven century ke idiom mein is ko ban kiya gaya.</w:t>
      </w:r>
      <w:r>
        <w:br/>
      </w:r>
      <w:r>
        <w:rPr>
          <w:sz w:val="20"/>
        </w:rPr>
        <w:t>6:24  universal statement in the terminology of seven century. ab hamein, ab hum twenty first century mein hain.</w:t>
      </w:r>
      <w:r>
        <w:br/>
      </w:r>
      <w:r>
        <w:rPr>
          <w:sz w:val="20"/>
        </w:rPr>
        <w:t>6:36  to hamein kya karna hoga? we have to re explain, we have to re interpret islamic principles in modern terms.</w:t>
      </w:r>
      <w:r>
        <w:br/>
      </w:r>
      <w:r>
        <w:rPr>
          <w:sz w:val="20"/>
        </w:rPr>
        <w:t>6:48  yeh karna hai hamein.</w:t>
      </w:r>
    </w:p>
    <w:p>
      <w:pPr>
        <w:pStyle w:val="Heading2"/>
      </w:pPr>
      <w:r>
        <w:t>Analysis of ulemas' ignorance</w:t>
      </w:r>
    </w:p>
    <w:p>
      <w:r>
        <w:rPr>
          <w:color w:val="666666"/>
          <w:sz w:val="18"/>
        </w:rPr>
        <w:t>Divine Law of Success 14th October 2012 Slow · 4m 37s · at 1:34:30 · https://youtu.be/2zXfZhIf1jA?t=5670</w:t>
      </w:r>
    </w:p>
    <w:p>
      <w:r>
        <w:rPr>
          <w:i/>
        </w:rPr>
        <w:t>“Un ka analysis sahi hai”</w:t>
      </w:r>
    </w:p>
    <w:p>
      <w:r>
        <w:rPr>
          <w:sz w:val="20"/>
        </w:rPr>
        <w:t>1:34:30  un ka analysis sahih hai ke aap bilkul durust hain.</w:t>
      </w:r>
      <w:r>
        <w:br/>
      </w:r>
      <w:r>
        <w:rPr>
          <w:sz w:val="20"/>
        </w:rPr>
        <w:t>1:34:35  jo analysis kiya hai, ab yeh jo batana chahiye logon ko, aap kya karen? log baqa se be</w:t>
      </w:r>
      <w:r>
        <w:br/>
      </w:r>
      <w:r>
        <w:rPr>
          <w:sz w:val="20"/>
        </w:rPr>
        <w:t>1:34:40  khabar hain aur ulma jante nahin.</w:t>
      </w:r>
      <w:r>
        <w:br/>
      </w:r>
      <w:r>
        <w:rPr>
          <w:sz w:val="20"/>
        </w:rPr>
        <w:t>1:34:45  apne hujron mein rehte hain, duniya ki khabar nahin hai in ko ke duniya mein kya ho raha hai.</w:t>
      </w:r>
      <w:r>
        <w:br/>
      </w:r>
      <w:r>
        <w:rPr>
          <w:sz w:val="20"/>
        </w:rPr>
        <w:t>1:34:50  in ko bataya jaye, ji yahi hal hai.</w:t>
      </w:r>
      <w:r>
        <w:br/>
      </w:r>
      <w:r>
        <w:rPr>
          <w:sz w:val="20"/>
        </w:rPr>
        <w:t>1:34:55  Maulana, agla sawal Delhi se hai Mr. Rashid sahib ka.</w:t>
      </w:r>
      <w:r>
        <w:br/>
      </w:r>
      <w:r>
        <w:rPr>
          <w:sz w:val="20"/>
        </w:rPr>
        <w:t>1:35:00  unhon ne likha hai: Quran mein bar bar Rasool aur Ashab Rasool ko mukhatib karte hue kaha gaya</w:t>
      </w:r>
      <w:r>
        <w:br/>
      </w:r>
      <w:r>
        <w:rPr>
          <w:sz w:val="20"/>
        </w:rPr>
        <w:t>1:35:05  hai ke WASBIR ALA MA YAQULOON Quran mein kahin bhi yeh nahin kaha gaya hai ke WAQTUL ALA</w:t>
      </w:r>
      <w:r>
        <w:br/>
      </w:r>
      <w:r>
        <w:rPr>
          <w:sz w:val="20"/>
        </w:rPr>
        <w:t>1:35:11  MA YAQULOON is ko aap clarify karen.</w:t>
      </w:r>
      <w:r>
        <w:br/>
      </w:r>
      <w:r>
        <w:rPr>
          <w:sz w:val="20"/>
        </w:rPr>
        <w:t>1:35:16  bahut sahih kaha unhon ne, bahut sahih kaha hai.</w:t>
      </w:r>
      <w:r>
        <w:br/>
      </w:r>
      <w:r>
        <w:rPr>
          <w:sz w:val="20"/>
        </w:rPr>
        <w:t>1:35:21  Yaqool se murad hai satane wali baaten, wahi gustakhi karna, satana aisi baaten.</w:t>
      </w:r>
      <w:r>
        <w:br/>
      </w:r>
      <w:r>
        <w:rPr>
          <w:sz w:val="20"/>
        </w:rPr>
        <w:t>1:35:26  yeh bohat achi baat hai unhon ne kahi ke jis waqe par aaj hangama kar rahe hain, hum</w:t>
      </w:r>
      <w:r>
        <w:br/>
      </w:r>
      <w:r>
        <w:rPr>
          <w:sz w:val="20"/>
        </w:rPr>
        <w:t>1:35:31  aise waqe wahan musalsal ho rahe the.</w:t>
      </w:r>
      <w:r>
        <w:br/>
      </w:r>
      <w:r>
        <w:rPr>
          <w:sz w:val="20"/>
        </w:rPr>
        <w:t>1:35:36  bas yeh nahi kaha gaya ke aise logon ko qatal kar dalo jo aisi boli bol rahe hain.</w:t>
      </w:r>
      <w:r>
        <w:br/>
      </w:r>
      <w:r>
        <w:rPr>
          <w:sz w:val="20"/>
        </w:rPr>
        <w:t>1:35:41  bas kaha ke sabar karo.</w:t>
      </w:r>
      <w:r>
        <w:br/>
      </w:r>
      <w:r>
        <w:rPr>
          <w:sz w:val="20"/>
        </w:rPr>
        <w:t>1:35:46  sabar ke mani kya hain? sabar ke mani hain positive option lena.</w:t>
      </w:r>
      <w:r>
        <w:br/>
      </w:r>
      <w:r>
        <w:rPr>
          <w:sz w:val="20"/>
        </w:rPr>
        <w:t>1:35:52  sabar ka matlab yeh nahi ke positive attitude.</w:t>
      </w:r>
      <w:r>
        <w:br/>
      </w:r>
      <w:r>
        <w:rPr>
          <w:sz w:val="20"/>
        </w:rPr>
        <w:t>1:35:57  sabar ka matlab positive option lena hai, yani bajaye yeh ke aap react karen, ghussa hon, in</w:t>
      </w:r>
      <w:r>
        <w:br/>
      </w:r>
      <w:r>
        <w:rPr>
          <w:sz w:val="20"/>
        </w:rPr>
        <w:t>1:36:02  ke khilaf hangama karen, nahi.</w:t>
      </w:r>
      <w:r>
        <w:br/>
      </w:r>
      <w:r>
        <w:rPr>
          <w:sz w:val="20"/>
        </w:rPr>
        <w:t>1:36:07  khamoshi se apne aap ko tayyar karen dawat ke liye.</w:t>
      </w:r>
      <w:r>
        <w:br/>
      </w:r>
      <w:r>
        <w:rPr>
          <w:sz w:val="20"/>
        </w:rPr>
        <w:t>1:36:12  khamoshi se tayyar karen ke un ko kis tarah se address kiya jaye, kis tarah un ke mind</w:t>
      </w:r>
      <w:r>
        <w:br/>
      </w:r>
      <w:r>
        <w:rPr>
          <w:sz w:val="20"/>
        </w:rPr>
        <w:t>1:36:17  ko badla jaye.</w:t>
      </w:r>
      <w:r>
        <w:br/>
      </w:r>
      <w:r>
        <w:rPr>
          <w:sz w:val="20"/>
        </w:rPr>
        <w:t>1:36:22  yeh sabar ka matlab hai.</w:t>
      </w:r>
      <w:r>
        <w:br/>
      </w:r>
      <w:r>
        <w:rPr>
          <w:sz w:val="20"/>
        </w:rPr>
        <w:t>1:36:27  sabar haqeeqat mein positive planning ka doosra naam hai.</w:t>
      </w:r>
      <w:r>
        <w:br/>
      </w:r>
      <w:r>
        <w:rPr>
          <w:sz w:val="20"/>
        </w:rPr>
        <w:t>1:36:33  sabar jo hai, woh is baat ka naam hai ke aap negative aspect ko nazar andaz kar ke</w:t>
      </w:r>
      <w:r>
        <w:br/>
      </w:r>
      <w:r>
        <w:rPr>
          <w:sz w:val="20"/>
        </w:rPr>
        <w:t>1:36:38  positive planning karen.</w:t>
      </w:r>
      <w:r>
        <w:br/>
      </w:r>
      <w:r>
        <w:rPr>
          <w:sz w:val="20"/>
        </w:rPr>
        <w:t>1:36:43  isi ka naam sabar hai.</w:t>
      </w:r>
      <w:r>
        <w:br/>
      </w:r>
      <w:r>
        <w:rPr>
          <w:sz w:val="20"/>
        </w:rPr>
        <w:t>1:36:48  maulana, un ka ek aur sawal hai.</w:t>
      </w:r>
      <w:r>
        <w:br/>
      </w:r>
      <w:r>
        <w:rPr>
          <w:sz w:val="20"/>
        </w:rPr>
        <w:t>1:36:53  انہوں نے لکھا ہے: Protest کرنے والے لوگ یہ کہتے ہیں کہ ہم کو peaceful protest کرنا چاہیے۔</w:t>
      </w:r>
      <w:r>
        <w:br/>
      </w:r>
      <w:r>
        <w:rPr>
          <w:sz w:val="20"/>
        </w:rPr>
        <w:t>1:36:58  protest ka right hum ko democracy ne diya hai.</w:t>
      </w:r>
      <w:r>
        <w:br/>
      </w:r>
      <w:r>
        <w:rPr>
          <w:sz w:val="20"/>
        </w:rPr>
        <w:t>1:37:03  is ke bare mein aap kya kahenge? dekhen, yahan par main kahunga ke result dekho.</w:t>
      </w:r>
      <w:r>
        <w:br/>
      </w:r>
      <w:r>
        <w:rPr>
          <w:sz w:val="20"/>
        </w:rPr>
        <w:t>1:37:09  result protest ka result kabhi positive nahi nikalta.</w:t>
      </w:r>
      <w:r>
        <w:br/>
      </w:r>
      <w:r>
        <w:rPr>
          <w:sz w:val="20"/>
        </w:rPr>
        <w:t>1:37:14  agar bil farz tashaddud na bhi ho, tab bhi negativity to aa jati hai.</w:t>
      </w:r>
      <w:r>
        <w:br/>
      </w:r>
      <w:r>
        <w:rPr>
          <w:sz w:val="20"/>
        </w:rPr>
        <w:t>1:37:19  kyun ke koi aadmi aap farz kar lete hain ke woh hamara dushman hai, aap dushman ke khilaf protest</w:t>
      </w:r>
      <w:r>
        <w:br/>
      </w:r>
      <w:r>
        <w:rPr>
          <w:sz w:val="20"/>
        </w:rPr>
        <w:t>1:37:24  کر رہے ہیں تو اس کے معنی ہیں کہ آپ من نفرت کو بڑھا رہے ہیں، hatred کو</w:t>
      </w:r>
      <w:r>
        <w:br/>
      </w:r>
      <w:r>
        <w:rPr>
          <w:sz w:val="20"/>
        </w:rPr>
        <w:t>1:37:29  بڑھا رہے ہیں، we and they concept کو بڑھا رہے ہیں۔</w:t>
      </w:r>
      <w:r>
        <w:br/>
      </w:r>
      <w:r>
        <w:rPr>
          <w:sz w:val="20"/>
        </w:rPr>
        <w:t>1:37:34  to protest har haal mein evil hai, chahe woh tashaddud na ho, tab bhi.</w:t>
      </w:r>
      <w:r>
        <w:br/>
      </w:r>
      <w:r>
        <w:rPr>
          <w:sz w:val="20"/>
        </w:rPr>
        <w:t>1:37:39  kyun ke dawat ka kaam jo hai, woh chahta hai ke we and they ka concept khatam ho, balke</w:t>
      </w:r>
      <w:r>
        <w:br/>
      </w:r>
      <w:r>
        <w:rPr>
          <w:sz w:val="20"/>
        </w:rPr>
        <w:t>1:37:44  khair khwahi ka mahaul bane, nafraten khatam hon, normal situation bane.</w:t>
      </w:r>
      <w:r>
        <w:br/>
      </w:r>
      <w:r>
        <w:rPr>
          <w:sz w:val="20"/>
        </w:rPr>
        <w:t>1:37:50  tabhi to dawat work ho sakta hai.</w:t>
      </w:r>
      <w:r>
        <w:br/>
      </w:r>
      <w:r>
        <w:rPr>
          <w:sz w:val="20"/>
        </w:rPr>
        <w:t>1:37:55  to protest har haal mein galat hai, chahe woh tashaddud is mein ho ya na ho.</w:t>
      </w:r>
      <w:r>
        <w:br/>
      </w:r>
      <w:r>
        <w:rPr>
          <w:sz w:val="20"/>
        </w:rPr>
        <w:t>1:38:00  kyunke dawat ke mahol ko woh kill karta hai.</w:t>
      </w:r>
      <w:r>
        <w:br/>
      </w:r>
      <w:r>
        <w:rPr>
          <w:sz w:val="20"/>
        </w:rPr>
        <w:t>1:38:05  maulana, agla sawal dilli se hai mr muhammad ans sahib ka.</w:t>
      </w:r>
      <w:r>
        <w:br/>
      </w:r>
      <w:r>
        <w:rPr>
          <w:sz w:val="20"/>
        </w:rPr>
        <w:t>1:38:10  unhon ne likha hai: maulana, aap ne jo higher aur vocational education ke bare mein bataya ke hamein</w:t>
      </w:r>
      <w:r>
        <w:br/>
      </w:r>
      <w:r>
        <w:rPr>
          <w:sz w:val="20"/>
        </w:rPr>
        <w:t>1:38:15  modern aur deeni education dono hasil karni chahiye, to yeh dono tarah ki education hum apne bachon ko</w:t>
      </w:r>
      <w:r>
        <w:br/>
      </w:r>
      <w:r>
        <w:rPr>
          <w:sz w:val="20"/>
        </w:rPr>
        <w:t>1:38:20  mukammal taur par kis tarah aur kahan, yani kis institute se dilayein, is ke bare mein batayein.</w:t>
      </w:r>
      <w:r>
        <w:br/>
      </w:r>
      <w:r>
        <w:rPr>
          <w:sz w:val="20"/>
        </w:rPr>
        <w:t>1:38:25  nahi, koi institute duniya mein aisa nahi hai.</w:t>
      </w:r>
      <w:r>
        <w:br/>
      </w:r>
      <w:r>
        <w:rPr>
          <w:sz w:val="20"/>
        </w:rPr>
        <w:t>1:38:31  aap apne halaat ke lehaz se planning kijiye.</w:t>
      </w:r>
      <w:r>
        <w:br/>
      </w:r>
      <w:r>
        <w:rPr>
          <w:sz w:val="20"/>
        </w:rPr>
        <w:t>1:38:36  baqi koi institute nahi hai ke mein keh doon ke sahib, falan judge bachon ko bhejiye.</w:t>
      </w:r>
      <w:r>
        <w:br/>
      </w:r>
      <w:r>
        <w:rPr>
          <w:sz w:val="20"/>
        </w:rPr>
        <w:t>1:38:41  aisa koi cheez hota nahi hai, na kabhi hoga.</w:t>
      </w:r>
      <w:r>
        <w:br/>
      </w:r>
      <w:r>
        <w:rPr>
          <w:sz w:val="20"/>
        </w:rPr>
        <w:t>1:38:46  aap ko khud planning karna hai.</w:t>
      </w:r>
      <w:r>
        <w:br/>
      </w:r>
      <w:r>
        <w:rPr>
          <w:sz w:val="20"/>
        </w:rPr>
        <w:t>1:38:51  agar aap chahte hain apne bachon ko theek rastay par dalna to khud planning kijiye halaat ke lehaz se.</w:t>
      </w:r>
      <w:r>
        <w:br/>
      </w:r>
      <w:r>
        <w:rPr>
          <w:sz w:val="20"/>
        </w:rPr>
        <w:t>1:38:56  maulana, agla sawal kashmir se aya hai muhammad saleem sahib ka.</w:t>
      </w:r>
      <w:r>
        <w:br/>
      </w:r>
      <w:r>
        <w:rPr>
          <w:sz w:val="20"/>
        </w:rPr>
        <w:t>1:39:01  unhon ne likha hai: Word zikr is mentioned in Quran repeatedly as well as in Hadith.</w:t>
      </w:r>
      <w:r>
        <w:br/>
      </w:r>
      <w:r>
        <w:rPr>
          <w:sz w:val="20"/>
        </w:rPr>
        <w:t>1:39:07  I want to know the real meaning of zikr and how we can practice it in our day-to-day life.</w:t>
      </w:r>
    </w:p>
    <w:p>
      <w:pPr>
        <w:pStyle w:val="Heading2"/>
      </w:pPr>
      <w:r>
        <w:t>Islam's rules on war and definition of terrorism</w:t>
      </w:r>
    </w:p>
    <w:p>
      <w:r>
        <w:rPr>
          <w:color w:val="666666"/>
          <w:sz w:val="18"/>
        </w:rPr>
        <w:t>Islam and Peace (English) January 17, 2007 · 5m 45s · at 1:00:29 · https://youtu.be/OsmlU1RTo7k?t=3629</w:t>
      </w:r>
    </w:p>
    <w:p>
      <w:r>
        <w:rPr>
          <w:i/>
        </w:rPr>
        <w:t>“In Islam, there is only defensive war, never aggressive war”</w:t>
      </w:r>
    </w:p>
    <w:p>
      <w:r>
        <w:rPr>
          <w:sz w:val="20"/>
        </w:rPr>
        <w:t>1:00:29  so, you have to know that in islam,</w:t>
      </w:r>
      <w:r>
        <w:br/>
      </w:r>
      <w:r>
        <w:rPr>
          <w:sz w:val="20"/>
        </w:rPr>
        <w:t>1:00:38  peace is the rule and war is an exception.</w:t>
      </w:r>
      <w:r>
        <w:br/>
      </w:r>
      <w:r>
        <w:rPr>
          <w:sz w:val="20"/>
        </w:rPr>
        <w:t>1:00:43  peace is the rule and war is an exception. you know, quran contains 6500, near about 6500 verses.</w:t>
      </w:r>
      <w:r>
        <w:br/>
      </w:r>
      <w:r>
        <w:rPr>
          <w:sz w:val="20"/>
        </w:rPr>
        <w:t>1:00:57  all these verses, more than 99 percent of these verses deal about peace and tolerance and justice and moral values.</w:t>
      </w:r>
      <w:r>
        <w:br/>
      </w:r>
      <w:r>
        <w:rPr>
          <w:sz w:val="20"/>
        </w:rPr>
        <w:t>1:01:10  in less than one percent are those verses that deal about defensive war, defensive war.</w:t>
      </w:r>
      <w:r>
        <w:br/>
      </w:r>
      <w:r>
        <w:rPr>
          <w:sz w:val="20"/>
        </w:rPr>
        <w:t>1:01:20  then, so the first point that in islam, there is only defensive war, not aggressive war.</w:t>
      </w:r>
      <w:r>
        <w:br/>
      </w:r>
      <w:r>
        <w:rPr>
          <w:sz w:val="20"/>
        </w:rPr>
        <w:t>1:01:32  aggressive war is not allowed in islam. then, there is another principle.</w:t>
      </w:r>
      <w:r>
        <w:br/>
      </w:r>
      <w:r>
        <w:rPr>
          <w:sz w:val="20"/>
        </w:rPr>
        <w:t>1:01:41  there is a well known principle in islamic sharia that al-harbu lil-imam.</w:t>
      </w:r>
      <w:r>
        <w:br/>
      </w:r>
      <w:r>
        <w:rPr>
          <w:sz w:val="20"/>
        </w:rPr>
        <w:t>1:01:52  it is well accepted principle in islamic sharia, al-harbu lil-imam. it means that to declare a war is a prerogative of islamic state.</w:t>
      </w:r>
      <w:r>
        <w:br/>
      </w:r>
      <w:r>
        <w:rPr>
          <w:sz w:val="20"/>
        </w:rPr>
        <w:t>1:02:13  al-harbu lil-imam, it means that war, although war is allowed in defensive situation, but even at that time, even in defensive situation, only state is allowed to go to war.</w:t>
      </w:r>
      <w:r>
        <w:br/>
      </w:r>
      <w:r>
        <w:rPr>
          <w:sz w:val="20"/>
        </w:rPr>
        <w:t>1:02:32  non-governmental are not allowed to go to war.</w:t>
      </w:r>
      <w:r>
        <w:br/>
      </w:r>
      <w:r>
        <w:rPr>
          <w:sz w:val="20"/>
        </w:rPr>
        <w:t>1:02:44  so, even in defensive situation, only state is allowed to go to war.</w:t>
      </w:r>
      <w:r>
        <w:br/>
      </w:r>
      <w:r>
        <w:rPr>
          <w:sz w:val="20"/>
        </w:rPr>
        <w:t>1:02:54  non-governmental agencies are not allowed. for them, it is haram.</w:t>
      </w:r>
      <w:r>
        <w:br/>
      </w:r>
      <w:r>
        <w:rPr>
          <w:sz w:val="20"/>
        </w:rPr>
        <w:t>1:03:03  so, according to islam, the definition of terrorism, i will tell you what is the definition of terrorism in islam.</w:t>
      </w:r>
      <w:r>
        <w:br/>
      </w:r>
      <w:r>
        <w:rPr>
          <w:sz w:val="20"/>
        </w:rPr>
        <w:t>1:03:15  it is very, it is a very important question. what is the definition of terrorism?</w:t>
      </w:r>
      <w:r>
        <w:br/>
      </w:r>
      <w:r>
        <w:rPr>
          <w:sz w:val="20"/>
        </w:rPr>
        <w:t>1:03:25  so, according to islam, the definition of terrorism is use of arms by other than state,</w:t>
      </w:r>
      <w:r>
        <w:br/>
      </w:r>
      <w:r>
        <w:rPr>
          <w:sz w:val="20"/>
        </w:rPr>
        <w:t>1:03:39  other than established state</w:t>
      </w:r>
      <w:r>
        <w:br/>
      </w:r>
      <w:r>
        <w:rPr>
          <w:sz w:val="20"/>
        </w:rPr>
        <w:t>1:03:41  . use of arms by other than established state. this is the definition of terrorism.</w:t>
      </w:r>
      <w:r>
        <w:br/>
      </w:r>
      <w:r>
        <w:rPr>
          <w:sz w:val="20"/>
        </w:rPr>
        <w:t>1:03:51  so, no private person, no organization</w:t>
      </w:r>
      <w:r>
        <w:br/>
      </w:r>
      <w:r>
        <w:rPr>
          <w:sz w:val="20"/>
        </w:rPr>
        <w:t>1:04:00  a deen government is allowed to go to war.</w:t>
      </w:r>
      <w:r>
        <w:br/>
      </w:r>
      <w:r>
        <w:rPr>
          <w:sz w:val="20"/>
        </w:rPr>
        <w:t>1:04:06  deen, there are some other conditions.</w:t>
      </w:r>
      <w:r>
        <w:br/>
      </w:r>
      <w:r>
        <w:rPr>
          <w:sz w:val="20"/>
        </w:rPr>
        <w:t>1:04:13  for example,</w:t>
      </w:r>
      <w:r>
        <w:br/>
      </w:r>
      <w:r>
        <w:rPr>
          <w:sz w:val="20"/>
        </w:rPr>
        <w:t>1:04:17  by taking this teaching, you can say that</w:t>
      </w:r>
      <w:r>
        <w:br/>
      </w:r>
      <w:r>
        <w:rPr>
          <w:sz w:val="20"/>
        </w:rPr>
        <w:t>1:04:25  you know, there are several kinds of wars. This are called as guerrilla war, proxy war, etc.</w:t>
      </w:r>
      <w:r>
        <w:br/>
      </w:r>
      <w:r>
        <w:rPr>
          <w:sz w:val="20"/>
        </w:rPr>
        <w:t>1:04:37  so, I can say that in Islam, there is no guerrilla war, no proxy war, no aggressive war, and also no undeclared war.</w:t>
      </w:r>
      <w:r>
        <w:br/>
      </w:r>
      <w:r>
        <w:rPr>
          <w:sz w:val="20"/>
        </w:rPr>
        <w:t>1:04:51  Quran says, it means that if you want to go to war, even in defensive situation, you have to declare from this day, we and you are at war.</w:t>
      </w:r>
      <w:r>
        <w:br/>
      </w:r>
      <w:r>
        <w:rPr>
          <w:sz w:val="20"/>
        </w:rPr>
        <w:t>1:05:09  compulsory. So, there is no undeclared war in Islam.</w:t>
      </w:r>
      <w:r>
        <w:br/>
      </w:r>
      <w:r>
        <w:rPr>
          <w:sz w:val="20"/>
        </w:rPr>
        <w:t>1:05:18  so, guerrilla war, proxy war, secret war, undeclared war, aggressive war,</w:t>
      </w:r>
      <w:r>
        <w:br/>
      </w:r>
      <w:r>
        <w:rPr>
          <w:sz w:val="20"/>
        </w:rPr>
        <w:t>1:05:29  wars by other by agencies other than government, other than state.</w:t>
      </w:r>
      <w:r>
        <w:br/>
      </w:r>
      <w:r>
        <w:rPr>
          <w:sz w:val="20"/>
        </w:rPr>
        <w:t>1:05:38  so, all these wars are haram in Islam.</w:t>
      </w:r>
      <w:r>
        <w:br/>
      </w:r>
      <w:r>
        <w:rPr>
          <w:sz w:val="20"/>
        </w:rPr>
        <w:t>1:05:44  only one kind of war is lawful in Islam, that is defensive war by an established government.</w:t>
      </w:r>
      <w:r>
        <w:br/>
      </w:r>
      <w:r>
        <w:rPr>
          <w:sz w:val="20"/>
        </w:rPr>
        <w:t>1:06:00  it is very very clear in Islam.</w:t>
      </w:r>
      <w:r>
        <w:br/>
      </w:r>
      <w:r>
        <w:rPr>
          <w:sz w:val="20"/>
        </w:rPr>
        <w:t>1:06:09  it is very very clear in Islam.</w:t>
      </w:r>
    </w:p>
    <w:p>
      <w:pPr>
        <w:pStyle w:val="Heading2"/>
      </w:pPr>
      <w:r>
        <w:t>full case: jihad against hypocrites means patience, not violence</w:t>
      </w:r>
    </w:p>
    <w:p>
      <w:r>
        <w:rPr>
          <w:color w:val="666666"/>
          <w:sz w:val="18"/>
        </w:rPr>
        <w:t>CPS Women Monthly Q and A with Prof. Farida Khanam and Maulana Farhad Ahmed Umeri Sept 24, 2023 · 3m 12s · at 1:35 · https://youtu.be/5MkBwBmQroM?t=95</w:t>
      </w:r>
    </w:p>
    <w:p>
      <w:r>
        <w:rPr>
          <w:i/>
        </w:rPr>
        <w:t>“Yahan jihad bamaane qataal nahi hai”</w:t>
      </w:r>
    </w:p>
    <w:p>
      <w:r>
        <w:rPr>
          <w:sz w:val="20"/>
        </w:rPr>
        <w:t>1:35  Yahan jihad bamane ketal nahi hai balke jihad matlab unko baat batana, poori mehnat karna unke sath to yeh bhi jihad hai na jo hum jisko kal mein jihad bhi keh sakte hain aajkal ke zamane ke hisab se to munafikon se jihad bamane ketal nahi kiya ja sakta kyun?</w:t>
      </w:r>
      <w:r>
        <w:br/>
      </w:r>
      <w:r>
        <w:rPr>
          <w:sz w:val="20"/>
        </w:rPr>
        <w:t>2:00  Kyunke woh hote hain Musalman, bazahir Musalman hote hain na to agar unse us tarah ka jihad kiya jayega to log kahenge jaise Abdullah Eb Nobaiya ka masla tha. Abdullah Nobaiya ka masla tha na to khud unke bete ne bhi kaha ki inko main qatl kar deta hoon. Bahut zyada fasad fala rehte hain na woh.</w:t>
      </w:r>
      <w:r>
        <w:br/>
      </w:r>
      <w:r>
        <w:rPr>
          <w:sz w:val="20"/>
        </w:rPr>
        <w:t>2:25  To aapne kaha ki log kahenge ki Muhammad apne asaf ko qatl karte hain. To is wajah se woh woh to nahi ho sakta lekin jihad kamana qatal hai hi nahi. Jihad mein sab mehnat karna. Matlab unki jo shararaten hain un par sabr karna aur uske liye tadbiren karna ki unki shararaton se woh mehfooz rahe hain.</w:t>
      </w:r>
      <w:r>
        <w:br/>
      </w:r>
      <w:r>
        <w:rPr>
          <w:sz w:val="20"/>
        </w:rPr>
        <w:t>2:53  Ab jaise Abdullah Mohbin hazrat Shah ke khilaf exam lagaya ab har aadmi hoon uske khilaf bolna shuru kar deta to woh bhi usi tarike se itna phailta bilkul sab log khamosh rahe aur intezar karte rahe ki Arnabtala ki taraf se wahi aayegi, hidayat aayegi. To yeh sabr karna hi jo hai woh asal jihad hai aise mauke par aur jaise jaise halaat ho waisi waisa kaam kiya jata hai.</w:t>
      </w:r>
      <w:r>
        <w:br/>
      </w:r>
      <w:r>
        <w:rPr>
          <w:sz w:val="20"/>
        </w:rPr>
        <w:t>3:22  Agar usko Rasulullah s.a.w. ek baar kahin ja rahe the to raste mein Abdullahi Mubaiya ka ghar pada to aap utre aur uske yahan woh bahar bahut badi jagah hoti thi kyunke bada ab sardari qabila tha na to kaafi log uske paas jama hote the. To aapne jaakar wahan par kuch Quran ki ayaten sunai.</w:t>
      </w:r>
      <w:r>
        <w:br/>
      </w:r>
      <w:r>
        <w:rPr>
          <w:sz w:val="20"/>
        </w:rPr>
        <w:t>3:48  To yeh bhi jihad tha ki ek aadmi jo itna phir itna fasad phaila raha hai uske bawajood aap gaye aur Quran ki ayaten sunai aur us uska response kya tha? Ki kya humne aapko bulaya tha jo aapko bulaye uske paas aap jayein aur apni baatein kahein. To yeh sab jihad hai na yeh kitna zabardast jhatka laga hoga aapko lekin aapne koi jawab nahi diya balki sabr ka tareeqa hirtayar kiya. To yeh sab jihad mein shamil hai.</w:t>
      </w:r>
      <w:r>
        <w:br/>
      </w:r>
      <w:r>
        <w:rPr>
          <w:sz w:val="20"/>
        </w:rPr>
        <w:t>4:17  Aajkal jihad jo qatal ko kehne lage hain woh aisa jihad ke mane woh nahi hai Quran mein. Woh baad mein woh mane pehnaye gaye. Is it clear hua? Ji, aap main samajh paayi ki munafiqon ki baaton par sabr karna aur unki unse bachne ki tadbeer karna, unki unki Retaliate na karna.</w:t>
      </w:r>
      <w:r>
        <w:br/>
      </w:r>
      <w:r>
        <w:rPr>
          <w:sz w:val="20"/>
        </w:rPr>
        <w:t>4:47  Yeh sab jihad hi hai. Ek aur sawal yahan par main poochna cha rahi hoon. Ek aur sawal main poochna cha rahi hoon. Amarbil, maroof aur naiyal munkar ki baat yeh Quran mein jab humne Urdu tarj mein main padhi to usmein kaha gaya ki bhalai ka hukum dena aur burai se rokna. To yeh hukum loves mujhe bahut authority wala laga ki kya yeh sahi meaning hai authority?</w:t>
      </w:r>
    </w:p>
    <w:p>
      <w:pPr>
        <w:pStyle w:val="Heading2"/>
      </w:pPr>
      <w:r>
        <w:t>Tawheed and peace as supreme values</w:t>
      </w:r>
    </w:p>
    <w:p>
      <w:r>
        <w:rPr>
          <w:color w:val="666666"/>
          <w:sz w:val="18"/>
        </w:rPr>
        <w:t>Social Harmony and Islam | June 10, 2008 · 4m 34s · at 51:47 · https://youtu.be/x_Ocw0CGF0A?t=3107</w:t>
      </w:r>
    </w:p>
    <w:p>
      <w:r>
        <w:rPr>
          <w:i/>
        </w:rPr>
        <w:t>“Peace sum bonum hai.”</w:t>
      </w:r>
    </w:p>
    <w:p>
      <w:r>
        <w:rPr>
          <w:sz w:val="20"/>
        </w:rPr>
        <w:t>51:47  peace sum bonum hai. yaani ideological sense mein tawheed sum bonum hai. yaani agar aap yeh poochein ke sab se badi ideology kya hai Islam mein? sab se bada, sab se badi cheez kya hai Islam mein? to main kahunga tawheed, oneness of God. to in terms of ideology, tawheed jo hai, woh sum bonum hai Islam mein</w:t>
      </w:r>
      <w:r>
        <w:br/>
      </w:r>
      <w:r>
        <w:rPr>
          <w:sz w:val="20"/>
        </w:rPr>
        <w:t xml:space="preserve">52:17  </w:t>
      </w:r>
      <w:r>
        <w:br/>
      </w:r>
      <w:r>
        <w:rPr>
          <w:sz w:val="20"/>
        </w:rPr>
        <w:t>52:22  is mein koi shakk nahin.</w:t>
      </w:r>
      <w:r>
        <w:br/>
      </w:r>
      <w:r>
        <w:rPr>
          <w:sz w:val="20"/>
        </w:rPr>
        <w:t>52:27  yaani Khuda ko aik manna, Khuda ko aik manna, jis ko tauheed kaha jata hai, there is no</w:t>
      </w:r>
      <w:r>
        <w:br/>
      </w:r>
      <w:r>
        <w:rPr>
          <w:sz w:val="20"/>
        </w:rPr>
        <w:t>52:32  god but one god.</w:t>
      </w:r>
      <w:r>
        <w:br/>
      </w:r>
      <w:r>
        <w:rPr>
          <w:sz w:val="20"/>
        </w:rPr>
        <w:t>52:37  یہ ہے some bonum in term of ideology.</w:t>
      </w:r>
      <w:r>
        <w:br/>
      </w:r>
      <w:r>
        <w:rPr>
          <w:sz w:val="20"/>
        </w:rPr>
        <w:t>52:42  lekin social values ke aitbaar se dekha jaye, ya practical values ke aitbaar se dekha jaye, to</w:t>
      </w:r>
      <w:r>
        <w:br/>
      </w:r>
      <w:r>
        <w:rPr>
          <w:sz w:val="20"/>
        </w:rPr>
        <w:t>52:47  peace some bonum hai.</w:t>
      </w:r>
      <w:r>
        <w:br/>
      </w:r>
      <w:r>
        <w:rPr>
          <w:sz w:val="20"/>
        </w:rPr>
        <w:t>52:52  Peaceful living jo hai, woh summum bonum hai.</w:t>
      </w:r>
      <w:r>
        <w:br/>
      </w:r>
      <w:r>
        <w:rPr>
          <w:sz w:val="20"/>
        </w:rPr>
        <w:t>52:57  کیونکہ peaceful living ہی سے سارے ڈیویلپمنٹ ہوتے ہیں، سارے پروگریس ہوتے ہیں۔</w:t>
      </w:r>
      <w:r>
        <w:br/>
      </w:r>
      <w:r>
        <w:rPr>
          <w:sz w:val="20"/>
        </w:rPr>
        <w:t>53:02  jahan peaceful living na hogi, wahan development bhi nahi hoga.</w:t>
      </w:r>
      <w:r>
        <w:br/>
      </w:r>
      <w:r>
        <w:rPr>
          <w:sz w:val="20"/>
        </w:rPr>
        <w:t>53:07  no peace, no development.</w:t>
      </w:r>
      <w:r>
        <w:br/>
      </w:r>
      <w:r>
        <w:rPr>
          <w:sz w:val="20"/>
        </w:rPr>
        <w:t>53:12  no peace, no progress. to idea</w:t>
      </w:r>
      <w:r>
        <w:br/>
      </w:r>
      <w:r>
        <w:rPr>
          <w:sz w:val="20"/>
        </w:rPr>
        <w:t>53:17  logical sense mein sab se bari cheez jo Islam batata hai, woh hai tauheed, oneness of god.</w:t>
      </w:r>
      <w:r>
        <w:br/>
      </w:r>
      <w:r>
        <w:rPr>
          <w:sz w:val="20"/>
        </w:rPr>
        <w:t>53:23  aur practical sense mein, social need ke aitbaar se, jo sab se bari cheez Islam batata hai, woh hai peace.</w:t>
      </w:r>
      <w:r>
        <w:br/>
      </w:r>
      <w:r>
        <w:rPr>
          <w:sz w:val="20"/>
        </w:rPr>
        <w:t>53:28  peace, peace, peace.</w:t>
      </w:r>
      <w:r>
        <w:br/>
      </w:r>
      <w:r>
        <w:rPr>
          <w:sz w:val="20"/>
        </w:rPr>
        <w:t>53:33  yani har haal mein peace.</w:t>
      </w:r>
      <w:r>
        <w:br/>
      </w:r>
      <w:r>
        <w:rPr>
          <w:sz w:val="20"/>
        </w:rPr>
        <w:t>53:38  peace ka matlab yeh nahi ke doosre log agar peaceful rahein to hum bhi peaceful rahein.</w:t>
      </w:r>
      <w:r>
        <w:br/>
      </w:r>
      <w:r>
        <w:rPr>
          <w:sz w:val="20"/>
        </w:rPr>
        <w:t>53:44  yeh matlab nahi hai.</w:t>
      </w:r>
      <w:r>
        <w:br/>
      </w:r>
      <w:r>
        <w:rPr>
          <w:sz w:val="20"/>
        </w:rPr>
        <w:t>53:49  koi yeh agar samjhe ke mere rights sab mile hue hon, doosre log peaceful tareeqe se rah</w:t>
      </w:r>
      <w:r>
        <w:br/>
      </w:r>
      <w:r>
        <w:rPr>
          <w:sz w:val="20"/>
        </w:rPr>
        <w:t>53:54  رہے ہوں، سب کو سب بہت اچھا ہو، ہر چیز، تب میں peaceful طریقے سے رہوں گا،</w:t>
      </w:r>
      <w:r>
        <w:br/>
      </w:r>
      <w:r>
        <w:rPr>
          <w:sz w:val="20"/>
        </w:rPr>
        <w:t>53:59  to yeh peace nahi hai.</w:t>
      </w:r>
      <w:r>
        <w:br/>
      </w:r>
      <w:r>
        <w:rPr>
          <w:sz w:val="20"/>
        </w:rPr>
        <w:t>54:04  yeh peace nahi hai.</w:t>
      </w:r>
      <w:r>
        <w:br/>
      </w:r>
      <w:r>
        <w:rPr>
          <w:sz w:val="20"/>
        </w:rPr>
        <w:t>54:09  یہ پیس کا مطلب تو ہے کہ کہ in every situation, you can live in peace.</w:t>
      </w:r>
      <w:r>
        <w:br/>
      </w:r>
      <w:r>
        <w:rPr>
          <w:sz w:val="20"/>
        </w:rPr>
        <w:t>54:14  situation koi bhi ho, kaisi bhi situation ho</w:t>
      </w:r>
      <w:r>
        <w:br/>
      </w:r>
      <w:r>
        <w:rPr>
          <w:sz w:val="20"/>
        </w:rPr>
        <w:t>54:19  , aap unconditional tor par aap peaceful tareeqe par apne ko banaye rahen. Tab woh hai peace. Islam ka peace yeh nahin hai ke doosre peaceful hon to hum bhi peaceful rahen. Yeh Islam mein peace ka matlab yeh nahin hai. Doosre log peaceful tareeqe se na bhi rahen, tab bhi mujhe peaceful tareeqe</w:t>
      </w:r>
      <w:r>
        <w:br/>
      </w:r>
      <w:r>
        <w:rPr>
          <w:sz w:val="20"/>
        </w:rPr>
        <w:t>54:49  se rehna hai.</w:t>
      </w:r>
      <w:r>
        <w:br/>
      </w:r>
      <w:r>
        <w:rPr>
          <w:sz w:val="20"/>
        </w:rPr>
        <w:t>54:56  to peace, tolerance, harmony, adjustment, yeh sab Islam mein, yani supreme value ki hesiyat rakhte hain.</w:t>
      </w:r>
      <w:r>
        <w:br/>
      </w:r>
      <w:r>
        <w:rPr>
          <w:sz w:val="20"/>
        </w:rPr>
        <w:t>55:02  yani practical life ke liye.</w:t>
      </w:r>
      <w:r>
        <w:br/>
      </w:r>
      <w:r>
        <w:rPr>
          <w:sz w:val="20"/>
        </w:rPr>
        <w:t>55:09  mental life ke liye to mein ne kaha ke tauheed supreme hai.</w:t>
      </w:r>
      <w:r>
        <w:br/>
      </w:r>
      <w:r>
        <w:rPr>
          <w:sz w:val="20"/>
        </w:rPr>
        <w:t>55:15  lekin practical life mein jo cheez supreme hai, woh peace hai.</w:t>
      </w:r>
      <w:r>
        <w:br/>
      </w:r>
      <w:r>
        <w:rPr>
          <w:sz w:val="20"/>
        </w:rPr>
        <w:t>55:22  Peace ka matlab hai tolerance, harmony, adjustment. No problem ban kar rehna. Mein samajhta hoon ke yahi do sab se bari baat hain Islam mein. In term of ideology, jo cheez hai supreme, woh hai tauheed. Aur practical life ke liye</w:t>
      </w:r>
      <w:r>
        <w:br/>
      </w:r>
      <w:r>
        <w:rPr>
          <w:sz w:val="20"/>
        </w:rPr>
        <w:t>55:52  jo cheez sab se bari hai, woh hai peace.</w:t>
      </w:r>
      <w:r>
        <w:br/>
      </w:r>
      <w:r>
        <w:rPr>
          <w:sz w:val="20"/>
        </w:rPr>
        <w:t>56:07  log samajhte hain ke profit of</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