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141 clips · theme spiritual · full transcripts with timestamps · exported 2026-09-22</w:t>
      </w:r>
    </w:p>
    <w:p>
      <w:pPr>
        <w:pStyle w:val="Heading2"/>
      </w:pPr>
      <w:r>
        <w:t>True meaning of Moses' prayer in spiritual development</w:t>
      </w:r>
    </w:p>
    <w:p>
      <w:r>
        <w:rPr>
          <w:color w:val="666666"/>
          <w:sz w:val="18"/>
        </w:rPr>
        <w:t>The Importance of Education, Feb. 15, 2014 - Maulana Wahiduddin Khan · 5m 36s · at 8:28 · https://youtu.be/Ln1FQfOWyzo?t=508</w:t>
      </w:r>
    </w:p>
    <w:p>
      <w:r>
        <w:rPr>
          <w:i/>
        </w:rPr>
        <w:t>“حضرت موسیٰ کو، حضرت موسیٰ پیدا ہوئے تھے ایجپٹ میں”</w:t>
      </w:r>
    </w:p>
    <w:p>
      <w:r>
        <w:rPr>
          <w:sz w:val="20"/>
        </w:rPr>
        <w:t>8:28  Hazrat Musa ko, Hazrat Musa paida hue the Egypt mein, Misr mein. wahan aise halaat paida hue ke un ko Misr chhod kar ke jana pada, Madyan.</w:t>
      </w:r>
      <w:r>
        <w:br/>
      </w:r>
      <w:r>
        <w:rPr>
          <w:sz w:val="20"/>
        </w:rPr>
        <w:t>8:42  to Madyan mein jab woh pahunche hain to us zamane mein ka safar aaj jaisa nahi tha.</w:t>
      </w:r>
      <w:r>
        <w:br/>
      </w:r>
      <w:r>
        <w:rPr>
          <w:sz w:val="20"/>
        </w:rPr>
        <w:t>8:52  to shaam ka waqt tha. ek darakht ke neeche woh baith gaye. akele the us waqt woh. us waqt, ab aap ghor kijiye ke Misr se paidal chal kar Madyan gaye.</w:t>
      </w:r>
      <w:r>
        <w:br/>
      </w:r>
      <w:r>
        <w:rPr>
          <w:sz w:val="20"/>
        </w:rPr>
        <w:t>9:10  pahadon, jangalon ke teh teh kya hoga unhone. thake hue, bhooke. khana bhi nahi tha. riwayat mein aata hai ke saat din se woh bhooke the.</w:t>
      </w:r>
      <w:r>
        <w:br/>
      </w:r>
      <w:r>
        <w:rPr>
          <w:sz w:val="20"/>
        </w:rPr>
        <w:t>9:23  jab baithe the peet peed ke neeche to saat din se woh bhooke the. to aage unhein koi nahi, peechhe unhein koi saman na koi kuch.</w:t>
      </w:r>
      <w:r>
        <w:br/>
      </w:r>
      <w:r>
        <w:rPr>
          <w:sz w:val="20"/>
        </w:rPr>
        <w:t>9:34  to us waqt un ki zuban se nikla tha, 'Rabbi inni lima anzalta ilayya min khairin faqeer'.</w:t>
      </w:r>
      <w:r>
        <w:br/>
      </w:r>
      <w:r>
        <w:rPr>
          <w:sz w:val="20"/>
        </w:rPr>
        <w:t>9:47  Ae mere Rab! mein is khair ke liye tera mohtaj hoon jo tu ne mere upar utari.</w:t>
      </w:r>
      <w:r>
        <w:br/>
      </w:r>
      <w:r>
        <w:rPr>
          <w:sz w:val="20"/>
        </w:rPr>
        <w:t>10:02  to tafsir mein aap dekhen to is ka koi ma'nawiyat nahi nazar aati. tamam tafsiron mein kya likha hua hai ke Hazrat Musa saat din se bhooke the to unhone goya ta'am ke liye dua ki.</w:t>
      </w:r>
      <w:r>
        <w:br/>
      </w:r>
      <w:r>
        <w:rPr>
          <w:sz w:val="20"/>
        </w:rPr>
        <w:t>10:20  yani khana Allah ki taraf se mil jaye aur woh bhook mita saken. yeh bilkul hi baseless baat hai.</w:t>
      </w:r>
      <w:r>
        <w:br/>
      </w:r>
      <w:r>
        <w:rPr>
          <w:sz w:val="20"/>
        </w:rPr>
        <w:t>10:34  yeh hargiz yeh matlab is ka nahi hai. dekhen, ek bohat hi nuqte ki baat mein arz karta hoon aap ko. ek sacha momin jo hota hai, us par jab museebatein padti hain,</w:t>
      </w:r>
      <w:r>
        <w:br/>
      </w:r>
      <w:r>
        <w:rPr>
          <w:sz w:val="20"/>
        </w:rPr>
        <w:t>10:51  yani madi problem us ko aate hain to kis liye aate hain? yani bhook padti hai to is liye ke woh Allah se khana maange?</w:t>
      </w:r>
      <w:r>
        <w:br/>
      </w:r>
      <w:r>
        <w:rPr>
          <w:sz w:val="20"/>
        </w:rPr>
        <w:t>11:02  aisa nahi hai.</w:t>
      </w:r>
      <w:r>
        <w:br/>
      </w:r>
      <w:r>
        <w:rPr>
          <w:sz w:val="20"/>
        </w:rPr>
        <w:t>11:06  sacha momin woh hai jo jis par, yani material, madi qism ke masail aayen lekin uska response bhi spiritual response ho.</w:t>
      </w:r>
      <w:r>
        <w:br/>
      </w:r>
      <w:r>
        <w:rPr>
          <w:sz w:val="20"/>
        </w:rPr>
        <w:t>11:26  spiritual response, yani us ki spiritual duaen nikalti hain. us ki misaal yeh hai ke Rasool Allah jab Taif gaye the, wahi halat un ki wahan bhi thi.</w:t>
      </w:r>
      <w:r>
        <w:br/>
      </w:r>
      <w:r>
        <w:rPr>
          <w:sz w:val="20"/>
        </w:rPr>
        <w:t>11:39  be sar o saman. to Allah taala ne farishte ko bheja aur yeh peshkash ki ke un ke liye pahaad ko sona bana diya jaye.</w:t>
      </w:r>
      <w:r>
        <w:br/>
      </w:r>
      <w:r>
        <w:rPr>
          <w:sz w:val="20"/>
        </w:rPr>
        <w:t>11:51  to aap ne farmaya ke la yarb, bil aza joat tadarat.</w:t>
      </w:r>
      <w:r>
        <w:br/>
      </w:r>
      <w:r>
        <w:rPr>
          <w:sz w:val="20"/>
        </w:rPr>
        <w:t>12:04  balke main yeh chahta hoon ke mujhe bhook lage aur main tazru karoon. yaani bhook lage to khana maangoon ya nahi?</w:t>
      </w:r>
      <w:r>
        <w:br/>
      </w:r>
      <w:r>
        <w:rPr>
          <w:sz w:val="20"/>
        </w:rPr>
        <w:t>12:13  bhook lage to tazru ka response doon. tazru ka matlab hai Allah ki taraf, Allah ki taraf mutawajjah hona, Allah ko yaad karna.</w:t>
      </w:r>
      <w:r>
        <w:br/>
      </w:r>
      <w:r>
        <w:rPr>
          <w:sz w:val="20"/>
        </w:rPr>
        <w:t>12:29  to bhook ki haalat mein bhi paighambar khana nahi maangta. bhook ki haalat mein woh tazru ka response deta hai.</w:t>
      </w:r>
      <w:r>
        <w:br/>
      </w:r>
      <w:r>
        <w:rPr>
          <w:sz w:val="20"/>
        </w:rPr>
        <w:t>12:42  to baat kya hai? Allah taala ne insaan ko paida kiya is andaaz par ke us ke beshumar potential hain, spiritual potential, rabbani potential.</w:t>
      </w:r>
      <w:r>
        <w:br/>
      </w:r>
      <w:r>
        <w:rPr>
          <w:sz w:val="20"/>
        </w:rPr>
        <w:t>12:54  lekin is ko activate karna parta hai. is ko jab activate kiya jata hai tab woh unfold hota hai.</w:t>
      </w:r>
      <w:r>
        <w:br/>
      </w:r>
      <w:r>
        <w:rPr>
          <w:sz w:val="20"/>
        </w:rPr>
        <w:t>13:03  agar activate nahi kiya to unfold na ho. to activate karne ka tareeqa to materially hai. aap spiritually tor par kaise activate karenge?</w:t>
      </w:r>
      <w:r>
        <w:br/>
      </w:r>
      <w:r>
        <w:rPr>
          <w:sz w:val="20"/>
        </w:rPr>
        <w:t>13:13  musibatein to maadi noiyat ki hoti hain, hua karti hain. musibatein spiritual aur noiyat ki nahi hoti hain.</w:t>
      </w:r>
      <w:r>
        <w:br/>
      </w:r>
      <w:r>
        <w:rPr>
          <w:sz w:val="20"/>
        </w:rPr>
        <w:t>13:24  musibat to hain. to maadi aitbaar hi se musibatein aati hain. har musibat maadi hi hoti hai.</w:t>
      </w:r>
      <w:r>
        <w:br/>
      </w:r>
      <w:r>
        <w:rPr>
          <w:sz w:val="20"/>
        </w:rPr>
        <w:t>13:34  lekin is mein agar aadmi prepared zehan hai, agar aadmi tayyar, us ke andar yaani woh prepared mind hai woh,</w:t>
      </w:r>
      <w:r>
        <w:br/>
      </w:r>
      <w:r>
        <w:rPr>
          <w:sz w:val="20"/>
        </w:rPr>
        <w:t>13:49  to is ka response jo hai spiritual hoga.</w:t>
      </w:r>
      <w:r>
        <w:br/>
      </w:r>
      <w:r>
        <w:rPr>
          <w:sz w:val="20"/>
        </w:rPr>
        <w:t>13:54  woh spiritual response maani ke us ke potential unfold ho rahe hain. to yeh matlab tha Hazrat Musa ka.</w:t>
      </w:r>
    </w:p>
    <w:p>
      <w:pPr>
        <w:pStyle w:val="Heading2"/>
      </w:pPr>
      <w:r>
        <w:t>Quran and Hadith difference and criterion</w:t>
      </w:r>
    </w:p>
    <w:p>
      <w:r>
        <w:rPr>
          <w:color w:val="666666"/>
          <w:sz w:val="18"/>
        </w:rPr>
        <w:t>Islam and Peace (In Conversation with Maulana) 23 11 2008 · 4m 19s · at 5:03 · https://youtu.be/CyS3i4AlGfs?t=303</w:t>
      </w:r>
    </w:p>
    <w:p>
      <w:r>
        <w:rPr>
          <w:i/>
        </w:rPr>
        <w:t>“I think this is a very healthy question.”</w:t>
      </w:r>
    </w:p>
    <w:p>
      <w:r>
        <w:rPr>
          <w:sz w:val="20"/>
        </w:rPr>
        <w:t>5:03  mera khayal hai yeh question bohat hi healthy question hai. aur mein is se bari had tak agree karta hoon.</w:t>
      </w:r>
      <w:r>
        <w:br/>
      </w:r>
      <w:r>
        <w:rPr>
          <w:sz w:val="20"/>
        </w:rPr>
        <w:t>5:17  thoda sa mein is ko explain karoon ga. woh aap samajh leejiyay. dainkhay quran aur hadith jo hai. quran o hadith jo hai woh yani</w:t>
      </w:r>
      <w:r>
        <w:br/>
      </w:r>
      <w:r>
        <w:rPr>
          <w:sz w:val="20"/>
        </w:rPr>
        <w:t>5:33  jo jo difference maana jaata hai yani clergy jo difference maanti hai. orthodoxy jo difference maanti hai. woh yeh hai ke quran jo hai woh wohi wohi language mein preserve hai jo us language mein woh aaya tha.</w:t>
      </w:r>
      <w:r>
        <w:br/>
      </w:r>
      <w:r>
        <w:rPr>
          <w:sz w:val="20"/>
        </w:rPr>
        <w:t>5:50  angel ke zariye se. aur hadith jo hai woh rasool allah ki apni zuban mein hai. apni language mein hai. aur jo agar koi aadmi arabic language jaanta ho, achi.</w:t>
      </w:r>
      <w:r>
        <w:br/>
      </w:r>
      <w:r>
        <w:rPr>
          <w:sz w:val="20"/>
        </w:rPr>
        <w:t>6:05  to bohat aasani se samajh sakta hai is baat ko. kyunkay jab aap quran ko parhtay hain aur hadith ko parhtay hain. to bohat hi clear tor par dono ki language alag alag hoti hai.</w:t>
      </w:r>
      <w:r>
        <w:br/>
      </w:r>
      <w:r>
        <w:rPr>
          <w:sz w:val="20"/>
        </w:rPr>
        <w:t>6:15  aik dam clear tor par. yeh koi nahin keh sakta ke dono aik hi insan ka kalam hai. quran ki language aik dam alag hai.</w:t>
      </w:r>
      <w:r>
        <w:br/>
      </w:r>
      <w:r>
        <w:rPr>
          <w:sz w:val="20"/>
        </w:rPr>
        <w:t>6:26  aur hadith ki language bilkul alag hai. apnay style ke aitbar se. style ke aitbar se. to yeh aik haqeeqat hai ke quran jo hai woh preserve hai unhi shabdon mein jin shabdon mein utra tha woh.</w:t>
      </w:r>
      <w:r>
        <w:br/>
      </w:r>
      <w:r>
        <w:rPr>
          <w:sz w:val="20"/>
        </w:rPr>
        <w:t>6:43  aur hadith jo hai woh is tarah se preserve nahi hai. meaning mein toh preserve hai woh. lekin iske shabdon mein bahal farq aaya hai baat ko.</w:t>
      </w:r>
      <w:r>
        <w:br/>
      </w:r>
      <w:r>
        <w:rPr>
          <w:sz w:val="20"/>
        </w:rPr>
        <w:t>6:52  is wajah se iska darja secondary hai. primary darja quran ka hai. lekin quran quran mein sari baat nahi hai.</w:t>
      </w:r>
      <w:r>
        <w:br/>
      </w:r>
      <w:r>
        <w:rPr>
          <w:sz w:val="20"/>
        </w:rPr>
        <w:t>7:05  quran mein dekhein basics hain basics. aur bahut sari detail jo hai woh quran mein nahi hai. toh hadith ko hamein dekhna padta hai. yeh hai dono mein farq.</w:t>
      </w:r>
      <w:r>
        <w:br/>
      </w:r>
      <w:r>
        <w:rPr>
          <w:sz w:val="20"/>
        </w:rPr>
        <w:t>7:18  aur ek question kiya tha?</w:t>
      </w:r>
      <w:r>
        <w:br/>
      </w:r>
      <w:r>
        <w:rPr>
          <w:sz w:val="20"/>
        </w:rPr>
        <w:t>7:21  ah is there any conflict between teachings of quran and hadith? and since the prophet was only a messenger and no divine being, why should hadith be an example to be followed?</w:t>
      </w:r>
      <w:r>
        <w:br/>
      </w:r>
      <w:r>
        <w:rPr>
          <w:sz w:val="20"/>
        </w:rPr>
        <w:t>7:32  yeh aap ne bilkul sahi kaha ke prophet messenger thay. messenger of god. woh divine being nahi thay. bilkul nahi.</w:t>
      </w:r>
      <w:r>
        <w:br/>
      </w:r>
      <w:r>
        <w:rPr>
          <w:sz w:val="20"/>
        </w:rPr>
        <w:t>7:42  koi agar manta ho toh galat manta hai woh. woh insan thay. hal kuntu illa basharun rasoolan. insan thay aur messenger thay bas.</w:t>
      </w:r>
      <w:r>
        <w:br/>
      </w:r>
      <w:r>
        <w:rPr>
          <w:sz w:val="20"/>
        </w:rPr>
        <w:t>7:53  toh is wajah se</w:t>
      </w:r>
      <w:r>
        <w:br/>
      </w:r>
      <w:r>
        <w:rPr>
          <w:sz w:val="20"/>
        </w:rPr>
        <w:t>7:56  mein samajhta hoon ke jo scholars hain woh yeh nahi mante hain ke dono ka darja ek hai. isko secondary batate hain.</w:t>
      </w:r>
      <w:r>
        <w:br/>
      </w:r>
      <w:r>
        <w:rPr>
          <w:sz w:val="20"/>
        </w:rPr>
        <w:t>8:06  yani quran ko primary batate hain aur isko secondary batate hain. yani jo cheez quran se na nikle aur hadith se nikle toh usko nahi mana jayega. usko nahi mana jayega.</w:t>
      </w:r>
      <w:r>
        <w:br/>
      </w:r>
      <w:r>
        <w:rPr>
          <w:sz w:val="20"/>
        </w:rPr>
        <w:t>8:17  jise mein ek misaal ek example deta hoon aap ko. ke kuch log ek hadith sunate hain. mein ne dekhi woh fabricated hai.</w:t>
      </w:r>
      <w:r>
        <w:br/>
      </w:r>
      <w:r>
        <w:rPr>
          <w:sz w:val="20"/>
        </w:rPr>
        <w:t>8:27  ke as-salihu lil-lahu wat-talu hu li.</w:t>
      </w:r>
      <w:r>
        <w:br/>
      </w:r>
      <w:r>
        <w:rPr>
          <w:sz w:val="20"/>
        </w:rPr>
        <w:t>8:34  yani bure log jo hain unka ab mein salvation ka zimmedar hoon. achhe log jo hain unko khuda salvation dega. bilkul ek bilkul hi absurd baat hai yeh.</w:t>
      </w:r>
      <w:r>
        <w:br/>
      </w:r>
      <w:r>
        <w:rPr>
          <w:sz w:val="20"/>
        </w:rPr>
        <w:t>8:44  iska na hadith se koi taluq hai na na quran se koi taluq hai. toh hum mein yeh kahunga ke jo achhe scholars hain woh yeh mante hain ke hamesha judge kiya jayega quran se.</w:t>
      </w:r>
      <w:r>
        <w:br/>
      </w:r>
      <w:r>
        <w:rPr>
          <w:sz w:val="20"/>
        </w:rPr>
        <w:t>8:58  dono ko ekal darja nahi diya jayega. quran se judge kiya jayega. agar quran par poora utrega tabhi hum manenge ke yeh yeh sahi hai.</w:t>
      </w:r>
      <w:r>
        <w:br/>
      </w:r>
      <w:r>
        <w:rPr>
          <w:sz w:val="20"/>
        </w:rPr>
        <w:t>9:09  nahi toh usko discard kar denge. toh aap ka question jo hai mein samajhta hoon ke koi theek question hai aap ka. aur mein isko sirf mein ne isko thoda sa explain kiya hai aap ke question ko.</w:t>
      </w:r>
    </w:p>
    <w:p>
      <w:pPr>
        <w:pStyle w:val="Heading2"/>
      </w:pPr>
      <w:r>
        <w:t>Complete argument on inner struggle</w:t>
      </w:r>
    </w:p>
    <w:p>
      <w:r>
        <w:rPr>
          <w:color w:val="666666"/>
          <w:sz w:val="18"/>
        </w:rPr>
        <w:t>Life of the Companions of the Prophet | September 29, 2018 · 5m 44s · at 4:48 · https://youtu.be/pR5eJlLJtKE?t=288</w:t>
      </w:r>
    </w:p>
    <w:p>
      <w:r>
        <w:rPr>
          <w:i/>
        </w:rPr>
        <w:t>“Sahaba ka matlab kya hai?”</w:t>
      </w:r>
    </w:p>
    <w:p>
      <w:r>
        <w:rPr>
          <w:sz w:val="20"/>
        </w:rPr>
        <w:t>4:48  ke sahaba ka matlab kya hai? achha momin, achha momin. to achha momin woh hai jiske andar ek perpetual struggle jaari hota hai. ek lafz yaad rakhiye: perpetual struggle, an inner struggle.</w:t>
      </w:r>
      <w:r>
        <w:br/>
      </w:r>
      <w:r>
        <w:rPr>
          <w:sz w:val="20"/>
        </w:rPr>
        <w:t>5:18  yani is ke andar mustaqil taur par ek daakhili kashaa-kash jaari hoti hai.</w:t>
      </w:r>
      <w:r>
        <w:br/>
      </w:r>
      <w:r>
        <w:rPr>
          <w:sz w:val="20"/>
        </w:rPr>
        <w:t>5:35  woh kya? kabhi woh sochta hai Allah ko le kar, to is ko Allah ki rehmaten yaad aati hain.</w:t>
      </w:r>
      <w:r>
        <w:br/>
      </w:r>
      <w:r>
        <w:rPr>
          <w:sz w:val="20"/>
        </w:rPr>
        <w:t>5:52  aur rehmaten ke ma'ni yeh hain ke Allah ne aap ko paani diya, ghalla diya, phal paida kiya,</w:t>
      </w:r>
      <w:r>
        <w:br/>
      </w:r>
      <w:r>
        <w:rPr>
          <w:sz w:val="20"/>
        </w:rPr>
        <w:t>5:58  phir paani ka zariya machhli paida ki.</w:t>
      </w:r>
      <w:r>
        <w:br/>
      </w:r>
      <w:r>
        <w:rPr>
          <w:sz w:val="20"/>
        </w:rPr>
        <w:t>6:05  aap ke liye ek life support system dunya banaai.</w:t>
      </w:r>
      <w:r>
        <w:br/>
      </w:r>
      <w:r>
        <w:rPr>
          <w:sz w:val="20"/>
        </w:rPr>
        <w:t>6:11  Life support system کا ورڈ بڑا اچھا ہے، یہ میں جب انگلش پڑھی میں نے تب مجھے یہ لفظ ملا۔</w:t>
      </w:r>
      <w:r>
        <w:br/>
      </w:r>
      <w:r>
        <w:rPr>
          <w:sz w:val="20"/>
        </w:rPr>
        <w:t>6:17  pehlay mere paas yeh lafz nahi hua karta tha.</w:t>
      </w:r>
      <w:r>
        <w:br/>
      </w:r>
      <w:r>
        <w:rPr>
          <w:sz w:val="20"/>
        </w:rPr>
        <w:t>6:24  to jab mein dunya mein paida hua to mujhe ek life support system, aisi dunya mili jahan life</w:t>
      </w:r>
      <w:r>
        <w:br/>
      </w:r>
      <w:r>
        <w:rPr>
          <w:sz w:val="20"/>
        </w:rPr>
        <w:t>6:30  support system tha.</w:t>
      </w:r>
      <w:r>
        <w:br/>
      </w:r>
      <w:r>
        <w:rPr>
          <w:sz w:val="20"/>
        </w:rPr>
        <w:t>6:36  اور اپنے کا جب میں سوچتا ہوں تو آپ جانتے ہیں کہ twelve is human.</w:t>
      </w:r>
      <w:r>
        <w:br/>
      </w:r>
      <w:r>
        <w:rPr>
          <w:sz w:val="20"/>
        </w:rPr>
        <w:t>6:43  insan se ghalti hoti hai, insan se ghalti hoti hai.</w:t>
      </w:r>
      <w:r>
        <w:br/>
      </w:r>
      <w:r>
        <w:rPr>
          <w:sz w:val="20"/>
        </w:rPr>
        <w:t>6:49  koi insan ghalti se bachta nahin.</w:t>
      </w:r>
      <w:r>
        <w:br/>
      </w:r>
      <w:r>
        <w:rPr>
          <w:sz w:val="20"/>
        </w:rPr>
        <w:t>6:55  to apne ko le kar introspection, apni ghaltiyon ke yaad karna, aur Allah ko le kar sochna, to</w:t>
      </w:r>
      <w:r>
        <w:br/>
      </w:r>
      <w:r>
        <w:rPr>
          <w:sz w:val="20"/>
        </w:rPr>
        <w:t>7:01  Allah to har ghalti se upar hai.</w:t>
      </w:r>
      <w:r>
        <w:br/>
      </w:r>
      <w:r>
        <w:rPr>
          <w:sz w:val="20"/>
        </w:rPr>
        <w:t>7:08  to us ki rehmat yaad aati hai.</w:t>
      </w:r>
      <w:r>
        <w:br/>
      </w:r>
      <w:r>
        <w:rPr>
          <w:sz w:val="20"/>
        </w:rPr>
        <w:t>7:14  to Allah ko le kar sochne se aap hopeful hotay hain, hopeful.</w:t>
      </w:r>
      <w:r>
        <w:br/>
      </w:r>
      <w:r>
        <w:rPr>
          <w:sz w:val="20"/>
        </w:rPr>
        <w:t>7:20  aur apne aap ko le kar sochne se aap ke andar introspection jaagta hai.</w:t>
      </w:r>
      <w:r>
        <w:br/>
      </w:r>
      <w:r>
        <w:rPr>
          <w:sz w:val="20"/>
        </w:rPr>
        <w:t>7:27  yeh do qism ke trend jo aap ke andar jaagte hain, woh aap ke andar ek inner struggle</w:t>
      </w:r>
      <w:r>
        <w:br/>
      </w:r>
      <w:r>
        <w:rPr>
          <w:sz w:val="20"/>
        </w:rPr>
        <w:t>7:33  paida karte hain, inner struggle.</w:t>
      </w:r>
      <w:r>
        <w:br/>
      </w:r>
      <w:r>
        <w:rPr>
          <w:sz w:val="20"/>
        </w:rPr>
        <w:t>7:39  mustaqil tor par ek inner struggle.</w:t>
      </w:r>
      <w:r>
        <w:br/>
      </w:r>
      <w:r>
        <w:rPr>
          <w:sz w:val="20"/>
        </w:rPr>
        <w:t>7:46  aur mein sochta hoon ke yeh bohat bari nafsiati baat hai, bohat bari psychological baat hai.</w:t>
      </w:r>
      <w:r>
        <w:br/>
      </w:r>
      <w:r>
        <w:rPr>
          <w:sz w:val="20"/>
        </w:rPr>
        <w:t>7:52  kyun ke jis tarah hamari</w:t>
      </w:r>
      <w:r>
        <w:br/>
      </w:r>
      <w:r>
        <w:rPr>
          <w:sz w:val="20"/>
        </w:rPr>
        <w:t>7:59  physical health ke liye zaroorat hai ke hamare andar sari activities jo hamare organ hain, organ ke andar bohat zabardast activities jaari hoti hain, tab hamari health baqi rehti hai. tab hamari health baqi rehti hai. to isi tarah se hum inner health ke liye</w:t>
      </w:r>
      <w:r>
        <w:br/>
      </w:r>
      <w:r>
        <w:rPr>
          <w:sz w:val="20"/>
        </w:rPr>
        <w:t>8:29  ek inner struggle jo zaroori hai, to woh woh jo inner struggle jo hai, woh unhi do cheezon</w:t>
      </w:r>
      <w:r>
        <w:br/>
      </w:r>
      <w:r>
        <w:rPr>
          <w:sz w:val="20"/>
        </w:rPr>
        <w:t>8:35  ke kashakash se paida hoti hai.</w:t>
      </w:r>
      <w:r>
        <w:br/>
      </w:r>
      <w:r>
        <w:rPr>
          <w:sz w:val="20"/>
        </w:rPr>
        <w:t>8:41  kabhi is ka ghalba, kabhi is ka ghalba.</w:t>
      </w:r>
      <w:r>
        <w:br/>
      </w:r>
      <w:r>
        <w:rPr>
          <w:sz w:val="20"/>
        </w:rPr>
        <w:t>8:47  kabhi yeh ehsas chha jata hai aap ke upar, kabhi woh ehsas chha jata hai.</w:t>
      </w:r>
      <w:r>
        <w:br/>
      </w:r>
      <w:r>
        <w:rPr>
          <w:sz w:val="20"/>
        </w:rPr>
        <w:t>8:53  is tarah se ek ek struggle jaari rehti hai.</w:t>
      </w:r>
      <w:r>
        <w:br/>
      </w:r>
      <w:r>
        <w:rPr>
          <w:sz w:val="20"/>
        </w:rPr>
        <w:t>8:59  mein samajhta hoon ke jis ke andar yeh struggle na ho, yeh jo believer, yeh yeh nemat sirf</w:t>
      </w:r>
      <w:r>
        <w:br/>
      </w:r>
      <w:r>
        <w:rPr>
          <w:sz w:val="20"/>
        </w:rPr>
        <w:t>9:07  believer ko milti hai, non believer ko nahin.</w:t>
      </w:r>
      <w:r>
        <w:br/>
      </w:r>
      <w:r>
        <w:rPr>
          <w:sz w:val="20"/>
        </w:rPr>
        <w:t>9:14  isi liye aap paate hain ke non believer kha kha ke mota to ho sakta hai, lekin is</w:t>
      </w:r>
      <w:r>
        <w:br/>
      </w:r>
      <w:r>
        <w:rPr>
          <w:sz w:val="20"/>
        </w:rPr>
        <w:t>9:22  ki personality mein koi development</w:t>
      </w:r>
      <w:r>
        <w:br/>
      </w:r>
      <w:r>
        <w:rPr>
          <w:sz w:val="20"/>
        </w:rPr>
        <w:t>9:29  nahin.</w:t>
      </w:r>
      <w:r>
        <w:br/>
      </w:r>
      <w:r>
        <w:rPr>
          <w:sz w:val="20"/>
        </w:rPr>
        <w:t>9:37  kyun ke personality development hota hai isi inner struggle se, isi inner struggle se.</w:t>
      </w:r>
      <w:r>
        <w:br/>
      </w:r>
      <w:r>
        <w:rPr>
          <w:sz w:val="20"/>
        </w:rPr>
        <w:t>9:45  to mein samajhta hoon ke agar aadmi ko apne aap ko jaanchna ho ke mein kya hoon, apne</w:t>
      </w:r>
      <w:r>
        <w:br/>
      </w:r>
      <w:r>
        <w:rPr>
          <w:sz w:val="20"/>
        </w:rPr>
        <w:t>9:52  aap ko jaanchna ho ke mein kya hoon, to yahi yeh is ko dekhna chahiye</w:t>
      </w:r>
      <w:r>
        <w:br/>
      </w:r>
      <w:r>
        <w:rPr>
          <w:sz w:val="20"/>
        </w:rPr>
        <w:t>10:00  ke mere andar inner struggle jaari hai ke nahin.</w:t>
      </w:r>
      <w:r>
        <w:br/>
      </w:r>
      <w:r>
        <w:rPr>
          <w:sz w:val="20"/>
        </w:rPr>
        <w:t>10:06  mere andar inner struggle, jaise aap apni physical health ko jab jaanchna chahta hai doctor, to dekhta hai</w:t>
      </w:r>
      <w:r>
        <w:br/>
      </w:r>
      <w:r>
        <w:rPr>
          <w:sz w:val="20"/>
        </w:rPr>
        <w:t>10:13  ke aap ki dil ki harkat kahin chal rahi hai.</w:t>
      </w:r>
      <w:r>
        <w:br/>
      </w:r>
      <w:r>
        <w:rPr>
          <w:sz w:val="20"/>
        </w:rPr>
        <w:t>10:19  woh bhi ek struggle hai.</w:t>
      </w:r>
      <w:r>
        <w:br/>
      </w:r>
      <w:r>
        <w:rPr>
          <w:sz w:val="20"/>
        </w:rPr>
        <w:t>10:26  aap ki nabz kahin chal rahi hai.</w:t>
      </w:r>
    </w:p>
    <w:p>
      <w:pPr>
        <w:pStyle w:val="Heading2"/>
      </w:pPr>
      <w:r>
        <w:t>Misguidance of terrorists, not Quranic teaching</w:t>
      </w:r>
    </w:p>
    <w:p>
      <w:r>
        <w:rPr>
          <w:color w:val="666666"/>
          <w:sz w:val="18"/>
        </w:rPr>
        <w:t>Spirituality in Daily Life October 4, 2008 · 3m 04s · at 1:20:46 · https://youtu.be/oeJR6tYqQVw?t=4846</w:t>
      </w:r>
    </w:p>
    <w:p>
      <w:r>
        <w:rPr>
          <w:i/>
        </w:rPr>
        <w:t>“The question is from Mr. Khalid Ansari.”</w:t>
      </w:r>
    </w:p>
    <w:p>
      <w:r>
        <w:rPr>
          <w:sz w:val="20"/>
        </w:rPr>
        <w:t>1:20:46  how is islamic goal different from the one that terrorist have? haan sahib, yeh dekhiye, abhi jo miss ajmal ko pakra gaya hai bombay mein, us ne bohat acha is ka jawab de diya hai.</w:t>
      </w:r>
      <w:r>
        <w:br/>
      </w:r>
      <w:r>
        <w:rPr>
          <w:sz w:val="20"/>
        </w:rPr>
        <w:t>1:21:01  abhi mein aik yahan pe seminar tha delhi mein, to us mein kai log thay. nahi, woh final discussion tha tv par.</w:t>
      </w:r>
      <w:r>
        <w:br/>
      </w:r>
      <w:r>
        <w:rPr>
          <w:sz w:val="20"/>
        </w:rPr>
        <w:t>1:21:10  to aik professor sahib ne kaha ke yeh log quran se peredna le kar aaye thay bombay.</w:t>
      </w:r>
      <w:r>
        <w:br/>
      </w:r>
      <w:r>
        <w:rPr>
          <w:sz w:val="20"/>
        </w:rPr>
        <w:t>1:21:17  yeh bombay mein jo bomb blast hua, to quran se peredna le kar ke aaye thay, aur quran ne sikhaya tha ke bomb maro. to mein ne kaha ke dekhiye, aap shayad paper nahi parhte hain, aap kisi cell mein rehte honge.</w:t>
      </w:r>
      <w:r>
        <w:br/>
      </w:r>
      <w:r>
        <w:rPr>
          <w:sz w:val="20"/>
        </w:rPr>
        <w:t>1:21:33  daily aa raha hai in ka statement, interrogation jo ho raha hai miss ajmal se, aur aaj ke paper jis din unhone kaha, usi din ki baat hai. us ne kaha tha ke i was miss led, i was miss</w:t>
      </w:r>
      <w:r>
        <w:br/>
      </w:r>
      <w:r>
        <w:rPr>
          <w:sz w:val="20"/>
        </w:rPr>
        <w:t>1:21:46  led. us ne bataya ke mein, us ne kaha hum ko utha le gaye hamare gaon se, aur char saal tak hum ko rakha aik aik camp mein.</w:t>
      </w:r>
      <w:r>
        <w:br/>
      </w:r>
      <w:r>
        <w:rPr>
          <w:sz w:val="20"/>
        </w:rPr>
        <w:t>1:21:56  to mein ne kaha ke aap parhiye is ko ke us ne char saal kiya kiya. us ne kuch bhi nahi kaha ke mujhe char saal tak quran parhaya gaya. yeh nahi kaha us ne ke mujh ko aur mere sab sathiyon ko.</w:t>
      </w:r>
      <w:r>
        <w:br/>
      </w:r>
      <w:r>
        <w:rPr>
          <w:sz w:val="20"/>
        </w:rPr>
        <w:t>1:22:08  yeh dason aadmi aik camp mein thay, char saal tak under training.</w:t>
      </w:r>
      <w:r>
        <w:br/>
      </w:r>
      <w:r>
        <w:rPr>
          <w:sz w:val="20"/>
        </w:rPr>
        <w:t>1:22:13  to is ne yeh nahi kaha ke mujhe chaar saal tak quran padhaya gaya. nahi, is ne kaha mujhe hum logon ko video film dikhai gayi. woh kya video film thi?</w:t>
      </w:r>
      <w:r>
        <w:br/>
      </w:r>
      <w:r>
        <w:rPr>
          <w:sz w:val="20"/>
        </w:rPr>
        <w:t>1:22:23  idhar udhar se kuch scene le liya unhon ne. kya ghar jal raha hai, wahan right ho raha hai, wahan koi aise kuch ho raha hai. to main ne kaha jab chahe aisi video film bana lijiye aap kisi bhi country ke bare mein, USA ke bare mein, Britain ke bare mein, France ke bare mein, bana lijiye.</w:t>
      </w:r>
      <w:r>
        <w:br/>
      </w:r>
      <w:r>
        <w:rPr>
          <w:sz w:val="20"/>
        </w:rPr>
        <w:t>1:22:38  idhar udhar ki cheezon ko le kar ke ek video film bana lijiye aap.</w:t>
      </w:r>
      <w:r>
        <w:br/>
      </w:r>
      <w:r>
        <w:rPr>
          <w:sz w:val="20"/>
        </w:rPr>
        <w:t>1:22:42  is ka quran se kya talluq hai? woh khud yeh nahi keh raha hai ke mujhe quran padhaya gaya, quran ne mujhe inspire kiya, tab main ne yeh yeh planning ki.</w:t>
      </w:r>
      <w:r>
        <w:br/>
      </w:r>
      <w:r>
        <w:rPr>
          <w:sz w:val="20"/>
        </w:rPr>
        <w:t>1:22:53  to woh khud kehta hai ke i was just led, mujhe behkaya gaya.</w:t>
      </w:r>
      <w:r>
        <w:br/>
      </w:r>
      <w:r>
        <w:rPr>
          <w:sz w:val="20"/>
        </w:rPr>
        <w:t>1:22:59  to yeh log jo hain, in ke bare mein yeh manna, jo log mante hain ke quran ki teaching se unhon ne aisa kiya hai, to yeh bilkul baseless baat hai.</w:t>
      </w:r>
      <w:r>
        <w:br/>
      </w:r>
      <w:r>
        <w:rPr>
          <w:sz w:val="20"/>
        </w:rPr>
        <w:t>1:23:09  aur mis eligible ne is is baat ko aakhri had tak sabit kar diya ke yeh baseless baat hai.</w:t>
      </w:r>
      <w:r>
        <w:br/>
      </w:r>
      <w:r>
        <w:rPr>
          <w:sz w:val="20"/>
        </w:rPr>
        <w:t>1:23:14  woh khud bol raha hai ke hamein chaar saal tak jo cheezein sikhai gayi, woh yaani khud ka banaya hua video tha, khud ka banaya hua quran nahi tha woh.</w:t>
      </w:r>
      <w:r>
        <w:br/>
      </w:r>
      <w:r>
        <w:rPr>
          <w:sz w:val="20"/>
        </w:rPr>
        <w:t>1:23:28  aur woh khud kehta hai ke ab main jo dunya mein, bahir ki dunya mein aaya hoon, India mein aaya hoon, bahir ki dunya mein, tab main ne discover kiya ke main to behka hua insan tha, i was misled.</w:t>
      </w:r>
      <w:r>
        <w:br/>
      </w:r>
      <w:r>
        <w:rPr>
          <w:sz w:val="20"/>
        </w:rPr>
        <w:t>1:23:40  to main samajhta hoon ke yeh ab full stop lag jana chahiye, lag jana chahiye aisi baaton par jo kehte rahe hain log. okay, we'll end the session now.</w:t>
      </w:r>
    </w:p>
    <w:p>
      <w:pPr>
        <w:pStyle w:val="Heading2"/>
      </w:pPr>
      <w:r>
        <w:t>Full definition: spirituality as simple living, high thinking</w:t>
      </w:r>
    </w:p>
    <w:p>
      <w:r>
        <w:rPr>
          <w:color w:val="666666"/>
          <w:sz w:val="18"/>
        </w:rPr>
        <w:t>Spirituality in Simple Living, High Thinking October 27, 2019 Maulana Wahiduddin Khan · 5m 50s · at 12:28 · https://youtu.be/Kr28g15eFr8?t=748</w:t>
      </w:r>
    </w:p>
    <w:p>
      <w:r>
        <w:rPr>
          <w:i/>
        </w:rPr>
        <w:t>“Spirituality is not some mysterious thing at all”</w:t>
      </w:r>
    </w:p>
    <w:p>
      <w:r>
        <w:rPr>
          <w:sz w:val="20"/>
        </w:rPr>
        <w:t>12:28  mysterious cheez ka naam nahi hai, mysterious cheez ka naam hai.</w:t>
      </w:r>
      <w:r>
        <w:br/>
      </w:r>
      <w:r>
        <w:rPr>
          <w:sz w:val="20"/>
        </w:rPr>
        <w:t>12:35  mere nazdeek spirituality kisi mysterious cheez ka naam nahi hai,</w:t>
      </w:r>
      <w:r>
        <w:br/>
      </w:r>
      <w:r>
        <w:rPr>
          <w:sz w:val="20"/>
        </w:rPr>
        <w:t>12:42  woh aik well known discipline hai.</w:t>
      </w:r>
      <w:r>
        <w:br/>
      </w:r>
      <w:r>
        <w:rPr>
          <w:sz w:val="20"/>
        </w:rPr>
        <w:t>12:54  spirituality ko mein ne convert kiya doosre alfaaz mein to spirituality mujhe laga ke spirituality to naam hai simple living high technique ka,</w:t>
      </w:r>
      <w:r>
        <w:br/>
      </w:r>
      <w:r>
        <w:rPr>
          <w:sz w:val="20"/>
        </w:rPr>
        <w:t>13:09  yahi spirituality hai.</w:t>
      </w:r>
      <w:r>
        <w:br/>
      </w:r>
      <w:r>
        <w:rPr>
          <w:sz w:val="20"/>
        </w:rPr>
        <w:t>13:12  chounke spirituality</w:t>
      </w:r>
      <w:r>
        <w:br/>
      </w:r>
      <w:r>
        <w:rPr>
          <w:sz w:val="20"/>
        </w:rPr>
        <w:t>13:17  result result ko nateeje ko batata hai, method ko, technique ko nahi, is liye samajh nahi paate log.</w:t>
      </w:r>
      <w:r>
        <w:br/>
      </w:r>
      <w:r>
        <w:rPr>
          <w:sz w:val="20"/>
        </w:rPr>
        <w:t>13:29  jab log bolte hain lafz spirituality to pehla un ka mind chahta hai jaanna ke what is the technique of spirituality,</w:t>
      </w:r>
      <w:r>
        <w:br/>
      </w:r>
      <w:r>
        <w:rPr>
          <w:sz w:val="20"/>
        </w:rPr>
        <w:t>13:40  how to attain spirituality. to technique jaanna chahte hain woh,</w:t>
      </w:r>
      <w:r>
        <w:br/>
      </w:r>
      <w:r>
        <w:rPr>
          <w:sz w:val="20"/>
        </w:rPr>
        <w:t>13:54  is waja se samajh nahi paate in ko. aur chuki poori history se chala raha hai, chala raha hai ke spirituality</w:t>
      </w:r>
      <w:r>
        <w:br/>
      </w:r>
      <w:r>
        <w:rPr>
          <w:sz w:val="20"/>
        </w:rPr>
        <w:t>14:09  ke master woh log ban maan liye gaye the jo</w:t>
      </w:r>
      <w:r>
        <w:br/>
      </w:r>
      <w:r>
        <w:rPr>
          <w:sz w:val="20"/>
        </w:rPr>
        <w:t>14:19  mysticism wale log the. mysticism,</w:t>
      </w:r>
      <w:r>
        <w:br/>
      </w:r>
      <w:r>
        <w:rPr>
          <w:sz w:val="20"/>
        </w:rPr>
        <w:t>14:26  mein samajhta hoon ke mysticism ka naam spirituality nahi hai,</w:t>
      </w:r>
      <w:r>
        <w:br/>
      </w:r>
      <w:r>
        <w:rPr>
          <w:sz w:val="20"/>
        </w:rPr>
        <w:t>14:35  aur mysticism ki waja se unhone samajh liya ke</w:t>
      </w:r>
      <w:r>
        <w:br/>
      </w:r>
      <w:r>
        <w:rPr>
          <w:sz w:val="20"/>
        </w:rPr>
        <w:t>14:48  spirituality koi heart based subject hai, yani dil se taluq hai is ka.</w:t>
      </w:r>
      <w:r>
        <w:br/>
      </w:r>
      <w:r>
        <w:rPr>
          <w:sz w:val="20"/>
        </w:rPr>
        <w:t>14:58  to kuch mysterious qism ki exercise le kar de dein.</w:t>
      </w:r>
      <w:r>
        <w:br/>
      </w:r>
      <w:r>
        <w:rPr>
          <w:sz w:val="20"/>
        </w:rPr>
        <w:t>15:07  mein samajhta hoon ke</w:t>
      </w:r>
      <w:r>
        <w:br/>
      </w:r>
      <w:r>
        <w:rPr>
          <w:sz w:val="20"/>
        </w:rPr>
        <w:t>15:13  scientific age mein is ka koi justification nahi hai, kyunke ab sabit ho chuka hai 2004 ki taraf se ke heart jo hai is ka sirf ek function hai body mein,</w:t>
      </w:r>
      <w:r>
        <w:br/>
      </w:r>
      <w:r>
        <w:rPr>
          <w:sz w:val="20"/>
        </w:rPr>
        <w:t>15:32  aur woh hai blood circulation.</w:t>
      </w:r>
      <w:r>
        <w:br/>
      </w:r>
      <w:r>
        <w:rPr>
          <w:sz w:val="20"/>
        </w:rPr>
        <w:t>15:38  bas</w:t>
      </w:r>
      <w:r>
        <w:br/>
      </w:r>
      <w:r>
        <w:rPr>
          <w:sz w:val="20"/>
        </w:rPr>
        <w:t>15:41  woh koi thinking</w:t>
      </w:r>
      <w:r>
        <w:br/>
      </w:r>
      <w:r>
        <w:rPr>
          <w:sz w:val="20"/>
        </w:rPr>
        <w:t>15:48  organ nahi hai.</w:t>
      </w:r>
      <w:r>
        <w:br/>
      </w:r>
      <w:r>
        <w:rPr>
          <w:sz w:val="20"/>
        </w:rPr>
        <w:t>15:54  to aap apne mind ko control karein,</w:t>
      </w:r>
      <w:r>
        <w:br/>
      </w:r>
      <w:r>
        <w:rPr>
          <w:sz w:val="20"/>
        </w:rPr>
        <w:t>16:03  mind ko positive fikr banayein,</w:t>
      </w:r>
      <w:r>
        <w:br/>
      </w:r>
      <w:r>
        <w:rPr>
          <w:sz w:val="20"/>
        </w:rPr>
        <w:t>16:10  apne mind ko apne control mein rakhein,</w:t>
      </w:r>
      <w:r>
        <w:br/>
      </w:r>
      <w:r>
        <w:rPr>
          <w:sz w:val="20"/>
        </w:rPr>
        <w:t>16:19  apne mind ko positive mind banayein. bas yahi spirituality hai,</w:t>
      </w:r>
      <w:r>
        <w:br/>
      </w:r>
      <w:r>
        <w:rPr>
          <w:sz w:val="20"/>
        </w:rPr>
        <w:t>16:27  aur is ke do basic formula hain, woh hai simple living, high thinking.</w:t>
      </w:r>
      <w:r>
        <w:br/>
      </w:r>
      <w:r>
        <w:rPr>
          <w:sz w:val="20"/>
        </w:rPr>
        <w:t>16:38  dono ek doosre se interlinked hain. jab aap high thinking par aayenge to aap ko simple living par aana padega, aur jab simple living ko pakdeinge to aap ko high thinking par aana padega.</w:t>
      </w:r>
      <w:r>
        <w:br/>
      </w:r>
      <w:r>
        <w:rPr>
          <w:sz w:val="20"/>
        </w:rPr>
        <w:t>17:02  to internal sense mein spirituality naam hai high thinking ka, external sense mein spirituality naam hai</w:t>
      </w:r>
      <w:r>
        <w:br/>
      </w:r>
      <w:r>
        <w:rPr>
          <w:sz w:val="20"/>
        </w:rPr>
        <w:t>17:19  simple living ka.</w:t>
      </w:r>
      <w:r>
        <w:br/>
      </w:r>
      <w:r>
        <w:rPr>
          <w:sz w:val="20"/>
        </w:rPr>
        <w:t>17:24  kyunke agar aap simple lein, simple living ko na ikhtiyar karein to aap manage nahi kar paayenge high thinking ko.</w:t>
      </w:r>
      <w:r>
        <w:br/>
      </w:r>
      <w:r>
        <w:rPr>
          <w:sz w:val="20"/>
        </w:rPr>
        <w:t>17:38  bar bar aap disappointment hoga,</w:t>
      </w:r>
      <w:r>
        <w:br/>
      </w:r>
      <w:r>
        <w:rPr>
          <w:sz w:val="20"/>
        </w:rPr>
        <w:t>17:44  kharcha badhayenge, har cheez mein aap paisa zyada kharch karenge.</w:t>
      </w:r>
      <w:r>
        <w:br/>
      </w:r>
      <w:r>
        <w:rPr>
          <w:sz w:val="20"/>
        </w:rPr>
        <w:t>17:54  to jahan se believing chali gayi, saada zindagi chali gayi, to sab kuch chala gaya.</w:t>
      </w:r>
      <w:r>
        <w:br/>
      </w:r>
      <w:r>
        <w:rPr>
          <w:sz w:val="20"/>
        </w:rPr>
        <w:t>18:04  aap ka jeeb khali hua to sab kuch chala gaya aap se. to simple living, yani kam kharch mein zindagi guzarna,</w:t>
      </w:r>
    </w:p>
    <w:p>
      <w:pPr>
        <w:pStyle w:val="Heading2"/>
      </w:pPr>
      <w:r>
        <w:t>Maintaining spirituality in daily life through developed mind</w:t>
      </w:r>
    </w:p>
    <w:p>
      <w:r>
        <w:rPr>
          <w:color w:val="666666"/>
          <w:sz w:val="18"/>
        </w:rPr>
        <w:t>Spirituality in Daily Life 13 Aug 2016 - Maulana Wahiduddin Khan · 3m 18s · at 11:47 · https://youtu.be/SB0AF0Q9aTE?t=707</w:t>
      </w:r>
    </w:p>
    <w:p>
      <w:r>
        <w:rPr>
          <w:i/>
        </w:rPr>
        <w:t>“Dekhiye, woh heart-based spirituality mein aap maintain nahi kar sakte.”</w:t>
      </w:r>
    </w:p>
    <w:p>
      <w:r>
        <w:rPr>
          <w:sz w:val="20"/>
        </w:rPr>
        <w:t>11:47  dekhiye, wo heart based spirituality mein aap maintain nahi kar sakte. main khud pahadon mein gaya hoon, kashmir gaya hoon, shimla, mussoorie, nainital gaya hoon. to ek scene, ek ek natural scene ho wahan. wahan aap jayein to thodi der ke baad lagta hai.</w:t>
      </w:r>
      <w:r>
        <w:br/>
      </w:r>
      <w:r>
        <w:rPr>
          <w:sz w:val="20"/>
        </w:rPr>
        <w:t>12:11  ye dheere dheere aap bol rahe hote hain. kyunki physical sense mein to kuch le rahe hain aap, lekin intellectual sense mein aapko kuch nahi mil raha hai.</w:t>
      </w:r>
      <w:r>
        <w:br/>
      </w:r>
      <w:r>
        <w:rPr>
          <w:sz w:val="20"/>
        </w:rPr>
        <w:t>12:23  to chahe koi nature ka scene ho ya aap market mein ho ya aap kahin bhi ho, agar aap ek developed mind hain, to har jagah aapko spiritual</w:t>
      </w:r>
      <w:r>
        <w:br/>
      </w:r>
      <w:r>
        <w:rPr>
          <w:sz w:val="20"/>
        </w:rPr>
        <w:t>12:40  content milta rahega cheezon mein. har jagah. aur aap spiritually, aap developed mind nahi hain, to aapko spiritual content nahi milega. phir aapko starvation mein jaana padega.</w:t>
      </w:r>
      <w:r>
        <w:br/>
      </w:r>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Vasco da Gama's voyage sparks a question about progress</w:t>
      </w:r>
    </w:p>
    <w:p>
      <w:r>
        <w:rPr>
          <w:color w:val="666666"/>
          <w:sz w:val="18"/>
        </w:rPr>
        <w:t>Material Science and Spiritual Science 20 May 2012 · 4m 32s · at 0:34 · https://youtu.be/4K6CxjThlxQ?t=34</w:t>
      </w:r>
    </w:p>
    <w:p>
      <w:r>
        <w:rPr>
          <w:i/>
        </w:rPr>
        <w:t>“Aaj subah maine All India Radio khola, 20 May ka feature tha”</w:t>
      </w:r>
    </w:p>
    <w:p>
      <w:r>
        <w:rPr>
          <w:sz w:val="20"/>
        </w:rPr>
        <w:t>0:34  hani ilm. yeh topic mere zehen mein is tarah aaya ke aaj subah ko mein ne apne mamool ke mutabiq all india radio khola to us mein ek feature aa raha tha, 20 may ko le kar.</w:t>
      </w:r>
      <w:r>
        <w:br/>
      </w:r>
      <w:r>
        <w:rPr>
          <w:sz w:val="20"/>
        </w:rPr>
        <w:t>0:57  unhon ne bataya ke 20 may 1498, yani 1498 ki 20 may ko vasco da gama india pahunche the.</w:t>
      </w:r>
      <w:r>
        <w:br/>
      </w:r>
      <w:r>
        <w:rPr>
          <w:sz w:val="20"/>
        </w:rPr>
        <w:t>1:15  vasco da gama portugal ke the, woh</w:t>
      </w:r>
      <w:r>
        <w:br/>
      </w:r>
      <w:r>
        <w:rPr>
          <w:sz w:val="20"/>
        </w:rPr>
        <w:t>1:22  lisban se rawana hue.</w:t>
      </w:r>
      <w:r>
        <w:br/>
      </w:r>
      <w:r>
        <w:rPr>
          <w:sz w:val="20"/>
        </w:rPr>
        <w:t>1:27  bohat qareeb aik saal laga un ko lisban se india ke, yaani south india ke coast par pohnchne ke liye.</w:t>
      </w:r>
      <w:r>
        <w:br/>
      </w:r>
      <w:r>
        <w:rPr>
          <w:sz w:val="20"/>
        </w:rPr>
        <w:t>1:38  yeh koi saada baat nahi thi. is zamane mein europe mein nai industry aai thi, un ko naye naye market ki talash thi.</w:t>
      </w:r>
      <w:r>
        <w:br/>
      </w:r>
      <w:r>
        <w:rPr>
          <w:sz w:val="20"/>
        </w:rPr>
        <w:t>1:54  yaani pehle zamane mein dekhen, jo qiyadat thi, yaani political qiyadat, woh mabni bar shamshir hua karti thi.</w:t>
      </w:r>
      <w:r>
        <w:br/>
      </w:r>
      <w:r>
        <w:rPr>
          <w:sz w:val="20"/>
        </w:rPr>
        <w:t>2:06  talwar chalao aur hukoomat karo. lekin jab europe mein sanati inqilab aaya to woh daur khatam ho gaya.</w:t>
      </w:r>
      <w:r>
        <w:br/>
      </w:r>
      <w:r>
        <w:rPr>
          <w:sz w:val="20"/>
        </w:rPr>
        <w:t>2:17  agarche musalman, kuch nadan musalman, abhi bhi isi mein jee rahe hain, abhi bhi woh talwar chala rahe hain.</w:t>
      </w:r>
      <w:r>
        <w:br/>
      </w:r>
      <w:r>
        <w:rPr>
          <w:sz w:val="20"/>
        </w:rPr>
        <w:t>2:23  lekin yeh hai anachronism, is ko kehte hain anachronism, yaani zamane ke khilaf harkat.</w:t>
      </w:r>
      <w:r>
        <w:br/>
      </w:r>
      <w:r>
        <w:rPr>
          <w:sz w:val="20"/>
        </w:rPr>
        <w:t>2:33  to yeh jo vasco da gama ne safar kiya tha, itna lamba, un ka maqsad kya tha?</w:t>
      </w:r>
      <w:r>
        <w:br/>
      </w:r>
      <w:r>
        <w:rPr>
          <w:sz w:val="20"/>
        </w:rPr>
        <w:t>2:43  un ka maqsad tha western europe ke liye asia mein sea route talash karna, sea route, bahri rasta.</w:t>
      </w:r>
      <w:r>
        <w:br/>
      </w:r>
      <w:r>
        <w:rPr>
          <w:sz w:val="20"/>
        </w:rPr>
        <w:t>2:55  yaani apne jo maal woh product kar rahe the, jo produce kar rahe the, us ko bechna tha un ko. to unhon ne portugal aur india ke darmiyan bahri rasta daryaft kiya.</w:t>
      </w:r>
      <w:r>
        <w:br/>
      </w:r>
      <w:r>
        <w:rPr>
          <w:sz w:val="20"/>
        </w:rPr>
        <w:t>3:14  aik saal bohat hi museebat ka safar kiya unhon ne samandar mein, kyunke aaj kal ki tarah se abhi geography ko taraqqi nahi hui thi, safar ko taraqqi nahi hui thi.</w:t>
      </w:r>
      <w:r>
        <w:br/>
      </w:r>
      <w:r>
        <w:rPr>
          <w:sz w:val="20"/>
        </w:rPr>
        <w:t>3:29  lekin is ka kya faida hua? is ke baad portugal jo hai, jo western europe ka aik mulk hai, spain se mila hua, woh world power ban gaya.</w:t>
      </w:r>
      <w:r>
        <w:br/>
      </w:r>
      <w:r>
        <w:rPr>
          <w:sz w:val="20"/>
        </w:rPr>
        <w:t>3:44  super power ki status ko hasil ho gayi, kyunke tijarat mein woh bohat ziyada aage badh gaya.</w:t>
      </w:r>
      <w:r>
        <w:br/>
      </w:r>
      <w:r>
        <w:rPr>
          <w:sz w:val="20"/>
        </w:rPr>
        <w:t>3:56  yeh jo vasco da gama the, un ko bohat ziyada izaz mila portugal mein, aur portugal ki hukoomat ne un ko apne ashiyai maqbuzaat ke liye viceroy banaya.</w:t>
      </w:r>
      <w:r>
        <w:br/>
      </w:r>
      <w:r>
        <w:rPr>
          <w:sz w:val="20"/>
        </w:rPr>
        <w:t>4:08  wahan se rawana hue apne uhde ka charge lene ke liye. lekin manzil par pohnchne se pehle un ki death ho gayi.</w:t>
      </w:r>
      <w:r>
        <w:br/>
      </w:r>
      <w:r>
        <w:rPr>
          <w:sz w:val="20"/>
        </w:rPr>
        <w:t>4:21  to lekin un ki qurbaniyon ne kya kiya ke portugal ko aik world map mein jagah dila di. to is ko le kar mere zehen mein aik sawal aaya.</w:t>
      </w:r>
      <w:r>
        <w:br/>
      </w:r>
      <w:r>
        <w:rPr>
          <w:sz w:val="20"/>
        </w:rPr>
        <w:t>4:38  material science mein is tarah ki bohat bari bari taraqqiyan hui hain. yeh material science ki aik taraqqi thi. lekin isi spiritual science mein koi taraqqi nahi.</w:t>
      </w:r>
      <w:r>
        <w:br/>
      </w:r>
      <w:r>
        <w:rPr>
          <w:sz w:val="20"/>
        </w:rPr>
        <w:t>4:52  paanch hazar saal ki tareekh mein spiritual science mein kuch bhi taraqqi nahi. abhi bhi zero ke maqam par hai woh. to aisa kyun?</w:t>
      </w:r>
      <w:r>
        <w:br/>
      </w:r>
      <w:r>
        <w:rPr>
          <w:sz w:val="20"/>
        </w:rPr>
        <w:t>5:03  why is this difference</w:t>
      </w:r>
    </w:p>
    <w:p>
      <w:pPr>
        <w:pStyle w:val="Heading2"/>
      </w:pPr>
      <w:r>
        <w:t>Reason-based science advanced, heart-based spirituality stayed frozen</w:t>
      </w:r>
    </w:p>
    <w:p>
      <w:r>
        <w:rPr>
          <w:color w:val="666666"/>
          <w:sz w:val="18"/>
        </w:rPr>
        <w:t>Material Science and Spiritual Science 20 May 2012 · 5m 59s · at 7:20 · https://youtu.be/4K6CxjThlxQ?t=440</w:t>
      </w:r>
    </w:p>
    <w:p>
      <w:r>
        <w:rPr>
          <w:i/>
        </w:rPr>
        <w:t>“Material science ki bunyad hai reason par, aqal par”</w:t>
      </w:r>
    </w:p>
    <w:p>
      <w:r>
        <w:rPr>
          <w:sz w:val="20"/>
        </w:rPr>
        <w:t>7:20  material science ki buniyad hai reason par. aqli ghor o fikr par. Allah taala ne insaan ko jo sab bari cheez di hai, yeh mind hai.</w:t>
      </w:r>
      <w:r>
        <w:br/>
      </w:r>
      <w:r>
        <w:rPr>
          <w:sz w:val="20"/>
        </w:rPr>
        <w:t>7:32  aql hai. to aqli ghor o fikr, rational thinking, is par base rakhi hai unhon ne material science ki.</w:t>
      </w:r>
      <w:r>
        <w:br/>
      </w:r>
      <w:r>
        <w:rPr>
          <w:sz w:val="20"/>
        </w:rPr>
        <w:t>7:42  ek se ek cheez un ko daryaft hui. aur aaye din nai nai daryafton par aage badhta raha qafila un ka.</w:t>
      </w:r>
      <w:r>
        <w:br/>
      </w:r>
      <w:r>
        <w:rPr>
          <w:sz w:val="20"/>
        </w:rPr>
        <w:t>7:52  yahan tak ke ek poori civilization wajood mein aa gayi. is ke baad kya hua spiritual science mein?</w:t>
      </w:r>
      <w:r>
        <w:br/>
      </w:r>
      <w:r>
        <w:rPr>
          <w:sz w:val="20"/>
        </w:rPr>
        <w:t>8:00  yahan par buniyad rakh di unhon ne qalb par. yaani material science jo thi, woh thi</w:t>
      </w:r>
      <w:r>
        <w:br/>
      </w:r>
      <w:r>
        <w:rPr>
          <w:sz w:val="20"/>
        </w:rPr>
        <w:t>8:10  mind par base karti thi. aur spiritual science jo hai, woh woh qalb par mabni, is ki buniyad qalb par rakh di gayi.</w:t>
      </w:r>
      <w:r>
        <w:br/>
      </w:r>
      <w:r>
        <w:rPr>
          <w:sz w:val="20"/>
        </w:rPr>
        <w:t>8:21  yaani heart base kar diya is ko. woh thi reason based, yeh thi heart base</w:t>
      </w:r>
      <w:r>
        <w:br/>
      </w:r>
      <w:r>
        <w:rPr>
          <w:sz w:val="20"/>
        </w:rPr>
        <w:t>8:29  d. to dil mein to kuch bhi nahin. dil to khoon ko circulate karne ke liye ek pump hai bas. is se ziyada kuch bhi nahin.</w:t>
      </w:r>
      <w:r>
        <w:br/>
      </w:r>
      <w:r>
        <w:rPr>
          <w:sz w:val="20"/>
        </w:rPr>
        <w:t>8:38  is mein na soch hai, na tadabbur hai, na aql hai, na fehm hai. to hazaron saal se log qalb mein dhyan de rahe hain aur milta kuch bhi nahin.</w:t>
      </w:r>
      <w:r>
        <w:br/>
      </w:r>
      <w:r>
        <w:rPr>
          <w:sz w:val="20"/>
        </w:rPr>
        <w:t>8:52  dekhen aap ne bohat si kitabein parhi hongi. bohat si majlison mein aap gaye honge. murshidon ke, gurron ke.</w:t>
      </w:r>
      <w:r>
        <w:br/>
      </w:r>
      <w:r>
        <w:rPr>
          <w:sz w:val="20"/>
        </w:rPr>
        <w:t>9:02  siwaye qisse kahani ke wahan kuch nahin hota. tamseelat, qisse kahaniyan, ajeeb ghareeb qism ke deomalai kahaniyan hoti hain. koi bhi scientific baat nahin hoti.</w:t>
      </w:r>
      <w:r>
        <w:br/>
      </w:r>
      <w:r>
        <w:rPr>
          <w:sz w:val="20"/>
        </w:rPr>
        <w:t>9:14  kyun ke jab aql ko is mein dakhal nahin hai, sirf dil ko dakhal hai to farzi kahaniyan to wajood aayengi.</w:t>
      </w:r>
      <w:r>
        <w:br/>
      </w:r>
      <w:r>
        <w:rPr>
          <w:sz w:val="20"/>
        </w:rPr>
        <w:t>9:22  jaise main aap ko misaal ke taur par ek qissa batata hoon.</w:t>
      </w:r>
      <w:r>
        <w:br/>
      </w:r>
      <w:r>
        <w:rPr>
          <w:sz w:val="20"/>
        </w:rPr>
        <w:t>9:30  dekhen musalmanon mein ek soofi the Hasan Basri. aur ek aur khatoon soofi then Rabia Basri.</w:t>
      </w:r>
      <w:r>
        <w:br/>
      </w:r>
      <w:r>
        <w:rPr>
          <w:sz w:val="20"/>
        </w:rPr>
        <w:t>9:41  to kitab mein qissa likha hua hai ke Hasan Basri gaye Basra se Makka haj karne ke liye.</w:t>
      </w:r>
      <w:r>
        <w:br/>
      </w:r>
      <w:r>
        <w:rPr>
          <w:sz w:val="20"/>
        </w:rPr>
        <w:t>9:52  Makka se haj karne ke liye, Basra se haj karne ke liye Makka gaye. jab woh Makka pohanche to maloom hua ke wahan to Kaba hi nahin hai.</w:t>
      </w:r>
      <w:r>
        <w:br/>
      </w:r>
      <w:r>
        <w:rPr>
          <w:sz w:val="20"/>
        </w:rPr>
        <w:t>10:04  Kaba maujood nahin tha. to pata kiya to maloom hua ke Kaba to chala gaya hai Rabia Basri ke haan. yaani Rabia Basri ko haj karna tha.</w:t>
      </w:r>
      <w:r>
        <w:br/>
      </w:r>
      <w:r>
        <w:rPr>
          <w:sz w:val="20"/>
        </w:rPr>
        <w:t>10:15  lekin woh kisi wajah se safar nahi kar sakti theen. to khud kaba hi chala gaya un ke paas. ab yeh kya bilkul be aqli ki baat hai, koi sar na peir is ka.</w:t>
      </w:r>
      <w:r>
        <w:br/>
      </w:r>
      <w:r>
        <w:rPr>
          <w:sz w:val="20"/>
        </w:rPr>
        <w:t>10:26  lekin is ko baqayda chhaapa jaata hai, bain kiya jaata hai ke hasan basri gaye makka to woh kaba nahi tha. kyunke kaba chala gaya tha rabia basri ko haj karwane ke liye.</w:t>
      </w:r>
      <w:r>
        <w:br/>
      </w:r>
      <w:r>
        <w:rPr>
          <w:sz w:val="20"/>
        </w:rPr>
        <w:t>10:38  aise hi dekhen india mein ek guru guzre hain aap jante hain guru nanak. to guru nanak ke bare mein kya qissa bataya jaata hai?</w:t>
      </w:r>
      <w:r>
        <w:br/>
      </w:r>
      <w:r>
        <w:rPr>
          <w:sz w:val="20"/>
        </w:rPr>
        <w:t>10:48  ke woh makka gaye to wahan par unhon ne jo haram hai, jis ke andar kaba hai, wahan woh paon phaila kar lete hue thay.</w:t>
      </w:r>
      <w:r>
        <w:br/>
      </w:r>
      <w:r>
        <w:rPr>
          <w:sz w:val="20"/>
        </w:rPr>
        <w:t>10:58  to un ka paon tha kaba ki taraf. yani kaba ki taraf paon phaila kar woh lete hue thay.</w:t>
      </w:r>
      <w:r>
        <w:br/>
      </w:r>
      <w:r>
        <w:rPr>
          <w:sz w:val="20"/>
        </w:rPr>
        <w:t>11:05  kisi ne eteraz kiya ke kaba to ek muqaddas cheez hai, is par aap paon phaila rahe hain is ki taraf. to unhon ne apna paon ulti taraf ghuma liya.</w:t>
      </w:r>
      <w:r>
        <w:br/>
      </w:r>
      <w:r>
        <w:rPr>
          <w:sz w:val="20"/>
        </w:rPr>
        <w:t>11:15  to kaba bhi ulti taraf idhar hi chala gaya. to jidhar woh paon karte thay idhar kaba chala chala jaata. yeh sab bilkul be sarwe ki kahaniyan hain.</w:t>
      </w:r>
      <w:r>
        <w:br/>
      </w:r>
      <w:r>
        <w:rPr>
          <w:sz w:val="20"/>
        </w:rPr>
        <w:t>11:26  hasan basri ki bhi aur guru nanak ki bhi. lekin baghair sawal kiye hue saare log is ko maante hain.</w:t>
      </w:r>
      <w:r>
        <w:br/>
      </w:r>
      <w:r>
        <w:rPr>
          <w:sz w:val="20"/>
        </w:rPr>
        <w:t>11:34  koi is par sawal nahi karta. kyunke aqal ko to is mein dakhal hi nahi rakha unhon ne. is aisi hazaron ne, lakhon ne, million billion qisse kahaniyan phaili hui hain saare is in halqon mein jo rohaniyat ki baat karte hain, jo rohaniyat ki baat karte hain.</w:t>
      </w:r>
      <w:r>
        <w:br/>
      </w:r>
      <w:r>
        <w:rPr>
          <w:sz w:val="20"/>
        </w:rPr>
        <w:t>11:56  to rohaniyat is is tarah taraqqi nahi kar saki ke woh yani heart base bana diya is ko unhon ne.</w:t>
      </w:r>
      <w:r>
        <w:br/>
      </w:r>
      <w:r>
        <w:rPr>
          <w:sz w:val="20"/>
        </w:rPr>
        <w:t>12:06  yani mabni par qalb. to qalb mein to kuch bhi nahi tha. sochne ka maada nahi. koi thinking power nahi hai qalb ke andar.</w:t>
      </w:r>
      <w:r>
        <w:br/>
      </w:r>
      <w:r>
        <w:rPr>
          <w:sz w:val="20"/>
        </w:rPr>
        <w:t>12:15  thinking capacity nahi hai. to cheezen to daryaft hoti hain soch kar ke. thinking power ko istemal kar ke.</w:t>
      </w:r>
      <w:r>
        <w:br/>
      </w:r>
      <w:r>
        <w:rPr>
          <w:sz w:val="20"/>
        </w:rPr>
        <w:t>12:27  to</w:t>
      </w:r>
      <w:r>
        <w:br/>
      </w:r>
      <w:r>
        <w:rPr>
          <w:sz w:val="20"/>
        </w:rPr>
        <w:t>12:29  yeh waqia jo hai ke material science ko taraqqi hui aur rohani science ko taraqqi nahi hui. is ka sabab yeh hai ke material science jo thi woh reason based thi.</w:t>
      </w:r>
      <w:r>
        <w:br/>
      </w:r>
      <w:r>
        <w:rPr>
          <w:sz w:val="20"/>
        </w:rPr>
        <w:t>12:42  aqal ko istemal kiya jaata tha. to khoob daryaften hoti theen. aur rohani science jo thi woh heart based bana diya.</w:t>
      </w:r>
      <w:r>
        <w:br/>
      </w:r>
      <w:r>
        <w:rPr>
          <w:sz w:val="20"/>
        </w:rPr>
        <w:t>12:52  dil mein muraqba aur dhyan, gyan aur meditation yeh sab karne lagay.</w:t>
      </w:r>
      <w:r>
        <w:br/>
      </w:r>
      <w:r>
        <w:rPr>
          <w:sz w:val="20"/>
        </w:rPr>
        <w:t>13:00  to dil mein to kuch bhi nahi tha. to kya hua banawat ke qisse banaye. banawat ke qisse, beshumar qisse kahaniyan.</w:t>
      </w:r>
      <w:r>
        <w:br/>
      </w:r>
      <w:r>
        <w:rPr>
          <w:sz w:val="20"/>
        </w:rPr>
        <w:t>13:10  ek ek ek ek afsanvi majmooa ban gaya million billion kahaniyon ka.</w:t>
      </w:r>
    </w:p>
    <w:p>
      <w:pPr>
        <w:pStyle w:val="Heading2"/>
      </w:pPr>
      <w:r>
        <w:t>Two spiritual realizations: fitrat and gratitude</w:t>
      </w:r>
    </w:p>
    <w:p>
      <w:r>
        <w:rPr>
          <w:color w:val="666666"/>
          <w:sz w:val="18"/>
        </w:rPr>
        <w:t>Experience Sharing Session of CPS Members 24 May 2008 - Maulana Wahiduddin Khan · 3m 15s · at 8:25 · https://youtu.be/alVAkAnKiuM?t=505</w:t>
      </w:r>
    </w:p>
    <w:p>
      <w:r>
        <w:rPr>
          <w:i/>
        </w:rPr>
        <w:t>“इस मिशन से जुड़ने के बाद, अब मुझको खास तौर पर दो”</w:t>
      </w:r>
    </w:p>
    <w:p>
      <w:r>
        <w:rPr>
          <w:sz w:val="20"/>
        </w:rPr>
        <w:t>8:25  is mission se judne ke baad, ab mujhko khaas taur par do cheezon ka bahut bahut zyada uska ehsaas ho raha hai, aur do cheezon ki daryaft hui hai.</w:t>
      </w:r>
      <w:r>
        <w:br/>
      </w:r>
      <w:r>
        <w:rPr>
          <w:sz w:val="20"/>
        </w:rPr>
        <w:t>8:44  ek toh khuda ki shahri maarfat, yaani pehle main daleel ki satah par khuda ko jaanta tha sirf ki khuda ki maujoodgi ki yeh daleel hai, khuda ki maujoodgi ki woh daleel hai. lekin woh ab meri fitrat ka hissa nahi bana tha.</w:t>
      </w:r>
      <w:r>
        <w:br/>
      </w:r>
      <w:r>
        <w:rPr>
          <w:sz w:val="20"/>
        </w:rPr>
        <w:t>9:04  is mission mein judne ke baad pehli martaba ab mujhe yeh mehsoos ho raha hai ki mujhe kisi daleel ki zaroorat nahi hai khuda ko maanne ke liye, aakhirat ko maanne ke liye kisi daleel ki zaroorat nahi hai. balki maulana ne hamari fitrat ko itna zyada jaga diya hai ki hamari fitrat apne aap khuda ki daleel ban gayi. kisi bhi daleel ki zaroorat nahi hai.</w:t>
      </w:r>
      <w:r>
        <w:br/>
      </w:r>
      <w:r>
        <w:rPr>
          <w:sz w:val="20"/>
        </w:rPr>
        <w:t>9:26  toh ismein fark yeh hai daleel ki satah par paane mein khuda ko aur fitrat ki satah par paane mein ki daleel ki satah par jab aadmi paata hai toh usmein woh shakk aata rehta hai. lekin jab fitrat ki satah par pa leta hai, toh phir aadmi apne aap ko kaise jhutla sakta hai?</w:t>
      </w:r>
      <w:r>
        <w:br/>
      </w:r>
      <w:r>
        <w:rPr>
          <w:sz w:val="20"/>
        </w:rPr>
        <w:t>9:47  toh phir khuda ke wajood mein, aakhirat ke wajood mein kisi cheez mein koi shakk baqi nahi rehta. khuda ka wajood bhi utna hi yaqeeni ho jaata hai jitna khud mera wajood.</w:t>
      </w:r>
      <w:r>
        <w:br/>
      </w:r>
      <w:r>
        <w:rPr>
          <w:sz w:val="20"/>
        </w:rPr>
        <w:t>9:57  aakhirat ka wajood utna hi yaqeeni ho jaata hai jitna khud is duniya ka wajood. toh jo maulana ne likha tha pehle, main usko samajh nahi paata tha. ab main samjha ki maulana ne likha tha ki jab aadmi khuda ko paata hai, toh kainat ka zarra-zarra usko khuda ki daleel ban jaata hai uske liye. ab samajh mein aaya ki uska matlab kya tha ki hamari fitrat bilkul jaag gayi hai, toh har har cheez mein humko khuda nazar aata hai. yaani kabhi kabhi dil yeh pukaar uthta hai ki khudaya, agar tu nahi hai, tab bhi main tujhko maanta hoon.</w:t>
      </w:r>
      <w:r>
        <w:br/>
      </w:r>
      <w:r>
        <w:rPr>
          <w:sz w:val="20"/>
        </w:rPr>
        <w:t>10:26  yeh itni meaningful kainat hai, kaise hum usko explain kar sakte hain? aur doosri cheez jo mujhe mere mission se pehle mere paas nahi thi, ke shukr ka ehsaas. ki ab main sochta hoon ki main nahi sakta. main sochta hoon ki mere liye option sirf yeh reh gaya hai ki main sirf istighfar karta rahoon, yaani khuda se maghfirat maangta rahoon</w:t>
      </w:r>
      <w:r>
        <w:br/>
      </w:r>
      <w:r>
        <w:rPr>
          <w:sz w:val="20"/>
        </w:rPr>
        <w:t>10:53  n. jab bhi shukr karta hoon kisi cheez ko lekar, toh aisa lagta hai ki main usko ghata raha hoon, khuda ki nemat ko ghata raha hoon. maslan, kisi khuda ki koi nemat jab main istemaal karta hoon, paani, hawa, khana, peena, toh aisa ab ehsaas ho gaya hai. yeh maulana ki dawah tabiyat ka nateeja hai ki aisa lagta hai ki main koi jurm kar raha hoon, ki main iska mustahak nahi tha. main khamakha ke liye isko use kar raha hoon.</w:t>
      </w:r>
      <w:r>
        <w:br/>
      </w:r>
      <w:r>
        <w:rPr>
          <w:sz w:val="20"/>
        </w:rPr>
        <w:t>11:18  toh ab main paata hoon ki main toh sochta hoon ki mere liye choice yahi hai ki main sirf istighfar karta rahoon. bas shukr toh bahut oonchi cheez hai, main woh kar nahi sakta. toh yeh do cheezain maine paayi hain: khuda ki fitrat ke satah par khuda ki maarfat aur khuda ka shahri shukr karne ka tajurba. god oriented life</w:t>
      </w:r>
    </w:p>
    <w:p>
      <w:pPr>
        <w:pStyle w:val="Heading2"/>
      </w:pPr>
      <w:r>
        <w:t>Weak personality: story, formula, and consequences</w:t>
      </w:r>
    </w:p>
    <w:p>
      <w:r>
        <w:rPr>
          <w:color w:val="666666"/>
          <w:sz w:val="18"/>
        </w:rPr>
        <w:t>How to Build a Strong Personality June 14, 2008 Maulana Wahiduddin Khan · 5m 50s · at 13:54 · https://youtu.be/bRWn96tpOIM?t=834</w:t>
      </w:r>
    </w:p>
    <w:p>
      <w:r>
        <w:rPr>
          <w:i/>
        </w:rPr>
        <w:t>“This example shows what weak personality is.”</w:t>
      </w:r>
    </w:p>
    <w:p>
      <w:r>
        <w:rPr>
          <w:sz w:val="20"/>
        </w:rPr>
        <w:t>13:54  yani i was wrong na keh sake ke ab tak maine ye ghalti ki thi aur ab main aisi ghalti nahi karunga, mujhe ek cheez ki learning ho gayi, ye na keh sake.</w:t>
      </w:r>
      <w:r>
        <w:br/>
      </w:r>
      <w:r>
        <w:rPr>
          <w:sz w:val="20"/>
        </w:rPr>
        <w:t>14:07  to isi ka naam hai weak personality. yani weak personality wo hai jo sahi ya galat dono mein pada rahe, galat kare magar us ko sahi kahe, us ko sahi aur galat ka farq hi nahi pata chalega, us ko to confusion mein rahega.</w:t>
      </w:r>
      <w:r>
        <w:br/>
      </w:r>
      <w:r>
        <w:rPr>
          <w:sz w:val="20"/>
        </w:rPr>
        <w:t>14:27  is ke andar ek dual personality banegi, is ke andar hypocrisy aayegi ke ek ghalti wo kar raha hai aur wo prove ho gaya ke wo ghalti thi, phir bhi nahi maan raha hai.</w:t>
      </w:r>
      <w:r>
        <w:br/>
      </w:r>
      <w:r>
        <w:rPr>
          <w:sz w:val="20"/>
        </w:rPr>
        <w:t>14:41  yahi to hai dual personality, yahi to hai hypocrisy. to dekhiye, agar aap ye chahte hain ke aap ke andar weak personality na bane balke strong personality bane,</w:t>
      </w:r>
      <w:r>
        <w:br/>
      </w:r>
      <w:r>
        <w:rPr>
          <w:sz w:val="20"/>
        </w:rPr>
        <w:t>14:59  to kam az kam ek formula to aap zaroor pakad lijiye, wo hai ye kehna khule dil se ke i was wrong, i was wrong.</w:t>
      </w:r>
      <w:r>
        <w:br/>
      </w:r>
      <w:r>
        <w:rPr>
          <w:sz w:val="20"/>
        </w:rPr>
        <w:t>15:12  dekhiye, jab aap ye kehte hain to apne andar aap self correction ka process jaari kar dete hain.</w:t>
      </w:r>
      <w:r>
        <w:br/>
      </w:r>
      <w:r>
        <w:rPr>
          <w:sz w:val="20"/>
        </w:rPr>
        <w:t>15:22  jab bhi aap ne ye keh diya ke i was wrong, is ka matlab kya hua ke aap ne apne aap ko correct kiya, aage ke liye decide kiya ke aap aisa nahi karenge.</w:t>
      </w:r>
      <w:r>
        <w:br/>
      </w:r>
      <w:r>
        <w:rPr>
          <w:sz w:val="20"/>
        </w:rPr>
        <w:t>15:38  to ye hai self correction ka process. to ek sab mein main kahunga ke jo aadmi apne andar self correction ka process na jaari kare,</w:t>
      </w:r>
      <w:r>
        <w:br/>
      </w:r>
      <w:r>
        <w:rPr>
          <w:sz w:val="20"/>
        </w:rPr>
        <w:t>15:55  us ke andar weak personality banegi. aur jo aadmi apne andar self correction ka process jaari kare, us ke liye tayyar rahe, to us ke andar strong personality banegi.</w:t>
      </w:r>
      <w:r>
        <w:br/>
      </w:r>
      <w:r>
        <w:rPr>
          <w:sz w:val="20"/>
        </w:rPr>
        <w:t>16:11  yani bahut hi simple way mein ye hai is ka answer.</w:t>
      </w:r>
      <w:r>
        <w:br/>
      </w:r>
      <w:r>
        <w:rPr>
          <w:sz w:val="20"/>
        </w:rPr>
        <w:t>16:24  aap apni daily experiences mein is ko jaan sakte hain. aap jin se milte hain, jin se aap ki baat cheet hoti hai, aap un ke upar criticize kar ke dekh lijiye,</w:t>
      </w:r>
      <w:r>
        <w:br/>
      </w:r>
      <w:r>
        <w:rPr>
          <w:sz w:val="20"/>
        </w:rPr>
        <w:t>16:41  un ki ghalti ko point out kar ke dekh lijiye, wo manenge nahi. ye khul jayega ya prove ho jayega ke ab tak wo ek bhool, ek bhool mein pade hue the,</w:t>
      </w:r>
      <w:r>
        <w:br/>
      </w:r>
      <w:r>
        <w:rPr>
          <w:sz w:val="20"/>
        </w:rPr>
        <w:t>16:56  ek ghalti kar rahe the. to aap kitna hi un ko batayein, wo nahi kahenge ke main ghalti padhta hoon, i was wrong.</w:t>
      </w:r>
      <w:r>
        <w:br/>
      </w:r>
      <w:r>
        <w:rPr>
          <w:sz w:val="20"/>
        </w:rPr>
        <w:t>17:08  bas ghuma phira kar ke dikhayenge ke main to sahi tha pehle bhi, ab bhi sahi hoon. yahi hai weak personality. dekhiye, weak personality ka do bara,</w:t>
      </w:r>
      <w:r>
        <w:br/>
      </w:r>
      <w:r>
        <w:rPr>
          <w:sz w:val="20"/>
        </w:rPr>
        <w:t>17:24  yani price deni padti hai aadmi ko. jo shakhs apne andar weak personality paida kare, us ko do bhaari price deni padti hai, ek is duniya mein, ek aakhirat mein.</w:t>
      </w:r>
      <w:r>
        <w:br/>
      </w:r>
      <w:r>
        <w:rPr>
          <w:sz w:val="20"/>
        </w:rPr>
        <w:t>17:39  is duniya mein kya price hai? wo ye hai ke insaan ka jo nature hai, jo true nature hai, jo consciousness hai,</w:t>
      </w:r>
      <w:r>
        <w:br/>
      </w:r>
      <w:r>
        <w:rPr>
          <w:sz w:val="20"/>
        </w:rPr>
        <w:t>17:53  jo natural wisdom hai, us ke andar parakh hoti hai. parakh bahut jald wo samajh leta hai aadmi ka idhar jo nature hai,</w:t>
      </w:r>
      <w:r>
        <w:br/>
      </w:r>
      <w:r>
        <w:rPr>
          <w:sz w:val="20"/>
        </w:rPr>
        <w:t>18:10  wo samajh leta hai. to agar lekin aap aap inkar kar rahe hain, aap maante nahi, to kaha ke aap ka apna inner nature address nahi hua.</w:t>
      </w:r>
      <w:r>
        <w:br/>
      </w:r>
      <w:r>
        <w:rPr>
          <w:sz w:val="20"/>
        </w:rPr>
        <w:t>18:22  aap ke consciousness ne jaana ke ye to ghalti thi, aap ke inner nature ne jaana ke ye to ghalti thi, lekin aap nahi maan rahe hain is ko.</w:t>
      </w:r>
      <w:r>
        <w:br/>
      </w:r>
      <w:r>
        <w:rPr>
          <w:sz w:val="20"/>
        </w:rPr>
        <w:t>18:33  to is ka matlab hai ke aap ka apna nature address nahi hua. to yahi sari tension.</w:t>
      </w:r>
      <w:r>
        <w:br/>
      </w:r>
      <w:r>
        <w:rPr>
          <w:sz w:val="20"/>
        </w:rPr>
        <w:t>18:41  to har aadmi ko chahiye ke wo self correction ke liye har waqt tayyar rahe. is ko main keh sakta hoon ke ye hai inner engineering.</w:t>
      </w:r>
      <w:r>
        <w:br/>
      </w:r>
      <w:r>
        <w:rPr>
          <w:sz w:val="20"/>
        </w:rPr>
        <w:t>18:53  ek sab mein agar yeh batana ho to mein keh sakta hoon ke yeh hai inner engineering. apne andar jo hai, us ko engineer karna, us ko durust karna, aap ko ko theek karna, us ko banana,</w:t>
      </w:r>
      <w:r>
        <w:br/>
      </w:r>
      <w:r>
        <w:rPr>
          <w:sz w:val="20"/>
        </w:rPr>
        <w:t>19:09  apne andar wali personality ko build karna.</w:t>
      </w:r>
      <w:r>
        <w:br/>
      </w:r>
      <w:r>
        <w:rPr>
          <w:sz w:val="20"/>
        </w:rPr>
        <w:t>19:15  to dunya mein yeh prize deni parti hai ke aap tension mein jeete hain. kyunke jab aap ka inner nature address na ho raha ho, to isi ka naam to tension hai.</w:t>
      </w:r>
      <w:r>
        <w:br/>
      </w:r>
      <w:r>
        <w:rPr>
          <w:sz w:val="20"/>
        </w:rPr>
        <w:t>19:31  dusra jo dusri prize jo deni parti hai, woh akhirat mein hai. aise log jannat mein, paradise mein entry nahi payenge.</w:t>
      </w:r>
    </w:p>
    <w:p>
      <w:pPr>
        <w:pStyle w:val="Heading2"/>
      </w:pPr>
      <w:r>
        <w:t>Scientific age transformed marifat into lifetime learning</w:t>
      </w:r>
    </w:p>
    <w:p>
      <w:r>
        <w:rPr>
          <w:color w:val="666666"/>
          <w:sz w:val="18"/>
        </w:rPr>
        <w:t>Discussion on Marefat (Ulama Session- I) Peace Conference April 29-30, 2023 · 4m 00s · at 18:29 · https://youtu.be/c1NFCRXpYBQ?t=1109</w:t>
      </w:r>
    </w:p>
    <w:p>
      <w:r>
        <w:rPr>
          <w:i/>
        </w:rPr>
        <w:t>“To main kahunga scientific age se pehle aadmi sirf learner hota tha.”</w:t>
      </w:r>
    </w:p>
    <w:p>
      <w:r>
        <w:rPr>
          <w:sz w:val="20"/>
        </w:rPr>
        <w:t>18:29  to main kahunga scientific age se pehle aadmi sirf learner hota tha.yani ek time seekh liya aur phir bas.Sciencey age ne har aadmi ko ab learner se lifetime learner bana diya hai.yani har waqt aapko seekhte hi rehna hai.</w:t>
      </w:r>
      <w:r>
        <w:br/>
      </w:r>
      <w:r>
        <w:rPr>
          <w:sz w:val="20"/>
        </w:rPr>
        <w:t>18:52  itna data science ne hamein available karwaya hai ke hum ab lifetime learning ke daur mein dakhil ho chuke hain.Maulana ki yeh kitab hai.hum mein is aksar ne padha hoga.kitab ka naam hai Zuhur e Islam.bahut pehle ki kitab hai.galiban 81 ki yeh kitab hai.to is kitab ka pehla chapter hai.us chapter ko aap keh sakte hain.</w:t>
      </w:r>
      <w:r>
        <w:br/>
      </w:r>
      <w:r>
        <w:rPr>
          <w:sz w:val="20"/>
        </w:rPr>
        <w:t>19:19  Maulana ne us chapter ka naam rakha hai teen inqilab, three revolutions.us chapter ko khud aap ek revolution keh sakte hain.yani woh chapter likhna khud ek fourth revolution hai.to Maulana ne teen revolution ka us chapter mein zikr kiya.pehla to hum sab jante hain big bang.Maulana kehte hain ke jab mass ke andar ek bada explosion hua aur phir yeh universe ujud mein aayi.</w:t>
      </w:r>
      <w:r>
        <w:br/>
      </w:r>
      <w:r>
        <w:rPr>
          <w:sz w:val="20"/>
        </w:rPr>
        <w:t>19:46  to scientist usko kehte hain yeh ek bahut bada explosion tha kainat mein.jo bahut hi peaceful tha aur constructive bhi.phir uske baad Maulana kehte hain, main doosra inqilab kahunga, doosra revolution advent of Muhammad yani Makke mein Muhammad bin Abdullah ko tamam duniya walon ke liye paighambar banakar aur aakhri paighambar ke taur par bheja jana.</w:t>
      </w:r>
      <w:r>
        <w:br/>
      </w:r>
      <w:r>
        <w:rPr>
          <w:sz w:val="20"/>
        </w:rPr>
        <w:t>20:11  yeh doosra inqilab tha jisne ek saint ek historian ne bahut sahi kaha.Muhammad ke aane ke baad zameen ka jo traditional jo condition thi usko change kiya gaya aur abdi pahad yani qadeem taqaton ko tod kar, jadeed taqaton ko jo hai zameen par mauqa diya gaya aur ek zameen ko jo hai big push diya gaya har mamle mein, har cheez mein.</w:t>
      </w:r>
      <w:r>
        <w:br/>
      </w:r>
      <w:r>
        <w:rPr>
          <w:sz w:val="20"/>
        </w:rPr>
        <w:t>20:39  usi tarah maarifat ke mamle mein bhi ek big push mila.jisko hum keh sakte hain lifetime learning.uske baad Maulana kehte hain teesra jo inqilab hai, woh inqilab hai knowledge explosion.ab hum knowledge explosion ke daur mein dakhil ho chuke hain aur traditional knowledge ke muqable mein ab hamari knowledge bahut hi extraordinary ho chuki hai.jaise main usko ek misal ke zariye samjhane ki koshish karunga.</w:t>
      </w:r>
      <w:r>
        <w:br/>
      </w:r>
      <w:r>
        <w:rPr>
          <w:sz w:val="20"/>
        </w:rPr>
        <w:t>21:08  हज़रत आदम से लेकर इस दौर तक हम ज़मीन से moon setting کرتے تھے.</w:t>
      </w:r>
      <w:r>
        <w:br/>
      </w:r>
      <w:r>
        <w:rPr>
          <w:sz w:val="20"/>
        </w:rPr>
        <w:t>21:35  yeh bahut sare log night mein jo hai mars setting ya doosre sitaron ko dekhte the.</w:t>
      </w:r>
      <w:r>
        <w:br/>
      </w:r>
      <w:r>
        <w:rPr>
          <w:sz w:val="20"/>
        </w:rPr>
        <w:t>22:03  to yeh jo hai maarifat ke baad mein ek explosion hai mere khayal mein.to qadeem daur ke muqable mein agar main kahun ke jadeed daur ne humko kya diya?to main yeh kahunga ke qadeem insaan ne sirf moon ko dekha.jadeed insaan ne moon se zameen ko tuloo aur ghuroob hote bhi dekha.itna zyada bada fark jo hai maarifat ke baad mein aa chuka hai.</w:t>
      </w:r>
      <w:r>
        <w:br/>
      </w:r>
      <w:r>
        <w:rPr>
          <w:sz w:val="20"/>
        </w:rPr>
        <w:t>22:29  Ma sha Allah bahut acche andaaz se hamare Kaiyaj Umri sahab ne teen insalabad jo maazi baeed aur maazi qareeb mein jo hue hain us silsile mein kafi accha unhone fark bataya.</w:t>
      </w:r>
    </w:p>
    <w:p>
      <w:pPr>
        <w:pStyle w:val="Heading2"/>
      </w:pPr>
      <w:r>
        <w:t>Quran's message for different groups and modern man</w:t>
      </w:r>
    </w:p>
    <w:p>
      <w:r>
        <w:rPr>
          <w:color w:val="666666"/>
          <w:sz w:val="18"/>
        </w:rPr>
        <w:t>AL RISALA JANUARY 2017 | AUDIO · 4m 01s · at 58:24 · https://youtu.be/_nWm9Mixl-E?t=3504</w:t>
      </w:r>
    </w:p>
    <w:p>
      <w:r>
        <w:rPr>
          <w:i/>
        </w:rPr>
        <w:t>“Quran aur asr-e-jadeed Quran satween sadi ke rabe awwal mein utra”</w:t>
      </w:r>
    </w:p>
    <w:p>
      <w:r>
        <w:rPr>
          <w:sz w:val="20"/>
        </w:rPr>
        <w:t>58:24  mawaqe ko apne deen ke haq mein istemal na kar sake quran aur asr e jadeed quran saatvi sadi</w:t>
      </w:r>
      <w:r>
        <w:br/>
      </w:r>
      <w:r>
        <w:rPr>
          <w:sz w:val="20"/>
        </w:rPr>
        <w:t>58:34  ke rub'e awwal mein utra quran ka maqsad insaniyat ki islaah tha apne zamane ke aitbar se quran</w:t>
      </w:r>
      <w:r>
        <w:br/>
      </w:r>
      <w:r>
        <w:rPr>
          <w:sz w:val="20"/>
        </w:rPr>
        <w:t>58:45  mein jin mukhtalif girohon ko address kiya gaya hai woh amalan char qism ke giroh hain yahood</w:t>
      </w:r>
      <w:r>
        <w:br/>
      </w:r>
      <w:r>
        <w:rPr>
          <w:sz w:val="20"/>
        </w:rPr>
        <w:t>58:55  isai mushrik aur kafir agar koi shakhs quran ko parhe to woh payega ke yeh charon giroh</w:t>
      </w:r>
      <w:r>
        <w:br/>
      </w:r>
      <w:r>
        <w:rPr>
          <w:sz w:val="20"/>
        </w:rPr>
        <w:t>59:02  quran ki dawat ke bare mein manfi ya negative zehan rakhte hain chunancha quran mein in ke upar</w:t>
      </w:r>
      <w:r>
        <w:br/>
      </w:r>
      <w:r>
        <w:rPr>
          <w:sz w:val="20"/>
        </w:rPr>
        <w:t>59:10  sakht tanqeed ki gayi hai hatta ke baaz auqat in ke sakht radd e amal ki bina par jang ki</w:t>
      </w:r>
      <w:r>
        <w:br/>
      </w:r>
      <w:r>
        <w:rPr>
          <w:sz w:val="20"/>
        </w:rPr>
        <w:t>59:17  nobat aa gayi baad ke zamane ke musalman jab quran ko padhte hain to woh quran mein in</w:t>
      </w:r>
      <w:r>
        <w:br/>
      </w:r>
      <w:r>
        <w:rPr>
          <w:sz w:val="20"/>
        </w:rPr>
        <w:t>59:25  charon girohon ka zikr paate hain kyunke charon girohon ke bare mein un ke asri rawaiye ki bina</w:t>
      </w:r>
      <w:r>
        <w:br/>
      </w:r>
      <w:r>
        <w:rPr>
          <w:sz w:val="20"/>
        </w:rPr>
        <w:t>59:32  par sakht tabsarre kiye gaye hain quran ke yeh sakht tabsarre zamani sabab ya age factor ki bina</w:t>
      </w:r>
      <w:r>
        <w:br/>
      </w:r>
      <w:r>
        <w:rPr>
          <w:sz w:val="20"/>
        </w:rPr>
        <w:t>59:40  par hain lekin musalman ghair shaoori taur par yeh samajh lete hain ke yeh tabaqat aaj bhi baqi</w:t>
      </w:r>
      <w:r>
        <w:br/>
      </w:r>
      <w:r>
        <w:rPr>
          <w:sz w:val="20"/>
        </w:rPr>
        <w:t>59:48  hain aur in ke bare mein aaj bhi un ka wahi sakht rawaiyya hona chahiye jo rasool aur</w:t>
      </w:r>
      <w:r>
        <w:br/>
      </w:r>
      <w:r>
        <w:rPr>
          <w:sz w:val="20"/>
        </w:rPr>
        <w:t>59:55  ashab rasool ke zamane mein tha maujooda zamane mein musalmanon ka haal yeh hai ke woh tamam dunya</w:t>
      </w:r>
      <w:r>
        <w:br/>
      </w:r>
      <w:r>
        <w:rPr>
          <w:sz w:val="20"/>
        </w:rPr>
        <w:t>1:00:03  کو اپنا دشمن سمجھتے ہیں وہ تمام قوموں کے خلاف لڑائی چھیڑے ہوئے ہیں کبھی passive sense میں</w:t>
      </w:r>
      <w:r>
        <w:br/>
      </w:r>
      <w:r>
        <w:rPr>
          <w:sz w:val="20"/>
        </w:rPr>
        <w:t>1:00:10  aur kabhi active sense mein woh yahood ko maghzoob qaum samajhte hain nasara ko zaal qaum samajhte hain</w:t>
      </w:r>
      <w:r>
        <w:br/>
      </w:r>
      <w:r>
        <w:rPr>
          <w:sz w:val="20"/>
        </w:rPr>
        <w:t>1:00:18  woh mafroza kafiron ko jahannami samajhte hain aur isi tarah mushrikon ko eiteqadi</w:t>
      </w:r>
      <w:r>
        <w:br/>
      </w:r>
      <w:r>
        <w:rPr>
          <w:sz w:val="20"/>
        </w:rPr>
        <w:t>1:00:25  maanon mein sarasar batil samajhte hain musalmanon ka yahi mizaj ya mindset hai jis ne in ko</w:t>
      </w:r>
      <w:r>
        <w:br/>
      </w:r>
      <w:r>
        <w:rPr>
          <w:sz w:val="20"/>
        </w:rPr>
        <w:t>1:00:33  saari dunya ka mukhalif bana diya hai in ka nishana yeh ban gaya hai ke tamam qaumon se</w:t>
      </w:r>
      <w:r>
        <w:br/>
      </w:r>
      <w:r>
        <w:rPr>
          <w:sz w:val="20"/>
        </w:rPr>
        <w:t>1:00:41  lad kar in ko maghloob karna hai aur saari dunya mein islam ka siyasi iqtadar qaim karna hai</w:t>
      </w:r>
      <w:r>
        <w:br/>
      </w:r>
      <w:r>
        <w:rPr>
          <w:sz w:val="20"/>
        </w:rPr>
        <w:t>1:00:48  musalmanon ki yeh soch tamam tar un ki ghalat fikri ka nateeja hai</w:t>
      </w:r>
      <w:r>
        <w:br/>
      </w:r>
      <w:r>
        <w:rPr>
          <w:sz w:val="20"/>
        </w:rPr>
        <w:t>1:00:56  saatveen sadi mein arab ya atraf arab mein jo qaumein maujood theen woh sab bohat pehle khatm ho</w:t>
      </w:r>
      <w:r>
        <w:br/>
      </w:r>
      <w:r>
        <w:rPr>
          <w:sz w:val="20"/>
        </w:rPr>
        <w:t>1:01:03  chuki hain ab un ke naam se jo qaumein dunya mein maujood hain woh khwah naam ke aitbar</w:t>
      </w:r>
      <w:r>
        <w:br/>
      </w:r>
      <w:r>
        <w:rPr>
          <w:sz w:val="20"/>
        </w:rPr>
        <w:t>1:01:11  se qadeem hon lekin haqeeqat ke aitbar se woh jadeed hain jadeed daur ek aitbar se deconditioning</w:t>
      </w:r>
      <w:r>
        <w:br/>
      </w:r>
      <w:r>
        <w:rPr>
          <w:sz w:val="20"/>
        </w:rPr>
        <w:t>1:01:18  ka daur ya age of deconditioning hai jadeed daur mein naye afkar khaas taur par</w:t>
      </w:r>
      <w:r>
        <w:br/>
      </w:r>
      <w:r>
        <w:rPr>
          <w:sz w:val="20"/>
        </w:rPr>
        <w:t>1:01:26  secular education ne mukammal taur par logon ke zehnon ko badal diya hai aaj ka yahoodi mukhtalif yahoodi hai aaj ka isai mukhtalif isai hai is tarah aaj ke mushrik mukhtalif qism ke mushrik hain yeh qaumein ab itna zyada badal chuki hain ke un ko wahi samajh sakta hai jis ne unhein dobara daryaft ya rediscover kiya ho qadeem zamane ke etibar se yeh log</w:t>
      </w:r>
      <w:r>
        <w:br/>
      </w:r>
      <w:r>
        <w:rPr>
          <w:sz w:val="20"/>
        </w:rPr>
        <w:t>1:01:56  char mukhtalif qaum the lekin jadeed zamane ke etibar se yeh sab aik hi qaum hain sab par aik hi lafz mantiq hota hai aur woh hai jadeed insan qadeem zamane ke insan ke bar aks jadeed daur ke insan ke andar usooli taur par kattar pan aur ta'assub khatam ho chuka hai qadeem zamane mein sari dunya mein hum aur woh we and they ka</w:t>
      </w:r>
    </w:p>
    <w:p>
      <w:pPr>
        <w:pStyle w:val="Heading2"/>
      </w:pPr>
      <w:r>
        <w:t>Involvement is key in all religious deeds</w:t>
      </w:r>
    </w:p>
    <w:p>
      <w:r>
        <w:rPr>
          <w:color w:val="666666"/>
          <w:sz w:val="18"/>
        </w:rPr>
        <w:t>Fasting A Source of Spiritual Empowerment 21 Aug, 2011 - Maulana Wahiduddin Khan · 4m 41s · at 28:26 · https://youtu.be/b19V3pD-tbQ?t=1706</w:t>
      </w:r>
    </w:p>
    <w:p>
      <w:r>
        <w:rPr>
          <w:i/>
        </w:rPr>
        <w:t>“Dekhiye Ramzan ka matlab hai apne aap ko involve karna.”</w:t>
      </w:r>
    </w:p>
    <w:p>
      <w:r>
        <w:rPr>
          <w:sz w:val="20"/>
        </w:rPr>
        <w:t>28:26  dekhein Ramzan ka matlab hai apne aap ko Involve karna. yeh nahin ke kiraye de kar kisi se aap roza rakhwa dein.</w:t>
      </w:r>
      <w:r>
        <w:br/>
      </w:r>
      <w:r>
        <w:rPr>
          <w:sz w:val="20"/>
        </w:rPr>
        <w:t>28:39  kisi se quran padhwa dein. yeh kirayedari ka mamla nahin hai. apne aap ko Involve karne ka mamla hai.</w:t>
      </w:r>
      <w:r>
        <w:br/>
      </w:r>
      <w:r>
        <w:rPr>
          <w:sz w:val="20"/>
        </w:rPr>
        <w:t>28:50  to aaj main soch raha tha bahut dil tadap utha mera yeh soch kar ke insaan kaisi ajib cheez hai.</w:t>
      </w:r>
      <w:r>
        <w:br/>
      </w:r>
      <w:r>
        <w:rPr>
          <w:sz w:val="20"/>
        </w:rPr>
        <w:t>29:02  khuda dekhna chahta hai aap ka Involvement.</w:t>
      </w:r>
      <w:r>
        <w:br/>
      </w:r>
      <w:r>
        <w:rPr>
          <w:sz w:val="20"/>
        </w:rPr>
        <w:t>29:09  aap farz kijiye ke roza nahin rakhte rakh sakte. to kahein ke khudaaya main das din ko roza rakhta hoon. yahi to qubool kar le meri taraf se.</w:t>
      </w:r>
      <w:r>
        <w:br/>
      </w:r>
      <w:r>
        <w:rPr>
          <w:sz w:val="20"/>
        </w:rPr>
        <w:t>29:19  ya aap is qabil bhi nahin hain. to subah shaam baith kar quran padhein. kahein ke khudaaya mere bas mein roza rakhna nahin hai.</w:t>
      </w:r>
      <w:r>
        <w:br/>
      </w:r>
      <w:r>
        <w:rPr>
          <w:sz w:val="20"/>
        </w:rPr>
        <w:t>29:33  to apni kitab ki tilawat ko meri taraf se qubool farma le.</w:t>
      </w:r>
      <w:r>
        <w:br/>
      </w:r>
      <w:r>
        <w:rPr>
          <w:sz w:val="20"/>
        </w:rPr>
        <w:t>29:40  yeh keh kar aadmi ro pade.</w:t>
      </w:r>
      <w:r>
        <w:br/>
      </w:r>
      <w:r>
        <w:rPr>
          <w:sz w:val="20"/>
        </w:rPr>
        <w:t>29:45  to shayad Allah ki rehmat josh mein aaye. woh kahe ke mere bande main tujh se yahi qubool kar liya.</w:t>
      </w:r>
      <w:r>
        <w:br/>
      </w:r>
      <w:r>
        <w:rPr>
          <w:sz w:val="20"/>
        </w:rPr>
        <w:t>29:59  kyun ke tune Involvement to dikhaya.</w:t>
      </w:r>
      <w:r>
        <w:br/>
      </w:r>
      <w:r>
        <w:rPr>
          <w:sz w:val="20"/>
        </w:rPr>
        <w:t>30:07  to jo log uzr pesh karte hain woh raaz nahin samajhte raaz.</w:t>
      </w:r>
      <w:r>
        <w:br/>
      </w:r>
      <w:r>
        <w:rPr>
          <w:sz w:val="20"/>
        </w:rPr>
        <w:t>30:17  yeh yeh baat hai Involvement ki. chahe chahe koi bhi ho. yani chahe woh Ramzan namaz ho, roza ho, hajj ho, zakat ho.</w:t>
      </w:r>
      <w:r>
        <w:br/>
      </w:r>
      <w:r>
        <w:rPr>
          <w:sz w:val="20"/>
        </w:rPr>
        <w:t>30:31  ya dawat ka kaam ho. jitne bhi deeni kaam hain. yaad rakhiye in sab mein jo matloob hai woh hai Involvement.</w:t>
      </w:r>
      <w:r>
        <w:br/>
      </w:r>
      <w:r>
        <w:rPr>
          <w:sz w:val="20"/>
        </w:rPr>
        <w:t>30:46  misalan hajj hai aap ke paas bahut paisa hai. lekin aap</w:t>
      </w:r>
      <w:r>
        <w:br/>
      </w:r>
      <w:r>
        <w:rPr>
          <w:sz w:val="20"/>
        </w:rPr>
        <w:t>30:53  kisi ko paisa de dein jaao meri taraf se hajj kar do.</w:t>
      </w:r>
      <w:r>
        <w:br/>
      </w:r>
      <w:r>
        <w:rPr>
          <w:sz w:val="20"/>
        </w:rPr>
        <w:t>31:00  to yeh is tarah se hajj nahin hota. yeh koi bhi cheez hai kisi ko paisa dein ke meri taraf se namaz padh do.</w:t>
      </w:r>
      <w:r>
        <w:br/>
      </w:r>
      <w:r>
        <w:rPr>
          <w:sz w:val="20"/>
        </w:rPr>
        <w:t>31:16  har cheez jo hai Islam mein woh hai is is mani mein ke aap apne aap ko Involve karein. dawat mein apne aap ko Involve karna hai.</w:t>
      </w:r>
      <w:r>
        <w:br/>
      </w:r>
      <w:r>
        <w:rPr>
          <w:sz w:val="20"/>
        </w:rPr>
        <w:t>31:26  agar aap daawti kaam na karein aur kisi ko tankhwah rakh dein tankhwah par ke jaao meri taraf se tum daawti kaam kar do. main tum ko mahine mein itna paisa de doonga.</w:t>
      </w:r>
      <w:r>
        <w:br/>
      </w:r>
      <w:r>
        <w:rPr>
          <w:sz w:val="20"/>
        </w:rPr>
        <w:t>31:37  tab bhi woh aap ka farz ada nahin hua.</w:t>
      </w:r>
      <w:r>
        <w:br/>
      </w:r>
      <w:r>
        <w:rPr>
          <w:sz w:val="20"/>
        </w:rPr>
        <w:t>31:43  aap ka farz ada nahin hua. kisi bhi darje mein aap Khuda chahta hai ke aap ne apne aap ko Involve kiya ho.</w:t>
      </w:r>
      <w:r>
        <w:br/>
      </w:r>
      <w:r>
        <w:rPr>
          <w:sz w:val="20"/>
        </w:rPr>
        <w:t>31:53  jis darje mein aap ke bas mein hai. quran mein hai ke la yukallifullahu nafsan illa wus'aha Allah admi ko itna hi ke liye mukallaf karta hai jo us ke wus' mein ho.</w:t>
      </w:r>
      <w:r>
        <w:br/>
      </w:r>
      <w:r>
        <w:rPr>
          <w:sz w:val="20"/>
        </w:rPr>
        <w:t>32:10  yani jo admi ke bas mein ho.</w:t>
      </w:r>
      <w:r>
        <w:br/>
      </w:r>
      <w:r>
        <w:rPr>
          <w:sz w:val="20"/>
        </w:rPr>
        <w:t>32:15  jo admi kar sake. jo kar sake.</w:t>
      </w:r>
      <w:r>
        <w:br/>
      </w:r>
      <w:r>
        <w:rPr>
          <w:sz w:val="20"/>
        </w:rPr>
        <w:t>32:24  to aap</w:t>
      </w:r>
      <w:r>
        <w:br/>
      </w:r>
      <w:r>
        <w:rPr>
          <w:sz w:val="20"/>
        </w:rPr>
        <w:t>32:28  yani farz kijiye koi amal hai islam ka woh amal aap ke bas mein nahi hai to to us koi aur cheez hogi jo aap ke bas mein hogi woh aap karen.</w:t>
      </w:r>
      <w:r>
        <w:br/>
      </w:r>
      <w:r>
        <w:rPr>
          <w:sz w:val="20"/>
        </w:rPr>
        <w:t>32:42  taake Allah taala ke haan ya farishton ke register mein aap ka involvement jo hai woh likh jaye. aap ka involvement likh jaye.</w:t>
      </w:r>
      <w:r>
        <w:br/>
      </w:r>
      <w:r>
        <w:rPr>
          <w:sz w:val="20"/>
        </w:rPr>
        <w:t>32:54  yaad rakhiye jitne bhi aamal islam mein hain un sab ka maqsad hai Khuda aap ka involvement dekhna chahta hai.</w:t>
      </w:r>
    </w:p>
    <w:p>
      <w:pPr>
        <w:pStyle w:val="Heading2"/>
      </w:pPr>
      <w:r>
        <w:t>Inner spirit and outer form of Salat culture</w:t>
      </w:r>
    </w:p>
    <w:p>
      <w:r>
        <w:rPr>
          <w:color w:val="666666"/>
          <w:sz w:val="18"/>
        </w:rPr>
        <w:t>Islamic Prayer (Part 2) (English) | February 27, 2007 | Maulana Wahiduddin Khan · 5m 10s · at 12:02 · https://youtu.be/xoh_XiWwRlI?t=722</w:t>
      </w:r>
    </w:p>
    <w:p>
      <w:r>
        <w:rPr>
          <w:i/>
        </w:rPr>
        <w:t>“This discipline is not simply a form.”</w:t>
      </w:r>
    </w:p>
    <w:p>
      <w:r>
        <w:rPr>
          <w:sz w:val="20"/>
        </w:rPr>
        <w:t>12:02  . This discipline is not a mechanical discipline. It is not a robot discipline. It is a discipline performed by human beings. So it is a living discipline. It is a, is it an intellectual discipline.</w:t>
      </w:r>
      <w:r>
        <w:br/>
      </w:r>
      <w:r>
        <w:rPr>
          <w:sz w:val="20"/>
        </w:rPr>
        <w:t>12:36  I can say that namaz is a culture of discipline. Namaz is a, a complete system of ethics. Salat ethics, you can say it, Salat ethics,</w:t>
      </w:r>
      <w:r>
        <w:br/>
      </w:r>
      <w:r>
        <w:rPr>
          <w:sz w:val="20"/>
        </w:rPr>
        <w:t>13:06  ethics. Namaz provides us a complete system of ethics. In this sense, I can say that namaz is a complete culture. You may call it Salat culture. So Salat culture is not simply a, a set of some rituals</w:t>
      </w:r>
      <w:r>
        <w:br/>
      </w:r>
      <w:r>
        <w:rPr>
          <w:sz w:val="20"/>
        </w:rPr>
        <w:t>13:37  ya some outer forms. It is a living discipline. It is, Salat discipline is an outcome of faith, fear of God, sense of accountability. This is the inner spirit of Salat. A man who dis</w:t>
      </w:r>
      <w:r>
        <w:br/>
      </w:r>
      <w:r>
        <w:rPr>
          <w:sz w:val="20"/>
        </w:rPr>
        <w:t>14:08  , a man who realizes that there is a God, there is a God all-powerful, the sustainer, the Lord of the universe, after this realization, he wants to worship Him. He wants to surrender before Him.</w:t>
      </w:r>
      <w:r>
        <w:br/>
      </w:r>
      <w:r>
        <w:rPr>
          <w:sz w:val="20"/>
        </w:rPr>
        <w:t>14:41  This spirit is translated into the form of namaz. Namaz is an expression of this discovery or this realization. Faith is a discovery. Faith is a great realization. So</w:t>
      </w:r>
      <w:r>
        <w:br/>
      </w:r>
      <w:r>
        <w:rPr>
          <w:sz w:val="20"/>
        </w:rPr>
        <w:t>15:11  when this faith, or this discovery, or this realization translates, translates into a form, it is called namaz. So namaz, or Salat culture, is a beautiful combination</w:t>
      </w:r>
      <w:r>
        <w:br/>
      </w:r>
      <w:r>
        <w:rPr>
          <w:sz w:val="20"/>
        </w:rPr>
        <w:t>15:41  of inner spirit and outer form. In its, in its inner content, in its inner content, it is realization of God. In its outer form, it is a natural w</w:t>
      </w:r>
      <w:r>
        <w:br/>
      </w:r>
      <w:r>
        <w:rPr>
          <w:sz w:val="20"/>
        </w:rPr>
        <w:t>16:11  ay of worship. So it is a beautiful combination of natural way of worship and inner spirit of God's realization. It was this Salat culture that was the secret of that unity we</w:t>
      </w:r>
      <w:r>
        <w:br/>
      </w:r>
      <w:r>
        <w:rPr>
          <w:sz w:val="20"/>
        </w:rPr>
        <w:t>16:41  see in the Muslims of early period, in the Muslims of early period. This kind of spirit and this kind of unity is great power, great source of strength. Then there is a verse in the Quran,</w:t>
      </w:r>
    </w:p>
    <w:p>
      <w:pPr>
        <w:pStyle w:val="Heading2"/>
      </w:pPr>
      <w:r>
        <w:t>Moses' miracle proves the whole universe is an act of conversion</w:t>
      </w:r>
    </w:p>
    <w:p>
      <w:r>
        <w:rPr>
          <w:color w:val="666666"/>
          <w:sz w:val="18"/>
        </w:rPr>
        <w:t>Islam and Sufism (Islam and Spirituality) (English) February 28, 2008 · 5m 49s · at 9:42 · https://youtu.be/6UGAPDfrS2w?t=582</w:t>
      </w:r>
    </w:p>
    <w:p>
      <w:r>
        <w:rPr>
          <w:i/>
        </w:rPr>
        <w:t>“Prophet Moses showed the whole world is a miracle”</w:t>
      </w:r>
    </w:p>
    <w:p>
      <w:r>
        <w:rPr>
          <w:sz w:val="20"/>
        </w:rPr>
        <w:t>9:42  . i will give some examples. let us take the first kind of spirituality. i will give an example. you know, moses was a prophet of god.</w:t>
      </w:r>
      <w:r>
        <w:br/>
      </w:r>
      <w:r>
        <w:rPr>
          <w:sz w:val="20"/>
        </w:rPr>
        <w:t>9:55  he was born in ancient egypt. he performed a miracle before the king of, before the egyptian king pharaoh.</w:t>
      </w:r>
      <w:r>
        <w:br/>
      </w:r>
      <w:r>
        <w:rPr>
          <w:sz w:val="20"/>
        </w:rPr>
        <w:t>10:10  what was the miracle</w:t>
      </w:r>
      <w:r>
        <w:br/>
      </w:r>
      <w:r>
        <w:rPr>
          <w:sz w:val="20"/>
        </w:rPr>
        <w:t>10:13  ? he threw his staff, and suddenly that staff he converted into a serpent.</w:t>
      </w:r>
      <w:r>
        <w:br/>
      </w:r>
      <w:r>
        <w:rPr>
          <w:sz w:val="20"/>
        </w:rPr>
        <w:t>10:22  this was a miracle. but i would like to say that this was not a single miracle. moreover, it was a demonstration, a universal demonstration.</w:t>
      </w:r>
      <w:r>
        <w:br/>
      </w:r>
      <w:r>
        <w:rPr>
          <w:sz w:val="20"/>
        </w:rPr>
        <w:t>10:36  prophet moses show that the whole world is a miracle of conversion. here you can see that a wood, a part of, here you see that</w:t>
      </w:r>
      <w:r>
        <w:br/>
      </w:r>
      <w:r>
        <w:rPr>
          <w:sz w:val="20"/>
        </w:rPr>
        <w:t>10:54  a wood was converted into serpent. so is the case of whole universe. in this universe, everything is a, is an act of, act of conversion.</w:t>
      </w:r>
      <w:r>
        <w:br/>
      </w:r>
      <w:r>
        <w:rPr>
          <w:sz w:val="20"/>
        </w:rPr>
        <w:t>11:07  conversion. why? you see the whole world was built by, by atom.</w:t>
      </w:r>
      <w:r>
        <w:br/>
      </w:r>
      <w:r>
        <w:rPr>
          <w:sz w:val="20"/>
        </w:rPr>
        <w:t>11:17  atom is the, is the first part of the universe, basic unit of the universe. now, what is atom?</w:t>
      </w:r>
      <w:r>
        <w:br/>
      </w:r>
      <w:r>
        <w:rPr>
          <w:sz w:val="20"/>
        </w:rPr>
        <w:t>11:26  atom is a combination of some electronic particles, some electric particles.</w:t>
      </w:r>
      <w:r>
        <w:br/>
      </w:r>
      <w:r>
        <w:rPr>
          <w:sz w:val="20"/>
        </w:rPr>
        <w:t>11:34  by combining these electric particles,</w:t>
      </w:r>
      <w:r>
        <w:br/>
      </w:r>
      <w:r>
        <w:rPr>
          <w:sz w:val="20"/>
        </w:rPr>
        <w:t>11:40  everything was, came into existence. sun, moon, planets, everything is a, everything is, is a,</w:t>
      </w:r>
      <w:r>
        <w:br/>
      </w:r>
      <w:r>
        <w:rPr>
          <w:sz w:val="20"/>
        </w:rPr>
        <w:t>11:56  was made out of conversion.</w:t>
      </w:r>
      <w:r>
        <w:br/>
      </w:r>
      <w:r>
        <w:rPr>
          <w:sz w:val="20"/>
        </w:rPr>
        <w:t>11:58  when electric particles converted in, in, in sun, there was a light.</w:t>
      </w:r>
      <w:r>
        <w:br/>
      </w:r>
      <w:r>
        <w:rPr>
          <w:sz w:val="20"/>
        </w:rPr>
        <w:t>12:10  then you see the water. what is water? water is comprised of two gas, two atoms: hydrogen and oxygen.</w:t>
      </w:r>
      <w:r>
        <w:br/>
      </w:r>
      <w:r>
        <w:rPr>
          <w:sz w:val="20"/>
        </w:rPr>
        <w:t>12:22  both are gases.</w:t>
      </w:r>
      <w:r>
        <w:br/>
      </w:r>
      <w:r>
        <w:rPr>
          <w:sz w:val="20"/>
        </w:rPr>
        <w:t>12:25  two gases, when combined, they, they are converted into water. so water means conversion of gas to atom of,</w:t>
      </w:r>
      <w:r>
        <w:br/>
      </w:r>
      <w:r>
        <w:rPr>
          <w:sz w:val="20"/>
        </w:rPr>
        <w:t>12:42  of two gases. were converted, and then we see water. so water is a miracle of conversion.</w:t>
      </w:r>
      <w:r>
        <w:br/>
      </w:r>
      <w:r>
        <w:rPr>
          <w:sz w:val="20"/>
        </w:rPr>
        <w:t>12:51  so is the case of tree. what is</w:t>
      </w:r>
      <w:r>
        <w:br/>
      </w:r>
      <w:r>
        <w:rPr>
          <w:sz w:val="20"/>
        </w:rPr>
        <w:t>12:54  tree? tree is a conversion of seeds. initially, it was a seed, small seed. but when it was converted, we see a big tree.</w:t>
      </w:r>
      <w:r>
        <w:br/>
      </w:r>
      <w:r>
        <w:rPr>
          <w:sz w:val="20"/>
        </w:rPr>
        <w:t>13:05  so prophet moses, when performed this miracle, it was not a single miracle. it was a demonstration that whole world is an act of conversion.</w:t>
      </w:r>
      <w:r>
        <w:br/>
      </w:r>
      <w:r>
        <w:rPr>
          <w:sz w:val="20"/>
        </w:rPr>
        <w:t>13:19  here you find the, what is the, what is the source of spirituality.</w:t>
      </w:r>
      <w:r>
        <w:br/>
      </w:r>
      <w:r>
        <w:rPr>
          <w:sz w:val="20"/>
        </w:rPr>
        <w:t>13:25  when we live in this world, with opened eye, opened mind, we see this conversion in everything, from grass up to mountain, from ocean up to galaxy.</w:t>
      </w:r>
      <w:r>
        <w:br/>
      </w:r>
      <w:r>
        <w:rPr>
          <w:sz w:val="20"/>
        </w:rPr>
        <w:t>13:40  everything is, is an act of conversion, from myself up to the whole material world, the whole nature.</w:t>
      </w:r>
      <w:r>
        <w:br/>
      </w:r>
      <w:r>
        <w:rPr>
          <w:sz w:val="20"/>
        </w:rPr>
        <w:t>13:50  is, is a miraculous conversion.</w:t>
      </w:r>
      <w:r>
        <w:br/>
      </w:r>
      <w:r>
        <w:rPr>
          <w:sz w:val="20"/>
        </w:rPr>
        <w:t>13:55  so we have to develop that kind of eye, which can see this miraculous conversion every where in the world.</w:t>
      </w:r>
      <w:r>
        <w:br/>
      </w:r>
      <w:r>
        <w:rPr>
          <w:sz w:val="20"/>
        </w:rPr>
        <w:t>14:05  this is the source of spirituality. when you develop this kind of eye, you will find the presence of god every where in the world.</w:t>
      </w:r>
      <w:r>
        <w:br/>
      </w:r>
      <w:r>
        <w:rPr>
          <w:sz w:val="20"/>
        </w:rPr>
        <w:t>14:16  every where, every where, every where. there is a hadith: "kabah allahu qatara".</w:t>
      </w:r>
      <w:r>
        <w:br/>
      </w:r>
      <w:r>
        <w:rPr>
          <w:sz w:val="20"/>
        </w:rPr>
        <w:t>14:25  it means that worship god as if you are seeing him. it means that you have to feel the presence of god every time.</w:t>
      </w:r>
      <w:r>
        <w:br/>
      </w:r>
      <w:r>
        <w:rPr>
          <w:sz w:val="20"/>
        </w:rPr>
        <w:t>14:38  you have to feel the presence of god in every time. now, what is the source of this kind of feeling?</w:t>
      </w:r>
      <w:r>
        <w:br/>
      </w:r>
      <w:r>
        <w:rPr>
          <w:sz w:val="20"/>
        </w:rPr>
        <w:t>14:46  it comes through thinking.</w:t>
      </w:r>
      <w:r>
        <w:br/>
      </w:r>
      <w:r>
        <w:rPr>
          <w:sz w:val="20"/>
        </w:rPr>
        <w:t>14:49  When you develop your mind, when you are able to convert things into spiritual items, when you are able to see that the whole world is a, is the same kind of miracle, which was performed by Moses.</w:t>
      </w:r>
      <w:r>
        <w:br/>
      </w:r>
      <w:r>
        <w:rPr>
          <w:sz w:val="20"/>
        </w:rPr>
        <w:t>15:08  dat iz akt of kanvartan.</w:t>
      </w:r>
      <w:r>
        <w:br/>
      </w:r>
      <w:r>
        <w:rPr>
          <w:sz w:val="20"/>
        </w:rPr>
        <w:t>15:11  then you will be able to draw, draw spirituality in from everything, from water, from grass, from everything.</w:t>
      </w:r>
      <w:r>
        <w:br/>
      </w:r>
      <w:r>
        <w:rPr>
          <w:sz w:val="20"/>
        </w:rPr>
        <w:t>15:22  So I can say that heart-based spirituality leads you to ecstasy.</w:t>
      </w:r>
    </w:p>
    <w:p>
      <w:pPr>
        <w:pStyle w:val="Heading2"/>
      </w:pPr>
      <w:r>
        <w:t>Reality of life and being God's witness</w:t>
      </w:r>
    </w:p>
    <w:p>
      <w:r>
        <w:rPr>
          <w:color w:val="666666"/>
          <w:sz w:val="18"/>
        </w:rPr>
        <w:t>The Case of Present Muslim Generation September 28, 2008 · 5m 41s · at 35:30 · https://youtu.be/yjSy2b7JPTw?t=2130</w:t>
      </w:r>
    </w:p>
    <w:p>
      <w:r>
        <w:rPr>
          <w:i/>
        </w:rPr>
        <w:t>“Ek taraf wahan stage par yeh elaan kiya ja raha tha”</w:t>
      </w:r>
    </w:p>
    <w:p>
      <w:r>
        <w:rPr>
          <w:sz w:val="20"/>
        </w:rPr>
        <w:t>35:30  yeh hamari jo team thi yeh daud daud kar har ek ko pohncha rahi thi yeh "reality of life". doosra islamic literature. yaani dilli ka mind jo tha wahan ikattha tha wahan.</w:t>
      </w:r>
      <w:r>
        <w:br/>
      </w:r>
      <w:r>
        <w:rPr>
          <w:sz w:val="20"/>
        </w:rPr>
        <w:t>35:44  sara bhara hua tha bilkul. aur wahan par stage se yeh kaha ja raha tha ke zindagi mein achhi cheezein hain un ko enjoy karo. is waqt hamari team wahan pohncha rahi thi ke tum enjoy kar nahin sakte.</w:t>
      </w:r>
      <w:r>
        <w:br/>
      </w:r>
      <w:r>
        <w:rPr>
          <w:sz w:val="20"/>
        </w:rPr>
        <w:t>35:57  enjoy karne ki jagah post death period hai, pre death period nahin hai. is waqt mujhe quran ki ek ayat yaad aayi.</w:t>
      </w:r>
      <w:r>
        <w:br/>
      </w:r>
      <w:r>
        <w:rPr>
          <w:sz w:val="20"/>
        </w:rPr>
        <w:t>36:09  lanansur rusulana wal-ladheena aamanu fil-hayati-d-dunya wa yawma yaqum-ul-ash-hadu</w:t>
      </w:r>
      <w:r>
        <w:br/>
      </w:r>
      <w:r>
        <w:rPr>
          <w:sz w:val="20"/>
        </w:rPr>
        <w:t>36:22  is mein ek bari ajeeb baat ke jab Day of Judgment aaye ga</w:t>
      </w:r>
      <w:r>
        <w:br/>
      </w:r>
      <w:r>
        <w:rPr>
          <w:sz w:val="20"/>
        </w:rPr>
        <w:t>36:31  jab rab-ul-alameen zahir ho kar wahan khud judge ban kar baithe ga</w:t>
      </w:r>
      <w:r>
        <w:br/>
      </w:r>
      <w:r>
        <w:rPr>
          <w:sz w:val="20"/>
        </w:rPr>
        <w:t>36:42  to is is lamhe ka tasawwur kijiye. itni bari duniya jis ne banai. zameen, aasman, suraj, chand, samandar, pahaar.</w:t>
      </w:r>
      <w:r>
        <w:br/>
      </w:r>
      <w:r>
        <w:rPr>
          <w:sz w:val="20"/>
        </w:rPr>
        <w:t>36:56  sab kuch jis ne banaya. to yeh duniya jahan par log rakhe gaye the test ke liye.</w:t>
      </w:r>
      <w:r>
        <w:br/>
      </w:r>
      <w:r>
        <w:rPr>
          <w:sz w:val="20"/>
        </w:rPr>
        <w:t>37:06  to woh jab period khatam ho jaye ga aur day of judgment aaye ga to sare log wahan ikattha kiye jayenge. aur rab-ul-alameen khud samne aaye ga wahan.</w:t>
      </w:r>
      <w:r>
        <w:br/>
      </w:r>
      <w:r>
        <w:rPr>
          <w:sz w:val="20"/>
        </w:rPr>
        <w:t>37:20  woh judge ki kursi par wahan maujood ho ga. is waqt kya ho ga? wa yawma yaqum-ul-ash-hadu yaani gawahi dene wale wahan khuda ke darbar mein khade kiye jayenge.</w:t>
      </w:r>
      <w:r>
        <w:br/>
      </w:r>
      <w:r>
        <w:rPr>
          <w:sz w:val="20"/>
        </w:rPr>
        <w:t>37:36  yaani woh log jinhon ne gawahi di thi</w:t>
      </w:r>
      <w:r>
        <w:br/>
      </w:r>
      <w:r>
        <w:rPr>
          <w:sz w:val="20"/>
        </w:rPr>
        <w:t>37:41  ke zindagi kya hai? yeh duniya kya hai? khuda ki is scheme of things kya hai? creation plan of god kya hai?</w:t>
      </w:r>
      <w:r>
        <w:br/>
      </w:r>
      <w:r>
        <w:rPr>
          <w:sz w:val="20"/>
        </w:rPr>
        <w:t>37:52  pre death period kya hai? post death period kya hai? sachai kya hai aur jhoot kya hai? jinhon ne yeh baaton ko bataya tha un ko quran mein kaha gaya hai shahid.</w:t>
      </w:r>
      <w:r>
        <w:br/>
      </w:r>
      <w:r>
        <w:rPr>
          <w:sz w:val="20"/>
        </w:rPr>
        <w:t>38:05  gawahi dene wala. witness. to da'i quran mein da'i ke liye witness ka lafz aaya hai. da'i bhi aaya hai, witness bhi aaya hai.</w:t>
      </w:r>
      <w:r>
        <w:br/>
      </w:r>
      <w:r>
        <w:rPr>
          <w:sz w:val="20"/>
        </w:rPr>
        <w:t>38:19  to yeh sare log jinhon ne duniya mein sachay sachay dawat le kar uthe. khuda ka sachha paigham ko le kar uthe.</w:t>
      </w:r>
      <w:r>
        <w:br/>
      </w:r>
      <w:r>
        <w:rPr>
          <w:sz w:val="20"/>
        </w:rPr>
        <w:t>38:28  sacha mein is liye bol raha hoon ke quran mein nabiyon ke baray mein hai ke do sifatain hoti thi Nabi mein. logon ka wel o shar hona.</w:t>
      </w:r>
      <w:r>
        <w:br/>
      </w:r>
      <w:r>
        <w:rPr>
          <w:sz w:val="20"/>
        </w:rPr>
        <w:t>38:39  aur ameen hona. ameen ka mani yeh hai ke intehai honasti ke sath wahi baat dunya ko batana jo khuda ne batayi hai un ko.</w:t>
      </w:r>
      <w:r>
        <w:br/>
      </w:r>
      <w:r>
        <w:rPr>
          <w:sz w:val="20"/>
        </w:rPr>
        <w:t>38:50  zara bhi is mein na kami na beshi. to jo log is tarah se gawahi dein. insan ke welisher ban kar ke kharay hon.</w:t>
      </w:r>
      <w:r>
        <w:br/>
      </w:r>
      <w:r>
        <w:rPr>
          <w:sz w:val="20"/>
        </w:rPr>
        <w:t>39:02  aur khuda ka jo deen hai as it is as it is as it is pesh karein logon ke samnay. khuda ki jo creation plan khuda ka hai us ko batayein logon ko.</w:t>
      </w:r>
      <w:r>
        <w:br/>
      </w:r>
      <w:r>
        <w:rPr>
          <w:sz w:val="20"/>
        </w:rPr>
        <w:t>39:13  woh hai gawah. witness. to kya sochiye ke woh is is is lamhay ko sochiye. jab khuda ke darbar mein yeh log shahid bana kar kharay kiye jayen gay.</w:t>
      </w:r>
      <w:r>
        <w:br/>
      </w:r>
      <w:r>
        <w:rPr>
          <w:sz w:val="20"/>
        </w:rPr>
        <w:t>39:27  yani aaj kal ki zaban mein kehte hain sarkari gawah. witness. khuda ki ki taraf se witness hon gay ke hum ne in logon ko pohanchaya.</w:t>
      </w:r>
      <w:r>
        <w:br/>
      </w:r>
      <w:r>
        <w:rPr>
          <w:sz w:val="20"/>
        </w:rPr>
        <w:t>39:39  agarche khuda janta hai kis ko pohancha, kis ko nahi pohancha. lekin is ne is dunya ko banaya hai bilkul principle of cause aiation ke usool par.</w:t>
      </w:r>
      <w:r>
        <w:br/>
      </w:r>
      <w:r>
        <w:rPr>
          <w:sz w:val="20"/>
        </w:rPr>
        <w:t>39:48  cause and effect ke usool par. isi liye khuda khara karta hai witness ke tor par logon ko. to anbiya ke ka darja ho ga daaiyon ka.</w:t>
      </w:r>
      <w:r>
        <w:br/>
      </w:r>
      <w:r>
        <w:rPr>
          <w:sz w:val="20"/>
        </w:rPr>
        <w:t>40:01  witness ka. kyun ke anbiya bhi witness hain. anbiya bhi daai hain. to aap ghore kijiye ke jo jinhon ne sachi dawat di.</w:t>
      </w:r>
      <w:r>
        <w:br/>
      </w:r>
      <w:r>
        <w:rPr>
          <w:sz w:val="20"/>
        </w:rPr>
        <w:t>40:11  jo sachi dawat ke liye kharay hue dunya mein. jo khuda ke witness bane, witness.</w:t>
      </w:r>
      <w:r>
        <w:br/>
      </w:r>
      <w:r>
        <w:rPr>
          <w:sz w:val="20"/>
        </w:rPr>
        <w:t>40:19  jo khuda ke witness bane. kaisa ajeeb ho ga un ka yeh honor. ke woh kharay kiye jayen gay aur khuda kahe ga dekho.</w:t>
      </w:r>
      <w:r>
        <w:br/>
      </w:r>
      <w:r>
        <w:rPr>
          <w:sz w:val="20"/>
        </w:rPr>
        <w:t>40:30  batao in ko. to logon ke samnay elan karein gay woh.</w:t>
      </w:r>
      <w:r>
        <w:br/>
      </w:r>
      <w:r>
        <w:rPr>
          <w:sz w:val="20"/>
        </w:rPr>
        <w:t>40:38  aur batayein gay ke hum ne pohanchaya. to mujhe aisa laga ke wahi yeh wahi angels hain jo yahan par kaam kar rahe hain.</w:t>
      </w:r>
      <w:r>
        <w:br/>
      </w:r>
      <w:r>
        <w:rPr>
          <w:sz w:val="20"/>
        </w:rPr>
        <w:t>40:52  hamari jo team hai mein samajhta hoon ke yeh dunya mein anokhi cheez hai ke woh kaam kar rahi hai jis ke liye quran mein witness ka lafz aaya hai. shahid ka lafz aaya hai.</w:t>
      </w:r>
      <w:r>
        <w:br/>
      </w:r>
      <w:r>
        <w:rPr>
          <w:sz w:val="20"/>
        </w:rPr>
        <w:t>41:01  sachi dawat karne walay log. aur yahi log hain jo qayamat mein day of judgment mein khuda ke darbar mein kharay kiye jayen gay bator witness ke.</w:t>
      </w:r>
    </w:p>
    <w:p>
      <w:pPr>
        <w:pStyle w:val="Heading2"/>
      </w:pPr>
      <w:r>
        <w:t>Creation plan and discovering God's miracles</w:t>
      </w:r>
    </w:p>
    <w:p>
      <w:r>
        <w:rPr>
          <w:color w:val="666666"/>
          <w:sz w:val="18"/>
        </w:rPr>
        <w:t>Islam and Sufism, Islam and Spirituality (Group of Gothers) - Maulana Wahiduddin Khan · 5m 13s · at 18:07 · https://youtu.be/yuxUUlOqZLM?t=1087</w:t>
      </w:r>
    </w:p>
    <w:p>
      <w:r>
        <w:rPr>
          <w:i/>
        </w:rPr>
        <w:t>“Now I would like to add one more point, that is the creation plan of God”</w:t>
      </w:r>
    </w:p>
    <w:p>
      <w:r>
        <w:rPr>
          <w:sz w:val="20"/>
        </w:rPr>
        <w:t>18:07  Now I would like to add one more point, that is the creation plan of God.</w:t>
      </w:r>
      <w:r>
        <w:br/>
      </w:r>
      <w:r>
        <w:rPr>
          <w:sz w:val="20"/>
        </w:rPr>
        <w:t>18:19  Why God created us? Why settled us in this planet Earth? You know, this Earth is a unique phenomena in the whole universe.</w:t>
      </w:r>
      <w:r>
        <w:br/>
      </w:r>
      <w:r>
        <w:rPr>
          <w:sz w:val="20"/>
        </w:rPr>
        <w:t>18:34  There is no such kind of earth. In this earth, there are, you know, life support system, life, water, and all those things we need.</w:t>
      </w:r>
      <w:r>
        <w:br/>
      </w:r>
      <w:r>
        <w:rPr>
          <w:sz w:val="20"/>
        </w:rPr>
        <w:t>18:49  So this kind of planet are not, is not found everywhere in the world. So why God created us?</w:t>
      </w:r>
      <w:r>
        <w:br/>
      </w:r>
      <w:r>
        <w:rPr>
          <w:sz w:val="20"/>
        </w:rPr>
        <w:t>18:58  and why God settled us in this miraculous earth? Why? According to the creation plan of God,</w:t>
      </w:r>
      <w:r>
        <w:br/>
      </w:r>
      <w:r>
        <w:rPr>
          <w:sz w:val="20"/>
        </w:rPr>
        <w:t>19:12  I have studied the Quran and found that this is a part of the creation plan of God. The fact is that God created a perfect world, an ideal world, that we call paradise or Jannat.</w:t>
      </w:r>
      <w:r>
        <w:br/>
      </w:r>
      <w:r>
        <w:rPr>
          <w:sz w:val="20"/>
        </w:rPr>
        <w:t>19:31  paradise is an eternal world, perfect world, ideal world. and this world is, is, is a testing ground for us.</w:t>
      </w:r>
      <w:r>
        <w:br/>
      </w:r>
      <w:r>
        <w:rPr>
          <w:sz w:val="20"/>
        </w:rPr>
        <w:t>19:44  we are here only as a test. Everything is test paper. So what is required for us?</w:t>
      </w:r>
      <w:r>
        <w:br/>
      </w:r>
      <w:r>
        <w:rPr>
          <w:sz w:val="20"/>
        </w:rPr>
        <w:t>19:54  to discover God, to discover the miracle of God, to discover the same miracle which was performed by Prophet Moses in everything.</w:t>
      </w:r>
      <w:r>
        <w:br/>
      </w:r>
      <w:r>
        <w:rPr>
          <w:sz w:val="20"/>
        </w:rPr>
        <w:t>20:05  we have to make the unseen seen. in every thing, the same miracle is happening. in every thing, because you know, every thing is an art of conversion.</w:t>
      </w:r>
      <w:r>
        <w:br/>
      </w:r>
      <w:r>
        <w:rPr>
          <w:sz w:val="20"/>
        </w:rPr>
        <w:t>20:19  wen to, to atoms of to gases combine, da result was water.</w:t>
      </w:r>
      <w:r>
        <w:br/>
      </w:r>
      <w:r>
        <w:rPr>
          <w:sz w:val="20"/>
        </w:rPr>
        <w:t>20:31  it is empirical. So everything is empirical. Water, sun, moon, everything is empirical in this sense.</w:t>
      </w:r>
      <w:r>
        <w:br/>
      </w:r>
      <w:r>
        <w:rPr>
          <w:sz w:val="20"/>
        </w:rPr>
        <w:t>20:41  The whole world is act of conversion. So God gave us a mind which is an enormous capacity.</w:t>
      </w:r>
      <w:r>
        <w:br/>
      </w:r>
      <w:r>
        <w:rPr>
          <w:sz w:val="20"/>
        </w:rPr>
        <w:t>20:52  God gave us eye, ear, all those things for what? To discover this spirituality in this world.</w:t>
      </w:r>
      <w:r>
        <w:br/>
      </w:r>
      <w:r>
        <w:rPr>
          <w:sz w:val="20"/>
        </w:rPr>
        <w:t>21:03  to discover this, this, this, this miraculous conversion in this world. and then we say Alhamdulillah.</w:t>
      </w:r>
      <w:r>
        <w:br/>
      </w:r>
      <w:r>
        <w:rPr>
          <w:sz w:val="20"/>
        </w:rPr>
        <w:t>21:17  Although God is hidden, but it is evident in everything in this world, in the creature, in the creation.</w:t>
      </w:r>
      <w:r>
        <w:br/>
      </w:r>
      <w:r>
        <w:rPr>
          <w:sz w:val="20"/>
        </w:rPr>
        <w:t>21:27  So this is the test of human being. God settled us here only for this purpose: to discover God's presence in the world, to discover the God's, to discover God's miracle everywhere in the world, to discover the presence of God in everything, from grass, from grass up to galaxy.</w:t>
      </w:r>
      <w:r>
        <w:br/>
      </w:r>
      <w:r>
        <w:rPr>
          <w:sz w:val="20"/>
        </w:rPr>
        <w:t>21:55  Those who are able to live with discovery, they will be rewarded paradise. And those people who fail to discover this, this spiritual content of the, of the things, they will be declared as blind, blind, blind.</w:t>
      </w:r>
      <w:r>
        <w:br/>
      </w:r>
      <w:r>
        <w:rPr>
          <w:sz w:val="20"/>
        </w:rPr>
        <w:t>22:19  So this spirituality is a very important in term of creation plan of God. You know, God divided, God created us as a as an eternal being.</w:t>
      </w:r>
      <w:r>
        <w:br/>
      </w:r>
      <w:r>
        <w:rPr>
          <w:sz w:val="20"/>
        </w:rPr>
        <w:t>22:34  we are, we are eternal being. but God divided our life span into two parts: pre-death period and post-death period.</w:t>
      </w:r>
      <w:r>
        <w:br/>
      </w:r>
      <w:r>
        <w:rPr>
          <w:sz w:val="20"/>
        </w:rPr>
        <w:t>22:48  pre death period is testing period, and post death period is period of reward. and who will be reward paradise in the eternal world in post death period.</w:t>
      </w:r>
      <w:r>
        <w:br/>
      </w:r>
      <w:r>
        <w:rPr>
          <w:sz w:val="20"/>
        </w:rPr>
        <w:t>23:03  Those who prove to be, to who prove disability. Those who prove disability to see God's acts in everything, God's miracle in everything.</w:t>
      </w:r>
    </w:p>
    <w:p>
      <w:pPr>
        <w:pStyle w:val="Heading2"/>
      </w:pPr>
      <w:r>
        <w:t>Why a living spiritual guide is necessary</w:t>
      </w:r>
    </w:p>
    <w:p>
      <w:r>
        <w:rPr>
          <w:color w:val="666666"/>
          <w:sz w:val="18"/>
        </w:rPr>
        <w:t>Tazkiya-e-Nafs Book by Maulana Wahiduddin Khan · 3m 23s · at 32:56 · https://youtu.be/LbGPnJWmj1A?t=1976</w:t>
      </w:r>
    </w:p>
    <w:p>
      <w:r>
        <w:rPr>
          <w:i/>
        </w:rPr>
        <w:t>“Tazkiye ka zariya usoolan yeh hai ke aadmi Quran mein ghor kare”</w:t>
      </w:r>
    </w:p>
    <w:p>
      <w:r>
        <w:rPr>
          <w:sz w:val="20"/>
        </w:rPr>
        <w:t>32:56  rehnama ki zaroorat. kitab "tazkiya-e-nafs" Maulana Wahiduddin Khan, safha number 17.</w:t>
      </w:r>
      <w:r>
        <w:br/>
      </w:r>
      <w:r>
        <w:rPr>
          <w:sz w:val="20"/>
        </w:rPr>
        <w:t>33:09  tazkiye ka zariya usoolan yeh hai ke aadmi quran mein ghhor kare, woh hadith ka mutala kare, woh ashab-e-rasool ki zindagiun se rehnumai hasil kare.</w:t>
      </w:r>
      <w:r>
        <w:br/>
      </w:r>
      <w:r>
        <w:rPr>
          <w:sz w:val="20"/>
        </w:rPr>
        <w:t>33:19  yeh tazkiye ka usooli ma khaz hai. is ki yeh hesiyat abadi taur par baqi rahe gi.</w:t>
      </w:r>
      <w:r>
        <w:br/>
      </w:r>
      <w:r>
        <w:rPr>
          <w:sz w:val="20"/>
        </w:rPr>
        <w:t>33:25  iske ilawa tazkiye ke hasool ki aik amli shart bhi hai, aur woh hai apne zamane ke kisi rehnama ya murshid ko talash karna aur us ke ilm aur us ke tajrube se faida uthana.</w:t>
      </w:r>
      <w:r>
        <w:br/>
      </w:r>
      <w:r>
        <w:rPr>
          <w:sz w:val="20"/>
        </w:rPr>
        <w:t>33:38  aadmi ko jab koi murshid mil jae to us ko chahiye ke woh bila shart us ko apna murshid bana le. murshid ko mashroot taur par manna tazkiye ke rastay mein aik rukawat hai, na ke madadgar.</w:t>
      </w:r>
      <w:r>
        <w:br/>
      </w:r>
      <w:r>
        <w:rPr>
          <w:sz w:val="20"/>
        </w:rPr>
        <w:t>33:51  jab aik shakhs yeh kahe ke maine falan insan ko apna ghair mashroot rehnama maan liya to is ka matlab anda muqallid banna nahi hota. is ka matlab sirf yeh hota hai ke shoori irtqa ke nateejay mein do insanon ka will ek ho gaya.</w:t>
      </w:r>
      <w:r>
        <w:br/>
      </w:r>
      <w:r>
        <w:rPr>
          <w:sz w:val="20"/>
        </w:rPr>
        <w:t>34:08  yeh zehni hum ahangi ka waqea hai, na ke zehni taqleed ka waqea. asal yeh hai ke haqeeqat nafs ul amri mein ta'addud nahi</w:t>
      </w:r>
      <w:r>
        <w:br/>
      </w:r>
      <w:r>
        <w:rPr>
          <w:sz w:val="20"/>
        </w:rPr>
        <w:t>34:18  hota. is liye jab do insan asal haqeeqat tak pahunch jaen to fitri taur par un ke darmiyan zehni hum ahangi paida ho jati hai.</w:t>
      </w:r>
      <w:r>
        <w:br/>
      </w:r>
      <w:r>
        <w:rPr>
          <w:sz w:val="20"/>
        </w:rPr>
        <w:t>34:27  donon aik doosre ke liye fikri tawam yaani intellectual twin ban jaate hain. tazkiye ke liye rehnama ya murshid lazmi taur par zaroori hai, lekin murshid ki ahmiyat amli hai, na ke aqeeda ti.</w:t>
      </w:r>
      <w:r>
        <w:br/>
      </w:r>
      <w:r>
        <w:rPr>
          <w:sz w:val="20"/>
        </w:rPr>
        <w:t>34:42  murshid ki ahmiyat darasal aik aam sunnatullah ke tehat hai. is sunnatullah ko surah al-zukhruf ki aik ayat mein is tarah bayan kiya gaya hai: wa rafa'na ba'dahum fawqa ba'din darajatin li yattakhidha ba'duhumb ba'dan sukhriya</w:t>
      </w:r>
      <w:r>
        <w:br/>
      </w:r>
      <w:r>
        <w:rPr>
          <w:sz w:val="20"/>
        </w:rPr>
        <w:t>34:59  surah number 43 ayat 32. yaani hum ne aik ko doosre par fawqiyat di hai ta ke woh aik doosre se kaam le.</w:t>
      </w:r>
      <w:r>
        <w:br/>
      </w:r>
      <w:r>
        <w:rPr>
          <w:sz w:val="20"/>
        </w:rPr>
        <w:t>35:08  is ayat ka matlab yeh hai ke Khuda ki yeh sunnat nahi hai ke woh har shakhs ko qaidana sifaat ke sath paida kare. Khuda ki sunnat yeh hai ke woh aik shakhs ko qaid banata hai aur doosron se yeh matloob hota hai ke woh us ki pairwi karen.</w:t>
      </w:r>
      <w:r>
        <w:br/>
      </w:r>
      <w:r>
        <w:rPr>
          <w:sz w:val="20"/>
        </w:rPr>
        <w:t>35:24  Khuda ki sunnat ke mutabiq yahi zindagi ka fitri nizam hai. murshid ka muamla bhi isi sunnatullah ke mutabiq hai. Allah taala khusoosi eh'tam ke zariye kisi ko murshid ke maqam par khara karta hai.</w:t>
      </w:r>
      <w:r>
        <w:br/>
      </w:r>
      <w:r>
        <w:rPr>
          <w:sz w:val="20"/>
        </w:rPr>
        <w:t>35:38  doosron ka fariza yeh hota hai ke woh us ko</w:t>
      </w:r>
      <w:r>
        <w:br/>
      </w:r>
      <w:r>
        <w:rPr>
          <w:sz w:val="20"/>
        </w:rPr>
        <w:t>35:41  pehchanein aur us se mustafeed hote hue tazkiye ka maqsad hasil karen. jo log aisa na karen, woh goya ke fitrat ki aik azmaish mein nakaam ho gae.</w:t>
      </w:r>
      <w:r>
        <w:br/>
      </w:r>
      <w:r>
        <w:rPr>
          <w:sz w:val="20"/>
        </w:rPr>
        <w:t>35:51  murshid ka muamla koi purasrar muamla nahi. yeh aik maloom aqli muamla hai. ghhor o fikr ke zariye is ko samjha ja sakta hai.</w:t>
      </w:r>
      <w:r>
        <w:br/>
      </w:r>
      <w:r>
        <w:rPr>
          <w:sz w:val="20"/>
        </w:rPr>
        <w:t>36:00  murshid se jo cheez milti hai, woh purasrar faiz nahi hai. woh wahi cheez hai jis ko aam taur par tarbiyati mustafida kaha jata hai.</w:t>
      </w:r>
      <w:r>
        <w:br/>
      </w:r>
      <w:r>
        <w:rPr>
          <w:sz w:val="20"/>
        </w:rPr>
        <w:t>36:09  murshid aik zinda rehnama hota hai, na ke purasrar taur par koi muqaddas shakhsiyat. tazkiye ke liye Rabb ki ahmiyat.</w:t>
      </w:r>
    </w:p>
    <w:p>
      <w:pPr>
        <w:pStyle w:val="Heading2"/>
      </w:pPr>
      <w:r>
        <w:t>Defining spirituality: heart vs mind</w:t>
      </w:r>
    </w:p>
    <w:p>
      <w:r>
        <w:rPr>
          <w:color w:val="666666"/>
          <w:sz w:val="18"/>
        </w:rPr>
        <w:t>Islam and Sufism, Islam and Spirituality (Group of Gothers) - Maulana Wahiduddin Khan · 5m 49s · at 2:44 · https://youtu.be/yuxUUlOqZLM?t=164</w:t>
      </w:r>
    </w:p>
    <w:p>
      <w:r>
        <w:rPr>
          <w:i/>
        </w:rPr>
        <w:t>“Now what is Sufism, and what is spirituality?”</w:t>
      </w:r>
    </w:p>
    <w:p>
      <w:r>
        <w:rPr>
          <w:sz w:val="20"/>
        </w:rPr>
        <w:t>2:44  now what is sufism, or what is spirituality?</w:t>
      </w:r>
      <w:r>
        <w:br/>
      </w:r>
      <w:r>
        <w:rPr>
          <w:sz w:val="20"/>
        </w:rPr>
        <w:t>2:53  i would like to say that man has two different aspects, physical aspect and spiritual aspect.</w:t>
      </w:r>
      <w:r>
        <w:br/>
      </w:r>
      <w:r>
        <w:rPr>
          <w:sz w:val="20"/>
        </w:rPr>
        <w:t>3:06  in physical terms, we need food every day to maintain our physical health.</w:t>
      </w:r>
      <w:r>
        <w:br/>
      </w:r>
      <w:r>
        <w:rPr>
          <w:sz w:val="20"/>
        </w:rPr>
        <w:t>3:16  we need physical food.</w:t>
      </w:r>
      <w:r>
        <w:br/>
      </w:r>
      <w:r>
        <w:rPr>
          <w:sz w:val="20"/>
        </w:rPr>
        <w:t>3:23  so is the case of our inner personality, that is soul. we need spiritual food to maintain the health of spiritual being.</w:t>
      </w:r>
      <w:r>
        <w:br/>
      </w:r>
      <w:r>
        <w:rPr>
          <w:sz w:val="20"/>
        </w:rPr>
        <w:t>3:41  so this is the definition of spirituality according to islam.</w:t>
      </w:r>
      <w:r>
        <w:br/>
      </w:r>
      <w:r>
        <w:rPr>
          <w:sz w:val="20"/>
        </w:rPr>
        <w:t>3:49  and this kind of nourishment is needed every day. you need every day some physical food to maintain your physical health.</w:t>
      </w:r>
      <w:r>
        <w:br/>
      </w:r>
      <w:r>
        <w:rPr>
          <w:sz w:val="20"/>
        </w:rPr>
        <w:t>4:02  so is the case of spirituality. every day you need spiritual food to maintain your.</w:t>
      </w:r>
      <w:r>
        <w:br/>
      </w:r>
      <w:r>
        <w:rPr>
          <w:sz w:val="20"/>
        </w:rPr>
        <w:t>4:13  to maintain the health of our soul.</w:t>
      </w:r>
      <w:r>
        <w:br/>
      </w:r>
      <w:r>
        <w:rPr>
          <w:sz w:val="20"/>
        </w:rPr>
        <w:t>4:19  it is a daily basis feeding. then according to my study and my experience, there are two different kinds of sufism or spirituality.</w:t>
      </w:r>
      <w:r>
        <w:br/>
      </w:r>
      <w:r>
        <w:rPr>
          <w:sz w:val="20"/>
        </w:rPr>
        <w:t>4:39  one is based on heart, and the other one is based on mind.</w:t>
      </w:r>
      <w:r>
        <w:br/>
      </w:r>
      <w:r>
        <w:rPr>
          <w:sz w:val="20"/>
        </w:rPr>
        <w:t>4:47  traditional sufism or traditional spirituality is based on heart. heart based spirituality believes that in your heart, your heart is a</w:t>
      </w:r>
      <w:r>
        <w:br/>
      </w:r>
      <w:r>
        <w:rPr>
          <w:sz w:val="20"/>
        </w:rPr>
        <w:t>5:04  treasure of spirituality.</w:t>
      </w:r>
      <w:r>
        <w:br/>
      </w:r>
      <w:r>
        <w:rPr>
          <w:sz w:val="20"/>
        </w:rPr>
        <w:t>5:10  your heart is a treasure of spirituality. so you need nothing but to unfold this treasure, this hidden treasure.</w:t>
      </w:r>
      <w:r>
        <w:br/>
      </w:r>
      <w:r>
        <w:rPr>
          <w:sz w:val="20"/>
        </w:rPr>
        <w:t>5:22  so they practice what is called muraqabah or meditation.</w:t>
      </w:r>
      <w:r>
        <w:br/>
      </w:r>
      <w:r>
        <w:rPr>
          <w:sz w:val="20"/>
        </w:rPr>
        <w:t>5:30  muraqabah means dhikr and inner, and inner, inner muraqabah.</w:t>
      </w:r>
      <w:r>
        <w:br/>
      </w:r>
      <w:r>
        <w:rPr>
          <w:sz w:val="20"/>
        </w:rPr>
        <w:t>5:46  for example, the sufi practice like this: la ilaha illallah, la ilaha illallah.</w:t>
      </w:r>
      <w:r>
        <w:br/>
      </w:r>
      <w:r>
        <w:rPr>
          <w:sz w:val="20"/>
        </w:rPr>
        <w:t>5:56  this is an example. they by this practices, they invoke the inner ability, and they believe that by invoking this inner treasure or ability,</w:t>
      </w:r>
      <w:r>
        <w:br/>
      </w:r>
      <w:r>
        <w:rPr>
          <w:sz w:val="20"/>
        </w:rPr>
        <w:t>6:17  they will find spiritual, spirituality. but i don't believe this kind of spirituality.</w:t>
      </w:r>
      <w:r>
        <w:br/>
      </w:r>
      <w:r>
        <w:rPr>
          <w:sz w:val="20"/>
        </w:rPr>
        <w:t>6:28  why? you know, in our modern age, science has corrected so many notions.</w:t>
      </w:r>
      <w:r>
        <w:br/>
      </w:r>
      <w:r>
        <w:rPr>
          <w:sz w:val="20"/>
        </w:rPr>
        <w:t>6:39  for example, in previous centuries, people were believing in in geo-centric theory.</w:t>
      </w:r>
      <w:r>
        <w:br/>
      </w:r>
      <w:r>
        <w:rPr>
          <w:sz w:val="20"/>
        </w:rPr>
        <w:t>6:48  Now it is discarded. Now we believe in heliocentric theory. So is the case of spirituality. You know, scientists that is show that heart is nothing but a center of spirit circulation of blood.</w:t>
      </w:r>
      <w:r>
        <w:br/>
      </w:r>
      <w:r>
        <w:rPr>
          <w:sz w:val="20"/>
        </w:rPr>
        <w:t>7:08  thats all. there is no thinking in heart. the center of thinking is our mind. so i believe that the true spirituality is mind based spirituality.</w:t>
      </w:r>
      <w:r>
        <w:br/>
      </w:r>
      <w:r>
        <w:rPr>
          <w:sz w:val="20"/>
        </w:rPr>
        <w:t>7:25  nao if you practice heart based spirituality, the end is ecstasy or wajd.</w:t>
      </w:r>
      <w:r>
        <w:br/>
      </w:r>
      <w:r>
        <w:rPr>
          <w:sz w:val="20"/>
        </w:rPr>
        <w:t>7:38  through this kind of practices, you reach to a state that is called wajd or is ecstasy.</w:t>
      </w:r>
      <w:r>
        <w:br/>
      </w:r>
      <w:r>
        <w:rPr>
          <w:sz w:val="20"/>
        </w:rPr>
        <w:t>7:49  what is ecstasy? what is ecstasy? ecstasy is going into the state of unconsciousness.</w:t>
      </w:r>
      <w:r>
        <w:br/>
      </w:r>
      <w:r>
        <w:rPr>
          <w:sz w:val="20"/>
        </w:rPr>
        <w:t>8:04  it is, it is like, like every animal lives in this kind of ecstasy. so i dont think that this is, this is the true spirituality.</w:t>
      </w:r>
      <w:r>
        <w:br/>
      </w:r>
      <w:r>
        <w:rPr>
          <w:sz w:val="20"/>
        </w:rPr>
        <w:t>8:17  this is a reduced form of spirituality. so i believe in in that kind of spirituality that is based on mind, mind based spirituality.</w:t>
      </w:r>
    </w:p>
    <w:p>
      <w:pPr>
        <w:pStyle w:val="Heading2"/>
      </w:pPr>
      <w:r>
        <w:t>Women's rights and leadership in Islam</w:t>
      </w:r>
    </w:p>
    <w:p>
      <w:r>
        <w:rPr>
          <w:color w:val="666666"/>
          <w:sz w:val="18"/>
        </w:rPr>
        <w:t>Interaction with German Delegation January 4, 2020 · 3m 12s · at 18:19 · https://youtu.be/eWcszNLZK1U?t=1099</w:t>
      </w:r>
    </w:p>
    <w:p>
      <w:r>
        <w:rPr>
          <w:i/>
        </w:rPr>
        <w:t>“Islam. There is a lot of freedom for the woman.”</w:t>
      </w:r>
    </w:p>
    <w:p>
      <w:r>
        <w:rPr>
          <w:sz w:val="20"/>
        </w:rPr>
        <w:t>18:19  Islam. There is a lot of freedom for the woman. But as your question is, but then in a Christian religion also, there is a lot of freedom for the woman.</w:t>
      </w:r>
      <w:r>
        <w:br/>
      </w:r>
      <w:r>
        <w:rPr>
          <w:sz w:val="20"/>
        </w:rPr>
        <w:t>18:34  But how do you? Rights.</w:t>
      </w:r>
      <w:r>
        <w:br/>
      </w:r>
      <w:r>
        <w:rPr>
          <w:sz w:val="20"/>
        </w:rPr>
        <w:t>18:37  Rights. Yeah, rights. Freedom for the rights and freedom. Correct. But how do you explain the position of the woman now?</w:t>
      </w:r>
      <w:r>
        <w:br/>
      </w:r>
      <w:r>
        <w:rPr>
          <w:sz w:val="20"/>
        </w:rPr>
        <w:t>19:01  Can a woman an imam? An imam in wh</w:t>
      </w:r>
      <w:r>
        <w:br/>
      </w:r>
      <w:r>
        <w:rPr>
          <w:sz w:val="20"/>
        </w:rPr>
        <w:t>19:05  y not? So that is the some of the rights of this woman. Is this not then? Yes. A woman can lead.</w:t>
      </w:r>
      <w:r>
        <w:br/>
      </w:r>
      <w:r>
        <w:rPr>
          <w:sz w:val="20"/>
        </w:rPr>
        <w:t>19:19  A woman can lead prayers when only women are praying. This is the jurist's stand.</w:t>
      </w:r>
      <w:r>
        <w:br/>
      </w:r>
      <w:r>
        <w:rPr>
          <w:sz w:val="20"/>
        </w:rPr>
        <w:t>19:27  Because when men are praying, then the imam should be man. But when women are praying, the woman can pray now.</w:t>
      </w:r>
      <w:r>
        <w:br/>
      </w:r>
      <w:r>
        <w:rPr>
          <w:sz w:val="20"/>
        </w:rPr>
        <w:t>19:38  But now these days, there are some mosques that have also been built in which women are in charge, and they lead the prayer.</w:t>
      </w:r>
      <w:r>
        <w:br/>
      </w:r>
      <w:r>
        <w:rPr>
          <w:sz w:val="20"/>
        </w:rPr>
        <w:t>19:49  But this is not the Islamic stand.</w:t>
      </w:r>
      <w:r>
        <w:br/>
      </w:r>
      <w:r>
        <w:rPr>
          <w:sz w:val="20"/>
        </w:rPr>
        <w:t>19:53  In Islamic stand, when only women are praying, then a woman can lead the prayer.</w:t>
      </w:r>
      <w:r>
        <w:br/>
      </w:r>
      <w:r>
        <w:rPr>
          <w:sz w:val="20"/>
        </w:rPr>
        <w:t>20:03  I wanted to say that she has freedom in all other activities like business activity, job activity, and other activities.</w:t>
      </w:r>
      <w:r>
        <w:br/>
      </w:r>
      <w:r>
        <w:rPr>
          <w:sz w:val="20"/>
        </w:rPr>
        <w:t>20:15  matlab in religious activities. lekin</w:t>
      </w:r>
      <w:r>
        <w:br/>
      </w:r>
      <w:r>
        <w:rPr>
          <w:sz w:val="20"/>
        </w:rPr>
        <w:t>20:19  there are some ritual acts which are usually attributed to men. It is usual.</w:t>
      </w:r>
      <w:r>
        <w:br/>
      </w:r>
      <w:r>
        <w:rPr>
          <w:sz w:val="20"/>
        </w:rPr>
        <w:t>20:28  The men won't accept women.</w:t>
      </w:r>
      <w:r>
        <w:br/>
      </w:r>
      <w:r>
        <w:rPr>
          <w:sz w:val="20"/>
        </w:rPr>
        <w:t>20:34  This is the problem. It is not permitted in Islam, in the Quran. But it is only with the acceptance of men.</w:t>
      </w:r>
      <w:r>
        <w:br/>
      </w:r>
      <w:r>
        <w:rPr>
          <w:sz w:val="20"/>
        </w:rPr>
        <w:t>20:43  Only then women can lead the prayer.</w:t>
      </w:r>
      <w:r>
        <w:br/>
      </w:r>
      <w:r>
        <w:rPr>
          <w:sz w:val="20"/>
        </w:rPr>
        <w:t>20:47  I just want to add one thing. In CPS International, the status of woman is greater than men. Well, on this stage, there are four CPS members.</w:t>
      </w:r>
      <w:r>
        <w:br/>
      </w:r>
      <w:r>
        <w:rPr>
          <w:sz w:val="20"/>
        </w:rPr>
        <w:t>20:57  There is only one man and three women. And interestingly, if you meet the CPS, I would say departmental heads, whether it is editorial or printing, publishing, in most of their roles, it is the woman who is at the forefront</w:t>
      </w:r>
      <w:r>
        <w:br/>
      </w:r>
      <w:r>
        <w:rPr>
          <w:sz w:val="20"/>
        </w:rPr>
        <w:t>21:12  . So men follow the women. So it's a</w:t>
      </w:r>
      <w:r>
        <w:br/>
      </w:r>
      <w:r>
        <w:rPr>
          <w:sz w:val="20"/>
        </w:rPr>
        <w:t>21:20  okay. So I think we've had a wonderful session with all of you. Thank you so much. I think the environment is completely spiritual.</w:t>
      </w:r>
    </w:p>
    <w:p>
      <w:pPr>
        <w:pStyle w:val="Heading2"/>
      </w:pPr>
      <w:r>
        <w:t>Origin of human hatred from Adam to present</w:t>
      </w:r>
    </w:p>
    <w:p>
      <w:r>
        <w:rPr>
          <w:color w:val="666666"/>
          <w:sz w:val="18"/>
        </w:rPr>
        <w:t>From the Spiritual Tree August 31, 2008 · 5m 31s · at 13:18 · https://youtu.be/yqFdYWdODM0?t=798</w:t>
      </w:r>
    </w:p>
    <w:p>
      <w:r>
        <w:rPr>
          <w:i/>
        </w:rPr>
        <w:t>“Until Adam ate the forbidden fruit.”</w:t>
      </w:r>
    </w:p>
    <w:p>
      <w:r>
        <w:rPr>
          <w:sz w:val="20"/>
        </w:rPr>
        <w:t>13:18  yahan tak ke adam ne forbidden tree ka phal kha liya. aur phir wahan se woh nikale gaye. aur is planet earth par basaye gaye woh.</w:t>
      </w:r>
      <w:r>
        <w:br/>
      </w:r>
      <w:r>
        <w:rPr>
          <w:sz w:val="20"/>
        </w:rPr>
        <w:t>13:29  to quran mein bataya gaya hai, yeh baat quran mein teen jagah hai. yani chapter al-baqarah, chapter al-araf aur chapter taha.</w:t>
      </w:r>
      <w:r>
        <w:br/>
      </w:r>
      <w:r>
        <w:rPr>
          <w:sz w:val="20"/>
        </w:rPr>
        <w:t>13:42  ke allah taala ne jab insan ko aur satan ko dono ko is zameen par bheja to kaha ke "ba'dukum li ba'din 'aduw".</w:t>
      </w:r>
      <w:r>
        <w:br/>
      </w:r>
      <w:r>
        <w:rPr>
          <w:sz w:val="20"/>
        </w:rPr>
        <w:t>13:54  tum aik doosre ke dushman ho gaye. yani insan dushman hoga satan ka. satan dushman hoga insan ka.</w:t>
      </w:r>
      <w:r>
        <w:br/>
      </w:r>
      <w:r>
        <w:rPr>
          <w:sz w:val="20"/>
        </w:rPr>
        <w:t>14:05  yahan se zindagi ki story shuru hoti hai. yahan se insan ki history shuru hoti hai. insan shuru hote hi hai enmity se, dushmani se.</w:t>
      </w:r>
      <w:r>
        <w:br/>
      </w:r>
      <w:r>
        <w:rPr>
          <w:sz w:val="20"/>
        </w:rPr>
        <w:t>14:19  yani pehle hi din allah taala ne bataya insan ko, insan ko nahi, adam ko ke "tumhara" yani tumhare aur shaitan ke darmiyan eternal enmity hogi.</w:t>
      </w:r>
      <w:r>
        <w:br/>
      </w:r>
      <w:r>
        <w:rPr>
          <w:sz w:val="20"/>
        </w:rPr>
        <w:t>14:35  yahi tumhara test hai. is ke baad dekhiye kya hua? jannat se nikalne ke baad doosra jo phase tha woh habel qabil ka tha.</w:t>
      </w:r>
      <w:r>
        <w:br/>
      </w:r>
      <w:r>
        <w:rPr>
          <w:sz w:val="20"/>
        </w:rPr>
        <w:t>14:50  yani jannat ke andar bhi shaitan ne dushmani ki insan ke sath. mislead kiya is ko. phir jab bahar aaye to un ke bete thay adam ke, habel aur qabil.</w:t>
      </w:r>
      <w:r>
        <w:br/>
      </w:r>
      <w:r>
        <w:rPr>
          <w:sz w:val="20"/>
        </w:rPr>
        <w:t>15:05  dobara kya hua ke satan ne behkaya qabil ko. aur qabil ne maar dala habel ko. dono sagay bhai thay.</w:t>
      </w:r>
      <w:r>
        <w:br/>
      </w:r>
      <w:r>
        <w:rPr>
          <w:sz w:val="20"/>
        </w:rPr>
        <w:t>15:17  dono sagay bhai thay. is se aik bohat bari baat maloom hoti hai. woh bhi quran mein milti hai hum ko. quran mein yeh bataya gaya hai ke satan jo hai,</w:t>
      </w:r>
      <w:r>
        <w:br/>
      </w:r>
      <w:r>
        <w:rPr>
          <w:sz w:val="20"/>
        </w:rPr>
        <w:t>15:31  kya karega duniya mein? insan ke sath duniya mein kya karega woh? woh yeh karega ke woh jo insan ke andar jo enmity hai satan ke liye, us ko divert kar dega.</w:t>
      </w:r>
      <w:r>
        <w:br/>
      </w:r>
      <w:r>
        <w:rPr>
          <w:sz w:val="20"/>
        </w:rPr>
        <w:t>15:50  us ko bohat samjhiye aap. bohat samajhne ki baat hai. insan ke andar khuda ne rakha tha ke woh satan ko apna dushman samjhe.</w:t>
      </w:r>
      <w:r>
        <w:br/>
      </w:r>
      <w:r>
        <w:rPr>
          <w:sz w:val="20"/>
        </w:rPr>
        <w:t>16:02  kyun ke wohi behkayega, wohi mislead karega. to satan ke liye insan ke andar pehle din se dushmani thi, enmity thi.</w:t>
      </w:r>
      <w:r>
        <w:br/>
      </w:r>
      <w:r>
        <w:rPr>
          <w:sz w:val="20"/>
        </w:rPr>
        <w:t>16:17  lekin satan kya karega? yeh kya kar raha hai? us ko woh divert kar raha hai insan ki taraf. yani man versus satan jo cheez thi, us ko woh man versus man bana raha hai.</w:t>
      </w:r>
      <w:r>
        <w:br/>
      </w:r>
      <w:r>
        <w:rPr>
          <w:sz w:val="20"/>
        </w:rPr>
        <w:t>16:32  yeh poori history mein zoroastrianism ne jo kaha tha ke "the world is a perpetual background".</w:t>
      </w:r>
      <w:r>
        <w:br/>
      </w:r>
      <w:r>
        <w:rPr>
          <w:sz w:val="20"/>
        </w:rPr>
        <w:t>16:41  battlefield. "the world is a perpetual battlefield between good and evil forces". to woh is silsile mein sahi hai. to jo insan ke andar jo jazba rakha gaya tha satan ke against mein,</w:t>
      </w:r>
      <w:r>
        <w:br/>
      </w:r>
      <w:r>
        <w:rPr>
          <w:sz w:val="20"/>
        </w:rPr>
        <w:t>16:56  to satan ne kya kar diya? us ko insan ke against mein bana diya.</w:t>
      </w:r>
      <w:r>
        <w:br/>
      </w:r>
      <w:r>
        <w:rPr>
          <w:sz w:val="20"/>
        </w:rPr>
        <w:t>17:02  yani man versus satan tha.</w:t>
      </w:r>
      <w:r>
        <w:br/>
      </w:r>
      <w:r>
        <w:rPr>
          <w:sz w:val="20"/>
        </w:rPr>
        <w:t>17:08  aur is ko shaitan ne kar diya man versus man bana diya. bohat hi successful tareeqay se bana diya. yahan tak ke habel qabil se le kar ab tak saare insaan lad rahe hain aapas mein.</w:t>
      </w:r>
      <w:r>
        <w:br/>
      </w:r>
      <w:r>
        <w:rPr>
          <w:sz w:val="20"/>
        </w:rPr>
        <w:t>17:19  yani insaan satan se lade, yeh nahi hua. bohat kam hua. insaan insaan se lade, yeh bar bar ho raha hai. to quran mein ek ayat hai ke shaitan yeh chahta hai ke tumhare andar</w:t>
      </w:r>
      <w:r>
        <w:br/>
      </w:r>
      <w:r>
        <w:rPr>
          <w:sz w:val="20"/>
        </w:rPr>
        <w:t>17:42  bughz aur adawat ko bharkaye. yuko bainakum al adawat wal bughza.</w:t>
      </w:r>
      <w:r>
        <w:br/>
      </w:r>
      <w:r>
        <w:rPr>
          <w:sz w:val="20"/>
        </w:rPr>
        <w:t>17:52  al shaitan yureed an yoka baina kum al adawat wal bughza. yeh sab aisi ayatein aisi hain? ji aisi hain. yani shaitan chahta hai ke tumhare aapas mein, yani insaan ke aapas mein,</w:t>
      </w:r>
      <w:r>
        <w:br/>
      </w:r>
      <w:r>
        <w:rPr>
          <w:sz w:val="20"/>
        </w:rPr>
        <w:t>18:11  bharkaye. satan seeks to strip enmity and hatred among you.</w:t>
      </w:r>
      <w:r>
        <w:br/>
      </w:r>
      <w:r>
        <w:rPr>
          <w:sz w:val="20"/>
        </w:rPr>
        <w:t>18:27  yani is woh jo insaan ke andar rakha gaya tha jazba satan ke khilaaf, us ko divert kar ke insaan ke khilaaf kar de.</w:t>
      </w:r>
      <w:r>
        <w:br/>
      </w:r>
      <w:r>
        <w:rPr>
          <w:sz w:val="20"/>
        </w:rPr>
        <w:t>18:39  yeh is ka maqsad hai. yani man versus satan ke jazbe ko man versus man bana de woh.</w:t>
      </w:r>
    </w:p>
    <w:p>
      <w:pPr>
        <w:pStyle w:val="Heading2"/>
      </w:pPr>
      <w:r>
        <w:t>from his Islamic mission to how science supports spirituality</w:t>
      </w:r>
    </w:p>
    <w:p>
      <w:r>
        <w:rPr>
          <w:color w:val="666666"/>
          <w:sz w:val="18"/>
        </w:rPr>
        <w:t>Interview Session with Maulana Wahiduddin Khan January 30, 2008 · 3m 28s · at 10:44 · https://youtu.be/o8Gpe9YMuZc?t=644</w:t>
      </w:r>
    </w:p>
    <w:p>
      <w:r>
        <w:rPr>
          <w:i/>
        </w:rPr>
        <w:t>“I have found spirituality in Islam.”</w:t>
      </w:r>
    </w:p>
    <w:p>
      <w:r>
        <w:rPr>
          <w:sz w:val="20"/>
        </w:rPr>
        <w:t>10:44  i have found spirituality in islam.</w:t>
      </w:r>
      <w:r>
        <w:br/>
      </w:r>
      <w:r>
        <w:rPr>
          <w:sz w:val="20"/>
        </w:rPr>
        <w:t>10:49  my spirituality is based in islam. islam means god oriented life, god oriented thinking, god oriented activities.</w:t>
      </w:r>
      <w:r>
        <w:br/>
      </w:r>
      <w:r>
        <w:rPr>
          <w:sz w:val="20"/>
        </w:rPr>
        <w:t>11:04  so islam means making god your supreme concern, and this is the source of my spirituality.</w:t>
      </w:r>
      <w:r>
        <w:br/>
      </w:r>
      <w:r>
        <w:rPr>
          <w:sz w:val="20"/>
        </w:rPr>
        <w:t>11:15  without god, spirituality is root less, no base. so that is a reduced form of spirituality.</w:t>
      </w:r>
      <w:r>
        <w:br/>
      </w:r>
      <w:r>
        <w:rPr>
          <w:sz w:val="20"/>
        </w:rPr>
        <w:t>11:26  so as far as my self is concerned, i have found my spirituality, my spiritual roots in islam.</w:t>
      </w:r>
      <w:r>
        <w:br/>
      </w:r>
      <w:r>
        <w:rPr>
          <w:sz w:val="20"/>
        </w:rPr>
        <w:t>11:36  islam is not my only religion, but islam is for me. islam is the source of my spirituality, or other words, source of my inner spirit, my inner strength, my inner energy.</w:t>
      </w:r>
      <w:r>
        <w:br/>
      </w:r>
      <w:r>
        <w:rPr>
          <w:sz w:val="20"/>
        </w:rPr>
        <w:t>11:51  all these things i have drive from islam. what does science say about spirituality? does it support spirituality?</w:t>
      </w:r>
      <w:r>
        <w:br/>
      </w:r>
      <w:r>
        <w:rPr>
          <w:sz w:val="20"/>
        </w:rPr>
        <w:t>12:04  so spirituality is not the subject of science. no, not at all. science, the research of science, always goes on, in, in quantitative things.</w:t>
      </w:r>
      <w:r>
        <w:br/>
      </w:r>
      <w:r>
        <w:rPr>
          <w:sz w:val="20"/>
        </w:rPr>
        <w:t>12:25  so spirituality is a, is a qualitative discipline, and science, and the domain of science is quantitative field.</w:t>
      </w:r>
      <w:r>
        <w:br/>
      </w:r>
      <w:r>
        <w:rPr>
          <w:sz w:val="20"/>
        </w:rPr>
        <w:t>12:41  so both are two different disciplines.</w:t>
      </w:r>
      <w:r>
        <w:br/>
      </w:r>
      <w:r>
        <w:rPr>
          <w:sz w:val="20"/>
        </w:rPr>
        <w:t>12:44  bat according to my experience, in an indirect, indirect way, science supports spirituality.</w:t>
      </w:r>
      <w:r>
        <w:br/>
      </w:r>
      <w:r>
        <w:rPr>
          <w:sz w:val="20"/>
        </w:rPr>
        <w:t>12:58  in an indirect way, why? because science discovers the secret of nature</w:t>
      </w:r>
      <w:r>
        <w:br/>
      </w:r>
      <w:r>
        <w:rPr>
          <w:sz w:val="20"/>
        </w:rPr>
        <w:t>13:06  . science discloses the inner laws of nature.</w:t>
      </w:r>
      <w:r>
        <w:br/>
      </w:r>
      <w:r>
        <w:rPr>
          <w:sz w:val="20"/>
        </w:rPr>
        <w:t>13:16  and what is this nature? nature is the creation of god. so all those divine signs are hidden in nature.</w:t>
      </w:r>
      <w:r>
        <w:br/>
      </w:r>
      <w:r>
        <w:rPr>
          <w:sz w:val="20"/>
        </w:rPr>
        <w:t>13:26  all those things that are divine sign, s i g n, they are hidden in nature.</w:t>
      </w:r>
      <w:r>
        <w:br/>
      </w:r>
      <w:r>
        <w:rPr>
          <w:sz w:val="20"/>
        </w:rPr>
        <w:t>13:33  so when science discovers nature, it also discover the sign of god. all those, it is not main concern of science, but in indirect way, it discovers and discloses the signs of god.</w:t>
      </w:r>
      <w:r>
        <w:br/>
      </w:r>
      <w:r>
        <w:rPr>
          <w:sz w:val="20"/>
        </w:rPr>
        <w:t>13:51  so in this sense, science is a great helper towards spirituality. and i have discovered science in this sense.</w:t>
      </w:r>
      <w:r>
        <w:br/>
      </w:r>
      <w:r>
        <w:rPr>
          <w:sz w:val="20"/>
        </w:rPr>
        <w:t>14:02  my spirituality is greatly based in scientific discoveries.</w:t>
      </w:r>
    </w:p>
    <w:p>
      <w:pPr>
        <w:pStyle w:val="Heading2"/>
      </w:pPr>
      <w:r>
        <w:t>9/11, the Sears Tower, and why ideology alone conquers</w:t>
      </w:r>
    </w:p>
    <w:p>
      <w:r>
        <w:rPr>
          <w:color w:val="666666"/>
          <w:sz w:val="18"/>
        </w:rPr>
        <w:t>America A Case of Spiritual Starvaltion July 7, 2011 · 6m 03s · at 26:18 · https://youtu.be/N8JYD2P3QYE?t=1578</w:t>
      </w:r>
    </w:p>
    <w:p>
      <w:r>
        <w:rPr>
          <w:i/>
        </w:rPr>
        <w:t>“I went to see the Sears Tower in Chicago”</w:t>
      </w:r>
    </w:p>
    <w:p>
      <w:r>
        <w:rPr>
          <w:sz w:val="20"/>
        </w:rPr>
        <w:t>26:18  main Chicago gaya. Chicago jo hai, bohat hi well known city hai America ka, to wahan par Sears Tower hai, jis ki stories hain 103, 103 manzilein hain,</w:t>
      </w:r>
      <w:r>
        <w:br/>
      </w:r>
      <w:r>
        <w:rPr>
          <w:sz w:val="20"/>
        </w:rPr>
        <w:t>26:35  bohat hi ooncha. to maine ek parhe likhe aadmi se poocha ke is ko dekh kar aap ne kya kya sabak liya?</w:t>
      </w:r>
      <w:r>
        <w:br/>
      </w:r>
      <w:r>
        <w:rPr>
          <w:sz w:val="20"/>
        </w:rPr>
        <w:t>26:48  ek parhe likhe aadmi se maine poocha ke is ko dekh kar kya sabak liya aap ne? to idhar udhar ki baaten karne laga woh.</w:t>
      </w:r>
      <w:r>
        <w:br/>
      </w:r>
      <w:r>
        <w:rPr>
          <w:sz w:val="20"/>
        </w:rPr>
        <w:t>26:57  maine kaha ke dekhen, maine kya sabak liya hai, batata hoon aap ko.</w:t>
      </w:r>
      <w:r>
        <w:br/>
      </w:r>
      <w:r>
        <w:rPr>
          <w:sz w:val="20"/>
        </w:rPr>
        <w:t>27:03  maine sabak yeh liya ke aap ko maloom hai ke September 11 jo hai, 2001 mein New York mein ek waqea hua tha.</w:t>
      </w:r>
      <w:r>
        <w:br/>
      </w:r>
      <w:r>
        <w:rPr>
          <w:sz w:val="20"/>
        </w:rPr>
        <w:t>27:16  New York mein ek World Trade Tower tha, bohat ooncha. main is par bhi charha hoon, ooper ja kar ke neechay ka insaan jo bilkul dwarf dikhai deta tha, woh ek tone building thi.</w:t>
      </w:r>
      <w:r>
        <w:br/>
      </w:r>
      <w:r>
        <w:rPr>
          <w:sz w:val="20"/>
        </w:rPr>
        <w:t>27:30  woh aaj woh nahin hai kyunke September 11, 2001 mein hua jahaz takra kar us ko destroy kar diya gaya.</w:t>
      </w:r>
      <w:r>
        <w:br/>
      </w:r>
      <w:r>
        <w:rPr>
          <w:sz w:val="20"/>
        </w:rPr>
        <w:t>27:42  ab mein jab gaya wahan par, wahan bulba bhi is ka nahi tha.</w:t>
      </w:r>
      <w:r>
        <w:br/>
      </w:r>
      <w:r>
        <w:rPr>
          <w:sz w:val="20"/>
        </w:rPr>
        <w:t>27:46  ab is ko ground zero kehte hain, wahan par ground zero. to wahan par 2001 se pehle aik bohat oonchi building khari hui thi, jo america ki glory ka aik goya nishan tha.</w:t>
      </w:r>
      <w:r>
        <w:br/>
      </w:r>
      <w:r>
        <w:rPr>
          <w:sz w:val="20"/>
        </w:rPr>
        <w:t>28:06  to is ko mita diya unhon ne, jo jo america ko dushman samajhte hain, america ko samajhte hain ke bohat bura hai, yeh evil hai, yeh devil hai.</w:t>
      </w:r>
      <w:r>
        <w:br/>
      </w:r>
      <w:r>
        <w:rPr>
          <w:sz w:val="20"/>
        </w:rPr>
        <w:t>28:16  to mein jab dekha yahan par Sears Tower ko to mujhe yaad aaya ke British, British jo culture hai, is mein aik kaha jata hai ke agar aik king mar jaye to wahan kehte hain woh ke "The king is dead,</w:t>
      </w:r>
      <w:r>
        <w:br/>
      </w:r>
      <w:r>
        <w:rPr>
          <w:sz w:val="20"/>
        </w:rPr>
        <w:t>28:37  "Long live the king" yani badshah to mar gaya, lekin badshahat waqe hai, woh chal rahi hai.</w:t>
      </w:r>
      <w:r>
        <w:br/>
      </w:r>
      <w:r>
        <w:rPr>
          <w:sz w:val="20"/>
        </w:rPr>
        <w:t>28:48  da king is dead, long live da king" to mein ne kaha ke yahi mujhe yaad aaya yahan par ke aap ne yani jo log america ko samajhte the ke yeh devil hai, new york tower ko aap ne destroy kar diya.</w:t>
      </w:r>
      <w:r>
        <w:br/>
      </w:r>
      <w:r>
        <w:rPr>
          <w:sz w:val="20"/>
        </w:rPr>
        <w:t>29:03  dekhein, chicago tower phir bhi khara hua hai, isi shan o shaukat ke sath, is se bhi ooncha hai. woh</w:t>
      </w:r>
      <w:r>
        <w:br/>
      </w:r>
      <w:r>
        <w:rPr>
          <w:sz w:val="20"/>
        </w:rPr>
        <w:t>29:09  to mein ne kaha ke ke american yani isi ko le kar mein ne kaha ke "American glory is destroyed, American glory is demolished, long live the American glory"</w:t>
      </w:r>
      <w:r>
        <w:br/>
      </w:r>
      <w:r>
        <w:rPr>
          <w:sz w:val="20"/>
        </w:rPr>
        <w:t>29:29  yani "American glory is demolished, long live the American glory". is se mein ne aik bohat bari cheez daryaft ki,</w:t>
      </w:r>
      <w:r>
        <w:br/>
      </w:r>
      <w:r>
        <w:rPr>
          <w:sz w:val="20"/>
        </w:rPr>
        <w:t>29:38  woh yeh hai ke kisi ko aap material nuqsan pohncha kar is ko destroy nahi kar sakte, impossible hai.</w:t>
      </w:r>
      <w:r>
        <w:br/>
      </w:r>
      <w:r>
        <w:rPr>
          <w:sz w:val="20"/>
        </w:rPr>
        <w:t>29:49  poori tareekh mein mere samne aa gayi. dekhein, tatariyon ne terveen sadi mein musalmanon ke abbas empire ko destroy kiya tha.</w:t>
      </w:r>
      <w:r>
        <w:br/>
      </w:r>
      <w:r>
        <w:rPr>
          <w:sz w:val="20"/>
        </w:rPr>
        <w:t>30:00  to kya muslim empire destroy ho gaya? phir woh qaim ho gaya? khud tatariyon ko is ne absorb kar liya apne andar.</w:t>
      </w:r>
      <w:r>
        <w:br/>
      </w:r>
      <w:r>
        <w:rPr>
          <w:sz w:val="20"/>
        </w:rPr>
        <w:t>30:09  wahan unhon ne halab se le kar ke samarqand tak masjidon ko dhaya, buildingon ko dhaya, logon ko mara.</w:t>
      </w:r>
      <w:r>
        <w:br/>
      </w:r>
      <w:r>
        <w:rPr>
          <w:sz w:val="20"/>
        </w:rPr>
        <w:t>30:20  lekin bohat jald muslim empire phir qaim ho gaya. aise aap dekhiye, khud america ne japan ko bombarding kar ke tabah kiya,</w:t>
      </w:r>
      <w:r>
        <w:br/>
      </w:r>
      <w:r>
        <w:rPr>
          <w:sz w:val="20"/>
        </w:rPr>
        <w:t>30:35  first second world war mein. aaj japan phir khara hua hai, economic super power bana hua hai. to buildingon ke dhane se ya kahin society bombing karne se aap kisi ko khatam nahi kar sakte.</w:t>
      </w:r>
      <w:r>
        <w:br/>
      </w:r>
      <w:r>
        <w:rPr>
          <w:sz w:val="20"/>
        </w:rPr>
        <w:t>30:49  kitni bari yeh fallacy hai jis mein log jee rahe hain. society bombing karenge ya koi building utha denge to kya ke aap is ko khatam kar denge?</w:t>
      </w:r>
      <w:r>
        <w:br/>
      </w:r>
      <w:r>
        <w:rPr>
          <w:sz w:val="20"/>
        </w:rPr>
        <w:t>31:02  kabhi nahi khatam ho sakta aur na khatam kar paye hain aap. to jab mein chicago tower ke samne khara tha, yeh mujhe yaad aaya british formula "the king is dead, long live the king".</w:t>
      </w:r>
      <w:r>
        <w:br/>
      </w:r>
      <w:r>
        <w:rPr>
          <w:sz w:val="20"/>
        </w:rPr>
        <w:t>31:19  to mein ne kaha ke "American, American glory is demolished, long live the American glory".</w:t>
      </w:r>
      <w:r>
        <w:br/>
      </w:r>
      <w:r>
        <w:rPr>
          <w:sz w:val="20"/>
        </w:rPr>
        <w:t>31:28  is se mein ne sabak liya ke agar aap kisi ko apna rival samajhte hon to yeh is ko jaan lijiye ke law of nature yeh hai ke aap is ko material nuqsan pohncha kar khatam nahi kar sakte.</w:t>
      </w:r>
      <w:r>
        <w:br/>
      </w:r>
      <w:r>
        <w:rPr>
          <w:sz w:val="20"/>
        </w:rPr>
        <w:t>31:45  ise the work ki ahmiyat samajh aayi, the work intellectual work ki ahmiyat samajh aayi.</w:t>
      </w:r>
      <w:r>
        <w:br/>
      </w:r>
      <w:r>
        <w:rPr>
          <w:sz w:val="20"/>
        </w:rPr>
        <w:t>31:54  isi liye aik aik aik European scholar ne Tatariyon ke qisse ko bayan karte hue likha hai ke "the diligence of Muslims have conquered where their arms have failed"</w:t>
      </w:r>
      <w:r>
        <w:br/>
      </w:r>
      <w:r>
        <w:rPr>
          <w:sz w:val="20"/>
        </w:rPr>
        <w:t>32:11  ke musalmanon ke hathyar jahan jo kaam nahi kar sakte the, us ko un ke diligence ne kar diya, yani tatariyon ko fateh kar liya.</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closing arc: adversity, surrender to God, and the value of silence</w:t>
      </w:r>
    </w:p>
    <w:p>
      <w:r>
        <w:rPr>
          <w:color w:val="666666"/>
          <w:sz w:val="18"/>
        </w:rPr>
        <w:t>Interview Session with Maulana Wahiduddin Khan January 30, 2008 · 5m 43s · at 46:47 · https://youtu.be/o8Gpe9YMuZc?t=2807</w:t>
      </w:r>
    </w:p>
    <w:p>
      <w:r>
        <w:rPr>
          <w:i/>
        </w:rPr>
        <w:t>“Adverse situations are part of our life — no exception.”</w:t>
      </w:r>
    </w:p>
    <w:p>
      <w:r>
        <w:rPr>
          <w:sz w:val="20"/>
        </w:rPr>
        <w:t>46:47  how does spirituality help in coping up with adverse situations? you see, adverse situation is part of our life.</w:t>
      </w:r>
      <w:r>
        <w:br/>
      </w:r>
      <w:r>
        <w:rPr>
          <w:sz w:val="20"/>
        </w:rPr>
        <w:t>46:58  there is no exception. everyone faces such kind of situation.</w:t>
      </w:r>
      <w:r>
        <w:br/>
      </w:r>
      <w:r>
        <w:rPr>
          <w:sz w:val="20"/>
        </w:rPr>
        <w:t>47:11  in everyone's life, there are some moments like this. but what is required?</w:t>
      </w:r>
      <w:r>
        <w:br/>
      </w:r>
      <w:r>
        <w:rPr>
          <w:sz w:val="20"/>
        </w:rPr>
        <w:t>47:20  that is spiritual thinking, spiritual mind. and what is spiritual mind</w:t>
      </w:r>
      <w:r>
        <w:br/>
      </w:r>
      <w:r>
        <w:rPr>
          <w:sz w:val="20"/>
        </w:rPr>
        <w:t>47:27  that is contentment. in Arabic is qanaat. without contentment, there is no other way</w:t>
      </w:r>
      <w:r>
        <w:br/>
      </w:r>
      <w:r>
        <w:rPr>
          <w:sz w:val="20"/>
        </w:rPr>
        <w:t>47:41  because you are destined to live in problems, in difficulties, in losses.</w:t>
      </w:r>
      <w:r>
        <w:br/>
      </w:r>
      <w:r>
        <w:rPr>
          <w:sz w:val="20"/>
        </w:rPr>
        <w:t>47:52  so you have to be patient. you have to keep</w:t>
      </w:r>
      <w:r>
        <w:br/>
      </w:r>
      <w:r>
        <w:rPr>
          <w:sz w:val="20"/>
        </w:rPr>
        <w:t>47:56  patience. you have to keep contentment. otherwise, you will go to tension and stress.</w:t>
      </w:r>
      <w:r>
        <w:br/>
      </w:r>
      <w:r>
        <w:rPr>
          <w:sz w:val="20"/>
        </w:rPr>
        <w:t>48:10  everyone suffers. suffering is a part of life. so you have to take sufferings as a lesson.</w:t>
      </w:r>
      <w:r>
        <w:br/>
      </w:r>
      <w:r>
        <w:rPr>
          <w:sz w:val="20"/>
        </w:rPr>
        <w:t>48:22  and in every suffering, there are lessons.</w:t>
      </w:r>
      <w:r>
        <w:br/>
      </w:r>
      <w:r>
        <w:rPr>
          <w:sz w:val="20"/>
        </w:rPr>
        <w:t>48:26  so if you, if you extract lessons from suffering, then suffering is not evil, but suffering becomes a good experience.</w:t>
      </w:r>
      <w:r>
        <w:br/>
      </w:r>
      <w:r>
        <w:rPr>
          <w:sz w:val="20"/>
        </w:rPr>
        <w:t>48:43  this is my spirituality. Maulana, what is the importance of surrendering to God?</w:t>
      </w:r>
      <w:r>
        <w:br/>
      </w:r>
      <w:r>
        <w:rPr>
          <w:sz w:val="20"/>
        </w:rPr>
        <w:t>48:55  surrendering to God is essence of spirituality. without surrendering, you are Mr Ego, Mr Arrogant.</w:t>
      </w:r>
      <w:r>
        <w:br/>
      </w:r>
      <w:r>
        <w:rPr>
          <w:sz w:val="20"/>
        </w:rPr>
        <w:t>49:08  surrendering to God means surrendering to reality. God is our creator. God is our sustainer.</w:t>
      </w:r>
      <w:r>
        <w:br/>
      </w:r>
      <w:r>
        <w:rPr>
          <w:sz w:val="20"/>
        </w:rPr>
        <w:t>49:18  God is the Lord of the universe.</w:t>
      </w:r>
      <w:r>
        <w:br/>
      </w:r>
      <w:r>
        <w:rPr>
          <w:sz w:val="20"/>
        </w:rPr>
        <w:t>49:21  so surrendering before God means surrendering to the reality. this surrendering makes you realist.</w:t>
      </w:r>
      <w:r>
        <w:br/>
      </w:r>
      <w:r>
        <w:rPr>
          <w:sz w:val="20"/>
        </w:rPr>
        <w:t>49:32  this surrendering makes you modest. there is no other way.</w:t>
      </w:r>
      <w:r>
        <w:br/>
      </w:r>
      <w:r>
        <w:rPr>
          <w:sz w:val="20"/>
        </w:rPr>
        <w:t>49:39  without surrendering, you are, you are arrogant and you are a, you will lose the real,</w:t>
      </w:r>
      <w:r>
        <w:br/>
      </w:r>
      <w:r>
        <w:rPr>
          <w:sz w:val="20"/>
        </w:rPr>
        <w:t>49:59  realistic approach. so all these positive quality are only a result of surrendering.</w:t>
      </w:r>
      <w:r>
        <w:br/>
      </w:r>
      <w:r>
        <w:rPr>
          <w:sz w:val="20"/>
        </w:rPr>
        <w:t>50:10  according to my experience, one who is not ready to surrender before God, he will go to negative thinking.</w:t>
      </w:r>
      <w:r>
        <w:br/>
      </w:r>
      <w:r>
        <w:rPr>
          <w:sz w:val="20"/>
        </w:rPr>
        <w:t>50:20  he will become a arrogant person. he will lose modesty. so all these things are great obstacle towards spiritual development.</w:t>
      </w:r>
      <w:r>
        <w:br/>
      </w:r>
      <w:r>
        <w:rPr>
          <w:sz w:val="20"/>
        </w:rPr>
        <w:t>50:39  does silence play a role in spirituality? silence? yes. silence is, silence is very important in spirituality.</w:t>
      </w:r>
      <w:r>
        <w:br/>
      </w:r>
      <w:r>
        <w:rPr>
          <w:sz w:val="20"/>
        </w:rPr>
        <w:t>50:53  very, very important. because when you are silent, you are thinking. silence means thinking.</w:t>
      </w:r>
      <w:r>
        <w:br/>
      </w:r>
      <w:r>
        <w:rPr>
          <w:sz w:val="20"/>
        </w:rPr>
        <w:t>51:03  when you are speaking, it means you are not thinking.</w:t>
      </w:r>
      <w:r>
        <w:br/>
      </w:r>
      <w:r>
        <w:rPr>
          <w:sz w:val="20"/>
        </w:rPr>
        <w:t>51:08  but when you are silent, it means that you are thinking. and thinking is the main source of spirituality.</w:t>
      </w:r>
      <w:r>
        <w:br/>
      </w:r>
      <w:r>
        <w:rPr>
          <w:sz w:val="20"/>
        </w:rPr>
        <w:t>51:19  there is a well known saying that when I am speaking, I am not thinking.</w:t>
      </w:r>
      <w:r>
        <w:br/>
      </w:r>
      <w:r>
        <w:rPr>
          <w:sz w:val="20"/>
        </w:rPr>
        <w:t>51:30  some one has said that when I am speaking, I am not thinking. so silence means thinking.</w:t>
      </w:r>
      <w:r>
        <w:br/>
      </w:r>
      <w:r>
        <w:rPr>
          <w:sz w:val="20"/>
        </w:rPr>
        <w:t>51:41  and without thinking, there is no spirituality.</w:t>
      </w:r>
      <w:r>
        <w:br/>
      </w:r>
      <w:r>
        <w:rPr>
          <w:sz w:val="20"/>
        </w:rPr>
        <w:t>51:48  so I, there is a hadith, very relevant hadith. the prophet of Islam has said that man summat naja,</w:t>
      </w:r>
      <w:r>
        <w:br/>
      </w:r>
      <w:r>
        <w:rPr>
          <w:sz w:val="20"/>
        </w:rPr>
        <w:t>52:04  who will get salvation who observe silence.</w:t>
      </w:r>
      <w:r>
        <w:br/>
      </w:r>
      <w:r>
        <w:rPr>
          <w:sz w:val="20"/>
        </w:rPr>
        <w:t>52:12  so silence is the way, way to salvation.</w:t>
      </w:r>
      <w:r>
        <w:br/>
      </w:r>
      <w:r>
        <w:rPr>
          <w:sz w:val="20"/>
        </w:rPr>
        <w:t>52:19  so salvation, so, so silence is very important quality of a human being.</w:t>
      </w:r>
    </w:p>
    <w:p>
      <w:pPr>
        <w:pStyle w:val="Heading2"/>
      </w:pPr>
      <w:r>
        <w:t>From fear to admitting mistakes self purification</w:t>
      </w:r>
    </w:p>
    <w:p>
      <w:r>
        <w:rPr>
          <w:color w:val="666666"/>
          <w:sz w:val="18"/>
        </w:rPr>
        <w:t>Tazkiyah and Self Criticism April 13, 2020 Maulana Wahiduddin Khan · 4m 25s · at 13:05 · https://youtu.be/D4pMJtT4vDg?t=785</w:t>
      </w:r>
    </w:p>
    <w:p>
      <w:r>
        <w:rPr>
          <w:i/>
        </w:rPr>
        <w:t>“Starting point yeh hai ke aap”</w:t>
      </w:r>
    </w:p>
    <w:p>
      <w:r>
        <w:rPr>
          <w:sz w:val="20"/>
        </w:rPr>
        <w:t>13:05  ation . starting point yeh hai ke aap</w:t>
      </w:r>
      <w:r>
        <w:br/>
      </w:r>
      <w:r>
        <w:rPr>
          <w:sz w:val="20"/>
        </w:rPr>
        <w:t>13:10  afraid hona chhod den.</w:t>
      </w:r>
      <w:r>
        <w:br/>
      </w:r>
      <w:r>
        <w:rPr>
          <w:sz w:val="20"/>
        </w:rPr>
        <w:t>13:15  koi kuch bhi kahe, aap afraid na hon. jab afraid na honge aap to doosra jo aap ke andar jazba ya spirit paida hogi,</w:t>
      </w:r>
      <w:r>
        <w:br/>
      </w:r>
      <w:r>
        <w:rPr>
          <w:sz w:val="20"/>
        </w:rPr>
        <w:t>13:28  woh hai self correction.</w:t>
      </w:r>
      <w:r>
        <w:br/>
      </w:r>
      <w:r>
        <w:rPr>
          <w:sz w:val="20"/>
        </w:rPr>
        <w:t>13:39  to yeh yeh darasal tazkiya koi doosra nahi karta aap ka.</w:t>
      </w:r>
      <w:r>
        <w:br/>
      </w:r>
      <w:r>
        <w:rPr>
          <w:sz w:val="20"/>
        </w:rPr>
        <w:t>13:51  tazkiya aap khud apna karte hain.</w:t>
      </w:r>
      <w:r>
        <w:br/>
      </w:r>
      <w:r>
        <w:rPr>
          <w:sz w:val="20"/>
        </w:rPr>
        <w:t>13:59  to agar aap ke andar afraid hone ka jazba hai to phir aap kabhi aap ke andar tazkiya ka jazba paida nahi hoga.</w:t>
      </w:r>
      <w:r>
        <w:br/>
      </w:r>
      <w:r>
        <w:rPr>
          <w:sz w:val="20"/>
        </w:rPr>
        <w:t>14:19  apne ko aap</w:t>
      </w:r>
      <w:r>
        <w:br/>
      </w:r>
      <w:r>
        <w:rPr>
          <w:sz w:val="20"/>
        </w:rPr>
        <w:t>14:24  jab jab apne map par banayenge, tab kaise aap</w:t>
      </w:r>
      <w:r>
        <w:br/>
      </w:r>
      <w:r>
        <w:rPr>
          <w:sz w:val="20"/>
        </w:rPr>
        <w:t>14:41  tazkiya kar sakenge?</w:t>
      </w:r>
      <w:r>
        <w:br/>
      </w:r>
      <w:r>
        <w:rPr>
          <w:sz w:val="20"/>
        </w:rPr>
        <w:t>14:48  to main samajhta hoon ke tazkiya ka jo starting point hai, woh yeh hai ke aap apne andar</w:t>
      </w:r>
      <w:r>
        <w:br/>
      </w:r>
      <w:r>
        <w:rPr>
          <w:sz w:val="20"/>
        </w:rPr>
        <w:t>15:00  bra manna chhod den. is ko kehte hain afraid hona. jab tak aap is ko chhodenge nahi, tab tak aap apna tazkiya nahi kar sakte.</w:t>
      </w:r>
      <w:r>
        <w:br/>
      </w:r>
      <w:r>
        <w:rPr>
          <w:sz w:val="20"/>
        </w:rPr>
        <w:t>15:17  to tazkiya ka starting point hai</w:t>
      </w:r>
      <w:r>
        <w:br/>
      </w:r>
      <w:r>
        <w:rPr>
          <w:sz w:val="20"/>
        </w:rPr>
        <w:t>15:25  afraid na hona.</w:t>
      </w:r>
      <w:r>
        <w:br/>
      </w:r>
      <w:r>
        <w:rPr>
          <w:sz w:val="20"/>
        </w:rPr>
        <w:t>15:29  koi aap ko agar koi</w:t>
      </w:r>
      <w:r>
        <w:br/>
      </w:r>
      <w:r>
        <w:rPr>
          <w:sz w:val="20"/>
        </w:rPr>
        <w:t>15:35  batata hai koi ghalati to aap us ko bra na manen. is ko aap</w:t>
      </w:r>
      <w:r>
        <w:br/>
      </w:r>
      <w:r>
        <w:rPr>
          <w:sz w:val="20"/>
        </w:rPr>
        <w:t>15:47  apni islaah ke ma'ni mein le len. islaah. islaah. self correction.</w:t>
      </w:r>
      <w:r>
        <w:br/>
      </w:r>
      <w:r>
        <w:rPr>
          <w:sz w:val="20"/>
        </w:rPr>
        <w:t>15:59  maulana sahib isi par mein aap se poochungi ke aksar aisa hota hai ke log yeh samajh lete hain ke jo ghalati doosra bata raha hai, woh ghalati hamare andar nahi hai, is liye aur ghussa ho jatay hain.</w:t>
      </w:r>
      <w:r>
        <w:br/>
      </w:r>
      <w:r>
        <w:rPr>
          <w:sz w:val="20"/>
        </w:rPr>
        <w:t>16:12  yeh baat sahi hai.</w:t>
      </w:r>
      <w:r>
        <w:br/>
      </w:r>
      <w:r>
        <w:rPr>
          <w:sz w:val="20"/>
        </w:rPr>
        <w:t>16:16  kyunke apni ghalati ko dhoondna yeh idhar aisa honge idhar yaar hai. ziyada tar log doosron ki ghalati dhoondte hain.</w:t>
      </w:r>
      <w:r>
        <w:br/>
      </w:r>
      <w:r>
        <w:rPr>
          <w:sz w:val="20"/>
        </w:rPr>
        <w:t>16:32  apni ghalati ko discover karna aur is ka correction, yeh toh bohat hi rare hai.</w:t>
      </w:r>
      <w:r>
        <w:br/>
      </w:r>
      <w:r>
        <w:rPr>
          <w:sz w:val="20"/>
        </w:rPr>
        <w:t>16:44  lekin tazkiya ka aaghaz yahi hota hai. tazkiya ka aaghaz yahi hota hai ke aap ke andar self</w:t>
      </w:r>
      <w:r>
        <w:br/>
      </w:r>
      <w:r>
        <w:rPr>
          <w:sz w:val="20"/>
        </w:rPr>
        <w:t>16:54  f... self...</w:t>
      </w:r>
      <w:r>
        <w:br/>
      </w:r>
      <w:r>
        <w:rPr>
          <w:sz w:val="20"/>
        </w:rPr>
        <w:t>17:04  self humality ka jazba ho. apni ghalati ko manen poore tareeqay par. I was wrong .</w:t>
      </w:r>
      <w:r>
        <w:br/>
      </w:r>
      <w:r>
        <w:rPr>
          <w:sz w:val="20"/>
        </w:rPr>
        <w:t>17:14  yeh kahein.</w:t>
      </w:r>
      <w:r>
        <w:br/>
      </w:r>
      <w:r>
        <w:rPr>
          <w:sz w:val="20"/>
        </w:rPr>
        <w:t>17:19  koi ghalati ho jaye toh bilkul saaf tareeqay se kahein. I was wrong. I was wrong . yahi starting point hai.</w:t>
      </w:r>
    </w:p>
    <w:p>
      <w:pPr>
        <w:pStyle w:val="Heading2"/>
      </w:pPr>
      <w:r>
        <w:t>Two prices of weak personality and Quranic caution</w:t>
      </w:r>
    </w:p>
    <w:p>
      <w:r>
        <w:rPr>
          <w:color w:val="666666"/>
          <w:sz w:val="18"/>
        </w:rPr>
        <w:t>How to Build a Strong Personality June 14, 2008 Maulana Wahiduddin Khan · 4m 24s · at 19:44 · https://youtu.be/bRWn96tpOIM?t=1184</w:t>
      </w:r>
    </w:p>
    <w:p>
      <w:r>
        <w:rPr>
          <w:i/>
        </w:rPr>
        <w:t>“Such people will not enter paradise.”</w:t>
      </w:r>
    </w:p>
    <w:p>
      <w:r>
        <w:rPr>
          <w:sz w:val="20"/>
        </w:rPr>
        <w:t>19:44  aise log paradise mein entry nahi payenge. paradise to aap dekhiye, khuda ke neighborhood ka naam hai paradise.</w:t>
      </w:r>
      <w:r>
        <w:br/>
      </w:r>
      <w:r>
        <w:rPr>
          <w:sz w:val="20"/>
        </w:rPr>
        <w:t>19:58  kaisi ajeeb baat hai!</w:t>
      </w:r>
      <w:r>
        <w:br/>
      </w:r>
      <w:r>
        <w:rPr>
          <w:sz w:val="20"/>
        </w:rPr>
        <w:t>20:01  rubli bitna fil jannah. is ayat se maloom hota hai ke</w:t>
      </w:r>
      <w:r>
        <w:br/>
      </w:r>
      <w:r>
        <w:rPr>
          <w:sz w:val="20"/>
        </w:rPr>
        <w:t>20:09  ke neighborhood ke paradise kya hai? khuda ke neighborhood mein rehne ka naam hai paradise. ab aap sochiye, kya khuda ke neighborhood mein aise logon ko jagah milegi jis ke jin ke andar weak personality ho?</w:t>
      </w:r>
      <w:r>
        <w:br/>
      </w:r>
      <w:r>
        <w:rPr>
          <w:sz w:val="20"/>
        </w:rPr>
        <w:t>20:26  kabhi nahi mil sakti.</w:t>
      </w:r>
      <w:r>
        <w:br/>
      </w:r>
      <w:r>
        <w:rPr>
          <w:sz w:val="20"/>
        </w:rPr>
        <w:t>20:31  yaad rakhiye, khuda ke neighborhood mein na to in logon ko jagah milegi jo haram personality le kar wahan pahunchein,</w:t>
      </w:r>
      <w:r>
        <w:br/>
      </w:r>
      <w:r>
        <w:rPr>
          <w:sz w:val="20"/>
        </w:rPr>
        <w:t>20:42  aur na un logon ko jagah milegi jo weak personality le kar wahan pahunchein. is wajah se bohat zaroori hai ke aadmi har waqt apna introspection karta rahe,</w:t>
      </w:r>
      <w:r>
        <w:br/>
      </w:r>
      <w:r>
        <w:rPr>
          <w:sz w:val="20"/>
        </w:rPr>
        <w:t>20:58  apni inner engineering karta rahe, apne aap ko durust karta rahe. har ek ke liye, har aurat ke liye, har mard ke liye zaroori hai, zaroori hai, zaroori hai.</w:t>
      </w:r>
      <w:r>
        <w:br/>
      </w:r>
      <w:r>
        <w:rPr>
          <w:sz w:val="20"/>
        </w:rPr>
        <w:t>21:21  ab ek aur ayat lijiye is silsile mein.</w:t>
      </w:r>
      <w:r>
        <w:br/>
      </w:r>
      <w:r>
        <w:rPr>
          <w:sz w:val="20"/>
        </w:rPr>
        <w:t>21:27  quran ki</w:t>
      </w:r>
      <w:r>
        <w:br/>
      </w:r>
      <w:r>
        <w:rPr>
          <w:sz w:val="20"/>
        </w:rPr>
        <w:t>21:31  surah al-hujurat yani number 49, is mein ek moral teaching di gayi hai.</w:t>
      </w:r>
      <w:r>
        <w:br/>
      </w:r>
      <w:r>
        <w:rPr>
          <w:sz w:val="20"/>
        </w:rPr>
        <w:t>21:45  is ke wording yeh hai: "ya ayyuhal ladheena amanu, istanbu kathiran min az-zann, fa inna ba'd az-zanni ithm."</w:t>
      </w:r>
      <w:r>
        <w:br/>
      </w:r>
      <w:r>
        <w:rPr>
          <w:sz w:val="20"/>
        </w:rPr>
        <w:t>22:01  ae logon!</w:t>
      </w:r>
      <w:r>
        <w:br/>
      </w:r>
      <w:r>
        <w:rPr>
          <w:sz w:val="20"/>
        </w:rPr>
        <w:t>22:03  ae iman laane walon!</w:t>
      </w:r>
      <w:r>
        <w:br/>
      </w:r>
      <w:r>
        <w:rPr>
          <w:sz w:val="20"/>
        </w:rPr>
        <w:t>22:09  tum log</w:t>
      </w:r>
      <w:r>
        <w:br/>
      </w:r>
      <w:r>
        <w:rPr>
          <w:sz w:val="20"/>
        </w:rPr>
        <w:t>22:13  zann se bacho,</w:t>
      </w:r>
      <w:r>
        <w:br/>
      </w:r>
      <w:r>
        <w:rPr>
          <w:sz w:val="20"/>
        </w:rPr>
        <w:t>22:16  guman se bacho, kyunke bohat se guman gunah hote hain. in ba'd az-zanni ithm, kyunke bohat se gunah, kyunke bohat se guman gunah hote hain.</w:t>
      </w:r>
      <w:r>
        <w:br/>
      </w:r>
      <w:r>
        <w:rPr>
          <w:sz w:val="20"/>
        </w:rPr>
        <w:t>22:33  dekhein, guman kis ko kehte hain? guman kehte hain supposition ke base par koi statement dena. supposition ke base par koi statement dena, yani qiyas kar ke aap ko poori maloomat nahi hai, koi jankari nahi hai, aap ne guess kiya aur guess kar ke aap ne ek remark de diya.</w:t>
      </w:r>
      <w:r>
        <w:br/>
      </w:r>
      <w:r>
        <w:rPr>
          <w:sz w:val="20"/>
        </w:rPr>
        <w:t>22:57  supposition ke base par aap ne ek remark de diya. yeh hai zann ya guman. ab is ayat par sochiye ke ae logon!</w:t>
      </w:r>
      <w:r>
        <w:br/>
      </w:r>
      <w:r>
        <w:rPr>
          <w:sz w:val="20"/>
        </w:rPr>
        <w:t>23:10  bohat ziyada guman se bacho, kyunke baz guman gunah hote hain. is mein dekhiye, is se yeh nikalta hai ke guman ke guman ki do qismein hain.</w:t>
      </w:r>
      <w:r>
        <w:br/>
      </w:r>
      <w:r>
        <w:rPr>
          <w:sz w:val="20"/>
        </w:rPr>
        <w:t>23:28  yeh supposition par, yeh guess par kalam jo karte hain log, to is ki do qismein hain. ek woh qism hai jo gunah hai, gunah.</w:t>
      </w:r>
      <w:r>
        <w:br/>
      </w:r>
      <w:r>
        <w:rPr>
          <w:sz w:val="20"/>
        </w:rPr>
        <w:t>23:38  ek is se kam hai.</w:t>
      </w:r>
    </w:p>
    <w:p>
      <w:pPr>
        <w:pStyle w:val="Heading2"/>
      </w:pPr>
      <w:r>
        <w:t>Historical examples of hatred in Muslim world</w:t>
      </w:r>
    </w:p>
    <w:p>
      <w:r>
        <w:rPr>
          <w:color w:val="666666"/>
          <w:sz w:val="18"/>
        </w:rPr>
        <w:t>From the Spiritual Tree August 31, 2008 · 3m 49s · at 4:12 · https://youtu.be/yqFdYWdODM0?t=252</w:t>
      </w:r>
    </w:p>
    <w:p>
      <w:r>
        <w:rPr>
          <w:i/>
        </w:rPr>
        <w:t>“In the Muslim world, a great name is Allama Ibn Taymiyyah.”</w:t>
      </w:r>
    </w:p>
    <w:p>
      <w:r>
        <w:rPr>
          <w:sz w:val="20"/>
        </w:rPr>
        <w:t>4:12  musalmanon mein bohat bara naam hai Allama Ibn Taimiya ka. woh Tatariyon ke zamane mein the.</w:t>
      </w:r>
      <w:r>
        <w:br/>
      </w:r>
      <w:r>
        <w:rPr>
          <w:sz w:val="20"/>
        </w:rPr>
        <w:t>4:20  woh toh Tatariyon ka jo masla paida hua ke Tatari ghus aaye Muslim dunya mein, toh unhone kya naara diya?</w:t>
      </w:r>
      <w:r>
        <w:br/>
      </w:r>
      <w:r>
        <w:rPr>
          <w:sz w:val="20"/>
        </w:rPr>
        <w:t>4:32  "Al-harbu infa'ul harbu". matlab lad kar ke Tatariyon ka problem khatm karo. woh yeh na keh sake ke "Ad-da'watu infa'ul harbu".</w:t>
      </w:r>
      <w:r>
        <w:br/>
      </w:r>
      <w:r>
        <w:rPr>
          <w:sz w:val="20"/>
        </w:rPr>
        <w:t>4:47  "Al-harbu infa'ul harbu" ka matlab hai ke ladai ki kaat ladai hai. yeh bhi keh sakte the woh ke "Ad-da'watu infa'ul harbu".</w:t>
      </w:r>
      <w:r>
        <w:br/>
      </w:r>
      <w:r>
        <w:rPr>
          <w:sz w:val="20"/>
        </w:rPr>
        <w:t>4:59  yaani ladai ki kaat dawat hai. kyun? Tatariyon ke khilaf un ke dil mein hate bhar gaya. woh un ki jannat ke hareese na rahe.</w:t>
      </w:r>
      <w:r>
        <w:br/>
      </w:r>
      <w:r>
        <w:rPr>
          <w:sz w:val="20"/>
        </w:rPr>
        <w:t>5:12  aise hi dekhiye aap aaj kal aap jaiye Arab dunya mein. har Arab Yahudiyon ke khilaf nafrat se bhara hua hai. nafrat, nafrat, nafrat.</w:t>
      </w:r>
      <w:r>
        <w:br/>
      </w:r>
      <w:r>
        <w:rPr>
          <w:sz w:val="20"/>
        </w:rPr>
        <w:t>5:23  yaani Falasteen mein jo Arab rehte hain, woh bhi. Falasteen ke bahar jo rehte hain, woh bhi. Yahudiyon ke liye un ke dil mein bas nafrat hi nafrat hai.</w:t>
      </w:r>
      <w:r>
        <w:br/>
      </w:r>
      <w:r>
        <w:rPr>
          <w:sz w:val="20"/>
        </w:rPr>
        <w:t>5:33  halanke woh soch sakte the ke Yahudiyon mein dawat phailao. Yahudiyon mein dawat phailao.</w:t>
      </w:r>
      <w:r>
        <w:br/>
      </w:r>
      <w:r>
        <w:rPr>
          <w:sz w:val="20"/>
        </w:rPr>
        <w:t>5:43  un ko bomb marne ki kya zaroorat hai? aap jante hain ke zamane mein ek bohat bara scholar Muhammad Asad woh Yahudi the.</w:t>
      </w:r>
      <w:r>
        <w:br/>
      </w:r>
      <w:r>
        <w:rPr>
          <w:sz w:val="20"/>
        </w:rPr>
        <w:t>5:54  unhone Islam qubool kiya. phir bohat si kitabein unhone Islam par likhin. aur Quran ki commentary likhi.</w:t>
      </w:r>
      <w:r>
        <w:br/>
      </w:r>
      <w:r>
        <w:rPr>
          <w:sz w:val="20"/>
        </w:rPr>
        <w:t>6:03  toh Yahudi bhi insaan hai. Yahudi koi koi aur animal nahin hai. lekin bas har Arab Yahudiyon se nafrat karta hai.</w:t>
      </w:r>
      <w:r>
        <w:br/>
      </w:r>
      <w:r>
        <w:rPr>
          <w:sz w:val="20"/>
        </w:rPr>
        <w:t>6:16  aise hi India mein dekhiye aap. India mein bohat bara naam hai Shah Abdali ka. un ko kya dikhai pada?</w:t>
      </w:r>
      <w:r>
        <w:br/>
      </w:r>
      <w:r>
        <w:rPr>
          <w:sz w:val="20"/>
        </w:rPr>
        <w:t>6:27  ke Sikhon aur Marahaton ke khilaf</w:t>
      </w:r>
      <w:r>
        <w:br/>
      </w:r>
      <w:r>
        <w:rPr>
          <w:sz w:val="20"/>
        </w:rPr>
        <w:t>6:32  Ahmed Shah Abdali se unhone correspondence kiya ke yeh fitna hai, is ke fitne ko khatm karo. unhein yeh sochna chahiye tha ke hum Sikhon aur Marahaton mein Islam phailao.</w:t>
      </w:r>
      <w:r>
        <w:br/>
      </w:r>
      <w:r>
        <w:rPr>
          <w:sz w:val="20"/>
        </w:rPr>
        <w:t>6:44  Islam ki dawat do. aise hi Deoband ke ulama ko dekhiye. un ke zamane mein Angrez aa gaye bahar se.</w:t>
      </w:r>
      <w:r>
        <w:br/>
      </w:r>
      <w:r>
        <w:rPr>
          <w:sz w:val="20"/>
        </w:rPr>
        <w:t>6:58  to bas un ke khilaaf ho gaye. aur ladne lage un se. main parhta hoon in logon ke halaat, yaani deoband ke ulama ke.</w:t>
      </w:r>
      <w:r>
        <w:br/>
      </w:r>
      <w:r>
        <w:rPr>
          <w:sz w:val="20"/>
        </w:rPr>
        <w:t>7:08  to aksar likha rehta hai ke hazrat ko angrezon se bari nafrat thi. yeh chupa hua. deoband ke bare bare ulama, top ke ulama.</w:t>
      </w:r>
      <w:r>
        <w:br/>
      </w:r>
      <w:r>
        <w:rPr>
          <w:sz w:val="20"/>
        </w:rPr>
        <w:t>7:19  hazrat ko angrezon se bari nafrat thi. main sochta hoon ke hazrat ko angrezon se mohabbat kyun nahi thi? yeh kaun se hazrat the? ke khuda ne paida kiya angrezon ko bhi.</w:t>
      </w:r>
      <w:r>
        <w:br/>
      </w:r>
      <w:r>
        <w:rPr>
          <w:sz w:val="20"/>
        </w:rPr>
        <w:t>7:33  to aap agar un se mohabbat karte to aap un ko dawat dete. lekin aap ne un ke khilaaf bas bandook aur talwar utha liya.</w:t>
      </w:r>
      <w:r>
        <w:br/>
      </w:r>
      <w:r>
        <w:rPr>
          <w:sz w:val="20"/>
        </w:rPr>
        <w:t>7:44  aise jahan bhi dekhiye. abhi jo kashmir mein ladaiyan thin, woh kya tha? woh bhi out of hate tha. main samajhta hoon ke sari duniya one to all, without any exception, lives in hate.</w:t>
      </w:r>
    </w:p>
    <w:p>
      <w:pPr>
        <w:pStyle w:val="Heading2"/>
      </w:pPr>
      <w:r>
        <w:t>Lessons from the crescent moon in Ramadan</w:t>
      </w:r>
    </w:p>
    <w:p>
      <w:r>
        <w:rPr>
          <w:color w:val="666666"/>
          <w:sz w:val="18"/>
        </w:rPr>
        <w:t>Fasting A Source of Spiritual Empowerment 21 Aug, 2011 - Maulana Wahiduddin Khan · 4m 23s · at 14:04 · https://youtu.be/b19V3pD-tbQ?t=844</w:t>
      </w:r>
    </w:p>
    <w:p>
      <w:r>
        <w:rPr>
          <w:i/>
        </w:rPr>
        <w:t>“Shaban ki aakhri tareekh aayi.”</w:t>
      </w:r>
    </w:p>
    <w:p>
      <w:r>
        <w:rPr>
          <w:sz w:val="20"/>
        </w:rPr>
        <w:t>14:04  shaban ki aakhri tareekh aayi. yaani woh raat jab ke ramzan ka chand niklta hai.</w:t>
      </w:r>
      <w:r>
        <w:br/>
      </w:r>
      <w:r>
        <w:rPr>
          <w:sz w:val="20"/>
        </w:rPr>
        <w:t>14:14  to aaj kal dilli mein to chand bohat kam dikhaya jata hai. lekin hum log jab thay, is se pehle up mein raha karte hain, hum gaon mein.</w:t>
      </w:r>
      <w:r>
        <w:br/>
      </w:r>
      <w:r>
        <w:rPr>
          <w:sz w:val="20"/>
        </w:rPr>
        <w:t>14:25  to gaon mein matlab saaf hota tha. afaq par ya fiza mein koi pollution nahi hua karta tha.</w:t>
      </w:r>
      <w:r>
        <w:br/>
      </w:r>
      <w:r>
        <w:rPr>
          <w:sz w:val="20"/>
        </w:rPr>
        <w:t>14:34  to chand saaf dikhai deta tha. to hum log chhat par charh jatay thay. ab dekh rahay hain, dekh rahay hain, dekh rahay hain, yahan tak ke achaanak aik bareek chand dikhai diya.</w:t>
      </w:r>
      <w:r>
        <w:br/>
      </w:r>
      <w:r>
        <w:rPr>
          <w:sz w:val="20"/>
        </w:rPr>
        <w:t>14:47  to ajeeb qism ka joy hota tha. ajeeb qism ka joy. ke yeh chand hai jo is baat ki khabar de raha hai ke ramzan ka mahina aa gaya.</w:t>
      </w:r>
      <w:r>
        <w:br/>
      </w:r>
      <w:r>
        <w:rPr>
          <w:sz w:val="20"/>
        </w:rPr>
        <w:t>15:02  to us waqt hum itna zyada, yaani mein yeh baat kar raha hoon naujawani ki umar ki, ab mein sochta hoon to chand ka tuloo hona koi saada baat nahi hai.</w:t>
      </w:r>
      <w:r>
        <w:br/>
      </w:r>
      <w:r>
        <w:rPr>
          <w:sz w:val="20"/>
        </w:rPr>
        <w:t>15:17  yaani jab aap dekhte hain chand ki pehli tareekh to bohat saray waqiat woh le kar aata hai. woh kya?</w:t>
      </w:r>
      <w:r>
        <w:br/>
      </w:r>
      <w:r>
        <w:rPr>
          <w:sz w:val="20"/>
        </w:rPr>
        <w:t>15:26  yeh chand barhega, barhega, barhega, yahan tak ke chaudhveen ka chand ban jayega. phir woh ghatay ga, ghatay ga, ghatay ga, yahan tak ke khatam ho jayega.</w:t>
      </w:r>
      <w:r>
        <w:br/>
      </w:r>
      <w:r>
        <w:rPr>
          <w:sz w:val="20"/>
        </w:rPr>
        <w:t>15:38  to yeh kya hua? yeh bhi aik bohat bara tajurba hai. is liye bataya, yeh bataya ke dunya mein urooj bhi hai aur zawal bhi hai.</w:t>
      </w:r>
      <w:r>
        <w:br/>
      </w:r>
      <w:r>
        <w:rPr>
          <w:sz w:val="20"/>
        </w:rPr>
        <w:t>15:50  is dunya mein aap ameer bhi honge, ghareeb bhi honge. is dunya mein aap ke paas political power bhi aayega, aap political power chhin bhi jayega.</w:t>
      </w:r>
      <w:r>
        <w:br/>
      </w:r>
      <w:r>
        <w:rPr>
          <w:sz w:val="20"/>
        </w:rPr>
        <w:t>16:03  to is ka matlab kya hua? ke chand ka dekhna aap ko aik bohat bara sabak deta hai. ke zindagi mein tawazun ko barqarar rakho.</w:t>
      </w:r>
      <w:r>
        <w:br/>
      </w:r>
      <w:r>
        <w:rPr>
          <w:sz w:val="20"/>
        </w:rPr>
        <w:t>16:15  utaar charhao se disturb na ho. kyunke hota hi hota hai yeh. yeh hoga. sab ke sath hua, tumhare sath bhi hoga.</w:t>
      </w:r>
      <w:r>
        <w:br/>
      </w:r>
      <w:r>
        <w:rPr>
          <w:sz w:val="20"/>
        </w:rPr>
        <w:t>16:27  aadmi jawan hota hai, phir boorha ho jata hai, phir mar jata hai. to yeh jo changes hain ya tabdiliyan hain, urooj o zawal hain, yeh aik law of nature hain.</w:t>
      </w:r>
      <w:r>
        <w:br/>
      </w:r>
      <w:r>
        <w:rPr>
          <w:sz w:val="20"/>
        </w:rPr>
        <w:t>16:40  kaisa ajeeb sabak diya hai yeh chand ne.</w:t>
      </w:r>
      <w:r>
        <w:br/>
      </w:r>
      <w:r>
        <w:rPr>
          <w:sz w:val="20"/>
        </w:rPr>
        <w:t>16:47  phir aap sochiye ke chand jo bareek dikhai deta hai, tab bhi poora chand hota hai.</w:t>
      </w:r>
      <w:r>
        <w:br/>
      </w:r>
      <w:r>
        <w:rPr>
          <w:sz w:val="20"/>
        </w:rPr>
        <w:t>16:56  yaani sirf dekhnay ke lihaaz se hum aik lakeer dekhte hain. haqeeqat mein to poora chand hota hai. kyunke is ke aik goshe mein, aik hissay mein suraj ki roshni par par rahi hoti hai, baqi woh nahi par rahi hoti hai.</w:t>
      </w:r>
      <w:r>
        <w:br/>
      </w:r>
      <w:r>
        <w:rPr>
          <w:sz w:val="20"/>
        </w:rPr>
        <w:t>17:11  to baqi andheray mein hota hai, to dikhai nahi deta. jahan suraj roshni parti hai, woh dikhai deta hai. yeh bhi aik ajeeb ghareeb tajurba hai.</w:t>
      </w:r>
      <w:r>
        <w:br/>
      </w:r>
      <w:r>
        <w:rPr>
          <w:sz w:val="20"/>
        </w:rPr>
        <w:t>17:23  is ka matlab hai ke cheezon ko face value par na lo. kitna bara ajeeb sabak hai yeh.</w:t>
      </w:r>
      <w:r>
        <w:br/>
      </w:r>
      <w:r>
        <w:rPr>
          <w:sz w:val="20"/>
        </w:rPr>
        <w:t>17:33  kitna ajeeb sabak hai. face revolve par lein aap to aap kahenge chand aik bareek sa, aik aik cheez hai, bohat bareek si.</w:t>
      </w:r>
      <w:r>
        <w:br/>
      </w:r>
      <w:r>
        <w:rPr>
          <w:sz w:val="20"/>
        </w:rPr>
        <w:t>17:45  dhagay ki tarah. lekin aap gehrai mein jayenge to kahenge nahi, chand to aik bohat bara, aik bohat bari chattan hai, bohat bara woh hai, aik sayara hai.</w:t>
      </w:r>
      <w:r>
        <w:br/>
      </w:r>
      <w:r>
        <w:rPr>
          <w:sz w:val="20"/>
        </w:rPr>
        <w:t>17:59  to goya chand yeh bhi sabak de raha hai ke cheezon ko face value par mat lo. face value par loge to tumhare andar kya hoga?</w:t>
      </w:r>
      <w:r>
        <w:br/>
      </w:r>
      <w:r>
        <w:rPr>
          <w:sz w:val="20"/>
        </w:rPr>
        <w:t>18:08  misunderstanding aayegi. baton ko samjhoge nahi.</w:t>
      </w:r>
      <w:r>
        <w:br/>
      </w:r>
      <w:r>
        <w:rPr>
          <w:sz w:val="20"/>
        </w:rPr>
        <w:t>18:14  baton ko samjhoge nahi gehrai mein. ab dekhiye, pehle din kitna bara sabak mil gaya hum ko. bilkul pehle din.</w:t>
      </w:r>
    </w:p>
    <w:p>
      <w:pPr>
        <w:pStyle w:val="Heading2"/>
      </w:pPr>
      <w:r>
        <w:t>Cow and rose culture teachings on converting hate to love</w:t>
      </w:r>
    </w:p>
    <w:p>
      <w:r>
        <w:rPr>
          <w:color w:val="666666"/>
          <w:sz w:val="18"/>
        </w:rPr>
        <w:t>Islam and Sufism (Islam and Spirituality) (English) February 28, 2008 · 5m 52s · at 26:51 · https://youtu.be/6UGAPDfrS2w?t=1611</w:t>
      </w:r>
    </w:p>
    <w:p>
      <w:r>
        <w:rPr>
          <w:i/>
        </w:rPr>
        <w:t>“God has given a demonstration in the form of a cow”</w:t>
      </w:r>
    </w:p>
    <w:p>
      <w:r>
        <w:rPr>
          <w:sz w:val="20"/>
        </w:rPr>
        <w:t>26:51  So God has given a demonstration in, in, in for example, in the, in the form of cow, C, C O W cow.</w:t>
      </w:r>
      <w:r>
        <w:br/>
      </w:r>
      <w:r>
        <w:rPr>
          <w:sz w:val="20"/>
        </w:rPr>
        <w:t>27:02  God has created cow. What is cow? You know, cow eats grass and return milk.</w:t>
      </w:r>
      <w:r>
        <w:br/>
      </w:r>
      <w:r>
        <w:rPr>
          <w:sz w:val="20"/>
        </w:rPr>
        <w:t>27:13  Cow is an, cow is a divine industry. Cow is a divine industry that is able to convert grass into milk.</w:t>
      </w:r>
      <w:r>
        <w:br/>
      </w:r>
      <w:r>
        <w:rPr>
          <w:sz w:val="20"/>
        </w:rPr>
        <w:t>27:23  In other words, cow is able to convert non milk into milk. This is cow culture. So God have created cow culture and we have to imitate cow.</w:t>
      </w:r>
      <w:r>
        <w:br/>
      </w:r>
      <w:r>
        <w:rPr>
          <w:sz w:val="20"/>
        </w:rPr>
        <w:t>27:37  This kind, we have to develop this kind of, of sub kesigseti. How it is possible?</w:t>
      </w:r>
      <w:r>
        <w:br/>
      </w:r>
      <w:r>
        <w:rPr>
          <w:sz w:val="20"/>
        </w:rPr>
        <w:t>27:46  It is possible through mind.</w:t>
      </w:r>
      <w:r>
        <w:br/>
      </w:r>
      <w:r>
        <w:rPr>
          <w:sz w:val="20"/>
        </w:rPr>
        <w:t>27:50  There is a verse in the Quran: "Ma" it means that when they, when they, when they fail in some kind of negative thought, they are able to convert into positive thought.</w:t>
      </w:r>
      <w:r>
        <w:br/>
      </w:r>
      <w:r>
        <w:rPr>
          <w:sz w:val="20"/>
        </w:rPr>
        <w:t>28:11  You know, once a person came to the Prophet of Islam, he asked: "O Prophet, give me a master advice by which I may be able to manage all the affairs of my life?" It was very interesting question.</w:t>
      </w:r>
      <w:r>
        <w:br/>
      </w:r>
      <w:r>
        <w:rPr>
          <w:sz w:val="20"/>
        </w:rPr>
        <w:t>28:32  He wanted a master key to manage the affairs of life.</w:t>
      </w:r>
      <w:r>
        <w:br/>
      </w:r>
      <w:r>
        <w:rPr>
          <w:sz w:val="20"/>
        </w:rPr>
        <w:t>28:39  Prophet of Islam said: "La taghab, don't be angry, don't be angry." It means don't be angry even when provoked.</w:t>
      </w:r>
      <w:r>
        <w:br/>
      </w:r>
      <w:r>
        <w:rPr>
          <w:sz w:val="20"/>
        </w:rPr>
        <w:t>28:55  Don't be angry even when provoked. So this is the true spirituality. Christ said the same in this words: "Love your enemy,</w:t>
      </w:r>
      <w:r>
        <w:br/>
      </w:r>
      <w:r>
        <w:rPr>
          <w:sz w:val="20"/>
        </w:rPr>
        <w:t>29:07  Love your enemy" means love all including your enemy. How is, how this kind of ethics is possible?</w:t>
      </w:r>
      <w:r>
        <w:br/>
      </w:r>
      <w:r>
        <w:rPr>
          <w:sz w:val="20"/>
        </w:rPr>
        <w:t>29:17  This love culture, how this culture is possible? It requires, it requires the quality of conversion, the same divine quality.</w:t>
      </w:r>
      <w:r>
        <w:br/>
      </w:r>
      <w:r>
        <w:rPr>
          <w:sz w:val="20"/>
        </w:rPr>
        <w:t>29:31  the quality of conversion</w:t>
      </w:r>
      <w:r>
        <w:br/>
      </w:r>
      <w:r>
        <w:rPr>
          <w:sz w:val="20"/>
        </w:rPr>
        <w:t>29:35  you have to convert negativity into positivity. you have to convert anger into forgiveness. you have to convert hate into love.</w:t>
      </w:r>
      <w:r>
        <w:br/>
      </w:r>
      <w:r>
        <w:rPr>
          <w:sz w:val="20"/>
        </w:rPr>
        <w:t>29:46  this is required by you. god have give us enormous quality in term of mind. so you have to convert, you have to do this.</w:t>
      </w:r>
      <w:r>
        <w:br/>
      </w:r>
      <w:r>
        <w:rPr>
          <w:sz w:val="20"/>
        </w:rPr>
        <w:t>30:01  so this is the test</w:t>
      </w:r>
      <w:r>
        <w:br/>
      </w:r>
      <w:r>
        <w:rPr>
          <w:sz w:val="20"/>
        </w:rPr>
        <w:t>30:03  so spirituality is very much related to the creation plan of god. god created you and he settle you in this world and give us freedom.</w:t>
      </w:r>
      <w:r>
        <w:br/>
      </w:r>
      <w:r>
        <w:rPr>
          <w:sz w:val="20"/>
        </w:rPr>
        <w:t>30:20  and when there is freedom, there is miss you the freedom also. so every time you will experience some kind of negativity.</w:t>
      </w:r>
      <w:r>
        <w:br/>
      </w:r>
      <w:r>
        <w:rPr>
          <w:sz w:val="20"/>
        </w:rPr>
        <w:t>30:31  here is the test: you have to perform the same culture, which is already perform by cow. you have to adopt the cow culture.</w:t>
      </w:r>
      <w:r>
        <w:br/>
      </w:r>
      <w:r>
        <w:rPr>
          <w:sz w:val="20"/>
        </w:rPr>
        <w:t>30:42  that is, you have to ability to turn non milk into milk. you have evolve, you have develop that kind of ability to convert negativity into positivity,</w:t>
      </w:r>
      <w:r>
        <w:br/>
      </w:r>
      <w:r>
        <w:rPr>
          <w:sz w:val="20"/>
        </w:rPr>
        <w:t>30:57  to convert hate into love. this is the test. only those people can stand in this test who have the quality of spirituality.</w:t>
      </w:r>
      <w:r>
        <w:br/>
      </w:r>
      <w:r>
        <w:rPr>
          <w:sz w:val="20"/>
        </w:rPr>
        <w:t>31:13  otherwise, it is not possible. god has given demonstration of all this things in this nature.</w:t>
      </w:r>
      <w:r>
        <w:br/>
      </w:r>
      <w:r>
        <w:rPr>
          <w:sz w:val="20"/>
        </w:rPr>
        <w:t>31:23  you see, there is a rose plant</w:t>
      </w:r>
      <w:r>
        <w:br/>
      </w:r>
      <w:r>
        <w:rPr>
          <w:sz w:val="20"/>
        </w:rPr>
        <w:t>31:26  what is rose plant? in every branch of rose plant, you see a beautiful flower. at the same time, there are thorns.</w:t>
      </w:r>
      <w:r>
        <w:br/>
      </w:r>
      <w:r>
        <w:rPr>
          <w:sz w:val="20"/>
        </w:rPr>
        <w:t>31:39  at the same time, there are thoughts. it means that rose plant is able to live.</w:t>
      </w:r>
      <w:r>
        <w:br/>
      </w:r>
      <w:r>
        <w:rPr>
          <w:sz w:val="20"/>
        </w:rPr>
        <w:t>31:47  rose plant, although has beautiful flowers, but it has the ability to live with thoughts.</w:t>
      </w:r>
      <w:r>
        <w:br/>
      </w:r>
      <w:r>
        <w:rPr>
          <w:sz w:val="20"/>
        </w:rPr>
        <w:t>31:55  so we have to prove this kind of culture, this kind of capacity, this kind of ability. if you are like a flower, if you are beautiful, you are very good in character, then you are a flower.</w:t>
      </w:r>
      <w:r>
        <w:br/>
      </w:r>
      <w:r>
        <w:rPr>
          <w:sz w:val="20"/>
        </w:rPr>
        <w:t>32:12  but you have to live with thoughts. you are not allowed to react. don't go to reaction.</w:t>
      </w:r>
      <w:r>
        <w:br/>
      </w:r>
      <w:r>
        <w:rPr>
          <w:sz w:val="20"/>
        </w:rPr>
        <w:t>32:22  so adopt the culture of rose plant. try to live with thoughts, even you are a flower.</w:t>
      </w:r>
      <w:r>
        <w:br/>
      </w:r>
      <w:r>
        <w:rPr>
          <w:sz w:val="20"/>
        </w:rPr>
        <w:t>32:35  so this is the social spirituality. this is the social spirituality or applied spirituality.</w:t>
      </w:r>
    </w:p>
    <w:p>
      <w:pPr>
        <w:pStyle w:val="Heading2"/>
      </w:pPr>
      <w:r>
        <w:t>From debt repayment to material bubble</w:t>
      </w:r>
    </w:p>
    <w:p>
      <w:r>
        <w:rPr>
          <w:color w:val="666666"/>
          <w:sz w:val="18"/>
        </w:rPr>
        <w:t>Material Science Vs Spiritual Science 20th May 12 SLOW · 3m 41s · at 1:06:06 · https://youtu.be/qYwFExG7cyM?t=3966</w:t>
      </w:r>
    </w:p>
    <w:p>
      <w:r>
        <w:rPr>
          <w:i/>
        </w:rPr>
        <w:t>“O Allah, let me repay my debts before I die.”</w:t>
      </w:r>
    </w:p>
    <w:p>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r>
        <w:br/>
      </w:r>
      <w:r>
        <w:rPr>
          <w:sz w:val="20"/>
        </w:rPr>
        <w:t>1:07:27  maulana, agla sawal hai mister ashish tiwari ka.</w:t>
      </w:r>
      <w:r>
        <w:br/>
      </w:r>
      <w:r>
        <w:rPr>
          <w:sz w:val="20"/>
        </w:rPr>
        <w:t>1:07:32  unho ne kanpur se likha hai.</w:t>
      </w:r>
      <w:r>
        <w:br/>
      </w:r>
      <w:r>
        <w:rPr>
          <w:sz w:val="20"/>
        </w:rPr>
        <w:t>1:07:37  unho ne sawal mein yeh likha hai: "maulana!</w:t>
      </w:r>
      <w:r>
        <w:br/>
      </w:r>
      <w:r>
        <w:rPr>
          <w:sz w:val="20"/>
        </w:rPr>
        <w:t>1:07:43  کہ man is a spiritual being undergoing a brief material experience.</w:t>
      </w:r>
      <w:r>
        <w:br/>
      </w:r>
      <w:r>
        <w:rPr>
          <w:sz w:val="20"/>
        </w:rPr>
        <w:t>1:07:48  He lives his life in a material bubble, considers himself the owner of the bubble and makes</w:t>
      </w:r>
      <w:r>
        <w:br/>
      </w:r>
      <w:r>
        <w:rPr>
          <w:sz w:val="20"/>
        </w:rPr>
        <w:t>1:07:54  long term plans.</w:t>
      </w:r>
      <w:r>
        <w:br/>
      </w:r>
      <w:r>
        <w:rPr>
          <w:sz w:val="20"/>
        </w:rPr>
        <w:t>1:07:59  But the day the bubble burst, he is confronted with the reality of life.</w:t>
      </w:r>
      <w:r>
        <w:br/>
      </w:r>
      <w:r>
        <w:rPr>
          <w:sz w:val="20"/>
        </w:rPr>
        <w:t>1:08:05  My question is: Why are so few people aware of the temporary and uncertain nature of life? Why</w:t>
      </w:r>
      <w:r>
        <w:br/>
      </w:r>
      <w:r>
        <w:rPr>
          <w:sz w:val="20"/>
        </w:rPr>
        <w:t>1:08:11  such forgetfulness in this age of information?" consistently question ka Maulana, woh wahi pooch rahe hain ke</w:t>
      </w:r>
      <w:r>
        <w:br/>
      </w:r>
      <w:r>
        <w:rPr>
          <w:sz w:val="20"/>
        </w:rPr>
        <w:t>1:08:16  Ah, jo material experience jo insan mehsoos karta hai, woh temporary hai lekin woh is cheez ko Maulana</w:t>
      </w:r>
      <w:r>
        <w:br/>
      </w:r>
      <w:r>
        <w:rPr>
          <w:sz w:val="20"/>
        </w:rPr>
        <w:t>1:08:22  understand nahi kar pata aaj ki information age pe.</w:t>
      </w:r>
      <w:r>
        <w:br/>
      </w:r>
      <w:r>
        <w:rPr>
          <w:sz w:val="20"/>
        </w:rPr>
        <w:t>1:08:28  to aisa kyun hai ke insaan is cheez ko nahin samajh pata ke marne ke baad jo reality</w:t>
      </w:r>
      <w:r>
        <w:br/>
      </w:r>
      <w:r>
        <w:rPr>
          <w:sz w:val="20"/>
        </w:rPr>
        <w:t>1:08:33  of life hai, us ke saamne aane wali hai aur woh isi mein mubtala rehta hai? is ka</w:t>
      </w:r>
      <w:r>
        <w:br/>
      </w:r>
      <w:r>
        <w:rPr>
          <w:sz w:val="20"/>
        </w:rPr>
        <w:t>1:08:39  information age se koi talluq to waise mein nahin aaya.</w:t>
      </w:r>
      <w:r>
        <w:br/>
      </w:r>
      <w:r>
        <w:rPr>
          <w:sz w:val="20"/>
        </w:rPr>
        <w:t>1:08:45  is ka talluq sirf is baat se hai ke jo cheez dikhai deti hai, jis ka hum foran</w:t>
      </w:r>
      <w:r>
        <w:br/>
      </w:r>
      <w:r>
        <w:rPr>
          <w:sz w:val="20"/>
        </w:rPr>
        <w:t>1:08:50  experience karte hain, woh aadmi ki jald pakad leta hai is baat ko.</w:t>
      </w:r>
      <w:r>
        <w:br/>
      </w:r>
      <w:r>
        <w:rPr>
          <w:sz w:val="20"/>
        </w:rPr>
        <w:t>1:08:56  aur jo cheez soch ke janna hota hai, jo hidden hai, jo discovery kar ke pata hoti hai,</w:t>
      </w:r>
      <w:r>
        <w:br/>
      </w:r>
      <w:r>
        <w:rPr>
          <w:sz w:val="20"/>
        </w:rPr>
        <w:t>1:09:01  us se log bekhabar rehte hain.</w:t>
      </w:r>
      <w:r>
        <w:br/>
      </w:r>
      <w:r>
        <w:rPr>
          <w:sz w:val="20"/>
        </w:rPr>
        <w:t>1:09:07  to quran mein jo hai ke yalamoon zaahir min al-hayat dunya mein ke zaahir hai jo dikhai deta</w:t>
      </w:r>
      <w:r>
        <w:br/>
      </w:r>
      <w:r>
        <w:rPr>
          <w:sz w:val="20"/>
        </w:rPr>
        <w:t>1:09:13  hai, jo observable hai, us us mein phanse rehte hain log.</w:t>
      </w:r>
      <w:r>
        <w:br/>
      </w:r>
      <w:r>
        <w:rPr>
          <w:sz w:val="20"/>
        </w:rPr>
        <w:t>1:09:18  aur doosri cheez jo soch kar janne wali hai, to chunke aap dimagh ko istemal nahin karte, is</w:t>
      </w:r>
      <w:r>
        <w:br/>
      </w:r>
      <w:r>
        <w:rPr>
          <w:sz w:val="20"/>
        </w:rPr>
        <w:t>1:09:24  se bekhabar rehte hain woh.</w:t>
      </w:r>
      <w:r>
        <w:br/>
      </w:r>
      <w:r>
        <w:rPr>
          <w:sz w:val="20"/>
        </w:rPr>
        <w:t>1:09:30  yeh mujhe samajh mein aa gaya.</w:t>
      </w:r>
      <w:r>
        <w:br/>
      </w:r>
      <w:r>
        <w:rPr>
          <w:sz w:val="20"/>
        </w:rPr>
        <w:t>1:09:35  maulana, agla sawal dilli se hai mr mazhar sahab ka.</w:t>
      </w:r>
      <w:r>
        <w:br/>
      </w:r>
      <w:r>
        <w:rPr>
          <w:sz w:val="20"/>
        </w:rPr>
        <w:t>1:09:41  unho ne likha hai: "maulana!</w:t>
      </w:r>
      <w:r>
        <w:br/>
      </w:r>
      <w:r>
        <w:rPr>
          <w:sz w:val="20"/>
        </w:rPr>
        <w:t>1:09:47  shirk ki bari qismein qismein to hum sabhi jante hain aur un se bach bhi jaate hain, lekin</w:t>
      </w:r>
    </w:p>
    <w:p>
      <w:pPr>
        <w:pStyle w:val="Heading2"/>
      </w:pPr>
      <w:r>
        <w:t>New Gandhism as reapplied guardian philosophy</w:t>
      </w:r>
    </w:p>
    <w:p>
      <w:r>
        <w:rPr>
          <w:color w:val="666666"/>
          <w:sz w:val="18"/>
        </w:rPr>
        <w:t>Islam and Peace (In Conversation with Maulana) 23 11 2008 · 4m 13s · at 0:25 · https://youtu.be/CyS3i4AlGfs?t=25</w:t>
      </w:r>
    </w:p>
    <w:p>
      <w:r>
        <w:rPr>
          <w:i/>
        </w:rPr>
        <w:t>“Yesterday, Musharraf Siddharth came from Times of India.”</w:t>
      </w:r>
    </w:p>
    <w:p>
      <w:r>
        <w:rPr>
          <w:sz w:val="20"/>
        </w:rPr>
        <w:t>0:25  Kal aaye thay Musharraf Siddharth, a types of India ke. Un se main ne baat karte hue kaha ke yeh lafz use kiya tha maine, New Gandhism.</w:t>
      </w:r>
      <w:r>
        <w:br/>
      </w:r>
      <w:r>
        <w:rPr>
          <w:sz w:val="20"/>
        </w:rPr>
        <w:t>0:38  To bas main samajhta hoon ke hamara jo mission hai woh New Gandhism hai.</w:t>
      </w:r>
      <w:r>
        <w:br/>
      </w:r>
      <w:r>
        <w:rPr>
          <w:sz w:val="20"/>
        </w:rPr>
        <w:t>0:45  Main ne kai baar Mahatma Gandhi ko dream mein dekha.</w:t>
      </w:r>
      <w:r>
        <w:br/>
      </w:r>
      <w:r>
        <w:rPr>
          <w:sz w:val="20"/>
        </w:rPr>
        <w:t>0:52  Main ne ek baar dekha ke main ek road hai, us par walk kar raha hoon, paidal. Phir ek darakht hai, ek peed.</w:t>
      </w:r>
      <w:r>
        <w:br/>
      </w:r>
      <w:r>
        <w:rPr>
          <w:sz w:val="20"/>
        </w:rPr>
        <w:t>1:04  Us ke neeche Mahatma Gandhi akele baithe hue hain. Ek dum wahi haliya hai jo un ka hota tha. Bohat hi sad.</w:t>
      </w:r>
      <w:r>
        <w:br/>
      </w:r>
      <w:r>
        <w:rPr>
          <w:sz w:val="20"/>
        </w:rPr>
        <w:t>1:15  To main un ke paas jata hoon. To mujh ko ek pin dete hain. Mahatma Gandhi ek pin dete hain.</w:t>
      </w:r>
      <w:r>
        <w:br/>
      </w:r>
      <w:r>
        <w:rPr>
          <w:sz w:val="20"/>
        </w:rPr>
        <w:t>1:25  Aur kehte hain ke Maulana sahib, aap jo kar rahe hain us ko karte rahiye.</w:t>
      </w:r>
      <w:r>
        <w:br/>
      </w:r>
      <w:r>
        <w:rPr>
          <w:sz w:val="20"/>
        </w:rPr>
        <w:t>1:36  bas itna hi bolay woh ke maulana sahib, aap jo kar rahay hain us ko kartay rahay. aur pin diya unhon nay. to bas mein samajhta hoon ke mein mahatma gandhi ka reincarnation hoon.</w:t>
      </w:r>
      <w:r>
        <w:br/>
      </w:r>
      <w:r>
        <w:rPr>
          <w:sz w:val="20"/>
        </w:rPr>
        <w:t>1:49  ya kam az kam yeh keh sakta hoon ke mahatma gandhi ke ideas jo hain un ka mein embodiment hoon. aap yeh na dainkhay ke mera term of reference kya hota hai.</w:t>
      </w:r>
      <w:r>
        <w:br/>
      </w:r>
      <w:r>
        <w:rPr>
          <w:sz w:val="20"/>
        </w:rPr>
        <w:t>1:59  matlab mahatma gandhi ka term of reference geeta hota tha. agar mera term of reference quran hai to us mein bharkiyay nahin aap. kaha mahatma gandhi khud kehtay thay ke ram rahim aik hai.</w:t>
      </w:r>
      <w:r>
        <w:br/>
      </w:r>
      <w:r>
        <w:rPr>
          <w:sz w:val="20"/>
        </w:rPr>
        <w:t>2:12  mahatma gandhi ke haan gaaya jaata tha gaana, baqayda. daily. ram rahim aik hai. to jo cheez unhein jo boltay thay woh geeta ke reference mein, usi ko agar boloon quran ke reference mein to baat aik hi hui, do nahin hui.</w:t>
      </w:r>
      <w:r>
        <w:br/>
      </w:r>
      <w:r>
        <w:rPr>
          <w:sz w:val="20"/>
        </w:rPr>
        <w:t>2:31  to mein to baharhal yeh samajhta hoon ke mein mahatma gandhi ke ideas ka embodiment hoon. aur waqia hai ke is waqt india mein agar koi mahatma gandhi ko represent kar raha hai to mein akela hoon.</w:t>
      </w:r>
      <w:r>
        <w:br/>
      </w:r>
      <w:r>
        <w:rPr>
          <w:sz w:val="20"/>
        </w:rPr>
        <w:t>2:44  koi doosra aadmi nahin hai. dainkhay mahatma gandhi ke jo saathi thay woh un ke successor nahin ban sakay.</w:t>
      </w:r>
      <w:r>
        <w:br/>
      </w:r>
      <w:r>
        <w:rPr>
          <w:sz w:val="20"/>
        </w:rPr>
        <w:t>2:53  sab ke sab un ke revolution ke political beneficiary thay. yani un ka jo revolution aaya us se political faiday uthaye logon nay.</w:t>
      </w:r>
      <w:r>
        <w:br/>
      </w:r>
      <w:r>
        <w:rPr>
          <w:sz w:val="20"/>
        </w:rPr>
        <w:t>3:03  mein nay koi faida nahin uthaya. mein bhi aik freedom fighter hoon. mein bhi bohat se faiday lay sakta tha. mujhe offer bhi kai diye gaye. koi faida mein nay nahin liya.</w:t>
      </w:r>
      <w:r>
        <w:br/>
      </w:r>
      <w:r>
        <w:rPr>
          <w:sz w:val="20"/>
        </w:rPr>
        <w:t>3:14  to mein apnay aap ko mahatma gandhi ka true successor manta hoon. is se koi na bharkaye ke woh agar geeta ka reference detay thay aur mein quran ka reference deta hoon to yeh to yeh to khud woh kehtay thay ke ram rahim aik hai.</w:t>
      </w:r>
      <w:r>
        <w:br/>
      </w:r>
      <w:r>
        <w:rPr>
          <w:sz w:val="20"/>
        </w:rPr>
        <w:t>3:30  is ko lay kar koi koi bharkna nahin chahiye kisi ko. aur waqia yeh hai ke mahatma gandhi ke mission ko mein revive kar raha hoon. yeh mein nay musharraf siddharth se kaha.</w:t>
      </w:r>
      <w:r>
        <w:br/>
      </w:r>
      <w:r>
        <w:rPr>
          <w:sz w:val="20"/>
        </w:rPr>
        <w:t>3:41  aur yahan tak mein samajhta hoon ke unhon nay maana is cheez ko. is ke wazan ko, is ke weight ko unhon nay tasleem kiya.</w:t>
      </w:r>
      <w:r>
        <w:br/>
      </w:r>
      <w:r>
        <w:rPr>
          <w:sz w:val="20"/>
        </w:rPr>
        <w:t>3:49  to new gandhi-ism jo hai woh naam hai guardian philosophy ka naye situation mein application.</w:t>
      </w:r>
      <w:r>
        <w:br/>
      </w:r>
      <w:r>
        <w:rPr>
          <w:sz w:val="20"/>
        </w:rPr>
        <w:t>3:59  woh mein kar raha hoon khuda ke fazal se.</w:t>
      </w:r>
      <w:r>
        <w:br/>
      </w:r>
      <w:r>
        <w:rPr>
          <w:sz w:val="20"/>
        </w:rPr>
        <w:t>4:05  logon ka mamla hai ke kuch kuch oopri cheezon ko lay kar bharktay hain. gehrai gehrai mein ja kar nahin dainkhtay. gehrai mein ja kar nahin dainkhtay.</w:t>
      </w:r>
      <w:r>
        <w:br/>
      </w:r>
      <w:r>
        <w:rPr>
          <w:sz w:val="20"/>
        </w:rPr>
        <w:t>4:16  gehrai mein ja kar aap dainkhay to lagay ke waqai yeh aadmi revive kar raha hai guardian philosophy ko. inshallah mein is par aik aik poora aik lecture inshallah hum rakhein gay india international center mein.</w:t>
      </w:r>
      <w:r>
        <w:br/>
      </w:r>
      <w:r>
        <w:rPr>
          <w:sz w:val="20"/>
        </w:rPr>
        <w:t>4:29  isi par. what is new gandhi-ism. to us mein aap sun sakain gay poori baat.</w:t>
      </w:r>
    </w:p>
    <w:p>
      <w:pPr>
        <w:pStyle w:val="Heading2"/>
      </w:pPr>
      <w:r>
        <w:t>Immigrants didn't build America, incentive-based merit did</w:t>
      </w:r>
    </w:p>
    <w:p>
      <w:r>
        <w:rPr>
          <w:color w:val="666666"/>
          <w:sz w:val="18"/>
        </w:rPr>
        <w:t>America A Case of Spiritual Starvaltion July 7, 2011 · 4m 19s · at 20:28 · https://youtu.be/N8JYD2P3QYE?t=1228</w:t>
      </w:r>
    </w:p>
    <w:p>
      <w:r>
        <w:rPr>
          <w:i/>
        </w:rPr>
        <w:t>“Immigrants take pride in saying we built America”</w:t>
      </w:r>
    </w:p>
    <w:p>
      <w:r>
        <w:rPr>
          <w:sz w:val="20"/>
        </w:rPr>
        <w:t>20:28  ab dekhen ke jis se main baat karta tha to koi wisdom ki baat nahi bata pata tha. misaal ke tor par dekhen, wahan ke jo bhi hindu hain, chahe musalman hon, dono ka haal kya hai?</w:t>
      </w:r>
      <w:r>
        <w:br/>
      </w:r>
      <w:r>
        <w:rPr>
          <w:sz w:val="20"/>
        </w:rPr>
        <w:t>20:42  unhon ne aik apne liye aik pride bana rakha hai, pride ke america ko hum ne develop kiya hai. jis se bhi milen, wahan par aap hum ne develop kiya.</w:t>
      </w:r>
      <w:r>
        <w:br/>
      </w:r>
      <w:r>
        <w:rPr>
          <w:sz w:val="20"/>
        </w:rPr>
        <w:t>20:53  kyun? bahir ke log aaye, wahan un ko job diya gaya, har jagah woh kaam karte hain. jahan bhi jaiye, woh aap ko bahir ke log milenge kaam karte hue.</w:t>
      </w:r>
      <w:r>
        <w:br/>
      </w:r>
      <w:r>
        <w:rPr>
          <w:sz w:val="20"/>
        </w:rPr>
        <w:t>21:04  to kehte hain ke hum ne to develop kiya america ko. to main ne un se poocha, kai logon se ke aap apne mulk ko kyun develop nahi kar paye?</w:t>
      </w:r>
      <w:r>
        <w:br/>
      </w:r>
      <w:r>
        <w:rPr>
          <w:sz w:val="20"/>
        </w:rPr>
        <w:t>21:14  jahan se aap aaye hain, woh mulk to under developed hai, to wahan kyun nahi kar paye aap?</w:t>
      </w:r>
      <w:r>
        <w:br/>
      </w:r>
      <w:r>
        <w:rPr>
          <w:sz w:val="20"/>
        </w:rPr>
        <w:t>21:23  to unhon ne un ka kaha tha ke immigrant logon ne develop kiya hai. main ne kaha ke nahi, aap galat kehte hain. mister immigrant ne develop nahi kiya, mister incentive ne develop kiya hai.</w:t>
      </w:r>
      <w:r>
        <w:br/>
      </w:r>
      <w:r>
        <w:rPr>
          <w:sz w:val="20"/>
        </w:rPr>
        <w:t>21:35  aap ke apne desh mein incentive nahi tha, kyun ke wahan corruption hai, nepotism hai. wahan aap ko yeh yaqeen nahi hota ke main agar mehnat karun to mujhe merit ki bunyaad par liya jayega.</w:t>
      </w:r>
      <w:r>
        <w:br/>
      </w:r>
      <w:r>
        <w:rPr>
          <w:sz w:val="20"/>
        </w:rPr>
        <w:t>21:51  ab wahan par itna sakht hai maamla ke sirf merit chalta hai, bas. to har aadmi ke andar aik incentive jaga hua hai ke main mehnat karunga to mujhe is ka result milega.</w:t>
      </w:r>
      <w:r>
        <w:br/>
      </w:r>
      <w:r>
        <w:rPr>
          <w:sz w:val="20"/>
        </w:rPr>
        <w:t>22:07  isi liye dekhen, wahan aik black jo hai, woh president ban gaya, aik black president ban gaya. kyun?</w:t>
      </w:r>
      <w:r>
        <w:br/>
      </w:r>
      <w:r>
        <w:rPr>
          <w:sz w:val="20"/>
        </w:rPr>
        <w:t>22:16  us ne competence dikhaya.</w:t>
      </w:r>
      <w:r>
        <w:br/>
      </w:r>
      <w:r>
        <w:rPr>
          <w:sz w:val="20"/>
        </w:rPr>
        <w:t>22:20  to jin mulkon se yeh log gaye hain, un mulkon mein haal kya hai ke wahan par merit jo hai, woh is ki koi hesiyat hi nahi. aap ka source ho, aap kisi ke bete damad hon, kuch aap rishwat dena jante hon to aap ko taraqqi hogi, nahi to nahi hogi.</w:t>
      </w:r>
      <w:r>
        <w:br/>
      </w:r>
      <w:r>
        <w:rPr>
          <w:sz w:val="20"/>
        </w:rPr>
        <w:t>22:37  america mein sab kuch bhi nahi, sirf merit, sirf merit, sirf merit. to jab bahir ke log wahan aaye to un ko bas bohat incentive mila</w:t>
      </w:r>
      <w:r>
        <w:br/>
      </w:r>
      <w:r>
        <w:rPr>
          <w:sz w:val="20"/>
        </w:rPr>
        <w:t>22:48  ۔ arey bhai, yahan to hum agar mehnat karen to hum sab kuch pa sakte hain. to main ne kaha ke dekhiye, mister immigrant ne taraqqi nahi di hai america ko, mister incentive ne taraqqi di hai.</w:t>
      </w:r>
      <w:r>
        <w:br/>
      </w:r>
      <w:r>
        <w:rPr>
          <w:sz w:val="20"/>
        </w:rPr>
        <w:t>23:04  ab dekhen, yeh ke is tareeqe se alag kar ke dekhna, woh log jante nahin thay. mujhe to koi aadmi mila nahin jo is tarah alag kar ke jaane, sab isi fakhr mein jee rahe hain ke immigrant logon ne taraqqi diya hai.</w:t>
      </w:r>
      <w:r>
        <w:br/>
      </w:r>
      <w:r>
        <w:rPr>
          <w:sz w:val="20"/>
        </w:rPr>
        <w:t>23:18  immigrant logon ne taraqqi nahin diya, unhon ne jo system banaye hain, jo incentive based hai, usay log hero bana.</w:t>
      </w:r>
      <w:r>
        <w:br/>
      </w:r>
      <w:r>
        <w:rPr>
          <w:sz w:val="20"/>
        </w:rPr>
        <w:t>23:26  yahan pe India mein logon ko aisa kar diya, abhi hero hero ban jayenge log. India mein koi koi koi value nahin hai merit ki.</w:t>
      </w:r>
      <w:r>
        <w:br/>
      </w:r>
      <w:r>
        <w:rPr>
          <w:sz w:val="20"/>
        </w:rPr>
        <w:t>23:36  yahan to bas yeh hai ke aap kisi minister sahab ke bete hon, kisi ke damad hon, koi safari sahab ke paas ho ya rishwat dene ke paise hon, to bas sab kuch mil jayega aap ko, warna kuch nahin milega.</w:t>
      </w:r>
      <w:r>
        <w:br/>
      </w:r>
      <w:r>
        <w:rPr>
          <w:sz w:val="20"/>
        </w:rPr>
        <w:t>23:51  agar India mein yeh ho jaye ke koi rishwat nahin, koi corruption nahin, koi nepotism nahin, kisi ka kuch nahin suna jayega, prime minister bhi safari sahab nahin suna jayega, kuch nahin suna jayega,</w:t>
      </w:r>
      <w:r>
        <w:br/>
      </w:r>
      <w:r>
        <w:rPr>
          <w:sz w:val="20"/>
        </w:rPr>
        <w:t>24:05  merit suni jayegi, bas. to aap dekhen ke India jo hai, ek giant ban jaye.</w:t>
      </w:r>
      <w:r>
        <w:br/>
      </w:r>
      <w:r>
        <w:rPr>
          <w:sz w:val="20"/>
        </w:rPr>
        <w:t>24:15  to America mein yeh cheez hai, wahan merit ke sath koi cheez wahan pe chalti nahin,</w:t>
      </w:r>
      <w:r>
        <w:br/>
      </w:r>
      <w:r>
        <w:rPr>
          <w:sz w:val="20"/>
        </w:rPr>
        <w:t>24:24  sirf to us ne logon ko incentive diya. ab bataen ke yeh baat nahin jante hain log? har aadmi yahi bolta hai ke immigrant ne taraqqi diya hai,</w:t>
      </w:r>
      <w:r>
        <w:br/>
      </w:r>
      <w:r>
        <w:rPr>
          <w:sz w:val="20"/>
        </w:rPr>
        <w:t>24:35  halankay sachai yeh hai ke Mr. Immigrant ne taraqqi nahin diya hai, Mr. Incentive ne taraqqi diya hai.</w:t>
      </w:r>
    </w:p>
    <w:p>
      <w:pPr>
        <w:pStyle w:val="Heading2"/>
      </w:pPr>
      <w:r>
        <w:t>Hazrat Umar's humility when quietly replaced at prayer</w:t>
      </w:r>
    </w:p>
    <w:p>
      <w:r>
        <w:rPr>
          <w:color w:val="666666"/>
          <w:sz w:val="18"/>
        </w:rPr>
        <w:t>Personality of A Believer February 2, 2014 · 5m 03s · at 10:26 · https://youtu.be/EiK_-O-Bjps?t=626</w:t>
      </w:r>
    </w:p>
    <w:p>
      <w:r>
        <w:rPr>
          <w:i/>
        </w:rPr>
        <w:t>“Fajr ki namaz mein Hazrat Umar ko peeche kar diya gaya”</w:t>
      </w:r>
    </w:p>
    <w:p>
      <w:r>
        <w:rPr>
          <w:sz w:val="20"/>
        </w:rPr>
        <w:t>10:26  sahaba ke zamane ka, rasool Allah salallaho alaihi wasallam jab aakhri zamane mein bimar ho gaye the to masjid mein nahi aate the, hujre mein namaz padhte the.</w:t>
      </w:r>
      <w:r>
        <w:br/>
      </w:r>
      <w:r>
        <w:rPr>
          <w:sz w:val="20"/>
        </w:rPr>
        <w:t>10:39  lekin aap ko hujra masjid se mila hua tha, yani namaz mein jab qirat hoti to us ki awaz hujre tak pahoonti thi.</w:t>
      </w:r>
      <w:r>
        <w:br/>
      </w:r>
      <w:r>
        <w:rPr>
          <w:sz w:val="20"/>
        </w:rPr>
        <w:t>10:51  to aakhri zamane ka waqia hai ke aap hujre mein the aur fajar ke waqt namaz khadi hui, log sab bandh ke khade hue.</w:t>
      </w:r>
      <w:r>
        <w:br/>
      </w:r>
      <w:r>
        <w:rPr>
          <w:sz w:val="20"/>
        </w:rPr>
        <w:t>11:03  to us waqt wahan par hazrat umar the, to logon ne hazrat umar ko musalle par khada kar diya, imam ki hesiyat se. unhon ne jab shuru kiya alhamdulillah rabbil alameen to awaz gayi rasool Allah ke hujre tak.</w:t>
      </w:r>
      <w:r>
        <w:br/>
      </w:r>
      <w:r>
        <w:rPr>
          <w:sz w:val="20"/>
        </w:rPr>
        <w:t>11:21  to aap ne hujre se aap bole ke Allah aur rasool umar ki imamat par razi nahi hain?</w:t>
      </w:r>
      <w:r>
        <w:br/>
      </w:r>
      <w:r>
        <w:rPr>
          <w:sz w:val="20"/>
        </w:rPr>
        <w:t>11:40  yani us waqt jo most senior aadmi the, woh hazrat abubakar the, lekin kisi wajah se unhein fajar mein aane mein thoda sa der ho gayi thi.</w:t>
      </w:r>
      <w:r>
        <w:br/>
      </w:r>
      <w:r>
        <w:rPr>
          <w:sz w:val="20"/>
        </w:rPr>
        <w:t>11:52  to jab takbeer shuru hui to woh maujood nahi the. un ke maujood na hone ki wajah se logon ne hazrat umar ko imamat par khada kar diya.</w:t>
      </w:r>
      <w:r>
        <w:br/>
      </w:r>
      <w:r>
        <w:rPr>
          <w:sz w:val="20"/>
        </w:rPr>
        <w:t>12:04  thodi der mein aa gaye woh to rasool Allah ne hujre se awaz di ke Allah aur rasool umar ki imamat par razi nahi hain?</w:t>
      </w:r>
      <w:r>
        <w:br/>
      </w:r>
      <w:r>
        <w:rPr>
          <w:sz w:val="20"/>
        </w:rPr>
        <w:t>12:20  ab ghor kijiye, kaisi ajib baat thi? to us waqt umar ko peeche kiya gaya aur abubakar ko aage kiya gaya.</w:t>
      </w:r>
      <w:r>
        <w:br/>
      </w:r>
      <w:r>
        <w:rPr>
          <w:sz w:val="20"/>
        </w:rPr>
        <w:t>12:30  yani namaz shuru ho chuki thi, namaz shuru ho chuki thi, musalle par hazrat umar khade ho chuke the, qirat bhi shuru kar chuke the.</w:t>
      </w:r>
      <w:r>
        <w:br/>
      </w:r>
      <w:r>
        <w:rPr>
          <w:sz w:val="20"/>
        </w:rPr>
        <w:t>12:45  lekin jab rasool Allah ki awaz aayi to peeche kiya gaya un ko aur abubakar ko aage kiya gaya.</w:t>
      </w:r>
      <w:r>
        <w:br/>
      </w:r>
      <w:r>
        <w:rPr>
          <w:sz w:val="20"/>
        </w:rPr>
        <w:t>12:55  to main ne socha ke kitna bada humiliation hoga is mein hazrat umar ko. hazrat umar jo the, kitna zyada humiliation feel kiya hoga unhon ne, kitna zyada.</w:t>
      </w:r>
      <w:r>
        <w:br/>
      </w:r>
      <w:r>
        <w:rPr>
          <w:sz w:val="20"/>
        </w:rPr>
        <w:t>13:11  lekin unhon ne koi remote nahi kiya, woh ghussa nahi hue,</w:t>
      </w:r>
      <w:r>
        <w:br/>
      </w:r>
      <w:r>
        <w:rPr>
          <w:sz w:val="20"/>
        </w:rPr>
        <w:t>13:15  mujhe aisa Islam nahi chahiye, main wapas jata hoon.</w:t>
      </w:r>
      <w:r>
        <w:br/>
      </w:r>
      <w:r>
        <w:rPr>
          <w:sz w:val="20"/>
        </w:rPr>
        <w:t>13:23  aaj kal dekhiye, aap choti si baat par woh offend ho jate hain, choti si baat offend ho jate hain. yahan to ek himalayan reason tha un ke paas, himalayan reason ke agar main namaz padha raha tha to us mein kya baat thi</w:t>
      </w:r>
      <w:r>
        <w:br/>
      </w:r>
      <w:r>
        <w:rPr>
          <w:sz w:val="20"/>
        </w:rPr>
        <w:t>13:39  mujhe? lekin imamat par khade ho chuke the aur qirat kar rahe the, us waqt hataya gaya un ko</w:t>
      </w:r>
      <w:r>
        <w:br/>
      </w:r>
      <w:r>
        <w:rPr>
          <w:sz w:val="20"/>
        </w:rPr>
        <w:t>13:50  aur koi wajah nahi batai gayi, koi reason nahi batai gayi.</w:t>
      </w:r>
      <w:r>
        <w:br/>
      </w:r>
      <w:r>
        <w:rPr>
          <w:sz w:val="20"/>
        </w:rPr>
        <w:t>13:56  to yeh yeh rasool ka aur sahaba ka mamla na samjhiye, yeh zindagi ka mamla hai.</w:t>
      </w:r>
      <w:r>
        <w:br/>
      </w:r>
      <w:r>
        <w:rPr>
          <w:sz w:val="20"/>
        </w:rPr>
        <w:t>14:03  har din aap ko aisi waqiat pesh aayengi jahan aap aap offend ho jayenge, aap bura mehsoos karenge, aap ko ghussa aa jayega.</w:t>
      </w:r>
      <w:r>
        <w:br/>
      </w:r>
      <w:r>
        <w:rPr>
          <w:sz w:val="20"/>
        </w:rPr>
        <w:t>14:17  lekin wahi to time hai jab ke aap us ko food banayein. food kaise banta hai? woh yani apni modesty ko establish karein.</w:t>
      </w:r>
      <w:r>
        <w:br/>
      </w:r>
      <w:r>
        <w:rPr>
          <w:sz w:val="20"/>
        </w:rPr>
        <w:t>14:30  wahi to waqt hai</w:t>
      </w:r>
      <w:r>
        <w:br/>
      </w:r>
      <w:r>
        <w:rPr>
          <w:sz w:val="20"/>
        </w:rPr>
        <w:t>14:33  jab farishte aap ke charon taraf hain, woh likh rahe hain aap ki baton ko. to wahi to waqt hai, woh agar aap wahan ghussa karein, offend ho jayein,</w:t>
      </w:r>
      <w:r>
        <w:br/>
      </w:r>
      <w:r>
        <w:rPr>
          <w:sz w:val="20"/>
        </w:rPr>
        <w:t>14:46  bolne lagein, mushtael ho jayein, jhagda karein to us ke mani kya hue? ek mauqa ko aap ne apna food nahi bana</w:t>
      </w:r>
      <w:r>
        <w:br/>
      </w:r>
      <w:r>
        <w:rPr>
          <w:sz w:val="20"/>
        </w:rPr>
        <w:t>14:56  sake, yani aap ek mauqa mila tha aap ko ke apni hasti mein, apne wajood mein modesty ki ghiza pahunchayein.</w:t>
      </w:r>
      <w:r>
        <w:br/>
      </w:r>
      <w:r>
        <w:rPr>
          <w:sz w:val="20"/>
        </w:rPr>
        <w:t>15:07  Khuda ke samne, farishton ke samne is baat ko ka ek demonstration dein ke main Allah ka mutawazi banta hoon, Allah ka borders banta hoon.</w:t>
      </w:r>
      <w:r>
        <w:br/>
      </w:r>
      <w:r>
        <w:rPr>
          <w:sz w:val="20"/>
        </w:rPr>
        <w:t>15:24  yeh isi ka naam food hai.</w:t>
      </w:r>
    </w:p>
    <w:p>
      <w:pPr>
        <w:pStyle w:val="Heading2"/>
      </w:pPr>
      <w:r>
        <w:t>From plotting murder to a thriving forgiving business</w:t>
      </w:r>
    </w:p>
    <w:p>
      <w:r>
        <w:rPr>
          <w:color w:val="666666"/>
          <w:sz w:val="18"/>
        </w:rPr>
        <w:t>Spirituality in Simple Living, High Thinking October 27, 2019 Maulana Wahiduddin Khan · 5m 36s · at 6:39 · https://youtu.be/Kr28g15eFr8?t=399</w:t>
      </w:r>
    </w:p>
    <w:p>
      <w:r>
        <w:rPr>
          <w:i/>
        </w:rPr>
        <w:t>“Before taking revenge, think it will be revenged too”</w:t>
      </w:r>
    </w:p>
    <w:p>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r>
        <w:br/>
      </w:r>
      <w:r>
        <w:rPr>
          <w:sz w:val="20"/>
        </w:rPr>
        <w:t>7:18  to main ne kaha ke dekhiye, intiqam mein koi farishta ab nahi hota.</w:t>
      </w:r>
      <w:r>
        <w:br/>
      </w:r>
      <w:r>
        <w:rPr>
          <w:sz w:val="20"/>
        </w:rPr>
        <w:t>7:30  jab aap intiqam lene ke liye marenge kisi ko to us ke bete, us ke bhai intiqam mein aap ko marenge, chup se baithenge nahi woh.</w:t>
      </w:r>
      <w:r>
        <w:br/>
      </w:r>
      <w:r>
        <w:rPr>
          <w:sz w:val="20"/>
        </w:rPr>
        <w:t>7:48  to aap intiqam lenge, phir woh intiqam lega, phir jo us ke baad jo log honge woh intiqam lenge.</w:t>
      </w:r>
      <w:r>
        <w:br/>
      </w:r>
      <w:r>
        <w:rPr>
          <w:sz w:val="20"/>
        </w:rPr>
        <w:t>8:00  is tarah se ek chain reaction ban jayega. chain reaction.</w:t>
      </w:r>
      <w:r>
        <w:br/>
      </w:r>
      <w:r>
        <w:rPr>
          <w:sz w:val="20"/>
        </w:rPr>
        <w:t>8:11  intiqam kya hai? reaction ka naam hai intiqam.</w:t>
      </w:r>
      <w:r>
        <w:br/>
      </w:r>
      <w:r>
        <w:rPr>
          <w:sz w:val="20"/>
        </w:rPr>
        <w:t>8:24  to aap ka is aadmi ko marna ek chain reaction create karega.</w:t>
      </w:r>
      <w:r>
        <w:br/>
      </w:r>
      <w:r>
        <w:rPr>
          <w:sz w:val="20"/>
        </w:rPr>
        <w:t>8:36  aur chain reaction main ne kaha ke main ne dekha hai apne khud apne jahan mein rehta tha UP mein ke 25 saal tak chalta raha woh maar kaat intiqam.</w:t>
      </w:r>
      <w:r>
        <w:br/>
      </w:r>
      <w:r>
        <w:rPr>
          <w:sz w:val="20"/>
        </w:rPr>
        <w:t>8:54  yahan tak ke ghar ke zevar bik gaye,</w:t>
      </w:r>
      <w:r>
        <w:br/>
      </w:r>
      <w:r>
        <w:rPr>
          <w:sz w:val="20"/>
        </w:rPr>
        <w:t>9:01  naujawan mare gaye, tab woh thak haar kar khatm ho gaye.</w:t>
      </w:r>
      <w:r>
        <w:br/>
      </w:r>
      <w:r>
        <w:rPr>
          <w:sz w:val="20"/>
        </w:rPr>
        <w:t>9:11  to woh aadmi baharhaal samajhdar tha, meri baat us ki samajh aa gayi.</w:t>
      </w:r>
      <w:r>
        <w:br/>
      </w:r>
      <w:r>
        <w:rPr>
          <w:sz w:val="20"/>
        </w:rPr>
        <w:t>9:19  kuch der sochne ke baad us ne kaha ke phir yeh aap bataiye ke main kya karoon?</w:t>
      </w:r>
      <w:r>
        <w:br/>
      </w:r>
      <w:r>
        <w:rPr>
          <w:sz w:val="20"/>
        </w:rPr>
        <w:t>9:28  to mein ne poocha ke tumhare paas ab bhi kuch paisa hai?</w:t>
      </w:r>
      <w:r>
        <w:br/>
      </w:r>
      <w:r>
        <w:rPr>
          <w:sz w:val="20"/>
        </w:rPr>
        <w:t>9:35  jo paisa tum ne diya hai un ko, is ke baad hai tumhare paas kuch paisa?</w:t>
      </w:r>
      <w:r>
        <w:br/>
      </w:r>
      <w:r>
        <w:rPr>
          <w:sz w:val="20"/>
        </w:rPr>
        <w:t>9:42  to is ne soch kar bataya ke ab mere paas</w:t>
      </w:r>
      <w:r>
        <w:br/>
      </w:r>
      <w:r>
        <w:rPr>
          <w:sz w:val="20"/>
        </w:rPr>
        <w:t>9:49  taqreeban 30 hazar roope hain, thirty thousand.</w:t>
      </w:r>
      <w:r>
        <w:br/>
      </w:r>
      <w:r>
        <w:rPr>
          <w:sz w:val="20"/>
        </w:rPr>
        <w:t>10:00  to mein ne is se kaha ke dekhiye, aap is paise ko bhool jaiye jo aap de chuke hain,</w:t>
      </w:r>
      <w:r>
        <w:br/>
      </w:r>
      <w:r>
        <w:rPr>
          <w:sz w:val="20"/>
        </w:rPr>
        <w:t>10:09  ab jo aap ke paas hai us ko pakar lein, aur us ko le kar aap koi naya business start kijiye.</w:t>
      </w:r>
      <w:r>
        <w:br/>
      </w:r>
      <w:r>
        <w:rPr>
          <w:sz w:val="20"/>
        </w:rPr>
        <w:t>10:24  aur bohat hi zyada pass andaz mein, koi inteqam nahi, koi reaction nahi, koi nafrat nahi, koi ghussa nahi, bhula kar bhula kar bhula kar.</w:t>
      </w:r>
      <w:r>
        <w:br/>
      </w:r>
      <w:r>
        <w:rPr>
          <w:sz w:val="20"/>
        </w:rPr>
        <w:t>10:41  to is ne pichle yaani past ko bhula diya, aur present mein jeena shuru kar diya.</w:t>
      </w:r>
      <w:r>
        <w:br/>
      </w:r>
      <w:r>
        <w:rPr>
          <w:sz w:val="20"/>
        </w:rPr>
        <w:t>10:50  aur us thirty thousand roope se aik chota sa business, us waqt baat hui thi to is ka thirty thousand bhi aik bari cheez hua karta tha.</w:t>
      </w:r>
      <w:r>
        <w:br/>
      </w:r>
      <w:r>
        <w:rPr>
          <w:sz w:val="20"/>
        </w:rPr>
        <w:t>11:04  to sahib, is ke paise mein barkat hui, aur is ka business bohat sust sust tareeqe se chalne laga.</w:t>
      </w:r>
      <w:r>
        <w:br/>
      </w:r>
      <w:r>
        <w:rPr>
          <w:sz w:val="20"/>
        </w:rPr>
        <w:t>11:21  to jahan tak mujhe yaad hai ke taqreeban teen saal ke baad woh aadmi phir mujhe mila,</w:t>
      </w:r>
      <w:r>
        <w:br/>
      </w:r>
      <w:r>
        <w:rPr>
          <w:sz w:val="20"/>
        </w:rPr>
        <w:t>11:32  taqreeban teen saal ke baad.</w:t>
      </w:r>
      <w:r>
        <w:br/>
      </w:r>
      <w:r>
        <w:rPr>
          <w:sz w:val="20"/>
        </w:rPr>
        <w:t>11:37  to mein ne is se poocha ke bhai kya haal hai aap ka?</w:t>
      </w:r>
      <w:r>
        <w:br/>
      </w:r>
      <w:r>
        <w:rPr>
          <w:sz w:val="20"/>
        </w:rPr>
        <w:t>11:45  to is ne kaha ke aap ne jo mashwara diya tha woh us ko pakar liya tha mein ne, aur isi pe chalne laga mein. to teen saal ke baad aap ne is se bohat zyada kama liya mein ne,</w:t>
      </w:r>
      <w:r>
        <w:br/>
      </w:r>
      <w:r>
        <w:rPr>
          <w:sz w:val="20"/>
        </w:rPr>
        <w:t>11:58  jitna mein ne diya tha us aadmi ko, yaani 80 hazar jo diya tha, us se bohat zyada kama liya. ab mein bhool bhi gaya, itna mein ne kama liya ke mein bhool bhi gaya.</w:t>
      </w:r>
    </w:p>
    <w:p>
      <w:pPr>
        <w:pStyle w:val="Heading2"/>
      </w:pPr>
      <w:r>
        <w:t>Natural disasters as reminders</w:t>
      </w:r>
    </w:p>
    <w:p>
      <w:r>
        <w:rPr>
          <w:color w:val="666666"/>
          <w:sz w:val="18"/>
        </w:rPr>
        <w:t>Nature as a Role Mode May 21, 2006 · 3m 02s · at 1:13:13 · https://youtu.be/ppaB1Z2zXL8?t=4393</w:t>
      </w:r>
    </w:p>
    <w:p>
      <w:r>
        <w:rPr>
          <w:i/>
        </w:rPr>
        <w:t>“Dus az ek common question asked by Nadeep, Vani and myself.”</w:t>
      </w:r>
    </w:p>
    <w:p>
      <w:r>
        <w:rPr>
          <w:sz w:val="20"/>
        </w:rPr>
        <w:t>1:13:13  this is a common question asked by navdeep, viney and myself. if nature does not provide any problem, then what should be called natural disasters like volcanic eruptions, earthquakes and tsunamis?</w:t>
      </w:r>
      <w:r>
        <w:br/>
      </w:r>
      <w:r>
        <w:rPr>
          <w:sz w:val="20"/>
        </w:rPr>
        <w:t>1:13:36  yeh bohat acha question hai aur yeh philosophers is ko problem of evil kehte hain.</w:t>
      </w:r>
      <w:r>
        <w:br/>
      </w:r>
      <w:r>
        <w:rPr>
          <w:sz w:val="20"/>
        </w:rPr>
        <w:t>1:13:46  dekhein, kisi bhi cheez ki jab study karein aap toh is ke saare aspect ko samne rakhna parta hai aur is usool ko bhi rakhna parta hai ke every rule has some exceptions.</w:t>
      </w:r>
      <w:r>
        <w:br/>
      </w:r>
      <w:r>
        <w:rPr>
          <w:sz w:val="20"/>
        </w:rPr>
        <w:t>1:14:04  main ne jo baat batai hai woh rule ki baat hai aur is mein exceptions bhi rehte hain. exception kyun hote hain? Khuda ne yeh duniya banai test ke liye</w:t>
      </w:r>
      <w:r>
        <w:br/>
      </w:r>
      <w:r>
        <w:rPr>
          <w:sz w:val="20"/>
        </w:rPr>
        <w:t>1:14:19  toh jo central theme hai woh base karti hai test par.</w:t>
      </w:r>
      <w:r>
        <w:br/>
      </w:r>
      <w:r>
        <w:rPr>
          <w:sz w:val="20"/>
        </w:rPr>
        <w:t>1:14:26  toh ek aspect is ka woh hai jo main ne arz kiya aap ki khidmat mein lekin test hi ka doosra aspect yeh hai ke Khuda bar bar warning deta hai.</w:t>
      </w:r>
      <w:r>
        <w:br/>
      </w:r>
      <w:r>
        <w:rPr>
          <w:sz w:val="20"/>
        </w:rPr>
        <w:t>1:14:36  warning yaad dilata hai ke duniya tumhare liye test ke liye hai. yeh nahin hai ke tum yahan par khoob aaram karo aur aaram karo, aaram karo aur chale jao.</w:t>
      </w:r>
      <w:r>
        <w:br/>
      </w:r>
      <w:r>
        <w:rPr>
          <w:sz w:val="20"/>
        </w:rPr>
        <w:t>1:14:49  tum accountable ho Khuda ke aage. day of judgement aanay wala hai.</w:t>
      </w:r>
      <w:r>
        <w:br/>
      </w:r>
      <w:r>
        <w:rPr>
          <w:sz w:val="20"/>
        </w:rPr>
        <w:t>1:14:54  day of judgement ka yeh reminder hota hai. quran mein bataya gaya hai ke chote chote waqeaat bare hone wale day of judgement ko yaad dilate hain.</w:t>
      </w:r>
      <w:r>
        <w:br/>
      </w:r>
      <w:r>
        <w:rPr>
          <w:sz w:val="20"/>
        </w:rPr>
        <w:t>1:15:08  is ko quran mein kaha gaya an-naba al-'azim, bari khabar. yeh choti news bari news ko batane ke liye aati hai. toh Khuda jhanjhodne ke liye aisa karta hai.</w:t>
      </w:r>
      <w:r>
        <w:br/>
      </w:r>
      <w:r>
        <w:rPr>
          <w:sz w:val="20"/>
        </w:rPr>
        <w:t>1:15:20  yeh hota hai shock treatment.</w:t>
      </w:r>
      <w:r>
        <w:br/>
      </w:r>
      <w:r>
        <w:rPr>
          <w:sz w:val="20"/>
        </w:rPr>
        <w:t>1:15:24  toh is ko samajhne ke liye jis ko philosophers kehte hain problem of evil toh woh God ko alag kar ke sochte hain. ke use plan ko alag kar ke sochte hain.</w:t>
      </w:r>
      <w:r>
        <w:br/>
      </w:r>
      <w:r>
        <w:rPr>
          <w:sz w:val="20"/>
        </w:rPr>
        <w:t>1:15:36  toh un ke samne yeh sawal aata hai. yeh duniya Khuda ne is liye nahin banai hai ke yahin par aap apne paradise bana lein. yeh testing ground hai.</w:t>
      </w:r>
      <w:r>
        <w:br/>
      </w:r>
      <w:r>
        <w:rPr>
          <w:sz w:val="20"/>
        </w:rPr>
        <w:t>1:15:45  toh Khuda ne ek taraf bataya ke is is test mein qualify karne ke liye kya condition hai.</w:t>
      </w:r>
      <w:r>
        <w:br/>
      </w:r>
      <w:r>
        <w:rPr>
          <w:sz w:val="20"/>
        </w:rPr>
        <w:t>1:15:53  saath sath Khuda ne yeh bhi karta rehta hai Khuda ke aap ko warning deta hai, aap ko remind karta hai. toh all these things are just reminder jis ko aap disaster kehte hain,</w:t>
      </w:r>
      <w:r>
        <w:br/>
      </w:r>
      <w:r>
        <w:rPr>
          <w:sz w:val="20"/>
        </w:rPr>
        <w:t>1:16:06  nechral disaster, woh woh disaster nahi hai, woh reminder hai Khuda ki taraf se.</w:t>
      </w:r>
    </w:p>
    <w:p>
      <w:pPr>
        <w:pStyle w:val="Heading2"/>
      </w:pPr>
      <w:r>
        <w:t>communalism explained as ingratitude, with real-life examples</w:t>
      </w:r>
    </w:p>
    <w:p>
      <w:r>
        <w:rPr>
          <w:color w:val="666666"/>
          <w:sz w:val="18"/>
        </w:rPr>
        <w:t>Discovery of Paradise March 22, 2015 · 6m 05s · at 1:05:58 · https://youtu.be/2axrfd7sZkE?t=3958</w:t>
      </w:r>
    </w:p>
    <w:p>
      <w:r>
        <w:rPr>
          <w:i/>
        </w:rPr>
        <w:t>“Sawal: communalism ke shikaar logon ko aap kya advice denge?”</w:t>
      </w:r>
    </w:p>
    <w:p>
      <w:r>
        <w:rPr>
          <w:sz w:val="20"/>
        </w:rPr>
        <w:t>1:05:58  what is your advice to all those who have become victims of this communalism?"</w:t>
      </w:r>
      <w:r>
        <w:br/>
      </w:r>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r>
        <w:br/>
      </w:r>
      <w:r>
        <w:rPr>
          <w:sz w:val="20"/>
        </w:rPr>
        <w:t>1:06:34  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r>
        <w:br/>
      </w:r>
      <w:r>
        <w:rPr>
          <w:sz w:val="20"/>
        </w:rPr>
        <w:t>1:06:55  kya kya aati hai?</w:t>
      </w:r>
      <w:r>
        <w:br/>
      </w:r>
      <w:r>
        <w:rPr>
          <w:sz w:val="20"/>
        </w:rPr>
        <w:t>1:06:56  to maine kaha ke aap jahan hain, netherland west mein, yeh khud aap ki tardeed kar raha hai kyunke azadi ke baad, 1947 ke baad, jab yeh colony bani thi to ek hindu colony thi.</w:t>
      </w:r>
      <w:r>
        <w:br/>
      </w:r>
      <w:r>
        <w:rPr>
          <w:sz w:val="20"/>
        </w:rPr>
        <w:t>1:07:11  sare hindu hindu the yahan par kyunke basically yeh bani thi shehriyon ke liye. aaj yahan zyada tar musalman hain, musalman hain. to with that discrimination, yeh poore poore india mein yahi baat har jagah hai.</w:t>
      </w:r>
      <w:r>
        <w:br/>
      </w:r>
      <w:r>
        <w:rPr>
          <w:sz w:val="20"/>
        </w:rPr>
        <w:t>1:07:27  kahin bhi ja kar dekhen aap. misalan jab mein gaya tha shuru mein hyderabad pehli bar to wahan maine dekha ke wahan railway train se gaya tha mein to train ke bahar jab mein nikla, is is station ke bahar mein nikla to sab rickshaw wale khade hue the.</w:t>
      </w:r>
      <w:r>
        <w:br/>
      </w:r>
      <w:r>
        <w:rPr>
          <w:sz w:val="20"/>
        </w:rPr>
        <w:t>1:07:45  woh rickshaw wale sab zyada tar musalman the.</w:t>
      </w:r>
      <w:r>
        <w:br/>
      </w:r>
      <w:r>
        <w:rPr>
          <w:sz w:val="20"/>
        </w:rPr>
        <w:t>1:07:48  ab mein jata hoon to wahan sab carain khari hui, ab caron ke dhair hain wahan par, woh sab musalman hotay hain.</w:t>
      </w:r>
      <w:r>
        <w:br/>
      </w:r>
      <w:r>
        <w:rPr>
          <w:sz w:val="20"/>
        </w:rPr>
        <w:t>1:07:58  to jo jo musalman 1947 ke baad wahan par rickshaw chala rahay thay, aaj woh carain chala rahay hain.</w:t>
      </w:r>
      <w:r>
        <w:br/>
      </w:r>
      <w:r>
        <w:rPr>
          <w:sz w:val="20"/>
        </w:rPr>
        <w:t>1:08:09  to yeh to yani blindness ki baat hai. mere khayal se India ke jis maqam par jayen, mein khud apnay gaon mein gaya, jo hamara gaon hai UP mein, to shuru mein jo wahan gaon ka haal tha, aaj us se far better hai.</w:t>
      </w:r>
      <w:r>
        <w:br/>
      </w:r>
      <w:r>
        <w:rPr>
          <w:sz w:val="20"/>
        </w:rPr>
        <w:t>1:08:26  aaj wahan bijli hai, telephone hai, school hai, pul hai, aur naye tareeqay se log caste kar rahay hain.</w:t>
      </w:r>
      <w:r>
        <w:br/>
      </w:r>
      <w:r>
        <w:rPr>
          <w:sz w:val="20"/>
        </w:rPr>
        <w:t>1:08:34  har cheez mein taraqqi hui hai. to yeh to farzi baaten hain. yeh sab to communalism jo hai, woh haqeeqat mein nashukri ki wajah se aata hai.</w:t>
      </w:r>
      <w:r>
        <w:br/>
      </w:r>
      <w:r>
        <w:rPr>
          <w:sz w:val="20"/>
        </w:rPr>
        <w:t>1:08:44  yani shaitan ne kya kiya hai ke 99 item jo achhay hain, us ko bhulata hai. aik item agar kuch ho to us ko khoob yaad dilayega.</w:t>
      </w:r>
      <w:r>
        <w:br/>
      </w:r>
      <w:r>
        <w:rPr>
          <w:sz w:val="20"/>
        </w:rPr>
        <w:t>1:09:00  misalan jin se mujhe baat hui thi, unhon ne kaha ke aur Babri Masjid ko hum kaise bhula denge? to bas isi item ko shaitan ko dimagh mein dali hui hai.</w:t>
      </w:r>
      <w:r>
        <w:br/>
      </w:r>
      <w:r>
        <w:rPr>
          <w:sz w:val="20"/>
        </w:rPr>
        <w:t>1:09:10  yani aik item ko dale hue hain aur 99 item ko bhulaye hue hain. isi ka naam nashukri hai. to communalism jo us waqt dunya mein, India mein hai, woh haqeeqat mein nature clear hai.</w:t>
      </w:r>
      <w:r>
        <w:br/>
      </w:r>
      <w:r>
        <w:rPr>
          <w:sz w:val="20"/>
        </w:rPr>
        <w:t>1:09:24  aisay America mein kya hai?</w:t>
      </w:r>
      <w:r>
        <w:br/>
      </w:r>
      <w:r>
        <w:rPr>
          <w:sz w:val="20"/>
        </w:rPr>
        <w:t>1:09:26  America mein aik sahab lagay baaten karne ke, hamaray khilaf description bhi kiya jata hai aur excise hoti hai. to mein ne un se poocha ke aap ke aap jis mulk se aaye hain, wahan aap ke baap dada ki jo halat thi, aaj aaj aap ki kaisi hai?</w:t>
      </w:r>
      <w:r>
        <w:br/>
      </w:r>
      <w:r>
        <w:rPr>
          <w:sz w:val="20"/>
        </w:rPr>
        <w:t>1:09:43  to unhon ne kaha ke mujh se bohat behtar hai. to phir mein ne kaha ke kahan ustad is kaam kar rahi hai?</w:t>
      </w:r>
      <w:r>
        <w:br/>
      </w:r>
      <w:r>
        <w:rPr>
          <w:sz w:val="20"/>
        </w:rPr>
        <w:t>1:09:49  har jagah yeh qissa hai ke shaitan ne logon ko yeh kar rakha hai ke 99 percent item jo behtar hain, us ko bhula rakha hai.</w:t>
      </w:r>
      <w:r>
        <w:br/>
      </w:r>
      <w:r>
        <w:rPr>
          <w:sz w:val="20"/>
        </w:rPr>
        <w:t>1:09:58  aik item jo hai, us ko usi ko khoob yaad dilata hai.</w:t>
      </w:r>
      <w:r>
        <w:br/>
      </w:r>
      <w:r>
        <w:rPr>
          <w:sz w:val="20"/>
        </w:rPr>
        <w:t>1:10:05  to communalism haqeeqat mein naam hai nashukri ka. is ki jar mein jo hai, nashukri hai. is ki jar mein nashukri hai.</w:t>
      </w:r>
      <w:r>
        <w:br/>
      </w:r>
      <w:r>
        <w:rPr>
          <w:sz w:val="20"/>
        </w:rPr>
        <w:t>1:10:15  aisay hi mein aik martaba bahar gaya, Arab wahan par aik sheikh ke ghar par dinner tha to India ke kuch log wahan par thay, mein bhi tha.</w:t>
      </w:r>
      <w:r>
        <w:br/>
      </w:r>
      <w:r>
        <w:rPr>
          <w:sz w:val="20"/>
        </w:rPr>
        <w:t>1:10:30  to India ke aik sahab, jo ab un ki death ho chuki hai, woh leader thay. woh to kya kehtay hain ke India mein musalmanon ko masjid mein bhi sajda karne ki ijazat nahi hai.</w:t>
      </w:r>
      <w:r>
        <w:br/>
      </w:r>
      <w:r>
        <w:rPr>
          <w:sz w:val="20"/>
        </w:rPr>
        <w:t>1:10:47  Arab sheikh ke samnay sheikh Arab kahi ke India mein musalmanon ko masjid mein bhi sajda karne ki ijazat nahi hai.</w:t>
      </w:r>
      <w:r>
        <w:br/>
      </w:r>
      <w:r>
        <w:rPr>
          <w:sz w:val="20"/>
        </w:rPr>
        <w:t>1:10:58  mein ne kaha kon se India? hum bhi to wahin rehtay hain.</w:t>
      </w:r>
      <w:r>
        <w:br/>
      </w:r>
      <w:r>
        <w:rPr>
          <w:sz w:val="20"/>
        </w:rPr>
        <w:t>1:11:01  kaha dekhen Safdarjung ki Masjid. to Safdarjung ki Masjid jo hai, woh archaeology ke tehat hai. archaeology ka nizam alag hota hai.</w:t>
      </w:r>
      <w:r>
        <w:br/>
      </w:r>
      <w:r>
        <w:rPr>
          <w:sz w:val="20"/>
        </w:rPr>
        <w:t>1:11:13  baqi India mein paanch lakh masjidain hain, har masjid mein khoob namaz ho rahi hai, azan ho rahi hai. to is mani ke paanch lakh masjidon ko bhula kar ke aik masjid ko shaitan ne sikhaya.</w:t>
      </w:r>
      <w:r>
        <w:br/>
      </w:r>
      <w:r>
        <w:rPr>
          <w:sz w:val="20"/>
        </w:rPr>
        <w:t>1:11:26  dekho bhai, wahan tala laga hua hai. to communalism mere nazdeek jo hai, is ki jar mein nashukri hai aur nashukri jahan hai, wahan shaitan hai.</w:t>
      </w:r>
      <w:r>
        <w:br/>
      </w:r>
      <w:r>
        <w:rPr>
          <w:sz w:val="20"/>
        </w:rPr>
        <w:t>1:11:34  aadmi shaitan ka influence mein aa gaya hai. mein to yahi kahunga.</w:t>
      </w:r>
    </w:p>
    <w:p>
      <w:pPr>
        <w:pStyle w:val="Heading2"/>
      </w:pPr>
      <w:r>
        <w:t>Practical spirituality through simplicity and contentment</w:t>
      </w:r>
    </w:p>
    <w:p>
      <w:r>
        <w:rPr>
          <w:color w:val="666666"/>
          <w:sz w:val="18"/>
        </w:rPr>
        <w:t>God and Man (In Conversation with Maulana) 01 04 07 · 5m 59s · at 24:03 · https://youtu.be/2HlIEnmDdPo?t=1443</w:t>
      </w:r>
    </w:p>
    <w:p>
      <w:r>
        <w:rPr>
          <w:i/>
        </w:rPr>
        <w:t>“Poverty ka word main nahi use karunga”</w:t>
      </w:r>
    </w:p>
    <w:p>
      <w:r>
        <w:rPr>
          <w:sz w:val="20"/>
        </w:rPr>
        <w:t>24:03  poverty ka word mein nahi use karunga. simplicity ka word use karunga mein ke apne aap ko simple life par rakhna, chahe sab kuch ho aap ke paas tab bhi.</w:t>
      </w:r>
      <w:r>
        <w:br/>
      </w:r>
      <w:r>
        <w:rPr>
          <w:sz w:val="20"/>
        </w:rPr>
        <w:t>24:15  poverty ka to negative word hai woh. simplicity. simplicity direct taur par juri hui hai spirituality se. direct taur par.</w:t>
      </w:r>
      <w:r>
        <w:br/>
      </w:r>
      <w:r>
        <w:rPr>
          <w:sz w:val="20"/>
        </w:rPr>
        <w:t>24:26  simplicity jo hai woh direct taur par juri hui hai is se. yaani spirituality se. to jab tak aap ko yeh na ho ke apne aap ko need par aap aa jayen.</w:t>
      </w:r>
      <w:r>
        <w:br/>
      </w:r>
      <w:r>
        <w:rPr>
          <w:sz w:val="20"/>
        </w:rPr>
        <w:t>24:44  basic. is ko kehte hain basic need. basic need par jab tak na aa jayen. aap dekhiye, mein aap ko ek hadith sunata hoon, yeh bhi spirituality to hai yeh.</w:t>
      </w:r>
      <w:r>
        <w:br/>
      </w:r>
      <w:r>
        <w:rPr>
          <w:sz w:val="20"/>
        </w:rPr>
        <w:t>24:53  wahan par likha nahi rahega spirituality. lekin woh spirituality ka super formula hai yeh. hadith mein aata hai ke woh</w:t>
      </w:r>
      <w:r>
        <w:br/>
      </w:r>
      <w:r>
        <w:rPr>
          <w:sz w:val="20"/>
        </w:rPr>
        <w:t>25:12  man kan lahu bait yaskunahu wa khadim yakhdimuhu wa jalf al-khubz wa al-ma' fakanama hu'iyat 'izzat ad-dunya bihi wa fi raha.</w:t>
      </w:r>
      <w:r>
        <w:br/>
      </w:r>
      <w:r>
        <w:rPr>
          <w:sz w:val="20"/>
        </w:rPr>
        <w:t>25:26  super formula hai yeh spirituality ka, lekin wahan likha nahi rahega spirituality ka. is ka translation yeh hai ke jis aadmi ke paas ek ghar ho jis mein reh sake.</w:t>
      </w:r>
      <w:r>
        <w:br/>
      </w:r>
      <w:r>
        <w:rPr>
          <w:sz w:val="20"/>
        </w:rPr>
        <w:t>25:40  zahiri hai ke ek chhota sa ghar, simple sa. jis aadmi ke paas ek ghar ho jis mein reh sake, bas rehne ke qabil ghar. without any comfort, without any luxury.</w:t>
      </w:r>
      <w:r>
        <w:br/>
      </w:r>
      <w:r>
        <w:rPr>
          <w:sz w:val="20"/>
        </w:rPr>
        <w:t>25:52  rehne ke qabil. jis ko urdu mein kehte hain sar chhipane ki jagah. to aap ne farmaya ke jis aadmi ke paas ek ghar ho jis mein woh reh sake.</w:t>
      </w:r>
      <w:r>
        <w:br/>
      </w:r>
      <w:r>
        <w:rPr>
          <w:sz w:val="20"/>
        </w:rPr>
        <w:t>26:04  aur ek servant ho jis se woh kuch kaam karwa sake. aur roti ka ek tukda aur ek glass pani.</w:t>
      </w:r>
      <w:r>
        <w:br/>
      </w:r>
      <w:r>
        <w:rPr>
          <w:sz w:val="20"/>
        </w:rPr>
        <w:t>26:21  to goya ke us ko sari duniya mil gayi. yeh hai contentment. without contentment there is no spirituality at all.</w:t>
      </w:r>
      <w:r>
        <w:br/>
      </w:r>
      <w:r>
        <w:rPr>
          <w:sz w:val="20"/>
        </w:rPr>
        <w:t>26:35  aap ko apne aap ko contentment par lana padega. poverty aur yeh sab irrelevant shabd hain.</w:t>
      </w:r>
      <w:r>
        <w:br/>
      </w:r>
      <w:r>
        <w:rPr>
          <w:sz w:val="20"/>
        </w:rPr>
        <w:t>26:45  poverty ho tab bhi ek aadmi jalega hasad mein ke dekho un ke paas bohat hai. hum ko hamare paas kuch nahi hai. to apne ko peeche hatana padega.</w:t>
      </w:r>
      <w:r>
        <w:br/>
      </w:r>
      <w:r>
        <w:rPr>
          <w:sz w:val="20"/>
        </w:rPr>
        <w:t>26:54  bilkul simple life. bilkul saada khana. bilkul saada bed. bilkul saada ghar. isi mein apne ko isi mein woh karna padega.</w:t>
      </w:r>
      <w:r>
        <w:br/>
      </w:r>
      <w:r>
        <w:rPr>
          <w:sz w:val="20"/>
        </w:rPr>
        <w:t>27:04  yani contentment hona pare ga isi par. aisa nahi ke bhai kya karein, kuch hai nahi. Isi par khush hona pare ga aap ko. Isi par razi hona pare ga aap ko.</w:t>
      </w:r>
      <w:r>
        <w:br/>
      </w:r>
      <w:r>
        <w:rPr>
          <w:sz w:val="20"/>
        </w:rPr>
        <w:t>27:14  tab bhi spirituality ki ki starting hoti hai. Matlab unfolding shuru hoti hai is ki. Nature mein jo bhari hui hai spirituality, us ki unfolding jab shuru hogi.</w:t>
      </w:r>
      <w:r>
        <w:br/>
      </w:r>
      <w:r>
        <w:rPr>
          <w:sz w:val="20"/>
        </w:rPr>
        <w:t>27:25  jab aap har cheez se cut apne aap ko, yani apne concern hata lein har cheez se. Concern logon ka bikhra hua hai, bikhra hua hai, bikhra hua hai.</w:t>
      </w:r>
      <w:r>
        <w:br/>
      </w:r>
      <w:r>
        <w:rPr>
          <w:sz w:val="20"/>
        </w:rPr>
        <w:t>27:36  Concern. Ab dekhiye, mere sath ek sahib, ek molana sahib the. Baqayda madrasay ke parhe hue. To hum do ek safar mein hum dono the sath.</w:t>
      </w:r>
      <w:r>
        <w:br/>
      </w:r>
      <w:r>
        <w:rPr>
          <w:sz w:val="20"/>
        </w:rPr>
        <w:t>27:48  Aksar wo un ki wajah se program late ho jata tha. Aksar. Hum gaye the kehi. Kai deshon mein gaye the.</w:t>
      </w:r>
      <w:r>
        <w:br/>
      </w:r>
      <w:r>
        <w:rPr>
          <w:sz w:val="20"/>
        </w:rPr>
        <w:t>27:58  To kisi hotel mein theharte the. To kisi kisi ne is ko sponsor kiya tha. To gaye the. To baharhal, wo mere hote hain helper ke taur par gaye the wo.</w:t>
      </w:r>
      <w:r>
        <w:br/>
      </w:r>
      <w:r>
        <w:rPr>
          <w:sz w:val="20"/>
        </w:rPr>
        <w:t>28:09  To kya hota hai, ab hotel mein hum hain. Ab to hum tayyar ho gaye. Ab tayyar kiya, hamein to koi tayyar kiya, uthe rawana ho gaye chalne ke liye. Ab kya, ab wait kar rahe hain in ko bhi.</w:t>
      </w:r>
      <w:r>
        <w:br/>
      </w:r>
      <w:r>
        <w:rPr>
          <w:sz w:val="20"/>
        </w:rPr>
        <w:t>28:18  Chaliye, ab wo bethe hue hain. Kya hua bhai?</w:t>
      </w:r>
      <w:r>
        <w:br/>
      </w:r>
      <w:r>
        <w:rPr>
          <w:sz w:val="20"/>
        </w:rPr>
        <w:t>28:22  Wo is ke diya tha wo, kya kehte hain is ko, dry cleaning ke liye. Wo kapra abhi nahi aaya hai. Aur jab abhi press nahi hua hai.</w:t>
      </w:r>
      <w:r>
        <w:br/>
      </w:r>
      <w:r>
        <w:rPr>
          <w:sz w:val="20"/>
        </w:rPr>
        <w:t>28:34  Isi kapre ka chakar rehta hai to un ka. Dhoya nahi gaya hai, press nahi hua hai. Aur isi mein hamesha late ho dete hain. To in ko spirituality kahan se aye gi in ke andar?</w:t>
      </w:r>
      <w:r>
        <w:br/>
      </w:r>
      <w:r>
        <w:rPr>
          <w:sz w:val="20"/>
        </w:rPr>
        <w:t>28:45  Tumhare peeche rawana kar diya in ko, wapas kar diya ke bhai aap dekhein, hamare sath aap ka nahi chal sakta.</w:t>
      </w:r>
      <w:r>
        <w:br/>
      </w:r>
      <w:r>
        <w:rPr>
          <w:sz w:val="20"/>
        </w:rPr>
        <w:t>28:53  Hamein kuch bhi nahi, uthe chale gaye, matlab uthe chale gaye. Jo hai wahi kha liya.</w:t>
      </w:r>
      <w:r>
        <w:br/>
      </w:r>
      <w:r>
        <w:rPr>
          <w:sz w:val="20"/>
        </w:rPr>
        <w:t>29:02  To yeh sab hai distraction. Log jo hain apna concern lagaye hue hain kahin, kahin, kahin, kahin lagaye hue hain.</w:t>
      </w:r>
      <w:r>
        <w:br/>
      </w:r>
      <w:r>
        <w:rPr>
          <w:sz w:val="20"/>
        </w:rPr>
        <w:t>29:12  Har waqt distraction jeeta hai insan aaj ka.</w:t>
      </w:r>
      <w:r>
        <w:br/>
      </w:r>
      <w:r>
        <w:rPr>
          <w:sz w:val="20"/>
        </w:rPr>
        <w:t>29:17  I don't know any exception. Sab ka hal yahi hai, koi koi distraction. Unnecessary burden ek liya hua hai apne mind par.</w:t>
      </w:r>
      <w:r>
        <w:br/>
      </w:r>
      <w:r>
        <w:rPr>
          <w:sz w:val="20"/>
        </w:rPr>
        <w:t>29:27  Unnecessary burden. Main to koi burden nahi leta. Main kaha karta hoon, Fareeda se main ne kaha ke main dunya ka sab se bara status quoist hoon.</w:t>
      </w:r>
      <w:r>
        <w:br/>
      </w:r>
      <w:r>
        <w:rPr>
          <w:sz w:val="20"/>
        </w:rPr>
        <w:t>29:39  Mere jaisa status quoist na paida hua, na paida hoga. Jo hai wahi theek hai, jo hai wahi theek hai, jo hai wahi theek hai.</w:t>
      </w:r>
      <w:r>
        <w:br/>
      </w:r>
      <w:r>
        <w:rPr>
          <w:sz w:val="20"/>
        </w:rPr>
        <w:t>29:48  To kya hai, status quoist main kyun ban</w:t>
      </w:r>
      <w:r>
        <w:br/>
      </w:r>
      <w:r>
        <w:rPr>
          <w:sz w:val="20"/>
        </w:rPr>
        <w:t>29:51  gaya? Distractions se apne ko bachane ke liye. Aur distraction se kyun bachana hai? Distraction se? Kyun ke spirituality is ko unfold hona chahiye.</w:t>
      </w:r>
    </w:p>
    <w:p>
      <w:pPr>
        <w:pStyle w:val="Heading2"/>
      </w:pPr>
      <w:r>
        <w:t>How believers convert every life experience into spiritual food</w:t>
      </w:r>
    </w:p>
    <w:p>
      <w:r>
        <w:rPr>
          <w:color w:val="666666"/>
          <w:sz w:val="18"/>
        </w:rPr>
        <w:t>Personality of A Believer February 2, 2014 · 4m 16s · at 5:31 · https://youtu.be/EiK_-O-Bjps?t=331</w:t>
      </w:r>
    </w:p>
    <w:p>
      <w:r>
        <w:rPr>
          <w:i/>
        </w:rPr>
        <w:t>“Momin har tajurbay ko apni spiritual food banata hai”</w:t>
      </w:r>
    </w:p>
    <w:p>
      <w:r>
        <w:rPr>
          <w:sz w:val="20"/>
        </w:rPr>
        <w:t>5:31  yeh bhi waise hi hota hai jaise drakht ka maamla hai. drakht grow kaise karta hai? grow is tarah karta hai woh ke woh aas paas ki duniya se apna food leta hai, food</w:t>
      </w:r>
      <w:r>
        <w:br/>
      </w:r>
      <w:r>
        <w:rPr>
          <w:sz w:val="20"/>
        </w:rPr>
        <w:t>5:46  zameen se pani leta hai, tarah tarah ki cheezain zameen mein hain, tarah tarah ke ke chemicals.</w:t>
      </w:r>
      <w:r>
        <w:br/>
      </w:r>
      <w:r>
        <w:rPr>
          <w:sz w:val="20"/>
        </w:rPr>
        <w:t>5:56  to is zameen mein jo cheezain hain, is ko liya us ne. oopar suraj chamak raha hai, suraj se energy li us ne. to zameen se, hawa se, suraj se musalsal woh food leta rehta hai, food.</w:t>
      </w:r>
      <w:r>
        <w:br/>
      </w:r>
      <w:r>
        <w:rPr>
          <w:sz w:val="20"/>
        </w:rPr>
        <w:t>6:13  is tarah woh grow karta hai.</w:t>
      </w:r>
      <w:r>
        <w:br/>
      </w:r>
      <w:r>
        <w:rPr>
          <w:sz w:val="20"/>
        </w:rPr>
        <w:t>6:16  isi liye aap dekhiye, koi poda aap aisi jagah laga dein jahan dhoop na ho, pani na ho, jahan soil na ho to woh sookh jayega.</w:t>
      </w:r>
      <w:r>
        <w:br/>
      </w:r>
      <w:r>
        <w:rPr>
          <w:sz w:val="20"/>
        </w:rPr>
        <w:t>6:27  woh</w:t>
      </w:r>
      <w:r>
        <w:br/>
      </w:r>
      <w:r>
        <w:rPr>
          <w:sz w:val="20"/>
        </w:rPr>
        <w:t>6:30  to momin ki shakhsiyat banti hai isi tareeqe se. dekhein, rozana aap ko kuch auqat guzarte hain, subah se sh</w:t>
      </w:r>
      <w:r>
        <w:br/>
      </w:r>
      <w:r>
        <w:rPr>
          <w:sz w:val="20"/>
        </w:rPr>
        <w:t>6:41  aam tak, har waqt koi tajurba, har waqt koi experience, kuch dekha, kuch suna, kuch parha, har waqt aisa hota rehta hai. in sab cheezon ko aap, yaani aap ke andar ek aisi developed,</w:t>
      </w:r>
      <w:r>
        <w:br/>
      </w:r>
      <w:r>
        <w:rPr>
          <w:sz w:val="20"/>
        </w:rPr>
        <w:t>6:56  ek aisa ek developed mind hoga, aisi soch ho ke har cheez ko ghiza bana le, har cheez ko ghiza bana le.</w:t>
      </w:r>
      <w:r>
        <w:br/>
      </w:r>
      <w:r>
        <w:rPr>
          <w:sz w:val="20"/>
        </w:rPr>
        <w:t>7:09  jaise</w:t>
      </w:r>
      <w:r>
        <w:br/>
      </w:r>
      <w:r>
        <w:rPr>
          <w:sz w:val="20"/>
        </w:rPr>
        <w:t>7:14  pani hai, rozana aap pani istemal karte hain</w:t>
      </w:r>
      <w:r>
        <w:br/>
      </w:r>
      <w:r>
        <w:rPr>
          <w:sz w:val="20"/>
        </w:rPr>
        <w:t>7:21  to aap sochein ke pani na ho to kya haal hoga mera? to ek woh insan hai jo pani na ho tab soch pata hai,</w:t>
      </w:r>
      <w:r>
        <w:br/>
      </w:r>
      <w:r>
        <w:rPr>
          <w:sz w:val="20"/>
        </w:rPr>
        <w:t>7:35  pani khatam ho jaye tab woh soch pata hai ke yeh kaisa ho gaya</w:t>
      </w:r>
      <w:r>
        <w:br/>
      </w:r>
      <w:r>
        <w:rPr>
          <w:sz w:val="20"/>
        </w:rPr>
        <w:t>7:39  , ab kya hoga? lekin momin woh hai jo pani mil raha hai tab bhi sochta hai, woh</w:t>
      </w:r>
      <w:r>
        <w:br/>
      </w:r>
      <w:r>
        <w:rPr>
          <w:sz w:val="20"/>
        </w:rPr>
        <w:t>7:49  yaani woh affluence mein woh baat soch pata hai jo log us ke us ke state mein sochte hain. yeh hai momin.</w:t>
      </w:r>
      <w:r>
        <w:br/>
      </w:r>
      <w:r>
        <w:rPr>
          <w:sz w:val="20"/>
        </w:rPr>
        <w:t>7:58  yaani haivan jo hai, animal jo hai, pani na mile tab sochega, isko ghaas na mile tab sochega.</w:t>
      </w:r>
      <w:r>
        <w:br/>
      </w:r>
      <w:r>
        <w:rPr>
          <w:sz w:val="20"/>
        </w:rPr>
        <w:t>8:06  lekin momin woh hai jo ek bashaoor hasti hota hai, iske andar ek developed thinking hoti hai.</w:t>
      </w:r>
      <w:r>
        <w:br/>
      </w:r>
      <w:r>
        <w:rPr>
          <w:sz w:val="20"/>
        </w:rPr>
        <w:t>8:21  jab woh pani leta hai</w:t>
      </w:r>
      <w:r>
        <w:br/>
      </w:r>
      <w:r>
        <w:rPr>
          <w:sz w:val="20"/>
        </w:rPr>
        <w:t>8:25  tab bhi woh sochta hai ke pani na hota to mera kya haal hota? jab food leta hai tab bhi sochta hai ke food na hota to mera kya haal hota?</w:t>
      </w:r>
      <w:r>
        <w:br/>
      </w:r>
      <w:r>
        <w:rPr>
          <w:sz w:val="20"/>
        </w:rPr>
        <w:t>8:38  woh hawa mein se oxygen leta hai tab bhi sochta hai ke oxygen na hota to kya haal hota mera?</w:t>
      </w:r>
      <w:r>
        <w:br/>
      </w:r>
      <w:r>
        <w:rPr>
          <w:sz w:val="20"/>
        </w:rPr>
        <w:t>8:45  to momin aur ghair momin ka farq yeh hai ke ghair momin just like animal hota hai, yaani cheezein na hon tab woh soch pata hai ke dekho yeh yeh nahi, ab kya hoga?</w:t>
      </w:r>
      <w:r>
        <w:br/>
      </w:r>
      <w:r>
        <w:rPr>
          <w:sz w:val="20"/>
        </w:rPr>
        <w:t>9:01  yaani is is ke us ke state mein soch pata hai woh. lekin momin ek bashaoor hasti hai, iske andar ek developed thinking hoti hai.</w:t>
      </w:r>
      <w:r>
        <w:br/>
      </w:r>
      <w:r>
        <w:rPr>
          <w:sz w:val="20"/>
        </w:rPr>
        <w:t>9:13  to affluence mein woh soch pata hai, woh cheez jo log us ke state mein sochte hain, tabhi to iski value hai Allah ke nazdeek.</w:t>
      </w:r>
      <w:r>
        <w:br/>
      </w:r>
      <w:r>
        <w:rPr>
          <w:sz w:val="20"/>
        </w:rPr>
        <w:t>9:24  to poora zindagi ke tamam tajurbaat, jo kuch bhi zindagi mein hota hai, in sab ko momin apni khorak banata hai,</w:t>
      </w:r>
      <w:r>
        <w:br/>
      </w:r>
      <w:r>
        <w:rPr>
          <w:sz w:val="20"/>
        </w:rPr>
        <w:t>9:36  banata rehta hai, banata rehta hai, banata rehta hai, yahan tak ke woh ek mukammal ek imani darakht ban jata hai.</w:t>
      </w:r>
    </w:p>
    <w:p>
      <w:pPr>
        <w:pStyle w:val="Heading2"/>
      </w:pPr>
      <w:r>
        <w:t>Why shallow, violent, or ritual-only Islam misses the point</w:t>
      </w:r>
    </w:p>
    <w:p>
      <w:r>
        <w:rPr>
          <w:color w:val="666666"/>
          <w:sz w:val="18"/>
        </w:rPr>
        <w:t>Divine Personality April 2, 2014 Maulana Wahiduddin Khan · 5m 35s · at 0:11 · https://youtu.be/4F-V__KFzpA?t=11</w:t>
      </w:r>
    </w:p>
    <w:p>
      <w:r>
        <w:rPr>
          <w:i/>
        </w:rPr>
        <w:t>“Today I would like to say a few words about the teachings of Islam.”</w:t>
      </w:r>
    </w:p>
    <w:p>
      <w:r>
        <w:rPr>
          <w:sz w:val="20"/>
        </w:rPr>
        <w:t>0:11  Today I would like to say a few words about the teachings of Islam.</w:t>
      </w:r>
      <w:r>
        <w:br/>
      </w:r>
      <w:r>
        <w:rPr>
          <w:sz w:val="20"/>
        </w:rPr>
        <w:t>0:21  Yesterday I was listening to a talk given by a popular Muslim speak</w:t>
      </w:r>
      <w:r>
        <w:br/>
      </w:r>
      <w:r>
        <w:rPr>
          <w:sz w:val="20"/>
        </w:rPr>
        <w:t>0:37  er. During his speech he said that he used an analogy, an analogy of passport and visa.</w:t>
      </w:r>
      <w:r>
        <w:br/>
      </w:r>
      <w:r>
        <w:rPr>
          <w:sz w:val="20"/>
        </w:rPr>
        <w:t>0:55  He said that</w:t>
      </w:r>
      <w:r>
        <w:br/>
      </w:r>
      <w:r>
        <w:rPr>
          <w:sz w:val="20"/>
        </w:rPr>
        <w:t>0:59  there is a passport of Islam, also there is a visa of Islam.</w:t>
      </w:r>
      <w:r>
        <w:br/>
      </w:r>
      <w:r>
        <w:rPr>
          <w:sz w:val="20"/>
        </w:rPr>
        <w:t>1:04  So he said that La ilaha illallah is the passport of Islam and Muhammadur Rasulullah is its visa.</w:t>
      </w:r>
      <w:r>
        <w:br/>
      </w:r>
      <w:r>
        <w:rPr>
          <w:sz w:val="20"/>
        </w:rPr>
        <w:t>1:20  Then he said that every Muslim always has the passport.</w:t>
      </w:r>
      <w:r>
        <w:br/>
      </w:r>
      <w:r>
        <w:rPr>
          <w:sz w:val="20"/>
        </w:rPr>
        <w:t>1:29  Every Muslim when he is born he is</w:t>
      </w:r>
      <w:r>
        <w:br/>
      </w:r>
      <w:r>
        <w:rPr>
          <w:sz w:val="20"/>
        </w:rPr>
        <w:t>1:39  recited the Kalima, La ilaha illallah.</w:t>
      </w:r>
      <w:r>
        <w:br/>
      </w:r>
      <w:r>
        <w:rPr>
          <w:sz w:val="20"/>
        </w:rPr>
        <w:t>1:45  So already he has obtained the passport of Islam. Now the only thing that he must stamp the visa of Islam, that is following the Muhammad (صلى الله عليه وسلم).</w:t>
      </w:r>
      <w:r>
        <w:br/>
      </w:r>
      <w:r>
        <w:rPr>
          <w:sz w:val="20"/>
        </w:rPr>
        <w:t>2:10  This kind of presentation of Islam is like a joke.</w:t>
      </w:r>
      <w:r>
        <w:br/>
      </w:r>
      <w:r>
        <w:rPr>
          <w:sz w:val="20"/>
        </w:rPr>
        <w:t>2:16  I don't think that this kind of presentation has any impact upon the listeners. It is a kind of entertainment.</w:t>
      </w:r>
      <w:r>
        <w:br/>
      </w:r>
      <w:r>
        <w:rPr>
          <w:sz w:val="20"/>
        </w:rPr>
        <w:t>2:32  It is not a da'wah.</w:t>
      </w:r>
      <w:r>
        <w:br/>
      </w:r>
      <w:r>
        <w:rPr>
          <w:sz w:val="20"/>
        </w:rPr>
        <w:t>2:39  Then if you see the modern situation of Muslim countries you will find that every day in the media there are some</w:t>
      </w:r>
      <w:r>
        <w:br/>
      </w:r>
      <w:r>
        <w:rPr>
          <w:sz w:val="20"/>
        </w:rPr>
        <w:t>2:58  hard news in the Muslim countries.</w:t>
      </w:r>
      <w:r>
        <w:br/>
      </w:r>
      <w:r>
        <w:rPr>
          <w:sz w:val="20"/>
        </w:rPr>
        <w:t>3:04  Every day they are killing in the name of Islam, in the name of jihad.</w:t>
      </w:r>
      <w:r>
        <w:br/>
      </w:r>
      <w:r>
        <w:rPr>
          <w:sz w:val="20"/>
        </w:rPr>
        <w:t>3:14  So if you analyze you will find that</w:t>
      </w:r>
      <w:r>
        <w:br/>
      </w:r>
      <w:r>
        <w:rPr>
          <w:sz w:val="20"/>
        </w:rPr>
        <w:t>3:23  these are the two basic forms of Islam</w:t>
      </w:r>
      <w:r>
        <w:br/>
      </w:r>
      <w:r>
        <w:rPr>
          <w:sz w:val="20"/>
        </w:rPr>
        <w:t>3:30  . There may be dozens of sects among Muslims. Maybe there are 73 sects.</w:t>
      </w:r>
      <w:r>
        <w:br/>
      </w:r>
      <w:r>
        <w:rPr>
          <w:sz w:val="20"/>
        </w:rPr>
        <w:t>3:43  But if you categorize these sects you can sum up these sects in two sects.</w:t>
      </w:r>
      <w:r>
        <w:br/>
      </w:r>
      <w:r>
        <w:rPr>
          <w:sz w:val="20"/>
        </w:rPr>
        <w:t>3:57  That is culture of rituals, culture of rituals.</w:t>
      </w:r>
      <w:r>
        <w:br/>
      </w:r>
      <w:r>
        <w:rPr>
          <w:sz w:val="20"/>
        </w:rPr>
        <w:t>4:06  Then culture of violence.</w:t>
      </w:r>
      <w:r>
        <w:br/>
      </w:r>
      <w:r>
        <w:rPr>
          <w:sz w:val="20"/>
        </w:rPr>
        <w:t>4:10  Some people are engaged in violence in the name of Islam. They believe that they are doing the greatest ibadah.</w:t>
      </w:r>
      <w:r>
        <w:br/>
      </w:r>
      <w:r>
        <w:rPr>
          <w:sz w:val="20"/>
        </w:rPr>
        <w:t>4:28  Then the other group has based its concept on f</w:t>
      </w:r>
      <w:r>
        <w:br/>
      </w:r>
      <w:r>
        <w:rPr>
          <w:sz w:val="20"/>
        </w:rPr>
        <w:t>4:34  azail. According to them Islam is a set of rituals and these rituals are very absurd.</w:t>
      </w:r>
      <w:r>
        <w:br/>
      </w:r>
      <w:r>
        <w:rPr>
          <w:sz w:val="20"/>
        </w:rPr>
        <w:t>4:46  And if you perform these rituals you will surely find entry into paradise. But both the groups are living in false paradise.</w:t>
      </w:r>
      <w:r>
        <w:br/>
      </w:r>
      <w:r>
        <w:rPr>
          <w:sz w:val="20"/>
        </w:rPr>
        <w:t>5:02  This is not Islam</w:t>
      </w:r>
      <w:r>
        <w:br/>
      </w:r>
      <w:r>
        <w:rPr>
          <w:sz w:val="20"/>
        </w:rPr>
        <w:t>5:05  . I have studied Islam with these original sources. I have studied the Qur'an. I have studied the Sira of the Prophet.</w:t>
      </w:r>
      <w:r>
        <w:br/>
      </w:r>
      <w:r>
        <w:rPr>
          <w:sz w:val="20"/>
        </w:rPr>
        <w:t>5:18  I have studied books of Hadith.</w:t>
      </w:r>
      <w:r>
        <w:br/>
      </w:r>
      <w:r>
        <w:rPr>
          <w:sz w:val="20"/>
        </w:rPr>
        <w:t>5:23  I can say with conviction that there are two basic aspects of Islam,</w:t>
      </w:r>
      <w:r>
        <w:br/>
      </w:r>
      <w:r>
        <w:rPr>
          <w:sz w:val="20"/>
        </w:rPr>
        <w:t>5:35  two basic aspects of Islam. That is Ma'rifat and da'wah. Ma'rifat and da'wah.</w:t>
      </w:r>
    </w:p>
    <w:p>
      <w:pPr>
        <w:pStyle w:val="Heading2"/>
      </w:pPr>
      <w:r>
        <w:t>Heart-based vs mind-based spirituality and permanent transformation</w:t>
      </w:r>
    </w:p>
    <w:p>
      <w:r>
        <w:rPr>
          <w:color w:val="666666"/>
          <w:sz w:val="18"/>
        </w:rPr>
        <w:t>Spirituality in Daily Life 13 Aug 2016 - Maulana Wahiduddin Khan · 5m 18s · at 6:04 · https://youtu.be/SB0AF0Q9aTE?t=364</w:t>
      </w:r>
    </w:p>
    <w:p>
      <w:r>
        <w:rPr>
          <w:i/>
        </w:rPr>
        <w:t>“Dekhiye, main bahut se logon se mila hun jo is line ke the.”</w:t>
      </w:r>
    </w:p>
    <w:p>
      <w:r>
        <w:rPr>
          <w:sz w:val="20"/>
        </w:rPr>
        <w:t>6:04  dekhiye, main bahut se logon se mila hoon jo is line ke the. kitabein padhi hain. badi mashhoor kitab hai "the monk who sold his priory". to main to isi nateeje pahuncha hoon ki</w:t>
      </w:r>
      <w:r>
        <w:br/>
      </w:r>
      <w:r>
        <w:rPr>
          <w:sz w:val="20"/>
        </w:rPr>
        <w:t>6:21  heart based spirituality mein aadmi ko jo cheez milti hai, wo bekhudi kahiye, usko ecstasy kahiye. to usmein aadmi ko thodi der ke liye zaroor milta hai. zaroor.</w:t>
      </w:r>
      <w:r>
        <w:br/>
      </w:r>
      <w:r>
        <w:rPr>
          <w:sz w:val="20"/>
        </w:rPr>
        <w:t>6:38  thodi der ke liye wo bhool jaata hai problem ko. is tarah ki cheez to hoti hai usmein. lekin wo thodi cheez ke liye, thodi der ke liye. mustaqil taur par usko peace of mind nahi milta. main ek saahab se mila jo</w:t>
      </w:r>
      <w:r>
        <w:br/>
      </w:r>
      <w:r>
        <w:rPr>
          <w:sz w:val="20"/>
        </w:rPr>
        <w:t>6:56  is tarah ke ek center mein jaate the. unka ki wo bahut hi educated aadmi the. wo unhone kaha ki wahan hum jaate hain to kuch khaas tarah ka chanting, kuch khaas tarah ka course ise hota hai.</w:t>
      </w:r>
      <w:r>
        <w:br/>
      </w:r>
      <w:r>
        <w:rPr>
          <w:sz w:val="20"/>
        </w:rPr>
        <w:t>7:15  to unhone kaha ki mera tajurba to yeh hai ki jab tak hum us course ke darmiyan rehte hain, tab tak humko achha lagta hai. lekin jab usse bahar aate hain, to phir wahi duniya jo pehle thi. to main sochta hoon ki yeh koi goal nahi ho sakta.</w:t>
      </w:r>
      <w:r>
        <w:br/>
      </w:r>
      <w:r>
        <w:rPr>
          <w:sz w:val="20"/>
        </w:rPr>
        <w:t>7:35  spirituality wo hai jo permanently aapko aapke andar koi transformation laaye. permanently aapko kuch cheez de. aur wo mil sakta hai aapko intellectual development ke zariye se.</w:t>
      </w:r>
      <w:r>
        <w:br/>
      </w:r>
      <w:r>
        <w:rPr>
          <w:sz w:val="20"/>
        </w:rPr>
        <w:t>7:51  aur ye usi ko sochta hai ki jab aap cheezon ke darmiyan rahe, to usse aap extract karein spirituality ko. kyunki insaan rehta hai bahar material duniya mein. isse bahar to ja nahi sakta wo. to har lamha insaan ko kisi na kisi</w:t>
      </w:r>
      <w:r>
        <w:br/>
      </w:r>
      <w:r>
        <w:rPr>
          <w:sz w:val="20"/>
        </w:rPr>
        <w:t>8:10  material tajurbe se saap ka pesh aata hai. to jo developed mind hai, wo bas material cheezon se extract karta hai. jis tarah shaad ki makkhi aati hai baag mein,</w:t>
      </w:r>
      <w:r>
        <w:br/>
      </w:r>
      <w:r>
        <w:rPr>
          <w:sz w:val="20"/>
        </w:rPr>
        <w:t>8:28  to wo phool ke paas jaati hai. aur phool se wo extract karti hai nectar. nectar. aise hi spirituality ka maamla hai. lekin</w:t>
      </w:r>
      <w:r>
        <w:br/>
      </w:r>
      <w:r>
        <w:rPr>
          <w:sz w:val="20"/>
        </w:rPr>
        <w:t>8:44  iske liye zaroori hai ki aapka mind develop hua ho. jab aap ek mind, jab aap ek developed mind ban chuke ho, to jo cheez aap dekhein, to aap wahan par discover kar lein ki ek ek spiritual nectar maujood hai har cheez mein.</w:t>
      </w:r>
      <w:r>
        <w:br/>
      </w:r>
      <w:r>
        <w:rPr>
          <w:sz w:val="20"/>
        </w:rPr>
        <w:t>9:06  us nectar ko aap le lenge aur usse apne andar spiritual personality banayenge. to har cheez, har cheez mein mere tajurbe ke mutabiq spirituality ka doctor maujood hota hai.</w:t>
      </w:r>
      <w:r>
        <w:br/>
      </w:r>
      <w:r>
        <w:rPr>
          <w:sz w:val="20"/>
        </w:rPr>
        <w:t>9:26  to us spirituality ke doctor ko extract kijiye. isse aapki shakhsiyat ki taabeer hoti rahegi. kyunki spirituality, spiritual personality jo hai, usko bhi food chahiye.</w:t>
      </w:r>
      <w:r>
        <w:br/>
      </w:r>
      <w:r>
        <w:rPr>
          <w:sz w:val="20"/>
        </w:rPr>
        <w:t>9:43  jis tarah physical personality ke liye food chahiye, aisi spiritual personality ke liye food chahiye. ab wo food yahi hai. ye ek material cheezon mein se ek non material content ko nikalna.</w:t>
      </w:r>
      <w:r>
        <w:br/>
      </w:r>
      <w:r>
        <w:rPr>
          <w:sz w:val="20"/>
        </w:rPr>
        <w:t>10:04  material cheezon mein se ek non material content ko nikalna. to jab tak aadmi ka yeh salahiyat na aayi ho, tab tak wo starvation mein jiyega.</w:t>
      </w:r>
      <w:r>
        <w:br/>
      </w:r>
      <w:r>
        <w:rPr>
          <w:sz w:val="20"/>
        </w:rPr>
        <w:t>10:21  spiritual starvation. usko food nahi milegi.</w:t>
      </w:r>
      <w:r>
        <w:br/>
      </w:r>
      <w:r>
        <w:rPr>
          <w:sz w:val="20"/>
        </w:rPr>
        <w:t>10:29  hazrat maseeh ne kaha tha ki "man can not live by bread alone". to physical bread, bread ke siway ek aur cheez chahiye. usse aadmi ke andar spiritual health aati hai. to wo aadmi agar</w:t>
      </w:r>
      <w:r>
        <w:br/>
      </w:r>
      <w:r>
        <w:rPr>
          <w:sz w:val="20"/>
        </w:rPr>
        <w:t>10:46  us, us, is, us cheez ko pa raha hai,</w:t>
      </w:r>
      <w:r>
        <w:br/>
      </w:r>
      <w:r>
        <w:rPr>
          <w:sz w:val="20"/>
        </w:rPr>
        <w:t>10:54  to usse uske andar spirituality, spirituality ka development hota rahega. to ye, ye depend karta hai is par ki aap kitna intellectually</w:t>
      </w:r>
      <w:r>
        <w:br/>
      </w:r>
      <w:r>
        <w:rPr>
          <w:sz w:val="20"/>
        </w:rPr>
        <w:t>11:08  awakened ho, kitna spirituality aap, kitna aap intellectually aap taiyar hain, is par depend karta hai. to ye hai mera experience.</w:t>
      </w:r>
    </w:p>
    <w:p>
      <w:pPr>
        <w:pStyle w:val="Heading2"/>
      </w:pPr>
      <w:r>
        <w:t>Anger is root of all evil</w:t>
      </w:r>
    </w:p>
    <w:p>
      <w:r>
        <w:rPr>
          <w:color w:val="666666"/>
          <w:sz w:val="18"/>
        </w:rPr>
        <w:t>Personality Building May 28, 2013 Maulana Wahiduddin Khan · 3m 38s · at 14:26 · https://youtu.be/8vNUoqGILmw?t=866</w:t>
      </w:r>
    </w:p>
    <w:p>
      <w:r>
        <w:rPr>
          <w:i/>
        </w:rPr>
        <w:t>“Main ek prophet ka ek saink aap ko sunana chahta hoon”</w:t>
      </w:r>
    </w:p>
    <w:p>
      <w:r>
        <w:rPr>
          <w:sz w:val="20"/>
        </w:rPr>
        <w:t>14:26  main ek prophet ka ek saying aap ko sunana chahta hoon. ek aadmi aaya prophet (PBUH) ke paas, us ne kaha ke "mujhe koi ek master formula bataein zindagi ka." zindagi ka ek master formula.</w:t>
      </w:r>
      <w:r>
        <w:br/>
      </w:r>
      <w:r>
        <w:rPr>
          <w:sz w:val="20"/>
        </w:rPr>
        <w:t>14:46  aap ne master formula kya diya? "la taghzab." "la taghzab" ka matlab yeh hai ke tum ghussa mat karo, don't be angry, tum ghussa na karo.</w:t>
      </w:r>
      <w:r>
        <w:br/>
      </w:r>
      <w:r>
        <w:rPr>
          <w:sz w:val="20"/>
        </w:rPr>
        <w:t>15:01  main samajhta hoon ke aaj bhi yahi master formula hai insaan ke liye. dekhein, aadmi ghussa kyun karta hai?</w:t>
      </w:r>
      <w:r>
        <w:br/>
      </w:r>
      <w:r>
        <w:rPr>
          <w:sz w:val="20"/>
        </w:rPr>
        <w:t>15:13  ghussa nature mein hai insaan ke. to ghussa kyun karta hai? koi unwanted situation pesh aayi, kisi ne us ko provoke kar diya, kisi se us ka nuqsan ho gaya to ghussa aa gaya us ko.</w:t>
      </w:r>
      <w:r>
        <w:br/>
      </w:r>
      <w:r>
        <w:rPr>
          <w:sz w:val="20"/>
        </w:rPr>
        <w:t>15:30  achha dekhiye, ghussa kya doosre ke khilaaf? ghussa aadmi karta hai doosre ke khilaaf, lekin haqeeqat mein apne khilaaf hota hai.</w:t>
      </w:r>
      <w:r>
        <w:br/>
      </w:r>
      <w:r>
        <w:rPr>
          <w:sz w:val="20"/>
        </w:rPr>
        <w:t>15:41  kyun ke ghussa jab kiya aap ne to aap ne kya show kiya ke main ek weak personality ka aadmi hoon, main to strong personality nahi hoon, main apne aap ko control nahi kar sakta,</w:t>
      </w:r>
      <w:r>
        <w:br/>
      </w:r>
      <w:r>
        <w:rPr>
          <w:sz w:val="20"/>
        </w:rPr>
        <w:t>15:57  mein apne sentiment ko control nahi kar sakta. sahih keh yeh kis ke khilaaf gaya? apne khilaaf toh gaya yeh. toh doosra aadmi kya samjha aap ke baray mein keh aap achi planning nahi kar sakte,</w:t>
      </w:r>
      <w:r>
        <w:br/>
      </w:r>
      <w:r>
        <w:rPr>
          <w:sz w:val="20"/>
        </w:rPr>
        <w:t>16:12  positive tor par cheezon ko dekh nahi sakte, aap bohat ziyada right decision nahi le sakte? toh kitna bara yeh loss hai keh agar mein ghussa karoon.</w:t>
      </w:r>
      <w:r>
        <w:br/>
      </w:r>
      <w:r>
        <w:rPr>
          <w:sz w:val="20"/>
        </w:rPr>
        <w:t>16:26  toh samajhta hoon keh bohat hi master formula zindagi ka hai keh jis mahol mein aap hain, wahan agar aap logon ki image yeh ban rahay hain keh yeh toh aadmi ghussa nahi karta toh aap ke baray mein kya image banay gi?</w:t>
      </w:r>
      <w:r>
        <w:br/>
      </w:r>
      <w:r>
        <w:rPr>
          <w:sz w:val="20"/>
        </w:rPr>
        <w:t>16:41  yeh aadmi strong personality wala aadmi hai, yeh right decision le sakta hai, yeh positive planning kar sakta hai, is se hum ko right advice mile gi, is se is ko apna advisor banao.</w:t>
      </w:r>
      <w:r>
        <w:br/>
      </w:r>
      <w:r>
        <w:rPr>
          <w:sz w:val="20"/>
        </w:rPr>
        <w:t>16:59  toh kitni bari baat is ke andar chupi hui hai.</w:t>
      </w:r>
      <w:r>
        <w:br/>
      </w:r>
      <w:r>
        <w:rPr>
          <w:sz w:val="20"/>
        </w:rPr>
        <w:t>17:07  mein samajhta hoon keh dunya ke jo evils hain, woh is ki jar sach much ghussa hi hota hai. kyunkeh ghussa aik cheez nahi hai. ghussa aaya toh kya aaya?</w:t>
      </w:r>
      <w:r>
        <w:br/>
      </w:r>
      <w:r>
        <w:rPr>
          <w:sz w:val="20"/>
        </w:rPr>
        <w:t>17:17  hate aayi, revenge aaya, violence aaya, malice aaya. aik se aik baat cheez yahan ab chalay gi.</w:t>
      </w:r>
      <w:r>
        <w:br/>
      </w:r>
      <w:r>
        <w:rPr>
          <w:sz w:val="20"/>
        </w:rPr>
        <w:t>17:28  toh aik cheez se itni sari cheezain paida huin. toh ghussa sach much ki jar hai tamam evils ka. toh aap ghussay ko control kar lein.</w:t>
      </w:r>
      <w:r>
        <w:br/>
      </w:r>
      <w:r>
        <w:rPr>
          <w:sz w:val="20"/>
        </w:rPr>
        <w:t>17:37  agar ghussay ko control kar lein toh apne andar aap aik aik bohat hi strong personality develop karte hain. woh personality hai jo kisi situation ko bohat hi positively tackle kar sakti hai.</w:t>
      </w:r>
      <w:r>
        <w:br/>
      </w:r>
      <w:r>
        <w:rPr>
          <w:sz w:val="20"/>
        </w:rPr>
        <w:t>17:54  toh kitni bari cheez hai yeh. toh jin cheezon ko le kar ke log x x is ka woh banatay hain keh bhai aisa hoga toh kya karte hain?</w:t>
      </w:r>
    </w:p>
    <w:p>
      <w:pPr>
        <w:pStyle w:val="Heading2"/>
      </w:pPr>
      <w:r>
        <w:t>Enmity management and turning minus to plus</w:t>
      </w:r>
    </w:p>
    <w:p>
      <w:r>
        <w:rPr>
          <w:color w:val="666666"/>
          <w:sz w:val="18"/>
        </w:rPr>
        <w:t>Science And Spirituality-25th April 07 · 5m 38s · at 38:27 · https://youtu.be/v5j9QVMgQq0?t=2307</w:t>
      </w:r>
    </w:p>
    <w:p>
      <w:r>
        <w:rPr>
          <w:i/>
        </w:rPr>
        <w:t>“Love your enemy and turn minus into plus.”</w:t>
      </w:r>
    </w:p>
    <w:p>
      <w:r>
        <w:rPr>
          <w:sz w:val="20"/>
        </w:rPr>
        <w:t>38:27  And he gave us a very beautiful formula of spirituality. That is, "Love your enemy. Love your enemy." It means you have to learn the art of enmity management.</w:t>
      </w:r>
      <w:r>
        <w:br/>
      </w:r>
      <w:r>
        <w:rPr>
          <w:sz w:val="20"/>
        </w:rPr>
        <w:t>38:54  Don't hate the enemy.</w:t>
      </w:r>
      <w:r>
        <w:br/>
      </w:r>
      <w:r>
        <w:rPr>
          <w:sz w:val="20"/>
        </w:rPr>
        <w:t>39:01  Don't try to eliminate the enemy.</w:t>
      </w:r>
      <w:r>
        <w:br/>
      </w:r>
      <w:r>
        <w:rPr>
          <w:sz w:val="20"/>
        </w:rPr>
        <w:t>39:09  Don't be negative against the enemy. No.</w:t>
      </w:r>
      <w:r>
        <w:br/>
      </w:r>
      <w:r>
        <w:rPr>
          <w:sz w:val="20"/>
        </w:rPr>
        <w:t>39:16  "Love your enemy" means try to manage the enmity.</w:t>
      </w:r>
      <w:r>
        <w:br/>
      </w:r>
      <w:r>
        <w:rPr>
          <w:sz w:val="20"/>
        </w:rPr>
        <w:t>39:24  And this is also mentioned in the Quran in these words: It means that do good deeds in</w:t>
      </w:r>
      <w:r>
        <w:br/>
      </w:r>
      <w:r>
        <w:rPr>
          <w:sz w:val="20"/>
        </w:rPr>
        <w:t>39:31  return for bad deeds.</w:t>
      </w:r>
      <w:r>
        <w:br/>
      </w:r>
      <w:r>
        <w:rPr>
          <w:sz w:val="20"/>
        </w:rPr>
        <w:t>39:39  And you will find that your enemy has become your dearest friend.</w:t>
      </w:r>
      <w:r>
        <w:br/>
      </w:r>
      <w:r>
        <w:rPr>
          <w:sz w:val="20"/>
        </w:rPr>
        <w:t>39:47  It means that according to the prophetic vision, Jesus Christ was a prophet, Muhammad was a prophet. So both the prophets tell us that you have to see the enemy as your friend. So according to this Quranic verse, our enemy is our potential friend.</w:t>
      </w:r>
      <w:r>
        <w:br/>
      </w:r>
      <w:r>
        <w:rPr>
          <w:sz w:val="20"/>
        </w:rPr>
        <w:t>40:17  So turn this potential into actual. So turn this potential into actual. And what a thrilling idea!</w:t>
      </w:r>
      <w:r>
        <w:br/>
      </w:r>
      <w:r>
        <w:rPr>
          <w:sz w:val="20"/>
        </w:rPr>
        <w:t>40:29  This is true spirituality.</w:t>
      </w:r>
      <w:r>
        <w:br/>
      </w:r>
      <w:r>
        <w:rPr>
          <w:sz w:val="20"/>
        </w:rPr>
        <w:t>40:34  This is true spirituality.</w:t>
      </w:r>
      <w:r>
        <w:br/>
      </w:r>
      <w:r>
        <w:rPr>
          <w:sz w:val="20"/>
        </w:rPr>
        <w:t>40:40  When you discover that my enemy is my potential friend, that gives you a thrilling experience.</w:t>
      </w:r>
      <w:r>
        <w:br/>
      </w:r>
      <w:r>
        <w:rPr>
          <w:sz w:val="20"/>
        </w:rPr>
        <w:t>40:46  It is like Eureka, Eureka.</w:t>
      </w:r>
      <w:r>
        <w:br/>
      </w:r>
      <w:r>
        <w:rPr>
          <w:sz w:val="20"/>
        </w:rPr>
        <w:t>40:52  It is an Eureka experience.</w:t>
      </w:r>
      <w:r>
        <w:br/>
      </w:r>
      <w:r>
        <w:rPr>
          <w:sz w:val="20"/>
        </w:rPr>
        <w:t>40:58  I think that you will say that, "What a great idea that I can find a friend among my enemy.</w:t>
      </w:r>
      <w:r>
        <w:br/>
      </w:r>
      <w:r>
        <w:rPr>
          <w:sz w:val="20"/>
        </w:rPr>
        <w:t>41:04  My enemy is my friend." It is a thrilling idea.</w:t>
      </w:r>
      <w:r>
        <w:br/>
      </w:r>
      <w:r>
        <w:rPr>
          <w:sz w:val="20"/>
        </w:rPr>
        <w:t>41:09  This is true spirituality.</w:t>
      </w:r>
      <w:r>
        <w:br/>
      </w:r>
      <w:r>
        <w:rPr>
          <w:sz w:val="20"/>
        </w:rPr>
        <w:t>41:15  People hate the enemy.</w:t>
      </w:r>
      <w:r>
        <w:br/>
      </w:r>
      <w:r>
        <w:rPr>
          <w:sz w:val="20"/>
        </w:rPr>
        <w:t>41:21  They believe that the enemy is the enemy.</w:t>
      </w:r>
      <w:r>
        <w:br/>
      </w:r>
      <w:r>
        <w:rPr>
          <w:sz w:val="20"/>
        </w:rPr>
        <w:t>41:27  They believe that the enemy is the enemy.</w:t>
      </w:r>
      <w:r>
        <w:br/>
      </w:r>
      <w:r>
        <w:rPr>
          <w:sz w:val="20"/>
        </w:rPr>
        <w:t>41:33  But according to the prophetic guidance, the enemy is my potential friend.</w:t>
      </w:r>
      <w:r>
        <w:br/>
      </w:r>
      <w:r>
        <w:rPr>
          <w:sz w:val="20"/>
        </w:rPr>
        <w:t>41:39  So when you think like this, when you discover this truth, then you experience a thrill.</w:t>
      </w:r>
      <w:r>
        <w:br/>
      </w:r>
      <w:r>
        <w:rPr>
          <w:sz w:val="20"/>
        </w:rPr>
        <w:t>41:51  It is a thrilling discovery. It is like Eureka, Eureka. This is true spirituality. Then I would like to add one more point: that man has great potential, great, great potential, unlimited potential.</w:t>
      </w:r>
      <w:r>
        <w:br/>
      </w:r>
      <w:r>
        <w:rPr>
          <w:sz w:val="20"/>
        </w:rPr>
        <w:t>42:18  So here, I would like to refer to a psychologist.</w:t>
      </w:r>
      <w:r>
        <w:br/>
      </w:r>
      <w:r>
        <w:rPr>
          <w:sz w:val="20"/>
        </w:rPr>
        <w:t>42:24  His name was Alfred Adler.</w:t>
      </w:r>
      <w:r>
        <w:br/>
      </w:r>
      <w:r>
        <w:rPr>
          <w:sz w:val="20"/>
        </w:rPr>
        <w:t>42:31  He was a German scientist. Alfred Adler.</w:t>
      </w:r>
      <w:r>
        <w:br/>
      </w:r>
      <w:r>
        <w:rPr>
          <w:sz w:val="20"/>
        </w:rPr>
        <w:t>42:38  His last book was "Individual Psychology." Individual Psychology.</w:t>
      </w:r>
      <w:r>
        <w:br/>
      </w:r>
      <w:r>
        <w:rPr>
          <w:sz w:val="20"/>
        </w:rPr>
        <w:t>42:44  He was an authority in psychology.</w:t>
      </w:r>
      <w:r>
        <w:br/>
      </w:r>
      <w:r>
        <w:rPr>
          <w:sz w:val="20"/>
        </w:rPr>
        <w:t>42:51  So he says in this book, he says in the book that, "I have studied man." M-A-N, man</w:t>
      </w:r>
      <w:r>
        <w:br/>
      </w:r>
      <w:r>
        <w:rPr>
          <w:sz w:val="20"/>
        </w:rPr>
        <w:t>42:58  was my subject.</w:t>
      </w:r>
      <w:r>
        <w:br/>
      </w:r>
      <w:r>
        <w:rPr>
          <w:sz w:val="20"/>
        </w:rPr>
        <w:t>43:04  Man was my subject.</w:t>
      </w:r>
      <w:r>
        <w:br/>
      </w:r>
      <w:r>
        <w:rPr>
          <w:sz w:val="20"/>
        </w:rPr>
        <w:t>43:11  I studied man, throughout my life.</w:t>
      </w:r>
      <w:r>
        <w:br/>
      </w:r>
      <w:r>
        <w:rPr>
          <w:sz w:val="20"/>
        </w:rPr>
        <w:t>43:18  The greatest thing I discovered is that man has a great potential.</w:t>
      </w:r>
      <w:r>
        <w:br/>
      </w:r>
      <w:r>
        <w:rPr>
          <w:sz w:val="20"/>
        </w:rPr>
        <w:t>43:25  Great, great potential.</w:t>
      </w:r>
      <w:r>
        <w:br/>
      </w:r>
      <w:r>
        <w:rPr>
          <w:sz w:val="20"/>
        </w:rPr>
        <w:t>43:31  So what was his discovery?</w:t>
      </w:r>
      <w:r>
        <w:br/>
      </w:r>
      <w:r>
        <w:rPr>
          <w:sz w:val="20"/>
        </w:rPr>
        <w:t>43:38  In his own words, their power—it is his words—their power to turn a minus into a plus.</w:t>
      </w:r>
      <w:r>
        <w:br/>
      </w:r>
      <w:r>
        <w:rPr>
          <w:sz w:val="20"/>
        </w:rPr>
        <w:t>43:45  Their power to turn a minus into a plus.</w:t>
      </w:r>
      <w:r>
        <w:br/>
      </w:r>
      <w:r>
        <w:rPr>
          <w:sz w:val="20"/>
        </w:rPr>
        <w:t>43:51  This is the power of spirituality.</w:t>
      </w:r>
      <w:r>
        <w:br/>
      </w:r>
      <w:r>
        <w:rPr>
          <w:sz w:val="20"/>
        </w:rPr>
        <w:t>43:58  You can turn your minus into a plus. But when?</w:t>
      </w:r>
      <w:r>
        <w:br/>
      </w:r>
      <w:r>
        <w:rPr>
          <w:sz w:val="20"/>
        </w:rPr>
        <w:t>44:05  When you are a spiritual person. It is spirituality that enables you to avail this opportunity. Why?</w:t>
      </w:r>
    </w:p>
    <w:p>
      <w:pPr>
        <w:pStyle w:val="Heading2"/>
      </w:pPr>
      <w:r>
        <w:t>Political empires vulnerable, non-political empire stable</w:t>
      </w:r>
    </w:p>
    <w:p>
      <w:r>
        <w:rPr>
          <w:color w:val="666666"/>
          <w:sz w:val="18"/>
        </w:rPr>
        <w:t>Five Pillars of Islam | July 30, 2007 · 3m 34s · at 21:40 · https://youtu.be/f31xU7hWLWI?t=1300</w:t>
      </w:r>
    </w:p>
    <w:p>
      <w:r>
        <w:rPr>
          <w:i/>
        </w:rPr>
        <w:t>“Political empires are very vulnerable.”</w:t>
      </w:r>
    </w:p>
    <w:p>
      <w:r>
        <w:rPr>
          <w:sz w:val="20"/>
        </w:rPr>
        <w:t>21:40  this empire, that is a non-political empire or a spiritual empire of Islam, is so stable that no one can demolish it. And you know it persists since 1,400 years ago. So you know the Prophet of Islam, when reached, when the Prophet of Islam, when the Prophet</w:t>
      </w:r>
      <w:r>
        <w:br/>
      </w:r>
      <w:r>
        <w:rPr>
          <w:sz w:val="20"/>
        </w:rPr>
        <w:t>22:10  of Islam migrated from Makkah and settled in Madinah. So all the biographers of the Prophet of Islam proudly say that he established Islamic state in Madinah. So according to the biographers, according to the Islamic historians, the greatest work done by Islam, by the proph</w:t>
      </w:r>
      <w:r>
        <w:br/>
      </w:r>
      <w:r>
        <w:rPr>
          <w:sz w:val="20"/>
        </w:rPr>
        <w:t>22:40  et, was to establish a state in Madinah.</w:t>
      </w:r>
      <w:r>
        <w:br/>
      </w:r>
      <w:r>
        <w:rPr>
          <w:sz w:val="20"/>
        </w:rPr>
        <w:t>22:48  But I would like to say that the greatest task was to establish a mosque.</w:t>
      </w:r>
      <w:r>
        <w:br/>
      </w:r>
      <w:r>
        <w:rPr>
          <w:sz w:val="20"/>
        </w:rPr>
        <w:t>22:56  You know when the Prophet of Islam entered, when the Prophet of Islam settled in Madinah, first of</w:t>
      </w:r>
      <w:r>
        <w:br/>
      </w:r>
      <w:r>
        <w:rPr>
          <w:sz w:val="20"/>
        </w:rPr>
        <w:t>23:04  all, he built a mosque, that is masjid-e-nabwi.</w:t>
      </w:r>
      <w:r>
        <w:br/>
      </w:r>
      <w:r>
        <w:rPr>
          <w:sz w:val="20"/>
        </w:rPr>
        <w:t>23:12  It is still there.</w:t>
      </w:r>
      <w:r>
        <w:br/>
      </w:r>
      <w:r>
        <w:rPr>
          <w:sz w:val="20"/>
        </w:rPr>
        <w:t>23:20  So political empire, political empire is every time in a vulnerable condition.</w:t>
      </w:r>
      <w:r>
        <w:br/>
      </w:r>
      <w:r>
        <w:rPr>
          <w:sz w:val="20"/>
        </w:rPr>
        <w:t>23:28  Political empire is a very, very weak empire.</w:t>
      </w:r>
      <w:r>
        <w:br/>
      </w:r>
      <w:r>
        <w:rPr>
          <w:sz w:val="20"/>
        </w:rPr>
        <w:t>23:36  But you see that this empire is alive since 400 years ago.</w:t>
      </w:r>
      <w:r>
        <w:br/>
      </w:r>
      <w:r>
        <w:rPr>
          <w:sz w:val="20"/>
        </w:rPr>
        <w:t>23:44  No one was able to destroy this empire.</w:t>
      </w:r>
      <w:r>
        <w:br/>
      </w:r>
      <w:r>
        <w:rPr>
          <w:sz w:val="20"/>
        </w:rPr>
        <w:t>23:51  You know the Tatar tribes destroyed the Abbasid Empire, Abbasid political empire.</w:t>
      </w:r>
      <w:r>
        <w:br/>
      </w:r>
      <w:r>
        <w:rPr>
          <w:sz w:val="20"/>
        </w:rPr>
        <w:t>23:59  And British and Britishers destroyed the Mughal Empire in India.</w:t>
      </w:r>
      <w:r>
        <w:br/>
      </w:r>
      <w:r>
        <w:rPr>
          <w:sz w:val="20"/>
        </w:rPr>
        <w:t>24:07  Then European empires</w:t>
      </w:r>
      <w:r>
        <w:br/>
      </w:r>
      <w:r>
        <w:rPr>
          <w:sz w:val="20"/>
        </w:rPr>
        <w:t>24:14  destroyed the Ottoman Empire in Turkey. So political empires are always in a vulnerable position. But the non-political empire of Islam is so strong that no one was able to destroy this empire. So masjid is the</w:t>
      </w:r>
      <w:r>
        <w:br/>
      </w:r>
      <w:r>
        <w:rPr>
          <w:sz w:val="20"/>
        </w:rPr>
        <w:t>24:44  base of this non-political empire.</w:t>
      </w:r>
      <w:r>
        <w:br/>
      </w:r>
      <w:r>
        <w:rPr>
          <w:sz w:val="20"/>
        </w:rPr>
        <w:t>24:52  So kaba is in the center.</w:t>
      </w:r>
      <w:r>
        <w:br/>
      </w:r>
      <w:r>
        <w:rPr>
          <w:sz w:val="20"/>
        </w:rPr>
        <w:t>24:59  And all these mosques in the world, near about 50 million mosques, are like an international network.</w:t>
      </w:r>
      <w:r>
        <w:br/>
      </w:r>
      <w:r>
        <w:rPr>
          <w:sz w:val="20"/>
        </w:rPr>
        <w:t>25:07  So this is the real strength of Islam</w:t>
      </w:r>
    </w:p>
    <w:p>
      <w:pPr>
        <w:pStyle w:val="Heading2"/>
      </w:pPr>
      <w:r>
        <w:t>Prophets' message to love enemies and see potential friends</w:t>
      </w:r>
    </w:p>
    <w:p>
      <w:r>
        <w:rPr>
          <w:color w:val="666666"/>
          <w:sz w:val="18"/>
        </w:rPr>
        <w:t>From the Spiritual Tree August 31, 2008 · 6m 15s · at 31:03 · https://youtu.be/yqFdYWdODM0?t=1863</w:t>
      </w:r>
    </w:p>
    <w:p>
      <w:r>
        <w:rPr>
          <w:i/>
        </w:rPr>
        <w:t>“In all of history, only one group speaks against this.”</w:t>
      </w:r>
    </w:p>
    <w:p>
      <w:r>
        <w:rPr>
          <w:sz w:val="20"/>
        </w:rPr>
        <w:t>31:03  woh prophets ka group. saare paighambar isi liye aaye ke insaan ko batayein ke mamla man versus satan ka hai.</w:t>
      </w:r>
      <w:r>
        <w:br/>
      </w:r>
      <w:r>
        <w:rPr>
          <w:sz w:val="20"/>
        </w:rPr>
        <w:t>31:13  mamla man versus man ka nahi hai.</w:t>
      </w:r>
      <w:r>
        <w:br/>
      </w:r>
      <w:r>
        <w:rPr>
          <w:sz w:val="20"/>
        </w:rPr>
        <w:t>31:19  saare prophets isi liye aaye. mein aap ko ek example deta hoon. Hazrat Isa ka, Jesus Christ ka.</w:t>
      </w:r>
      <w:r>
        <w:br/>
      </w:r>
      <w:r>
        <w:rPr>
          <w:sz w:val="20"/>
        </w:rPr>
        <w:t>31:29  unho ne kaha tha ke "love your enemy". apne dushman se mohabbat karo. is ka matlab kya hai?</w:t>
      </w:r>
      <w:r>
        <w:br/>
      </w:r>
      <w:r>
        <w:rPr>
          <w:sz w:val="20"/>
        </w:rPr>
        <w:t>31:38  sochiye. "love your enemy" ka matlab kya hai? yahan dushman se murad insan hai, satan nahi hai.</w:t>
      </w:r>
      <w:r>
        <w:br/>
      </w:r>
      <w:r>
        <w:rPr>
          <w:sz w:val="20"/>
        </w:rPr>
        <w:t>31:51  "love your enemy" jo hai, apne dushman se mohabbat karo. to yahan satan murad nahi hai, insan murad hai. iska matlab kya hai? tumhara koi bhai agar tum ko dikhai pade ke woh tumhara dushman ho gaya hai, tab bhi is se mohabbat karo.</w:t>
      </w:r>
      <w:r>
        <w:br/>
      </w:r>
      <w:r>
        <w:rPr>
          <w:sz w:val="20"/>
        </w:rPr>
        <w:t>32:12  yani insan se mohabbat karo, chahe woh tum ko bazahir dushman dikhai de. yeh matlab hai iska. "love your enemy" ka matlab enemy se murad yahan shaitan nahi hai.</w:t>
      </w:r>
      <w:r>
        <w:br/>
      </w:r>
      <w:r>
        <w:rPr>
          <w:sz w:val="20"/>
        </w:rPr>
        <w:t>32:26  yahan matlab hai insan. to koi insan sach much hi enemy nahi hota. koi by birth aap ka enemy nahi hota.</w:t>
      </w:r>
      <w:r>
        <w:br/>
      </w:r>
      <w:r>
        <w:rPr>
          <w:sz w:val="20"/>
        </w:rPr>
        <w:t>32:37  by birth to is ko enemy banna hai satan ka. insan ki nature mein jo hai negative thought, woh satan ke liye hain, insan ke liye nahi hain.</w:t>
      </w:r>
      <w:r>
        <w:br/>
      </w:r>
      <w:r>
        <w:rPr>
          <w:sz w:val="20"/>
        </w:rPr>
        <w:t>32:49  isi liye unhon ne kaha ke "love your enemy". yani koi insan agar tum ko dikhai deta hai ke woh tumhara enemy hai, tab bhi tum is se mohabbat karo.</w:t>
      </w:r>
      <w:r>
        <w:br/>
      </w:r>
      <w:r>
        <w:rPr>
          <w:sz w:val="20"/>
        </w:rPr>
        <w:t>33:03  har haal mein mohabbat karo. to "love based humanity", "love based brotherhood", "love based society".</w:t>
      </w:r>
      <w:r>
        <w:br/>
      </w:r>
      <w:r>
        <w:rPr>
          <w:sz w:val="20"/>
        </w:rPr>
        <w:t>33:13  yeh tha sare peghambaron ka message.</w:t>
      </w:r>
      <w:r>
        <w:br/>
      </w:r>
      <w:r>
        <w:rPr>
          <w:sz w:val="20"/>
        </w:rPr>
        <w:t>33:23  isi ko dekhiye quran mein bataya gaya hai. aur zyada clear kar ke ke dushman, yeh jo kaha gaya ke dushman se mohabbat karo, yani yani insan se mohabbat karo, chahe dushman dikhai de tum ko,</w:t>
      </w:r>
      <w:r>
        <w:br/>
      </w:r>
      <w:r>
        <w:rPr>
          <w:sz w:val="20"/>
        </w:rPr>
        <w:t>33:41  to is ko quran mein explain kar diya gaya. is ka explanation de diya gaya. yani rational explanation. yahan to aap ko mila ek teaching ke taur par ke tum aisa karo.</w:t>
      </w:r>
      <w:r>
        <w:br/>
      </w:r>
      <w:r>
        <w:rPr>
          <w:sz w:val="20"/>
        </w:rPr>
        <w:t>33:54  lekin is ka explanation milta hai aap ko quran mein. woh kaise? quran mein yeh ayat hai:</w:t>
      </w:r>
      <w:r>
        <w:br/>
      </w:r>
      <w:r>
        <w:rPr>
          <w:sz w:val="20"/>
        </w:rPr>
        <w:t>34:04  "la tastabdil hasanatu was sayyi'atu, bifallati hiya ahsan, fa idhal ladhi bainaka wa bainahu 'adawatun, ka annahu waliyyun hamim".</w:t>
      </w:r>
      <w:r>
        <w:br/>
      </w:r>
      <w:r>
        <w:rPr>
          <w:sz w:val="20"/>
        </w:rPr>
        <w:t>34:17  is ayat ka matlab hai, yeh quran mein ki ek ayat hai jo main ne parhi aap ke samne ke agar tum ko koi dikhai de dushman insanon mein se, dushman ka matlab yeh hai ke woh tum se kar raha hai bura sulook.</w:t>
      </w:r>
      <w:r>
        <w:br/>
      </w:r>
      <w:r>
        <w:rPr>
          <w:sz w:val="20"/>
        </w:rPr>
        <w:t>34:34  yani evil behavior. insanon mein se agar koi tum ko dikhai pad raha hai ke tumhare sath bura sulook kar raha hai, to tumhare sath dushmani wala mamla kar raha hai, to tum us ke sath dosti wala mamla karo.</w:t>
      </w:r>
      <w:r>
        <w:br/>
      </w:r>
      <w:r>
        <w:rPr>
          <w:sz w:val="20"/>
        </w:rPr>
        <w:t>34:51  yani woh kar raha hai burai wala mamla, tum karo achhai wala mamla. to kya hoga? "fa idhal ladhi bainaka wa bainahu 'adawatun, ka annahu waliyyun hamim".</w:t>
      </w:r>
      <w:r>
        <w:br/>
      </w:r>
      <w:r>
        <w:rPr>
          <w:sz w:val="20"/>
        </w:rPr>
        <w:t>35:07  to kya hoga is ke baad? tum dekho ge ke woh jo tum ko dushman dikhai padta tha, woh tumhara dost ban gaya.</w:t>
      </w:r>
      <w:r>
        <w:br/>
      </w:r>
      <w:r>
        <w:rPr>
          <w:sz w:val="20"/>
        </w:rPr>
        <w:t>35:18  yani jab tum aisa karoge ke us ke bure sulook ke badle tum apne taraf se positive reaction dikhao ge, negative nahi, to tum pao ge ke woh jo aadmi dikhai padta tha tum ko dushman, woh tumhara dost ban gaya, qareebi dost ban gaya.</w:t>
      </w:r>
      <w:r>
        <w:br/>
      </w:r>
      <w:r>
        <w:rPr>
          <w:sz w:val="20"/>
        </w:rPr>
        <w:t>35:40  it means that every enemy is potentially your friend.</w:t>
      </w:r>
      <w:r>
        <w:br/>
      </w:r>
      <w:r>
        <w:rPr>
          <w:sz w:val="20"/>
        </w:rPr>
        <w:t>35:47  no no enemy is enemy in absolute sense.</w:t>
      </w:r>
      <w:r>
        <w:br/>
      </w:r>
      <w:r>
        <w:rPr>
          <w:sz w:val="20"/>
        </w:rPr>
        <w:t>35:56  koi enemy mutlaq taur par aap ka enemy nahi hai. every enemy is potential, every enemy is your potential friend.</w:t>
      </w:r>
      <w:r>
        <w:br/>
      </w:r>
      <w:r>
        <w:rPr>
          <w:sz w:val="20"/>
        </w:rPr>
        <w:t>36:08  so turn this potential into actual. yani is is, yani yun hum kahen ge ke har har dushman bal, yani har dushman imkani taur par tumhara dost hai.</w:t>
      </w:r>
      <w:r>
        <w:br/>
      </w:r>
      <w:r>
        <w:rPr>
          <w:sz w:val="20"/>
        </w:rPr>
        <w:t>36:29  is ko kehte hain bilquwwa aur bilfi'l. is ko kaha jata hai urdu mein aur arabi mein bilquwwa aur bilfi'l.</w:t>
      </w:r>
      <w:r>
        <w:br/>
      </w:r>
      <w:r>
        <w:rPr>
          <w:sz w:val="20"/>
        </w:rPr>
        <w:t>36:39  yani har dushman bilquwwa taur par tumhara dost hai. to is ko bilfi'l banao. yani every enemy is your potential friend.</w:t>
      </w:r>
      <w:r>
        <w:br/>
      </w:r>
      <w:r>
        <w:rPr>
          <w:sz w:val="20"/>
        </w:rPr>
        <w:t>36:52  so turn this potential into actual.</w:t>
      </w:r>
      <w:r>
        <w:br/>
      </w:r>
      <w:r>
        <w:rPr>
          <w:sz w:val="20"/>
        </w:rPr>
        <w:t>37:00  yeh hai woh message jo sare peghambaron ne diya. to sare peghamabar yeh koshish karte rahe, isi liye aaye woh ke shaitan jo hai, yeh na karne paye ke man versus satan ke mamle ko man versus man mamla bana de.</w:t>
      </w:r>
    </w:p>
    <w:p>
      <w:pPr>
        <w:pStyle w:val="Heading2"/>
      </w:pPr>
      <w:r>
        <w:t>Why God chose tree and the seed of faith</w:t>
      </w:r>
    </w:p>
    <w:p>
      <w:r>
        <w:rPr>
          <w:color w:val="666666"/>
          <w:sz w:val="18"/>
        </w:rPr>
        <w:t>Momin is like a tree | April 11, 2007 · 5m 10s · at 2:12 · https://youtu.be/buv324nJoBk?t=132</w:t>
      </w:r>
    </w:p>
    <w:p>
      <w:r>
        <w:rPr>
          <w:i/>
        </w:rPr>
        <w:t>“First of all, we must know why God chose tree as a parable”</w:t>
      </w:r>
    </w:p>
    <w:p>
      <w:r>
        <w:rPr>
          <w:sz w:val="20"/>
        </w:rPr>
        <w:t>2:12  This is a parable for those who try to reflect. First of all, we must know why God chose tree as a parable</w:t>
      </w:r>
      <w:r>
        <w:br/>
      </w:r>
      <w:r>
        <w:rPr>
          <w:sz w:val="20"/>
        </w:rPr>
        <w:t>2:42  or as an example. You know, in the universe, in this vast universe, there are numerous creatures, numerous items, like sun, moon, planets, stars, mountain, ocean. So many, so many, so many, more than billion and trillion items.</w:t>
      </w:r>
      <w:r>
        <w:br/>
      </w:r>
      <w:r>
        <w:rPr>
          <w:sz w:val="20"/>
        </w:rPr>
        <w:t>3:13  But God selected only tree, because tree is a very unique type of creature. Tree is a very unique creation of God. Tree is, tree has the capacity to grow</w:t>
      </w:r>
      <w:r>
        <w:br/>
      </w:r>
      <w:r>
        <w:rPr>
          <w:sz w:val="20"/>
        </w:rPr>
        <w:t>3:45  , capacity to grow. Tree begins its life from seed, a small seed. Then it grows, grows, grows, grows, until it reaches a full tree, until it becomes a full tree, with stems, with branches, with leaves, with</w:t>
      </w:r>
      <w:r>
        <w:br/>
      </w:r>
      <w:r>
        <w:rPr>
          <w:sz w:val="20"/>
        </w:rPr>
        <w:t>4:15  flowers, with fruits, with shadow, with greenery. So this kind of phenomena is unique in this universe. Because of this, God chose a tree to tell us that this is example for</w:t>
      </w:r>
      <w:r>
        <w:br/>
      </w:r>
      <w:r>
        <w:rPr>
          <w:sz w:val="20"/>
        </w:rPr>
        <w:t>4:45  you. I can say that God has demonstrated a momin or ایمان in the form of a tree. Momin or believer, or true believer, begins from a small seed, that is kalma.</w:t>
      </w:r>
      <w:r>
        <w:br/>
      </w:r>
      <w:r>
        <w:rPr>
          <w:sz w:val="20"/>
        </w:rPr>
        <w:t>5:20  Kalma, kalma is the starting point of momin. Now, kalma is not simply a recitation, kalma is not simply a kind of lip service. Kalma means realization, kalma means معرفہ, realization, kalma means discovery. When one discovers the truth, with capital T</w:t>
      </w:r>
      <w:r>
        <w:br/>
      </w:r>
      <w:r>
        <w:rPr>
          <w:sz w:val="20"/>
        </w:rPr>
        <w:t>5:50  he discovers God as supreme truth. When he discovers Muhammad as a supreme guide for mankind. When one discovers Quran as a word of God, and then he say, then he sees la</w:t>
      </w:r>
      <w:r>
        <w:br/>
      </w:r>
      <w:r>
        <w:rPr>
          <w:sz w:val="20"/>
        </w:rPr>
        <w:t>6:20  ilah ila Allah Muhammad Rasul Allah. This kalma. So معرفہ or realization or ایمان is like a seed, like a seed. So the personality of a momin begins from this seed, then it grows, grows, grows, like a tree, until it reaches</w:t>
      </w:r>
      <w:r>
        <w:br/>
      </w:r>
      <w:r>
        <w:rPr>
          <w:sz w:val="20"/>
        </w:rPr>
        <w:t>6:51  its complete height. So the first aspect of this, so one aspect of this is given in the Quran in these verses. Its root is firm in the earth, and its branches are in heaven. It is said that tree</w:t>
      </w:r>
    </w:p>
    <w:p>
      <w:pPr>
        <w:pStyle w:val="Heading2"/>
      </w:pPr>
      <w:r>
        <w:t>Journey from self-discovery to accepting the Prophet</w:t>
      </w:r>
    </w:p>
    <w:p>
      <w:r>
        <w:rPr>
          <w:color w:val="666666"/>
          <w:sz w:val="18"/>
        </w:rPr>
        <w:t>Tazkiya-e-Nafs Book by Maulana Wahiduddin Khan · 3m 27s · at 41:46 · https://youtu.be/LbGPnJWmj1A?t=2506</w:t>
      </w:r>
    </w:p>
    <w:p>
      <w:r>
        <w:rPr>
          <w:i/>
        </w:rPr>
        <w:t>“Tazkiye ka asal muharrik ehtiyaj hai”</w:t>
      </w:r>
    </w:p>
    <w:p>
      <w:r>
        <w:rPr>
          <w:sz w:val="20"/>
        </w:rPr>
        <w:t>41:46  tazkiye se pehle. kitab "tazkiya-e-nafs" Maulana Wahiduddin Khan, safha number 22.</w:t>
      </w:r>
      <w:r>
        <w:br/>
      </w:r>
      <w:r>
        <w:rPr>
          <w:sz w:val="20"/>
        </w:rPr>
        <w:t>41:59  tazkiye ka asal muharrik ihtiyaj yaani distribution hai. jo aadmi jitna zyada apne ihtiyaj ko jaane ga, utna hi zyada woh tazkiye ki taraf raghib hoga.</w:t>
      </w:r>
      <w:r>
        <w:br/>
      </w:r>
      <w:r>
        <w:rPr>
          <w:sz w:val="20"/>
        </w:rPr>
        <w:t>42:11  aisa insaan fitri taur par apne ihtiyaj ki takmeel talash kare ga, aur isi talash ke nateejay ka naam tazkiya hai.</w:t>
      </w:r>
      <w:r>
        <w:br/>
      </w:r>
      <w:r>
        <w:rPr>
          <w:sz w:val="20"/>
        </w:rPr>
        <w:t>42:21  is daryaft ka aaghaz khud apne wajood se hota hai.</w:t>
      </w:r>
      <w:r>
        <w:br/>
      </w:r>
      <w:r>
        <w:rPr>
          <w:sz w:val="20"/>
        </w:rPr>
        <w:t>42:25  sab se pehle insaan shaoori taur par khud apni maujoodgi yaani existence ko daryaft karta hai. yeh daryaft is ke andar yeh tajassus yaani curiosity paida karti hai ke mujh ko wajood bakhshne wala kaun hai.</w:t>
      </w:r>
      <w:r>
        <w:br/>
      </w:r>
      <w:r>
        <w:rPr>
          <w:sz w:val="20"/>
        </w:rPr>
        <w:t>42:41  is tarah woh apne khaliq ko daryaft karta hai. is ke nateejay mein is ke andar apne khaliq ke liye be-panah azmat ka ehsas paida hota hai.</w:t>
      </w:r>
      <w:r>
        <w:br/>
      </w:r>
      <w:r>
        <w:rPr>
          <w:sz w:val="20"/>
        </w:rPr>
        <w:t>42:51  phir woh sochta hai ke main mukammal taur par ek zaroorat mand shakhs hoon. main khud apni taqat se apni koi zaroorat poori nahi kar sakta.</w:t>
      </w:r>
      <w:r>
        <w:br/>
      </w:r>
      <w:r>
        <w:rPr>
          <w:sz w:val="20"/>
        </w:rPr>
        <w:t>43:01  is ke bawajood meri zaroorat ki tamam cheezein yahan paishgi taur par maujood hain: zameen, pani, hawa, oxygen, roshni, khurak, aur doosri be-shumar cheezein jin ko life support system kaha jata hai.</w:t>
      </w:r>
      <w:r>
        <w:br/>
      </w:r>
      <w:r>
        <w:rPr>
          <w:sz w:val="20"/>
        </w:rPr>
        <w:t>43:17  woh sab yahan ek tarfa taur par mere liye maujood hain.</w:t>
      </w:r>
      <w:r>
        <w:br/>
      </w:r>
      <w:r>
        <w:rPr>
          <w:sz w:val="20"/>
        </w:rPr>
        <w:t>43:22  is daryaft ke baad woh yeh janne ki koshish karta hai ke in tamam atiyaat ka maati yaani giver kaun hai. is tarah woh apne rab ko daryaft karta hai.</w:t>
      </w:r>
      <w:r>
        <w:br/>
      </w:r>
      <w:r>
        <w:rPr>
          <w:sz w:val="20"/>
        </w:rPr>
        <w:t>43:33  is daryaft ke nateejay mein is ke andar apne rab se be-panah mohabbat paida ho jati hai. is tarah aadmi ki justuju is ko is sawal tak pahunchati hai ke meri manzil yaani goal kya hai.</w:t>
      </w:r>
      <w:r>
        <w:br/>
      </w:r>
      <w:r>
        <w:rPr>
          <w:sz w:val="20"/>
        </w:rPr>
        <w:t>43:46  phir is ko maloom hota hai ke maujooda duniya mein woh apni matloob manzil ko nahi pa sakta. yeh daryaft is ko aakhir kaar jannat ka talib bana deti hai, jahan woh apni manzil ko pa le aur apne tamam taqazon ki takmeel kar sake.</w:t>
      </w:r>
      <w:r>
        <w:br/>
      </w:r>
      <w:r>
        <w:rPr>
          <w:sz w:val="20"/>
        </w:rPr>
        <w:t>44:02  isi tarah aadmi jab sochta hai to woh daryaft karta hai ke is ko apni zindagi ke liye ek mustanad rehnumai darkaar hai. phir yeh hota hai ke woh tamam tar talash ke bawajood khud apni buniyad par apne liye mustanad rehnumai maloom</w:t>
      </w:r>
      <w:r>
        <w:br/>
      </w:r>
      <w:r>
        <w:rPr>
          <w:sz w:val="20"/>
        </w:rPr>
        <w:t>44:17  nahi kar sakta. is daryaft ke baad mazeed tajassus is ko is haqeeqat tak pahunchata hai ke mustanad rehnumai ka wahid zariya paighambar yaani prophet hai.</w:t>
      </w:r>
      <w:r>
        <w:br/>
      </w:r>
      <w:r>
        <w:rPr>
          <w:sz w:val="20"/>
        </w:rPr>
        <w:t>44:30  is tarah woh apne dil ki poori aamadagi ke sath paighambar ko apna rahanuma bana leta hai. in daryafton ke baad fitri taur par aisa hota hai ke insaan ke andar tawazu yaani modesty paida hoti hai.</w:t>
      </w:r>
      <w:r>
        <w:br/>
      </w:r>
      <w:r>
        <w:rPr>
          <w:sz w:val="20"/>
        </w:rPr>
        <w:t>44:44  woh khaliq ki azmaton mein jeene lagta hai.</w:t>
      </w:r>
      <w:r>
        <w:br/>
      </w:r>
      <w:r>
        <w:rPr>
          <w:sz w:val="20"/>
        </w:rPr>
        <w:t>44:47  Khuda ka takhleeqi nizam is ke liye Khuda ki musalsal yaad ka zariya ban jata hai. jannat is ke liye is ke sab se baray matloob ki hesiyat ikhtiyar kar leti hai.</w:t>
      </w:r>
      <w:r>
        <w:br/>
      </w:r>
      <w:r>
        <w:rPr>
          <w:sz w:val="20"/>
        </w:rPr>
        <w:t>44:59  paighambar ko woh apne rahbar-e-kamil ke taur par qabool kar leta hai. yahi woh tamam aarifana tajrubaat hain jin ke majmooay ka naam tazkiya hai.</w:t>
      </w:r>
    </w:p>
    <w:p>
      <w:pPr>
        <w:pStyle w:val="Heading2"/>
      </w:pPr>
      <w:r>
        <w:t>Managing father's death through patience</w:t>
      </w:r>
    </w:p>
    <w:p>
      <w:r>
        <w:rPr>
          <w:color w:val="666666"/>
          <w:sz w:val="18"/>
        </w:rPr>
        <w:t>Spirituality in Daily Life October 4, 2008 · 3m 25s · at 27:36 · https://youtu.be/oeJR6tYqQVw?t=1656</w:t>
      </w:r>
    </w:p>
    <w:p>
      <w:r>
        <w:rPr>
          <w:i/>
        </w:rPr>
        <w:t>“Main wahan tha, kuch dinon Lucknow mein tha”</w:t>
      </w:r>
    </w:p>
    <w:p>
      <w:r>
        <w:rPr>
          <w:sz w:val="20"/>
        </w:rPr>
        <w:t>27:36  mein wahan tha, kuch dino Lucknow mein tha, mein to Lucknow mein Nadwa ek bahut bada madrasa hai, is mein ek sahab wahan padhte the, yani student the woh.</w:t>
      </w:r>
      <w:r>
        <w:br/>
      </w:r>
      <w:r>
        <w:rPr>
          <w:sz w:val="20"/>
        </w:rPr>
        <w:t>27:49  to mere paas woh aaya karte the. ek din aaye to bahut hi gham mein the aur bahut hi chehra unka murjhaya hua tha, bahut hi afsos mein lagte the woh</w:t>
      </w:r>
      <w:r>
        <w:br/>
      </w:r>
      <w:r>
        <w:rPr>
          <w:sz w:val="20"/>
        </w:rPr>
        <w:t>28:00  ۔ to maine kaha, bhai kya hua? aaj kuch aap badle hue dikhai pad rahe hain. to unhone kaha ke mein ghar ja raha hoon, padhai padhai chhod kar ke.</w:t>
      </w:r>
      <w:r>
        <w:br/>
      </w:r>
      <w:r>
        <w:rPr>
          <w:sz w:val="20"/>
        </w:rPr>
        <w:t>28:12  mein ne kaha, kya baat hai? to kaha, mere baap mar gaye hain, ghar par koi doosra hai nahi sambhalne wala. wahan unka agriculture tha, kuch kheti baadi.</w:t>
      </w:r>
      <w:r>
        <w:br/>
      </w:r>
      <w:r>
        <w:rPr>
          <w:sz w:val="20"/>
        </w:rPr>
        <w:t>28:25  to ja raha hoon, ab wohin rahoon ga gaon mein, kya karoon ga?</w:t>
      </w:r>
      <w:r>
        <w:br/>
      </w:r>
      <w:r>
        <w:rPr>
          <w:sz w:val="20"/>
        </w:rPr>
        <w:t>28:29  to unhon ne kaha ke baap mar gaye hain, to ab is liye mujhe jaana hai. instantly mere munh se nikla, aap bhi mar jayen to. jaise unhon ne kaha ke mere baap mar gaye hain, ab mujhe jaana hai,</w:t>
      </w:r>
      <w:r>
        <w:br/>
      </w:r>
      <w:r>
        <w:rPr>
          <w:sz w:val="20"/>
        </w:rPr>
        <w:t>28:42  to instantly mere munh se nikla, aap bhi mar jayen to.</w:t>
      </w:r>
      <w:r>
        <w:br/>
      </w:r>
      <w:r>
        <w:rPr>
          <w:sz w:val="20"/>
        </w:rPr>
        <w:t>28:50  ab ghar kaun dekhe ga?</w:t>
      </w:r>
      <w:r>
        <w:br/>
      </w:r>
      <w:r>
        <w:rPr>
          <w:sz w:val="20"/>
        </w:rPr>
        <w:t>28:54  khair, maine un ko samjhaya, woh maan gaye aur woh nahi gaye. maine kaha, ek ek letter likh diya, ek chithi likh di hai, bas koi jaana mana nahi hai.</w:t>
      </w:r>
      <w:r>
        <w:br/>
      </w:r>
      <w:r>
        <w:rPr>
          <w:sz w:val="20"/>
        </w:rPr>
        <w:t>29:06  ab woh bahar rehte hain, ek bahar ki country mein, unhon ne parha wahan, phir woh arab gaye, wahan parha unhon ne. to unhon ne achhi education li,</w:t>
      </w:r>
      <w:r>
        <w:br/>
      </w:r>
      <w:r>
        <w:rPr>
          <w:sz w:val="20"/>
        </w:rPr>
        <w:t>29:17  ab woh bohat achhi hesiyat mein bahar rehte hain. aur ek baar is ke baad meri mulaqat un se hui hai, yahan delhi mein, woh aaye thay.</w:t>
      </w:r>
      <w:r>
        <w:br/>
      </w:r>
      <w:r>
        <w:rPr>
          <w:sz w:val="20"/>
        </w:rPr>
        <w:t>29:29  to unhon ne kaha ke aap ke is sentence ne meri zindagi badal di, balkeh main bhool chuka tha is qisse ko. unhon ne bataya ke aap ne kaha tha, aap bhi mar jayen to.</w:t>
      </w:r>
      <w:r>
        <w:br/>
      </w:r>
      <w:r>
        <w:rPr>
          <w:sz w:val="20"/>
        </w:rPr>
        <w:t>29:41  unhon ne kaha ke jab maine kaha ke mere baap mar gaye hain, main ghar ja raha hoon, to aap kaha ke aap bhi mar jayen to.</w:t>
      </w:r>
      <w:r>
        <w:br/>
      </w:r>
      <w:r>
        <w:rPr>
          <w:sz w:val="20"/>
        </w:rPr>
        <w:t>29:49  to unhon ne kaha ke is sentence ne meri zindagi badal di. main bahar gaya, bahar maine kafi paisa kamaya, kafi paisa kamaya.</w:t>
      </w:r>
      <w:r>
        <w:br/>
      </w:r>
      <w:r>
        <w:rPr>
          <w:sz w:val="20"/>
        </w:rPr>
        <w:t>30:02  aur phir kya hua? maine ghar banwaya, pakka ghar, kacha ghar tha. mere baap jab maray thay, kacha ghar tha.</w:t>
      </w:r>
      <w:r>
        <w:br/>
      </w:r>
      <w:r>
        <w:rPr>
          <w:sz w:val="20"/>
        </w:rPr>
        <w:t>30:11  maine pakka ghar banwaya, bhai bhaiyon ko parhwaya, behnon ki shadi ki.</w:t>
      </w:r>
      <w:r>
        <w:br/>
      </w:r>
      <w:r>
        <w:rPr>
          <w:sz w:val="20"/>
        </w:rPr>
        <w:t>30:19  agar dekhen, rishtedaron ko bhi maine faida pohanchaya. agar main chala gaya hota to kuch bhi nahi kar sakta tha. yeh hai management, yani ek bohat hi sad news milti hai aap ko, mera baap mar gaya, tab bhi aap manage kijiye.</w:t>
      </w:r>
      <w:r>
        <w:br/>
      </w:r>
      <w:r>
        <w:rPr>
          <w:sz w:val="20"/>
        </w:rPr>
        <w:t>30:39  zahir hai ke sad news hai, yeh ek naujawan bachay ko yeh khabar mile ke mera baap mar gaya hai,</w:t>
      </w:r>
      <w:r>
        <w:br/>
      </w:r>
      <w:r>
        <w:rPr>
          <w:sz w:val="20"/>
        </w:rPr>
        <w:t>30:49  to zahir hai ke us se ziyada sad news aur kya ho sakti hai? lekin tab bhi aap manage kijiye, tab bhi manage kijiye.</w:t>
      </w:r>
      <w:r>
        <w:br/>
      </w:r>
      <w:r>
        <w:rPr>
          <w:sz w:val="20"/>
        </w:rPr>
        <w:t>30:57  to yeh hai farq jo maine kaha ke</w:t>
      </w:r>
    </w:p>
    <w:p>
      <w:pPr>
        <w:pStyle w:val="Heading2"/>
      </w:pPr>
      <w:r>
        <w:t>Comparing Christian atonement and Muslim intercession doctrines</w:t>
      </w:r>
    </w:p>
    <w:p>
      <w:r>
        <w:rPr>
          <w:color w:val="666666"/>
          <w:sz w:val="18"/>
        </w:rPr>
        <w:t>Material Science and Spiritual Science 20 May 2012 · 3m 26s · at 1:12:43 · https://youtu.be/4K6CxjThlxQ?t=4363</w:t>
      </w:r>
    </w:p>
    <w:p>
      <w:r>
        <w:rPr>
          <w:i/>
        </w:rPr>
        <w:t>“Christians mein kaffara ka aqeeda aur musalmanon mein shafa'at ka aqeeda, dono mein kya farq hai”</w:t>
      </w:r>
    </w:p>
    <w:p>
      <w:r>
        <w:rPr>
          <w:sz w:val="20"/>
        </w:rPr>
        <w:t>1:12:43  maulana agla sawal bangalore se hai maulana inayatullah umri sahib ka unhon ne poocha hai aap se ke christians mein kaffara ka aqeedah aur musalmanon mein shafaat ka aqeedah dono mein kya farq hai is ke bare mein batayein</w:t>
      </w:r>
      <w:r>
        <w:br/>
      </w:r>
      <w:r>
        <w:rPr>
          <w:sz w:val="20"/>
        </w:rPr>
        <w:t>1:13:00  ek dam ek hi hai farq kya hai usi ki wazahat hai</w:t>
      </w:r>
      <w:r>
        <w:br/>
      </w:r>
      <w:r>
        <w:rPr>
          <w:sz w:val="20"/>
        </w:rPr>
        <w:t>1:13:04  shafaat ka aqeedah kaffara ka jis ko kehte hain atonement usi ki wazahat hai ek sahib ne mujhe ek qissa bataya hamare ek saathi hain ke kuch christians se mulaqat un ki hui to unhon ne kaha bhai mujhe to aakhirat ka bohat dar lagta hai kyunke aakhirat ke sath accountability juri hui hai</w:t>
      </w:r>
      <w:r>
        <w:br/>
      </w:r>
      <w:r>
        <w:rPr>
          <w:sz w:val="20"/>
        </w:rPr>
        <w:t>1:13:29  accountability muno ka shafqat halq yeh sab juda hua hai to unhon ne kaha ke mujhe to akhirat</w:t>
      </w:r>
      <w:r>
        <w:br/>
      </w:r>
      <w:r>
        <w:rPr>
          <w:sz w:val="20"/>
        </w:rPr>
        <w:t>1:13:37  ko soch kar bohat yani mein darta hoon to is christian sahib ne kaha ke mujhe to koi</w:t>
      </w:r>
      <w:r>
        <w:br/>
      </w:r>
      <w:r>
        <w:rPr>
          <w:sz w:val="20"/>
        </w:rPr>
        <w:t>1:13:45  dar nahi mujhe to koi dar nahi kyunke jesus christ jo hai wo</w:t>
      </w:r>
      <w:r>
        <w:br/>
      </w:r>
      <w:r>
        <w:rPr>
          <w:sz w:val="20"/>
        </w:rPr>
        <w:t>1:13:53  apne ko crucify kar ke mera kaffara ban chuke hain wo ab mujhe darna kis baat ka</w:t>
      </w:r>
      <w:r>
        <w:br/>
      </w:r>
      <w:r>
        <w:rPr>
          <w:sz w:val="20"/>
        </w:rPr>
        <w:t>1:14:03  to isaiyon ne ye nazariya banaya tha ke ke hazrat masih jo hain halanke wo ye galat hai ke wo wo sui par un ki maut hui thi galat quran kehta hai galat hai ye qatalu sarbu lekin baharhal unhon ne aisa aqeedah bana rakha hai</w:t>
      </w:r>
      <w:r>
        <w:br/>
      </w:r>
      <w:r>
        <w:rPr>
          <w:sz w:val="20"/>
        </w:rPr>
        <w:t>1:14:21  to un ke aqeedah ke mutabiq hazrat masih jo the yani un ka aqeedah ye hai ke had adam se jab gunah hua to wo gunah yani wirasati ban gaya hereditary wo un ka jo gunah ka taaluq hereditary hai un in hum hum inherit karte hain apne baap dada ke gunah ko ke bilkul main is ko galat manta hoon is ko un ka aqeedah aisa hi hai</w:t>
      </w:r>
      <w:r>
        <w:br/>
      </w:r>
      <w:r>
        <w:rPr>
          <w:sz w:val="20"/>
        </w:rPr>
        <w:t>1:14:48  to hazrat adam ke ka gunah mein hone se sare sare insani gunah gunahgar ban gaye sare insan gunahgar ban gaye to allah taala ne apne bete ko bheja ja ke saleeb pe charhaye aur wo saleeb charh kar ke sab ke gunahon ka kaffara ban jaye</w:t>
      </w:r>
      <w:r>
        <w:br/>
      </w:r>
      <w:r>
        <w:rPr>
          <w:sz w:val="20"/>
        </w:rPr>
        <w:t>1:15:06  to ab ab aqeedah ye isaiyon ka ye hai ke hum agar yani hazrat masih par aqeedah rakhein to phir hamara yani hamari taraf se wo wahi guarantee salvation ka nazariya ke haan hamara yani kaffara ho gaya wo jannat pakki ho gayi yahi musalmanon ne shafaat ke naam se kar rakha hai apni terminology mein</w:t>
      </w:r>
      <w:r>
        <w:br/>
      </w:r>
      <w:r>
        <w:rPr>
          <w:sz w:val="20"/>
        </w:rPr>
        <w:t>1:15:33  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r>
        <w:br/>
      </w:r>
      <w:r>
        <w:rPr>
          <w:sz w:val="20"/>
        </w:rPr>
        <w:t>1:16:01  kis raste pe chalna hai taake marne ke baad mujhe sukoon mile aur is duniya mein bhi</w:t>
      </w:r>
    </w:p>
    <w:p>
      <w:pPr>
        <w:pStyle w:val="Heading2"/>
      </w:pPr>
      <w:r>
        <w:t>Definition and rejection of heart-based spirituality</w:t>
      </w:r>
    </w:p>
    <w:p>
      <w:r>
        <w:rPr>
          <w:color w:val="666666"/>
          <w:sz w:val="18"/>
        </w:rPr>
        <w:t>IIC: How to Develop Spiritual Personality · 5m 33s · at 2:55 · https://youtu.be/-XrYpEYwk-Y?t=175</w:t>
      </w:r>
    </w:p>
    <w:p>
      <w:r>
        <w:rPr>
          <w:i/>
        </w:rPr>
        <w:t>“Spirituality is living beyond materiality”</w:t>
      </w:r>
    </w:p>
    <w:p>
      <w:r>
        <w:rPr>
          <w:sz w:val="20"/>
        </w:rPr>
        <w:t>2:55  hamare subject ke hisab se spirituality ka definition hai: living beyond materiality.</w:t>
      </w:r>
      <w:r>
        <w:br/>
      </w:r>
      <w:r>
        <w:rPr>
          <w:sz w:val="20"/>
        </w:rPr>
        <w:t>3:01  Material cheezon se upar uth kar jeena.</w:t>
      </w:r>
      <w:r>
        <w:br/>
      </w:r>
      <w:r>
        <w:rPr>
          <w:sz w:val="20"/>
        </w:rPr>
        <w:t>3:07  Living beyond materiality.</w:t>
      </w:r>
      <w:r>
        <w:br/>
      </w:r>
      <w:r>
        <w:rPr>
          <w:sz w:val="20"/>
        </w:rPr>
        <w:t>3:13  Yeh hai mere nazdeek definition spirituality ka.</w:t>
      </w:r>
      <w:r>
        <w:br/>
      </w:r>
      <w:r>
        <w:rPr>
          <w:sz w:val="20"/>
        </w:rPr>
        <w:t>3:19  Dekhiye, is duniya mein hum do cheezon ke beech mein jeete hain,</w:t>
      </w:r>
      <w:r>
        <w:br/>
      </w:r>
      <w:r>
        <w:rPr>
          <w:sz w:val="20"/>
        </w:rPr>
        <w:t>3:25  hamara bhi dekhiye, body hai aur soul hai.</w:t>
      </w:r>
      <w:r>
        <w:br/>
      </w:r>
      <w:r>
        <w:rPr>
          <w:sz w:val="20"/>
        </w:rPr>
        <w:t>3:31  cheezain hain aur cheezon ki meaning bhi hai.</w:t>
      </w:r>
      <w:r>
        <w:br/>
      </w:r>
      <w:r>
        <w:rPr>
          <w:sz w:val="20"/>
        </w:rPr>
        <w:t>3:37  toh is dunya mein har cheez ke do aspect hotay hain.</w:t>
      </w:r>
      <w:r>
        <w:br/>
      </w:r>
      <w:r>
        <w:rPr>
          <w:sz w:val="20"/>
        </w:rPr>
        <w:t>3:43  jab aap jeetay hain material cheezon mein, then you are living in materiality.</w:t>
      </w:r>
      <w:r>
        <w:br/>
      </w:r>
      <w:r>
        <w:rPr>
          <w:sz w:val="20"/>
        </w:rPr>
        <w:t>3:49  aur jab aap jeetay hain maadi cheezon se oopar uth kar, then you are living</w:t>
      </w:r>
      <w:r>
        <w:br/>
      </w:r>
      <w:r>
        <w:rPr>
          <w:sz w:val="20"/>
        </w:rPr>
        <w:t>3:55  beyond materiality. Yeh main samjha hoon gist spirituality ka. To illustrate this point, I will give an example. Dekhiye, aap ne dekha hoga, daily humare haan parties hoti hain, dinner hote hain, log khaate peete hain. To kya hota hai wahan par? Log isi par baatein karte hain, kya kya dishes hain, kya khaane peene ke samaan</w:t>
      </w:r>
      <w:r>
        <w:br/>
      </w:r>
      <w:r>
        <w:rPr>
          <w:sz w:val="20"/>
        </w:rPr>
        <w:t>4:25  hain, kya hai, kya nahi hai.</w:t>
      </w:r>
      <w:r>
        <w:br/>
      </w:r>
      <w:r>
        <w:rPr>
          <w:sz w:val="20"/>
        </w:rPr>
        <w:t>4:30  isi par ho ha karte hain, isi par baatein karte hain.</w:t>
      </w:r>
      <w:r>
        <w:br/>
      </w:r>
      <w:r>
        <w:rPr>
          <w:sz w:val="20"/>
        </w:rPr>
        <w:t>4:35  main ne ek baar dekha ke do scientist baat karte hue, do scientist, dinner par.</w:t>
      </w:r>
      <w:r>
        <w:br/>
      </w:r>
      <w:r>
        <w:rPr>
          <w:sz w:val="20"/>
        </w:rPr>
        <w:t>4:40  wo dinner par thay, khane ki dinner, khane par, khane ki mez par.</w:t>
      </w:r>
      <w:r>
        <w:br/>
      </w:r>
      <w:r>
        <w:rPr>
          <w:sz w:val="20"/>
        </w:rPr>
        <w:t>4:45  lekin ek baar bhi main ne nahi dekha ke wo dinner ke kisi dish par baat kar rahe hon.</w:t>
      </w:r>
      <w:r>
        <w:br/>
      </w:r>
      <w:r>
        <w:rPr>
          <w:sz w:val="20"/>
        </w:rPr>
        <w:t>4:50  wo apne scientific subject mein baat kar rahe</w:t>
      </w:r>
      <w:r>
        <w:br/>
      </w:r>
      <w:r>
        <w:rPr>
          <w:sz w:val="20"/>
        </w:rPr>
        <w:t>4:55  thay.</w:t>
      </w:r>
      <w:r>
        <w:br/>
      </w:r>
      <w:r>
        <w:rPr>
          <w:sz w:val="20"/>
        </w:rPr>
        <w:t>5:01  You know, physically they were at the dinner table, but intellectually they were living beyond the dinner.</w:t>
      </w:r>
      <w:r>
        <w:br/>
      </w:r>
      <w:r>
        <w:rPr>
          <w:sz w:val="20"/>
        </w:rPr>
        <w:t>5:07  yeh hai farq.</w:t>
      </w:r>
      <w:r>
        <w:br/>
      </w:r>
      <w:r>
        <w:rPr>
          <w:sz w:val="20"/>
        </w:rPr>
        <w:t>5:13  toh main yeh samajh paya hoon ke is dunya mein jeene ke do tareeqay hain.</w:t>
      </w:r>
      <w:r>
        <w:br/>
      </w:r>
      <w:r>
        <w:rPr>
          <w:sz w:val="20"/>
        </w:rPr>
        <w:t>5:19  ek yeh ke aap material cheezon ko mehaz need na samjhein, isi ko apna</w:t>
      </w:r>
      <w:r>
        <w:br/>
      </w:r>
      <w:r>
        <w:rPr>
          <w:sz w:val="20"/>
        </w:rPr>
        <w:t>5:25  zindagi ka purpose bana lein.</w:t>
      </w:r>
      <w:r>
        <w:br/>
      </w:r>
      <w:r>
        <w:rPr>
          <w:sz w:val="20"/>
        </w:rPr>
        <w:t>5:30  isi mein subah aap ki guzray, isi mein shaam guzray, isi mein aap jiyein.</w:t>
      </w:r>
      <w:r>
        <w:br/>
      </w:r>
      <w:r>
        <w:rPr>
          <w:sz w:val="20"/>
        </w:rPr>
        <w:t>5:34  aur doosra yeh hai ke aap material cheezon ko need ke taur par lein, need, zaroorat.</w:t>
      </w:r>
      <w:r>
        <w:br/>
      </w:r>
      <w:r>
        <w:rPr>
          <w:sz w:val="20"/>
        </w:rPr>
        <w:t>5:38  aap ki soch is se oopar chalti ho, is se oopar.</w:t>
      </w:r>
      <w:r>
        <w:br/>
      </w:r>
      <w:r>
        <w:rPr>
          <w:sz w:val="20"/>
        </w:rPr>
        <w:t>5:43  toh yahi hai spirituality.</w:t>
      </w:r>
      <w:r>
        <w:br/>
      </w:r>
      <w:r>
        <w:rPr>
          <w:sz w:val="20"/>
        </w:rPr>
        <w:t>5:47  isi ka naam hai spirituality.</w:t>
      </w:r>
      <w:r>
        <w:br/>
      </w:r>
      <w:r>
        <w:rPr>
          <w:sz w:val="20"/>
        </w:rPr>
        <w:t>5:51  ab dekhein ke spirituality ke</w:t>
      </w:r>
      <w:r>
        <w:br/>
      </w:r>
      <w:r>
        <w:rPr>
          <w:sz w:val="20"/>
        </w:rPr>
        <w:t>5:56  do different aspect hain, do different branches hain.</w:t>
      </w:r>
      <w:r>
        <w:br/>
      </w:r>
      <w:r>
        <w:rPr>
          <w:sz w:val="20"/>
        </w:rPr>
        <w:t>6:01  ek ko main kahoon ga ke religious branch.</w:t>
      </w:r>
      <w:r>
        <w:br/>
      </w:r>
      <w:r>
        <w:rPr>
          <w:sz w:val="20"/>
        </w:rPr>
        <w:t>6:06  yani log yeh samajhte hain ke spirituality jo hai, wo source hai yeh janne ka ke sachai kya hai.</w:t>
      </w:r>
      <w:r>
        <w:br/>
      </w:r>
      <w:r>
        <w:rPr>
          <w:sz w:val="20"/>
        </w:rPr>
        <w:t>6:11  sachai ko janne ka source.</w:t>
      </w:r>
      <w:r>
        <w:br/>
      </w:r>
      <w:r>
        <w:rPr>
          <w:sz w:val="20"/>
        </w:rPr>
        <w:t>6:16  is par hazaron saal se log kaam karte rahe hain, jis ko kehte hain murakba ya meditation ke through.</w:t>
      </w:r>
      <w:r>
        <w:br/>
      </w:r>
      <w:r>
        <w:rPr>
          <w:sz w:val="20"/>
        </w:rPr>
        <w:t>6:21  to in ka</w:t>
      </w:r>
      <w:r>
        <w:br/>
      </w:r>
      <w:r>
        <w:rPr>
          <w:sz w:val="20"/>
        </w:rPr>
        <w:t>6:26  manna yeh hai ke hamara jo heart hai, hamara jo dil hai, there is source of all kind</w:t>
      </w:r>
      <w:r>
        <w:br/>
      </w:r>
      <w:r>
        <w:rPr>
          <w:sz w:val="20"/>
        </w:rPr>
        <w:t>6:31  of virtues, source of all kind of wisdom.</w:t>
      </w:r>
      <w:r>
        <w:br/>
      </w:r>
      <w:r>
        <w:rPr>
          <w:sz w:val="20"/>
        </w:rPr>
        <w:t>6:36  yani dil ko woh samajhte hain ke is mein khazana hai sare achi baaton ka, sachai ka.</w:t>
      </w:r>
      <w:r>
        <w:br/>
      </w:r>
      <w:r>
        <w:rPr>
          <w:sz w:val="20"/>
        </w:rPr>
        <w:t>6:41  to woh isi mein, yani meditate karte hain, meditation karte hain, meditation karte hain, is se unfold</w:t>
      </w:r>
      <w:r>
        <w:br/>
      </w:r>
      <w:r>
        <w:rPr>
          <w:sz w:val="20"/>
        </w:rPr>
        <w:t>6:46  karne ki koshish karte hain.</w:t>
      </w:r>
      <w:r>
        <w:br/>
      </w:r>
      <w:r>
        <w:rPr>
          <w:sz w:val="20"/>
        </w:rPr>
        <w:t>6:51  to yeh jo sp</w:t>
      </w:r>
      <w:r>
        <w:br/>
      </w:r>
      <w:r>
        <w:rPr>
          <w:sz w:val="20"/>
        </w:rPr>
        <w:t>6:56  ritualty ka jo school hai, is ke nazdeek insan ka jo dil hai, jo heart jo hai, isi</w:t>
      </w:r>
      <w:r>
        <w:br/>
      </w:r>
      <w:r>
        <w:rPr>
          <w:sz w:val="20"/>
        </w:rPr>
        <w:t>7:02  mein sab kuch hai.</w:t>
      </w:r>
      <w:r>
        <w:br/>
      </w:r>
      <w:r>
        <w:rPr>
          <w:sz w:val="20"/>
        </w:rPr>
        <w:t>7:08  is mein penetrate karo, is ko discover karo, is ko unfold karo, to tum sachai ko pa lo ge.</w:t>
      </w:r>
      <w:r>
        <w:br/>
      </w:r>
      <w:r>
        <w:rPr>
          <w:sz w:val="20"/>
        </w:rPr>
        <w:t>7:15  lekin main samajhta hoon ke scientific age mein yeh concept discard ho gaya hai.</w:t>
      </w:r>
      <w:r>
        <w:br/>
      </w:r>
      <w:r>
        <w:rPr>
          <w:sz w:val="20"/>
        </w:rPr>
        <w:t>7:21  jaise geo centric theory discard ho gayi, ab hum helio centric theory ko mante hain.</w:t>
      </w:r>
      <w:r>
        <w:br/>
      </w:r>
      <w:r>
        <w:rPr>
          <w:sz w:val="20"/>
        </w:rPr>
        <w:t>7:27  is liye ke dekhiye, medical science jo hai, is ne yeh establish kar diya hai ke hamara jo</w:t>
      </w:r>
      <w:r>
        <w:br/>
      </w:r>
      <w:r>
        <w:rPr>
          <w:sz w:val="20"/>
        </w:rPr>
        <w:t>7:32  dil hai, woh sirf circulation of blood ka source hai, bas.</w:t>
      </w:r>
      <w:r>
        <w:br/>
      </w:r>
      <w:r>
        <w:rPr>
          <w:sz w:val="20"/>
        </w:rPr>
        <w:t>7:37  dil mein kuch bhi nahi hai.</w:t>
      </w:r>
      <w:r>
        <w:br/>
      </w:r>
      <w:r>
        <w:rPr>
          <w:sz w:val="20"/>
        </w:rPr>
        <w:t>7:42  dil mein na koi feeling hai, na koi thinking hai, na koi is mein mind hai.</w:t>
      </w:r>
      <w:r>
        <w:br/>
      </w:r>
      <w:r>
        <w:rPr>
          <w:sz w:val="20"/>
        </w:rPr>
        <w:t>7:47  woh sirf blood ko pump karta hai.</w:t>
      </w:r>
      <w:r>
        <w:br/>
      </w:r>
      <w:r>
        <w:rPr>
          <w:sz w:val="20"/>
        </w:rPr>
        <w:t>7:52  to ab kahan wahan sachai mile gi aap ko? sachai is mein</w:t>
      </w:r>
      <w:r>
        <w:br/>
      </w:r>
      <w:r>
        <w:rPr>
          <w:sz w:val="20"/>
        </w:rPr>
        <w:t>7:57  hone ka jo soch thi pehle, ab woh superstition prove ho gayi hai.</w:t>
      </w:r>
      <w:r>
        <w:br/>
      </w:r>
      <w:r>
        <w:rPr>
          <w:sz w:val="20"/>
        </w:rPr>
        <w:t>8:03  woh superstition hai.</w:t>
      </w:r>
      <w:r>
        <w:br/>
      </w:r>
      <w:r>
        <w:rPr>
          <w:sz w:val="20"/>
        </w:rPr>
        <w:t>8:10  to main samajhta hoon ke is aspect se ab spirituality ka koi function nahi reh gaya hai ke</w:t>
      </w:r>
      <w:r>
        <w:br/>
      </w:r>
      <w:r>
        <w:rPr>
          <w:sz w:val="20"/>
        </w:rPr>
        <w:t>8:16  sachai ko discover karein hum apne dil mein penetrate kar ke, is mein murakba kar ke, ya meditate kar ke.</w:t>
      </w:r>
      <w:r>
        <w:br/>
      </w:r>
      <w:r>
        <w:rPr>
          <w:sz w:val="20"/>
        </w:rPr>
        <w:t>8:22  to is aitbar se spirituality itni</w:t>
      </w:r>
    </w:p>
    <w:p>
      <w:pPr>
        <w:pStyle w:val="Heading2"/>
      </w:pPr>
      <w:r>
        <w:t>Straight path and material civilization as support</w:t>
      </w:r>
    </w:p>
    <w:p>
      <w:r>
        <w:rPr>
          <w:color w:val="666666"/>
          <w:sz w:val="18"/>
        </w:rPr>
        <w:t>AL RISALA JANUARY 2017 | AUDIO · 3m 00s · at 5:07 · https://youtu.be/_nWm9Mixl-E?t=307</w:t>
      </w:r>
    </w:p>
    <w:p>
      <w:r>
        <w:rPr>
          <w:i/>
        </w:rPr>
        <w:t>“Siraat-e-mustaqeem, khaliq ki muqarrar karda ek siraat-e-mustaqeem hai”</w:t>
      </w:r>
    </w:p>
    <w:p>
      <w:r>
        <w:rPr>
          <w:sz w:val="20"/>
        </w:rPr>
        <w:t>5:07  marhalon se guzarte hue apna safar tay kar rahi hai, is ka mukhtasar bayan yahan darj kiya jata</w:t>
      </w:r>
      <w:r>
        <w:br/>
      </w:r>
      <w:r>
        <w:rPr>
          <w:sz w:val="20"/>
        </w:rPr>
        <w:t>5:13  hai: sirat e mustaqeem.</w:t>
      </w:r>
      <w:r>
        <w:br/>
      </w:r>
      <w:r>
        <w:rPr>
          <w:sz w:val="20"/>
        </w:rPr>
        <w:t>5:19  khaliq ki muqarrar karda aik sirat e mustaqeem ya right path hai, jo is baat ki zamanat hai ke</w:t>
      </w:r>
      <w:r>
        <w:br/>
      </w:r>
      <w:r>
        <w:rPr>
          <w:sz w:val="20"/>
        </w:rPr>
        <w:t>5:25  is par chalne wala insaan apni matloob manzil par zaroor pohnche.</w:t>
      </w:r>
      <w:r>
        <w:br/>
      </w:r>
      <w:r>
        <w:rPr>
          <w:sz w:val="20"/>
        </w:rPr>
        <w:t>5:31  peighambaron ke zariye aur aasmani kitabon ke zariye khaliq ne musalsal taur par aisa kiya ke insan</w:t>
      </w:r>
      <w:r>
        <w:br/>
      </w:r>
      <w:r>
        <w:rPr>
          <w:sz w:val="20"/>
        </w:rPr>
        <w:t>5:37  ke paas apne paighambar bheje, aur un ke zariye apni kitab hidayat bheji. is ka maqsad yeh tha ke insaan durust rastay, ya right track par chalta rahe. woh is se be-raah ya de-rail na hone paaye. saatveen sadi isvi mein Allah Rabbul Alameen ne khatam un nabiyyin ko bheja. aap ne aur aap ke ashaab ne ghair mamooli jahad ke zariye ek aisa inqilab barpa</w:t>
      </w:r>
      <w:r>
        <w:br/>
      </w:r>
      <w:r>
        <w:rPr>
          <w:sz w:val="20"/>
        </w:rPr>
        <w:t>6:07  kiya jis ke zariye baad ke zamanay mein ek tareekhi amal, ya historical process, jaari ho gaya. is tareekhi amal ne woh mawaqe khole jin ke zariye dunya mein tehzeebi inqilab, ya civilizational revolution aaya. madi tehzeeb: maujooda zamanay mein hum apne aap ko jis tehzeeb ke daur mein paate hain, is tehzeeb ko aam taur par maghribi tehzeeb, ya western civilization kaha jata</w:t>
      </w:r>
      <w:r>
        <w:br/>
      </w:r>
      <w:r>
        <w:rPr>
          <w:sz w:val="20"/>
        </w:rPr>
        <w:t>6:37  hai, magar apni haqeeqat ke aitbar se yeh ek maadi tehzeeb, ya material civilization hai.</w:t>
      </w:r>
      <w:r>
        <w:br/>
      </w:r>
      <w:r>
        <w:rPr>
          <w:sz w:val="20"/>
        </w:rPr>
        <w:t>6:45  yeh maadi tehzeeb Khuda ke takhleeqi naqshe ke mutabiq ek maqaddar tehzeeb thi.</w:t>
      </w:r>
      <w:r>
        <w:br/>
      </w:r>
      <w:r>
        <w:rPr>
          <w:sz w:val="20"/>
        </w:rPr>
        <w:t>6:52  is maadi tehzeeb ka pishgi hawala Quran ki is ayat mein milta hai: "Sanureehim ayatina fil afaqi wa</w:t>
      </w:r>
      <w:r>
        <w:br/>
      </w:r>
      <w:r>
        <w:rPr>
          <w:sz w:val="20"/>
        </w:rPr>
        <w:t>7:00  fi anfusihim hatta yatabayyana lahum annahul haqqawalam yak</w:t>
      </w:r>
      <w:r>
        <w:br/>
      </w:r>
      <w:r>
        <w:rPr>
          <w:sz w:val="20"/>
        </w:rPr>
        <w:t>7:07  fi rabbika annahu 'ala kulli shai'in shaheed".</w:t>
      </w:r>
      <w:r>
        <w:br/>
      </w:r>
      <w:r>
        <w:rPr>
          <w:sz w:val="20"/>
        </w:rPr>
        <w:t>7:13  yani mustaqbil mein hum un ko apni nishaniyan dikhayenge, afaq mein bhi aur khud un ke andar</w:t>
      </w:r>
      <w:r>
        <w:br/>
      </w:r>
      <w:r>
        <w:rPr>
          <w:sz w:val="20"/>
        </w:rPr>
        <w:t>7:19  bhi, yahan tak ke un par zahir ho jaye ga ke yeh haq hai.</w:t>
      </w:r>
      <w:r>
        <w:br/>
      </w:r>
      <w:r>
        <w:rPr>
          <w:sz w:val="20"/>
        </w:rPr>
        <w:t>7:25  aur kya yeh baat kafi nahi ke tera Rab har cheez ka gawah hai? Yahan ayyat se murad</w:t>
      </w:r>
      <w:r>
        <w:br/>
      </w:r>
      <w:r>
        <w:rPr>
          <w:sz w:val="20"/>
        </w:rPr>
        <w:t>7:31  wo qawaneen fitrat hain jo takhleeqi taur par is dunya mein</w:t>
      </w:r>
      <w:r>
        <w:br/>
      </w:r>
      <w:r>
        <w:rPr>
          <w:sz w:val="20"/>
        </w:rPr>
        <w:t>7:37  hamesha se maujood thay.</w:t>
      </w:r>
      <w:r>
        <w:br/>
      </w:r>
      <w:r>
        <w:rPr>
          <w:sz w:val="20"/>
        </w:rPr>
        <w:t>7:43  hum nishaniyan dikhayenge ka matlab yeh hai ke Allah taala kuch insanon ko tofeeq de ga ke</w:t>
      </w:r>
      <w:r>
        <w:br/>
      </w:r>
      <w:r>
        <w:rPr>
          <w:sz w:val="20"/>
        </w:rPr>
        <w:t>7:49  wo fitrat ke makhfi qawaneen, ya hidden laws of nature, ko daryaft karein, aur is tarah deen-e-khudawandi</w:t>
      </w:r>
      <w:r>
        <w:br/>
      </w:r>
      <w:r>
        <w:rPr>
          <w:sz w:val="20"/>
        </w:rPr>
        <w:t>7:55  ki taeed, ya support ke liye ek aqli buniyad, ya rational base faraham ho.</w:t>
      </w:r>
      <w:r>
        <w:br/>
      </w:r>
      <w:r>
        <w:rPr>
          <w:sz w:val="20"/>
        </w:rPr>
        <w:t>8:01  is tehzeeb ne insani dunya aur maadi dunya mein chupi hui jin haqeeq</w:t>
      </w:r>
    </w:p>
    <w:p>
      <w:pPr>
        <w:pStyle w:val="Heading2"/>
      </w:pPr>
      <w:r>
        <w:t>Brain drain of Muslim scholars to politics</w:t>
      </w:r>
    </w:p>
    <w:p>
      <w:r>
        <w:rPr>
          <w:color w:val="666666"/>
          <w:sz w:val="18"/>
        </w:rPr>
        <w:t>Fragments of Broken Heart | December 01, 2006 | Maulana Wahiduddin Khan · 5m 33s · at 24:15 · https://youtu.be/4uW2kggXMI8?t=1455</w:t>
      </w:r>
    </w:p>
    <w:p>
      <w:r>
        <w:rPr>
          <w:i/>
        </w:rPr>
        <w:t>“Peshgoi ki shakal mein hadith mein yeh cheez mojood hai”</w:t>
      </w:r>
    </w:p>
    <w:p>
      <w:r>
        <w:rPr>
          <w:sz w:val="20"/>
        </w:rPr>
        <w:t>24:15  peshgoi ki shakal mein hadith mein yeh cheez maujood hai ke aisa hoga.</w:t>
      </w:r>
      <w:r>
        <w:br/>
      </w:r>
      <w:r>
        <w:rPr>
          <w:sz w:val="20"/>
        </w:rPr>
        <w:t>24:20  is ke liye hadith mein lafz aaya hai "zahab al-ulamaa".</w:t>
      </w:r>
      <w:r>
        <w:br/>
      </w:r>
      <w:r>
        <w:rPr>
          <w:sz w:val="20"/>
        </w:rPr>
        <w:t>24:25  zahab al-ulamaa ka matlab yeh hai ulama ka chala jana.</w:t>
      </w:r>
      <w:r>
        <w:br/>
      </w:r>
      <w:r>
        <w:rPr>
          <w:sz w:val="20"/>
        </w:rPr>
        <w:t>24:30  islamic scholars ka chala jana.</w:t>
      </w:r>
      <w:r>
        <w:br/>
      </w:r>
      <w:r>
        <w:rPr>
          <w:sz w:val="20"/>
        </w:rPr>
        <w:t>24:35  yaani going away of islamic scholars.</w:t>
      </w:r>
      <w:r>
        <w:br/>
      </w:r>
      <w:r>
        <w:rPr>
          <w:sz w:val="20"/>
        </w:rPr>
        <w:t>24:40  log samajhte hain, ab tak</w:t>
      </w:r>
      <w:r>
        <w:br/>
      </w:r>
      <w:r>
        <w:rPr>
          <w:sz w:val="20"/>
        </w:rPr>
        <w:t>24:45  yahi samajhte rahe hain ke saare log mar jayenge.</w:t>
      </w:r>
      <w:r>
        <w:br/>
      </w:r>
      <w:r>
        <w:rPr>
          <w:sz w:val="20"/>
        </w:rPr>
        <w:t>24:50  saare Islamic scholars mar jayenge, saare ulma mar jayenge.</w:t>
      </w:r>
      <w:r>
        <w:br/>
      </w:r>
      <w:r>
        <w:rPr>
          <w:sz w:val="20"/>
        </w:rPr>
        <w:t>24:54  lekin yeh bilkul afsurda baat hai.</w:t>
      </w:r>
      <w:r>
        <w:br/>
      </w:r>
      <w:r>
        <w:rPr>
          <w:sz w:val="20"/>
        </w:rPr>
        <w:t>24:58  mar kyon jayenge? yeh baat marne ki nahi hai.</w:t>
      </w:r>
      <w:r>
        <w:br/>
      </w:r>
      <w:r>
        <w:rPr>
          <w:sz w:val="20"/>
        </w:rPr>
        <w:t>25:03  yeh baat hai brain drain ki.</w:t>
      </w:r>
      <w:r>
        <w:br/>
      </w:r>
      <w:r>
        <w:rPr>
          <w:sz w:val="20"/>
        </w:rPr>
        <w:t>25:07  jisko aap kehte hain brain drain.</w:t>
      </w:r>
      <w:r>
        <w:br/>
      </w:r>
      <w:r>
        <w:rPr>
          <w:sz w:val="20"/>
        </w:rPr>
        <w:t>25:11  یعنی جو علماء ہمارے ہوں گے اس زمانے میں، سائنٹیفک دور میں تو برین ڈرین ہو گا</w:t>
      </w:r>
      <w:r>
        <w:br/>
      </w:r>
      <w:r>
        <w:rPr>
          <w:sz w:val="20"/>
        </w:rPr>
        <w:t>25:15  a.</w:t>
      </w:r>
      <w:r>
        <w:br/>
      </w:r>
      <w:r>
        <w:rPr>
          <w:sz w:val="20"/>
        </w:rPr>
        <w:t>25:19  yani yeh salahiyaten chali jayengi doosri taraf.</w:t>
      </w:r>
      <w:r>
        <w:br/>
      </w:r>
      <w:r>
        <w:rPr>
          <w:sz w:val="20"/>
        </w:rPr>
        <w:t>25:23  Islamic front ko chhod kar ke political front par chali jayengi.</w:t>
      </w:r>
      <w:r>
        <w:br/>
      </w:r>
      <w:r>
        <w:rPr>
          <w:sz w:val="20"/>
        </w:rPr>
        <w:t>25:27  jaisa ke gayen.</w:t>
      </w:r>
      <w:r>
        <w:br/>
      </w:r>
      <w:r>
        <w:rPr>
          <w:sz w:val="20"/>
        </w:rPr>
        <w:t>25:31  yeh political brain drain jo hone wala tha uski peshgoi thi hadith mein jisko "zahab ulama"</w:t>
      </w:r>
      <w:r>
        <w:br/>
      </w:r>
      <w:r>
        <w:rPr>
          <w:sz w:val="20"/>
        </w:rPr>
        <w:t>25:34  kaha gaya hai.</w:t>
      </w:r>
      <w:r>
        <w:br/>
      </w:r>
      <w:r>
        <w:rPr>
          <w:sz w:val="20"/>
        </w:rPr>
        <w:t>25:38  ulama ka chale jana.</w:t>
      </w:r>
      <w:r>
        <w:br/>
      </w:r>
      <w:r>
        <w:rPr>
          <w:sz w:val="20"/>
        </w:rPr>
        <w:t>25:42  going away of Islamic scholars. To this</w:t>
      </w:r>
      <w:r>
        <w:br/>
      </w:r>
      <w:r>
        <w:rPr>
          <w:sz w:val="20"/>
        </w:rPr>
        <w:t>25:46  peshgoi jo goya ke warning thi ke jab aisa ho to tum aisa mat karna.</w:t>
      </w:r>
      <w:r>
        <w:br/>
      </w:r>
      <w:r>
        <w:rPr>
          <w:sz w:val="20"/>
        </w:rPr>
        <w:t>25:51  yeh peshgoi darasal warning thi.</w:t>
      </w:r>
      <w:r>
        <w:br/>
      </w:r>
      <w:r>
        <w:rPr>
          <w:sz w:val="20"/>
        </w:rPr>
        <w:t>25:56  lekin ajib baat hai ke warning ki bajaye woh waqea ban gayi.</w:t>
      </w:r>
      <w:r>
        <w:br/>
      </w:r>
      <w:r>
        <w:rPr>
          <w:sz w:val="20"/>
        </w:rPr>
        <w:t>26:01  aur saare log toot pade.</w:t>
      </w:r>
      <w:r>
        <w:br/>
      </w:r>
      <w:r>
        <w:rPr>
          <w:sz w:val="20"/>
        </w:rPr>
        <w:t>26:06  saare log isi ki taraf toot kar chale gaye.</w:t>
      </w:r>
      <w:r>
        <w:br/>
      </w:r>
      <w:r>
        <w:rPr>
          <w:sz w:val="20"/>
        </w:rPr>
        <w:t>26:11  jis mulk mein dekhiye har mulk mein logon ne yahi kiya.</w:t>
      </w:r>
      <w:r>
        <w:br/>
      </w:r>
      <w:r>
        <w:rPr>
          <w:sz w:val="20"/>
        </w:rPr>
        <w:t>26:16  اب آپ دیکھئے کہ یعنی میرا مطلب ہے top brain۔</w:t>
      </w:r>
      <w:r>
        <w:br/>
      </w:r>
      <w:r>
        <w:rPr>
          <w:sz w:val="20"/>
        </w:rPr>
        <w:t>26:22  hamesha top brain jo hote hain wahi koi bada kaam karte hain.</w:t>
      </w:r>
      <w:r>
        <w:br/>
      </w:r>
      <w:r>
        <w:rPr>
          <w:sz w:val="20"/>
        </w:rPr>
        <w:t>26:28  to zahab ulama se matlab hai jo top brain honge woh chale jayenge.</w:t>
      </w:r>
      <w:r>
        <w:br/>
      </w:r>
      <w:r>
        <w:rPr>
          <w:sz w:val="20"/>
        </w:rPr>
        <w:t>26:34  masses ko kya hai? idhar rahe tab bhi koi farq nahi padta.</w:t>
      </w:r>
      <w:r>
        <w:br/>
      </w:r>
      <w:r>
        <w:rPr>
          <w:sz w:val="20"/>
        </w:rPr>
        <w:t>26:40  idhar rahe tab bhi koi farq nahi padta. farq padta</w:t>
      </w:r>
      <w:r>
        <w:br/>
      </w:r>
      <w:r>
        <w:rPr>
          <w:sz w:val="20"/>
        </w:rPr>
        <w:t>26:46  hai top brain ka.</w:t>
      </w:r>
      <w:r>
        <w:br/>
      </w:r>
      <w:r>
        <w:rPr>
          <w:sz w:val="20"/>
        </w:rPr>
        <w:t>26:51  to musalmanon ki jo top brain hai woh chale jayenge allst ki taraf.</w:t>
      </w:r>
      <w:r>
        <w:br/>
      </w:r>
      <w:r>
        <w:rPr>
          <w:sz w:val="20"/>
        </w:rPr>
        <w:t>26:56  jhooti larai bhraai ki taraf.</w:t>
      </w:r>
      <w:r>
        <w:br/>
      </w:r>
      <w:r>
        <w:rPr>
          <w:sz w:val="20"/>
        </w:rPr>
        <w:t>27:01  jhooti is liye mein keh raha hoon ke koi kaam matlab nahi tha larnay ka.</w:t>
      </w:r>
      <w:r>
        <w:br/>
      </w:r>
      <w:r>
        <w:rPr>
          <w:sz w:val="20"/>
        </w:rPr>
        <w:t>27:06  yeh log samjhe nahi ke jo empire toota hai woh kyun toota hai.</w:t>
      </w:r>
      <w:r>
        <w:br/>
      </w:r>
      <w:r>
        <w:rPr>
          <w:sz w:val="20"/>
        </w:rPr>
        <w:t>27:11  asal tha ke power ka tawazun badal gaya tha musalman</w:t>
      </w:r>
      <w:r>
        <w:br/>
      </w:r>
      <w:r>
        <w:rPr>
          <w:sz w:val="20"/>
        </w:rPr>
        <w:t>27:16  on ne jis zamane mein duniya mein apna empire banaya tha woh zamana dasti hathiyaron ka zamana tha. Yaani talwaron ka zamana. Talwar haath se chalayi jaati thi. Ab mechanical hathiyaron ka zamana aa gaya. Dasti hathiyaron ki jagah mechanical hathiyar istemaal hone lage. To zahir hai ke tawazun badal gaya. To Musalmanon ko haar</w:t>
      </w:r>
      <w:r>
        <w:br/>
      </w:r>
      <w:r>
        <w:rPr>
          <w:sz w:val="20"/>
        </w:rPr>
        <w:t>27:46  na hi haarna tha.</w:t>
      </w:r>
      <w:r>
        <w:br/>
      </w:r>
      <w:r>
        <w:rPr>
          <w:sz w:val="20"/>
        </w:rPr>
        <w:t>27:50  to bajaye is ke ke is ko reconciliation karein woh apna.</w:t>
      </w:r>
      <w:r>
        <w:br/>
      </w:r>
      <w:r>
        <w:rPr>
          <w:sz w:val="20"/>
        </w:rPr>
        <w:t>27:54  larai chher di unhon ne.</w:t>
      </w:r>
      <w:r>
        <w:br/>
      </w:r>
      <w:r>
        <w:rPr>
          <w:sz w:val="20"/>
        </w:rPr>
        <w:t>27:58  yeh waqt jo tha woh larai ka nahi tha.</w:t>
      </w:r>
      <w:r>
        <w:br/>
      </w:r>
      <w:r>
        <w:rPr>
          <w:sz w:val="20"/>
        </w:rPr>
        <w:t>28:02  reconciliation ka tha.</w:t>
      </w:r>
      <w:r>
        <w:br/>
      </w:r>
      <w:r>
        <w:rPr>
          <w:sz w:val="20"/>
        </w:rPr>
        <w:t>28:05  yani apne ko phir se mazboot banana.</w:t>
      </w:r>
      <w:r>
        <w:br/>
      </w:r>
      <w:r>
        <w:rPr>
          <w:sz w:val="20"/>
        </w:rPr>
        <w:t>28:09  lekin aisa nahi hua.</w:t>
      </w:r>
      <w:r>
        <w:br/>
      </w:r>
      <w:r>
        <w:rPr>
          <w:sz w:val="20"/>
        </w:rPr>
        <w:t>28:13  aap jante hain ke bohat hi top ke log balkay sare hi top ke log</w:t>
      </w:r>
      <w:r>
        <w:br/>
      </w:r>
      <w:r>
        <w:rPr>
          <w:sz w:val="20"/>
        </w:rPr>
        <w:t>28:17  isi mein chale gaye.</w:t>
      </w:r>
      <w:r>
        <w:br/>
      </w:r>
      <w:r>
        <w:rPr>
          <w:sz w:val="20"/>
        </w:rPr>
        <w:t>28:22  misal ke taur par India mein dekhiye Maulana Abdul Kalam Azad aik abqari insan thay.</w:t>
      </w:r>
      <w:r>
        <w:br/>
      </w:r>
      <w:r>
        <w:rPr>
          <w:sz w:val="20"/>
        </w:rPr>
        <w:t>28:26  sari zindagi unhon ne political larai mein bata di aur aakhir mein mayusi mein mar gaye.</w:t>
      </w:r>
      <w:r>
        <w:br/>
      </w:r>
      <w:r>
        <w:rPr>
          <w:sz w:val="20"/>
        </w:rPr>
        <w:t>28:31  Turkey mein bohat zabardast aadmi tha naam hai Kamal.</w:t>
      </w:r>
      <w:r>
        <w:br/>
      </w:r>
      <w:r>
        <w:rPr>
          <w:sz w:val="20"/>
        </w:rPr>
        <w:t>28:35  woh bhi larte phirte khatam ho gaya.</w:t>
      </w:r>
      <w:r>
        <w:br/>
      </w:r>
      <w:r>
        <w:rPr>
          <w:sz w:val="20"/>
        </w:rPr>
        <w:t>28:40  Libya mein Senussi tha bara zabardast aadmi.</w:t>
      </w:r>
      <w:r>
        <w:br/>
      </w:r>
      <w:r>
        <w:rPr>
          <w:sz w:val="20"/>
        </w:rPr>
        <w:t>28:44  woh bhi Italy walon se larte phirte khatam ho gaya.</w:t>
      </w:r>
      <w:r>
        <w:br/>
      </w:r>
      <w:r>
        <w:rPr>
          <w:sz w:val="20"/>
        </w:rPr>
        <w:t>28:49  Afghanistan mein Jamaluddin Afghani bohat zabardast aadmi paida hua.</w:t>
      </w:r>
      <w:r>
        <w:br/>
      </w:r>
      <w:r>
        <w:rPr>
          <w:sz w:val="20"/>
        </w:rPr>
        <w:t>28:52  jis ne Bergza se mulaqat ki thi.</w:t>
      </w:r>
      <w:r>
        <w:br/>
      </w:r>
      <w:r>
        <w:rPr>
          <w:sz w:val="20"/>
        </w:rPr>
        <w:t>28:56  itna top ka aadmi tha woh.</w:t>
      </w:r>
      <w:r>
        <w:br/>
      </w:r>
      <w:r>
        <w:rPr>
          <w:sz w:val="20"/>
        </w:rPr>
        <w:t>28:59  woh bhi larte phirte khatam ho gaya.</w:t>
      </w:r>
      <w:r>
        <w:br/>
      </w:r>
      <w:r>
        <w:rPr>
          <w:sz w:val="20"/>
        </w:rPr>
        <w:t>29:02  Misr mein Muhammad Ali Pasha bohat zabardast aadmi tha.</w:t>
      </w:r>
      <w:r>
        <w:br/>
      </w:r>
      <w:r>
        <w:rPr>
          <w:sz w:val="20"/>
        </w:rPr>
        <w:t>29:06  jis ki maut hui hai 1849 mein.</w:t>
      </w:r>
      <w:r>
        <w:br/>
      </w:r>
      <w:r>
        <w:rPr>
          <w:sz w:val="20"/>
        </w:rPr>
        <w:t>29:09  boht zabardast aadmi tha.</w:t>
      </w:r>
      <w:r>
        <w:br/>
      </w:r>
      <w:r>
        <w:rPr>
          <w:sz w:val="20"/>
        </w:rPr>
        <w:t>29:12  woh bhi larai bhirayi mein khatm ho gaya.</w:t>
      </w:r>
      <w:r>
        <w:br/>
      </w:r>
      <w:r>
        <w:rPr>
          <w:sz w:val="20"/>
        </w:rPr>
        <w:t>29:16  muhammad abdo thay boht zabardast aadmi misr</w:t>
      </w:r>
      <w:r>
        <w:br/>
      </w:r>
      <w:r>
        <w:rPr>
          <w:sz w:val="20"/>
        </w:rPr>
        <w:t>29:19  mein. Woh bhi isi ladai bhidai mein khatm ho gaye. India mein the Muhammad Ali Jauhar. Zabardast aadmi the. English par un ko zabardast command hasil thi. Lekin woh bhi isi ladai bhidai mein khatm ho gaye. Shakir Arsalan jo Arabi ke alawa French zaban bahut achhi jante the woh bhi isi ladai bhidai mein khatm ho gaye. Indonesia mein Abdul Qahir Muzakkir bahut zabardast aadmi tha. Woh bhi ladai bhidai mein khatm ho</w:t>
      </w:r>
    </w:p>
    <w:p>
      <w:pPr>
        <w:pStyle w:val="Heading2"/>
      </w:pPr>
      <w:r>
        <w:t>Rustam and the living discipline of Namaaz</w:t>
      </w:r>
    </w:p>
    <w:p>
      <w:r>
        <w:rPr>
          <w:color w:val="666666"/>
          <w:sz w:val="18"/>
        </w:rPr>
        <w:t>Islamic Prayer (Part 2) (English) | February 27, 2007 | Maulana Wahiduddin Khan · 5m 41s · at 8:27 · https://youtu.be/xoh_XiWwRlI?t=507</w:t>
      </w:r>
    </w:p>
    <w:p>
      <w:r>
        <w:rPr>
          <w:i/>
        </w:rPr>
        <w:t>“Then I will narrate a very interesting story.”</w:t>
      </w:r>
    </w:p>
    <w:p>
      <w:r>
        <w:rPr>
          <w:sz w:val="20"/>
        </w:rPr>
        <w:t>8:27  club exercises. So he was very much impressed by Namaaz. Then I will narrate a very interesting story. During the second caliphate of Al-Faruk, Muslims entered Iran.</w:t>
      </w:r>
      <w:r>
        <w:br/>
      </w:r>
      <w:r>
        <w:rPr>
          <w:sz w:val="20"/>
        </w:rPr>
        <w:t>8:59  So at that time, there were no mosques in Iran. These, these Muslims used to perform their namaz in open field, in open field. That is congregate, congregational prayer.</w:t>
      </w:r>
      <w:r>
        <w:br/>
      </w:r>
      <w:r>
        <w:rPr>
          <w:sz w:val="20"/>
        </w:rPr>
        <w:t>9:29  So the general, the Iranian General Rustam saw this scene several times. After seeing this congregational prayer, he said, "aqla'a 'umr kabidi ya lahaul kilab al-a'da'" this event is</w:t>
      </w:r>
      <w:r>
        <w:br/>
      </w:r>
      <w:r>
        <w:rPr>
          <w:sz w:val="20"/>
        </w:rPr>
        <w:t>9:59  , this event you can find in the Muqaddama Ibn Khaldun. So Rustam said, "aqla'a 'umr kabidi ya lahaul kilab al-a'da'" it means, "Omar is a headache for me. Omar is a great headache for me. Omar creates a headache</w:t>
      </w:r>
      <w:r>
        <w:br/>
      </w:r>
      <w:r>
        <w:rPr>
          <w:sz w:val="20"/>
        </w:rPr>
        <w:t>10:29  for me." He teaches discipline to his men. This was the impression of Rustam, the commander of the Iranian army. So namaz, I mean congregational prayer, is a very impressive scene for anyon</w:t>
      </w:r>
      <w:r>
        <w:br/>
      </w:r>
      <w:r>
        <w:rPr>
          <w:sz w:val="20"/>
        </w:rPr>
        <w:t>10:59  e. I think that is very unique. In every religion, there is no such kind of prayer. Then, although there is a discipline, you see, they call, there is adhan,</w:t>
      </w:r>
      <w:r>
        <w:br/>
      </w:r>
      <w:r>
        <w:rPr>
          <w:sz w:val="20"/>
        </w:rPr>
        <w:t>11:31  and, and qiyam, and ruku', and sujood, by following a leader. All these things are, look like a very impressive discipline. But there is a point. This discipline is not simply a form</w:t>
      </w:r>
      <w:r>
        <w:br/>
      </w:r>
      <w:r>
        <w:rPr>
          <w:sz w:val="20"/>
        </w:rPr>
        <w:t>12:02  . This discipline is not a mechanical discipline. It is not a robot discipline. It is a discipline performed by human beings. So it is a living discipline. It is a, is it an intellectual discipline.</w:t>
      </w:r>
      <w:r>
        <w:br/>
      </w:r>
      <w:r>
        <w:rPr>
          <w:sz w:val="20"/>
        </w:rPr>
        <w:t>12:36  I can say that namaz is a culture of discipline. Namaz is a, a complete system of ethics. Salat ethics, you can say it, Salat ethics,</w:t>
      </w:r>
      <w:r>
        <w:br/>
      </w:r>
      <w:r>
        <w:rPr>
          <w:sz w:val="20"/>
        </w:rPr>
        <w:t>13:06  ethics. Namaz provides us a complete system of ethics. In this sense, I can say that namaz is a complete culture. You may call it Salat culture. So Salat culture is not simply a, a set of some rituals</w:t>
      </w:r>
      <w:r>
        <w:br/>
      </w:r>
      <w:r>
        <w:rPr>
          <w:sz w:val="20"/>
        </w:rPr>
        <w:t>13:37  ya some outer forms. It is a living discipline. It is, Salat discipline is an outcome of faith, fear of God, sense of accountability. This is the inner spirit of Salat. A man who dis</w:t>
      </w:r>
    </w:p>
    <w:p>
      <w:pPr>
        <w:pStyle w:val="Heading2"/>
      </w:pPr>
      <w:r>
        <w:t>Bedouin's outburst turns into instant admission of fault</w:t>
      </w:r>
    </w:p>
    <w:p>
      <w:r>
        <w:rPr>
          <w:color w:val="666666"/>
          <w:sz w:val="18"/>
        </w:rPr>
        <w:t>Personality of A Believer February 2, 2014 · 5m 31s · at 17:49 · https://youtu.be/EiK_-O-Bjps?t=1069</w:t>
      </w:r>
    </w:p>
    <w:p>
      <w:r>
        <w:rPr>
          <w:i/>
        </w:rPr>
        <w:t>“Ek dehati ko dhakka laga, wo gussa ho gaya”</w:t>
      </w:r>
    </w:p>
    <w:p>
      <w:r>
        <w:rPr>
          <w:sz w:val="20"/>
        </w:rPr>
        <w:t>17:49  jaise dekhein, mein ek waqea arz karunga sahabi ka</w:t>
      </w:r>
      <w:r>
        <w:br/>
      </w:r>
      <w:r>
        <w:rPr>
          <w:sz w:val="20"/>
        </w:rPr>
        <w:t>17:54  ke ek ek bar, ek rasool Allah ke zamane ka waqea hai. ek bar ek aadmi bahar se madine ke, madine ke bahar se aaye to rasool Allah us waqt ek khayme mein the,</w:t>
      </w:r>
      <w:r>
        <w:br/>
      </w:r>
      <w:r>
        <w:rPr>
          <w:sz w:val="20"/>
        </w:rPr>
        <w:t>18:13  khayma tent mein. to wo andar jana chahte the to kai aur log ja rahe the,</w:t>
      </w:r>
      <w:r>
        <w:br/>
      </w:r>
      <w:r>
        <w:rPr>
          <w:sz w:val="20"/>
        </w:rPr>
        <w:t>18:25  to unhon ne bhi jana chaha. to jab kai log jana chahein to zahir hai ke koi dhakka lag jata hai kisi ko.</w:t>
      </w:r>
      <w:r>
        <w:br/>
      </w:r>
      <w:r>
        <w:rPr>
          <w:sz w:val="20"/>
        </w:rPr>
        <w:t>18:37  to is mein jab jane ke andar koshish karne lage to dhakka lag gaya kisi ko. to wo aadmi ghussa ho gaya, unhon ne kaha ke mein tumhein marunga ke mein ne meri koi dhakka diya.</w:t>
      </w:r>
      <w:r>
        <w:br/>
      </w:r>
      <w:r>
        <w:rPr>
          <w:sz w:val="20"/>
        </w:rPr>
        <w:t>18:59  Wallah la adhr mink khuda ki qasam, mein tum ko marunga.</w:t>
      </w:r>
      <w:r>
        <w:br/>
      </w:r>
      <w:r>
        <w:rPr>
          <w:sz w:val="20"/>
        </w:rPr>
        <w:t>19:07  to is aadmi ne kaha ke aap jaldi na kijiye, mere case ko samjhiye.</w:t>
      </w:r>
      <w:r>
        <w:br/>
      </w:r>
      <w:r>
        <w:rPr>
          <w:sz w:val="20"/>
        </w:rPr>
        <w:t>19:17  mein madine ka aadmi nahi hoon, mein bahar se aaya hoon.</w:t>
      </w:r>
      <w:r>
        <w:br/>
      </w:r>
      <w:r>
        <w:rPr>
          <w:sz w:val="20"/>
        </w:rPr>
        <w:t>19:21  wahan kuch log</w:t>
      </w:r>
      <w:r>
        <w:br/>
      </w:r>
      <w:r>
        <w:rPr>
          <w:sz w:val="20"/>
        </w:rPr>
        <w:t>19:28  naye naye iman laye hain, unhon ne mujh ko bheja hai ke tum jao rasool Allah ki sohbat mein baitho aur kuch deen ki ibadat seekh karayo aur hum ko batao.</w:t>
      </w:r>
      <w:r>
        <w:br/>
      </w:r>
      <w:r>
        <w:rPr>
          <w:sz w:val="20"/>
        </w:rPr>
        <w:t>19:42  to mein ne thoda jaldi ki ke agar mein andar nahi ja paya to kaise seekhunga aur ja ke kaise bataunga.</w:t>
      </w:r>
      <w:r>
        <w:br/>
      </w:r>
      <w:r>
        <w:rPr>
          <w:sz w:val="20"/>
        </w:rPr>
        <w:t>19:53  to aap log to yahin ke hain, aap logon ko to har waqt sohbat sohbat mil sakti hai, lekin main to chala jaunga.</w:t>
      </w:r>
      <w:r>
        <w:br/>
      </w:r>
      <w:r>
        <w:rPr>
          <w:sz w:val="20"/>
        </w:rPr>
        <w:t>20:06  ab dekhen kya hua, jis aadmi ko dh</w:t>
      </w:r>
      <w:r>
        <w:br/>
      </w:r>
      <w:r>
        <w:rPr>
          <w:sz w:val="20"/>
        </w:rPr>
        <w:t>20:11  ka laga tha, pehle is ne kaha tha ke ya ashr al-rijal</w:t>
      </w:r>
      <w:r>
        <w:br/>
      </w:r>
      <w:r>
        <w:rPr>
          <w:sz w:val="20"/>
        </w:rPr>
        <w:t>20:18  jis ko dhakka laga tha, us ne kaha tha ya ashr al-rijal aye sab se zyada bure aadmi.</w:t>
      </w:r>
      <w:r>
        <w:br/>
      </w:r>
      <w:r>
        <w:rPr>
          <w:sz w:val="20"/>
        </w:rPr>
        <w:t>20:29  achha, jab use explain kar diya, tab kya hua? wahi aadmi bolta hai,</w:t>
      </w:r>
      <w:r>
        <w:br/>
      </w:r>
      <w:r>
        <w:rPr>
          <w:sz w:val="20"/>
        </w:rPr>
        <w:t>20:43  lekin isi ki boli badal gayi. bola, us ne kaha ke wallah la'an asharr minkhuda ki qasam, main hi bura aadmi hoon.</w:t>
      </w:r>
      <w:r>
        <w:br/>
      </w:r>
      <w:r>
        <w:rPr>
          <w:sz w:val="20"/>
        </w:rPr>
        <w:t>20:59  yeh bhi kya hai? food lena hai,</w:t>
      </w:r>
      <w:r>
        <w:br/>
      </w:r>
      <w:r>
        <w:rPr>
          <w:sz w:val="20"/>
        </w:rPr>
        <w:t>21:06  y</w:t>
      </w:r>
      <w:r>
        <w:br/>
      </w:r>
      <w:r>
        <w:rPr>
          <w:sz w:val="20"/>
        </w:rPr>
        <w:t>21:07  ani jab ishtia'al aa gaya, jab ghussa aa gaya, aur farishte wahan bhi maujood hain us ko note karne ke liye ke dekhen ab kya karta hai yeh.</w:t>
      </w:r>
      <w:r>
        <w:br/>
      </w:r>
      <w:r>
        <w:rPr>
          <w:sz w:val="20"/>
        </w:rPr>
        <w:t>21:20  to us ne kya kiya? ke ghusse ko pi gaya, woh ishtia'al ko khatam kar diya, woh</w:t>
      </w:r>
      <w:r>
        <w:br/>
      </w:r>
      <w:r>
        <w:rPr>
          <w:sz w:val="20"/>
        </w:rPr>
        <w:t>21:29  aur foran us ne etiraf kar liya, acknowledge kar liya.</w:t>
      </w:r>
      <w:r>
        <w:br/>
      </w:r>
      <w:r>
        <w:rPr>
          <w:sz w:val="20"/>
        </w:rPr>
        <w:t>21:37  to ab us ne kya kiya? is se apni apni shakhsiyat mein ek naya food dakhil kiya, jise aap tonic lete hain, is se aap ko taqat milti hai.</w:t>
      </w:r>
      <w:r>
        <w:br/>
      </w:r>
      <w:r>
        <w:rPr>
          <w:sz w:val="20"/>
        </w:rPr>
        <w:t>21:50  vitamin lete hain, is se aap ko taqat milti hai. aap iron lete hain, is se aap ko taqat milti hai.</w:t>
      </w:r>
      <w:r>
        <w:br/>
      </w:r>
      <w:r>
        <w:rPr>
          <w:sz w:val="20"/>
        </w:rPr>
        <w:t>21:56  to is tarah se yeh spiritual food ke woh aadmi ki shakhsiyat mein yeh quality aayi</w:t>
      </w:r>
      <w:r>
        <w:br/>
      </w:r>
      <w:r>
        <w:rPr>
          <w:sz w:val="20"/>
        </w:rPr>
        <w:t>22:08  ke baat ko agar explain kar diya jaye aur maloom ho ke ghalti meri thi to keh de ke I was wrong, I was wrong .</w:t>
      </w:r>
      <w:r>
        <w:br/>
      </w:r>
      <w:r>
        <w:rPr>
          <w:sz w:val="20"/>
        </w:rPr>
        <w:t>22:21  yeh yeh yeh quality hai momin ki personality, ek shakhsiyat ki quality hai ke jaise explain kar diya jaye to phir woh us ko</w:t>
      </w:r>
      <w:r>
        <w:br/>
      </w:r>
      <w:r>
        <w:rPr>
          <w:sz w:val="20"/>
        </w:rPr>
        <w:t>22:35  prestige show na banaye, ana ka sawal na banaye. woh keh de ke I was wrong, you areright,</w:t>
      </w:r>
      <w:r>
        <w:br/>
      </w:r>
      <w:r>
        <w:rPr>
          <w:sz w:val="20"/>
        </w:rPr>
        <w:t>22:48  I was wrong .</w:t>
      </w:r>
      <w:r>
        <w:br/>
      </w:r>
      <w:r>
        <w:rPr>
          <w:sz w:val="20"/>
        </w:rPr>
        <w:t>22:50  is se ek personality banti hai aap ke andar, yani etiraf ki personality, appreciate karne ki personality, acknowledge karne ki personality.</w:t>
      </w:r>
      <w:r>
        <w:br/>
      </w:r>
      <w:r>
        <w:rPr>
          <w:sz w:val="20"/>
        </w:rPr>
        <w:t>23:03  is tarah se brocer khurak aur food pohanchta hai, tab momin ki shakhsiyat grow karti hai. woh alfaaz ko tasbeeh ke daane dohrane se nahi sakhti banti.</w:t>
      </w:r>
    </w:p>
    <w:p>
      <w:pPr>
        <w:pStyle w:val="Heading2"/>
      </w:pPr>
      <w:r>
        <w:t>America is materially strong but intellectually weak thesis</w:t>
      </w:r>
    </w:p>
    <w:p>
      <w:r>
        <w:rPr>
          <w:color w:val="666666"/>
          <w:sz w:val="18"/>
        </w:rPr>
        <w:t>America A Case of Spiritual Starvaltion July 7, 2011 · 5m 15s · at 0:49 · https://youtu.be/N8JYD2P3QYE?t=49</w:t>
      </w:r>
    </w:p>
    <w:p>
      <w:r>
        <w:rPr>
          <w:i/>
        </w:rPr>
        <w:t>“I just went to America for three weeks in June”</w:t>
      </w:r>
    </w:p>
    <w:p>
      <w:r>
        <w:rPr>
          <w:sz w:val="20"/>
        </w:rPr>
        <w:t>0:49  main abhi june ke mahine mein america, yani north america gaya tha. wahan par main teen haftay raha, to bohat sare experience hue,</w:t>
      </w:r>
      <w:r>
        <w:br/>
      </w:r>
      <w:r>
        <w:rPr>
          <w:sz w:val="20"/>
        </w:rPr>
        <w:t>1:08  bohat se logon se mila, institutions mein gaya, kai programs kiye. mera aakhri taassur yeh tha</w:t>
      </w:r>
      <w:r>
        <w:br/>
      </w:r>
      <w:r>
        <w:rPr>
          <w:sz w:val="20"/>
        </w:rPr>
        <w:t>1:22  america ke baray mein ke technologically they are strong, but spirituality, but spiritually they are, they are weak.</w:t>
      </w:r>
      <w:r>
        <w:br/>
      </w:r>
      <w:r>
        <w:rPr>
          <w:sz w:val="20"/>
        </w:rPr>
        <w:t>1:36  yani spiritual sense mein, spiritual ka matlab mera dekhein, intellectually spiritual, spiritual mein dekhein, koi mysterious cheez nahin hai.</w:t>
      </w:r>
      <w:r>
        <w:br/>
      </w:r>
      <w:r>
        <w:rPr>
          <w:sz w:val="20"/>
        </w:rPr>
        <w:t>1:48  to main kahunga ke yani technologically they are strong, but intellectually they are weak.</w:t>
      </w:r>
      <w:r>
        <w:br/>
      </w:r>
      <w:r>
        <w:rPr>
          <w:sz w:val="20"/>
        </w:rPr>
        <w:t>1:58  yeh bohat bara statement hai, lekin main apna tajurba yahi hai mera america ke baray mein.</w:t>
      </w:r>
      <w:r>
        <w:br/>
      </w:r>
      <w:r>
        <w:rPr>
          <w:sz w:val="20"/>
        </w:rPr>
        <w:t>2:08  main bohat sochta tha ke america ne aik aisi policy kyun ikhtiyar ki jo practicable nahin thi, chalne wali nahin thi.</w:t>
      </w:r>
      <w:r>
        <w:br/>
      </w:r>
      <w:r>
        <w:rPr>
          <w:sz w:val="20"/>
        </w:rPr>
        <w:t>2:22  to wahan kafi interaction hua, is se meri samajh mein baat aayi.</w:t>
      </w:r>
      <w:r>
        <w:br/>
      </w:r>
      <w:r>
        <w:rPr>
          <w:sz w:val="20"/>
        </w:rPr>
        <w:t>2:28  dekhiye, first world war aur second world war ke beech mein america ki policy thi: "the business of america is business".</w:t>
      </w:r>
      <w:r>
        <w:br/>
      </w:r>
      <w:r>
        <w:rPr>
          <w:sz w:val="20"/>
        </w:rPr>
        <w:t>2:41  lekin second world war ke baad unhon ne aik aur target rakha apna: "the business of america is global leadership".</w:t>
      </w:r>
      <w:r>
        <w:br/>
      </w:r>
      <w:r>
        <w:rPr>
          <w:sz w:val="20"/>
        </w:rPr>
        <w:t>2:55  main samajhta hoon ke yeh koi wisdom ki baat nahin thi, kyunke dekhiye, main aksar kaha karta hoon ke "politics is art of the possible".</w:t>
      </w:r>
      <w:r>
        <w:br/>
      </w:r>
      <w:r>
        <w:rPr>
          <w:sz w:val="20"/>
        </w:rPr>
        <w:t>3:10  is duniya mein koi bhi cheez, chahe politics ho ya non political, jo affairs hain, un ka mamla ho,</w:t>
      </w:r>
      <w:r>
        <w:br/>
      </w:r>
      <w:r>
        <w:rPr>
          <w:sz w:val="20"/>
        </w:rPr>
        <w:t>3:22  aap ko sab se pehle yeh dekhna parta hai ke practically what is possible and what is not possible.</w:t>
      </w:r>
      <w:r>
        <w:br/>
      </w:r>
      <w:r>
        <w:rPr>
          <w:sz w:val="20"/>
        </w:rPr>
        <w:t>3:33  jo yeh na dekha hai, isi ko mein kehta hoon ke woh wisdom se khaali hai. to dekhiye, business of America is business, yeh poori tarah possible tha.</w:t>
      </w:r>
      <w:r>
        <w:br/>
      </w:r>
      <w:r>
        <w:rPr>
          <w:sz w:val="20"/>
        </w:rPr>
        <w:t>3:46  kyun possible ka matlab yeh hai? is mein aap ka kisi se takrao nahi hota,</w:t>
      </w:r>
      <w:r>
        <w:br/>
      </w:r>
      <w:r>
        <w:rPr>
          <w:sz w:val="20"/>
        </w:rPr>
        <w:t>3:55  yeh give and take ka maamla hota hai. yaani aap duniya ko ek cheez de rahe hain, duniya se ek cheez le rahe hain, khareedna aur bechna, to woh is mein koi sawaal nahi hai impossible hone ka.</w:t>
      </w:r>
      <w:r>
        <w:br/>
      </w:r>
      <w:r>
        <w:rPr>
          <w:sz w:val="20"/>
        </w:rPr>
        <w:t>4:13  to khoob successful tha America,</w:t>
      </w:r>
      <w:r>
        <w:br/>
      </w:r>
      <w:r>
        <w:rPr>
          <w:sz w:val="20"/>
        </w:rPr>
        <w:t>4:16  jaise Japan successful hai. lekin world leadership, yeh yeh chalne wali cheez nahi hai, kyunke dekhiye, world leadership hamesha kya karti hai?</w:t>
      </w:r>
      <w:r>
        <w:br/>
      </w:r>
      <w:r>
        <w:rPr>
          <w:sz w:val="20"/>
        </w:rPr>
        <w:t>4:28  opposition paida karti hai. hamesha world leadership ka jo concept hai, is mein implicit hai opposition.</w:t>
      </w:r>
      <w:r>
        <w:br/>
      </w:r>
      <w:r>
        <w:rPr>
          <w:sz w:val="20"/>
        </w:rPr>
        <w:t>4:39  jab aap chahenge, yaani superiority haasil karna, ya aap chahenge doosron ke upar aap ko bartari ho ya dabdaba ho, aap chaudhri banein duniya ke, to kya hoga?</w:t>
      </w:r>
      <w:r>
        <w:br/>
      </w:r>
      <w:r>
        <w:rPr>
          <w:sz w:val="20"/>
        </w:rPr>
        <w:t>4:56  yahi hoga ke rivalry aayegi, opposition aayegi, doosra negative, doosra react karega. wahi hua</w:t>
      </w:r>
      <w:r>
        <w:br/>
      </w:r>
      <w:r>
        <w:rPr>
          <w:sz w:val="20"/>
        </w:rPr>
        <w:t>5:06  duniya mein. aap kahin bhi jaiye, America ke khilaaf logon ke andar negative feeling hai, sirf Muslim countries mein nahi, har jagah. pehle nahi tha aisa,</w:t>
      </w:r>
      <w:r>
        <w:br/>
      </w:r>
      <w:r>
        <w:rPr>
          <w:sz w:val="20"/>
        </w:rPr>
        <w:t>5:18  second world war se pehle aisa nahi tha. kyun? kabhi bhi koi bhi aadmi afford nahi kar sakta hai ke global leadership ka woh target rakhe aur us ko duniya ki taraf se opposition na mile.</w:t>
      </w:r>
      <w:r>
        <w:br/>
      </w:r>
      <w:r>
        <w:rPr>
          <w:sz w:val="20"/>
        </w:rPr>
        <w:t>5:41  yeh nahi ho sakta hai.</w:t>
      </w:r>
      <w:r>
        <w:br/>
      </w:r>
      <w:r>
        <w:rPr>
          <w:sz w:val="20"/>
        </w:rPr>
        <w:t>5:47  to aap dekhiye, pehle world second world war se pehle America khoob taraqqi kar raha tha, lekin second world war ke baad jo hai, barabar us ki economy jo hai,</w:t>
      </w:r>
      <w:r>
        <w:br/>
      </w:r>
      <w:r>
        <w:rPr>
          <w:sz w:val="20"/>
        </w:rPr>
        <w:t>6:01  down ho rahi hai.</w:t>
      </w:r>
    </w:p>
    <w:p>
      <w:pPr>
        <w:pStyle w:val="Heading2"/>
      </w:pPr>
      <w:r>
        <w:t>Real religion is spirit not rituals</w:t>
      </w:r>
    </w:p>
    <w:p>
      <w:r>
        <w:rPr>
          <w:color w:val="666666"/>
          <w:sz w:val="18"/>
        </w:rPr>
        <w:t>IIC: How to Develop Spiritual Personality · 4m 31s · at 1:02:50 · https://youtu.be/-XrYpEYwk-Y?t=3770</w:t>
      </w:r>
    </w:p>
    <w:p>
      <w:r>
        <w:rPr>
          <w:i/>
        </w:rPr>
        <w:t>“What do people think religion is? A set of rituals”</w:t>
      </w:r>
    </w:p>
    <w:p>
      <w:r>
        <w:rPr>
          <w:sz w:val="20"/>
        </w:rPr>
        <w:t>1:02:50  mein parh pa raha hoon.</w:t>
      </w:r>
      <w:r>
        <w:br/>
      </w:r>
      <w:r>
        <w:rPr>
          <w:sz w:val="20"/>
        </w:rPr>
        <w:t>1:02:54  یہ لوگ جو ہیں ریلیجن کو کیا سمجھتے ہیں؟ set of rituals.</w:t>
      </w:r>
      <w:r>
        <w:br/>
      </w:r>
      <w:r>
        <w:rPr>
          <w:sz w:val="20"/>
        </w:rPr>
        <w:t>1:02:58  aaj jo religion hai woh set of rituals bana hua hai.</w:t>
      </w:r>
      <w:r>
        <w:br/>
      </w:r>
      <w:r>
        <w:rPr>
          <w:sz w:val="20"/>
        </w:rPr>
        <w:t>1:03:03  kisi ne bahut sahi kaha hai ke religion begins from, from an ideology.</w:t>
      </w:r>
      <w:r>
        <w:br/>
      </w:r>
      <w:r>
        <w:rPr>
          <w:sz w:val="20"/>
        </w:rPr>
        <w:t>1:03:07  Then it reduces to set of rituals. Rituals, custom.</w:t>
      </w:r>
      <w:r>
        <w:br/>
      </w:r>
      <w:r>
        <w:rPr>
          <w:sz w:val="20"/>
        </w:rPr>
        <w:t>1:03:12  yeh aaj sar har mazhab ka haal hai. including Islam.</w:t>
      </w:r>
      <w:r>
        <w:br/>
      </w:r>
      <w:r>
        <w:rPr>
          <w:sz w:val="20"/>
        </w:rPr>
        <w:t>1:03:16  abhi jo existing Islam hai</w:t>
      </w:r>
      <w:r>
        <w:br/>
      </w:r>
      <w:r>
        <w:rPr>
          <w:sz w:val="20"/>
        </w:rPr>
        <w:t>1:03:20  woh bas rituals aur custom ka naam hai. spirit ghayab hai. poori Muslim duniya mein spirit ghayab hai. abhi aap dekhenge Ramadan aa raha hai, bohat shor machega masjidon mein. haalanke Ramadan hai, silence ka mahina hai. khamoshi, chup rehna. aur yahan dekhenge aap kitna shor machega loudspeaker ka. to without the spirit of Ramadan. to har mazhab mein, chahe, chahe koi bhi maz</w:t>
      </w:r>
      <w:r>
        <w:br/>
      </w:r>
      <w:r>
        <w:rPr>
          <w:sz w:val="20"/>
        </w:rPr>
        <w:t>1:03:50  hub ho, har mazhab mein is waqt yeh haal hai ke spirit ghayab hai.</w:t>
      </w:r>
      <w:r>
        <w:br/>
      </w:r>
      <w:r>
        <w:rPr>
          <w:sz w:val="20"/>
        </w:rPr>
        <w:t>1:03:53  aur rituals hain, customs hain.</w:t>
      </w:r>
      <w:r>
        <w:br/>
      </w:r>
      <w:r>
        <w:rPr>
          <w:sz w:val="20"/>
        </w:rPr>
        <w:t>1:03:56  isi ko log mazhab samajh rahe hain.</w:t>
      </w:r>
      <w:r>
        <w:br/>
      </w:r>
      <w:r>
        <w:rPr>
          <w:sz w:val="20"/>
        </w:rPr>
        <w:t>1:03:59  log samajhte hain ke bhai aise mazhab ki humein zaroorat kya hai? woh mazhab toh mazhab hi nahi hai.</w:t>
      </w:r>
      <w:r>
        <w:br/>
      </w:r>
      <w:r>
        <w:rPr>
          <w:sz w:val="20"/>
        </w:rPr>
        <w:t>1:04:02  mazhab jo true sense mein mazhab hai woh spirit par base karta hai.</w:t>
      </w:r>
      <w:r>
        <w:br/>
      </w:r>
      <w:r>
        <w:rPr>
          <w:sz w:val="20"/>
        </w:rPr>
        <w:t>1:04:05  اسی کو میں نے spirituality کہا ہے میں نے۔</w:t>
      </w:r>
      <w:r>
        <w:br/>
      </w:r>
      <w:r>
        <w:rPr>
          <w:sz w:val="20"/>
        </w:rPr>
        <w:t>1:04:08  real mazhab jo hai woh spirit par base karta hai.</w:t>
      </w:r>
      <w:r>
        <w:br/>
      </w:r>
      <w:r>
        <w:rPr>
          <w:sz w:val="20"/>
        </w:rPr>
        <w:t>1:04:11  spirituality par base karta hai.</w:t>
      </w:r>
      <w:r>
        <w:br/>
      </w:r>
      <w:r>
        <w:rPr>
          <w:sz w:val="20"/>
        </w:rPr>
        <w:t>1:04:14  toh woh toh insaan ke liye blessing hai.</w:t>
      </w:r>
      <w:r>
        <w:br/>
      </w:r>
      <w:r>
        <w:rPr>
          <w:sz w:val="20"/>
        </w:rPr>
        <w:t>1:04:17  iske baghair</w:t>
      </w:r>
      <w:r>
        <w:br/>
      </w:r>
      <w:r>
        <w:rPr>
          <w:sz w:val="20"/>
        </w:rPr>
        <w:t>1:04:20  toh, yani zindagi jo hai aisi ho jayegi jaise pani ke baghair hamara planet.</w:t>
      </w:r>
      <w:r>
        <w:br/>
      </w:r>
      <w:r>
        <w:rPr>
          <w:sz w:val="20"/>
        </w:rPr>
        <w:t>1:04:25  toh aap rituals ko le kar ke ya customs ko le kar ke mat samjhiye ke yeh mazhab hai.</w:t>
      </w:r>
      <w:r>
        <w:br/>
      </w:r>
      <w:r>
        <w:rPr>
          <w:sz w:val="20"/>
        </w:rPr>
        <w:t>1:04:30  woh toh, woh toh reduced form hai mazhab ka.</w:t>
      </w:r>
      <w:r>
        <w:br/>
      </w:r>
      <w:r>
        <w:rPr>
          <w:sz w:val="20"/>
        </w:rPr>
        <w:t>1:04:36  mazhab ka reduced form hai.</w:t>
      </w:r>
      <w:r>
        <w:br/>
      </w:r>
      <w:r>
        <w:rPr>
          <w:sz w:val="20"/>
        </w:rPr>
        <w:t>1:04:41  sacha mazhab jo hai woh spirit par base karta hai.</w:t>
      </w:r>
      <w:r>
        <w:br/>
      </w:r>
      <w:r>
        <w:rPr>
          <w:sz w:val="20"/>
        </w:rPr>
        <w:t>1:04:46  jaise mein aap ko ek qissa arz karoon.</w:t>
      </w:r>
      <w:r>
        <w:br/>
      </w:r>
      <w:r>
        <w:rPr>
          <w:sz w:val="20"/>
        </w:rPr>
        <w:t>1:04:51  Hinduism, mein Hinduism ko parhta hoon, Christianity ko parhta hoon, mein Judaism ko parhta hoon.</w:t>
      </w:r>
      <w:r>
        <w:br/>
      </w:r>
      <w:r>
        <w:rPr>
          <w:sz w:val="20"/>
        </w:rPr>
        <w:t>1:04:54  Yahudiyon ke liye mere dil mein koi nafrat nahi hai.</w:t>
      </w:r>
      <w:r>
        <w:br/>
      </w:r>
      <w:r>
        <w:rPr>
          <w:sz w:val="20"/>
        </w:rPr>
        <w:t>1:04:58  saare musalman Yahudi se nafrat karte hain.</w:t>
      </w:r>
      <w:r>
        <w:br/>
      </w:r>
      <w:r>
        <w:rPr>
          <w:sz w:val="20"/>
        </w:rPr>
        <w:t>1:05:02  mere dil mein kuch bhi nafrat nahi hai.</w:t>
      </w:r>
      <w:r>
        <w:br/>
      </w:r>
      <w:r>
        <w:rPr>
          <w:sz w:val="20"/>
        </w:rPr>
        <w:t>1:05:06  ek aaitah ke barabar bhi mein yahoodi se nafrat nahi karta.</w:t>
      </w:r>
      <w:r>
        <w:br/>
      </w:r>
      <w:r>
        <w:rPr>
          <w:sz w:val="20"/>
        </w:rPr>
        <w:t>1:05:09  na kisi se karta hoon mein.</w:t>
      </w:r>
      <w:r>
        <w:br/>
      </w:r>
      <w:r>
        <w:rPr>
          <w:sz w:val="20"/>
        </w:rPr>
        <w:t>1:05:13  to swami vivekanand jo hain, aap jante hain ke bohat bade aadmi thay.</w:t>
      </w:r>
      <w:r>
        <w:br/>
      </w:r>
      <w:r>
        <w:rPr>
          <w:sz w:val="20"/>
        </w:rPr>
        <w:t>1:05:17  ek aadmi ne chaha ke un ko test par le,</w:t>
      </w:r>
      <w:r>
        <w:br/>
      </w:r>
      <w:r>
        <w:rPr>
          <w:sz w:val="20"/>
        </w:rPr>
        <w:t>1:05:21  janchay un ko.</w:t>
      </w:r>
      <w:r>
        <w:br/>
      </w:r>
      <w:r>
        <w:rPr>
          <w:sz w:val="20"/>
        </w:rPr>
        <w:t>1:05:24  ke un ka kitna sehan shilta, kitna un ke andar hai.</w:t>
      </w:r>
      <w:r>
        <w:br/>
      </w:r>
      <w:r>
        <w:rPr>
          <w:sz w:val="20"/>
        </w:rPr>
        <w:t>1:05:27  spirituality kitni un ke andar hai.</w:t>
      </w:r>
      <w:r>
        <w:br/>
      </w:r>
      <w:r>
        <w:rPr>
          <w:sz w:val="20"/>
        </w:rPr>
        <w:t>1:05:31  apnay aap bulaya.</w:t>
      </w:r>
      <w:r>
        <w:br/>
      </w:r>
      <w:r>
        <w:rPr>
          <w:sz w:val="20"/>
        </w:rPr>
        <w:t>1:05:34  to jis room mein un ko bulaya gaya tha wahan par ek table par bohat si book rakhi hui theen. dharmik book. sacred books.</w:t>
      </w:r>
      <w:r>
        <w:br/>
      </w:r>
      <w:r>
        <w:rPr>
          <w:sz w:val="20"/>
        </w:rPr>
        <w:t>1:05:38  is mein kya tha ke sab se neeche gita, gita rakhi hui thi.</w:t>
      </w:r>
      <w:r>
        <w:br/>
      </w:r>
      <w:r>
        <w:rPr>
          <w:sz w:val="20"/>
        </w:rPr>
        <w:t>1:05:41  is ke oopar doosri doosri kitabein jaisay quran aur bible aur doosri kitabein.</w:t>
      </w:r>
      <w:r>
        <w:br/>
      </w:r>
      <w:r>
        <w:rPr>
          <w:sz w:val="20"/>
        </w:rPr>
        <w:t>1:05:44  to gita neeche aur doosri kitabein oopar.</w:t>
      </w:r>
      <w:r>
        <w:br/>
      </w:r>
      <w:r>
        <w:rPr>
          <w:sz w:val="20"/>
        </w:rPr>
        <w:t>1:05:48  woh samajhta tha aadmi ke jab</w:t>
      </w:r>
      <w:r>
        <w:br/>
      </w:r>
      <w:r>
        <w:rPr>
          <w:sz w:val="20"/>
        </w:rPr>
        <w:t>1:05:51  dekhein ge yeh to ghussa hon ge woh.</w:t>
      </w:r>
      <w:r>
        <w:br/>
      </w:r>
      <w:r>
        <w:rPr>
          <w:sz w:val="20"/>
        </w:rPr>
        <w:t>1:05:55  It is humiliation.</w:t>
      </w:r>
      <w:r>
        <w:br/>
      </w:r>
      <w:r>
        <w:rPr>
          <w:sz w:val="20"/>
        </w:rPr>
        <w:t>1:05:59  to phir isi, isi liye mujhe bulaya tha ke mujhe humiliate karo ke meri book neeche rakh di.</w:t>
      </w:r>
      <w:r>
        <w:br/>
      </w:r>
      <w:r>
        <w:rPr>
          <w:sz w:val="20"/>
        </w:rPr>
        <w:t>1:06:02  aur sab ko oopar kar diya.</w:t>
      </w:r>
      <w:r>
        <w:br/>
      </w:r>
      <w:r>
        <w:rPr>
          <w:sz w:val="20"/>
        </w:rPr>
        <w:t>1:06:06  to swami vivekanand was a true spiritual person.</w:t>
      </w:r>
      <w:r>
        <w:br/>
      </w:r>
      <w:r>
        <w:rPr>
          <w:sz w:val="20"/>
        </w:rPr>
        <w:t>1:06:10  jab dekha unhon ne to kuch bhi ghussa nahi hue woh.</w:t>
      </w:r>
      <w:r>
        <w:br/>
      </w:r>
      <w:r>
        <w:rPr>
          <w:sz w:val="20"/>
        </w:rPr>
        <w:t>1:06:14  muskura diye woh.</w:t>
      </w:r>
      <w:r>
        <w:br/>
      </w:r>
      <w:r>
        <w:rPr>
          <w:sz w:val="20"/>
        </w:rPr>
        <w:t>1:06:18  muskura ke unhon ne kaha the foundation is really good.</w:t>
      </w:r>
      <w:r>
        <w:br/>
      </w:r>
      <w:r>
        <w:rPr>
          <w:sz w:val="20"/>
        </w:rPr>
        <w:t>1:06:22  The foundation is really good. to, yaani Swami Vivekananda was able to convert his negative experience into positive feeling. isi ka naam spirituality hai. isi ka naam mazhab. yeh true mazhab yeh hai. aur jo aap, jo Kabir ne bohat sahi kaha hai ke, woh, woh kya kaha unhon ne? mathe tilak hath balban, logan Ram khilona jaana. is ko aap</w:t>
      </w:r>
      <w:r>
        <w:br/>
      </w:r>
      <w:r>
        <w:rPr>
          <w:sz w:val="20"/>
        </w:rPr>
        <w:t>1:06:52  mazhab samajhte hain jis se aap react kar rahe hain. yeh mazhab hai hi nahin. mathe tilak hath balban, logan Ram khilona jaana. woh mazhab hi nahin hai woh. woh reduced form hai mazhab ka. mazhab woh hai jo spirit par base kare. jis ke andar sachi mohabbat ho, sachi insaniyat ho, sachi spirituality ho. yaani form bhi rahega wahan par lekin asal cheez to spirit hoti hai. to chunke aaj jo mazhab hai jagah jagah woh sab form reh gaya, spirit</w:t>
      </w:r>
    </w:p>
    <w:p>
      <w:pPr>
        <w:pStyle w:val="Heading2"/>
      </w:pPr>
      <w:r>
        <w:t>Hadith reveals true Islamic spirituality's path to paradise</w:t>
      </w:r>
    </w:p>
    <w:p>
      <w:r>
        <w:rPr>
          <w:color w:val="666666"/>
          <w:sz w:val="18"/>
        </w:rPr>
        <w:t>Spirituality in Islam January 1, 2006 Maulana Wahiduddin Khan · 5m 29s · at 13:06 · https://youtu.be/XO4htFBEkV4?t=786</w:t>
      </w:r>
    </w:p>
    <w:p>
      <w:r>
        <w:rPr>
          <w:i/>
        </w:rPr>
        <w:t>“Ek hadith mein aapko sunaunga jo Islamic spirituality ka khulasa batati hai”</w:t>
      </w:r>
    </w:p>
    <w:p>
      <w:r>
        <w:rPr>
          <w:sz w:val="20"/>
        </w:rPr>
        <w:t>13:06  ek hadith mein aap ko sunaoon ga jo islamic spirituality ka just batati hai.</w:t>
      </w:r>
      <w:r>
        <w:br/>
      </w:r>
      <w:r>
        <w:rPr>
          <w:sz w:val="20"/>
        </w:rPr>
        <w:t>13:17  khulasa islamic spirituality ka khulasa ya just batati hai.</w:t>
      </w:r>
      <w:r>
        <w:br/>
      </w:r>
      <w:r>
        <w:rPr>
          <w:sz w:val="20"/>
        </w:rPr>
        <w:t>13:24  woh hadith yeh hai:</w:t>
      </w:r>
      <w:r>
        <w:br/>
      </w:r>
      <w:r>
        <w:rPr>
          <w:sz w:val="20"/>
        </w:rPr>
        <w:t>13:29  "ma zahad abd fi al-dunya illa anbat Allah al-hikmat fi qalbihi wa intaq lisanihi wa sirrihi ayb al-dunya wa da'ahu wa dawa'ahu wa akhrajahu saliman ila dar al-salam." dekhen, is mein zuhd ka lafz istemal hua hai.</w:t>
      </w:r>
      <w:r>
        <w:br/>
      </w:r>
      <w:r>
        <w:rPr>
          <w:sz w:val="20"/>
        </w:rPr>
        <w:t>13:54  zuhd ka literal mani jo bhi hon, lekin is ka sense jo yahan par hai woh yahi hai: detach thinking, alag kar ke sochna.</w:t>
      </w:r>
      <w:r>
        <w:br/>
      </w:r>
      <w:r>
        <w:rPr>
          <w:sz w:val="20"/>
        </w:rPr>
        <w:t>14:07  detach thinking yani alag kar ke rehna nahi, lekin ek alag kar ke rehna, ek alag rakh kar sochna.</w:t>
      </w:r>
      <w:r>
        <w:br/>
      </w:r>
      <w:r>
        <w:rPr>
          <w:sz w:val="20"/>
        </w:rPr>
        <w:t>14:19  yani society mein log farz kijiye sharab peete hon to ek yeh hai ke aap khud sharab na peeyen.</w:t>
      </w:r>
      <w:r>
        <w:br/>
      </w:r>
      <w:r>
        <w:rPr>
          <w:sz w:val="20"/>
        </w:rPr>
        <w:t>14:30  ek yeh hai ke aap yeh sochen alag ho kar ke ke bhai sharab peete hain log, is mein itna yani nuqsan hai, kya kya jaye?</w:t>
      </w:r>
      <w:r>
        <w:br/>
      </w:r>
      <w:r>
        <w:rPr>
          <w:sz w:val="20"/>
        </w:rPr>
        <w:t>14:41  to detach thinking ka matlab yeh hota hai ke is se asar na lete hue sochna, jo kuch ho raha hai is se asar na lete hue sochna.</w:t>
      </w:r>
      <w:r>
        <w:br/>
      </w:r>
      <w:r>
        <w:rPr>
          <w:sz w:val="20"/>
        </w:rPr>
        <w:t>14:54  yeh hai zuhd. to hadith mein farmaya ke koi shakhs jab zahid banta hai, yani apne andar detach thinking wali sifat paida karta hai to kya hota hai?</w:t>
      </w:r>
      <w:r>
        <w:br/>
      </w:r>
      <w:r>
        <w:rPr>
          <w:sz w:val="20"/>
        </w:rPr>
        <w:t>15:08  ke Khuda is ko, is par Khuda ki blessing hoti hai. is blessing ko chand word mein bataya gaya yahan par.</w:t>
      </w:r>
      <w:r>
        <w:br/>
      </w:r>
      <w:r>
        <w:rPr>
          <w:sz w:val="20"/>
        </w:rPr>
        <w:t>15:20  woh yeh hai ke Khuda is ke andar yani wisdom grow karta hai.</w:t>
      </w:r>
      <w:r>
        <w:br/>
      </w:r>
      <w:r>
        <w:rPr>
          <w:sz w:val="20"/>
        </w:rPr>
        <w:t>15:30  wisdom is ke andar ugti hai. illa anbat Allah al-hikmat fi qalbihi. hikmat is ke dil mein ugti hai. yani wisdom grow karti hai is ke andar.</w:t>
      </w:r>
      <w:r>
        <w:br/>
      </w:r>
      <w:r>
        <w:rPr>
          <w:sz w:val="20"/>
        </w:rPr>
        <w:t>15:45  ma zahad abd fi fi al-dunya illa anbat Allah al-hikmat fi qalbihi. dunya se detach ho kar jab sochta hai koi aadmi to Allah is ke dil mein wisdom grow karta hai aur intaq lisanihi aur wisdom is ke munh se nikalne lagta hai.</w:t>
      </w:r>
      <w:r>
        <w:br/>
      </w:r>
      <w:r>
        <w:rPr>
          <w:sz w:val="20"/>
        </w:rPr>
        <w:t>16:07  is ki zaban par wisdom jari kar deta hai. is ki boli mein wisdom aa jati hai.</w:t>
      </w:r>
      <w:r>
        <w:br/>
      </w:r>
      <w:r>
        <w:rPr>
          <w:sz w:val="20"/>
        </w:rPr>
        <w:t>16:18  aur kya hota hai?</w:t>
      </w:r>
      <w:r>
        <w:br/>
      </w:r>
      <w:r>
        <w:rPr>
          <w:sz w:val="20"/>
        </w:rPr>
        <w:t>16:23  aur farmaya ke</w:t>
      </w:r>
      <w:r>
        <w:br/>
      </w:r>
      <w:r>
        <w:rPr>
          <w:sz w:val="20"/>
        </w:rPr>
        <w:t>16:27  biserrihi ayb al-dunya wa da'ahu wa dawa'ahu. Khuda is ko dikha deta hai dunya ka good and evil aur is ka ilaj.</w:t>
      </w:r>
      <w:r>
        <w:br/>
      </w:r>
      <w:r>
        <w:rPr>
          <w:sz w:val="20"/>
        </w:rPr>
        <w:t>16:42  kya cheez good hai? kya cheez evil hai? aur kaise is ko theek kiya ja sakta hai?</w:t>
      </w:r>
      <w:r>
        <w:br/>
      </w:r>
      <w:r>
        <w:rPr>
          <w:sz w:val="20"/>
        </w:rPr>
        <w:t>16:51  yani corrective measure sahi taur par kya ho sakte hain? yani kitni bari baat hai ke yahan par spirituality aap ko corrective measure batati hai.</w:t>
      </w:r>
      <w:r>
        <w:br/>
      </w:r>
      <w:r>
        <w:rPr>
          <w:sz w:val="20"/>
        </w:rPr>
        <w:t>17:04  wahan par kya hota hai? ke aap ko is se alag kar deti hai ke aap sochen bhi ke what is the corrective measure in in such a situation?</w:t>
      </w:r>
      <w:r>
        <w:br/>
      </w:r>
      <w:r>
        <w:rPr>
          <w:sz w:val="20"/>
        </w:rPr>
        <w:t>17:14  yeh difference hai.</w:t>
      </w:r>
      <w:r>
        <w:br/>
      </w:r>
      <w:r>
        <w:rPr>
          <w:sz w:val="20"/>
        </w:rPr>
        <w:t>17:19  aur phir kya hota hai?</w:t>
      </w:r>
      <w:r>
        <w:br/>
      </w:r>
      <w:r>
        <w:rPr>
          <w:sz w:val="20"/>
        </w:rPr>
        <w:t>17:24  wa akhrajahu saliman ila dar al-salam. aur phir is ko pohncha deta hai hifazat ke sath jannat tak. yahan par dekhen, goal kya hai islamic spirituality ki?</w:t>
      </w:r>
      <w:r>
        <w:br/>
      </w:r>
      <w:r>
        <w:rPr>
          <w:sz w:val="20"/>
        </w:rPr>
        <w:t>17:37  woh hai paradise. ecstasy nahi hai.</w:t>
      </w:r>
      <w:r>
        <w:br/>
      </w:r>
      <w:r>
        <w:rPr>
          <w:sz w:val="20"/>
        </w:rPr>
        <w:t>17:43  doosri jo school hain, spiritual school jo hain, doosre in mein goal hai ecstasy. yaani isi duniya hi mein apne ko ecstasy ki halat mein le jaana.</w:t>
      </w:r>
      <w:r>
        <w:br/>
      </w:r>
      <w:r>
        <w:rPr>
          <w:sz w:val="20"/>
        </w:rPr>
        <w:t>17:54  islam ki spirituality jo hai woh yeh goal iska nahi hai. akharjah saliman ila dar al-salam ke khuda us ko hifazat se, us ko bachate hue pahuncha deta hai paradise ke dar tak.</w:t>
      </w:r>
      <w:r>
        <w:br/>
      </w:r>
      <w:r>
        <w:rPr>
          <w:sz w:val="20"/>
        </w:rPr>
        <w:t>18:12  yeh hai true spirituality jo base karti hai detach thinking par. ab aap is ko aur aage badha kar sochiye to jo thinkers hain woh kehte hain ke sab se bari jo insan ke andar paida hoti hai,</w:t>
      </w:r>
    </w:p>
    <w:p>
      <w:pPr>
        <w:pStyle w:val="Heading2"/>
      </w:pPr>
      <w:r>
        <w:t>Analogy of fire and lightning for truth obscured</w:t>
      </w:r>
    </w:p>
    <w:p>
      <w:r>
        <w:rPr>
          <w:color w:val="666666"/>
          <w:sz w:val="18"/>
        </w:rPr>
        <w:t>Dars-e-Quran, Chapter 2,  Vs 7-19 | July 26,  2015 · 5m 32s · at 39:49 · https://youtu.be/O71wvnrbnXU?t=2389</w:t>
      </w:r>
    </w:p>
    <w:p>
      <w:r>
        <w:rPr>
          <w:i/>
        </w:rPr>
        <w:t>“Example of a person who lit a fire, when it illuminated...”</w:t>
      </w:r>
    </w:p>
    <w:p>
      <w:r>
        <w:rPr>
          <w:sz w:val="20"/>
        </w:rPr>
        <w:t>39:49  misal aisay shakhs ki hai ke us ne aag jalai falamma adha'at ma hawlah jab khoob roshan ho gaya mahol dhahab Allah binoorihim to Allah ne un ki roshni cheen li wa tarakahum fi dhulumaat Allah un ko chor diya tareeki mein unhein kuch dikhai nahi deta dekhen yeh tamseel ki zaban mein yeh kaha gaya hai ke madinay mein Allah ne aik roshni phailai thi toheed ki roshni peghambar ke zariye se aur sahaba</w:t>
      </w:r>
      <w:r>
        <w:br/>
      </w:r>
      <w:r>
        <w:rPr>
          <w:sz w:val="20"/>
        </w:rPr>
        <w:t>40:19  ke zariye se to mahaul roshan ho gaya lekin aaenda waqt un ki Allah taala ne un ki</w:t>
      </w:r>
      <w:r>
        <w:br/>
      </w:r>
      <w:r>
        <w:rPr>
          <w:sz w:val="20"/>
        </w:rPr>
        <w:t>40:27  aankhein chheen leen chheen ne ka mani yeh nahi ke woh andhe ho gaye yeh matlab nahi hai balke</w:t>
      </w:r>
      <w:r>
        <w:br/>
      </w:r>
      <w:r>
        <w:rPr>
          <w:sz w:val="20"/>
        </w:rPr>
        <w:t>40:34  shaitan ne un ko galat rukh par un ke zehan ko daal diya yani sahi rukh par daal ne</w:t>
      </w:r>
      <w:r>
        <w:br/>
      </w:r>
      <w:r>
        <w:rPr>
          <w:sz w:val="20"/>
        </w:rPr>
        <w:t>40:42  ki bajaye galat rukh par daal diya mislan yeh ke yeh to leadery hai yeh to siyasat hai yeh to</w:t>
      </w:r>
      <w:r>
        <w:br/>
      </w:r>
      <w:r>
        <w:rPr>
          <w:sz w:val="20"/>
        </w:rPr>
        <w:t>40:49  apnay apnay ko numayan karna hai is qism ki baat daal di shaitan ne to roshni ke bawajood hum nay kuch dikhai nahi diya jab sachai ki tehreek chalay to woh aik goya aik aik roshni samnay ati hai jis se log sachai ko dekhen aur payen yani ayen isi waqt shaitan active ho jata hai aur isi wajah is logon ke zehn mein</w:t>
      </w:r>
      <w:r>
        <w:br/>
      </w:r>
      <w:r>
        <w:rPr>
          <w:sz w:val="20"/>
        </w:rPr>
        <w:t>41:19  fasaad daalta hai yani shubhat daalta hai is shubhat ki wajah se woh mehroom ho jate hain ke</w:t>
      </w:r>
      <w:r>
        <w:br/>
      </w:r>
      <w:r>
        <w:rPr>
          <w:sz w:val="20"/>
        </w:rPr>
        <w:t>41:27  woh is roshni se faida uthayein to yeh asal mein yeh shaitani shubhat ki taraf ishara hai shaitani</w:t>
      </w:r>
      <w:r>
        <w:br/>
      </w:r>
      <w:r>
        <w:rPr>
          <w:sz w:val="20"/>
        </w:rPr>
        <w:t>41:35  shubhat ki taraf ke yeh yeh to arab mein hukoomat chahte hain yeh to apni burai chahte hain</w:t>
      </w:r>
      <w:r>
        <w:br/>
      </w:r>
      <w:r>
        <w:rPr>
          <w:sz w:val="20"/>
        </w:rPr>
        <w:t>41:43  yeh to apne ko ooncha dikhana chahte hain</w:t>
      </w:r>
      <w:r>
        <w:br/>
      </w:r>
      <w:r>
        <w:rPr>
          <w:sz w:val="20"/>
        </w:rPr>
        <w:t>41:50  yani mukhtalif qism ki cheezain shoshay nikal kar ke logon ke zehn ko masmoom kar detay hain to phir roshni agarche maujood hoti hai lekin kuch dikhai deta hai un ko kuch dikhai nahi deta un ko yani shoshon ke is mein shoshon ki jis ko kehtay hain shoshon ki siyasat shoshon ki siyasat ki nishandahi ki gayi hai ke hamesha aisay mauqa par log shoshay nikal kar log batkat</w:t>
      </w:r>
      <w:r>
        <w:br/>
      </w:r>
      <w:r>
        <w:rPr>
          <w:sz w:val="20"/>
        </w:rPr>
        <w:t>42:20  e hain aur phir khud bhi khud bhi mehroom rehte hain doosron ki mehroom karte hue samam bukm</w:t>
      </w:r>
      <w:r>
        <w:br/>
      </w:r>
      <w:r>
        <w:rPr>
          <w:sz w:val="20"/>
        </w:rPr>
        <w:t>42:30  umyun fahum la yarjiun woh behre hain goonge hain woh andhe hain woh lotne wale nahi hain yeh jo</w:t>
      </w:r>
      <w:r>
        <w:br/>
      </w:r>
      <w:r>
        <w:rPr>
          <w:sz w:val="20"/>
        </w:rPr>
        <w:t>42:40  alfaaz hain yeh deep conditioning ko batate hain yani haqeeqatan na koi bara hota na goonga hota na andha hota</w:t>
      </w:r>
      <w:r>
        <w:br/>
      </w:r>
      <w:r>
        <w:rPr>
          <w:sz w:val="20"/>
        </w:rPr>
        <w:t>42:51  yani un ke kaan wasee hote hain un ki aankh wasee hoti hai sab kuch theek rehta hai</w:t>
      </w:r>
      <w:r>
        <w:br/>
      </w:r>
      <w:r>
        <w:rPr>
          <w:sz w:val="20"/>
        </w:rPr>
        <w:t>42:58  lekin sachai ko samajhne ke liye woh woh qabil nahi rehte woh aur dheere dheere dheere dheere woh</w:t>
      </w:r>
      <w:r>
        <w:br/>
      </w:r>
      <w:r>
        <w:rPr>
          <w:sz w:val="20"/>
        </w:rPr>
        <w:t>43:06  galat raste par chal padte hain to yeh hota hai conditioning ki wajah se jahan tak main samajhta</w:t>
      </w:r>
      <w:r>
        <w:br/>
      </w:r>
      <w:r>
        <w:rPr>
          <w:sz w:val="20"/>
        </w:rPr>
        <w:t>43:13  hoon ke yeh jo conditioning jo hai is ke do darjay</w:t>
      </w:r>
      <w:r>
        <w:br/>
      </w:r>
      <w:r>
        <w:rPr>
          <w:sz w:val="20"/>
        </w:rPr>
        <w:t>43:21  hotay hain shuru mein conditioning bohat hi halki hoti hai halki lekin agar aadmi apni deconditioning ka process na chalaye yani aadmi ko chahiye ke woh mahol se conditioning to hogi kyunke aadmi jab paida hota hai to aik mahol hota hai us mahol se conditioning to zaroor hogi is ki lekin sath sath aadmi ko chahiye ke woh sochay sochay aur apnay andar deconditioning ka process chalaye jo</w:t>
      </w:r>
      <w:r>
        <w:br/>
      </w:r>
      <w:r>
        <w:rPr>
          <w:sz w:val="20"/>
        </w:rPr>
        <w:t>43:51  aisa karega to bacha rahega woh bacha rahega har cheez se ba khabar ho kar ke</w:t>
      </w:r>
      <w:r>
        <w:br/>
      </w:r>
      <w:r>
        <w:rPr>
          <w:sz w:val="20"/>
        </w:rPr>
        <w:t>43:58  apne ko is se bacha lega lekin jo apne andar deconditioning ka process na chalaye to</w:t>
      </w:r>
      <w:r>
        <w:br/>
      </w:r>
      <w:r>
        <w:rPr>
          <w:sz w:val="20"/>
        </w:rPr>
        <w:t>44:06  woh use use bhagta chalayega use aur zyada bhag jayega yahan tak ke is ke conditioning</w:t>
      </w:r>
      <w:r>
        <w:br/>
      </w:r>
      <w:r>
        <w:rPr>
          <w:sz w:val="20"/>
        </w:rPr>
        <w:t>44:13  pakhta ho jayegi ke woh naya sari ke qabil nahi rahega woh o man al samaa z</w:t>
      </w:r>
      <w:r>
        <w:br/>
      </w:r>
      <w:r>
        <w:rPr>
          <w:sz w:val="20"/>
        </w:rPr>
        <w:t>44:21  ulmat o barq ya asman se barish ho is mein jis mein bijli chamak rahi hoon aur aap jante</w:t>
      </w:r>
      <w:r>
        <w:br/>
      </w:r>
      <w:r>
        <w:rPr>
          <w:sz w:val="20"/>
        </w:rPr>
        <w:t>44:28  hain ke jab toofani barish hoti hai to bohat hi is mein shor hota hai to yani agarchay</w:t>
      </w:r>
      <w:r>
        <w:br/>
      </w:r>
      <w:r>
        <w:rPr>
          <w:sz w:val="20"/>
        </w:rPr>
        <w:t>44:36  barish hai lekin sunai nahi deta kuch to yeh jo dawat toheed ki jo dawat hai aisi qism</w:t>
      </w:r>
      <w:r>
        <w:br/>
      </w:r>
      <w:r>
        <w:rPr>
          <w:sz w:val="20"/>
        </w:rPr>
        <w:t>44:43  ki barish hai toofani barish ke woh sachai bars</w:t>
      </w:r>
      <w:r>
        <w:br/>
      </w:r>
      <w:r>
        <w:rPr>
          <w:sz w:val="20"/>
        </w:rPr>
        <w:t>44:51  rahi hai lekin sath sath garaj chamak bhi hai to jo log apne apni aqal ko zinda na</w:t>
      </w:r>
      <w:r>
        <w:br/>
      </w:r>
      <w:r>
        <w:rPr>
          <w:sz w:val="20"/>
        </w:rPr>
        <w:t>44:59  rakhein woh is mein aap un ko kuch milta nahi yeh jaloon asabi hum fi azan hum min al sawaeq woh</w:t>
      </w:r>
      <w:r>
        <w:br/>
      </w:r>
      <w:r>
        <w:rPr>
          <w:sz w:val="20"/>
        </w:rPr>
        <w:t>45:06  apne kaan mein ungli dal lete hain garaj chamak ki wajah se to yeh yeh bhi tashbeeh ki</w:t>
      </w:r>
      <w:r>
        <w:br/>
      </w:r>
      <w:r>
        <w:rPr>
          <w:sz w:val="20"/>
        </w:rPr>
        <w:t>45:14  baat hai jaise bohat zyada garaj chamak ho aap kaan mein ungli dal lein</w:t>
      </w:r>
    </w:p>
    <w:p>
      <w:pPr>
        <w:pStyle w:val="Heading2"/>
      </w:pPr>
      <w:r>
        <w:t>Understanding the message of Quran</w:t>
      </w:r>
    </w:p>
    <w:p>
      <w:r>
        <w:rPr>
          <w:color w:val="666666"/>
          <w:sz w:val="18"/>
        </w:rPr>
        <w:t>Message of The Quran March 29, 2015 · 14m 10s · at 45:57 · https://youtu.be/u57TpiO8A7Y?t=2757</w:t>
      </w:r>
    </w:p>
    <w:p>
      <w:r>
        <w:rPr>
          <w:i/>
        </w:rPr>
        <w:t>“Muslimon tumhara farz ye hai”</w:t>
      </w:r>
    </w:p>
    <w:p>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r>
        <w:br/>
      </w:r>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r>
        <w:br/>
      </w:r>
      <w:r>
        <w:rPr>
          <w:sz w:val="20"/>
        </w:rPr>
        <w:t>46:52  what is your comment on this</w:t>
      </w:r>
      <w:r>
        <w:br/>
      </w:r>
      <w:r>
        <w:rPr>
          <w:sz w:val="20"/>
        </w:rPr>
        <w:t>46:57  dekhiye quran mein hai woh hadith mein hai ke deen yusr</w:t>
      </w:r>
      <w:r>
        <w:br/>
      </w:r>
      <w:r>
        <w:rPr>
          <w:sz w:val="20"/>
        </w:rPr>
        <w:t>47:02  deen asan hai to asan kyun hai hadith mein yeh hai ke deen yusr</w:t>
      </w:r>
      <w:r>
        <w:br/>
      </w:r>
      <w:r>
        <w:rPr>
          <w:sz w:val="20"/>
        </w:rPr>
        <w:t>47:09  yeh kyun hai kyunke</w:t>
      </w:r>
      <w:r>
        <w:br/>
      </w:r>
      <w:r>
        <w:rPr>
          <w:sz w:val="20"/>
        </w:rPr>
        <w:t>47:13  quran mein yeh bhi bataya gaya hai ke yeh jo islam hai yeh deen fitrat hai fitrat</w:t>
      </w:r>
      <w:r>
        <w:br/>
      </w:r>
      <w:r>
        <w:rPr>
          <w:sz w:val="20"/>
        </w:rPr>
        <w:t>47:22  alnas alaiha to creative banne ke maane kya hain apne nature ko unfold karna to is se zyada</w:t>
      </w:r>
      <w:r>
        <w:br/>
      </w:r>
      <w:r>
        <w:rPr>
          <w:sz w:val="20"/>
        </w:rPr>
        <w:t>47:27  asan kya ho sakta hai</w:t>
      </w:r>
      <w:r>
        <w:br/>
      </w:r>
      <w:r>
        <w:rPr>
          <w:sz w:val="20"/>
        </w:rPr>
        <w:t>47:30  creative ko use export nahin karte aap balkeh apne andar jo khazana hai jo farmaya quran ne ke</w:t>
      </w:r>
      <w:r>
        <w:br/>
      </w:r>
      <w:r>
        <w:rPr>
          <w:sz w:val="20"/>
        </w:rPr>
        <w:t>47:40  Allah sab kuch Allah taala ne aap ke andar</w:t>
      </w:r>
      <w:r>
        <w:br/>
      </w:r>
      <w:r>
        <w:rPr>
          <w:sz w:val="20"/>
        </w:rPr>
        <w:t>47:45  ان کا مائنڈ میں رکھ دیا ہے اس کو conscious مائنڈ میں لانا یہ ہے creativity یہ تو</w:t>
      </w:r>
      <w:r>
        <w:br/>
      </w:r>
      <w:r>
        <w:rPr>
          <w:sz w:val="20"/>
        </w:rPr>
        <w:t>47:50  sab se asan kaam hai</w:t>
      </w:r>
      <w:r>
        <w:br/>
      </w:r>
      <w:r>
        <w:rPr>
          <w:sz w:val="20"/>
        </w:rPr>
        <w:t>47:53  is mein sirf ek hi rukawat hai distraction</w:t>
      </w:r>
      <w:r>
        <w:br/>
      </w:r>
      <w:r>
        <w:rPr>
          <w:sz w:val="20"/>
        </w:rPr>
        <w:t>47:57  agar aap nature par rahein agar aap ko distract na karein idhar udhar</w:t>
      </w:r>
      <w:r>
        <w:br/>
      </w:r>
      <w:r>
        <w:rPr>
          <w:sz w:val="20"/>
        </w:rPr>
        <w:t>48:03  aur waqeatan aap jaane ke mujhe unfold karna hai apni fitrat ko is se zyada asan kaam aur</w:t>
      </w:r>
      <w:r>
        <w:br/>
      </w:r>
      <w:r>
        <w:rPr>
          <w:sz w:val="20"/>
        </w:rPr>
        <w:t>48:08  koi nahin molana yeh sawal aaya hai moradabad se fawad sahab ka aur unhon ne likha hai</w:t>
      </w:r>
      <w:r>
        <w:br/>
      </w:r>
      <w:r>
        <w:rPr>
          <w:sz w:val="20"/>
        </w:rPr>
        <w:t>48:18  کہ مولانا in the Quran God Almighty is being referred as we and sometimes as he. Non-Muslims</w:t>
      </w:r>
      <w:r>
        <w:br/>
      </w:r>
      <w:r>
        <w:rPr>
          <w:sz w:val="20"/>
        </w:rPr>
        <w:t>48:29  often ask us why the gender is sometimes plural and sometimes male for God</w:t>
      </w:r>
      <w:r>
        <w:br/>
      </w:r>
      <w:r>
        <w:rPr>
          <w:sz w:val="20"/>
        </w:rPr>
        <w:t>48:36  please guide us how to address this question during our daawa interaction</w:t>
      </w:r>
      <w:r>
        <w:br/>
      </w:r>
      <w:r>
        <w:rPr>
          <w:sz w:val="20"/>
        </w:rPr>
        <w:t>48:41  yeh koi sawal hi nahin hai yeh to insani zaban mein yeh usloob ki baat hai</w:t>
      </w:r>
      <w:r>
        <w:br/>
      </w:r>
      <w:r>
        <w:rPr>
          <w:sz w:val="20"/>
        </w:rPr>
        <w:t>48:50  insani zaban ka usloob hai</w:t>
      </w:r>
      <w:r>
        <w:br/>
      </w:r>
      <w:r>
        <w:rPr>
          <w:sz w:val="20"/>
        </w:rPr>
        <w:t>48:54  yani jab tak aap yani ginti mein na ho ke quran mein kahin likha hua khuda ek hai</w:t>
      </w:r>
      <w:r>
        <w:br/>
      </w:r>
      <w:r>
        <w:rPr>
          <w:sz w:val="20"/>
        </w:rPr>
        <w:t>49:01  kahin likha hua khuda kai hai to sirf is tarah ki baaton se aap koi to shosha hai</w:t>
      </w:r>
      <w:r>
        <w:br/>
      </w:r>
      <w:r>
        <w:rPr>
          <w:sz w:val="20"/>
        </w:rPr>
        <w:t>49:07  is se koi masla nahi paida hota ye usloob e kalam hai kabhi hum kehte hain main kabhi hum</w:t>
      </w:r>
      <w:r>
        <w:br/>
      </w:r>
      <w:r>
        <w:rPr>
          <w:sz w:val="20"/>
        </w:rPr>
        <w:t>49:13  kehte hain hum kabhi kehte hain hum log ye usloob e kalam hai jo cheez aap sabit karna chahte</w:t>
      </w:r>
      <w:r>
        <w:br/>
      </w:r>
      <w:r>
        <w:rPr>
          <w:sz w:val="20"/>
        </w:rPr>
        <w:t>49:20  hain us ke liye us ko yani ginti ke zaban mein hona chahiye yani kahin quran mein ye</w:t>
      </w:r>
      <w:r>
        <w:br/>
      </w:r>
      <w:r>
        <w:rPr>
          <w:sz w:val="20"/>
        </w:rPr>
        <w:t>49:26  ho ke khuda ek hai kahin ho ke khuda kai hai tab ye sawal paida hota hai warna</w:t>
      </w:r>
      <w:r>
        <w:br/>
      </w:r>
      <w:r>
        <w:rPr>
          <w:sz w:val="20"/>
        </w:rPr>
        <w:t>49:31  ye usloob e kalam kaha jaye ga is ko aur kuch nahi maulana agla ek comment hai aur sawal</w:t>
      </w:r>
      <w:r>
        <w:br/>
      </w:r>
      <w:r>
        <w:rPr>
          <w:sz w:val="20"/>
        </w:rPr>
        <w:t>49:36  hai jo toseef sahab ne kiya hai pune se aur un ka pehle comment parhte hain unho ne</w:t>
      </w:r>
      <w:r>
        <w:br/>
      </w:r>
      <w:r>
        <w:rPr>
          <w:sz w:val="20"/>
        </w:rPr>
        <w:t>49:44  likha hai maulana today's talk was wonderful</w:t>
      </w:r>
      <w:r>
        <w:br/>
      </w:r>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r>
        <w:br/>
      </w:r>
      <w:r>
        <w:rPr>
          <w:sz w:val="20"/>
        </w:rPr>
        <w:t>52:23  molana agla sawal kia hai mumbai se shakeel sahab ne aur unhon ne likha hai</w:t>
      </w:r>
      <w:r>
        <w:br/>
      </w:r>
      <w:r>
        <w:rPr>
          <w:sz w:val="20"/>
        </w:rPr>
        <w:t>52:31  molana believe in god is also a need of every human being just like any other thing if</w:t>
      </w:r>
      <w:r>
        <w:br/>
      </w:r>
      <w:r>
        <w:rPr>
          <w:sz w:val="20"/>
        </w:rPr>
        <w:t>52:39  people do not believe in god then their life becomes purposeless</w:t>
      </w:r>
      <w:r>
        <w:br/>
      </w:r>
      <w:r>
        <w:rPr>
          <w:sz w:val="20"/>
        </w:rPr>
        <w:t>52:44  how do we make others realize this thing please guide us dekhiye quran mein ek ayat hai</w:t>
      </w:r>
      <w:r>
        <w:br/>
      </w:r>
      <w:r>
        <w:rPr>
          <w:sz w:val="20"/>
        </w:rPr>
        <w:t>52:58  yani apne aap par ghor kar ke aap Allah ko daryaft kar sakte hain</w:t>
      </w:r>
      <w:r>
        <w:br/>
      </w:r>
      <w:r>
        <w:rPr>
          <w:sz w:val="20"/>
        </w:rPr>
        <w:t>53:03  isi liye bukhari mein ye riwayat hai ke</w:t>
      </w:r>
      <w:r>
        <w:br/>
      </w:r>
      <w:r>
        <w:rPr>
          <w:sz w:val="20"/>
        </w:rPr>
        <w:t>53:08  Allah ne insan ko apni surat par paida kiya</w:t>
      </w:r>
      <w:r>
        <w:br/>
      </w:r>
      <w:r>
        <w:rPr>
          <w:sz w:val="20"/>
        </w:rPr>
        <w:t>53:12  apni surat par apni surat mani nahi ke wo aisi jaise hamare hath paon waise Allah ke hath</w:t>
      </w:r>
      <w:r>
        <w:br/>
      </w:r>
      <w:r>
        <w:rPr>
          <w:sz w:val="20"/>
        </w:rPr>
        <w:t>53:18  paon naoozubillah nahi Allah ne insan ko is tarah banaya hai ke agar aap ghor karen apne</w:t>
      </w:r>
      <w:r>
        <w:br/>
      </w:r>
      <w:r>
        <w:rPr>
          <w:sz w:val="20"/>
        </w:rPr>
        <w:t>53:24  bare mein to aap apne khalq ko daryaft kar sakte hain aap ek makhlooq hain is makhlooq ko</w:t>
      </w:r>
      <w:r>
        <w:br/>
      </w:r>
      <w:r>
        <w:rPr>
          <w:sz w:val="20"/>
        </w:rPr>
        <w:t>53:32  daryaft karen aap to</w:t>
      </w:r>
      <w:r>
        <w:br/>
      </w:r>
      <w:r>
        <w:rPr>
          <w:sz w:val="20"/>
        </w:rPr>
        <w:t>53:34  aap yaqeeni taur par khalq ko daryaft kar sakte hain ye matlab hai is ka</w:t>
      </w:r>
      <w:r>
        <w:br/>
      </w:r>
      <w:r>
        <w:rPr>
          <w:sz w:val="20"/>
        </w:rPr>
        <w:t>53:39  to har insan apne aap mein ek Khuda ki dalil hai har insan apne aap mein Khuda ki</w:t>
      </w:r>
      <w:r>
        <w:br/>
      </w:r>
      <w:r>
        <w:rPr>
          <w:sz w:val="20"/>
        </w:rPr>
        <w:t>53:47  ma'rifat ka saman rakhta hai sirf zaroorat hai ghor o fikr ki</w:t>
      </w:r>
      <w:r>
        <w:br/>
      </w:r>
      <w:r>
        <w:rPr>
          <w:sz w:val="20"/>
        </w:rPr>
        <w:t>53:56  molana agla sawal lene se pehle ek comment parhna chahenge jo molana abdul basit umri ne bheji hai</w:t>
      </w:r>
      <w:r>
        <w:br/>
      </w:r>
      <w:r>
        <w:rPr>
          <w:sz w:val="20"/>
        </w:rPr>
        <w:t>54:03  doha qatar se aur unhon ne likha hai</w:t>
      </w:r>
      <w:r>
        <w:br/>
      </w:r>
      <w:r>
        <w:rPr>
          <w:sz w:val="20"/>
        </w:rPr>
        <w:t>54:07  molana aaj pehli bar mujhe clearly ye wazeh hua ke quran ka maqsad mere zehan ko kholna hai</w:t>
      </w:r>
      <w:r>
        <w:br/>
      </w:r>
      <w:r>
        <w:rPr>
          <w:sz w:val="20"/>
        </w:rPr>
        <w:t>54:15  mujhe creative insan banana hai ye mere liye bohat zyada thrilling wali baat hai Allah aap ko lambi</w:t>
      </w:r>
      <w:r>
        <w:br/>
      </w:r>
      <w:r>
        <w:rPr>
          <w:sz w:val="20"/>
        </w:rPr>
        <w:t>54:23  umar de taake aap se zyada se zyada istifada kar saken</w:t>
      </w:r>
      <w:r>
        <w:br/>
      </w:r>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r>
        <w:br/>
      </w:r>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Muslims' own actions, not media, damaged Islam's image</w:t>
      </w:r>
    </w:p>
    <w:p>
      <w:r>
        <w:rPr>
          <w:color w:val="666666"/>
          <w:sz w:val="18"/>
        </w:rPr>
        <w:t>Spirituality in Islam January 1, 2006 Maulana Wahiduddin Khan · 5m 40s · at 2:07 · https://youtu.be/XO4htFBEkV4?t=127</w:t>
      </w:r>
    </w:p>
    <w:p>
      <w:r>
        <w:rPr>
          <w:i/>
        </w:rPr>
        <w:t>“Ye impression jo bana hai, blame khud musalmano par jata hai”</w:t>
      </w:r>
    </w:p>
    <w:p>
      <w:r>
        <w:rPr>
          <w:sz w:val="20"/>
        </w:rPr>
        <w:t>2:07  yeh jo impression bana hai, mein is ka blame doosron ko nahi doonga. Is ka blame khud musalmanon par jata hai.</w:t>
      </w:r>
      <w:r>
        <w:br/>
      </w:r>
      <w:r>
        <w:rPr>
          <w:sz w:val="20"/>
        </w:rPr>
        <w:t>2:19  pichhle 200 saal mein aisa hua hai ke islam ke naam par sab se zyada jo activities ki gayi hain saari hi duniya mein,</w:t>
      </w:r>
      <w:r>
        <w:br/>
      </w:r>
      <w:r>
        <w:rPr>
          <w:sz w:val="20"/>
        </w:rPr>
        <w:t>2:35  wo artist ko le kar ki gayi hain.</w:t>
      </w:r>
      <w:r>
        <w:br/>
      </w:r>
      <w:r>
        <w:rPr>
          <w:sz w:val="20"/>
        </w:rPr>
        <w:t>2:42  political activities ko islamic activities bana diya gaya hai. Aur musalman chuki apni political activities mein kuch gain nahi kar sake to wo phir chale gaye violence tak.</w:t>
      </w:r>
      <w:r>
        <w:br/>
      </w:r>
      <w:r>
        <w:rPr>
          <w:sz w:val="20"/>
        </w:rPr>
        <w:t>3:00  yani pehle political activity shuru hui ek peaceful activity ke taur par, lekin jab peaceful taur par political gain unhein nahi hua kisi bhi country mein to unhon ne violence shuru kar diya, gun aur bomb culture.</w:t>
      </w:r>
      <w:r>
        <w:br/>
      </w:r>
      <w:r>
        <w:rPr>
          <w:sz w:val="20"/>
        </w:rPr>
        <w:t>3:22  to unfortunately yahi 200 saal hain jabke sab se zyada media ko phailaao mila duniya mein.</w:t>
      </w:r>
      <w:r>
        <w:br/>
      </w:r>
      <w:r>
        <w:rPr>
          <w:sz w:val="20"/>
        </w:rPr>
        <w:t>3:34  yani yeh waqea agar aaj se 800 saal pehle hua hota mislan to duniya mein yeh impression na jata.</w:t>
      </w:r>
      <w:r>
        <w:br/>
      </w:r>
      <w:r>
        <w:rPr>
          <w:sz w:val="20"/>
        </w:rPr>
        <w:t>3:45  kyunki media tha nahi us zamane mein jo logon ko bataye.</w:t>
      </w:r>
      <w:r>
        <w:br/>
      </w:r>
      <w:r>
        <w:rPr>
          <w:sz w:val="20"/>
        </w:rPr>
        <w:t>3:52  to ab jab ke media ka zamana aa chuka tha, us zamane mein yeh violent activities jihad ke naam par, islami jihad ke naam par ki gayeen.</w:t>
      </w:r>
      <w:r>
        <w:br/>
      </w:r>
      <w:r>
        <w:rPr>
          <w:sz w:val="20"/>
        </w:rPr>
        <w:t>4:07  to it was but natural ke logon ke saamne islam ki jo tasweer bane wo yahi ho.</w:t>
      </w:r>
      <w:r>
        <w:br/>
      </w:r>
      <w:r>
        <w:rPr>
          <w:sz w:val="20"/>
        </w:rPr>
        <w:t>4:15  jab musalman hi khud islam ke naam par violent activities kar rahe hon to zahir hai ke duniya violence ka transition flower nahi karegi.</w:t>
      </w:r>
      <w:r>
        <w:br/>
      </w:r>
      <w:r>
        <w:rPr>
          <w:sz w:val="20"/>
        </w:rPr>
        <w:t>4:30  yeh flower activities.</w:t>
      </w:r>
      <w:r>
        <w:br/>
      </w:r>
      <w:r>
        <w:rPr>
          <w:sz w:val="20"/>
        </w:rPr>
        <w:t>4:35  dekhein yahan par ek baat mein ziman kahunga ke ek bohat bari baat jo maujooda zamane ke musalmanon ko aisa lagta hai ke unhein is ka saray se ilm hi nahi hai.</w:t>
      </w:r>
      <w:r>
        <w:br/>
      </w:r>
      <w:r>
        <w:rPr>
          <w:sz w:val="20"/>
        </w:rPr>
        <w:t>4:49  yani islam ki ek teaching wo yeh hai ke aap jab bhi koi kaam karein, koi step lein to yeh sochein ke mera yeh step apne result ke aitbar se kaisa hoga.</w:t>
      </w:r>
      <w:r>
        <w:br/>
      </w:r>
      <w:r>
        <w:rPr>
          <w:sz w:val="20"/>
        </w:rPr>
        <w:t>5:08  yani result oriented step hona chahiye aap ka. Aur yeh baat khaas taur par dhyan mein rakhne ki hai ke agar aap ke kisi step se islam badnaam hota ho to wo step chahe kitna hi sachha ho, us se aap ko rukna padega.</w:t>
      </w:r>
      <w:r>
        <w:br/>
      </w:r>
      <w:r>
        <w:rPr>
          <w:sz w:val="20"/>
        </w:rPr>
        <w:t>5:29  is ki kai misalein prophet ki zindagi mein hain, rasool Allah salallahu alaihi wasallam ki zindagi mein. Is mein se ek misal yeh hai ke rasool Allah ke zamane mein madine mein ek shakhs tha, uska naam tha Abdullah bin Ubay.</w:t>
      </w:r>
      <w:r>
        <w:br/>
      </w:r>
      <w:r>
        <w:rPr>
          <w:sz w:val="20"/>
        </w:rPr>
        <w:t>5:47  poori early period jo islam ka hai, us mein sabza fitna isi ne barpa kiya, Abdullah bin Ubay mein.</w:t>
      </w:r>
      <w:r>
        <w:br/>
      </w:r>
      <w:r>
        <w:rPr>
          <w:sz w:val="20"/>
        </w:rPr>
        <w:t>5:56  is</w:t>
      </w:r>
      <w:r>
        <w:br/>
      </w:r>
      <w:r>
        <w:rPr>
          <w:sz w:val="20"/>
        </w:rPr>
        <w:t>5:57  waqt rasool Allah ko political power mila hua tha aur saare log kehte the ke is ko qatl kar diya jaye. Hata ke Abdullah Ubay ka beta bhi kehta tha ke is ko qatl kar diya jaye, khud is ka apna beta jis ka bhi naam Abdullah tha.</w:t>
      </w:r>
      <w:r>
        <w:br/>
      </w:r>
      <w:r>
        <w:rPr>
          <w:sz w:val="20"/>
        </w:rPr>
        <w:t>6:18  yani Abdullah bin Abdullah bin Ubay wo bhi kehta tha ke is ko qatl kar dena chahiye. Tab bhi rasool Allah ne is ko qatl nahi karwaya, power rakhte hue.</w:t>
      </w:r>
      <w:r>
        <w:br/>
      </w:r>
      <w:r>
        <w:rPr>
          <w:sz w:val="20"/>
        </w:rPr>
        <w:t>6:34  kyun? Isi liye rasool Allah ne farmaya ke agar main is ko qatl karwaoon to har taraf yeh kaha jayega ke Muhammad logon ko qatl karte hain.</w:t>
      </w:r>
      <w:r>
        <w:br/>
      </w:r>
      <w:r>
        <w:rPr>
          <w:sz w:val="20"/>
        </w:rPr>
        <w:t>6:48  yani islam ki image jo hai yeh banegi ke islam killing mein believe karta hai, violence mein believe karta hai.</w:t>
      </w:r>
      <w:r>
        <w:br/>
      </w:r>
      <w:r>
        <w:rPr>
          <w:sz w:val="20"/>
        </w:rPr>
        <w:t>6:59  to is ko aap chhoday rahein yahan tak ke wo natural death mara aur saara fitna barpa karte hue Hazrat Aisha ke khilaf jo fitna barpa hua tha, itna zabardast wo isi ne barpa kiya tha.</w:t>
      </w:r>
      <w:r>
        <w:br/>
      </w:r>
      <w:r>
        <w:rPr>
          <w:sz w:val="20"/>
        </w:rPr>
        <w:t>7:18  to is se kya principle mila ke aisa koi bhi kaam, koi bol, koi step, koi action aisa nahi liya jayega jis ke nateeje mein islam badnaam hota ho.</w:t>
      </w:r>
      <w:r>
        <w:br/>
      </w:r>
      <w:r>
        <w:rPr>
          <w:sz w:val="20"/>
        </w:rPr>
        <w:t>7:37  kitni bari yeh taleem hai islam ki lekin is 200 saal ke andar musalmanon ne one percent bhi is ka dhyan nahi kiya.</w:t>
      </w:r>
    </w:p>
    <w:p>
      <w:pPr>
        <w:pStyle w:val="Heading2"/>
      </w:pPr>
      <w:r>
        <w:t>Science's corrective role for spirituality</w:t>
      </w:r>
    </w:p>
    <w:p>
      <w:r>
        <w:rPr>
          <w:color w:val="666666"/>
          <w:sz w:val="18"/>
        </w:rPr>
        <w:t>Science And Spirituality-25th April 07 · 4m 50s · at 16:57 · https://youtu.be/v5j9QVMgQq0?t=1017</w:t>
      </w:r>
    </w:p>
    <w:p>
      <w:r>
        <w:rPr>
          <w:i/>
        </w:rPr>
        <w:t>“In spirituality also, there is a corrective role of science.”</w:t>
      </w:r>
    </w:p>
    <w:p>
      <w:r>
        <w:rPr>
          <w:sz w:val="20"/>
        </w:rPr>
        <w:t>16:57  There are thousands and thousands of such examples. And I think that in spirituality also, there is a corrective role of science. What is that corrective role?</w:t>
      </w:r>
      <w:r>
        <w:br/>
      </w:r>
      <w:r>
        <w:rPr>
          <w:sz w:val="20"/>
        </w:rPr>
        <w:t>17:13  You know, for centuries and centuries, man was believing that spirituality is based on the heart, heart-based spirituality. You know, spirituality is a very old discipline. It is a new discipline in different names, although the names were different.</w:t>
      </w:r>
      <w:r>
        <w:br/>
      </w:r>
      <w:r>
        <w:rPr>
          <w:sz w:val="20"/>
        </w:rPr>
        <w:t>17:41  But spirituality is an old discipline. And people were generally believing that the heart is the reservoir of spirituality and everything is in the heart.</w:t>
      </w:r>
      <w:r>
        <w:br/>
      </w:r>
      <w:r>
        <w:rPr>
          <w:sz w:val="20"/>
        </w:rPr>
        <w:t>18:03  So we have to unfold spirituality from the heart by adopting some practices like muraqabah, like meditation, like tasavvuf.</w:t>
      </w:r>
      <w:r>
        <w:br/>
      </w:r>
      <w:r>
        <w:rPr>
          <w:sz w:val="20"/>
        </w:rPr>
        <w:t>18:28  So people were engaged in some practices with this belief that the heart is the center of all</w:t>
      </w:r>
      <w:r>
        <w:br/>
      </w:r>
      <w:r>
        <w:rPr>
          <w:sz w:val="20"/>
        </w:rPr>
        <w:t>18:38  kinds of spiritual thought and we can unfold spirituality from the heart by adopting these kinds of practices.</w:t>
      </w:r>
      <w:r>
        <w:br/>
      </w:r>
      <w:r>
        <w:rPr>
          <w:sz w:val="20"/>
        </w:rPr>
        <w:t>18:48  For example, there was a practice in tasavvuf that, like this, "La ilaha illallah, La ilaha illallah." It</w:t>
      </w:r>
      <w:r>
        <w:br/>
      </w:r>
      <w:r>
        <w:rPr>
          <w:sz w:val="20"/>
        </w:rPr>
        <w:t>18:58  is called zarb, meaning beat.</w:t>
      </w:r>
      <w:r>
        <w:br/>
      </w:r>
      <w:r>
        <w:rPr>
          <w:sz w:val="20"/>
        </w:rPr>
        <w:t>19:08  So from this practice, by adopting this practice, they were believing that we can unfold all those treasures</w:t>
      </w:r>
      <w:r>
        <w:br/>
      </w:r>
      <w:r>
        <w:rPr>
          <w:sz w:val="20"/>
        </w:rPr>
        <w:t>19:18  from the heart or those spiritual treasures from our heart.</w:t>
      </w:r>
      <w:r>
        <w:br/>
      </w:r>
      <w:r>
        <w:rPr>
          <w:sz w:val="20"/>
        </w:rPr>
        <w:t>19:29  But science, the modern science, modern science has proved that the heart is nothing but a tool of circulation of blood. There is no other function of the heart. There is no function of the heart other than circulation of blood. There is no thinking capacity in the heart. There is no spiritual capacity in the heart.</w:t>
      </w:r>
      <w:r>
        <w:br/>
      </w:r>
      <w:r>
        <w:rPr>
          <w:sz w:val="20"/>
        </w:rPr>
        <w:t>19:59  There is no spiritual reservoir in the heart. The only function of the heart is to circulate the blood. That's all. So this is the corrective role of science in this regard. This is the corrective—this was the corrective role of science in this regard. Now, what is needed?</w:t>
      </w:r>
      <w:r>
        <w:br/>
      </w:r>
      <w:r>
        <w:rPr>
          <w:sz w:val="20"/>
        </w:rPr>
        <w:t>20:24  We have to restructure the spiritual thought. What is needed is that we have to restructure our spiritual thought. And what is that restructuring?</w:t>
      </w:r>
      <w:r>
        <w:br/>
      </w:r>
      <w:r>
        <w:rPr>
          <w:sz w:val="20"/>
        </w:rPr>
        <w:t>20:43  It is to develop a new spirituality that is, according to my word, mind-based spirituality rather than heart-based spirituality.</w:t>
      </w:r>
      <w:r>
        <w:br/>
      </w:r>
      <w:r>
        <w:rPr>
          <w:sz w:val="20"/>
        </w:rPr>
        <w:t>20:54  Previously, people have adopted—previous people have adopted heart-based spirituality.</w:t>
      </w:r>
      <w:r>
        <w:br/>
      </w:r>
      <w:r>
        <w:rPr>
          <w:sz w:val="20"/>
        </w:rPr>
        <w:t>21:05  Now, science has disproved this notion.</w:t>
      </w:r>
      <w:r>
        <w:br/>
      </w:r>
      <w:r>
        <w:rPr>
          <w:sz w:val="20"/>
        </w:rPr>
        <w:t>21:16  So this is the corrective role of science.</w:t>
      </w:r>
      <w:r>
        <w:br/>
      </w:r>
      <w:r>
        <w:rPr>
          <w:sz w:val="20"/>
        </w:rPr>
        <w:t>21:27  According to modern science, according to modern discoveries, we have to adopt a new kind of spirituality that is mind-based spirituality. This is the relationship of science.</w:t>
      </w:r>
      <w:r>
        <w:br/>
      </w:r>
      <w:r>
        <w:rPr>
          <w:sz w:val="20"/>
        </w:rPr>
        <w:t>21:47  This is the relationship of science and spirituality.</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Spiritual revolution and true dawah vs community work</w:t>
      </w:r>
    </w:p>
    <w:p>
      <w:r>
        <w:rPr>
          <w:color w:val="666666"/>
          <w:sz w:val="18"/>
        </w:rPr>
        <w:t>Islam and Peace (In Conversation with Maulana) 23 11 2008 · 5m 05s · at 9:32 · https://youtu.be/CyS3i4AlGfs?t=572</w:t>
      </w:r>
    </w:p>
    <w:p>
      <w:r>
        <w:rPr>
          <w:i/>
        </w:rPr>
        <w:t>“This was Gandhi's spiritual mission.”</w:t>
      </w:r>
    </w:p>
    <w:p>
      <w:r>
        <w:rPr>
          <w:sz w:val="20"/>
        </w:rPr>
        <w:t>9:32  yeh spiritual mission tha mahatma gandhi ka. mein jitna samjha hoon mahatma gandhi ko. mere paas sari books hain unki.</w:t>
      </w:r>
      <w:r>
        <w:br/>
      </w:r>
      <w:r>
        <w:rPr>
          <w:sz w:val="20"/>
        </w:rPr>
        <w:t>9:45  woh spiritual revolution lana chahte thay. spiritual revolution yani insan ke andar jo ek aur faculty hai jisko hum spirituality kehte hain.</w:t>
      </w:r>
      <w:r>
        <w:br/>
      </w:r>
      <w:r>
        <w:rPr>
          <w:sz w:val="20"/>
        </w:rPr>
        <w:t>9:57  isko zinda karna. lekin unka soch yeh thi ke jab tak british rule yahan par hai toh hum woh kaam kar nahi payenge. toh iske liye poora zor diya unhone british rule ko hatane mein.</w:t>
      </w:r>
      <w:r>
        <w:br/>
      </w:r>
      <w:r>
        <w:rPr>
          <w:sz w:val="20"/>
        </w:rPr>
        <w:t>10:10  lekin mein ne kal kaha musharraf siddharth se ke mahatma gandhi ki ek ek woh thi yani unko ek kami thi unke mission ki ke woh team nahi ban saki unke haan.</w:t>
      </w:r>
      <w:r>
        <w:br/>
      </w:r>
      <w:r>
        <w:rPr>
          <w:sz w:val="20"/>
        </w:rPr>
        <w:t>10:24  dekhein jo british rule ko hatane ki wali baat thi unke liye toh logon ko mobilize karna kafi tha. sadkon par bahut zyada bheed ho.</w:t>
      </w:r>
      <w:r>
        <w:br/>
      </w:r>
      <w:r>
        <w:rPr>
          <w:sz w:val="20"/>
        </w:rPr>
        <w:t>10:33  jalson par bahut zyada bheed ho. toh woh kafi tha ke angrez ghabra ke bhage yahan se. toh logon ko mobilize kar ke unhone yeh faida uthaya. logon ko mobilize kar ke unhone british ko yani yahan se nikalne par majboor kiya.</w:t>
      </w:r>
      <w:r>
        <w:br/>
      </w:r>
      <w:r>
        <w:rPr>
          <w:sz w:val="20"/>
        </w:rPr>
        <w:t>10:48  lekin ab jo naya india banana tha. yani quit india toh chal sakta tha is tarah se. lekin jo naya india banana tha.</w:t>
      </w:r>
      <w:r>
        <w:br/>
      </w:r>
      <w:r>
        <w:rPr>
          <w:sz w:val="20"/>
        </w:rPr>
        <w:t>10:59  uske liye hamein chahiye thi ek team. ek team chahiye thi. bahut hi sincere kaam tha. bahut hi constructive kaam tha.</w:t>
      </w:r>
      <w:r>
        <w:br/>
      </w:r>
      <w:r>
        <w:rPr>
          <w:sz w:val="20"/>
        </w:rPr>
        <w:t>11:08  boht hi sochi samjhi planning chahiye thi. ab woh team nahi mili un ko. kyunke khud aap ne parha hoga ke ab meri kon sune ga. to kyun aisa hua?</w:t>
      </w:r>
      <w:r>
        <w:br/>
      </w:r>
      <w:r>
        <w:rPr>
          <w:sz w:val="20"/>
        </w:rPr>
        <w:t>11:18  jitne congress ke log the woh sab chale gaye. government mein minister banne mein governor banne mein lag gaye. har aadmi jo hai us ka political yani political faida uthane laga.</w:t>
      </w:r>
      <w:r>
        <w:br/>
      </w:r>
      <w:r>
        <w:rPr>
          <w:sz w:val="20"/>
        </w:rPr>
        <w:t>11:30  to koi team nahi rahi jo is ko jo gandhi ke mission ko aage barhaye. to main bhi political yani mera jo mission hai woh bhi spiritual revolution hai.</w:t>
      </w:r>
      <w:r>
        <w:br/>
      </w:r>
      <w:r>
        <w:rPr>
          <w:sz w:val="20"/>
        </w:rPr>
        <w:t>11:40  spiritual revolution. basically. to lekin main yeh kar raha hoon ke main team pehle bana raha hoon. main ne un se kaha musharraf siddharth se ke mera tareeqa jo hai fabric society ka model liya hai main ne.</w:t>
      </w:r>
      <w:r>
        <w:br/>
      </w:r>
      <w:r>
        <w:rPr>
          <w:sz w:val="20"/>
        </w:rPr>
        <w:t>11:54  ke pehle team banao aur team phir us ke baad aage kaam kare gi. to basically mahatma gandhi ka mission jo tha spiritual revolution ka mission tha.</w:t>
      </w:r>
      <w:r>
        <w:br/>
      </w:r>
      <w:r>
        <w:rPr>
          <w:sz w:val="20"/>
        </w:rPr>
        <w:t>12:04  lekin woh aadha reh gaya woh. is aadha jo reh gaya us ko main chahta hoon ke us ko poora karoon inshallah. agar allah chahe ga to poora ho kar rahe ga.</w:t>
      </w:r>
      <w:r>
        <w:br/>
      </w:r>
      <w:r>
        <w:rPr>
          <w:sz w:val="20"/>
        </w:rPr>
        <w:t>12:16  das question is from miss najma siddiqui. maulana as you explained that these days muslim go to developed countries for economic gains.</w:t>
      </w:r>
      <w:r>
        <w:br/>
      </w:r>
      <w:r>
        <w:rPr>
          <w:sz w:val="20"/>
        </w:rPr>
        <w:t>12:29  unlike before. all though this is true but now in almost every country there are most where muslims from different countries come together develop better understanding with each other and also do dawah work.</w:t>
      </w:r>
      <w:r>
        <w:br/>
      </w:r>
      <w:r>
        <w:rPr>
          <w:sz w:val="20"/>
        </w:rPr>
        <w:t>12:46  i see this as a positive point. please give your comments.</w:t>
      </w:r>
      <w:r>
        <w:br/>
      </w:r>
      <w:r>
        <w:rPr>
          <w:sz w:val="20"/>
        </w:rPr>
        <w:t>12:51  dawah work kahin nahi kar raha hai musalman. job kar raha hai. paisa kama raha hai bas. main to nahi janta kahin jahan dawah work kar raha ho.</w:t>
      </w:r>
      <w:r>
        <w:br/>
      </w:r>
      <w:r>
        <w:rPr>
          <w:sz w:val="20"/>
        </w:rPr>
        <w:t>13:00  kahin aisa hai ke dawat ke naam lete hain. waise main america gaya main. to ek sahib hain unhone mujh se kaha ke aap dawat dawat karte hain.</w:t>
      </w:r>
      <w:r>
        <w:br/>
      </w:r>
      <w:r>
        <w:rPr>
          <w:sz w:val="20"/>
        </w:rPr>
        <w:t>13:10  dawat ka matlab aap us ko bhi kaho ke us ko bhadakne ki zarorat nahi hai. dawat ka matlab wohi hai spiritual revolution. main jab dawat ki lafz bolta hoon to us ki murad meri yahi hoti hai spiritual revolution.</w:t>
      </w:r>
      <w:r>
        <w:br/>
      </w:r>
      <w:r>
        <w:rPr>
          <w:sz w:val="20"/>
        </w:rPr>
        <w:t>13:22  kyunke us ko koi bhi word denge aap to us ko us ka ek contribution dena pare ga aap ko.</w:t>
      </w:r>
      <w:r>
        <w:br/>
      </w:r>
      <w:r>
        <w:rPr>
          <w:sz w:val="20"/>
        </w:rPr>
        <w:t>13:30  to main ne us ka jo jo dawah word ka istemal karta hoon to spiritual revolution ke sense mein istemal karta hoon. to khair wahan main gaya to main ne unhone kaha ke aap dawah work karte hain yeh baat.</w:t>
      </w:r>
      <w:r>
        <w:br/>
      </w:r>
      <w:r>
        <w:rPr>
          <w:sz w:val="20"/>
        </w:rPr>
        <w:t>13:42  hum bhi dawah work karte hain. hum bhi kar rahe hain dawah work. to main ne kaha woh kaise? to unhone kaha ke main aap ko dikhaoon ga. to agle din woh unhone apni gaari par ek sahib mujhe bheja.</w:t>
      </w:r>
      <w:r>
        <w:br/>
      </w:r>
      <w:r>
        <w:rPr>
          <w:sz w:val="20"/>
        </w:rPr>
        <w:t>13:54  ek building mein hum pohanche. wahan kuch log the jo un ko unhone rakha tha wahan par. woh kya kaam kar rahe the? yani usa mein usa ke schoolon mein jo books parhai jati hain.</w:t>
      </w:r>
      <w:r>
        <w:br/>
      </w:r>
      <w:r>
        <w:rPr>
          <w:sz w:val="20"/>
        </w:rPr>
        <w:t>14:08  us mein kahan kahan aisa woh hai reference jo musalmanon ke against mein hai. yani musalmanon ko keh diya ho ke musalman jo hain woh violent hote hain farz ki jiye.</w:t>
      </w:r>
      <w:r>
        <w:br/>
      </w:r>
      <w:r>
        <w:rPr>
          <w:sz w:val="20"/>
        </w:rPr>
        <w:t>14:17  to us ko nikalen ge woh. koi aur baat jo musalmanon ke against mein ho us ko nikalen ge woh. jo us ko woh banayen ge.</w:t>
      </w:r>
      <w:r>
        <w:br/>
      </w:r>
      <w:r>
        <w:rPr>
          <w:sz w:val="20"/>
        </w:rPr>
        <w:t>14:26  ek presentation banayen ge. aur bhejenge department of education mein ke us ko theek karo. to main ne kaha yeh dawah work kahan se hai yeh to. yeh to community work hai. community work hai.</w:t>
      </w:r>
    </w:p>
    <w:p>
      <w:pPr>
        <w:pStyle w:val="Heading2"/>
      </w:pPr>
      <w:r>
        <w:t>Scientific spirituality: stress as opportunity</w:t>
      </w:r>
    </w:p>
    <w:p>
      <w:r>
        <w:rPr>
          <w:color w:val="666666"/>
          <w:sz w:val="18"/>
        </w:rPr>
        <w:t>Science And Spirituality-25th April 07 · 5m 54s · at 30:59 · https://youtu.be/v5j9QVMgQq0?t=1859</w:t>
      </w:r>
    </w:p>
    <w:p>
      <w:r>
        <w:rPr>
          <w:i/>
        </w:rPr>
        <w:t>“Science shows that stress is a blessing for mind development.”</w:t>
      </w:r>
    </w:p>
    <w:p>
      <w:r>
        <w:rPr>
          <w:sz w:val="20"/>
        </w:rPr>
        <w:t>30:59  Science has discovered that when man faces some challenges, there is a brainstorm in his mind. When we face challenges, when we face some big problems, then there is a brainstorm in our mind. And what is this brainstorm?</w:t>
      </w:r>
      <w:r>
        <w:br/>
      </w:r>
      <w:r>
        <w:rPr>
          <w:sz w:val="20"/>
        </w:rPr>
        <w:t>31:28  According to scientific discoveries, I am explaining the scientific spirituality. This is scientific spirituality. So according to scientific discovery, when there is brainstorming, it is a blessing in disguise for you. Why? Because brainstorming activates your mind.</w:t>
      </w:r>
      <w:r>
        <w:br/>
      </w:r>
      <w:r>
        <w:rPr>
          <w:sz w:val="20"/>
        </w:rPr>
        <w:t>31:58  It activates all those particles, living particles. So without brainstorming, your mind cannot be activated. It lives in a dormant position.</w:t>
      </w:r>
      <w:r>
        <w:br/>
      </w:r>
      <w:r>
        <w:rPr>
          <w:sz w:val="20"/>
        </w:rPr>
        <w:t>32:22  So it is the law of nature. It is a natural method to activate your mind. This kind of brainstorming is a method of nature only to activate your mind.</w:t>
      </w:r>
      <w:r>
        <w:br/>
      </w:r>
      <w:r>
        <w:rPr>
          <w:sz w:val="20"/>
        </w:rPr>
        <w:t>32:45  And when your mind is activated, then it means that you are able to think, you are able</w:t>
      </w:r>
      <w:r>
        <w:br/>
      </w:r>
      <w:r>
        <w:rPr>
          <w:sz w:val="20"/>
        </w:rPr>
        <w:t>32:55  to understand, you are able to explain.</w:t>
      </w:r>
      <w:r>
        <w:br/>
      </w:r>
      <w:r>
        <w:rPr>
          <w:sz w:val="20"/>
        </w:rPr>
        <w:t>33:05  Here, I would like to add one point: that there are millions, billions of people who are engaged in spirituality.</w:t>
      </w:r>
      <w:r>
        <w:br/>
      </w:r>
      <w:r>
        <w:rPr>
          <w:sz w:val="20"/>
        </w:rPr>
        <w:t>33:15  But no spiritual person was able to produce a masterpiece, a masterpiece, a book that is able to</w:t>
      </w:r>
      <w:r>
        <w:br/>
      </w:r>
      <w:r>
        <w:rPr>
          <w:sz w:val="20"/>
        </w:rPr>
        <w:t>33:26  be awarded a Nobel Prize.</w:t>
      </w:r>
      <w:r>
        <w:br/>
      </w:r>
      <w:r>
        <w:rPr>
          <w:sz w:val="20"/>
        </w:rPr>
        <w:t>33:36  No one was awarded a Nobel Prize in this.</w:t>
      </w:r>
      <w:r>
        <w:br/>
      </w:r>
      <w:r>
        <w:rPr>
          <w:sz w:val="20"/>
        </w:rPr>
        <w:t>33:46  No one was able to write a book on spirituality on a scientific level and on such a</w:t>
      </w:r>
      <w:r>
        <w:br/>
      </w:r>
      <w:r>
        <w:rPr>
          <w:sz w:val="20"/>
        </w:rPr>
        <w:t>33:56  great scale that he was able to be awarded a Nobel Prize. Why?</w:t>
      </w:r>
      <w:r>
        <w:br/>
      </w:r>
      <w:r>
        <w:rPr>
          <w:sz w:val="20"/>
        </w:rPr>
        <w:t>34:07  Why all these spiritual persons are living in traditional spirituality? They are living in ecstasy. There is no function of mind. It is the mind that writes a book. Ecstasy cannot write a book. When you are living in ecstasy, how can you write a book? How can you write an encyclopedia?</w:t>
      </w:r>
      <w:r>
        <w:br/>
      </w:r>
      <w:r>
        <w:rPr>
          <w:sz w:val="20"/>
        </w:rPr>
        <w:t>34:36  One who is living in ecstasy, one who is living in ecstasy, he cannot write a book. He is just like an animal. A book can be produced by only that kind of mind who is living in spiritual, who is living in intellectual development.</w:t>
      </w:r>
      <w:r>
        <w:br/>
      </w:r>
      <w:r>
        <w:rPr>
          <w:sz w:val="20"/>
        </w:rPr>
        <w:t>34:55  So if you use your mind, then you will find, then you will discover that stress is a challenge. Tension is a challenge. And challenges are competition.</w:t>
      </w:r>
      <w:r>
        <w:br/>
      </w:r>
      <w:r>
        <w:rPr>
          <w:sz w:val="20"/>
        </w:rPr>
        <w:t>35:13  So when you discover that stress is a challenge and tension is a challenge, then you will discover that challenge is not evil. Challenge is a blessing because no challenge, no intellectual development. Challenge is the only way to bring about intellectual development.</w:t>
      </w:r>
      <w:r>
        <w:br/>
      </w:r>
      <w:r>
        <w:rPr>
          <w:sz w:val="20"/>
        </w:rPr>
        <w:t>35:42  So when you apply scientific discoveries, then you will discover that stress or tension is not a curse, not an evil. Instead, it is a blessing. It moves your mind. It helps develop your mind.</w:t>
      </w:r>
      <w:r>
        <w:br/>
      </w:r>
      <w:r>
        <w:rPr>
          <w:sz w:val="20"/>
        </w:rPr>
        <w:t>36:07  This is the formula of scientific spirituality. In traditional spirituality, there is no formula except to suppress your mind. They will tell you to suppress your mind.</w:t>
      </w:r>
      <w:r>
        <w:br/>
      </w:r>
      <w:r>
        <w:rPr>
          <w:sz w:val="20"/>
        </w:rPr>
        <w:t>36:24  Traditional spirituality will tell you to suppress your mind, stop your thinking. This is the solution. But scientific spirituality will tell you that difference gives you an opportunity for dialogue, for intellectual exchange. And you know, without intellectual exchange, there is no intellectual development.</w:t>
      </w:r>
      <w:r>
        <w:br/>
      </w:r>
      <w:r>
        <w:rPr>
          <w:sz w:val="20"/>
        </w:rPr>
        <w:t>36:53  Without intellectual exchange, there is no intellectual development. So avail the difference as an opportunity. Take the difference as an opportunity and avail it.</w:t>
      </w:r>
    </w:p>
    <w:p>
      <w:pPr>
        <w:pStyle w:val="Heading2"/>
      </w:pPr>
      <w:r>
        <w:t>Patience in nature's pace</w:t>
      </w:r>
    </w:p>
    <w:p>
      <w:r>
        <w:rPr>
          <w:color w:val="666666"/>
          <w:sz w:val="18"/>
        </w:rPr>
        <w:t>Nature as a Role Mode May 21, 2006 · 5m 27s · at 58:58 · https://youtu.be/ppaB1Z2zXL8?t=3538</w:t>
      </w:r>
    </w:p>
    <w:p>
      <w:r>
        <w:rPr>
          <w:i/>
        </w:rPr>
        <w:t>“Mujhe shauq hua ek baar, humara baagh tha wahan, ghar ke bahar.”</w:t>
      </w:r>
    </w:p>
    <w:p>
      <w:r>
        <w:rPr>
          <w:sz w:val="20"/>
        </w:rPr>
        <w:t>58:58  isi tarah se ek sabak jo gaon mein mujh par guzra wo batata hoon aap ko. ke mujhe shauq hua ek baar, hamara bagh tha wahan, ghar ke bahar.</w:t>
      </w:r>
      <w:r>
        <w:br/>
      </w:r>
      <w:r>
        <w:rPr>
          <w:sz w:val="20"/>
        </w:rPr>
        <w:t>59:10  to mujhe shauq hua ke main apne ghar mein ek pead lagaoon aam ka. yaani bahar to bagh tha hamara aam ka. to ghar ke andar ek aam mein dekhna chahta tha.</w:t>
      </w:r>
      <w:r>
        <w:br/>
      </w:r>
      <w:r>
        <w:rPr>
          <w:sz w:val="20"/>
        </w:rPr>
        <w:t>59:24  to ab woh is zamane ki baat hai, nojovani ke zamane ki baat hai.</w:t>
      </w:r>
      <w:r>
        <w:br/>
      </w:r>
      <w:r>
        <w:rPr>
          <w:sz w:val="20"/>
        </w:rPr>
        <w:t>59:27  to mein samjha ke agar mein koi bara sa peir le aaon to pehle din mere ghar mein bara sa peir ho jayega. Agar chhota drakht lagaon ga to mujhe das saal intezar karna parega.</w:t>
      </w:r>
      <w:r>
        <w:br/>
      </w:r>
      <w:r>
        <w:rPr>
          <w:sz w:val="20"/>
        </w:rPr>
        <w:t>59:39  to ek peir jo paanch saal ka tha hamare bagh mein.</w:t>
      </w:r>
      <w:r>
        <w:br/>
      </w:r>
      <w:r>
        <w:rPr>
          <w:sz w:val="20"/>
        </w:rPr>
        <w:t>59:46  paanch saal ka.</w:t>
      </w:r>
      <w:r>
        <w:br/>
      </w:r>
      <w:r>
        <w:rPr>
          <w:sz w:val="20"/>
        </w:rPr>
        <w:t>59:48  to yeh us waqt ki baat hai jab ke azadi se pehle ki baat hai, jab wahan zamindari ka daur tha. To hum ne kai mazdoor lagaye. Aur ghar wale jo hai, chunke mujh se kuch kehte nahi thay,</w:t>
      </w:r>
      <w:r>
        <w:br/>
      </w:r>
      <w:r>
        <w:rPr>
          <w:sz w:val="20"/>
        </w:rPr>
        <w:t>1:00:02  to unhone mujhe azadi de di ke jo chahe karo. To kai mazdoor laga kar maine ek peir khodwaya jo taqreeban paanch saal ka tha.</w:t>
      </w:r>
      <w:r>
        <w:br/>
      </w:r>
      <w:r>
        <w:rPr>
          <w:sz w:val="20"/>
        </w:rPr>
        <w:t>1:00:12  bara sa.</w:t>
      </w:r>
      <w:r>
        <w:br/>
      </w:r>
      <w:r>
        <w:rPr>
          <w:sz w:val="20"/>
        </w:rPr>
        <w:t>1:00:13  ab din bhar khoda gaya. Khod kar ke us ko bandha gaya, us ki jo hoti hai neeche, jo pindi kehte hain. Phir ek ek charpai par rakha gaya us ko.</w:t>
      </w:r>
      <w:r>
        <w:br/>
      </w:r>
      <w:r>
        <w:rPr>
          <w:sz w:val="20"/>
        </w:rPr>
        <w:t>1:00:24  aur rakh kar ke laya gaya woh ghar ke andar. Aur us ko hamare aangan mein bo diya gaya. Yani subah se sham tak yeh kaam hua.</w:t>
      </w:r>
      <w:r>
        <w:br/>
      </w:r>
      <w:r>
        <w:rPr>
          <w:sz w:val="20"/>
        </w:rPr>
        <w:t>1:00:34  ab mein bohat khush tha ke maine paanch saal ka safar ek din mein tay kar liya hai. Aur mein khushi khushi so gaya.</w:t>
      </w:r>
      <w:r>
        <w:br/>
      </w:r>
      <w:r>
        <w:rPr>
          <w:sz w:val="20"/>
        </w:rPr>
        <w:t>1:00:43  jab subah utha to us ke patte kuch murjhay hue se thay. To maine socha ke aaj murjhay hue hain, kal phir theek ho jayenge.</w:t>
      </w:r>
      <w:r>
        <w:br/>
      </w:r>
      <w:r>
        <w:rPr>
          <w:sz w:val="20"/>
        </w:rPr>
        <w:t>1:00:53  khoob pani waani diya maine is mein. Kal aur murjha gaye, parson aur murjha gaye. Yahan tak ke saare patte sookh gaye. Is waqeye se pehle hi din mujhe, yani bohat pehle, nojawani ki umar mein mujhe ek sabak mila ke paanch saal ka safar ek din mein tay nahi ho sakta hai.</w:t>
      </w:r>
      <w:r>
        <w:br/>
      </w:r>
      <w:r>
        <w:rPr>
          <w:sz w:val="20"/>
        </w:rPr>
        <w:t>1:01:11  fitrat ne jo course rakha hai zindagi ka, us course ko humein follow karna parega. Is course ke siwa doosra koi tareeqa nahi hai. Baad ko maine aise hi qissa parha ek padri ka,</w:t>
      </w:r>
      <w:r>
        <w:br/>
      </w:r>
      <w:r>
        <w:rPr>
          <w:sz w:val="20"/>
        </w:rPr>
        <w:t>1:01:25  leaders georges mein. Us ne bhi aise hi kiya ke ek bara sa peir khod kar ke laya apne ghar mein aur laga diya. Lekin woh bhi zahir hai sookh gaya.</w:t>
      </w:r>
      <w:r>
        <w:br/>
      </w:r>
      <w:r>
        <w:rPr>
          <w:sz w:val="20"/>
        </w:rPr>
        <w:t>1:01:36  to</w:t>
      </w:r>
      <w:r>
        <w:br/>
      </w:r>
      <w:r>
        <w:rPr>
          <w:sz w:val="20"/>
        </w:rPr>
        <w:t>1:01:37  do teen din ke baad us ka ek dost baali ke liye aaya us ko. To bohat pareshan tha, bohat pareshan dikhai parta tha. To us dost ne poocha bhai kya baat hai, bohat pareshan nazar aate ho?</w:t>
      </w:r>
      <w:r>
        <w:br/>
      </w:r>
      <w:r>
        <w:rPr>
          <w:sz w:val="20"/>
        </w:rPr>
        <w:t>1:01:49  to us ne kaha ke "I am in a hurry but God isn't". "I am in a hurry but God isn't".</w:t>
      </w:r>
      <w:r>
        <w:br/>
      </w:r>
      <w:r>
        <w:rPr>
          <w:sz w:val="20"/>
        </w:rPr>
        <w:t>1:01:58  mein jaldi mein hoon magar Khuda jaldi nahi chahta. To us ne ek qissa bataya.</w:t>
      </w:r>
      <w:r>
        <w:br/>
      </w:r>
      <w:r>
        <w:rPr>
          <w:sz w:val="20"/>
        </w:rPr>
        <w:t>1:02:04  to behal is se maine yeh nateeja nikla, poori zindagi par yeh chha gaya yeh sabak mera. Ke aap ko koi bhi taraqqi lena hai to jo fitrat ka course hai us ko follow karna parega.</w:t>
      </w:r>
      <w:r>
        <w:br/>
      </w:r>
      <w:r>
        <w:rPr>
          <w:sz w:val="20"/>
        </w:rPr>
        <w:t>1:02:21  namumkin hai ke aap khud se koi course banayein, khud se koi rasta banayein, us par dorna shuru kar dein aur aap manzil tak pahunch jayein.</w:t>
      </w:r>
      <w:r>
        <w:br/>
      </w:r>
      <w:r>
        <w:rPr>
          <w:sz w:val="20"/>
        </w:rPr>
        <w:t>1:02:31  yeh namumkin hai.</w:t>
      </w:r>
      <w:r>
        <w:br/>
      </w:r>
      <w:r>
        <w:rPr>
          <w:sz w:val="20"/>
        </w:rPr>
        <w:t>1:02:33  jo drakht banne wala hai paanch saal mein ya das saal mein, to itni hi muddat le ga us ko. Aap us ki muddat ghata nahi sakte.</w:t>
      </w:r>
      <w:r>
        <w:br/>
      </w:r>
      <w:r>
        <w:rPr>
          <w:sz w:val="20"/>
        </w:rPr>
        <w:t>1:02:45  aise maine ek qissa parha ke</w:t>
      </w:r>
      <w:r>
        <w:br/>
      </w:r>
      <w:r>
        <w:rPr>
          <w:sz w:val="20"/>
        </w:rPr>
        <w:t>1:02:51  ek ek sahib gaye, ek ek sahib ka beta parhta tha ek kisi college mein, kisi school mein.</w:t>
      </w:r>
      <w:r>
        <w:br/>
      </w:r>
      <w:r>
        <w:rPr>
          <w:sz w:val="20"/>
        </w:rPr>
        <w:t>1:03:01  to woh gaye principal se mile. Principal se unhone kaha ke bhai aap ka yeh jo course hai, bohat time lagta hai is mein.</w:t>
      </w:r>
      <w:r>
        <w:br/>
      </w:r>
      <w:r>
        <w:rPr>
          <w:sz w:val="20"/>
        </w:rPr>
        <w:t>1:03:12  yani school mein itna time, phir college mein itna time, phir university mein itna time. koi shortcut banaiye ke kam muddat mein, ab mera beta padhta hai aap ke haan, aadhi zindagi to parhne mein beet jayegi, to kaam kya karega woh?</w:t>
      </w:r>
      <w:r>
        <w:br/>
      </w:r>
      <w:r>
        <w:rPr>
          <w:sz w:val="20"/>
        </w:rPr>
        <w:t>1:03:27  to principal ne kaha ke dekhiye, fitrat do qism ke pearh ugati hai. kakkri aur oak.</w:t>
      </w:r>
      <w:r>
        <w:br/>
      </w:r>
      <w:r>
        <w:rPr>
          <w:sz w:val="20"/>
        </w:rPr>
        <w:t>1:03:37  oak aik ke, jis ko urdu mein kehte hain shah baloot, english mein kehte hain oak. to unhon ne kaha ke do qism ke pearh hote hain, aik kakkri aur oak.</w:t>
      </w:r>
      <w:r>
        <w:br/>
      </w:r>
      <w:r>
        <w:rPr>
          <w:sz w:val="20"/>
        </w:rPr>
        <w:t>1:03:49  kakkri chhe mahine ke liye hoti hai. aur oak ka darakht paanch sau saal tak khara rehta hai.</w:t>
      </w:r>
      <w:r>
        <w:br/>
      </w:r>
      <w:r>
        <w:rPr>
          <w:sz w:val="20"/>
        </w:rPr>
        <w:t>1:03:56  to agar aap ko kakkri ka bail chahiye to theek hai, uga lijiye aur paanch aur chhe mahine ke baad woh sookh jayegi woh.</w:t>
      </w:r>
      <w:r>
        <w:br/>
      </w:r>
      <w:r>
        <w:rPr>
          <w:sz w:val="20"/>
        </w:rPr>
        <w:t>1:04:06  lekin agar aap ko oak chahiye jo sankaron saal tak khara rahe, to phir to aap ko intezar karna parega.</w:t>
      </w:r>
      <w:r>
        <w:br/>
      </w:r>
      <w:r>
        <w:rPr>
          <w:sz w:val="20"/>
        </w:rPr>
        <w:t>1:04:15  kakkri ka bail do chaar mahine mein ban sakta hai, lekin oak ka pearh do chaar mahine mein nahi ban sakta hai. yeh hai fitrat ka qanoon.</w:t>
      </w:r>
    </w:p>
    <w:p>
      <w:pPr>
        <w:pStyle w:val="Heading2"/>
      </w:pPr>
      <w:r>
        <w:t>Jaipur festival encounter turns hostile questioner into admirer</w:t>
      </w:r>
    </w:p>
    <w:p>
      <w:r>
        <w:rPr>
          <w:color w:val="666666"/>
          <w:sz w:val="18"/>
        </w:rPr>
        <w:t>Personality of A Believer February 2, 2014 · 4m 56s · at 45:25 · https://youtu.be/EiK_-O-Bjps?t=2725</w:t>
      </w:r>
    </w:p>
    <w:p>
      <w:r>
        <w:rPr>
          <w:i/>
        </w:rPr>
        <w:t>“Jaipur mein ek shaks ne pucha: ye sab kya kar rahe ho?”</w:t>
      </w:r>
    </w:p>
    <w:p>
      <w:r>
        <w:rPr>
          <w:sz w:val="20"/>
        </w:rPr>
        <w:t>45:25  Soheb Khan sahib ne bheja hai Lucknow se. He has narrated an experience which he had at Jaipur Literature Festival, where the Dawa Field team went to distribute Quran.</w:t>
      </w:r>
      <w:r>
        <w:br/>
      </w:r>
      <w:r>
        <w:rPr>
          <w:sz w:val="20"/>
        </w:rPr>
        <w:t>45:37  So I will just read out his comment for everyone. He has written: "I was really happy to see the curiosity of people they had in learning about Islam, regardless of their ethnic background.</w:t>
      </w:r>
      <w:r>
        <w:br/>
      </w:r>
      <w:r>
        <w:rPr>
          <w:sz w:val="20"/>
        </w:rPr>
        <w:t>45:55  What kept me energetic in the joy of gifting Quran was the gratitude of people they had for us and the rare smile as if they were in need of this for a long time." Maulana, then he has written an experience which everybody had at Jaipur Literature Festival.</w:t>
      </w:r>
      <w:r>
        <w:br/>
      </w:r>
      <w:r>
        <w:rPr>
          <w:sz w:val="20"/>
        </w:rPr>
        <w:t>46:16  He has written: "A non-Muslim man from Jaipur came and asked, 'What are you doing?'</w:t>
      </w:r>
      <w:r>
        <w:br/>
      </w:r>
      <w:r>
        <w:rPr>
          <w:sz w:val="20"/>
        </w:rPr>
        <w:t>46:24  I said, 'Sir, it's the Quran in English which we are giving.' He said, 'Itna jo sab terrorism hai, sar kaat dete hain logon ka jihad ke naam par, yeh sab jo musalman hain, yeh kya kar rahe hain?</w:t>
      </w:r>
      <w:r>
        <w:br/>
      </w:r>
      <w:r>
        <w:rPr>
          <w:sz w:val="20"/>
        </w:rPr>
        <w:t>46:42  In ke naam par koi fatwa kyun nahi jaari karta? Kyun nahi rokta in ko koi? Ideology kya hai Islam ki?'</w:t>
      </w:r>
      <w:r>
        <w:br/>
      </w:r>
      <w:r>
        <w:rPr>
          <w:sz w:val="20"/>
        </w:rPr>
        <w:t>46:52  Fayyaz sahib explained him, but he again said ke in ko kaun rokega? Unho ne to ana hi sab bana rakha hai, usi ko Islam kehte hain.</w:t>
      </w:r>
      <w:r>
        <w:br/>
      </w:r>
      <w:r>
        <w:rPr>
          <w:sz w:val="20"/>
        </w:rPr>
        <w:t>47:04  Fayyaz sahib, Anis bhai and I were listening to him for four to five minutes, and then Fayyaz sahib said, 'Aap is ko padhein,</w:t>
      </w:r>
      <w:r>
        <w:br/>
      </w:r>
      <w:r>
        <w:rPr>
          <w:sz w:val="20"/>
        </w:rPr>
        <w:t>47:13  yeh Maulana Wahiduddin Khan sahib ka Quran translation hai, hum log inhi se juray hue hain. ' And then he said about me ke yeh Abdulmahad Khan ke nawase hain, Maulana unke bare nana hain.</w:t>
      </w:r>
      <w:r>
        <w:br/>
      </w:r>
      <w:r>
        <w:rPr>
          <w:sz w:val="20"/>
        </w:rPr>
        <w:t>47:28  The moment he heard it, he hugged me for ten seconds at least aur kaha ke, aur mujhe pakad ke kaha ke Wahiduddin Khan sahib, woh toh mere favorite hain,</w:t>
      </w:r>
      <w:r>
        <w:br/>
      </w:r>
      <w:r>
        <w:rPr>
          <w:sz w:val="20"/>
        </w:rPr>
        <w:t>47:43  parhta hoon kitabein mein unki, bohat acha laga aap sab logon se mil ke. All his questions were gone the moment he came to know that we are linked to Maulana sahib.</w:t>
      </w:r>
      <w:r>
        <w:br/>
      </w:r>
      <w:r>
        <w:rPr>
          <w:sz w:val="20"/>
        </w:rPr>
        <w:t>47:55  We gave him the link for the Sunday talk and told him everything about that.</w:t>
      </w:r>
      <w:r>
        <w:br/>
      </w:r>
      <w:r>
        <w:rPr>
          <w:sz w:val="20"/>
        </w:rPr>
        <w:t>48:02  unhone phir, Maulana, ek aur cheez likhi hai, unhone likha hai "There is always some bad with the good, and ninety-nine percent of the bad comments came from the Muslims.</w:t>
      </w:r>
      <w:r>
        <w:br/>
      </w:r>
      <w:r>
        <w:rPr>
          <w:sz w:val="20"/>
        </w:rPr>
        <w:t>48:14  Some were just passing by and murmuring that they should be stopped. How can they do this? kisi ko bhi aise Quran de rahe hain?</w:t>
      </w:r>
      <w:r>
        <w:br/>
      </w:r>
      <w:r>
        <w:rPr>
          <w:sz w:val="20"/>
        </w:rPr>
        <w:t>48:24  Some of them came to us and said, 'aap aise sab ko kyun de rahe hain? galat hai, be adabi hogi,</w:t>
      </w:r>
      <w:r>
        <w:br/>
      </w:r>
      <w:r>
        <w:rPr>
          <w:sz w:val="20"/>
        </w:rPr>
        <w:t>48:32  le ke phenk diya toh? pak saaf nahi rakhta koi, and so on. But we told them that it's a message of God and every human has aright to know what's in the Quran.</w:t>
      </w:r>
      <w:r>
        <w:br/>
      </w:r>
      <w:r>
        <w:rPr>
          <w:sz w:val="20"/>
        </w:rPr>
        <w:t>48:46  They should know it; other things are secondary. Some of them agreed, some of them disagreed to agree. All those who objected said the same words."</w:t>
      </w:r>
      <w:r>
        <w:br/>
      </w:r>
      <w:r>
        <w:rPr>
          <w:sz w:val="20"/>
        </w:rPr>
        <w:t>49:03  is mein dekhiye, yeh lesson hai ke hamari misunderstanding hoti hai. Insan waisa nahi hota, hum samajh lete hain ke khud se har insan ko ek hi Khuda ne paida kiya hai.</w:t>
      </w:r>
      <w:r>
        <w:br/>
      </w:r>
      <w:r>
        <w:rPr>
          <w:sz w:val="20"/>
        </w:rPr>
        <w:t>49:21  har insan ka nature ek hai: fitratul layli fitratun naas to in advance aap kisi bare mein buri rai na banayein,</w:t>
      </w:r>
      <w:r>
        <w:br/>
      </w:r>
      <w:r>
        <w:rPr>
          <w:sz w:val="20"/>
        </w:rPr>
        <w:t>49:34  kabhi bhi aisa ghalati na karein. Aap yeh samjhayein ke woh bhi insan hai jise mein insan hoon, jisne mujh ko paida kiya, Allah ne us ko hi paida kiya.</w:t>
      </w:r>
      <w:r>
        <w:br/>
      </w:r>
      <w:r>
        <w:rPr>
          <w:sz w:val="20"/>
        </w:rPr>
        <w:t>49:45  Allah ne to dekhiye, starting point aap kabhi bhi misunderstanding ko na banayein. Misunderstanding jo hai, woh kabhi aap ka starting point nahi hona chahiye,</w:t>
      </w:r>
      <w:r>
        <w:br/>
      </w:r>
      <w:r>
        <w:rPr>
          <w:sz w:val="20"/>
        </w:rPr>
        <w:t>49:59  balke woh ilm hona chahiye jo Allah ne diya hai ke fitratul layli fitratun naas yahan se aap start lijiye ke woh bhi insan, mein bhi insan.</w:t>
      </w:r>
      <w:r>
        <w:br/>
      </w:r>
      <w:r>
        <w:rPr>
          <w:sz w:val="20"/>
        </w:rPr>
        <w:t>50:12  yeh hai positive method, daao dawat ke kaam ka.</w:t>
      </w:r>
    </w:p>
    <w:p>
      <w:pPr>
        <w:pStyle w:val="Heading2"/>
      </w:pPr>
      <w:r>
        <w:t>Full story of leaving tasawwuf for Maulana's teachings</w:t>
      </w:r>
    </w:p>
    <w:p>
      <w:r>
        <w:rPr>
          <w:color w:val="666666"/>
          <w:sz w:val="18"/>
        </w:rPr>
        <w:t>Discussion on Marefat (Ulama Session- I) Peace Conference April 29-30, 2023 · 5m 14s · at 23:33 · https://youtu.be/c1NFCRXpYBQ?t=1413</w:t>
      </w:r>
    </w:p>
    <w:p>
      <w:r>
        <w:rPr>
          <w:i/>
        </w:rPr>
        <w:t>“I spent about fifteen years in tasawwuf in Gujarat.”</w:t>
      </w:r>
    </w:p>
    <w:p>
      <w:r>
        <w:rPr>
          <w:sz w:val="20"/>
        </w:rPr>
        <w:t>23:33  Gujarat maine tasawwuf ke raste mein lagbhag pandrah solah saal karsha tay kiya tha aur tasawwuf ki jitni jinhe umhaad ek khutub kaha jata hai, maine apni hesiyat ke mutabiq unka mutala bhi kiya tha.</w:t>
      </w:r>
      <w:r>
        <w:br/>
      </w:r>
      <w:r>
        <w:rPr>
          <w:sz w:val="20"/>
        </w:rPr>
        <w:t>23:57  main samajhta hoon ke aap mein bhi bahut sare aise hazrat honge jinko tasawwuf se shubuf raha hai aur tasawwuf ka mutala kya hai?to maine bhi is raste mein bahut tabeel safaltai kiya tha aur tasawwuf ke prasmurivaj ke mutabiq jo ibadat ke tareeqe hain, wazaif hain, tamam cheezon ko maine bhi kiya.</w:t>
      </w:r>
      <w:r>
        <w:br/>
      </w:r>
      <w:r>
        <w:rPr>
          <w:sz w:val="20"/>
        </w:rPr>
        <w:t>24:22  lekin jab usi dauran puran ka bhi sanjidgi se mutala karna shuru kiya, woh ek jhatka sa laga aur mehsoos hua ke kasoof ek alag duniya hai aur puran ek alag duniya hai. lekin iske bawajood kasoof ka safar gari raha.</w:t>
      </w:r>
      <w:r>
        <w:br/>
      </w:r>
      <w:r>
        <w:rPr>
          <w:sz w:val="20"/>
        </w:rPr>
        <w:t>24:41  lekin dil mein kalish hoti thi aur bahut sare sawalat bar bar samne aakar khade ho jate the</w:t>
      </w:r>
      <w:r>
        <w:br/>
      </w:r>
      <w:r>
        <w:rPr>
          <w:sz w:val="20"/>
        </w:rPr>
        <w:t>24:47  aur koi literature mere samne aisa nahi tha jo mere sawalat ka hal pesh karta ho aur musalsal</w:t>
      </w:r>
      <w:r>
        <w:br/>
      </w:r>
      <w:r>
        <w:rPr>
          <w:sz w:val="20"/>
        </w:rPr>
        <w:t>24:53  main talash karta tha aur sajde mein gir ke allah se dua karta tha ki meri jo yeh</w:t>
      </w:r>
      <w:r>
        <w:br/>
      </w:r>
      <w:r>
        <w:rPr>
          <w:sz w:val="20"/>
        </w:rPr>
        <w:t>24:59  confusion hai isko yeh allah door kar de aur usi ke sath har aitbar se main tasawwuf ki</w:t>
      </w:r>
      <w:r>
        <w:br/>
      </w:r>
      <w:r>
        <w:rPr>
          <w:sz w:val="20"/>
        </w:rPr>
        <w:t>25:05  kitabon ka jaiza leta tha, dhoondhta tha, padhta tha, lekin kahin mere liye tasalli bakhsh jawab jo hai</w:t>
      </w:r>
      <w:r>
        <w:br/>
      </w:r>
      <w:r>
        <w:rPr>
          <w:sz w:val="20"/>
        </w:rPr>
        <w:t>25:11  woh hasil nahi hua tha.</w:t>
      </w:r>
      <w:r>
        <w:br/>
      </w:r>
      <w:r>
        <w:rPr>
          <w:sz w:val="20"/>
        </w:rPr>
        <w:t>25:17  usmein sabse bada masla jo hai woh wahdat-e-wujood aur wahdat-e-shuhood ka masla tha. jo nihayat confusion ka masla tha. na sirf mere liye balki main samajhta hoon jitne bhi log tasawwuf se jude hue hain, unke liye ek bahut bada masla hai aur nakabile hal masla hai. aur jab main do hazar panch chhe ke baad phir se Maulana ki literature wagera ko padhna maine shuru kiya.</w:t>
      </w:r>
      <w:r>
        <w:br/>
      </w:r>
      <w:r>
        <w:rPr>
          <w:sz w:val="20"/>
        </w:rPr>
        <w:t>25:43  mere walid mohtaram marhoom, Noor Muhammad sahib, Arshala ke khari the. uske baad hamare yahan Arshala ka aana munqate ho gaya tha, jiski wajah se main bhi mahroom raha. uske baad jab Arshala se main juda aur Maulana ki kitabein padhne laga, to mere jitne sawalat the, sawalat ki ek bahut lambi fehrist thi tasawwuf ko lekar. to ek ek sawal hal hota chala gaya.</w:t>
      </w:r>
      <w:r>
        <w:br/>
      </w:r>
      <w:r>
        <w:rPr>
          <w:sz w:val="20"/>
        </w:rPr>
        <w:t>26:12  ismein main bataunga ki Maulana ki jo kitab, kitabein Maarifat hai, woh hamein padhna chahiye aur Maulana ne is kitab ko jo hai ek tasawwuf ke counter ke taur par likha hai. main kahunga ki tasawwuf se jo jo sawalat paida ho sakte hain, un tamam sawalat ka usmein bahut saleeqe se andaaz mein hal pesh kiya gaya.</w:t>
      </w:r>
      <w:r>
        <w:br/>
      </w:r>
      <w:r>
        <w:rPr>
          <w:sz w:val="20"/>
        </w:rPr>
        <w:t>26:35  to maulana ko padhne ke baad pehli bar jaisa ki hamare nayat ullamari sahab ne bhi mind based</w:t>
      </w:r>
      <w:r>
        <w:br/>
      </w:r>
      <w:r>
        <w:rPr>
          <w:sz w:val="20"/>
        </w:rPr>
        <w:t>26:45  marifat aur mind based spirituality ki baat ki, uska kahin door tak, na puran mein uska koi shaiba</w:t>
      </w:r>
      <w:r>
        <w:br/>
      </w:r>
      <w:r>
        <w:rPr>
          <w:sz w:val="20"/>
        </w:rPr>
        <w:t>26:55  milta hai, na hadith mein milta hai.</w:t>
      </w:r>
      <w:r>
        <w:br/>
      </w:r>
      <w:r>
        <w:rPr>
          <w:sz w:val="20"/>
        </w:rPr>
        <w:t>27:06  iske muqable mein Maulana ne jo Maarifat pesh kiya hai, woh bilkul puran aur hadith ke mutabiq hai aur hamare nature tak woh baat pahunchti hai, hamari fitrat usko manti hai. iske alawa bahut sari cheezein hain kyunki yeh tafseel ka mauka nahi hai. kitabein Maarifat mein jo ibtidai abwab hai, unmein Maulana ne ek ek pehlu ke pehlu ko lekar bahut tafseeli guftugu ki hai.</w:t>
      </w:r>
      <w:r>
        <w:br/>
      </w:r>
      <w:r>
        <w:rPr>
          <w:sz w:val="20"/>
        </w:rPr>
        <w:t>27:32  tazkiya chunki tasawwuf ke hazrat ke paas jo hai mabni bar fal tazkiya hota hai. usmein character ka koi door tak zikr nahi hota. aap bas muraqaba kijiye, mushahida kijiye, pass and pass ka zikr kijiye. is tarah ke bahut sari wirdishein hain jo aapko karte rehna hai, lekin character par kahin bhi comment nahi hai.</w:t>
      </w:r>
      <w:r>
        <w:br/>
      </w:r>
      <w:r>
        <w:rPr>
          <w:sz w:val="20"/>
        </w:rPr>
        <w:t>27:52  to Maulana ne musbat soch, manfi soch jaise istilaha ko istemal karke aur tazkiya ka bilkul ek naya zawiya Maulana ne apni kitabein Maarifat mein pesh kiya hai. sirf hum agar tazkiya hi ko padh lein to sara tasawwuf ka jo yani ruhaniyat jisko hum talash kar rahe hain woh usmein hamein mil jayega. to main aapse bhi guzarish karta hoon.</w:t>
      </w:r>
      <w:r>
        <w:br/>
      </w:r>
      <w:r>
        <w:rPr>
          <w:sz w:val="20"/>
        </w:rPr>
        <w:t>28:20  jo log tasawwuf ko jante hain, tasawwuf ka shauq rakhte hain, unko chahiye ki woh kitabein Maaruf, Maarifat ka takabul ke sath mutala karein. to main aaj gawahi deta hoon aur is majlis mein main aelan karta hoon ki jitne bhi tasawwuf ko lekar mere shubhat the, woh kitabein Maarifat jaisi kitab mein mere tamam shubhat ko door kar diya. main isi ke sath apni baat khatm karta hoon.</w:t>
      </w:r>
      <w:r>
        <w:br/>
      </w:r>
      <w:r>
        <w:rPr>
          <w:sz w:val="20"/>
        </w:rPr>
        <w:t>28:47  ji jazaakallah hamare Wajid Ali Sahab chunki tasawwuf se ke background ke hain, unhone ek baat badi achhi batai ki character building ki baat jo hoti hai woh shurua dariaft ke baad shurua changes ke baad tazkiya hota hai. to wahan jo hai insan ko ek wajdan ki kai fira ya kuch halon akhbar ki kai fira bazahir mil jati hai tasawwuf mein.</w:t>
      </w:r>
    </w:p>
    <w:p>
      <w:pPr>
        <w:pStyle w:val="Heading2"/>
      </w:pPr>
      <w:r>
        <w:t>Hypocrisy emerges from lack of self-correction</w:t>
      </w:r>
    </w:p>
    <w:p>
      <w:r>
        <w:rPr>
          <w:color w:val="666666"/>
          <w:sz w:val="18"/>
        </w:rPr>
        <w:t>Dars-e-Quran, Chapter 2,  Vs 7-19 | July 26,  2015 · 5m 05s · at 2:21 · https://youtu.be/O71wvnrbnXU?t=141</w:t>
      </w:r>
    </w:p>
    <w:p>
      <w:r>
        <w:rPr>
          <w:i/>
        </w:rPr>
        <w:t>“In Mecca there was only Islam or denial.”</w:t>
      </w:r>
    </w:p>
    <w:p>
      <w:r>
        <w:rPr>
          <w:sz w:val="20"/>
        </w:rPr>
        <w:t>2:21  fenomina nahi tha.</w:t>
      </w:r>
      <w:r>
        <w:br/>
      </w:r>
      <w:r>
        <w:rPr>
          <w:sz w:val="20"/>
        </w:rPr>
        <w:t>2:26  wahan ya to islam tha ya inkar tha.</w:t>
      </w:r>
      <w:r>
        <w:br/>
      </w:r>
      <w:r>
        <w:rPr>
          <w:sz w:val="20"/>
        </w:rPr>
        <w:t>2:31  lekin madine mein ek naya zahira paida hua.</w:t>
      </w:r>
      <w:r>
        <w:br/>
      </w:r>
      <w:r>
        <w:rPr>
          <w:sz w:val="20"/>
        </w:rPr>
        <w:t>2:36  wo is ko kehte hain munafiqat.</w:t>
      </w:r>
      <w:r>
        <w:br/>
      </w:r>
      <w:r>
        <w:rPr>
          <w:sz w:val="20"/>
        </w:rPr>
        <w:t>2:41  yani wahan par chounke mask corrosion ho raha tha to bohat se log islam mein dakhil ho gaye.</w:t>
      </w:r>
      <w:r>
        <w:br/>
      </w:r>
      <w:r>
        <w:rPr>
          <w:sz w:val="20"/>
        </w:rPr>
        <w:t>2:46  yani social compulsion ke tehat.</w:t>
      </w:r>
      <w:r>
        <w:br/>
      </w:r>
      <w:r>
        <w:rPr>
          <w:sz w:val="20"/>
        </w:rPr>
        <w:t>2:51  to lekin un ki ziyada tarbiyat to is se nahi hui thi jaise makke mein hui thi logon ki.</w:t>
      </w:r>
      <w:r>
        <w:br/>
      </w:r>
      <w:r>
        <w:rPr>
          <w:sz w:val="20"/>
        </w:rPr>
        <w:t>2:56  un ka imaan ziyada pakka nahi hua tha.</w:t>
      </w:r>
      <w:r>
        <w:br/>
      </w:r>
      <w:r>
        <w:rPr>
          <w:sz w:val="20"/>
        </w:rPr>
        <w:t>3:02  to dhire dhire un mein ek duality aa gayi.</w:t>
      </w:r>
      <w:r>
        <w:br/>
      </w:r>
      <w:r>
        <w:rPr>
          <w:sz w:val="20"/>
        </w:rPr>
        <w:t>3:07  yani bazahir to ye dikhana logon ko ke hum islam mein hain, islam mein hain, islam mein hain.</w:t>
      </w:r>
      <w:r>
        <w:br/>
      </w:r>
      <w:r>
        <w:rPr>
          <w:sz w:val="20"/>
        </w:rPr>
        <w:t>3:12  lekin andar se un ko islam se koi dilchaspi nahi thi.</w:t>
      </w:r>
      <w:r>
        <w:br/>
      </w:r>
      <w:r>
        <w:rPr>
          <w:sz w:val="20"/>
        </w:rPr>
        <w:t>3:17  to tarah tarah ke</w:t>
      </w:r>
      <w:r>
        <w:br/>
      </w:r>
      <w:r>
        <w:rPr>
          <w:sz w:val="20"/>
        </w:rPr>
        <w:t>3:22  fitne paida karte the, social paida karte the.</w:t>
      </w:r>
      <w:r>
        <w:br/>
      </w:r>
      <w:r>
        <w:rPr>
          <w:sz w:val="20"/>
        </w:rPr>
        <w:t>3:27  taake apne ko justify karen.</w:t>
      </w:r>
      <w:r>
        <w:br/>
      </w:r>
      <w:r>
        <w:rPr>
          <w:sz w:val="20"/>
        </w:rPr>
        <w:t>3:32  yani jo munafiqat koi anokhi cheez ka naam nahi hai.</w:t>
      </w:r>
      <w:r>
        <w:br/>
      </w:r>
      <w:r>
        <w:rPr>
          <w:sz w:val="20"/>
        </w:rPr>
        <w:t>3:37  wo har samaj mein hota hai.</w:t>
      </w:r>
      <w:r>
        <w:br/>
      </w:r>
      <w:r>
        <w:rPr>
          <w:sz w:val="20"/>
        </w:rPr>
        <w:t>3:42  aaj bhi hai.</w:t>
      </w:r>
      <w:r>
        <w:br/>
      </w:r>
      <w:r>
        <w:rPr>
          <w:sz w:val="20"/>
        </w:rPr>
        <w:t>3:47  yani jo log ke ikhlas ke sath islam par qaim na hon balki social compulsion ya material interest</w:t>
      </w:r>
      <w:r>
        <w:br/>
      </w:r>
      <w:r>
        <w:rPr>
          <w:sz w:val="20"/>
        </w:rPr>
        <w:t>3:52  jaise asbab se wo muslim society mein shamil hon aur un ka imaan kamzor ho chuka ho.</w:t>
      </w:r>
      <w:r>
        <w:br/>
      </w:r>
      <w:r>
        <w:rPr>
          <w:sz w:val="20"/>
        </w:rPr>
        <w:t>3:59  ye khaas taur par ye baad ke zamane mein to bohat hota hai jab jab degeneration ho</w:t>
      </w:r>
      <w:r>
        <w:br/>
      </w:r>
      <w:r>
        <w:rPr>
          <w:sz w:val="20"/>
        </w:rPr>
        <w:t>4:05  chuka hota hai.</w:t>
      </w:r>
      <w:r>
        <w:br/>
      </w:r>
      <w:r>
        <w:rPr>
          <w:sz w:val="20"/>
        </w:rPr>
        <w:t>4:11  to ye un ka zahira hai.</w:t>
      </w:r>
      <w:r>
        <w:br/>
      </w:r>
      <w:r>
        <w:rPr>
          <w:sz w:val="20"/>
        </w:rPr>
        <w:t>4:17  to ye jo farmaya ke un ka</w:t>
      </w:r>
      <w:r>
        <w:br/>
      </w:r>
      <w:r>
        <w:rPr>
          <w:sz w:val="20"/>
        </w:rPr>
        <w:t>4:24  un ka un ka wo dilon se samajhte nahi, wo kaan se sunte nahi, aankh se dekhte nahi,</w:t>
      </w:r>
      <w:r>
        <w:br/>
      </w:r>
      <w:r>
        <w:rPr>
          <w:sz w:val="20"/>
        </w:rPr>
        <w:t>4:30  yeh kya hai? bazoher teen lafz hain lekin haqeeqat aik hi hai.</w:t>
      </w:r>
      <w:r>
        <w:br/>
      </w:r>
      <w:r>
        <w:rPr>
          <w:sz w:val="20"/>
        </w:rPr>
        <w:t>4:36  woh hai conditioning.</w:t>
      </w:r>
      <w:r>
        <w:br/>
      </w:r>
      <w:r>
        <w:rPr>
          <w:sz w:val="20"/>
        </w:rPr>
        <w:t>4:43  کنڈیشننگ کیا ہے؟ جب آدمی ایک راستہ اختیار کرے اور اس پر وہ محاسبہ نہ کرے، introspection نہ</w:t>
      </w:r>
      <w:r>
        <w:br/>
      </w:r>
      <w:r>
        <w:rPr>
          <w:sz w:val="20"/>
        </w:rPr>
        <w:t>4:49  kare to dheere dheere woh pakhta ho jata hai.</w:t>
      </w:r>
      <w:r>
        <w:br/>
      </w:r>
      <w:r>
        <w:rPr>
          <w:sz w:val="20"/>
        </w:rPr>
        <w:t>4:56  محاسبہ یا introspection جو ہے اس سے آپ کے اندر self-correction کا پراسیس چلتا رہتا ہے۔ Self-correction.</w:t>
      </w:r>
      <w:r>
        <w:br/>
      </w:r>
      <w:r>
        <w:rPr>
          <w:sz w:val="20"/>
        </w:rPr>
        <w:t>5:06  لیکن جب آپ کے اندر محاسبہ نہ ہو، introspection نہ ہو تو self-correction کا process ختم ہو جاتا ہے۔</w:t>
      </w:r>
      <w:r>
        <w:br/>
      </w:r>
      <w:r>
        <w:rPr>
          <w:sz w:val="20"/>
        </w:rPr>
        <w:t>5:16  to phir kya hota hai? aadmi apne jis haal mein woh hai usi haal par woh kondi</w:t>
      </w:r>
      <w:r>
        <w:br/>
      </w:r>
      <w:r>
        <w:rPr>
          <w:sz w:val="20"/>
        </w:rPr>
        <w:t>5:26  conditioning hone lagti hai uski.</w:t>
      </w:r>
      <w:r>
        <w:br/>
      </w:r>
      <w:r>
        <w:rPr>
          <w:sz w:val="20"/>
        </w:rPr>
        <w:t>5:30  aur dheere dheere itna pakhta hota hai ke usi ko theek samajhta hai woh.</w:t>
      </w:r>
      <w:r>
        <w:br/>
      </w:r>
      <w:r>
        <w:rPr>
          <w:sz w:val="20"/>
        </w:rPr>
        <w:t>5:35  to koi baat kahi jaye to na us ke kaan sunenge, na us ki aqal sochegi,</w:t>
      </w:r>
      <w:r>
        <w:br/>
      </w:r>
      <w:r>
        <w:rPr>
          <w:sz w:val="20"/>
        </w:rPr>
        <w:t>5:39  na us ki aankh dekhegi.</w:t>
      </w:r>
      <w:r>
        <w:br/>
      </w:r>
      <w:r>
        <w:rPr>
          <w:sz w:val="20"/>
        </w:rPr>
        <w:t>5:43  to yeh hota hai haal.</w:t>
      </w:r>
      <w:r>
        <w:br/>
      </w:r>
      <w:r>
        <w:rPr>
          <w:sz w:val="20"/>
        </w:rPr>
        <w:t>5:47  kisi bhi shakhs ka yeh haal ho sakta hai jo apna muhasba na karta ho.</w:t>
      </w:r>
      <w:r>
        <w:br/>
      </w:r>
      <w:r>
        <w:rPr>
          <w:sz w:val="20"/>
        </w:rPr>
        <w:t>5:52  to munafiq koi anokhi makhlooq ka naam nahi</w:t>
      </w:r>
      <w:r>
        <w:br/>
      </w:r>
      <w:r>
        <w:rPr>
          <w:sz w:val="20"/>
        </w:rPr>
        <w:t>5:56  hai.</w:t>
      </w:r>
      <w:r>
        <w:br/>
      </w:r>
      <w:r>
        <w:rPr>
          <w:sz w:val="20"/>
        </w:rPr>
        <w:t>6:02  aik samaj mein log hote hain jaise madine mein thay aise aaj bhi.</w:t>
      </w:r>
      <w:r>
        <w:br/>
      </w:r>
      <w:r>
        <w:rPr>
          <w:sz w:val="20"/>
        </w:rPr>
        <w:t>6:08  ke jin logon ka sach poochein to munafiqat ka matlab yeh hai ke aadmi bazoher islam ko manta</w:t>
      </w:r>
      <w:r>
        <w:br/>
      </w:r>
      <w:r>
        <w:rPr>
          <w:sz w:val="20"/>
        </w:rPr>
        <w:t>6:14  ho lekin us ke andar introspection ka amal jari na ho.</w:t>
      </w:r>
      <w:r>
        <w:br/>
      </w:r>
      <w:r>
        <w:rPr>
          <w:sz w:val="20"/>
        </w:rPr>
        <w:t>6:20  muhasba ka amal jari na ho. kyon</w:t>
      </w:r>
      <w:r>
        <w:br/>
      </w:r>
      <w:r>
        <w:rPr>
          <w:sz w:val="20"/>
        </w:rPr>
        <w:t>6:26  ke rozana durood hoti hai ke rozana aadmi sochta hai, rozana, rozana.</w:t>
      </w:r>
      <w:r>
        <w:br/>
      </w:r>
      <w:r>
        <w:rPr>
          <w:sz w:val="20"/>
        </w:rPr>
        <w:t>6:30  har din aadmi ko shaitan hamla karta hai.</w:t>
      </w:r>
      <w:r>
        <w:br/>
      </w:r>
      <w:r>
        <w:rPr>
          <w:sz w:val="20"/>
        </w:rPr>
        <w:t>6:35  paighamber pe hamla karta hai.</w:t>
      </w:r>
      <w:r>
        <w:br/>
      </w:r>
      <w:r>
        <w:rPr>
          <w:sz w:val="20"/>
        </w:rPr>
        <w:t>6:39  koi aadmi is se exempted nahi hai.</w:t>
      </w:r>
      <w:r>
        <w:br/>
      </w:r>
      <w:r>
        <w:rPr>
          <w:sz w:val="20"/>
        </w:rPr>
        <w:t>6:43  to zaroori hai ke aadmi alert rahe.</w:t>
      </w:r>
      <w:r>
        <w:br/>
      </w:r>
      <w:r>
        <w:rPr>
          <w:sz w:val="20"/>
        </w:rPr>
        <w:t>6:48  woh apna introspection karta rahe.</w:t>
      </w:r>
      <w:r>
        <w:br/>
      </w:r>
      <w:r>
        <w:rPr>
          <w:sz w:val="20"/>
        </w:rPr>
        <w:t>6:52  to aik self correction ka process jari rehta hai to aadmi</w:t>
      </w:r>
      <w:r>
        <w:br/>
      </w:r>
      <w:r>
        <w:rPr>
          <w:sz w:val="20"/>
        </w:rPr>
        <w:t>6:56  ki conditioning ruki rehti hai.</w:t>
      </w:r>
      <w:r>
        <w:br/>
      </w:r>
      <w:r>
        <w:rPr>
          <w:sz w:val="20"/>
        </w:rPr>
        <w:t>7:01  lekin jab aadmi ke andar self correction ka process jari na ho to wahi dheere dheere nifaq ban jata hai.</w:t>
      </w:r>
      <w:r>
        <w:br/>
      </w:r>
      <w:r>
        <w:rPr>
          <w:sz w:val="20"/>
        </w:rPr>
        <w:t>7:05  to nifaq jab aa jata hai to log bazoher to masjidon mein namaz padhenge, bazoher roze bhi rakhenge.</w:t>
      </w:r>
      <w:r>
        <w:br/>
      </w:r>
      <w:r>
        <w:rPr>
          <w:sz w:val="20"/>
        </w:rPr>
        <w:t>7:09  lekin dil mein ikhlas nahi hoga.</w:t>
      </w:r>
      <w:r>
        <w:br/>
      </w:r>
      <w:r>
        <w:rPr>
          <w:sz w:val="20"/>
        </w:rPr>
        <w:t>7:13  dil mein Allah ka khauf nahi hoga.</w:t>
      </w:r>
      <w:r>
        <w:br/>
      </w:r>
      <w:r>
        <w:rPr>
          <w:sz w:val="20"/>
        </w:rPr>
        <w:t>7:18  dil mein akhirat ki pakad nahi hogi.</w:t>
      </w:r>
      <w:r>
        <w:br/>
      </w:r>
      <w:r>
        <w:rPr>
          <w:sz w:val="20"/>
        </w:rPr>
        <w:t>7:22  to phir kuch un ke siwa mil jayega. apne inter</w:t>
      </w:r>
    </w:p>
    <w:p>
      <w:pPr>
        <w:pStyle w:val="Heading2"/>
      </w:pPr>
      <w:r>
        <w:t>Gaurav Patel story and Quran's total truth</w:t>
      </w:r>
    </w:p>
    <w:p>
      <w:r>
        <w:rPr>
          <w:color w:val="666666"/>
          <w:sz w:val="18"/>
        </w:rPr>
        <w:t>Message on Eid Al-Adha October 27, 2012 · 5m 11s · at 38:40 · https://youtu.be/eGzAlyVEafc?t=2320</w:t>
      </w:r>
    </w:p>
    <w:p>
      <w:r>
        <w:rPr>
          <w:i/>
        </w:rPr>
        <w:t>“Abhi ek waqea aaya tha media mein”</w:t>
      </w:r>
    </w:p>
    <w:p>
      <w:r>
        <w:rPr>
          <w:sz w:val="20"/>
        </w:rPr>
        <w:t>38:40  ke abhi ek waqia aaya tha media mein, aap jante honge isi mahine yani october mein ke ek naujawan jis ki umar thi 24 saal, dilli mein woh job karta tha,</w:t>
      </w:r>
      <w:r>
        <w:br/>
      </w:r>
      <w:r>
        <w:rPr>
          <w:sz w:val="20"/>
        </w:rPr>
        <w:t>38:56  woh MBA tha aur aur MBBS bhi kiya tha us ne, woh yahan job kar raha tha dilli mein. us ne apne office ki athveen manzil se chhalang laga kar suicide kar liya.</w:t>
      </w:r>
      <w:r>
        <w:br/>
      </w:r>
      <w:r>
        <w:rPr>
          <w:sz w:val="20"/>
        </w:rPr>
        <w:t>39:10  us ka naam tha gaurav patel, woh nasik ka rehne wala tha. gaurav patel to us jo suicide note use chhora, woh internet pe aap dekh sakte hain, main ne bhi internet pe dekha hai.</w:t>
      </w:r>
      <w:r>
        <w:br/>
      </w:r>
      <w:r>
        <w:rPr>
          <w:sz w:val="20"/>
        </w:rPr>
        <w:t>39:26  do pages ka ek note use chhora, is mein woh likhta hai ke mujhe sachai ki talash thi aur main frasi ki kitabein parhta raha sachai ko janne ke liye.</w:t>
      </w:r>
      <w:r>
        <w:br/>
      </w:r>
      <w:r>
        <w:rPr>
          <w:sz w:val="20"/>
        </w:rPr>
        <w:t>39:43  us ka jo room mate tha, woh ek ek kamre mein rehta tha, do naujawan. to room mate ne bhi yahi baat batai ke woh frasi ki kitabein parhta rehta tha.</w:t>
      </w:r>
      <w:r>
        <w:br/>
      </w:r>
      <w:r>
        <w:rPr>
          <w:sz w:val="20"/>
        </w:rPr>
        <w:t>39:55  to</w:t>
      </w:r>
      <w:r>
        <w:br/>
      </w:r>
      <w:r>
        <w:rPr>
          <w:sz w:val="20"/>
        </w:rPr>
        <w:t>39:56  suicide note mein use likha tha ke frasi ki kitabon se mujhe sachai nahi mili, ab main doosri duniya mein ja raha hoon, yani yani death ke baad jo doosri duniya hai, wahan ja raha hoon taake mujhe pata chal jaye ke sachai hai kiya.</w:t>
      </w:r>
      <w:r>
        <w:br/>
      </w:r>
      <w:r>
        <w:rPr>
          <w:sz w:val="20"/>
        </w:rPr>
        <w:t>40:15  us ko jab main ne parha to mujhe ek bohat bari baat samajh mein aayi,</w:t>
      </w:r>
      <w:r>
        <w:br/>
      </w:r>
      <w:r>
        <w:rPr>
          <w:sz w:val="20"/>
        </w:rPr>
        <w:t>40:22  woh yeh ke philosophy jo hai, aap ko half truth batati hai, poori sachai nahi batati. philosophy kya hai?</w:t>
      </w:r>
      <w:r>
        <w:br/>
      </w:r>
      <w:r>
        <w:rPr>
          <w:sz w:val="20"/>
        </w:rPr>
        <w:t>40:32  philosophy sach poochen to abstract truth ki talash karti hai. philosophy abstract truth jaise misaal ke taur par dekhiye, bohat bara philosopher tha, german philosopher hegel,</w:t>
      </w:r>
      <w:r>
        <w:br/>
      </w:r>
      <w:r>
        <w:rPr>
          <w:sz w:val="20"/>
        </w:rPr>
        <w:t>40:46  jis ki death hui hai 1831 mein. 1831 mein</w:t>
      </w:r>
      <w:r>
        <w:br/>
      </w:r>
      <w:r>
        <w:rPr>
          <w:sz w:val="20"/>
        </w:rPr>
        <w:t>40:54  to us ne kya likha hai sachai ke bare mein? us ka word hai, yaani world spirit.</w:t>
      </w:r>
      <w:r>
        <w:br/>
      </w:r>
      <w:r>
        <w:rPr>
          <w:sz w:val="20"/>
        </w:rPr>
        <w:t>41:05  khuda ko ek nai, khuda ka word woh nahi bolta, yeh duniya mein ek world spirit kaam kar rahi hai. to world spirit kya cheez hai?</w:t>
      </w:r>
      <w:r>
        <w:br/>
      </w:r>
      <w:r>
        <w:rPr>
          <w:sz w:val="20"/>
        </w:rPr>
        <w:t>41:14  ek abstract idea hai. world spirit se aap contact nahi kar sakte, world spirit se aap apni duaen nahi mang sakte,</w:t>
      </w:r>
      <w:r>
        <w:br/>
      </w:r>
      <w:r>
        <w:rPr>
          <w:sz w:val="20"/>
        </w:rPr>
        <w:t>41:25  world spirit se aap ka companionship nahi ho sakti. world spirit aap ke jo andar jo arsh hai, uska jawab nahi hai.</w:t>
      </w:r>
      <w:r>
        <w:br/>
      </w:r>
      <w:r>
        <w:rPr>
          <w:sz w:val="20"/>
        </w:rPr>
        <w:t>41:36  to isi tarah ki baaten hoti hain philosophy ki kitabon mein. to philosophy ki kitaben parh parh ke iska mind address nahi hua, iske nature ko woh jawab nahi mila jo woh chahta tha.</w:t>
      </w:r>
      <w:r>
        <w:br/>
      </w:r>
      <w:r>
        <w:rPr>
          <w:sz w:val="20"/>
        </w:rPr>
        <w:t>41:49  to us ne suicide kar liya.</w:t>
      </w:r>
      <w:r>
        <w:br/>
      </w:r>
      <w:r>
        <w:rPr>
          <w:sz w:val="20"/>
        </w:rPr>
        <w:t>41:51  to maine socha ke quran agar us ko pohncha hota to is mein is ka kam az kam jawab to mil jata us ko ke kyunke quran total truth ko batata hai, yaani what is,</w:t>
      </w:r>
      <w:r>
        <w:br/>
      </w:r>
      <w:r>
        <w:rPr>
          <w:sz w:val="20"/>
        </w:rPr>
        <w:t>42:06  yaani what is, yaani pre-death period mein kya hai aur post-death period mein kya hai, sachai kya hai aur sachai ka end kya hai,</w:t>
      </w:r>
      <w:r>
        <w:br/>
      </w:r>
      <w:r>
        <w:rPr>
          <w:sz w:val="20"/>
        </w:rPr>
        <w:t>42:22  purpose of life kya hai, aur aakhir mein hamein kya pesh aane wala hai hamare saath. to poora jo poori ideology jo hai, poora jo concept hai, jo total truth jis ko main keh raha hoon, woh sab quran mein us ko mil jati hai.</w:t>
      </w:r>
      <w:r>
        <w:br/>
      </w:r>
      <w:r>
        <w:rPr>
          <w:sz w:val="20"/>
        </w:rPr>
        <w:t>42:40  to jab maine us ko parha, yaani us ke us ka qissa guru patel ka, to ek nai baat mujhe samajh aai ke quran hi ek aisi kitab hai jo zindagi ki us ke bare mein batati hai,</w:t>
      </w:r>
      <w:r>
        <w:br/>
      </w:r>
      <w:r>
        <w:rPr>
          <w:sz w:val="20"/>
        </w:rPr>
        <w:t>42:56  poore sawal ka jawab deti hai. woh jawab philosophy ki kitabon mein nahi, woh science ki kitabon mein nahi, woh doosre mazhab ki kitabon mein nahi, woh sirf quran mein hai.</w:t>
      </w:r>
      <w:r>
        <w:br/>
      </w:r>
      <w:r>
        <w:rPr>
          <w:sz w:val="20"/>
        </w:rPr>
        <w:t>43:08  to ek to yeh hai ke quran khuda ki kitab hai, doosra yeh ke quran hi mein total truth ko bataya gaya hai, poori sachai ko.</w:t>
      </w:r>
      <w:r>
        <w:br/>
      </w:r>
      <w:r>
        <w:rPr>
          <w:sz w:val="20"/>
        </w:rPr>
        <w:t>43:19  to agar hum quran ko pohncha den insanon tak to phir hamari ek bohat bari zimmedari ada ho ho jayegi.</w:t>
      </w:r>
      <w:r>
        <w:br/>
      </w:r>
      <w:r>
        <w:rPr>
          <w:sz w:val="20"/>
        </w:rPr>
        <w:t>43:28  woh zimmedari yeh hai ke quran mein yeh hai ke lasta alaihim bimusaitir anta muzakkir lasta alaihim bimusaitir tumhara kaam hai pohncha dena,</w:t>
      </w:r>
      <w:r>
        <w:br/>
      </w:r>
      <w:r>
        <w:rPr>
          <w:sz w:val="20"/>
        </w:rPr>
        <w:t>43:43  tum logon ke upar darogha nahi ho, yeh logon ko badal dalna, badal dalna yeh tumhara kaam nahi hai. to is ka matlab kya hai</w:t>
      </w:r>
    </w:p>
    <w:p>
      <w:pPr>
        <w:pStyle w:val="Heading2"/>
      </w:pPr>
      <w:r>
        <w:t>Judging Islam by Quran, not Muslims</w:t>
      </w:r>
    </w:p>
    <w:p>
      <w:r>
        <w:rPr>
          <w:color w:val="666666"/>
          <w:sz w:val="18"/>
        </w:rPr>
        <w:t>Islam and Sufism, Islam and Spirituality (Group of Gothers) - Maulana Wahiduddin Khan · 4m 04s · at 50:43 · https://youtu.be/yuxUUlOqZLM?t=3043</w:t>
      </w:r>
    </w:p>
    <w:p>
      <w:r>
        <w:rPr>
          <w:i/>
        </w:rPr>
        <w:t>“If you want to know what is Islam, please study the scripture”</w:t>
      </w:r>
    </w:p>
    <w:p>
      <w:r>
        <w:rPr>
          <w:sz w:val="20"/>
        </w:rPr>
        <w:t>50:43  you don't need details. and so i i can i would like to add one more point that if you want to know what is islam, please study the scripture.</w:t>
      </w:r>
      <w:r>
        <w:br/>
      </w:r>
      <w:r>
        <w:rPr>
          <w:sz w:val="20"/>
        </w:rPr>
        <w:t>51:06  don't see the muslims.</w:t>
      </w:r>
      <w:r>
        <w:br/>
      </w:r>
      <w:r>
        <w:rPr>
          <w:sz w:val="20"/>
        </w:rPr>
        <w:t>51:11  you have to differentiate</w:t>
      </w:r>
      <w:r>
        <w:br/>
      </w:r>
      <w:r>
        <w:rPr>
          <w:sz w:val="20"/>
        </w:rPr>
        <w:t>51:17  between islam and muslims. you have to judge muslims in the light of islamic teachings and not vice versa.</w:t>
      </w:r>
      <w:r>
        <w:br/>
      </w:r>
      <w:r>
        <w:rPr>
          <w:sz w:val="20"/>
        </w:rPr>
        <w:t>51:29  you know, islam has a scripture, an authentic scripture. that is quran. quran is the only source book of islam.</w:t>
      </w:r>
      <w:r>
        <w:br/>
      </w:r>
      <w:r>
        <w:rPr>
          <w:sz w:val="20"/>
        </w:rPr>
        <w:t>51:39  quran is the reserve book of islam. quran is</w:t>
      </w:r>
      <w:r>
        <w:br/>
      </w:r>
      <w:r>
        <w:rPr>
          <w:sz w:val="20"/>
        </w:rPr>
        <w:t>51:47  completely reserve book, no change at all. so if you want to know what is islam, what is islamic spirituality, you have to read quran.</w:t>
      </w:r>
      <w:r>
        <w:br/>
      </w:r>
      <w:r>
        <w:rPr>
          <w:sz w:val="20"/>
        </w:rPr>
        <w:t>52:02  don't see muslim practices. muslims claim that we are people of islam, but they are not authentic source of islam.</w:t>
      </w:r>
      <w:r>
        <w:br/>
      </w:r>
      <w:r>
        <w:rPr>
          <w:sz w:val="20"/>
        </w:rPr>
        <w:t>52:16  the authentic source of islam is quran. and model is the prophet. quran is the book of ideology and the model is the prophet of islam.</w:t>
      </w:r>
      <w:r>
        <w:br/>
      </w:r>
      <w:r>
        <w:rPr>
          <w:sz w:val="20"/>
        </w:rPr>
        <w:t>52:29  so if you want to know what is islam, you have to read the quran. you have to you have to see the this model, this prophetic model.</w:t>
      </w:r>
      <w:r>
        <w:br/>
      </w:r>
      <w:r>
        <w:rPr>
          <w:sz w:val="20"/>
        </w:rPr>
        <w:t>52:44  and are the muslims. muslims are engage in the case of present muslim is that they become victim of reaction.</w:t>
      </w:r>
      <w:r>
        <w:br/>
      </w:r>
      <w:r>
        <w:rPr>
          <w:sz w:val="20"/>
        </w:rPr>
        <w:t>52:57  reaction. and all these things you see in the muslim world, that is reaction. this began during the colonial period.</w:t>
      </w:r>
      <w:r>
        <w:br/>
      </w:r>
      <w:r>
        <w:rPr>
          <w:sz w:val="20"/>
        </w:rPr>
        <w:t>53:10  well colonial powers captured muslim countries politically. muslim became angry. here started the present muslim movements.</w:t>
      </w:r>
      <w:r>
        <w:br/>
      </w:r>
      <w:r>
        <w:rPr>
          <w:sz w:val="20"/>
        </w:rPr>
        <w:t>53:23  all those so called muslim movements were production of reaction. reaction to this situation.</w:t>
      </w:r>
      <w:r>
        <w:br/>
      </w:r>
      <w:r>
        <w:rPr>
          <w:sz w:val="20"/>
        </w:rPr>
        <w:t>53:34  i don't know any muslim movement that was based on in in the study of the quran. they reacted with this situation, with this political situation.</w:t>
      </w:r>
      <w:r>
        <w:br/>
      </w:r>
      <w:r>
        <w:rPr>
          <w:sz w:val="20"/>
        </w:rPr>
        <w:t>53:49  here i would like to add one more point which i have drive from the study of the of the life of the prophet of islam.</w:t>
      </w:r>
      <w:r>
        <w:br/>
      </w:r>
      <w:r>
        <w:rPr>
          <w:sz w:val="20"/>
        </w:rPr>
        <w:t>54:00  there is a very relevant hadith narrated by by aisha: "ma rasul allah sallallahu alaihi wasallam bayna umrain illa aisha rahima".</w:t>
      </w:r>
      <w:r>
        <w:br/>
      </w:r>
      <w:r>
        <w:rPr>
          <w:sz w:val="20"/>
        </w:rPr>
        <w:t>54:13  it means that the policy of prophet was positive status quoism. is very interesting.</w:t>
      </w:r>
      <w:r>
        <w:br/>
      </w:r>
      <w:r>
        <w:rPr>
          <w:sz w:val="20"/>
        </w:rPr>
        <w:t>54:25  the general policy of prophet of islam was based on the concept of positive status quoism. it means that i accept the status quo and avail the opportunities.</w:t>
      </w:r>
      <w:r>
        <w:br/>
      </w:r>
      <w:r>
        <w:rPr>
          <w:sz w:val="20"/>
        </w:rPr>
        <w:t>54:39  don't go don't go against the political system, but accept it as it is. that is status quoism.</w:t>
      </w:r>
    </w:p>
    <w:p>
      <w:pPr>
        <w:pStyle w:val="Heading2"/>
      </w:pPr>
      <w:r>
        <w:t>The real problem is not fear of expenses</w:t>
      </w:r>
    </w:p>
    <w:p>
      <w:r>
        <w:rPr>
          <w:color w:val="666666"/>
          <w:sz w:val="18"/>
        </w:rPr>
        <w:t>Peace of Mind April 19, 2015 Maulana Wahiduddin Khan · 8m 06s · at 43:29 · https://youtu.be/bGLY0ALNtjw?t=2609</w:t>
      </w:r>
    </w:p>
    <w:p>
      <w:r>
        <w:rPr>
          <w:i/>
        </w:rPr>
        <w:t>“Bhai mera toh tajurba yeh nahi hai”</w:t>
      </w:r>
    </w:p>
    <w:p>
      <w:r>
        <w:rPr>
          <w:sz w:val="20"/>
        </w:rPr>
        <w:t>43:29  ars, as these days from medicines to food to everything is very expensive, and if you don't</w:t>
      </w:r>
      <w:r>
        <w:br/>
      </w:r>
      <w:r>
        <w:rPr>
          <w:sz w:val="20"/>
        </w:rPr>
        <w:t>43:36  have money then one can get into serious trouble?</w:t>
      </w:r>
      <w:r>
        <w:br/>
      </w:r>
      <w:r>
        <w:rPr>
          <w:sz w:val="20"/>
        </w:rPr>
        <w:t>43:41  Bhai mera to tajurba yeh nahi hai.</w:t>
      </w:r>
      <w:r>
        <w:br/>
      </w:r>
      <w:r>
        <w:rPr>
          <w:sz w:val="20"/>
        </w:rPr>
        <w:t>43:44  Mera experience yeh hai ke</w:t>
      </w:r>
      <w:r>
        <w:br/>
      </w:r>
      <w:r>
        <w:rPr>
          <w:sz w:val="20"/>
        </w:rPr>
        <w:t>43:48  asal masla yeh hai ke log apni income se apna kharch barhaye rehte hain.</w:t>
      </w:r>
      <w:r>
        <w:br/>
      </w:r>
      <w:r>
        <w:rPr>
          <w:sz w:val="20"/>
        </w:rPr>
        <w:t>43:54  Income ke hisab se kharch nahi karte.</w:t>
      </w:r>
      <w:r>
        <w:br/>
      </w:r>
      <w:r>
        <w:rPr>
          <w:sz w:val="20"/>
        </w:rPr>
        <w:t>43:59  Poverty mere nazdeek ek relative term hai.</w:t>
      </w:r>
      <w:r>
        <w:br/>
      </w:r>
      <w:r>
        <w:rPr>
          <w:sz w:val="20"/>
        </w:rPr>
        <w:t>44:02  Relative term bhi yeh hai.</w:t>
      </w:r>
      <w:r>
        <w:br/>
      </w:r>
      <w:r>
        <w:rPr>
          <w:sz w:val="20"/>
        </w:rPr>
        <w:t>44:07  Agar aap apne kharch ko</w:t>
      </w:r>
      <w:r>
        <w:br/>
      </w:r>
      <w:r>
        <w:rPr>
          <w:sz w:val="20"/>
        </w:rPr>
        <w:t>44:10  hote hi rakhen itna ke</w:t>
      </w:r>
      <w:r>
        <w:br/>
      </w:r>
      <w:r>
        <w:rPr>
          <w:sz w:val="20"/>
        </w:rPr>
        <w:t>44:13  aap ne, aap ki earning ho rahi hai, to koi masla nahi paida hoga.</w:t>
      </w:r>
      <w:r>
        <w:br/>
      </w:r>
      <w:r>
        <w:rPr>
          <w:sz w:val="20"/>
        </w:rPr>
        <w:t>44:21  Main ek qissa batata hoon.</w:t>
      </w:r>
      <w:r>
        <w:br/>
      </w:r>
      <w:r>
        <w:rPr>
          <w:sz w:val="20"/>
        </w:rPr>
        <w:t>44:22  Main jab Wadi e Gun mein tha</w:t>
      </w:r>
      <w:r>
        <w:br/>
      </w:r>
      <w:r>
        <w:rPr>
          <w:sz w:val="20"/>
        </w:rPr>
        <w:t>44:25  to ek sahib</w:t>
      </w:r>
      <w:r>
        <w:br/>
      </w:r>
      <w:r>
        <w:rPr>
          <w:sz w:val="20"/>
        </w:rPr>
        <w:t>44:29  mujh se milte the, to un ko ek job mila.</w:t>
      </w:r>
      <w:r>
        <w:br/>
      </w:r>
      <w:r>
        <w:rPr>
          <w:sz w:val="20"/>
        </w:rPr>
        <w:t>44:34  yeh bohat pehle ki baat hai.</w:t>
      </w:r>
      <w:r>
        <w:br/>
      </w:r>
      <w:r>
        <w:rPr>
          <w:sz w:val="20"/>
        </w:rPr>
        <w:t>44:35  is waqt in ke job mein in ko 300 per month paisa milta tha.</w:t>
      </w:r>
      <w:r>
        <w:br/>
      </w:r>
      <w:r>
        <w:rPr>
          <w:sz w:val="20"/>
        </w:rPr>
        <w:t>44:40  300 per month.</w:t>
      </w:r>
      <w:r>
        <w:br/>
      </w:r>
      <w:r>
        <w:rPr>
          <w:sz w:val="20"/>
        </w:rPr>
        <w:t>44:43  to maine in ko mashwara diya ke aap apni aab bandi ko aadha samjhein.</w:t>
      </w:r>
      <w:r>
        <w:br/>
      </w:r>
      <w:r>
        <w:rPr>
          <w:sz w:val="20"/>
        </w:rPr>
        <w:t>44:48  aap samjhein ke aap ko derh so rupay mil raha hai.</w:t>
      </w:r>
      <w:r>
        <w:br/>
      </w:r>
      <w:r>
        <w:rPr>
          <w:sz w:val="20"/>
        </w:rPr>
        <w:t>44:51  isi mein apna kharch chalayein.</w:t>
      </w:r>
      <w:r>
        <w:br/>
      </w:r>
      <w:r>
        <w:rPr>
          <w:sz w:val="20"/>
        </w:rPr>
        <w:t>44:52  aur derh so rupay aap saving mein rakhein.</w:t>
      </w:r>
      <w:r>
        <w:br/>
      </w:r>
      <w:r>
        <w:rPr>
          <w:sz w:val="20"/>
        </w:rPr>
        <w:t>44:56  to baat ko, to is par amal kiya unhone.</w:t>
      </w:r>
      <w:r>
        <w:br/>
      </w:r>
      <w:r>
        <w:rPr>
          <w:sz w:val="20"/>
        </w:rPr>
        <w:t>45:01  to yeh bohat pehle ki baat hai.</w:t>
      </w:r>
      <w:r>
        <w:br/>
      </w:r>
      <w:r>
        <w:rPr>
          <w:sz w:val="20"/>
        </w:rPr>
        <w:t>45:03  is waqt 300 bhi bari raqam hoti thi.</w:t>
      </w:r>
      <w:r>
        <w:br/>
      </w:r>
      <w:r>
        <w:rPr>
          <w:sz w:val="20"/>
        </w:rPr>
        <w:t>45:08  to itna saving kar liya ke unhone ek acha business shuru kiya is ke baad.</w:t>
      </w:r>
      <w:r>
        <w:br/>
      </w:r>
      <w:r>
        <w:rPr>
          <w:sz w:val="20"/>
        </w:rPr>
        <w:t>45:13  aur kafi kamai ki unhone.</w:t>
      </w:r>
      <w:r>
        <w:br/>
      </w:r>
      <w:r>
        <w:rPr>
          <w:sz w:val="20"/>
        </w:rPr>
        <w:t>45:16  to log apne kharch ko barhaye rehte hain.</w:t>
      </w:r>
      <w:r>
        <w:br/>
      </w:r>
      <w:r>
        <w:rPr>
          <w:sz w:val="20"/>
        </w:rPr>
        <w:t>45:22  aab bandi ke hisab se kharch nahi karte.</w:t>
      </w:r>
      <w:r>
        <w:br/>
      </w:r>
      <w:r>
        <w:rPr>
          <w:sz w:val="20"/>
        </w:rPr>
        <w:t>45:24  is ke baad kehte hain ke hum, hum, hamein problem hai.</w:t>
      </w:r>
      <w:r>
        <w:br/>
      </w:r>
      <w:r>
        <w:rPr>
          <w:sz w:val="20"/>
        </w:rPr>
        <w:t>45:29  dekhein har problem jo hai kisi apni,</w:t>
      </w:r>
      <w:r>
        <w:br/>
      </w:r>
      <w:r>
        <w:rPr>
          <w:sz w:val="20"/>
        </w:rPr>
        <w:t>45:36  kisi apni kami, apni kami ki wajah se hota hai.</w:t>
      </w:r>
      <w:r>
        <w:br/>
      </w:r>
      <w:r>
        <w:rPr>
          <w:sz w:val="20"/>
        </w:rPr>
        <w:t>45:40  mera tajurba to yahi hai.</w:t>
      </w:r>
      <w:r>
        <w:br/>
      </w:r>
      <w:r>
        <w:rPr>
          <w:sz w:val="20"/>
        </w:rPr>
        <w:t>45:42  main bhi isi dunya mein</w:t>
      </w:r>
      <w:r>
        <w:br/>
      </w:r>
      <w:r>
        <w:rPr>
          <w:sz w:val="20"/>
        </w:rPr>
        <w:t>45:45  jeeta hoon. isi dunya mein mujhe bhi tarah tarah ke halaat pesh aaye hain.</w:t>
      </w:r>
      <w:r>
        <w:br/>
      </w:r>
      <w:r>
        <w:rPr>
          <w:sz w:val="20"/>
        </w:rPr>
        <w:t>45:51  to hamesha maine yahi paya hai ke meri kami hai jo problem barh jati hai.</w:t>
      </w:r>
      <w:r>
        <w:br/>
      </w:r>
      <w:r>
        <w:rPr>
          <w:sz w:val="20"/>
        </w:rPr>
        <w:t>45:57  meri apni ghalti hai jo problem barh jati hai.</w:t>
      </w:r>
      <w:r>
        <w:br/>
      </w:r>
      <w:r>
        <w:rPr>
          <w:sz w:val="20"/>
        </w:rPr>
        <w:t>46:00  agar main apne, apne aap ko manage karna seekh loon to koi problem, problem nahi.</w:t>
      </w:r>
      <w:r>
        <w:br/>
      </w:r>
      <w:r>
        <w:rPr>
          <w:sz w:val="20"/>
        </w:rPr>
        <w:t>46:08  aur doosri baat yeh hai ke poverty koi, koi eternal halat nahi hai.</w:t>
      </w:r>
      <w:r>
        <w:br/>
      </w:r>
      <w:r>
        <w:rPr>
          <w:sz w:val="20"/>
        </w:rPr>
        <w:t>46:15  eternal halat nahi, poverty hai.</w:t>
      </w:r>
      <w:r>
        <w:br/>
      </w:r>
      <w:r>
        <w:rPr>
          <w:sz w:val="20"/>
        </w:rPr>
        <w:t>46:17  aaj aadmi ghareeb hai, kaamyaab hai, badalta rehta hai.</w:t>
      </w:r>
      <w:r>
        <w:br/>
      </w:r>
      <w:r>
        <w:rPr>
          <w:sz w:val="20"/>
        </w:rPr>
        <w:t>46:20  jaise hamare office mein ek saahab kaam karte the,</w:t>
      </w:r>
      <w:r>
        <w:br/>
      </w:r>
      <w:r>
        <w:rPr>
          <w:sz w:val="20"/>
        </w:rPr>
        <w:t>46:25  kuch saal pehle ki baat hai.</w:t>
      </w:r>
      <w:r>
        <w:br/>
      </w:r>
      <w:r>
        <w:rPr>
          <w:sz w:val="20"/>
        </w:rPr>
        <w:t>46:28  to woh oopar se chhat mein se gir pade, aur woh itne sakht choot aayi ke mar gaye</w:t>
      </w:r>
      <w:r>
        <w:br/>
      </w:r>
      <w:r>
        <w:rPr>
          <w:sz w:val="20"/>
        </w:rPr>
        <w:t>46:37  woh. un ke bachche the.</w:t>
      </w:r>
      <w:r>
        <w:br/>
      </w:r>
      <w:r>
        <w:rPr>
          <w:sz w:val="20"/>
        </w:rPr>
        <w:t>46:40  to hum sab log bohat pareshan the ke bachche chhod kar un ka death ho gayi, kya hoga?</w:t>
      </w:r>
      <w:r>
        <w:br/>
      </w:r>
      <w:r>
        <w:rPr>
          <w:sz w:val="20"/>
        </w:rPr>
        <w:t>46:46  aaj un ke bachche jo hain hero bane hue hain.</w:t>
      </w:r>
      <w:r>
        <w:br/>
      </w:r>
      <w:r>
        <w:rPr>
          <w:sz w:val="20"/>
        </w:rPr>
        <w:t>46:49  yaani is baap ki death se un ke andar ek incentive aaya, incentive ke humein karna hai, humein</w:t>
      </w:r>
      <w:r>
        <w:br/>
      </w:r>
      <w:r>
        <w:rPr>
          <w:sz w:val="20"/>
        </w:rPr>
        <w:t>46:56  karna hai, humein karna hai.</w:t>
      </w:r>
      <w:r>
        <w:br/>
      </w:r>
      <w:r>
        <w:rPr>
          <w:sz w:val="20"/>
        </w:rPr>
        <w:t>46:59  baap ke zamane mein woh ek chhote se rented ghar mein rehte the.</w:t>
      </w:r>
      <w:r>
        <w:br/>
      </w:r>
      <w:r>
        <w:rPr>
          <w:sz w:val="20"/>
        </w:rPr>
        <w:t>47:05  aaj woh apna ghar khareed liya unhon ne.</w:t>
      </w:r>
      <w:r>
        <w:br/>
      </w:r>
      <w:r>
        <w:rPr>
          <w:sz w:val="20"/>
        </w:rPr>
        <w:t>47:08  aur sab kama rahe hain aur sab aaraam kar rahe hain.</w:t>
      </w:r>
      <w:r>
        <w:br/>
      </w:r>
      <w:r>
        <w:rPr>
          <w:sz w:val="20"/>
        </w:rPr>
        <w:t>47:11  to yeh poverty koi, koi aisi cheez hai jo eternally baaqi rahe.</w:t>
      </w:r>
      <w:r>
        <w:br/>
      </w:r>
      <w:r>
        <w:rPr>
          <w:sz w:val="20"/>
        </w:rPr>
        <w:t>47:17  aaj aisi haalat hai, kal doosri haalat hai.</w:t>
      </w:r>
      <w:r>
        <w:br/>
      </w:r>
      <w:r>
        <w:rPr>
          <w:sz w:val="20"/>
        </w:rPr>
        <w:t>47:21  to poverty ko main leta hoon incentive ke maamle mein.</w:t>
      </w:r>
      <w:r>
        <w:br/>
      </w:r>
      <w:r>
        <w:rPr>
          <w:sz w:val="20"/>
        </w:rPr>
        <w:t>47:25  lekin log, log jo poverty ko bas ek burai ke roop mein batate hain logon ko, wahi sab</w:t>
      </w:r>
      <w:r>
        <w:br/>
      </w:r>
      <w:r>
        <w:rPr>
          <w:sz w:val="20"/>
        </w:rPr>
        <w:t>47:30  سے بڑا، یعنی responsible ہیں اس کے۔</w:t>
      </w:r>
      <w:r>
        <w:br/>
      </w:r>
      <w:r>
        <w:rPr>
          <w:sz w:val="20"/>
        </w:rPr>
        <w:t>47:35  aap un ko incentive badhaiye, un ke andar, un ke kahiye ke tum mehnat karo, padho.</w:t>
      </w:r>
      <w:r>
        <w:br/>
      </w:r>
      <w:r>
        <w:rPr>
          <w:sz w:val="20"/>
        </w:rPr>
        <w:t>47:41  to apni zindagi mein bohat mein ne dekha logon ko ke kal woh ghareeb the, aaj ameer ho</w:t>
      </w:r>
      <w:r>
        <w:br/>
      </w:r>
      <w:r>
        <w:rPr>
          <w:sz w:val="20"/>
        </w:rPr>
        <w:t>47:48  gaye. kal ko un ke paas kuch nahi tha, aaj un ke paas sab kuch hai.</w:t>
      </w:r>
      <w:r>
        <w:br/>
      </w:r>
      <w:r>
        <w:rPr>
          <w:sz w:val="20"/>
        </w:rPr>
        <w:t>47:51  to poverty koi eternal haalat nahi hai.</w:t>
      </w:r>
      <w:r>
        <w:br/>
      </w:r>
      <w:r>
        <w:rPr>
          <w:sz w:val="20"/>
        </w:rPr>
        <w:t>47:53  ke jo poverty mein paida hua to bas zindagi mein is ke muqaddar hai ke poverty mein rahe.</w:t>
      </w:r>
      <w:r>
        <w:br/>
      </w:r>
      <w:r>
        <w:rPr>
          <w:sz w:val="20"/>
        </w:rPr>
        <w:t>47:59  yeh is, is theory se main agree nahi karta.</w:t>
      </w:r>
      <w:r>
        <w:br/>
      </w:r>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r>
        <w:br/>
      </w:r>
      <w:r>
        <w:rPr>
          <w:sz w:val="20"/>
        </w:rPr>
        <w:t>50:41  maulana agla sawal lene se pehle ek comment parhna chahenge jo miss shabana ne bheja hai rai</w:t>
      </w:r>
      <w:r>
        <w:br/>
      </w:r>
      <w:r>
        <w:rPr>
          <w:sz w:val="20"/>
        </w:rPr>
        <w:t>50:47  پور سے۔ اور انہوں نے لکھا ہے کہ مولانا صاحب، I always get peace of mind after listening</w:t>
      </w:r>
      <w:r>
        <w:br/>
      </w:r>
      <w:r>
        <w:rPr>
          <w:sz w:val="20"/>
        </w:rPr>
        <w:t>50:54  to your program every sunday.</w:t>
      </w:r>
      <w:r>
        <w:br/>
      </w:r>
      <w:r>
        <w:rPr>
          <w:sz w:val="20"/>
        </w:rPr>
        <w:t>50:57  jazak Allah. Maulana agla sawal dilli se aya hai, naam nahi likha hai question karne wale ne.</w:t>
      </w:r>
      <w:r>
        <w:br/>
      </w:r>
      <w:r>
        <w:rPr>
          <w:sz w:val="20"/>
        </w:rPr>
        <w:t>51:06  unka sawal yeh hai:</w:t>
      </w:r>
      <w:r>
        <w:br/>
      </w:r>
      <w:r>
        <w:rPr>
          <w:sz w:val="20"/>
        </w:rPr>
        <w:t>51:08  مولانا صاحب، you say that human rights activists take a negative approach by criticizing or protesting against human</w:t>
      </w:r>
      <w:r>
        <w:br/>
      </w:r>
      <w:r>
        <w:rPr>
          <w:sz w:val="20"/>
        </w:rPr>
        <w:t>51:17  rights violation. I have a question in this regard: If innocent people are killed, does it mean that one</w:t>
      </w:r>
      <w:r>
        <w:br/>
      </w:r>
      <w:r>
        <w:rPr>
          <w:sz w:val="20"/>
        </w:rPr>
        <w:t>51:27  should remain silent and not demand justice, that the perpetrators of the crime be brought to justice?</w:t>
      </w:r>
      <w:r>
        <w:br/>
      </w:r>
      <w:r>
        <w:rPr>
          <w:sz w:val="20"/>
        </w:rPr>
        <w:t>51:35  Secondly, it can also be argued that if one keeps silent on such persecution, it would only further legitimize operation and embolden people to violate other rights. What is your view on this?"</w:t>
      </w:r>
    </w:p>
    <w:p>
      <w:pPr>
        <w:pStyle w:val="Heading2"/>
      </w:pPr>
      <w:r>
        <w:t>Paradise as an endless journey of discovery</w:t>
      </w:r>
    </w:p>
    <w:p>
      <w:r>
        <w:rPr>
          <w:color w:val="666666"/>
          <w:sz w:val="18"/>
        </w:rPr>
        <w:t>Tazkiya-e-Nafs Book by Maulana Wahiduddin Khan · 5m 49s · at 1:55:28 · https://youtu.be/LbGPnJWmj1A?t=6928</w:t>
      </w:r>
    </w:p>
    <w:p>
      <w:r>
        <w:rPr>
          <w:i/>
        </w:rPr>
        <w:t>“Quran ki surah Zumar mein ahl-e-jannat ke maamle ko is tarah bataya”</w:t>
      </w:r>
    </w:p>
    <w:p>
      <w:r>
        <w:rPr>
          <w:sz w:val="20"/>
        </w:rPr>
        <w:t>1:55:28  tazkiye ka maqsad. kitab "tazkiya e nafs" maulana wahiduddin khan, safha number 59.</w:t>
      </w:r>
      <w:r>
        <w:br/>
      </w:r>
      <w:r>
        <w:rPr>
          <w:sz w:val="20"/>
        </w:rPr>
        <w:t>1:55:42  quran ki surah al zumar mein ahle jannat ke muamle ko is tarah bataya gaya hai: "aur jo log apne rab se dare, woh giroh dar giroh jannat ki taraf le jayen ge.</w:t>
      </w:r>
      <w:r>
        <w:br/>
      </w:r>
      <w:r>
        <w:rPr>
          <w:sz w:val="20"/>
        </w:rPr>
        <w:t>1:55:53  yahan tak ke jab woh wahan pohnchen ge to jannat ke darwaze khol diye jayen ge aur jannat ke muhafiz un se kahenge ke salam ho tum par, khushhal raho, pas tum jannat mein dakhil ho jao hamesha ke liye.</w:t>
      </w:r>
      <w:r>
        <w:br/>
      </w:r>
      <w:r>
        <w:rPr>
          <w:sz w:val="20"/>
        </w:rPr>
        <w:t>1:56:07  aur woh kahenge ke shukr hai us allah ka jis ne hamare sath apna wada sach kar dikhaya aur us ne hum ko is zameen ka waris bana diya.</w:t>
      </w:r>
      <w:r>
        <w:br/>
      </w:r>
      <w:r>
        <w:rPr>
          <w:sz w:val="20"/>
        </w:rPr>
        <w:t>1:56:16  hum jannat mein jahan chahen maqam karen, pas kiya khoob badla hai amal karne walon ka. aur</w:t>
      </w:r>
      <w:r>
        <w:br/>
      </w:r>
      <w:r>
        <w:rPr>
          <w:sz w:val="20"/>
        </w:rPr>
        <w:t>1:56:23  tum farishton ko dekhoge ke woh arsh ke gird halqa banaye hue apne rab ki hamd o tasbeeh karte honge aur logon ke darmiyan theek theek faisla kar diya jayega aur kaha jayega ke sari hamd allah ke liye hai,</w:t>
      </w:r>
      <w:r>
        <w:br/>
      </w:r>
      <w:r>
        <w:rPr>
          <w:sz w:val="20"/>
        </w:rPr>
        <w:t>1:56:38  aalim ka rab" surah number 39 ayat 73 to 75.</w:t>
      </w:r>
      <w:r>
        <w:br/>
      </w:r>
      <w:r>
        <w:rPr>
          <w:sz w:val="20"/>
        </w:rPr>
        <w:t>1:56:46  alhamdulillah rabbil alameen ki ayat surah al fatiha mein maujood dunya ki nisbat se aayi hai. surah al zumar ke mazkoora iqtibas mein yeh ayat dobara akhirat ki dunya ke liye aayi hai.</w:t>
      </w:r>
      <w:r>
        <w:br/>
      </w:r>
      <w:r>
        <w:rPr>
          <w:sz w:val="20"/>
        </w:rPr>
        <w:t>1:57:01  is se maloom hota hai ke insaan se asal cheez jo matloob hai, woh hamd e ilahi hai. yahi cheez maujooda dunya mein bhi matloob hai aur akhirat mein bhi yahi cheez matloob hogi.</w:t>
      </w:r>
      <w:r>
        <w:br/>
      </w:r>
      <w:r>
        <w:rPr>
          <w:sz w:val="20"/>
        </w:rPr>
        <w:t>1:57:14  tazkiye ka asal maqsad yeh hai ke aisi pak roohein yaani purified souls wajood mein aayen jo akhirat mein mabni bar rahm nizam e hayat ka hissa ban saken.</w:t>
      </w:r>
      <w:r>
        <w:br/>
      </w:r>
      <w:r>
        <w:rPr>
          <w:sz w:val="20"/>
        </w:rPr>
        <w:t>1:57:27  maujooda dunya mein insaan ka ek kaam yeh tha ke woh ek tehzeeb yaani civilization ko wajood mein laye. insaan ne bare paimane par yeh kaam anjam diya.</w:t>
      </w:r>
      <w:r>
        <w:br/>
      </w:r>
      <w:r>
        <w:rPr>
          <w:sz w:val="20"/>
        </w:rPr>
        <w:t>1:57:39  hajri daur yaani stone age se aaghaz kar ke us ne is ko electronic daur yaani electronic age tak pohncha diya. yeh kaam fitrat ke qawaneen ko daryaft karne ke zariye anjam paya lekin amal an yeh hua ke insaan ne ek sahi kaam mein galat kaam ko mila diya.</w:t>
      </w:r>
      <w:r>
        <w:br/>
      </w:r>
      <w:r>
        <w:rPr>
          <w:sz w:val="20"/>
        </w:rPr>
        <w:t>1:57:58  fitrat ki taqaton par qabu paane ke baad woh sarkash ban gaya. us ne istibdadi nizam yaani despotic system qaim kiya.</w:t>
      </w:r>
      <w:r>
        <w:br/>
      </w:r>
      <w:r>
        <w:rPr>
          <w:sz w:val="20"/>
        </w:rPr>
        <w:t>1:58:08  us ne azadi ke naam par anarchy phailayi. us ne fashion ke naam par uryaniyat yaani nudity ko riwaj diya waghera.</w:t>
      </w:r>
      <w:r>
        <w:br/>
      </w:r>
      <w:r>
        <w:rPr>
          <w:sz w:val="20"/>
        </w:rPr>
        <w:t>1:58:19  is liye qayamat mein yeh hoga ke saleh logon ko muntakhib kar ke un ko yeh mauqa diya jayega ke woh rabbani tehzeeb ko zyada behtar taur par qaim karen.</w:t>
      </w:r>
      <w:r>
        <w:br/>
      </w:r>
      <w:r>
        <w:rPr>
          <w:sz w:val="20"/>
        </w:rPr>
        <w:t>1:58:29  yahi woh haqeeqat hai jis ko quran ki aik ayat mein is tarah bayan kiya gaya hai:</w:t>
      </w:r>
      <w:r>
        <w:br/>
      </w:r>
      <w:r>
        <w:rPr>
          <w:sz w:val="20"/>
        </w:rPr>
        <w:t>1:58:34  "innal ardh yerisuha ibadiyas salihun" surah number 22 ayat 105. haqEEQAT yeh hai ke insani zindagi ma'rifat ka aik safar hai.</w:t>
      </w:r>
      <w:r>
        <w:br/>
      </w:r>
      <w:r>
        <w:rPr>
          <w:sz w:val="20"/>
        </w:rPr>
        <w:t>1:58:46  yeh safar dunya se le kar akhirat tak chala ja raha hai. dunya mein ma'rifat ka safar mahdood tor par anjam pata hai. akhirat mein ma'rifat ka safar la mahdood tor par jaari rahe ga.</w:t>
      </w:r>
      <w:r>
        <w:br/>
      </w:r>
      <w:r>
        <w:rPr>
          <w:sz w:val="20"/>
        </w:rPr>
        <w:t>1:58:59  is safar ko kamyabi ke sath wahi shakhs tay kar sakta hai jo apna tazkiya kar ke apne aap ko is ka ahal banaye.</w:t>
      </w:r>
      <w:r>
        <w:br/>
      </w:r>
      <w:r>
        <w:rPr>
          <w:sz w:val="20"/>
        </w:rPr>
        <w:t>1:59:07  quran mein bataya gaya hai ke Allah ke kalmaat itne zyada hain ke agar dunya ke tamam samundaron</w:t>
      </w:r>
      <w:r>
        <w:br/>
      </w:r>
      <w:r>
        <w:rPr>
          <w:sz w:val="20"/>
        </w:rPr>
        <w:t>1:59:13  ko aur unke barabar mazeed samundaron ko siyahi yani ink bana diya jaye aur dunya ke tamam</w:t>
      </w:r>
      <w:r>
        <w:br/>
      </w:r>
      <w:r>
        <w:rPr>
          <w:sz w:val="20"/>
        </w:rPr>
        <w:t>1:59:21  darakhton ko qalam bana diya jaye aur phir Allah ke kalmaat ko likhna shuru kiya jaye to tamam</w:t>
      </w:r>
      <w:r>
        <w:br/>
      </w:r>
      <w:r>
        <w:rPr>
          <w:sz w:val="20"/>
        </w:rPr>
        <w:t>1:59:27  samundaron ki siyahi khatm ho jayegi magar Allah ke kalmaat khatm na honge. Surah number 31</w:t>
      </w:r>
      <w:r>
        <w:br/>
      </w:r>
      <w:r>
        <w:rPr>
          <w:sz w:val="20"/>
        </w:rPr>
        <w:t>1:59:34  Aayat 27.</w:t>
      </w:r>
      <w:r>
        <w:br/>
      </w:r>
      <w:r>
        <w:rPr>
          <w:sz w:val="20"/>
        </w:rPr>
        <w:t>1:59:37  yeh baat jo quran mein kahi gayi hai woh khabar nahi hai balke woh insha hai yaani is ka matlab yeh hai ke ahl-e-iman ko chahiye ke woh Allah ke in kalmat ko daryaft karen aur is tarah woh apni ma'rifat ko musalsal barhate rahen.</w:t>
      </w:r>
      <w:r>
        <w:br/>
      </w:r>
      <w:r>
        <w:rPr>
          <w:sz w:val="20"/>
        </w:rPr>
        <w:t>1:59:53  quran ki pehli ayat yeh hai: "alhamdulillah rabbil alamin" surah number aik ayat number aik. yeh ayat bhi khabar nahi hai balke woh insha</w:t>
      </w:r>
      <w:r>
        <w:br/>
      </w:r>
      <w:r>
        <w:rPr>
          <w:sz w:val="20"/>
        </w:rPr>
        <w:t>2:00:03  hai. yeh ayat daryaft ma'rifat ke dunyavi aghaz ko batati hai. doosri jagah quran mein akhirat ke hawale se yahi ayat is tarah aayi hai: "wa qeel alhamdulillah rabbil alamin" surah number 39 ayat number 75.</w:t>
      </w:r>
      <w:r>
        <w:br/>
      </w:r>
      <w:r>
        <w:rPr>
          <w:sz w:val="20"/>
        </w:rPr>
        <w:t>2:00:19  yeh doosri ayat daryaft ma'rifat ke agle marhale ko batati hai jo akhirat ke ziyada behtar mahol mein abad tak jaari rahe ga.</w:t>
      </w:r>
      <w:r>
        <w:br/>
      </w:r>
      <w:r>
        <w:rPr>
          <w:sz w:val="20"/>
        </w:rPr>
        <w:t>2:00:28  aik hadith mein bataya gaya hai ke: "inna allaha yudinnu bir rajulil fajir" sahih al bukhari. is hadith mein jis deeni taeed ka zikr hai us ka sab se bara misdaq ghaleban unniswin sadi aur beeswin sadi ke science danon ka amal hai.</w:t>
      </w:r>
      <w:r>
        <w:br/>
      </w:r>
      <w:r>
        <w:rPr>
          <w:sz w:val="20"/>
        </w:rPr>
        <w:t>2:00:46  unhon ne ma'rifat ke husool ke liye aik scientific framework diya.</w:t>
      </w:r>
      <w:r>
        <w:br/>
      </w:r>
      <w:r>
        <w:rPr>
          <w:sz w:val="20"/>
        </w:rPr>
        <w:t>2:00:51  akhirat mein is safar ma'rifat ko jaari rakhne ke liye ahl-e-iman ko ziyada aala darje ke mu'eedin hasil honge. yeh malaika honge jaisa ke quran mein aaya hai: "nahnu awliya'u fid dunya wa fil akhirah" surah number 41 ayat 31.</w:t>
      </w:r>
    </w:p>
    <w:p>
      <w:pPr>
        <w:pStyle w:val="Heading2"/>
      </w:pPr>
      <w:r>
        <w:t>American convert's diagnosis of Muslim paranoia</w:t>
      </w:r>
    </w:p>
    <w:p>
      <w:r>
        <w:rPr>
          <w:color w:val="666666"/>
          <w:sz w:val="18"/>
        </w:rPr>
        <w:t>The Case of Present Muslim Generation September 28, 2008 · 5m 54s · at 12:10 · https://youtu.be/yjSy2b7JPTw?t=730</w:t>
      </w:r>
    </w:p>
    <w:p>
      <w:r>
        <w:rPr>
          <w:i/>
        </w:rPr>
        <w:t>“Ek American neo-Muslim the mere paas kai baar aate the”</w:t>
      </w:r>
    </w:p>
    <w:p>
      <w:r>
        <w:rPr>
          <w:sz w:val="20"/>
        </w:rPr>
        <w:t>12:10  tab ki baat hai. ek american no muslim the mere paas kai bar aate the woh. idhar jab se main yahan aaya hoon tab se un se mulaqat nahi hui.</w:t>
      </w:r>
      <w:r>
        <w:br/>
      </w:r>
      <w:r>
        <w:rPr>
          <w:sz w:val="20"/>
        </w:rPr>
        <w:t>12:22  to un ka naam tha steve scolar. woh america ke achi parhe hue the woh. steve scolar.</w:t>
      </w:r>
      <w:r>
        <w:br/>
      </w:r>
      <w:r>
        <w:rPr>
          <w:sz w:val="20"/>
        </w:rPr>
        <w:t>12:35  unhon ne islam qabool kiya aur apna naam rakha unhon ne mustafa. mustafa. to unhon ne woh mere paas aaye to woh fluently arabic bolte the.</w:t>
      </w:r>
      <w:r>
        <w:br/>
      </w:r>
      <w:r>
        <w:rPr>
          <w:sz w:val="20"/>
        </w:rPr>
        <w:t>12:52  woh american aadmi. unhon ne poocha ke bhai aap mein arabic kaise aa gayi hai aap ko? unhon ne kaha ke islam qabool karne ke baad woh bohat hi sincere aadmi tha.</w:t>
      </w:r>
      <w:r>
        <w:br/>
      </w:r>
      <w:r>
        <w:rPr>
          <w:sz w:val="20"/>
        </w:rPr>
        <w:t>13:02  bohat ziyada sincere aadmi. waisa sincere aadmi main yaqeen kijiye ke abhi tak main ne ek bhi nahi dekha koi. apni zindagi mein sab se ziyada sincere aadmi jo maine paya hai kisi ko.</w:t>
      </w:r>
      <w:r>
        <w:br/>
      </w:r>
      <w:r>
        <w:rPr>
          <w:sz w:val="20"/>
        </w:rPr>
        <w:t>13:13  sincere, honest, bohat hi sanjeeda. jab mere paas aate the to kabhi kuch khate nahi the woh. har baat kehte the ke main to roze se hoon.</w:t>
      </w:r>
      <w:r>
        <w:br/>
      </w:r>
      <w:r>
        <w:rPr>
          <w:sz w:val="20"/>
        </w:rPr>
        <w:t>13:24  bar bar aaye woh mere paas. kabhi kuch nahi khaya unhon ne. na chai, na biscuit, na khana kuch nahi. hamesha kehte the main roze se hoon.</w:t>
      </w:r>
      <w:r>
        <w:br/>
      </w:r>
      <w:r>
        <w:rPr>
          <w:sz w:val="20"/>
        </w:rPr>
        <w:t>13:33  waisa sincere aadmi main ne apni zindagi mein doosra nahi dekha. ab suniye. unhon ne quran parha. quran parh kar unhon ne islam qabool kar liya.</w:t>
      </w:r>
      <w:r>
        <w:br/>
      </w:r>
      <w:r>
        <w:rPr>
          <w:sz w:val="20"/>
        </w:rPr>
        <w:t>13:45  translation parha. phir un ko shauq hua ke main arabic zaban seekhoon. to woh muslim countries mein chale gaye.</w:t>
      </w:r>
      <w:r>
        <w:br/>
      </w:r>
      <w:r>
        <w:rPr>
          <w:sz w:val="20"/>
        </w:rPr>
        <w:t>13:54  unhon ne bataya ke main gyarah saal tak muslim countries mein ghuma hoon. gyarah saal tak. arab countries mein. sare arab mulkon mein ja ja kar ke woh dekha unhon ne.</w:t>
      </w:r>
      <w:r>
        <w:br/>
      </w:r>
      <w:r>
        <w:rPr>
          <w:sz w:val="20"/>
        </w:rPr>
        <w:t>14:07  aur isi beech mein unhon ne arabi zaban seekh li. arabi zaban itni achhi seekhi to unhon ne bilkul fluently baat karte the arabi zaban mein.</w:t>
      </w:r>
      <w:r>
        <w:br/>
      </w:r>
      <w:r>
        <w:rPr>
          <w:sz w:val="20"/>
        </w:rPr>
        <w:t>14:18  aur english to zahir hai ke american lehje mein bolte the. main un se baat karta tha to kai baar kabhi english mein kabhi arabi mein. to english bolte the to bilkul wahi american lehje mein.</w:t>
      </w:r>
      <w:r>
        <w:br/>
      </w:r>
      <w:r>
        <w:rPr>
          <w:sz w:val="20"/>
        </w:rPr>
        <w:t>14:32  aur arabi bolte the to arabi bhi taqreeban arab lehje mein. itna keen tha woh aadmi, itna keen tha har baat ko janne ke liye islam ki.</w:t>
      </w:r>
      <w:r>
        <w:br/>
      </w:r>
      <w:r>
        <w:rPr>
          <w:sz w:val="20"/>
        </w:rPr>
        <w:t>14:41  to gyarah saal bitaye arab mein. arabi zaban seekhi aur kitabein padhein. yani direct source se kitabein padhi hui hain islam ki.</w:t>
      </w:r>
      <w:r>
        <w:br/>
      </w:r>
      <w:r>
        <w:rPr>
          <w:sz w:val="20"/>
        </w:rPr>
        <w:t>14:52  to unhon ne apni aakhri mulaqat mein yeh kaha tha ke itni sari research ke baad maine yeh jana hai ke ke aaj ki jo muslim generation hai is ka case hai paranoia ka case.</w:t>
      </w:r>
      <w:r>
        <w:br/>
      </w:r>
      <w:r>
        <w:rPr>
          <w:sz w:val="20"/>
        </w:rPr>
        <w:t>15:08  musalman paranoid character ho gaye hain. paranoia wahi cheez ko hum kehte hain Pederem Sultan Bod.</w:t>
      </w:r>
      <w:r>
        <w:br/>
      </w:r>
      <w:r>
        <w:rPr>
          <w:sz w:val="20"/>
        </w:rPr>
        <w:t>15:19  Pederem Sultan Bod. yani kisi ka baap dada kabhi badshah raha hoga. ab aaj hum isi ke is mein jee rahe hain ke mera baap badshah tha.</w:t>
      </w:r>
      <w:r>
        <w:br/>
      </w:r>
      <w:r>
        <w:rPr>
          <w:sz w:val="20"/>
        </w:rPr>
        <w:t>15:31  ek martaba woh nai dilli railway station par utra to wahan ek begum sahib koi ladki ko lekar sara qabza kiye hue the platform par. phaila rakha tha sab unhon ne.</w:t>
      </w:r>
      <w:r>
        <w:br/>
      </w:r>
      <w:r>
        <w:rPr>
          <w:sz w:val="20"/>
        </w:rPr>
        <w:t>15:41  to is se poocha gaya ke aisa kyun? unhon ne kaha ke dilli meri hai. main mughal, mughal shehzadi mein hoon. yani unhon ne maine khud apni aankh se dekha ke nai dilli ka jo station hai ek bade hisse par qabza kar rakha tha unhon ne.</w:t>
      </w:r>
      <w:r>
        <w:br/>
      </w:r>
      <w:r>
        <w:rPr>
          <w:sz w:val="20"/>
        </w:rPr>
        <w:t>15:57  ke hamare hamare hamare yani burkhe jo hain is ke is ke is ke ruler the. yeh hum nai dilli to hamari hai.</w:t>
      </w:r>
      <w:r>
        <w:br/>
      </w:r>
      <w:r>
        <w:rPr>
          <w:sz w:val="20"/>
        </w:rPr>
        <w:t>16:06  tum kaun hote ho yahan par hamein rokne wale? badi mushkil se un ko wahan se hataya gaya. phir bhi shayad bahut din tak wahan rahen woh.</w:t>
      </w:r>
      <w:r>
        <w:br/>
      </w:r>
      <w:r>
        <w:rPr>
          <w:sz w:val="20"/>
        </w:rPr>
        <w:t>16:15  to yeh ek hai delusion. ke Pederem Sultan Bod, mera baap badshah tha.</w:t>
      </w:r>
      <w:r>
        <w:br/>
      </w:r>
      <w:r>
        <w:rPr>
          <w:sz w:val="20"/>
        </w:rPr>
        <w:t>16:25  main royal family ka aadmi hoon. to sab kuch lut gaya ho, sab kuch khatm ho gaya ho lekin ba tour e delusion phir bhi is ke mind mein baqi ho. is ko kehte hain paranoia.</w:t>
      </w:r>
      <w:r>
        <w:br/>
      </w:r>
      <w:r>
        <w:rPr>
          <w:sz w:val="20"/>
        </w:rPr>
        <w:t>16:37  us ne kaha ke gyarah saal tak muslim countries mein ghoomne ke baad maine paya hai musalman jo hain paranoia ka case hai. phir us ne kaha ke main itna zyada difference paya maine scripture mein aur musalmanon mein.</w:t>
      </w:r>
      <w:r>
        <w:br/>
      </w:r>
      <w:r>
        <w:rPr>
          <w:sz w:val="20"/>
        </w:rPr>
        <w:t>16:54  maine scripture ko padhkar yani quran o hadees ko padhkar islam qabool kiya tha. jab musalmanon ko maine dekha to bilkul different wahan par</w:t>
      </w:r>
      <w:r>
        <w:br/>
      </w:r>
      <w:r>
        <w:rPr>
          <w:sz w:val="20"/>
        </w:rPr>
        <w:t>17:06  tasveer thi. to aakhri mulaqat mein is shakhs ne kaha tha bahut hi dukh ke sath ke main itna zyada main sad hoon musalmanon ko dekhne ke baad.</w:t>
      </w:r>
      <w:r>
        <w:br/>
      </w:r>
      <w:r>
        <w:rPr>
          <w:sz w:val="20"/>
        </w:rPr>
        <w:t>17:19  ke us ne arabi mein kaha tha ke "kuntu mahzunan jiddan hatta zannantu an akhruja min al-islam." bahut hi serious aadmi tha, bahut sanjeedgi ke sath us ne kaha tha yeh.</w:t>
      </w:r>
      <w:r>
        <w:br/>
      </w:r>
      <w:r>
        <w:rPr>
          <w:sz w:val="20"/>
        </w:rPr>
        <w:t>17:35  koi mazak nahin. "kuntu mahzunan jiddan hatta zannantu an akhruja min al-islam." main bahut hi sad ho gaya, bahut hi ghamgeen ho gaya musalmanon ko dekh kar.</w:t>
      </w:r>
      <w:r>
        <w:br/>
      </w:r>
      <w:r>
        <w:rPr>
          <w:sz w:val="20"/>
        </w:rPr>
        <w:t>17:51  yahan tak ke maine khayal kiya ke main islam se ko chhod doon. ab aaj woh kahan hai mujhe nahin maloom. to musalmanon ka case yahi hai.</w:t>
      </w:r>
    </w:p>
    <w:p>
      <w:pPr>
        <w:pStyle w:val="Heading2"/>
      </w:pPr>
      <w:r>
        <w:t>Astronomer testifies the Qur'an is God's word</w:t>
      </w:r>
    </w:p>
    <w:p>
      <w:r>
        <w:rPr>
          <w:color w:val="666666"/>
          <w:sz w:val="18"/>
        </w:rPr>
        <w:t>Personality of A Believer February 2, 2014 · 4m 09s · at 33:34 · https://youtu.be/EiK_-O-Bjps?t=2014</w:t>
      </w:r>
    </w:p>
    <w:p>
      <w:r>
        <w:rPr>
          <w:i/>
        </w:rPr>
        <w:t>“Astronomer boley: main gawahi deta hoon Quran khuda ki kitab hai”</w:t>
      </w:r>
    </w:p>
    <w:p>
      <w:r>
        <w:rPr>
          <w:sz w:val="20"/>
        </w:rPr>
        <w:t>33:34  jaise maine is mein ek waqia likha hai, mazhab aur challenge, mazhab aur jo challenge mein jo kitab hai, god arises, god arises mein ek waqia likha hai ke Inayatullah Mashriqi sahib ek the, jo jinki taleem London mein hui thi.</w:t>
      </w:r>
      <w:r>
        <w:br/>
      </w:r>
      <w:r>
        <w:rPr>
          <w:sz w:val="20"/>
        </w:rPr>
        <w:t>33:52  to ek baar wapas gaye, baad ke zamane mein to apne ustad se mile, unke ustad se, Sir James Jeans.</w:t>
      </w:r>
      <w:r>
        <w:br/>
      </w:r>
      <w:r>
        <w:rPr>
          <w:sz w:val="20"/>
        </w:rPr>
        <w:t>34:06  Sir James Jeans ek ek, yani ek British scholar the, aur astronomy unka subject hota tha. To Ayatullah sahib unke shagird the.</w:t>
      </w:r>
      <w:r>
        <w:br/>
      </w:r>
      <w:r>
        <w:rPr>
          <w:sz w:val="20"/>
        </w:rPr>
        <w:t>34:19  to</w:t>
      </w:r>
      <w:r>
        <w:br/>
      </w:r>
      <w:r>
        <w:rPr>
          <w:sz w:val="20"/>
        </w:rPr>
        <w:t>34:21  baad ke zamane mein ek baar gaye London to unse mile. Woh jab mile to Sir James Jeans ne is astronomy ki baatein karna shuru kiya, aur bahut, yani zyada is se mah ho gaye.</w:t>
      </w:r>
      <w:r>
        <w:br/>
      </w:r>
      <w:r>
        <w:rPr>
          <w:sz w:val="20"/>
        </w:rPr>
        <w:t>34:40  woh unka bayan hai ke unke rongte khade ho rahe the jab bata rahe the ke itni badi kainat hai, itne bade source hain, itni badi galaxy hai,</w:t>
      </w:r>
      <w:r>
        <w:br/>
      </w:r>
      <w:r>
        <w:rPr>
          <w:sz w:val="20"/>
        </w:rPr>
        <w:t>34:48  itna, yani wonders of nature ko batate hue unke rongte khade ho rahe the.</w:t>
      </w:r>
      <w:r>
        <w:br/>
      </w:r>
      <w:r>
        <w:rPr>
          <w:sz w:val="20"/>
        </w:rPr>
        <w:t>34:58  to unko ek ayat yaad aayi, unhone kaha ke Sir agar ijazat ho to main ek Quran ki ek ayat aap ko pesh karoon.</w:t>
      </w:r>
      <w:r>
        <w:br/>
      </w:r>
      <w:r>
        <w:rPr>
          <w:sz w:val="20"/>
        </w:rPr>
        <w:t>35:10  to woh ayat jo Quran majeed mein hai ke innama yakhshallaaha min ibadihil ulamaa</w:t>
      </w:r>
      <w:r>
        <w:br/>
      </w:r>
      <w:r>
        <w:rPr>
          <w:sz w:val="20"/>
        </w:rPr>
        <w:t>35:19  innama yakhshallaaha min ibadihil ulamaa</w:t>
      </w:r>
      <w:r>
        <w:br/>
      </w:r>
      <w:r>
        <w:rPr>
          <w:sz w:val="20"/>
        </w:rPr>
        <w:t>35:24  ke aalim log, yani janne wale log bhi Allah se darte hain.</w:t>
      </w:r>
      <w:r>
        <w:br/>
      </w:r>
      <w:r>
        <w:rPr>
          <w:sz w:val="20"/>
        </w:rPr>
        <w:t>35:33  to unhone kaha ke dekhiye, yeh Quran mein likha hua hai ke jitna ilm badhega, utna Allah se taluq badhega ke Allah ka khauf badhega.</w:t>
      </w:r>
      <w:r>
        <w:br/>
      </w:r>
      <w:r>
        <w:rPr>
          <w:sz w:val="20"/>
        </w:rPr>
        <w:t>35:45  to kisi ka qaul hai ke this painting of knowledge turns people away from God and much of them, much of it, much of it brings them back to Him</w:t>
      </w:r>
      <w:r>
        <w:br/>
      </w:r>
      <w:r>
        <w:rPr>
          <w:sz w:val="20"/>
        </w:rPr>
        <w:t>36:01  yani thoda ilm Allah insaan ko Allah se door karta hai, aur zyada ilm insaan ko Khuda se qareeb karta hai.</w:t>
      </w:r>
      <w:r>
        <w:br/>
      </w:r>
      <w:r>
        <w:rPr>
          <w:sz w:val="20"/>
        </w:rPr>
        <w:t>36:12  to Sir James Jeans ko bahut taajjub hua ke Quran mein yeh likha hua hai ke ilm badhta hai to taluq billah badhta hai, ilm badhta hai to God consciousness badhta hai, ilm badhta hai to aadmi Allah ko zyada manne wala ban jata hai.</w:t>
      </w:r>
      <w:r>
        <w:br/>
      </w:r>
      <w:r>
        <w:rPr>
          <w:sz w:val="20"/>
        </w:rPr>
        <w:t>36:28  yeh likha hua hai,</w:t>
      </w:r>
      <w:r>
        <w:br/>
      </w:r>
      <w:r>
        <w:rPr>
          <w:sz w:val="20"/>
        </w:rPr>
        <w:t>36:30  yani ilm ke badhne se yeh aati hai yeh baat. To unhone dekha isko, aur is par iska unhone kaha ke Quran mein jab yeh likha hua hai to main gawahi deta hoon, Quran Khuda ki kitab hai.</w:t>
      </w:r>
      <w:r>
        <w:br/>
      </w:r>
      <w:r>
        <w:rPr>
          <w:sz w:val="20"/>
        </w:rPr>
        <w:t>36:46  bahut top ka scientist tha woh,</w:t>
      </w:r>
      <w:r>
        <w:br/>
      </w:r>
      <w:r>
        <w:rPr>
          <w:sz w:val="20"/>
        </w:rPr>
        <w:t>36:52  to usne kaha ke Ayatullah, tum gawah raho ke main is baat ki shahadat deta hoon ke Quran Khuda ki kitab hai.</w:t>
      </w:r>
      <w:r>
        <w:br/>
      </w:r>
      <w:r>
        <w:rPr>
          <w:sz w:val="20"/>
        </w:rPr>
        <w:t>37:02  itni badi baat kaise Muhammad ko maloom hoti? Yeh to Khuda hi jaan sakta tha, yani seven seven century mein, saatvi sadi mein to insaan jante nahi the astronomy ke bare mein, galaxy ke bare mein,</w:t>
      </w:r>
      <w:r>
        <w:br/>
      </w:r>
      <w:r>
        <w:rPr>
          <w:sz w:val="20"/>
        </w:rPr>
        <w:t>37:15  universe ke bare mein kuch pata nahi tha insaan</w:t>
      </w:r>
      <w:r>
        <w:br/>
      </w:r>
      <w:r>
        <w:rPr>
          <w:sz w:val="20"/>
        </w:rPr>
        <w:t>37:18  ko. Us waqt kahin jaan liya hai to yeh to Khuda tha jisne Muhammad ko bataya. To dekhiye, aap ko sacha dawi agar banna hai, sacha momin banna hai, sacha insaan banna hai,</w:t>
      </w:r>
      <w:r>
        <w:br/>
      </w:r>
      <w:r>
        <w:rPr>
          <w:sz w:val="20"/>
        </w:rPr>
        <w:t>37:34  sacha insaan, sacha momin, sacha dawi, sacha jannati, kuch bhi banna hai aap ko</w:t>
      </w:r>
    </w:p>
    <w:p>
      <w:pPr>
        <w:pStyle w:val="Heading2"/>
      </w:pPr>
      <w:r>
        <w:t>Human potential: easy like a seed</w:t>
      </w:r>
    </w:p>
    <w:p>
      <w:r>
        <w:rPr>
          <w:color w:val="666666"/>
          <w:sz w:val="18"/>
        </w:rPr>
        <w:t>Personality Building May 28, 2013 Maulana Wahiduddin Khan · 3m 12s · at 7:28 · https://youtu.be/8vNUoqGILmw?t=448</w:t>
      </w:r>
    </w:p>
    <w:p>
      <w:r>
        <w:rPr>
          <w:i/>
        </w:rPr>
        <w:t>“Ab main aaj ke topic waghera mein kuch kahunga”</w:t>
      </w:r>
    </w:p>
    <w:p>
      <w:r>
        <w:rPr>
          <w:sz w:val="20"/>
        </w:rPr>
        <w:t>7:28  ab main aaj ke topic waghera mein kuch kahoon ga. aaj ka topic aap jante hain yeh hai ke insaan banna bohat mushkil hai.</w:t>
      </w:r>
      <w:r>
        <w:br/>
      </w:r>
      <w:r>
        <w:rPr>
          <w:sz w:val="20"/>
        </w:rPr>
        <w:t>7:42  main boorha ho gaya hoon, mera experience jo hai bohat lamba hai. main agar yeh kahoon to shayad sahi hoga ke mere experience ke mutabiq insaan banna bohat aasan hai.</w:t>
      </w:r>
      <w:r>
        <w:br/>
      </w:r>
      <w:r>
        <w:rPr>
          <w:sz w:val="20"/>
        </w:rPr>
        <w:t>8:02  woh kaise? quran mein insaan ki misaal di gayi hai darakht se, peed se.</w:t>
      </w:r>
      <w:r>
        <w:br/>
      </w:r>
      <w:r>
        <w:rPr>
          <w:sz w:val="20"/>
        </w:rPr>
        <w:t>8:15  peed kya hai? peed ek seed se shuru hota hai, ek beej se. barhte barhte woh bohat ooncha darakht ban jata hai.</w:t>
      </w:r>
      <w:r>
        <w:br/>
      </w:r>
      <w:r>
        <w:rPr>
          <w:sz w:val="20"/>
        </w:rPr>
        <w:t>8:28  aise hi kaha gaya hai: "kalimatan tayyibatan kashjaratin tayyibatin, asluha thabitun wa faruha fis samaa'." insaan ek seed ki manind hai, beej, seed.</w:t>
      </w:r>
      <w:r>
        <w:br/>
      </w:r>
      <w:r>
        <w:rPr>
          <w:sz w:val="20"/>
        </w:rPr>
        <w:t>8:40  woh barhta hai, barhte barhte aasman tak pahunch jata hai. to agar main yeh kahoon ke "it is very difficult for a seed to grow into a tree" to sab log kahen ge: "ghalat kaha tum ne,</w:t>
      </w:r>
      <w:r>
        <w:br/>
      </w:r>
      <w:r>
        <w:rPr>
          <w:sz w:val="20"/>
        </w:rPr>
        <w:t>8:56  kyun ke har seed to grow kar ke peed banta hai."</w:t>
      </w:r>
      <w:r>
        <w:br/>
      </w:r>
      <w:r>
        <w:rPr>
          <w:sz w:val="20"/>
        </w:rPr>
        <w:t>9:03  main samajhta hoon har insaan ka muamla bhi yahi hai. har insaan potentially ek bohat bara darakht hai. humein kya karna hai?</w:t>
      </w:r>
      <w:r>
        <w:br/>
      </w:r>
      <w:r>
        <w:rPr>
          <w:sz w:val="20"/>
        </w:rPr>
        <w:t>9:14  ke hum apne potential ko actual banayein, aise hi to karna hai. bas apne potential ko unfold karein.</w:t>
      </w:r>
      <w:r>
        <w:br/>
      </w:r>
      <w:r>
        <w:rPr>
          <w:sz w:val="20"/>
        </w:rPr>
        <w:t>9:24  aaj ke zamane mein science ne pure universe ka ki study ki hai, microscope se, telescope se.</w:t>
      </w:r>
      <w:r>
        <w:br/>
      </w:r>
      <w:r>
        <w:rPr>
          <w:sz w:val="20"/>
        </w:rPr>
        <w:t>9:34  lekin insaan jaisi koi doosri feature sari universe mein nahi mili. insaan ke paas mind hai, mind ek personality hai.</w:t>
      </w:r>
      <w:r>
        <w:br/>
      </w:r>
      <w:r>
        <w:rPr>
          <w:sz w:val="20"/>
        </w:rPr>
        <w:t>9:46  jis potential le kar,</w:t>
      </w:r>
      <w:r>
        <w:br/>
      </w:r>
      <w:r>
        <w:rPr>
          <w:sz w:val="20"/>
        </w:rPr>
        <w:t>9:51  jo potential le kar insaan paida hota hai, woh potential na kisi star mein hai, na kisi planet, planet mein hai, na kisi pahad mein, na kisi samandar mein.</w:t>
      </w:r>
      <w:r>
        <w:br/>
      </w:r>
      <w:r>
        <w:rPr>
          <w:sz w:val="20"/>
        </w:rPr>
        <w:t>10:02  aise insaan ke bare mein hum yahi keh sakte hain ke woh poori universe ka king hai, badshah hai. abhi ek research aayi hai science mein ke ke universe ek custom made universe hai,</w:t>
      </w:r>
      <w:r>
        <w:br/>
      </w:r>
      <w:r>
        <w:rPr>
          <w:sz w:val="20"/>
        </w:rPr>
        <w:t>10:18  yani insaan hi ke liye banayi gayi. aisa lagta hai universe ke saare cheezein jo hain, aisa banayi gayi hain jaise ke woh insaan ke liye hon, custom made hon.</w:t>
      </w:r>
      <w:r>
        <w:br/>
      </w:r>
      <w:r>
        <w:rPr>
          <w:sz w:val="20"/>
        </w:rPr>
        <w:t>10:30  to aise insaan ke baare mein yeh kehna zahir hai ke sab se sahi statement hoga ke insaan banna bohat aasaan hai.</w:t>
      </w:r>
    </w:p>
    <w:p>
      <w:pPr>
        <w:pStyle w:val="Heading2"/>
      </w:pPr>
      <w:r>
        <w:t>Poetic description of universe teaching marifat</w:t>
      </w:r>
    </w:p>
    <w:p>
      <w:r>
        <w:rPr>
          <w:color w:val="666666"/>
          <w:sz w:val="18"/>
        </w:rPr>
        <w:t>Discussion on Marefat (Ulama Session- I) Peace Conference April 29-30, 2023 · 3m 10s · at 33:38 · https://youtu.be/c1NFCRXpYBQ?t=2018</w:t>
      </w:r>
    </w:p>
    <w:p>
      <w:r>
        <w:rPr>
          <w:i/>
        </w:rPr>
        <w:t>“Kainath marifat ka azeem daftar hai.”</w:t>
      </w:r>
    </w:p>
    <w:p>
      <w:r>
        <w:rPr>
          <w:sz w:val="20"/>
        </w:rPr>
        <w:t>33:38  to main misal ke taur par is program ke aakhri aakhri program ke aakhri baat ke taur par. kitabein Maarifat safa number 73 ka ek unwan hai Maarifat ki Tamseelat. yeh paragraph padhkar main apni baat ko khatm karta hoon. Maulana likhte hain Maarifat ki Tamseelat.</w:t>
      </w:r>
      <w:r>
        <w:br/>
      </w:r>
      <w:r>
        <w:rPr>
          <w:sz w:val="20"/>
        </w:rPr>
        <w:t>34:08  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r>
        <w:br/>
      </w:r>
      <w:r>
        <w:rPr>
          <w:sz w:val="20"/>
        </w:rPr>
        <w:t>34:31  insan agar war kare to kaynat ki har cheez usko Maarifat ka sabak deti hui nazar aayegi. suraj kamseel ki zaban mein bata raha hai ki Maarifat wahi hai, wahi Maarifat hai jo insan ke wajood ko andar se bahar tak roshan kar de.</w:t>
      </w:r>
      <w:r>
        <w:br/>
      </w:r>
      <w:r>
        <w:rPr>
          <w:sz w:val="20"/>
        </w:rPr>
        <w:t>34:52  baitha hua darya insan ko bata raha hai ki Maarifat ko is tarah hasil karo ki woh tumhari rooh mein chashma bankar jari ho jaye. dard ki hari bhari shaakhein, jab hawa isse hilati hain to insan ko yeh paigham deti hain ki Maarifat ko is tarah hasil karo ki woh tumhare liye ek pura itihas, tajaruba, thrilling experience ban jaye.</w:t>
      </w:r>
      <w:r>
        <w:br/>
      </w:r>
      <w:r>
        <w:rPr>
          <w:sz w:val="20"/>
        </w:rPr>
        <w:t>35:22  chidiya jab cheh chahti hain to woh insan se kehti hain ki Khuda ke kamalat is tarah dariaft karo ki tumhari zaban par hamde KhudaWandi ka naghma jari ho jaye. pahad ki bulandi khamosh zaban mein paigham de rahi hai ki Khuda ko iski aala azmaton ke sath dariaft karo wagera. yahi hal poori kaynat ka hai.</w:t>
      </w:r>
      <w:r>
        <w:br/>
      </w:r>
      <w:r>
        <w:rPr>
          <w:sz w:val="20"/>
        </w:rPr>
        <w:t>35:49  kaynat ki har cheez pitrat ki zubaan mein marifat ka paigham de rahi hai. goya ke kaynat marifat ki ek qazeem library hai. jis tarah ek scholar library mein dakhil hokar kitabon ke zariye maloomat akht karta hai. isi tarah ek saccha insaan kainat ki khudai library se marifat ki fikri giza intellectual food hasil karta hai. kainat ki library insaan ke liye marifat ka ek lah mahdood khazana hai.</w:t>
      </w:r>
      <w:r>
        <w:br/>
      </w:r>
      <w:r>
        <w:rPr>
          <w:sz w:val="20"/>
        </w:rPr>
        <w:t>36:19  kainat ka har zara marifat ke in saiklon pidhiya ki hasiyat rakhta hai. yahan drakht ka har patta apne andar marfat ka samandar samoye hue hain. goya ke ehsaan ki jo tareef batai gayi hai ke ant abdullah ka naktarah to mulala ne humko nature se itna zyada khareeb kiya hai. nature ko pehchano, khuda ko pehchan sakte ho.</w:t>
      </w:r>
      <w:r>
        <w:br/>
      </w:r>
      <w:r>
        <w:rPr>
          <w:sz w:val="20"/>
        </w:rPr>
        <w:t>36:48  allah taalaah se dua hai ke allah taalaah humko sahi maene mein allah taalaah ki marifat hasil karne ki aur us par istikhamaas se aage badhne ki taufeekh ata farmayein. allah taalaah mulana ko jaza e khair de. unhone phir se dobara marifat ki rediscovery karne ki humko renumai ki hai. waqurudawana nirhamdulillah blah bin musallah malik mahatullah.</w:t>
      </w:r>
    </w:p>
    <w:p>
      <w:pPr>
        <w:pStyle w:val="Heading2"/>
      </w:pPr>
      <w:r>
        <w:t>Sabr as essential part of Salat</w:t>
      </w:r>
    </w:p>
    <w:p>
      <w:r>
        <w:rPr>
          <w:color w:val="666666"/>
          <w:sz w:val="18"/>
        </w:rPr>
        <w:t>Islamic Prayer (Part 2) (English) | February 27, 2007 | Maulana Wahiduddin Khan · 5m 06s · at 17:12 · https://youtu.be/xoh_XiWwRlI?t=1032</w:t>
      </w:r>
    </w:p>
    <w:p>
      <w:r>
        <w:rPr>
          <w:i/>
        </w:rPr>
        <w:t>“Then there is a verse in the Quran”</w:t>
      </w:r>
    </w:p>
    <w:p>
      <w:r>
        <w:rPr>
          <w:sz w:val="20"/>
        </w:rPr>
        <w:t>17:12  "asta'inu bis-sabri was-salat" "asta'inu bis-sabri was-salat" seek help of God by Salat and Sabr, prayer and patience. This Quranic verse tells us that Sabr is also a part of</w:t>
      </w:r>
      <w:r>
        <w:br/>
      </w:r>
      <w:r>
        <w:rPr>
          <w:sz w:val="20"/>
        </w:rPr>
        <w:t>17:42  namaz. Sabr is also a part of namaz, or Islamic prayer. Why? Namaz, or Islamic prayer, requires great concentration. Great, great concentration. And without Sabr or patience,</w:t>
      </w:r>
      <w:r>
        <w:br/>
      </w:r>
      <w:r>
        <w:rPr>
          <w:sz w:val="20"/>
        </w:rPr>
        <w:t>18:13  you cannot attain this kind of concentration. You know, in this life, every time, in this life, every time there are distractions, distractions, distractions. Every time. So you have to save yourself from these</w:t>
      </w:r>
      <w:r>
        <w:br/>
      </w:r>
      <w:r>
        <w:rPr>
          <w:sz w:val="20"/>
        </w:rPr>
        <w:t>18:43  distractions. And it is Sabr or patience that gives you the strength by which you can restrain yourself from being a victim of those distractions. So</w:t>
      </w:r>
      <w:r>
        <w:br/>
      </w:r>
      <w:r>
        <w:rPr>
          <w:sz w:val="20"/>
        </w:rPr>
        <w:t>19:14  the formula is, a true Salat, a true Salat requires complete concentration. And concentration is an outcome of, and concent, and the, the formula is</w:t>
      </w:r>
      <w:r>
        <w:br/>
      </w:r>
      <w:r>
        <w:rPr>
          <w:sz w:val="20"/>
        </w:rPr>
        <w:t>19:44  that true Salat requires complete concentration and complete concentration can be attained only by saying your, by saving yourself from all kind of distraction. And it is Sabr or patience</w:t>
      </w:r>
      <w:r>
        <w:br/>
      </w:r>
      <w:r>
        <w:rPr>
          <w:sz w:val="20"/>
        </w:rPr>
        <w:t>20:15  that gives you that kind of strength. Only by Sabr you can save yourself from distractions. So in this sense, Sabr is an integral part of Salat. In this sense, Sabr or patience is an integral part of Salat,</w:t>
      </w:r>
      <w:r>
        <w:br/>
      </w:r>
      <w:r>
        <w:rPr>
          <w:sz w:val="20"/>
        </w:rPr>
        <w:t>20:45  or Islamic prayer. It is very important. There are several verses in the Quran in which God has bracketed Sabr with Salat. "asta'inu bis-sabri was-salat" there are several verses in the Quran</w:t>
      </w:r>
      <w:r>
        <w:br/>
      </w:r>
      <w:r>
        <w:rPr>
          <w:sz w:val="20"/>
        </w:rPr>
        <w:t>21:16  in which God has bracketed Sabr with Salat. And this is the secret of this. If you, if you have no Sabr, then you are doomed to, to be distracted.</w:t>
      </w:r>
      <w:r>
        <w:br/>
      </w:r>
      <w:r>
        <w:rPr>
          <w:sz w:val="20"/>
        </w:rPr>
        <w:t>21:48  Without Sabr, you will live in distractions. And when you are living in distractions, you cannot concentrate the inner spirit to the inner spirit of Salat. So everyone who wants to perform true Salat, he must keep Sabr or patience. Both are</w:t>
      </w:r>
    </w:p>
    <w:p>
      <w:pPr>
        <w:pStyle w:val="Heading2"/>
      </w:pPr>
      <w:r>
        <w:t>A government officer investigates where the mission's money comes from</w:t>
      </w:r>
    </w:p>
    <w:p>
      <w:r>
        <w:rPr>
          <w:color w:val="666666"/>
          <w:sz w:val="18"/>
        </w:rPr>
        <w:t>Spirituality in Simple Living, High Thinking October 27, 2019 Maulana Wahiduddin Khan · 3m 57s · at 21:49 · https://youtu.be/Kr28g15eFr8?t=1309</w:t>
      </w:r>
    </w:p>
    <w:p>
      <w:r>
        <w:rPr>
          <w:i/>
        </w:rPr>
        <w:t>“People always ask me, where does your money come from?”</w:t>
      </w:r>
    </w:p>
    <w:p>
      <w:r>
        <w:rPr>
          <w:sz w:val="20"/>
        </w:rPr>
        <w:t>21:49  sab log pooch mujh se poochte hain, poochte the ke aap ko paisa kahan se aata?</w:t>
      </w:r>
      <w:r>
        <w:br/>
      </w:r>
      <w:r>
        <w:rPr>
          <w:sz w:val="20"/>
        </w:rPr>
        <w:t>22:00  paisa kahan se aata hai? to main aap ko ek qissa batata hoon.</w:t>
      </w:r>
      <w:r>
        <w:br/>
      </w:r>
      <w:r>
        <w:rPr>
          <w:sz w:val="20"/>
        </w:rPr>
        <w:t>22:07  hamare bade bete the, doctors of Islam, woh bahar bahar rehte the, bahar kai jagah rahe hain, woh Europe mein bhi rahe hain, Arab mein bhi rahe hain.</w:t>
      </w:r>
      <w:r>
        <w:br/>
      </w:r>
      <w:r>
        <w:rPr>
          <w:sz w:val="20"/>
        </w:rPr>
        <w:t>22:21  to aik martaba aik government ka afsar hamare paas aaya tha, inkari inkari karne ke liye ke paisa kahan se aata hai?</w:t>
      </w:r>
      <w:r>
        <w:br/>
      </w:r>
      <w:r>
        <w:rPr>
          <w:sz w:val="20"/>
        </w:rPr>
        <w:t>22:35  to us waqt mein rehta tha aik aur ghar mein. to bahar aik chota kamra tha, us mein hamara office tha, to woh mere sath office mein baitha hua tha.</w:t>
      </w:r>
      <w:r>
        <w:br/>
      </w:r>
      <w:r>
        <w:rPr>
          <w:sz w:val="20"/>
        </w:rPr>
        <w:t>22:52  to us ne poocha ke aap jo masjid chala rahe hain, magazine jaga rahe hain, kitabein chhaap rahe hain, to paisa kahan se aata hai aap ko?</w:t>
      </w:r>
      <w:r>
        <w:br/>
      </w:r>
      <w:r>
        <w:rPr>
          <w:sz w:val="20"/>
        </w:rPr>
        <w:t>23:03  to hamare jo baray bete thay, doctors of islam, woh apni maan ke sath andar baithe hue thay, andar apni maan ke sath aaye thay woh bahar se.</w:t>
      </w:r>
      <w:r>
        <w:br/>
      </w:r>
      <w:r>
        <w:rPr>
          <w:sz w:val="20"/>
        </w:rPr>
        <w:t>23:21  to unhon ne un ko pata chal gaya ke aik aaya hai government ka afsar, yeh poochh rah</w:t>
      </w:r>
      <w:r>
        <w:br/>
      </w:r>
      <w:r>
        <w:rPr>
          <w:sz w:val="20"/>
        </w:rPr>
        <w:t>23:29  a hai. to bahar aa gaye woh, bahar aa gaye woh. to wahan kursi khali thi, wahan baith gaye woh.</w:t>
      </w:r>
      <w:r>
        <w:br/>
      </w:r>
      <w:r>
        <w:rPr>
          <w:sz w:val="20"/>
        </w:rPr>
        <w:t>23:42  to khud hi khud bolay woh ke mein bas mein batata hoon aap ko is ka jawab mein deta hoon.</w:t>
      </w:r>
      <w:r>
        <w:br/>
      </w:r>
      <w:r>
        <w:rPr>
          <w:sz w:val="20"/>
        </w:rPr>
        <w:t>23:53  to doctors of islam ne apna passport nikala, kaha ke dekhiye, mein london mein rehta hoon, wahan mera job hai,</w:t>
      </w:r>
      <w:r>
        <w:br/>
      </w:r>
      <w:r>
        <w:rPr>
          <w:sz w:val="20"/>
        </w:rPr>
        <w:t>24:11  aur mein ne india mein falan bank mein apna non resident external account khola hai, non resident external account.</w:t>
      </w:r>
      <w:r>
        <w:br/>
      </w:r>
      <w:r>
        <w:rPr>
          <w:sz w:val="20"/>
        </w:rPr>
        <w:t>24:27  aur is zamane mein khushhal karti thi, yani woh government mein is bank ka aik slip deta tha, us pe likha rehta tha, us par saada slip hua karti thi, us pe likha tha itna paisa falan ko diya jaye,</w:t>
      </w:r>
      <w:r>
        <w:br/>
      </w:r>
      <w:r>
        <w:rPr>
          <w:sz w:val="20"/>
        </w:rPr>
        <w:t>24:45  pay to falan. ab to tareeqay naye naye ho gaye hain.</w:t>
      </w:r>
      <w:r>
        <w:br/>
      </w:r>
      <w:r>
        <w:rPr>
          <w:sz w:val="20"/>
        </w:rPr>
        <w:t>24:52  to unhon ne kaha ke mein india mein apna non resident external account khola hai, mein un ka beta hoon, aur un ko mein ne sign kar ke de diya hai,</w:t>
      </w:r>
      <w:r>
        <w:br/>
      </w:r>
      <w:r>
        <w:rPr>
          <w:sz w:val="20"/>
        </w:rPr>
        <w:t>25:07  saada slip par sign kar ke ke jab bhi aap ko zaroorat ho to mere account se paisa nikal li jiye.</w:t>
      </w:r>
      <w:r>
        <w:br/>
      </w:r>
      <w:r>
        <w:rPr>
          <w:sz w:val="20"/>
        </w:rPr>
        <w:t>25:15  to woh sahib hai, woh aadmi aisa itna hairaan hua ke chupke se uth ke bhaag gaya, kuch poocha hi nahi, poocha hi is ke baad,</w:t>
      </w:r>
      <w:r>
        <w:br/>
      </w:r>
      <w:r>
        <w:rPr>
          <w:sz w:val="20"/>
        </w:rPr>
        <w:t>25:29  poocha hi nahi.</w:t>
      </w:r>
      <w:r>
        <w:br/>
      </w:r>
      <w:r>
        <w:rPr>
          <w:sz w:val="20"/>
        </w:rPr>
        <w:t>25:34  aur is bete ki jo shadi mein ne ki thi, woh bhi aisi thi, bila kharch shadi. to dekhiye, simple living ka matlab kya hai?</w:t>
      </w:r>
    </w:p>
    <w:p>
      <w:pPr>
        <w:pStyle w:val="Heading2"/>
      </w:pPr>
      <w:r>
        <w:t>religion as complete system versus spirituality as its essence</w:t>
      </w:r>
    </w:p>
    <w:p>
      <w:r>
        <w:rPr>
          <w:color w:val="666666"/>
          <w:sz w:val="18"/>
        </w:rPr>
        <w:t>Interview Session with Maulana Wahiduddin Khan January 30, 2008 · 3m 03s · at 4:11 · https://youtu.be/o8Gpe9YMuZc?t=251</w:t>
      </w:r>
    </w:p>
    <w:p>
      <w:r>
        <w:rPr>
          <w:i/>
        </w:rPr>
        <w:t>“Some people take religion simply as a culture — that's wrong.”</w:t>
      </w:r>
    </w:p>
    <w:p>
      <w:r>
        <w:rPr>
          <w:sz w:val="20"/>
        </w:rPr>
        <w:t>4:11  but Maulana, is spirituality a part of religion, or is it an independent discipline?</w:t>
      </w:r>
      <w:r>
        <w:br/>
      </w:r>
      <w:r>
        <w:rPr>
          <w:sz w:val="20"/>
        </w:rPr>
        <w:t>4:20  yes, some people take it as an independent discipline, but is wrong.</w:t>
      </w:r>
      <w:r>
        <w:br/>
      </w:r>
      <w:r>
        <w:rPr>
          <w:sz w:val="20"/>
        </w:rPr>
        <w:t>4:27  these people take religion as a culture, simply as a culture.</w:t>
      </w:r>
      <w:r>
        <w:br/>
      </w:r>
      <w:r>
        <w:rPr>
          <w:sz w:val="20"/>
        </w:rPr>
        <w:t>4:37  so according to their conception, religion is nothing but some but a set of rituals, custom or culture.</w:t>
      </w:r>
      <w:r>
        <w:br/>
      </w:r>
      <w:r>
        <w:rPr>
          <w:sz w:val="20"/>
        </w:rPr>
        <w:t>4:48  this is reduced concept of religion.</w:t>
      </w:r>
      <w:r>
        <w:br/>
      </w:r>
      <w:r>
        <w:rPr>
          <w:sz w:val="20"/>
        </w:rPr>
        <w:t>4:54  according to my experience, religion is a complete system, complete discipline. religion encompass your home, your whole personality.</w:t>
      </w:r>
      <w:r>
        <w:br/>
      </w:r>
      <w:r>
        <w:rPr>
          <w:sz w:val="20"/>
        </w:rPr>
        <w:t>5:06  in this sense, spirituality is the essence of religion. when you speak about religion, there is a form, also there is a spirit.</w:t>
      </w:r>
      <w:r>
        <w:br/>
      </w:r>
      <w:r>
        <w:rPr>
          <w:sz w:val="20"/>
        </w:rPr>
        <w:t>5:20  so form is other thing, but as far as the spirit is concerned, that is spirituality. so you have to observe the form, but if you want to evolve the spirit of religion, that is spirituality.</w:t>
      </w:r>
      <w:r>
        <w:br/>
      </w:r>
      <w:r>
        <w:rPr>
          <w:sz w:val="20"/>
        </w:rPr>
        <w:t>5:40  so spirituality is the, spirituality is the, is an integral part of religion</w:t>
      </w:r>
      <w:r>
        <w:br/>
      </w:r>
      <w:r>
        <w:rPr>
          <w:sz w:val="20"/>
        </w:rPr>
        <w:t>5:49  . Maulana, you said that spirituality is the essence of religion. so how is it related to different aspects of a life, and can you give some examples?</w:t>
      </w:r>
      <w:r>
        <w:br/>
      </w:r>
      <w:r>
        <w:rPr>
          <w:sz w:val="20"/>
        </w:rPr>
        <w:t>6:00  spirituality, I think that it is, it is,</w:t>
      </w:r>
      <w:r>
        <w:br/>
      </w:r>
      <w:r>
        <w:rPr>
          <w:sz w:val="20"/>
        </w:rPr>
        <w:t>6:07  it pertains to your whole life.</w:t>
      </w:r>
      <w:r>
        <w:br/>
      </w:r>
      <w:r>
        <w:rPr>
          <w:sz w:val="20"/>
        </w:rPr>
        <w:t>6:11  every time, you are active something. when you are speaking, when you are thinking, you are practicing, then you need spirituality.</w:t>
      </w:r>
      <w:r>
        <w:br/>
      </w:r>
      <w:r>
        <w:rPr>
          <w:sz w:val="20"/>
        </w:rPr>
        <w:t>6:23  spirituality means inner spirit, inner spirit in pure form. so if your inner spirit in pure form is there, then your activities will be good and correct.</w:t>
      </w:r>
      <w:r>
        <w:br/>
      </w:r>
      <w:r>
        <w:rPr>
          <w:sz w:val="20"/>
        </w:rPr>
        <w:t>6:39  so I think that spirituality in the sense of inner spirit is required every time in every activities.</w:t>
      </w:r>
      <w:r>
        <w:br/>
      </w:r>
      <w:r>
        <w:rPr>
          <w:sz w:val="20"/>
        </w:rPr>
        <w:t>6:48  without this kind of spirituality, you become simply a form, simply a set of rituals.</w:t>
      </w:r>
      <w:r>
        <w:br/>
      </w:r>
      <w:r>
        <w:rPr>
          <w:sz w:val="20"/>
        </w:rPr>
        <w:t>7:00  so that is a reduced form of spirituality.</w:t>
      </w:r>
      <w:r>
        <w:br/>
      </w:r>
      <w:r>
        <w:rPr>
          <w:sz w:val="20"/>
        </w:rPr>
        <w:t>7:05  Maulana, how does spirituality help in coping up with adverse situations?</w:t>
      </w:r>
    </w:p>
    <w:p>
      <w:pPr>
        <w:pStyle w:val="Heading2"/>
      </w:pPr>
      <w:r>
        <w:t>Kashmir's beauty fades, proving desires stay unfulfilled</w:t>
      </w:r>
    </w:p>
    <w:p>
      <w:r>
        <w:rPr>
          <w:color w:val="666666"/>
          <w:sz w:val="18"/>
        </w:rPr>
        <w:t>Discovery of Paradise March 22, 2015 · 4m 25s · at 12:03 · https://youtu.be/2axrfd7sZkE?t=723</w:t>
      </w:r>
    </w:p>
    <w:p>
      <w:r>
        <w:rPr>
          <w:i/>
        </w:rPr>
        <w:t>“Jahangir Kashmir gaya, use bahut pasand aaya”</w:t>
      </w:r>
    </w:p>
    <w:p>
      <w:r>
        <w:rPr>
          <w:sz w:val="20"/>
        </w:rPr>
        <w:t>12:03  Jahangir jo Mughal badshah tha, woh gaya Kashmir. to Kashmir us ko bohat pasand aya.</w:t>
      </w:r>
      <w:r>
        <w:br/>
      </w:r>
      <w:r>
        <w:rPr>
          <w:sz w:val="20"/>
        </w:rPr>
        <w:t>12:14  to us ne kaha ke agar firdous bar rooye zameen ast, hameen ast o hameen ast o hameen ast. yani jannat agar dunya mein kahin hai to yehi yehi hai.</w:t>
      </w:r>
      <w:r>
        <w:br/>
      </w:r>
      <w:r>
        <w:rPr>
          <w:sz w:val="20"/>
        </w:rPr>
        <w:t>12:25  yani yani Kashmir, Kashmir, Kashmir.</w:t>
      </w:r>
      <w:r>
        <w:br/>
      </w:r>
      <w:r>
        <w:rPr>
          <w:sz w:val="20"/>
        </w:rPr>
        <w:t>12:34  mein Kashmir kai baar gaya hoon aur dekha hai Kashmir kya cheez hai. lekin mera apna tajurba yeh hai ke jis din aap pahonchte hain Kashmir, to pehle din to lagta hai ke ek bari, ek ek beautiful jagah hai.</w:t>
      </w:r>
      <w:r>
        <w:br/>
      </w:r>
      <w:r>
        <w:rPr>
          <w:sz w:val="20"/>
        </w:rPr>
        <w:t>12:49  us ke baad phir kuch nahi.</w:t>
      </w:r>
      <w:r>
        <w:br/>
      </w:r>
      <w:r>
        <w:rPr>
          <w:sz w:val="20"/>
        </w:rPr>
        <w:t>12:54  mein ne apna ek tajurba is se pehle bataya tha ke Kashmir mein mein gaya, mere sath Qibullah Khan sahib thay, Professor Qibullah Khan.</w:t>
      </w:r>
      <w:r>
        <w:br/>
      </w:r>
      <w:r>
        <w:rPr>
          <w:sz w:val="20"/>
        </w:rPr>
        <w:t>13:09  to wahan par hum ek pahari chashme, pahari chashma, to pani aa raha tha pahar se, bohat saaf suthra, bohat hi</w:t>
      </w:r>
      <w:r>
        <w:br/>
      </w:r>
      <w:r>
        <w:rPr>
          <w:sz w:val="20"/>
        </w:rPr>
        <w:t>13:22  bilkul fresh water pahaar se aa raha tha.</w:t>
      </w:r>
      <w:r>
        <w:br/>
      </w:r>
      <w:r>
        <w:rPr>
          <w:sz w:val="20"/>
        </w:rPr>
        <w:t>13:28  to professor qibullah khan sahib jo mere saath thay, un ke saath aik glass tha. to maine un se glass lia aur woh aik glass pani le kar piya.</w:t>
      </w:r>
      <w:r>
        <w:br/>
      </w:r>
      <w:r>
        <w:rPr>
          <w:sz w:val="20"/>
        </w:rPr>
        <w:t>13:40  to mujhe bohat acha laga. yani dilli mein jo pani aap peete hain, us se bohat acha, bohat acha. to phir maine do glass pi lia, teen glass pi lia.</w:t>
      </w:r>
      <w:r>
        <w:br/>
      </w:r>
      <w:r>
        <w:rPr>
          <w:sz w:val="20"/>
        </w:rPr>
        <w:t>13:51  yehahan tak ke jahan tak mujhe yaad hai, maine cheh glass pani pi lia. cheh glass pani.</w:t>
      </w:r>
      <w:r>
        <w:br/>
      </w:r>
      <w:r>
        <w:rPr>
          <w:sz w:val="20"/>
        </w:rPr>
        <w:t>13:59  is ke baad kya hua ke sir mein itna dard shuru ho gaya. sir mein itna dard shuru ho gaya ke main bari museebat se lauta srinagar.</w:t>
      </w:r>
      <w:r>
        <w:br/>
      </w:r>
      <w:r>
        <w:rPr>
          <w:sz w:val="20"/>
        </w:rPr>
        <w:t>14:15  wahan par sham ke khane ka intezam tha aik sahib ke ghar par. to main khane mein shake nahi ho saka.</w:t>
      </w:r>
      <w:r>
        <w:br/>
      </w:r>
      <w:r>
        <w:rPr>
          <w:sz w:val="20"/>
        </w:rPr>
        <w:t>14:23  jis kamre mein khane ka intezam tha, main us ke side ki side ke kamre mein let gaya aur kuch bhi nahi khaya kha saka main.</w:t>
      </w:r>
      <w:r>
        <w:br/>
      </w:r>
      <w:r>
        <w:rPr>
          <w:sz w:val="20"/>
        </w:rPr>
        <w:t>14:33  to kya hai kashmir?</w:t>
      </w:r>
      <w:r>
        <w:br/>
      </w:r>
      <w:r>
        <w:rPr>
          <w:sz w:val="20"/>
        </w:rPr>
        <w:t>14:37  yani pehli baar jab aap dekhte hain to lagta hai ke kashmir bari beautiful jagah hai. lekin jab aap jab us mein rehte hain, aik hi din mein aap bore ho jate hain.</w:t>
      </w:r>
      <w:r>
        <w:br/>
      </w:r>
      <w:r>
        <w:rPr>
          <w:sz w:val="20"/>
        </w:rPr>
        <w:t>14:49  aik hi din mein bore ho jate hain kyunke aap enjoy nahi kar paate.</w:t>
      </w:r>
      <w:r>
        <w:br/>
      </w:r>
      <w:r>
        <w:rPr>
          <w:sz w:val="20"/>
        </w:rPr>
        <w:t>14:54  to insan ka yeh jo tajurba hai, yeh tajurba is ke liye bohat bara clue hai. clue.</w:t>
      </w:r>
      <w:r>
        <w:br/>
      </w:r>
      <w:r>
        <w:rPr>
          <w:sz w:val="20"/>
        </w:rPr>
        <w:t>15:05  bohat bara clue hai. yani aap chahte hain perfect world, apne desire ka poora fulfillment, aik ideal duniya.</w:t>
      </w:r>
      <w:r>
        <w:br/>
      </w:r>
      <w:r>
        <w:rPr>
          <w:sz w:val="20"/>
        </w:rPr>
        <w:t>15:19  yani yeh aap ka, har insan ka, har mard ka aur har aurat ka yeh sab se bari desire hai.</w:t>
      </w:r>
      <w:r>
        <w:br/>
      </w:r>
      <w:r>
        <w:rPr>
          <w:sz w:val="20"/>
        </w:rPr>
        <w:t>15:26  wo milti nahi duniya mein.</w:t>
      </w:r>
      <w:r>
        <w:br/>
      </w:r>
      <w:r>
        <w:rPr>
          <w:sz w:val="20"/>
        </w:rPr>
        <w:t>15:31  wo duniya mein milti nahi. yeh sari tareekh ka tajurba hai ke hum insan paida hota hai bohat ziyada desire ke saath.</w:t>
      </w:r>
      <w:r>
        <w:br/>
      </w:r>
      <w:r>
        <w:rPr>
          <w:sz w:val="20"/>
        </w:rPr>
        <w:t>15:41  lekin jab duniya mein wo chahta hai hasil karna to wo desire us ko milti nahi.</w:t>
      </w:r>
      <w:r>
        <w:br/>
      </w:r>
      <w:r>
        <w:rPr>
          <w:sz w:val="20"/>
        </w:rPr>
        <w:t>15:50  to yeh main samajhta hoon ke paighambar e islam sallallahu alaihi wasallam ne is ka ailan kiya ke haqeeqat kya hai.</w:t>
      </w:r>
      <w:r>
        <w:br/>
      </w:r>
      <w:r>
        <w:rPr>
          <w:sz w:val="20"/>
        </w:rPr>
        <w:t>16:00  yani kyun contradiction hai insan ke desire mein aur jo real duniya hai jahan hamein desire ko lena hai, wo wahan hum le nahi paate.</w:t>
      </w:r>
      <w:r>
        <w:br/>
      </w:r>
      <w:r>
        <w:rPr>
          <w:sz w:val="20"/>
        </w:rPr>
        <w:t>16:13  it is contradiction.</w:t>
      </w:r>
      <w:r>
        <w:br/>
      </w:r>
      <w:r>
        <w:rPr>
          <w:sz w:val="20"/>
        </w:rPr>
        <w:t>16:16  yeh duniya mein hum hain, wo duniya hum ko imperfect duniya hai. hum chahte hain perfect duniya aur wo hai imperfect duniya.</w:t>
      </w:r>
    </w:p>
    <w:p>
      <w:pPr>
        <w:pStyle w:val="Heading2"/>
      </w:pPr>
      <w:r>
        <w:t>culture is local geography, true religion is universal thinking</w:t>
      </w:r>
    </w:p>
    <w:p>
      <w:r>
        <w:rPr>
          <w:color w:val="666666"/>
          <w:sz w:val="18"/>
        </w:rPr>
        <w:t>Discovery of Paradise March 22, 2015 · 2m 54s · at 41:50 · https://youtu.be/2axrfd7sZkE?t=2510</w:t>
      </w:r>
    </w:p>
    <w:p>
      <w:r>
        <w:rPr>
          <w:i/>
        </w:rPr>
        <w:t>“Culture dekhiye, community ka phenomena hota hai”</w:t>
      </w:r>
    </w:p>
    <w:p>
      <w:r>
        <w:rPr>
          <w:sz w:val="20"/>
        </w:rPr>
        <w:t>41:50  culture dekhiye. community ka phenomena hota hai. community kisi mulk mein rehti hai, kisi geography mein rehti hai, kuch historical halaat mein rehti hai.</w:t>
      </w:r>
      <w:r>
        <w:br/>
      </w:r>
      <w:r>
        <w:rPr>
          <w:sz w:val="20"/>
        </w:rPr>
        <w:t>42:02  is se ek culture banta hai.</w:t>
      </w:r>
      <w:r>
        <w:br/>
      </w:r>
      <w:r>
        <w:rPr>
          <w:sz w:val="20"/>
        </w:rPr>
        <w:t>42:07  to culture hamesha geography se banta hai, mulk ke halaat se banta hai.</w:t>
      </w:r>
      <w:r>
        <w:br/>
      </w:r>
      <w:r>
        <w:rPr>
          <w:sz w:val="20"/>
        </w:rPr>
        <w:t>42:14  lekin jo real mazhab hai, jo divine mazhab hai, woh to is se oopar ek cheez hai.</w:t>
      </w:r>
      <w:r>
        <w:br/>
      </w:r>
      <w:r>
        <w:rPr>
          <w:sz w:val="20"/>
        </w:rPr>
        <w:t>42:23  woh thinking ki level banti hai. woh apne mind ko active karte hain, aap zindagi ki haqeeqat ko daryaft karte hain, universe ko, aur ghhor kar ke is ke baray mein maloomat karte hain.</w:t>
      </w:r>
      <w:r>
        <w:br/>
      </w:r>
      <w:r>
        <w:rPr>
          <w:sz w:val="20"/>
        </w:rPr>
        <w:t>42:44  is se aap ke andar ek intellectual awakening aati hai, jis ko marifat kaha gaya hai. woh hai mazhab. culture ka naam mazhab nahi hai.</w:t>
      </w:r>
      <w:r>
        <w:br/>
      </w:r>
      <w:r>
        <w:rPr>
          <w:sz w:val="20"/>
        </w:rPr>
        <w:t>42:59  ab dekhein, agar aap India mein dekhein to yahan ke musalmanon ka ek tarz ka culture hoga. Africa jayen to wahan doosra culture hoga.</w:t>
      </w:r>
      <w:r>
        <w:br/>
      </w:r>
      <w:r>
        <w:rPr>
          <w:sz w:val="20"/>
        </w:rPr>
        <w:t>43:08  aap Europe, America jayen to wahan ek aur culture hoga.</w:t>
      </w:r>
      <w:r>
        <w:br/>
      </w:r>
      <w:r>
        <w:rPr>
          <w:sz w:val="20"/>
        </w:rPr>
        <w:t>43:15  yeh to geography hai jo culture ki tashkeel karti hai,</w:t>
      </w:r>
      <w:r>
        <w:br/>
      </w:r>
      <w:r>
        <w:rPr>
          <w:sz w:val="20"/>
        </w:rPr>
        <w:t>43:23  aur jo asal mazhab hai, woh is se buland hai.</w:t>
      </w:r>
      <w:r>
        <w:br/>
      </w:r>
      <w:r>
        <w:rPr>
          <w:sz w:val="20"/>
        </w:rPr>
        <w:t>43:29  mazhab mein sab se bari cheez hai, pehli woh hai khuda ki marifat, yani creator ki marifat, creator ka ko discover karna.</w:t>
      </w:r>
      <w:r>
        <w:br/>
      </w:r>
      <w:r>
        <w:rPr>
          <w:sz w:val="20"/>
        </w:rPr>
        <w:t>43:43  yahan se beginning hoti hai. jab aap, jab aap ko shaoor milta hai, jab aap motive aati hai aap ke andar, to aap sochne shuru karte hain ke ke mein kaise paida ho gaya, yeh duniya kaise ban gayi,</w:t>
      </w:r>
      <w:r>
        <w:br/>
      </w:r>
      <w:r>
        <w:rPr>
          <w:sz w:val="20"/>
        </w:rPr>
        <w:t>44:02  kya hai zindagi, kya hai maut.</w:t>
      </w:r>
      <w:r>
        <w:br/>
      </w:r>
      <w:r>
        <w:rPr>
          <w:sz w:val="20"/>
        </w:rPr>
        <w:t>44:07  to is is soch se aap pohanchte hain jis cheez par, jis cheez tak, usi ko hota hai marifat. to marifat se aghaz hota hai,</w:t>
      </w:r>
      <w:r>
        <w:br/>
      </w:r>
      <w:r>
        <w:rPr>
          <w:sz w:val="20"/>
        </w:rPr>
        <w:t>44:23  phir sari cheezein unfold hoti hain.</w:t>
      </w:r>
      <w:r>
        <w:br/>
      </w:r>
      <w:r>
        <w:rPr>
          <w:sz w:val="20"/>
        </w:rPr>
        <w:t>44:28  jo real mazhab ka aghaz jo hai, marifat hai,</w:t>
      </w:r>
      <w:r>
        <w:br/>
      </w:r>
      <w:r>
        <w:rPr>
          <w:sz w:val="20"/>
        </w:rPr>
        <w:t>44:33  yani ke koi doosri cheez cheez nahi hai. aur marifat naam hai discovery ka, aur discovery kaise hoti hai?</w:t>
      </w:r>
    </w:p>
    <w:p>
      <w:pPr>
        <w:pStyle w:val="Heading2"/>
      </w:pPr>
      <w:r>
        <w:t>Spirituality of love and transforming negativity</w:t>
      </w:r>
    </w:p>
    <w:p>
      <w:r>
        <w:rPr>
          <w:color w:val="666666"/>
          <w:sz w:val="18"/>
        </w:rPr>
        <w:t>Islam and Peace (In Conversation with Maulana) 23 11 2008 · 5m 08s · at 14:48 · https://youtu.be/CyS3i4AlGfs?t=888</w:t>
      </w:r>
    </w:p>
    <w:p>
      <w:r>
        <w:rPr>
          <w:i/>
        </w:rPr>
        <w:t>“People don't even know what spirituality is.”</w:t>
      </w:r>
    </w:p>
    <w:p>
      <w:r>
        <w:rPr>
          <w:sz w:val="20"/>
        </w:rPr>
        <w:t>14:48  to behal yeh dawah work nahi hai. logon ko pata bhi nahi ke spirituality kya cheez hai. spirituality mein yeh bhi shamil hai ke aap communities oopar uth jayen.</w:t>
      </w:r>
      <w:r>
        <w:br/>
      </w:r>
      <w:r>
        <w:rPr>
          <w:sz w:val="20"/>
        </w:rPr>
        <w:t>14:58  my community right or wrong mein jo log jeete hon woh jante bhi nahi abc d spirituality ki. sare musalman sare musalman jo hain un ka kya hai?</w:t>
      </w:r>
      <w:r>
        <w:br/>
      </w:r>
      <w:r>
        <w:rPr>
          <w:sz w:val="20"/>
        </w:rPr>
        <w:t>15:08  my community right or wrong. aise log kya jaane dawat ko kya jaane spirituality ko. spirituality woh hai. spirituality mein aap ko sab cheez se oopar uthna parta hai.</w:t>
      </w:r>
      <w:r>
        <w:br/>
      </w:r>
      <w:r>
        <w:rPr>
          <w:sz w:val="20"/>
        </w:rPr>
        <w:t>15:22  jo apni community mein jeeta ho woh spirituality ka naam leta hai to galat naam leta hai. insan mein jeena parta hai. spirituality ka matlab hota hai insan mein jeena parta hai.</w:t>
      </w:r>
      <w:r>
        <w:br/>
      </w:r>
      <w:r>
        <w:rPr>
          <w:sz w:val="20"/>
        </w:rPr>
        <w:t>15:32  jab insan ko apna concern banayen aap. sare insan aap ke liye ek ho jayen. best jo hai spirituality ka jo principle woh hai love your enemy.</w:t>
      </w:r>
      <w:r>
        <w:br/>
      </w:r>
      <w:r>
        <w:rPr>
          <w:sz w:val="20"/>
        </w:rPr>
        <w:t>15:44  yani lo all including your enemy. main samajhta hoon ke best formula spirituality ka yeh hai. Mahatma Gandhi is ko bohat ziyada mante thay is cheez ko.</w:t>
      </w:r>
      <w:r>
        <w:br/>
      </w:r>
      <w:r>
        <w:rPr>
          <w:sz w:val="20"/>
        </w:rPr>
        <w:t>15:54  bohat ziyada mante thay. to main samajhta hoon ke spirituality jo hai is ka expression love ki shakal mein hota hai. saare insanon se mohabbat. main keh sakta hoon jo mere saath rehte hain woh gawahi gawahi denge ke mere dil mein har ek ke liye pyar hai.</w:t>
      </w:r>
      <w:r>
        <w:br/>
      </w:r>
      <w:r>
        <w:rPr>
          <w:sz w:val="20"/>
        </w:rPr>
        <w:t>16:09  har ek ke liye mohabbat hai. yeh nahi ke meri community ke liye to hai aur doosron ke liye nahi hai. main sab ko ek sa manta hoon. aur yahi main samajhta hoon spirituality ka jo hai essence hai essence.</w:t>
      </w:r>
      <w:r>
        <w:br/>
      </w:r>
      <w:r>
        <w:rPr>
          <w:sz w:val="20"/>
        </w:rPr>
        <w:t>16:22  ke aap ko aap ke dil mein sab ke liye pyar aa jaye. kisi ke liye hate na ho. kisi ke liye vice na ho. to isi India ko aap banana chahte hain.</w:t>
      </w:r>
      <w:r>
        <w:br/>
      </w:r>
      <w:r>
        <w:rPr>
          <w:sz w:val="20"/>
        </w:rPr>
        <w:t>16:32  isi India ko. hamara matlab matlab yeh nahi ke log apna culture badlein apna mazhab badlein. nahi. apna dil badlein. yeh main saaf kar dena chahta hoon ke mera mission kisi ke culture ko badalna nahi hai.</w:t>
      </w:r>
      <w:r>
        <w:br/>
      </w:r>
      <w:r>
        <w:rPr>
          <w:sz w:val="20"/>
        </w:rPr>
        <w:t>16:44  kisi ka naam ko badalna nahi hai. kisi ke mission ko badalna nahi hai. kisi ke mazhab ko badalna nahi hai. yeh mera mission hai hi nahi. main kabhi kisi se nahi kehta ke tum apna mazhab badlo.</w:t>
      </w:r>
      <w:r>
        <w:br/>
      </w:r>
      <w:r>
        <w:rPr>
          <w:sz w:val="20"/>
        </w:rPr>
        <w:t>16:54  ya naam badlo. koi nahi keh sakta is duniya mein ke maine is se aisa kaha ho. main dil badalne ki baat karta hoon. dil badalna kya hai?</w:t>
      </w:r>
      <w:r>
        <w:br/>
      </w:r>
      <w:r>
        <w:rPr>
          <w:sz w:val="20"/>
        </w:rPr>
        <w:t>17:04  wohi love your enemy. saare insanon ko ek samajhna. saare insanon se pyar karna. saare insanon ke liye dil mein yani positive thought aa jana.</w:t>
      </w:r>
      <w:r>
        <w:br/>
      </w:r>
      <w:r>
        <w:rPr>
          <w:sz w:val="20"/>
        </w:rPr>
        <w:t>17:14  yeh mera mission hai. mera mission hargiz yeh nahi hai ke koi mazhab badle koi naam badle koi culture badle. kuch mere mujhe mujhe is se koi lena dena nahi hai.</w:t>
      </w:r>
      <w:r>
        <w:br/>
      </w:r>
      <w:r>
        <w:rPr>
          <w:sz w:val="20"/>
        </w:rPr>
        <w:t>17:25  mera ek hi mission hai ke logon ke dil badal jayein. logon ki main aap ko bataoon ke mujhe main gaya tha is se pehle to Zurich ke airport pe ek Hindu lady mili.</w:t>
      </w:r>
      <w:r>
        <w:br/>
      </w:r>
      <w:r>
        <w:rPr>
          <w:sz w:val="20"/>
        </w:rPr>
        <w:t>17:36  yani Delhi mein rehti hain woh. to woh artist hain woh gayi theen teen mahine ke liye. government Switzerland government ne un ko bulaya tha. to airport par lagi woh Switzerland ki burai karne.</w:t>
      </w:r>
      <w:r>
        <w:br/>
      </w:r>
      <w:r>
        <w:rPr>
          <w:sz w:val="20"/>
        </w:rPr>
        <w:t>17:52  meri soch kya hai is is se aap samajh sakte hain meri soch kya hai. yeh bhi gawah hain is waqt maujood thay wahan par. aur bhi kai log thay. to teen mahine ke liye government of Switzerland ne bulaya un ko apne haan mehman rakha kharcha diya un ko aur burai kar rahe hain Switzerland ki.</w:t>
      </w:r>
      <w:r>
        <w:br/>
      </w:r>
      <w:r>
        <w:rPr>
          <w:sz w:val="20"/>
        </w:rPr>
        <w:t>18:12  to maine kaha ke dekhiye aap gaaye ko poojti hain lekin gaaye ke culture ko nahi manti hain aap. kaha woh kaise? main ne kaha what is cow?</w:t>
      </w:r>
      <w:r>
        <w:br/>
      </w:r>
      <w:r>
        <w:rPr>
          <w:sz w:val="20"/>
        </w:rPr>
        <w:t>18:23  cow is an cow is a divine industry.</w:t>
      </w:r>
      <w:r>
        <w:br/>
      </w:r>
      <w:r>
        <w:rPr>
          <w:sz w:val="20"/>
        </w:rPr>
        <w:t>18:30  kaise hai ke cow jo hai non milk ko milk mein badalti hai. cow ko aap dete hain ghaas aap ko dete hain doodh.</w:t>
      </w:r>
      <w:r>
        <w:br/>
      </w:r>
      <w:r>
        <w:rPr>
          <w:sz w:val="20"/>
        </w:rPr>
        <w:t>18:42  so cow is an industry. cow has the capacity to to convert non milk to milk.</w:t>
      </w:r>
      <w:r>
        <w:br/>
      </w:r>
      <w:r>
        <w:rPr>
          <w:sz w:val="20"/>
        </w:rPr>
        <w:t>18:51  to aap ko agar koi saari experience wahan hua ho to isi ko liye kyun baithi hain aap? is saari experience ko badlie positive experience mein.</w:t>
      </w:r>
      <w:r>
        <w:br/>
      </w:r>
      <w:r>
        <w:rPr>
          <w:sz w:val="20"/>
        </w:rPr>
        <w:t>19:00  agar aap sach much cow ko manti hain to. cow ko poojna hasil nahi hai. cow ke culture ko badal lena hasil hai. ke aap cow ki taraf baniye.</w:t>
      </w:r>
      <w:r>
        <w:br/>
      </w:r>
      <w:r>
        <w:rPr>
          <w:sz w:val="20"/>
        </w:rPr>
        <w:t>19:10  negative thought ko positive thought mein convert kijiye. koi hate ka experience ho tab bhi us ke pyar mein badlie aap. yani non milk ko milk mein badlie.</w:t>
      </w:r>
      <w:r>
        <w:br/>
      </w:r>
      <w:r>
        <w:rPr>
          <w:sz w:val="20"/>
        </w:rPr>
        <w:t>19:20  tab aap cow ko manne wale hongi. woh bechari aurat bohat achhi thi woh ro ne lagi woh. us ki aankhon se aansu tip tip tip girne laga.</w:t>
      </w:r>
      <w:r>
        <w:br/>
      </w:r>
      <w:r>
        <w:rPr>
          <w:sz w:val="20"/>
        </w:rPr>
        <w:t>19:30  to yeh hai mera mission. ke log cow ko poojte hain main kehta hoon cow culture ko apnao.</w:t>
      </w:r>
      <w:r>
        <w:br/>
      </w:r>
      <w:r>
        <w:rPr>
          <w:sz w:val="20"/>
        </w:rPr>
        <w:t>19:40  to matlab dil ko badlo mind ko badlo. negativity ko khatam karo. yeh hai mera mission. main samajhta hoon ke yahi wahan Mahatma Gandhi ka mission tha.</w:t>
      </w:r>
      <w:r>
        <w:br/>
      </w:r>
      <w:r>
        <w:rPr>
          <w:sz w:val="20"/>
        </w:rPr>
        <w:t>19:50  is is ko ek lafz ek shabd mein kahoon ga ke yeh spiritual revolution.</w:t>
      </w:r>
    </w:p>
    <w:p>
      <w:pPr>
        <w:pStyle w:val="Heading2"/>
      </w:pPr>
      <w:r>
        <w:t>Three phases: tree, garden, paradise transplantation</w:t>
      </w:r>
    </w:p>
    <w:p>
      <w:r>
        <w:rPr>
          <w:color w:val="666666"/>
          <w:sz w:val="18"/>
        </w:rPr>
        <w:t>Momin is like a tree | April 11, 2007 · 5m 34s · at 25:22 · https://youtu.be/buv324nJoBk?t=1522</w:t>
      </w:r>
    </w:p>
    <w:p>
      <w:r>
        <w:rPr>
          <w:i/>
        </w:rPr>
        <w:t>“When there is a group of momins, then there is a garden”</w:t>
      </w:r>
    </w:p>
    <w:p>
      <w:r>
        <w:rPr>
          <w:sz w:val="20"/>
        </w:rPr>
        <w:t>25:22  garden. When there is a group of momin, then there is garden, beautiful garden, healthy garden, nice garden. Then there is third phase. This third phase is mentioned in hadith. The prophet of Islam has said that at night</w:t>
      </w:r>
      <w:r>
        <w:br/>
      </w:r>
      <w:r>
        <w:rPr>
          <w:sz w:val="20"/>
        </w:rPr>
        <w:t>25:52  of miraj, there is ascension. He happened to meet prophet Ibrahim. Prophet Ibrahim. So prophet Ibrahim said to him, O Muhammad, say to your ummah</w:t>
      </w:r>
      <w:r>
        <w:br/>
      </w:r>
      <w:r>
        <w:rPr>
          <w:sz w:val="20"/>
        </w:rPr>
        <w:t>26:23  , ummah to your followers, that paradise is a qian. QIAN paradise like a qian. Qian means open field, open field. So he said that paradise like a qian.</w:t>
      </w:r>
      <w:r>
        <w:br/>
      </w:r>
      <w:r>
        <w:rPr>
          <w:sz w:val="20"/>
        </w:rPr>
        <w:t>26:53  its, its soil is very very nice soil, very good soil. Its soil is very fertile soil, and its water is very nice water. So everything is there, but it is an open field. It is qian. And these, these trees, these momin</w:t>
      </w:r>
      <w:r>
        <w:br/>
      </w:r>
      <w:r>
        <w:rPr>
          <w:sz w:val="20"/>
        </w:rPr>
        <w:t>27:25  ول بی پلانٹڈ ان دس لینڈ۔ سو اکارڈنگ ٹو دس حدیث، ان دس پریزنٹ ورلڈ، ایوری مومن از لائک ا ٹری، اور یو کین سے دیٹ دس ورلڈ از لائک نرسری۔ پریزنٹ ورلڈ از لائک نرسری۔ ال دا م</w:t>
      </w:r>
      <w:r>
        <w:br/>
      </w:r>
      <w:r>
        <w:rPr>
          <w:sz w:val="20"/>
        </w:rPr>
        <w:t>27:55  ومن ار نرچرڈ ان دس نرسری۔ دین دیر از ٹرانسپلانٹیشن۔ دین دیر از ٹرانسپلانٹیشن۔ ان پریڈ پیریڈ، وی ار لائک نرسری۔ وی ار لیونگ ان نرسری۔ ان پریڈ پیریڈ۔ دین ان دا پیریڈ ہیر افٹر، ان دا پوسٹ ڈیتھ پیریڈ، ایوری</w:t>
      </w:r>
      <w:r>
        <w:br/>
      </w:r>
      <w:r>
        <w:rPr>
          <w:sz w:val="20"/>
        </w:rPr>
        <w:t>28:25  مومن ول بی ری پلانٹڈ اور ٹرانسپلانٹڈ ان دا پیارڈائز۔ بٹ دس ٹرانسپلانٹیشن ول بی ان سلیکٹیو بیسز، ناٹ ا جنرل بیسز۔ اونلی دوز ٹریز، دیٹ ار ہیلدی ٹریز۔ اونلی دوز ٹریز، دیٹ پروف</w:t>
      </w:r>
      <w:r>
        <w:br/>
      </w:r>
      <w:r>
        <w:rPr>
          <w:sz w:val="20"/>
        </w:rPr>
        <w:t>28:55  ٹو بی ہیلدی ٹریز۔ اونلی دیز ٹریز ول بی سلیکٹڈ فار ٹرانسپلانٹیشن ان دی لینڈ اف دا پیارڈائز۔ سو دیر ار تھری فیزز۔ فرسٹ اف ال، ایوری مومن مسٹ گرو اٹ سیلف، مسٹ گرو ہز پرسنلٹی ایز ا ہیلدی ٹری۔ ہی مسٹ</w:t>
      </w:r>
      <w:r>
        <w:br/>
      </w:r>
      <w:r>
        <w:rPr>
          <w:sz w:val="20"/>
        </w:rPr>
        <w:t>29:25  اڈاپٹ دا کلچر اف ٹری۔ دین وین دیر ار گروپ، دین دے ول بیکم گارڈن، ا بیوٹی فل گارڈن۔ بٹ دس از ناٹ دا اینڈ۔ دیر از فائنل فیز۔ دیر از تھرڈ فیز، فائنل فیز۔ اینڈ دس فیز از ان دا پوسٹ ڈیتھ پیریڈ</w:t>
      </w:r>
      <w:r>
        <w:br/>
      </w:r>
      <w:r>
        <w:rPr>
          <w:sz w:val="20"/>
        </w:rPr>
        <w:t>29:56  ۔ سو اکارڈنگ ٹو دا حدیث، پیارڈائز از اوپن فیلڈ، بٹ ویری ویری فرٹائل فیلڈ، ویری ویری فرٹائل۔ اینڈ ایوری تھنگ از دیر۔ سو ان دا ہیر افٹر، دس</w:t>
      </w:r>
      <w:r>
        <w:br/>
      </w:r>
      <w:r>
        <w:rPr>
          <w:sz w:val="20"/>
        </w:rPr>
        <w:t>30:27  دیر انٹر، دیر از دیر ول بی ٹرانسپلانٹیشن۔ بٹ دس ٹرانسپلانٹیشن، دس ٹرانسپلانٹیشن ول بی ان سلیکٹیو بیسز۔ ناٹ ال دا ٹریز ول بی ری پلانٹڈ ان دیٹ فیلڈ، نو۔ بٹ دس ری پلانٹیشن اور ٹرانسپلانٹیشن، دس ٹرانسپلانٹیشن ول بی ان سلیک</w:t>
      </w:r>
    </w:p>
    <w:p>
      <w:pPr>
        <w:pStyle w:val="Heading2"/>
      </w:pPr>
      <w:r>
        <w:t>Flywheel story and anger control</w:t>
      </w:r>
    </w:p>
    <w:p>
      <w:r>
        <w:rPr>
          <w:color w:val="666666"/>
          <w:sz w:val="18"/>
        </w:rPr>
        <w:t>Life of the Companions of the Prophet | September 29, 2018 · 4m 37s · at 53:31 · https://youtu.be/pR5eJlLJtKE?t=3211</w:t>
      </w:r>
    </w:p>
    <w:p>
      <w:r>
        <w:rPr>
          <w:i/>
        </w:rPr>
        <w:t>“To Gujarat mein ek mujhe ek mila ek factory owner”</w:t>
      </w:r>
    </w:p>
    <w:p>
      <w:r>
        <w:rPr>
          <w:sz w:val="20"/>
        </w:rPr>
        <w:t>53:31  to gujarat mein ek mujhe ek mila ek ek factory owner woh engineer tha engineer to us ne factory chalai thi us mein kuch bohat acha yani modern standard ki woh mangai thi machine to us ko le gaya apni factory mein dikhane ke liye to us ne</w:t>
      </w:r>
      <w:r>
        <w:br/>
      </w:r>
      <w:r>
        <w:rPr>
          <w:sz w:val="20"/>
        </w:rPr>
        <w:t>54:01  kaha dekhen iss machine mein kya khaas baat hai woh main dikhata hoon aap ko to aap jante</w:t>
      </w:r>
      <w:r>
        <w:br/>
      </w:r>
      <w:r>
        <w:rPr>
          <w:sz w:val="20"/>
        </w:rPr>
        <w:t>54:09  honge ke machineon mein ek woh hota hai woh ka kya kehte hain uss ko flying wheel</w:t>
      </w:r>
      <w:r>
        <w:br/>
      </w:r>
      <w:r>
        <w:rPr>
          <w:sz w:val="20"/>
        </w:rPr>
        <w:t>54:16  flying wheel flying wheel iss ka naam hota hai to uss ne dekha ke dekhen yeh flying wheel</w:t>
      </w:r>
      <w:r>
        <w:br/>
      </w:r>
      <w:r>
        <w:rPr>
          <w:sz w:val="20"/>
        </w:rPr>
        <w:t>54:24  hai yeh poora machine ko chalati hai to ek switch ko dabaya uss ne</w:t>
      </w:r>
      <w:r>
        <w:br/>
      </w:r>
      <w:r>
        <w:rPr>
          <w:sz w:val="20"/>
        </w:rPr>
        <w:t>54:32  touch nahi ki touch nahi ki ab to sir touch kiya jata hai uss waqt dabane ka zamana</w:t>
      </w:r>
      <w:r>
        <w:br/>
      </w:r>
      <w:r>
        <w:rPr>
          <w:sz w:val="20"/>
        </w:rPr>
        <w:t>54:40  tha ek switch ko uss waqt touch kiya to within second woh poori speed se chalne laga</w:t>
      </w:r>
      <w:r>
        <w:br/>
      </w:r>
      <w:r>
        <w:rPr>
          <w:sz w:val="20"/>
        </w:rPr>
        <w:t>54:47  shayad second ke fraction mein chalne laga to uss ne kaha phir dekhen ab do dobara dekhen aap</w:t>
      </w:r>
      <w:r>
        <w:br/>
      </w:r>
      <w:r>
        <w:rPr>
          <w:sz w:val="20"/>
        </w:rPr>
        <w:t>54:55  to ek aur switch dabai uss ne to</w:t>
      </w:r>
      <w:r>
        <w:br/>
      </w:r>
      <w:r>
        <w:rPr>
          <w:sz w:val="20"/>
        </w:rPr>
        <w:t>55:03  dobara aisa hua ke within second woh ek stop ho gayi dead stop ho gayi woh flying</w:t>
      </w:r>
      <w:r>
        <w:br/>
      </w:r>
      <w:r>
        <w:rPr>
          <w:sz w:val="20"/>
        </w:rPr>
        <w:t>55:10  wheel jo hai to aap yaqeen kijiye ke main laga rone uss ko dekh kar ke main ne</w:t>
      </w:r>
      <w:r>
        <w:br/>
      </w:r>
      <w:r>
        <w:rPr>
          <w:sz w:val="20"/>
        </w:rPr>
        <w:t>55:18  kaha ke agar machine ke andar ye taqat hai ke vid in second aap log stress stop kar</w:t>
      </w:r>
      <w:r>
        <w:br/>
      </w:r>
      <w:r>
        <w:rPr>
          <w:sz w:val="20"/>
        </w:rPr>
        <w:t>55:25  de to mere andar kyon nahin ek</w:t>
      </w:r>
      <w:r>
        <w:br/>
      </w:r>
      <w:r>
        <w:rPr>
          <w:sz w:val="20"/>
        </w:rPr>
        <w:t>55:33  engine jis machine ko ek engine chal raha hai mechanical engine agar mechanical engine mein ye taqat hai</w:t>
      </w:r>
      <w:r>
        <w:br/>
      </w:r>
      <w:r>
        <w:rPr>
          <w:sz w:val="20"/>
        </w:rPr>
        <w:t>55:39  ke vid in second wo apne ko stop kar sakta hai to mere andar kyon nahin to yaqin</w:t>
      </w:r>
      <w:r>
        <w:br/>
      </w:r>
      <w:r>
        <w:rPr>
          <w:sz w:val="20"/>
        </w:rPr>
        <w:t>55:45  kijiye iske baad se mera ye haal hoga ke is yaqin kijiye ke main waqeatan vid in</w:t>
      </w:r>
      <w:r>
        <w:br/>
      </w:r>
      <w:r>
        <w:rPr>
          <w:sz w:val="20"/>
        </w:rPr>
        <w:t>55:51  second mein apne ko rok sakta hoon aap ko agar agar tajurba karna ho to mujhe aap kabhi</w:t>
      </w:r>
      <w:r>
        <w:br/>
      </w:r>
      <w:r>
        <w:rPr>
          <w:sz w:val="20"/>
        </w:rPr>
        <w:t>55:57  aa ke ghussa dilai</w:t>
      </w:r>
      <w:r>
        <w:br/>
      </w:r>
      <w:r>
        <w:rPr>
          <w:sz w:val="20"/>
        </w:rPr>
        <w:t>56:03  e mujhe kahiye ke tum pagal ho tum tum ye ho tum kuch bhi kuch bhi jo aap</w:t>
      </w:r>
      <w:r>
        <w:br/>
      </w:r>
      <w:r>
        <w:rPr>
          <w:sz w:val="20"/>
        </w:rPr>
        <w:t>56:11  ke munh mein aaye kahiye kuch bhi chahe kahiye naam mumkin masla hamari family mein ek sahab the</w:t>
      </w:r>
      <w:r>
        <w:br/>
      </w:r>
      <w:r>
        <w:rPr>
          <w:sz w:val="20"/>
        </w:rPr>
        <w:t>56:19  jo bahut kamyab the bahut paisa karwate the aur main kuch nahin karta tha to mere bare mein</w:t>
      </w:r>
      <w:r>
        <w:br/>
      </w:r>
      <w:r>
        <w:rPr>
          <w:sz w:val="20"/>
        </w:rPr>
        <w:t>56:28  unhon ne kaha ye to ek mad aadmi hai mere bare mein baqayda</w:t>
      </w:r>
      <w:r>
        <w:br/>
      </w:r>
      <w:r>
        <w:rPr>
          <w:sz w:val="20"/>
        </w:rPr>
        <w:t>56:36  ek to yaqin kijiye ke mujhe kuch bhi ghussa nahin aaya main ne sirf jante kya socha ke</w:t>
      </w:r>
      <w:r>
        <w:br/>
      </w:r>
      <w:r>
        <w:rPr>
          <w:sz w:val="20"/>
        </w:rPr>
        <w:t>56:44  wo wo kya kare wo jante nahin wahi jo baat jo paighambar ne kaha inhah la ilm wo</w:t>
      </w:r>
      <w:r>
        <w:br/>
      </w:r>
      <w:r>
        <w:rPr>
          <w:sz w:val="20"/>
        </w:rPr>
        <w:t>56:51  jante nahin to yaqin kijiye jab ye mere munh par nahin kaha tha unhon ne mujhe kisi ne</w:t>
      </w:r>
      <w:r>
        <w:br/>
      </w:r>
      <w:r>
        <w:rPr>
          <w:sz w:val="20"/>
        </w:rPr>
        <w:t>56:59  bataya tha ke wo kehte hain ke ye aadmi to me</w:t>
      </w:r>
      <w:r>
        <w:br/>
      </w:r>
      <w:r>
        <w:rPr>
          <w:sz w:val="20"/>
        </w:rPr>
        <w:t>57:06  d hai to main ne foran ye kaha ke wo un ka case la ilmi ka case hai be</w:t>
      </w:r>
      <w:r>
        <w:br/>
      </w:r>
      <w:r>
        <w:rPr>
          <w:sz w:val="20"/>
        </w:rPr>
        <w:t>57:14  khabri ka case hai to wo wo machine jo thi wo mujhe itne itna zabardast is mein is</w:t>
      </w:r>
      <w:r>
        <w:br/>
      </w:r>
      <w:r>
        <w:rPr>
          <w:sz w:val="20"/>
        </w:rPr>
        <w:t>57:22  se lesson learning hui ke inshallah iske baad se main ye hamakat nahin ki hoon ghusse wali</w:t>
      </w:r>
      <w:r>
        <w:br/>
      </w:r>
      <w:r>
        <w:rPr>
          <w:sz w:val="20"/>
        </w:rPr>
        <w:t>57:30  hamakat nahin ki main ne</w:t>
      </w:r>
      <w:r>
        <w:br/>
      </w:r>
      <w:r>
        <w:rPr>
          <w:sz w:val="20"/>
        </w:rPr>
        <w:t>57:38  to mein apna tajurba bata sakta hoon bhai aur kuch nahi maulana ek sawal tha maulana hum log normally dekhte hain ke yeh jo aap intellectual struggle ke bare mein bol rahe hain yeh self sustained hoga ya phir is mein jo environmental factors ya jo situations hamari life mein aa rahe hain woh is ko propel karega aur us ke sath mein ek sawal aur hai kyun kyun yeh sawal is liye pooch</w:t>
      </w:r>
    </w:p>
    <w:p>
      <w:pPr>
        <w:pStyle w:val="Heading2"/>
      </w:pPr>
      <w:r>
        <w:t>History of travel, from walking to airplanes, breeds gratitude not hatred</w:t>
      </w:r>
    </w:p>
    <w:p>
      <w:r>
        <w:rPr>
          <w:color w:val="666666"/>
          <w:sz w:val="18"/>
        </w:rPr>
        <w:t>Material Science and Spiritual Science 20 May 2012 · 3m 55s · at 20:27 · https://youtu.be/4K6CxjThlxQ?t=1227</w:t>
      </w:r>
    </w:p>
    <w:p>
      <w:r>
        <w:rPr>
          <w:i/>
        </w:rPr>
        <w:t>“Jab main Turkey gaya to hawai jahaz se saat ghante mein pahunch gaya”</w:t>
      </w:r>
    </w:p>
    <w:p>
      <w:r>
        <w:rPr>
          <w:sz w:val="20"/>
        </w:rPr>
        <w:t>20:27  aise hi dekhen jab mein turki gaya to mein hawai jahaz se gaya ke saat ghante wahan pahunch gaya. to mein ne socha ke safar jo hai safar aik ajeeb o ghareeb nemat hai.</w:t>
      </w:r>
      <w:r>
        <w:br/>
      </w:r>
      <w:r>
        <w:rPr>
          <w:sz w:val="20"/>
        </w:rPr>
        <w:t>20:41  Allah taala ne quran mein farmaya ke</w:t>
      </w:r>
      <w:r>
        <w:br/>
      </w:r>
      <w:r>
        <w:rPr>
          <w:sz w:val="20"/>
        </w:rPr>
        <w:t>20:50  yaani insan ke liye Allah taala ka aik khaas yeh yeh blessing hai ke woh sawariyon par safar karta hai.</w:t>
      </w:r>
      <w:r>
        <w:br/>
      </w:r>
      <w:r>
        <w:rPr>
          <w:sz w:val="20"/>
        </w:rPr>
        <w:t>20:58  koi sher koi hathi sawari par safar nahi karte. yeh insan ki sifat hai ke woh sawari par safar karta hai. to aaj jab aap hawai jahaz par baith kar yahan se wahan jate hain to aasani se us ke peeche aik lambi tareekh hai.</w:t>
      </w:r>
      <w:r>
        <w:br/>
      </w:r>
      <w:r>
        <w:rPr>
          <w:sz w:val="20"/>
        </w:rPr>
        <w:t>21:14  bohat lambi tareekh. dekhen pehle insan kya karta tha? paon se safar</w:t>
      </w:r>
      <w:r>
        <w:br/>
      </w:r>
      <w:r>
        <w:rPr>
          <w:sz w:val="20"/>
        </w:rPr>
        <w:t>21:21  karta tha. paon ke paas paon ke siwa kuch aur nahi tha safar karne ke liye. kuch bhi nahi tha. paon se chal kar safar karna.</w:t>
      </w:r>
      <w:r>
        <w:br/>
      </w:r>
      <w:r>
        <w:rPr>
          <w:sz w:val="20"/>
        </w:rPr>
        <w:t>21:32  phir kya hua? bohat dinon ke baad insan ne ghore ko daryaft kiya. jangl mein bohat janwar the.</w:t>
      </w:r>
      <w:r>
        <w:br/>
      </w:r>
      <w:r>
        <w:rPr>
          <w:sz w:val="20"/>
        </w:rPr>
        <w:t>21:41  hathi, ghora, sher, bhalu, bhediya, geedar. yaani hazaron janwar</w:t>
      </w:r>
      <w:r>
        <w:br/>
      </w:r>
      <w:r>
        <w:rPr>
          <w:sz w:val="20"/>
        </w:rPr>
        <w:t>21:48  . phir kitna dil laga hoon ge aap ghor kijiye. yeh daryaft karne mein ke ghora bhediye sawari ke behtareen hain. yaani ghora jo hai custom based sawari hai.</w:t>
      </w:r>
      <w:r>
        <w:br/>
      </w:r>
      <w:r>
        <w:rPr>
          <w:sz w:val="20"/>
        </w:rPr>
        <w:t>21:59  jise Allah ne banaya usi liye ke aadmi is par baith kar sawari kare. lekin bohat dil lage hoon ge is ko. mudaten lagi hoon gi tab ja kar jangl ke ghore ko la kar unhon ne pala hoga.</w:t>
      </w:r>
      <w:r>
        <w:br/>
      </w:r>
      <w:r>
        <w:rPr>
          <w:sz w:val="20"/>
        </w:rPr>
        <w:t>22:12  aur is ko sawari ke liye istemal kiya hoga.</w:t>
      </w:r>
      <w:r>
        <w:br/>
      </w:r>
      <w:r>
        <w:rPr>
          <w:sz w:val="20"/>
        </w:rPr>
        <w:t>22:17  phir is ke baad kisi dimagh ne pehia ijad kiya. wheel. pehia. kaha jata hai ke pehia bohat badi daryaft hai insan ki.</w:t>
      </w:r>
      <w:r>
        <w:br/>
      </w:r>
      <w:r>
        <w:rPr>
          <w:sz w:val="20"/>
        </w:rPr>
        <w:t>22:27  pahiya daryaft hua to to phir gaari bani. insaan gaari par safar karne laga. phir karta raha karta raha karta yahan tak ke aap jante hain ke archimedes ke zamane mein hydrodynamics ka police mein daryaft hua.</w:t>
      </w:r>
      <w:r>
        <w:br/>
      </w:r>
      <w:r>
        <w:rPr>
          <w:sz w:val="20"/>
        </w:rPr>
        <w:t>22:43  acha is se pehle kashtiyan chalti theen. is se pehle kashtiyan chalti theen. to phir archimedes ne daryaft kiya jis ko kehte hain hydrodynamics.</w:t>
      </w:r>
      <w:r>
        <w:br/>
      </w:r>
      <w:r>
        <w:rPr>
          <w:sz w:val="20"/>
        </w:rPr>
        <w:t>22:57  to insaan ne daryaft kiya ke pani par hum apni sawari chala sakte hain. phir pani par sawari chalne lagi is ki. shuru mein chipu chala karte the chipu.</w:t>
      </w:r>
      <w:r>
        <w:br/>
      </w:r>
      <w:r>
        <w:rPr>
          <w:sz w:val="20"/>
        </w:rPr>
        <w:t>23:08  phir ek waqt aaya insaan kitni muddaten lagi hongi steam power daryaft kiya is ne</w:t>
      </w:r>
      <w:r>
        <w:br/>
      </w:r>
      <w:r>
        <w:rPr>
          <w:sz w:val="20"/>
        </w:rPr>
        <w:t>23:13  . steam power se kashtiyan chalayen is ne. steam ship bane. khane ke liye hum is tarah keh rahe hain lekin is ke liye muddaten lagen.</w:t>
      </w:r>
      <w:r>
        <w:br/>
      </w:r>
      <w:r>
        <w:rPr>
          <w:sz w:val="20"/>
        </w:rPr>
        <w:t>23:22  bohat log is se mare janen den qurbani den. steam ship par chalne lage log. phir automobile ka zamana aaya.</w:t>
      </w:r>
      <w:r>
        <w:br/>
      </w:r>
      <w:r>
        <w:rPr>
          <w:sz w:val="20"/>
        </w:rPr>
        <w:t>23:33  cars banin. aap car par safar karne lage. phir aviation ki science bani. aap hawai jahaz par safar karne lage.</w:t>
      </w:r>
      <w:r>
        <w:br/>
      </w:r>
      <w:r>
        <w:rPr>
          <w:sz w:val="20"/>
        </w:rPr>
        <w:t>23:42  phir space ki science insaan ne banai.</w:t>
      </w:r>
      <w:r>
        <w:br/>
      </w:r>
      <w:r>
        <w:rPr>
          <w:sz w:val="20"/>
        </w:rPr>
        <w:t>23:47  yani ek ek pura yani billion billion item hain jo insaan ne hazaron saal mein banaye taake aap aap ko ek civilization milay.</w:t>
      </w:r>
      <w:r>
        <w:br/>
      </w:r>
      <w:r>
        <w:rPr>
          <w:sz w:val="20"/>
        </w:rPr>
        <w:t>23:57  aap ko ek tamaddun milay. aap ko sare sahaba ne hayat milay. to jab main sochta hoon to main sochta hoon ke yeh to bilkul free de diya insaan ne mujhe.</w:t>
      </w:r>
      <w:r>
        <w:br/>
      </w:r>
      <w:r>
        <w:rPr>
          <w:sz w:val="20"/>
        </w:rPr>
        <w:t>24:09  main to kuch bhi nahi kar sakta.</w:t>
      </w:r>
      <w:r>
        <w:br/>
      </w:r>
      <w:r>
        <w:rPr>
          <w:sz w:val="20"/>
        </w:rPr>
        <w:t>24:12  to mere dil mein kabhi bhi kisi ke liye nafrat nahi aati. jis ne jab insaan ne mujhe itna zyada diya hai. yahi aainak hai dekhen.</w:t>
      </w:r>
    </w:p>
    <w:p>
      <w:pPr>
        <w:pStyle w:val="Heading2"/>
      </w:pPr>
      <w:r>
        <w:t>Why dawah vanished when spirituality became heart-based</w:t>
      </w:r>
    </w:p>
    <w:p>
      <w:r>
        <w:rPr>
          <w:color w:val="666666"/>
          <w:sz w:val="18"/>
        </w:rPr>
        <w:t>Material Science and Spiritual Science 20 May 2012 · 5m 52s · at 27:11 · https://youtu.be/4K6CxjThlxQ?t=1631</w:t>
      </w:r>
    </w:p>
    <w:p>
      <w:r>
        <w:rPr>
          <w:i/>
        </w:rPr>
        <w:t>“Kisi ko sooraj se thodi tension hota hai kya”</w:t>
      </w:r>
    </w:p>
    <w:p>
      <w:r>
        <w:rPr>
          <w:sz w:val="20"/>
        </w:rPr>
        <w:t>27:11  to yeh jab hua jab ke hum ne spirituality ko mind base banaya mind base discipline jab tak spirituality heart base thi dunya ko kuch bhi pata nahi tha phir dekhein yeh jitne log hain dunya mein beshtar log balkay shayad sabhi log tension mein jeete hain jis ko di gayi tension mein tension kyun hota hai tension insan ko le kar hota hai</w:t>
      </w:r>
      <w:r>
        <w:br/>
      </w:r>
      <w:r>
        <w:rPr>
          <w:sz w:val="20"/>
        </w:rPr>
        <w:t>27:40  kisi ko suraj se thori tension hota hai kya koi aisa aadmi paya aap ne jo galaxy ke liye tension para hua ho tension ke khilaf is ko woh galaxy ke khilaf is ko tension aata ho ya samundaron ke liye koi le kar woh tension is ke andar ho tension insan ko le kar hota hai kyun insan ki jo aap ke sath sulook hai us ki khabar nahi aap ko</w:t>
      </w:r>
      <w:r>
        <w:br/>
      </w:r>
      <w:r>
        <w:rPr>
          <w:sz w:val="20"/>
        </w:rPr>
        <w:t>28:06  jab aap kisi insan ko le kar tension mein parte hain to goya ke aap acknowledge nahi kar kar rahe hain is ki is ke contribution ko</w:t>
      </w:r>
      <w:r>
        <w:br/>
      </w:r>
      <w:r>
        <w:rPr>
          <w:sz w:val="20"/>
        </w:rPr>
        <w:t>28:17  mein to jab joota pehanta hoon to yaqeen kijiye sochta hoon ke insan ne kitni mehnat kar ke mere liye joota banaya pehle zamanay hum ne dekha hai aise jangalon mein hum gaye hain jo chappalein pehnte thay pehle log woh hum pehan nahi sakte</w:t>
      </w:r>
      <w:r>
        <w:br/>
      </w:r>
      <w:r>
        <w:rPr>
          <w:sz w:val="20"/>
        </w:rPr>
        <w:t>28:33  is ko itna kadda itna yani bohat hi zyada yani museebat hoti thi is ko pehanna mein ne khud us zamanay mein lakri ka woh pehna hai bar bar toot lakri yeh khoon behta rehta tha bachpan ke zamanay mein to aaj jo joota pehnte hain custom base shoe is ko banane ke peeche hazaron saal ki tareekh hai</w:t>
      </w:r>
      <w:r>
        <w:br/>
      </w:r>
      <w:r>
        <w:rPr>
          <w:sz w:val="20"/>
        </w:rPr>
        <w:t>29:00  to jab aap joota paon mein dalen aur sochen ke insan ne kitni qurbaniyan ki hain tab ja kar yeh custom base shoe bhi hasil hua to aap ke dil mein sirf sirf khair khwahi aaye gi sirf mohabbat aaye gi lekin mohabbat na musalmanon mein hai na doosron doosre logon mein kisi ko kisi ne ideology of love daryaft nahi ki</w:t>
      </w:r>
      <w:r>
        <w:br/>
      </w:r>
      <w:r>
        <w:rPr>
          <w:sz w:val="20"/>
        </w:rPr>
        <w:t>29:25  daryaft is liye nahi ki ke jo is ka jo discipline hai yani spirituality is ko bana rakha hai dil par aise dil par banana kaise hai ise hath banana aap chahen ke hath bolay to kaise bolay ga aap chahen ke nakhun bolay to kaise bolay ga aap chahen ke baal bolay to kaise bolay ga aise hi namumkin hai ke dil sochey</w:t>
      </w:r>
      <w:r>
        <w:br/>
      </w:r>
      <w:r>
        <w:rPr>
          <w:sz w:val="20"/>
        </w:rPr>
        <w:t>29:55  jis tarah yeh baal soch nahi sakta yeh ungli soch nahi sakti aise dil bhi soch nahi sakta hazaron saal se baray baray buzurg paida hue hain bas dil mein meditate kar rahe hain dil mein dhyan gyan kar rahe hain dil se nikal rahe hain jahan kuch hai hi nahi aql ko istemal nahi kar rahe hain</w:t>
      </w:r>
      <w:r>
        <w:br/>
      </w:r>
      <w:r>
        <w:rPr>
          <w:sz w:val="20"/>
        </w:rPr>
        <w:t>30:16  sari sciences taraqqi kar rahi hain kyun woh mabni bar aql hain mind based hain aur spiritual science taraqqi nahi kar rahi kyunke woh babri bar heart bana rakha hai is ko to insan bhtai mein jeeta hai insan nafrat mein jeeta hai insan tension mein jeeta hai kyun is ka jo source tha woh to woh spirituality thi aur spirituality ko unhon ne aisa bana rakha hai ke wahan</w:t>
      </w:r>
      <w:r>
        <w:br/>
      </w:r>
      <w:r>
        <w:rPr>
          <w:sz w:val="20"/>
        </w:rPr>
        <w:t>30:45  kuch yani sirf qisse kahaniyan hain aur kuch nahi</w:t>
      </w:r>
      <w:r>
        <w:br/>
      </w:r>
      <w:r>
        <w:rPr>
          <w:sz w:val="20"/>
        </w:rPr>
        <w:t>30:50  qisse kahaniyon ke siwa kuch bhi nahi hai dekhen</w:t>
      </w:r>
      <w:r>
        <w:br/>
      </w:r>
      <w:r>
        <w:rPr>
          <w:sz w:val="20"/>
        </w:rPr>
        <w:t>30:54  is ka nuqsanat dekhiye</w:t>
      </w:r>
      <w:r>
        <w:br/>
      </w:r>
      <w:r>
        <w:rPr>
          <w:sz w:val="20"/>
        </w:rPr>
        <w:t>30:58  is ka nuqsan yani mabni bar qalb jo tazkiya mabni bar qalb</w:t>
      </w:r>
      <w:r>
        <w:br/>
      </w:r>
      <w:r>
        <w:rPr>
          <w:sz w:val="20"/>
        </w:rPr>
        <w:t>31:06  rohaniyat ka tasawwur aaya musalmanon mein to jante hain kya hua</w:t>
      </w:r>
      <w:r>
        <w:br/>
      </w:r>
      <w:r>
        <w:rPr>
          <w:sz w:val="20"/>
        </w:rPr>
        <w:t>31:15  insan ki khair khwahi ko woh daryaft nahi kar sake kyunke woh daryaft karne ka hoti thi mind se wahan hoti thi aur mind se alag kar diya is ko to kya hua dawat ghayab ho gayi poori ummat e muslema mein dawat ghayab hai mili kaam ho rahe hain mili kaam to khoob khoob ho rahe hain dawat ghayab hai</w:t>
      </w:r>
      <w:r>
        <w:br/>
      </w:r>
      <w:r>
        <w:rPr>
          <w:sz w:val="20"/>
        </w:rPr>
        <w:t>31:38  kyun dekhen peghambar ne kaha tha inni lakum naseh mein tumhara khair khwah hoon yani dawat ki buniyad hai khair khwahi dawat out of blushing hoti hai</w:t>
      </w:r>
      <w:r>
        <w:br/>
      </w:r>
      <w:r>
        <w:rPr>
          <w:sz w:val="20"/>
        </w:rPr>
        <w:t>31:55  jab insan ke dil mein aap ke liye khair khwahi ka samandar ubalta hai jab insan ke liye aap ke dil mein mohabbat ka samandar ubalta hai tab aap kehte hain dorr ke batao is ko sachai batao is ko ke khuda ka kaise plan kiya hai batao is ko ke marne ke baad kya pesh aane wala hai woh woh jazba khair khwahi jo insan ke liye hai woh hai</w:t>
      </w:r>
      <w:r>
        <w:br/>
      </w:r>
      <w:r>
        <w:rPr>
          <w:sz w:val="20"/>
        </w:rPr>
        <w:t>32:21  ab aap agar yeh sochen ke insan ne mujhe itna kuch diya hai insani ke architecture se mein ne yeh ghar banaya insani ke science se mein ne is ka mujhe yeh kapra mila insani ke science se mujhe yeh camera mila insani ke science se mujhe sound yeh yeh loud speaker mila</w:t>
      </w:r>
      <w:r>
        <w:br/>
      </w:r>
      <w:r>
        <w:rPr>
          <w:sz w:val="20"/>
        </w:rPr>
        <w:t>32:44  yeh aainak se le kar ke hawai jahaz tak har cheez mujhe insan ne di hazaron saal ki tehqeeq research ke baad kaha poori insan poora mankind jo hai mere liye laga hua hai laga hua hai laga hua hai to aap chahen ge ke mujhe bhi to kuch dena hai</w:t>
      </w:r>
    </w:p>
    <w:p>
      <w:pPr>
        <w:pStyle w:val="Heading2"/>
      </w:pPr>
      <w:r>
        <w:t>Mind-based spirituality and practical problem management</w:t>
      </w:r>
    </w:p>
    <w:p>
      <w:r>
        <w:rPr>
          <w:color w:val="666666"/>
          <w:sz w:val="18"/>
        </w:rPr>
        <w:t>Spirituality in Daily Life October 4, 2008 · 4m 55s · at 4:19 · https://youtu.be/oeJR6tYqQVw?t=259</w:t>
      </w:r>
    </w:p>
    <w:p>
      <w:r>
        <w:rPr>
          <w:i/>
        </w:rPr>
        <w:t>“Is liye main jis spirituality ko manta hun, woh hai mind-based.”</w:t>
      </w:r>
    </w:p>
    <w:p>
      <w:r>
        <w:rPr>
          <w:sz w:val="20"/>
        </w:rPr>
        <w:t>4:19  is liye mein jis spirituality ko manta hoon, woh hai mind based. yaani</w:t>
      </w:r>
      <w:r>
        <w:br/>
      </w:r>
      <w:r>
        <w:rPr>
          <w:sz w:val="20"/>
        </w:rPr>
        <w:t>4:28  mind ki</w:t>
      </w:r>
      <w:r>
        <w:br/>
      </w:r>
      <w:r>
        <w:rPr>
          <w:sz w:val="20"/>
        </w:rPr>
        <w:t>4:32  re-engineering.</w:t>
      </w:r>
      <w:r>
        <w:br/>
      </w:r>
      <w:r>
        <w:rPr>
          <w:sz w:val="20"/>
        </w:rPr>
        <w:t>4:36  mind ki re-engineering. yaani aadmi, aap jante hain ke mind jo hamara hai, bahut think zyada capacity is ki hai.</w:t>
      </w:r>
      <w:r>
        <w:br/>
      </w:r>
      <w:r>
        <w:rPr>
          <w:sz w:val="20"/>
        </w:rPr>
        <w:t>4:47  to mind ko train kar ke is qabil banana ke woh life ke affairs ko, life ke problems ko beautiful tareeqe se manage kar sake.</w:t>
      </w:r>
      <w:r>
        <w:br/>
      </w:r>
      <w:r>
        <w:rPr>
          <w:sz w:val="20"/>
        </w:rPr>
        <w:t>5:00  to spirituality, according to my experience, is a art of problem management in a very beautiful manner.</w:t>
      </w:r>
      <w:r>
        <w:br/>
      </w:r>
      <w:r>
        <w:rPr>
          <w:sz w:val="20"/>
        </w:rPr>
        <w:t>5:16  yeh mein samajhta hoon spirituality ka matlab. dekhiye, thinking ko aap develop karein, develop karein, develop karein, to aap ko ek bohat ooncha level mil jata hai.</w:t>
      </w:r>
      <w:r>
        <w:br/>
      </w:r>
      <w:r>
        <w:rPr>
          <w:sz w:val="20"/>
        </w:rPr>
        <w:t>5:28  abhi mein kisi safar mein tha, to jab mein plane se urr raha tha fiza mein, to mein ne kaha ke dekhiye, yeh demonstration hai spirituality ka.</w:t>
      </w:r>
      <w:r>
        <w:br/>
      </w:r>
      <w:r>
        <w:rPr>
          <w:sz w:val="20"/>
        </w:rPr>
        <w:t>5:41  yani jo duniya yeh hai, surface par jahan jungle hain, river hai, mountain hai, town hai, kya kya cheezein hain, to hawai jahaz is se ooper urr jata hai.</w:t>
      </w:r>
      <w:r>
        <w:br/>
      </w:r>
      <w:r>
        <w:rPr>
          <w:sz w:val="20"/>
        </w:rPr>
        <w:t>5:54  aise hi insan jab apne aap ko itna elevate kare ke jo daily affairs hain, jo worldly affairs hain, jo tension hai, jo problem hai, is se uth kar ooper jeene lage, woh</w:t>
      </w:r>
      <w:r>
        <w:br/>
      </w:r>
      <w:r>
        <w:rPr>
          <w:sz w:val="20"/>
        </w:rPr>
        <w:t>6:10  to woh ek super human being ban jata hai, superman. spirituality makes you so a superman. yani ooper uthati hai, aap ko ooper le aati hai,</w:t>
      </w:r>
      <w:r>
        <w:br/>
      </w:r>
      <w:r>
        <w:rPr>
          <w:sz w:val="20"/>
        </w:rPr>
        <w:t>6:24  just like a airplane. to aap is position mein ho jate hain ke high level par ja kar, high thinking ke zariye cheezon ko manage kar sakein, manage kar sakein.</w:t>
      </w:r>
      <w:r>
        <w:br/>
      </w:r>
      <w:r>
        <w:rPr>
          <w:sz w:val="20"/>
        </w:rPr>
        <w:t>6:40  to mein samajhta hoon ke trance ya ecstasy jo hai, woh kuch bhi nahi hai.</w:t>
      </w:r>
      <w:r>
        <w:br/>
      </w:r>
      <w:r>
        <w:rPr>
          <w:sz w:val="20"/>
        </w:rPr>
        <w:t>6:48  woh to ek animal culture hai, samajh lijiye.</w:t>
      </w:r>
      <w:r>
        <w:br/>
      </w:r>
      <w:r>
        <w:rPr>
          <w:sz w:val="20"/>
        </w:rPr>
        <w:t>6:54  to asal cheez hai personality ko develop karna taake aap is qabil ho jayein ke aap manage kar sakein affairs ko.</w:t>
      </w:r>
      <w:r>
        <w:br/>
      </w:r>
      <w:r>
        <w:rPr>
          <w:sz w:val="20"/>
        </w:rPr>
        <w:t>7:06  mein aap ko do ek example doonga.</w:t>
      </w:r>
      <w:r>
        <w:br/>
      </w:r>
      <w:r>
        <w:rPr>
          <w:sz w:val="20"/>
        </w:rPr>
        <w:t>7:10  abhi aaj mere paas ek telephone aaya bahar se. to ek sahib hain jo paise wale hain, apni ladki ki shadi unhon ne ki Europe ke ek city mein.</w:t>
      </w:r>
      <w:r>
        <w:br/>
      </w:r>
      <w:r>
        <w:rPr>
          <w:sz w:val="20"/>
        </w:rPr>
        <w:t>7:26  rehti theen woh, wahan gayeen, woh wahan shayad chaar saal rahein, phir wahan se woh chali aaein ghussa ho kar.</w:t>
      </w:r>
      <w:r>
        <w:br/>
      </w:r>
      <w:r>
        <w:rPr>
          <w:sz w:val="20"/>
        </w:rPr>
        <w:t>7:39  to unhon ne kya kaha? aa kar ke ke mera jo husband hai, woh bohat adamant hai, adamant hai, yani ziddee hai. to maa baap ne maan liya ke sach mein adamant hai.</w:t>
      </w:r>
      <w:r>
        <w:br/>
      </w:r>
      <w:r>
        <w:rPr>
          <w:sz w:val="20"/>
        </w:rPr>
        <w:t>7:53  to is baap maa ne kaha ke hamare paas Khuda ka diya bohat kuch hai, beti raho tum hamare.</w:t>
      </w:r>
      <w:r>
        <w:br/>
      </w:r>
      <w:r>
        <w:rPr>
          <w:sz w:val="20"/>
        </w:rPr>
        <w:t>8:01  to mein ne kaha ke yeh aap ne beti ke sath acha nahi kiya.</w:t>
      </w:r>
      <w:r>
        <w:br/>
      </w:r>
      <w:r>
        <w:rPr>
          <w:sz w:val="20"/>
        </w:rPr>
        <w:t>8:06  dekhiye, ek ladke ka nibah hamesha susral mein hota hai, maike mein nahi hota. it is law of nature. jab shadi ho gayi to is ka nibah mein maike mein nahi ho sakta, susral mein hoga.</w:t>
      </w:r>
      <w:r>
        <w:br/>
      </w:r>
      <w:r>
        <w:rPr>
          <w:sz w:val="20"/>
        </w:rPr>
        <w:t>8:22  to mein ne un se kaha ke dekhiye, yeh aap ne galat kiya hai. koi adamant aur adamant nahi hota, sab insan hote hain. aaj in ka telephone aaya ke woh admi jo hai, aanay wala hai patch up karne ke liye.</w:t>
      </w:r>
      <w:r>
        <w:br/>
      </w:r>
      <w:r>
        <w:rPr>
          <w:sz w:val="20"/>
        </w:rPr>
        <w:t>8:36  to mein ne kaha dekhiye, aap is ko airport pe ja kar receive kijiye. halankay un ka irada nahi tha ke airport pe receive karne ka, kyunke thora negative ho gaye thay.</w:t>
      </w:r>
      <w:r>
        <w:br/>
      </w:r>
      <w:r>
        <w:rPr>
          <w:sz w:val="20"/>
        </w:rPr>
        <w:t>8:45  woh aata hai to aao. mein ne kaha ke aap airport pe receive kijiye aur kuch bhi peechay ki baat is se na kijiye.</w:t>
      </w:r>
      <w:r>
        <w:br/>
      </w:r>
      <w:r>
        <w:rPr>
          <w:sz w:val="20"/>
        </w:rPr>
        <w:t>8:59  unki wife ne kaha ke hum kuch condition lagayeinge. mein ne kaha nahi.</w:t>
      </w:r>
      <w:r>
        <w:br/>
      </w:r>
      <w:r>
        <w:rPr>
          <w:sz w:val="20"/>
        </w:rPr>
        <w:t>9:04  mein ne kaha it is nature that prevails, not the conditions. aap jo condition lagayeinge, woh to hawa urr jaye gi.</w:t>
      </w:r>
    </w:p>
    <w:p>
      <w:pPr>
        <w:pStyle w:val="Heading2"/>
      </w:pPr>
      <w:r>
        <w:t>Activating spiritual potential and human's divine role</w:t>
      </w:r>
    </w:p>
    <w:p>
      <w:r>
        <w:rPr>
          <w:color w:val="666666"/>
          <w:sz w:val="18"/>
        </w:rPr>
        <w:t>The Importance of Education, Feb. 15, 2014 - Maulana Wahiduddin Khan · 4m 58s · at 12:42 · https://youtu.be/Ln1FQfOWyzo?t=762</w:t>
      </w:r>
    </w:p>
    <w:p>
      <w:r>
        <w:rPr>
          <w:i/>
        </w:rPr>
        <w:t>“اللہ تعالیٰ نے انسان کو پیدا کیا اس انداز پر کہ”</w:t>
      </w:r>
    </w:p>
    <w:p>
      <w:r>
        <w:rPr>
          <w:sz w:val="20"/>
        </w:rPr>
        <w:t>12:42  to baat kya hai? Allah taala ne insaan ko paida kiya is andaaz par ke us ke beshumar potential hain, spiritual potential, rabbani potential.</w:t>
      </w:r>
      <w:r>
        <w:br/>
      </w:r>
      <w:r>
        <w:rPr>
          <w:sz w:val="20"/>
        </w:rPr>
        <w:t>12:54  lekin is ko activate karna parta hai. is ko jab activate kiya jata hai tab woh unfold hota hai.</w:t>
      </w:r>
      <w:r>
        <w:br/>
      </w:r>
      <w:r>
        <w:rPr>
          <w:sz w:val="20"/>
        </w:rPr>
        <w:t>13:03  agar activate nahi kiya to unfold na ho. to activate karne ka tareeqa to materially hai. aap spiritually tor par kaise activate karenge?</w:t>
      </w:r>
      <w:r>
        <w:br/>
      </w:r>
      <w:r>
        <w:rPr>
          <w:sz w:val="20"/>
        </w:rPr>
        <w:t>13:13  musibatein to maadi noiyat ki hoti hain, hua karti hain. musibatein spiritual aur noiyat ki nahi hoti hain.</w:t>
      </w:r>
      <w:r>
        <w:br/>
      </w:r>
      <w:r>
        <w:rPr>
          <w:sz w:val="20"/>
        </w:rPr>
        <w:t>13:24  musibat to hain. to maadi aitbaar hi se musibatein aati hain. har musibat maadi hi hoti hai.</w:t>
      </w:r>
      <w:r>
        <w:br/>
      </w:r>
      <w:r>
        <w:rPr>
          <w:sz w:val="20"/>
        </w:rPr>
        <w:t>13:34  lekin is mein agar aadmi prepared zehan hai, agar aadmi tayyar, us ke andar yaani woh prepared mind hai woh,</w:t>
      </w:r>
      <w:r>
        <w:br/>
      </w:r>
      <w:r>
        <w:rPr>
          <w:sz w:val="20"/>
        </w:rPr>
        <w:t>13:49  to is ka response jo hai spiritual hoga.</w:t>
      </w:r>
      <w:r>
        <w:br/>
      </w:r>
      <w:r>
        <w:rPr>
          <w:sz w:val="20"/>
        </w:rPr>
        <w:t>13:54  woh spiritual response maani ke us ke potential unfold ho rahe hain. to yeh matlab tha Hazrat Musa ka.</w:t>
      </w:r>
      <w:r>
        <w:br/>
      </w:r>
      <w:r>
        <w:rPr>
          <w:sz w:val="20"/>
        </w:rPr>
        <w:t>14:05  ab yahan par ek aur baat hai bohat ahem ke Allah ne insaan ko paida kiya hai ek bilkul different creature ke taur par.</w:t>
      </w:r>
      <w:r>
        <w:br/>
      </w:r>
      <w:r>
        <w:rPr>
          <w:sz w:val="20"/>
        </w:rPr>
        <w:t>14:17  yaani insaan different hai sitar se, planet se, sun aur moon se, pahaad aur samandar se, haathi aur sher se.</w:t>
      </w:r>
      <w:r>
        <w:br/>
      </w:r>
      <w:r>
        <w:rPr>
          <w:sz w:val="20"/>
        </w:rPr>
        <w:t>14:29  yeh bilkul ek different makhlooq hai. bohat hi high quality is ko di gayi hai. mind, aankh, kaan, naak,</w:t>
      </w:r>
      <w:r>
        <w:br/>
      </w:r>
      <w:r>
        <w:rPr>
          <w:sz w:val="20"/>
        </w:rPr>
        <w:t>14:41  sochna. yeh kis liye? is ka matlab hai ke insaan se koi special role matloob hai.</w:t>
      </w:r>
      <w:r>
        <w:br/>
      </w:r>
      <w:r>
        <w:rPr>
          <w:sz w:val="20"/>
        </w:rPr>
        <w:t>14:52  woh role jo pahaadon se matloob nahi, woh role jo samandaron se matloob nahi, woh role jo sitaron, sayaron se matloob nahi.</w:t>
      </w:r>
      <w:r>
        <w:br/>
      </w:r>
      <w:r>
        <w:rPr>
          <w:sz w:val="20"/>
        </w:rPr>
        <w:t>15:03  to insaan se koi special role matloob hai.</w:t>
      </w:r>
      <w:r>
        <w:br/>
      </w:r>
      <w:r>
        <w:rPr>
          <w:sz w:val="20"/>
        </w:rPr>
        <w:t>15:09  to Hazrat Musa ne jo dua ki thi is ka matlab kya tha? is ka matlab yahi tha ke</w:t>
      </w:r>
      <w:r>
        <w:br/>
      </w:r>
      <w:r>
        <w:rPr>
          <w:sz w:val="20"/>
        </w:rPr>
        <w:t>15:18  khudaya! mujh se jo role matloob hai, jo role mujh se tu chahta hai, is role ke liye mujhe muntakhib kar le. is ke liye mujh se wasail de.</w:t>
      </w:r>
      <w:r>
        <w:br/>
      </w:r>
      <w:r>
        <w:rPr>
          <w:sz w:val="20"/>
        </w:rPr>
        <w:t>15:27  is ke liye mujhe halaat faraham kar.</w:t>
      </w:r>
      <w:r>
        <w:br/>
      </w:r>
      <w:r>
        <w:rPr>
          <w:sz w:val="20"/>
        </w:rPr>
        <w:t>15:34  to Allah, Allah ne jo role de rakha hai kisi insaan ko, us role ke ke liye dua karna.</w:t>
      </w:r>
      <w:r>
        <w:br/>
      </w:r>
      <w:r>
        <w:rPr>
          <w:sz w:val="20"/>
        </w:rPr>
        <w:t>15:45  yahan par dekhiye, ek aur ayat ko le kar sochiye aap. Surah Ar-Rum mein yeh ayat hai: "wa kana haqqan alaina nasr al momineen".</w:t>
      </w:r>
      <w:r>
        <w:br/>
      </w:r>
      <w:r>
        <w:rPr>
          <w:sz w:val="20"/>
        </w:rPr>
        <w:t>16:01  momin ki madad karna Allah par ki zimmedari hai. Allah ki yeh zimmedari hai, Allah ki yeh duty hai ke woh momin ki help kare.</w:t>
      </w:r>
      <w:r>
        <w:br/>
      </w:r>
      <w:r>
        <w:rPr>
          <w:sz w:val="20"/>
        </w:rPr>
        <w:t>16:17  is ka kia matlab hai? momin kon hai? momin wohi hai jo apnay role ko discover kar lay. Allah jo role chahta hai, us say is role ko woh daryaft kar lay.</w:t>
      </w:r>
      <w:r>
        <w:br/>
      </w:r>
      <w:r>
        <w:rPr>
          <w:sz w:val="20"/>
        </w:rPr>
        <w:t>16:32  jab aap daryaft kar chukay hotay hain to is kay ma'nay kia hotay hain? is kay ma'nay kay aap is baat kay haqdar ho gay kay Allah taala aap ko baqi poora kar day aap kay liye, yani wasail day day aap ko, mawaqay day day aap ko,</w:t>
      </w:r>
      <w:r>
        <w:br/>
      </w:r>
      <w:r>
        <w:rPr>
          <w:sz w:val="20"/>
        </w:rPr>
        <w:t>16:47  saray halaat faraham kar day aap ko. to apnay role ko discover karna aur yeh determination kay mujhe isi role ko ada karna hai, jab yeh ho jata hai,</w:t>
      </w:r>
      <w:r>
        <w:br/>
      </w:r>
      <w:r>
        <w:rPr>
          <w:sz w:val="20"/>
        </w:rPr>
        <w:t>17:01  yeh 50% hai. to baqi 50% kia hai? Allah ki taraf say mawaqay ki farahmi, wasail ki farahmi.</w:t>
      </w:r>
      <w:r>
        <w:br/>
      </w:r>
      <w:r>
        <w:rPr>
          <w:sz w:val="20"/>
        </w:rPr>
        <w:t>17:11  yeh matlab hai. to hazrat Musa ki dua ka matlab yeh hai kay: "aye Allah!</w:t>
      </w:r>
      <w:r>
        <w:br/>
      </w:r>
      <w:r>
        <w:rPr>
          <w:sz w:val="20"/>
        </w:rPr>
        <w:t>17:21  jo role mujh say matloob hai tujh ko, is role ka mujhe marifat day. is role kay mujhe, is role kay liye mujhe mujhe tayyar kar aur us kay wasail faraham kar day." yeh matlab hai is ka.</w:t>
      </w:r>
    </w:p>
    <w:p>
      <w:pPr>
        <w:pStyle w:val="Heading2"/>
      </w:pPr>
      <w:r>
        <w:t>Spirituality and a personal example</w:t>
      </w:r>
    </w:p>
    <w:p>
      <w:r>
        <w:rPr>
          <w:color w:val="666666"/>
          <w:sz w:val="18"/>
        </w:rPr>
        <w:t>The Way of Spirituality July 7, 2019 Maulana Wahiduddin Khan · 3m 13s · at 0:14 · https://youtu.be/N_ejXO_o-Oo?t=14</w:t>
      </w:r>
    </w:p>
    <w:p>
      <w:r>
        <w:rPr>
          <w:i/>
        </w:rPr>
        <w:t>“Bismillah al-Rahman al-Rahim”</w:t>
      </w:r>
    </w:p>
    <w:p>
      <w:r>
        <w:rPr>
          <w:sz w:val="20"/>
        </w:rPr>
        <w:t>0:14  bismillah rahman rahim,</w:t>
      </w:r>
      <w:r>
        <w:br/>
      </w:r>
      <w:r>
        <w:rPr>
          <w:sz w:val="20"/>
        </w:rPr>
        <w:t>0:20  wasalli allah ala nabiyil karim. rab ishrah li sadri, wa yassir li amri, wahal uqdatan min lisani,</w:t>
      </w:r>
      <w:r>
        <w:br/>
      </w:r>
      <w:r>
        <w:rPr>
          <w:sz w:val="20"/>
        </w:rPr>
        <w:t>0:34  yakhul qawli.</w:t>
      </w:r>
      <w:r>
        <w:br/>
      </w:r>
      <w:r>
        <w:rPr>
          <w:sz w:val="20"/>
        </w:rPr>
        <w:t>0:40  ek sahab ne yeh sawal kiya</w:t>
      </w:r>
      <w:r>
        <w:br/>
      </w:r>
      <w:r>
        <w:rPr>
          <w:sz w:val="20"/>
        </w:rPr>
        <w:t>0:45  ke spirituality ko attend karne ke kitne tareeqe hain?</w:t>
      </w:r>
      <w:r>
        <w:br/>
      </w:r>
      <w:r>
        <w:rPr>
          <w:sz w:val="20"/>
        </w:rPr>
        <w:t>0:56  spirituality ko attend karne ke kitne tareeqe hain?</w:t>
      </w:r>
      <w:r>
        <w:br/>
      </w:r>
      <w:r>
        <w:rPr>
          <w:sz w:val="20"/>
        </w:rPr>
        <w:t>1:08  to main kahunga ke</w:t>
      </w:r>
      <w:r>
        <w:br/>
      </w:r>
      <w:r>
        <w:rPr>
          <w:sz w:val="20"/>
        </w:rPr>
        <w:t>1:15  is sawal ka matlab yeh hai ke aap spirituality ko understand kar rahe hain.</w:t>
      </w:r>
      <w:r>
        <w:br/>
      </w:r>
      <w:r>
        <w:rPr>
          <w:sz w:val="20"/>
        </w:rPr>
        <w:t>1:27  spirituality ko understand kar rahe hain. Kya koi ek do tareeqa hoga is mein? Spirituality mile aap ko?</w:t>
      </w:r>
      <w:r>
        <w:br/>
      </w:r>
      <w:r>
        <w:rPr>
          <w:sz w:val="20"/>
        </w:rPr>
        <w:t>1:39  Spirituality to naam hai Allah Rabbul Alameen ki marifat ka. To kya jo cheez Allah Rabbul Alameen ki marifat ka zariya ho, woh koi ek do ho sakta hai?</w:t>
      </w:r>
      <w:r>
        <w:br/>
      </w:r>
      <w:r>
        <w:rPr>
          <w:sz w:val="20"/>
        </w:rPr>
        <w:t>1:59  jo sari kainat hogi, har har lamha hoga,</w:t>
      </w:r>
      <w:r>
        <w:br/>
      </w:r>
      <w:r>
        <w:rPr>
          <w:sz w:val="20"/>
        </w:rPr>
        <w:t>2:08  har waqt aap ko koi na koi dhoondh milega, koi koi khurak milegi.</w:t>
      </w:r>
      <w:r>
        <w:br/>
      </w:r>
      <w:r>
        <w:rPr>
          <w:sz w:val="20"/>
        </w:rPr>
        <w:t>2:19  jaise main aap ko misaal deta hoon,</w:t>
      </w:r>
      <w:r>
        <w:br/>
      </w:r>
      <w:r>
        <w:rPr>
          <w:sz w:val="20"/>
        </w:rPr>
        <w:t>2:24  aaj kya tareekh hai</w:t>
      </w:r>
      <w:r>
        <w:br/>
      </w:r>
      <w:r>
        <w:rPr>
          <w:sz w:val="20"/>
        </w:rPr>
        <w:t>2:26  ? Saat July. Aaj saat July hai, July seven.</w:t>
      </w:r>
      <w:r>
        <w:br/>
      </w:r>
      <w:r>
        <w:rPr>
          <w:sz w:val="20"/>
        </w:rPr>
        <w:t>2:36  main jab apne office se</w:t>
      </w:r>
      <w:r>
        <w:br/>
      </w:r>
      <w:r>
        <w:rPr>
          <w:sz w:val="20"/>
        </w:rPr>
        <w:t>2:43  chala</w:t>
      </w:r>
      <w:r>
        <w:br/>
      </w:r>
      <w:r>
        <w:rPr>
          <w:sz w:val="20"/>
        </w:rPr>
        <w:t>2:49  to aap jante hain ke mujhe is se pehle stroke hua tha.</w:t>
      </w:r>
      <w:r>
        <w:br/>
      </w:r>
      <w:r>
        <w:rPr>
          <w:sz w:val="20"/>
        </w:rPr>
        <w:t>2:57  dono pa</w:t>
      </w:r>
    </w:p>
    <w:p>
      <w:pPr>
        <w:pStyle w:val="Heading2"/>
      </w:pPr>
      <w:r>
        <w:t>Complete explanation of mind-based spirituality</w:t>
      </w:r>
    </w:p>
    <w:p>
      <w:r>
        <w:rPr>
          <w:color w:val="666666"/>
          <w:sz w:val="18"/>
        </w:rPr>
        <w:t>Spirituality in Daily Life 13 Aug 2016 - Maulana Wahiduddin Khan · 4m 18s · at 1:21 · https://youtu.be/SB0AF0Q9aTE?t=81</w:t>
      </w:r>
    </w:p>
    <w:p>
      <w:r>
        <w:rPr>
          <w:i/>
        </w:rPr>
        <w:t>“Spirituality ke do school hain.”</w:t>
      </w:r>
    </w:p>
    <w:p>
      <w:r>
        <w:rPr>
          <w:sz w:val="20"/>
        </w:rPr>
        <w:t>1:21  dekhiye, spirituality ke do school hain. zyada bada school to woh hai jo heart based spirituality ko manta hai.</w:t>
      </w:r>
      <w:r>
        <w:br/>
      </w:r>
      <w:r>
        <w:rPr>
          <w:sz w:val="20"/>
        </w:rPr>
        <w:t>1:39  ye sab kuch dil mein hai. spirituality, spirituality ka jo treasure house hai, woh dil hai. to dil mein dhyan lagaiye aur mysteriously aap</w:t>
      </w:r>
      <w:r>
        <w:br/>
      </w:r>
      <w:r>
        <w:rPr>
          <w:sz w:val="20"/>
        </w:rPr>
        <w:t>1:55  spirituality ke ko achieve kar lenge. lekin is spirituality mein jahan tak maine samjha hai, jo cheez milti hai, woh ecstasy hoti hai. spirituality ko,</w:t>
      </w:r>
      <w:r>
        <w:br/>
      </w:r>
      <w:r>
        <w:rPr>
          <w:sz w:val="20"/>
        </w:rPr>
        <w:t>2:14  woh ecstasy ko spiritually samajhte hain. ecstasy ko woh spirituality samajhte hain. lekin main isko nahi, woh mind based hai. mind based spirituality.</w:t>
      </w:r>
      <w:r>
        <w:br/>
      </w:r>
      <w:r>
        <w:rPr>
          <w:sz w:val="20"/>
        </w:rPr>
        <w:t>2:32  to mind based spirituality ka matlab yeh hai ki thinking se spirituality ko achieve karna. to jis tarah se heart based spirituality mein aakhri cheez ecstasy hoti hai,</w:t>
      </w:r>
      <w:r>
        <w:br/>
      </w:r>
      <w:r>
        <w:rPr>
          <w:sz w:val="20"/>
        </w:rPr>
        <w:t>2:49  aise hi mind based spirituality mein jo aakhri cheez hoti hai, woh intellectual development hai. intellectual development. to main jis spirituality ko manta hoon,</w:t>
      </w:r>
      <w:r>
        <w:br/>
      </w:r>
      <w:r>
        <w:rPr>
          <w:sz w:val="20"/>
        </w:rPr>
        <w:t>3:05  woh yahi hai jisme</w:t>
      </w:r>
      <w:r>
        <w:br/>
      </w:r>
      <w:r>
        <w:rPr>
          <w:sz w:val="20"/>
        </w:rPr>
        <w:t>3:11  mind ko active kiya jata hai. high thinking lai jati hai.</w:t>
      </w:r>
      <w:r>
        <w:br/>
      </w:r>
      <w:r>
        <w:rPr>
          <w:sz w:val="20"/>
        </w:rPr>
        <w:t>3:22  to aadmi ismein material world se upar uthta hai.</w:t>
      </w:r>
      <w:r>
        <w:br/>
      </w:r>
      <w:r>
        <w:rPr>
          <w:sz w:val="20"/>
        </w:rPr>
        <w:t>3:31  to isko hum kehte hain spiritual. isko hum kehte hain intellectual development. to hamara jo concept hai spirituality ka,</w:t>
      </w:r>
      <w:r>
        <w:br/>
      </w:r>
      <w:r>
        <w:rPr>
          <w:sz w:val="20"/>
        </w:rPr>
        <w:t>3:45  usmein aakhri manzil</w:t>
      </w:r>
      <w:r>
        <w:br/>
      </w:r>
      <w:r>
        <w:rPr>
          <w:sz w:val="20"/>
        </w:rPr>
        <w:t>3:51  intellectual development hota hai. jab zehan mein is tarah ka development aata hai, to mind bahut zyada active ho jata hai. bahut zyada. to jab active ho jata hai, to woh bahut zyada cheezon se</w:t>
      </w:r>
      <w:r>
        <w:br/>
      </w:r>
      <w:r>
        <w:rPr>
          <w:sz w:val="20"/>
        </w:rPr>
        <w:t>4:10  lesson leta hai. bahut zyada</w:t>
      </w:r>
      <w:r>
        <w:br/>
      </w:r>
      <w:r>
        <w:rPr>
          <w:sz w:val="20"/>
        </w:rPr>
        <w:t>4:17  creativity badhti hai uski. woh cheez paida hoti hai jisko Quran mein tavassub kaha gaya hai. ye cheezon se, cheezon ko, material cheezon ko dekhkar usse spiritual lesson nikalna.</w:t>
      </w:r>
      <w:r>
        <w:br/>
      </w:r>
      <w:r>
        <w:rPr>
          <w:sz w:val="20"/>
        </w:rPr>
        <w:t>4:37  to heart based spirituality mein aakhir mein jo cheez milti hai, woh ecstasy hai.</w:t>
      </w:r>
      <w:r>
        <w:br/>
      </w:r>
      <w:r>
        <w:rPr>
          <w:sz w:val="20"/>
        </w:rPr>
        <w:t>4:47  lekin jo mind based spirituality hai, usmein jo cheez milti hai, woh hai intellectual development. aur intellectual development ka talluq poori life se hai. poori life se. life ka koi bhi pehlu usse bacha hua nahi hai.</w:t>
      </w:r>
      <w:r>
        <w:br/>
      </w:r>
      <w:r>
        <w:rPr>
          <w:sz w:val="20"/>
        </w:rPr>
        <w:t>5:08  phir woh aapki tamam activities mein sirayat karta hai. kyunke tamam activities jo hain, woh mind se control hoti hain. to sari activities mein</w:t>
      </w:r>
      <w:r>
        <w:br/>
      </w:r>
      <w:r>
        <w:rPr>
          <w:sz w:val="20"/>
        </w:rPr>
        <w:t>5:24  spirituality ka asar aa jata hai. ye do kismein hain spirituality, spiritual personality ko develop karne ki.</w:t>
      </w:r>
    </w:p>
    <w:p>
      <w:pPr>
        <w:pStyle w:val="Heading2"/>
      </w:pPr>
      <w:r>
        <w:t>Discovering God's truth (Ma'rifat) and why it demands sharing</w:t>
      </w:r>
    </w:p>
    <w:p>
      <w:r>
        <w:rPr>
          <w:color w:val="666666"/>
          <w:sz w:val="18"/>
        </w:rPr>
        <w:t>Divine Personality April 2, 2014 Maulana Wahiduddin Khan · 5m 36s · at 6:19 · https://youtu.be/4F-V__KFzpA?t=379</w:t>
      </w:r>
    </w:p>
    <w:p>
      <w:r>
        <w:rPr>
          <w:i/>
        </w:rPr>
        <w:t>“When you develop the spirit of inquiry, you want to know what is truth.”</w:t>
      </w:r>
    </w:p>
    <w:p>
      <w:r>
        <w:rPr>
          <w:sz w:val="20"/>
        </w:rPr>
        <w:t>6:19  When</w:t>
      </w:r>
      <w:r>
        <w:br/>
      </w:r>
      <w:r>
        <w:rPr>
          <w:sz w:val="20"/>
        </w:rPr>
        <w:t>6:24  you develop the spirit of inquiry you want to know what is truth with a capital T.</w:t>
      </w:r>
      <w:r>
        <w:br/>
      </w:r>
      <w:r>
        <w:rPr>
          <w:sz w:val="20"/>
        </w:rPr>
        <w:t>6:38  What is the purpose of life? What is the scheme of the Creator</w:t>
      </w:r>
      <w:r>
        <w:br/>
      </w:r>
      <w:r>
        <w:rPr>
          <w:sz w:val="20"/>
        </w:rPr>
        <w:t>6:50  ? What is pre-death? What is post-death? So these are basic questions.</w:t>
      </w:r>
      <w:r>
        <w:br/>
      </w:r>
      <w:r>
        <w:rPr>
          <w:sz w:val="20"/>
        </w:rPr>
        <w:t>6:59  When you try to find the answer to these questions and you discover it that is Ma'rifat. Ma'rifat literally means realization or discovery.</w:t>
      </w:r>
      <w:r>
        <w:br/>
      </w:r>
      <w:r>
        <w:rPr>
          <w:sz w:val="20"/>
        </w:rPr>
        <w:t>7:19  This word you can find in the Qur'an in chapter Al-Ma'idah.</w:t>
      </w:r>
      <w:r>
        <w:br/>
      </w:r>
      <w:r>
        <w:rPr>
          <w:sz w:val="20"/>
        </w:rPr>
        <w:t>7:37  Here you can see that Ma'rifat is the beginning of Islam.</w:t>
      </w:r>
      <w:r>
        <w:br/>
      </w:r>
      <w:r>
        <w:rPr>
          <w:sz w:val="20"/>
        </w:rPr>
        <w:t>7:47  When you discover Islam, when you realize God is Almighty then you are an Arif.</w:t>
      </w:r>
      <w:r>
        <w:br/>
      </w:r>
      <w:r>
        <w:rPr>
          <w:sz w:val="20"/>
        </w:rPr>
        <w:t>7:58  Then you attain Ma'rifat. So here is the beginning. Now Ma'rifat is not simply to utter some words.</w:t>
      </w:r>
      <w:r>
        <w:br/>
      </w:r>
      <w:r>
        <w:rPr>
          <w:sz w:val="20"/>
        </w:rPr>
        <w:t>8:11  Ma'rifat is the greatest finding.</w:t>
      </w:r>
      <w:r>
        <w:br/>
      </w:r>
      <w:r>
        <w:rPr>
          <w:sz w:val="20"/>
        </w:rPr>
        <w:t>8:16  Ma'rifat is like brainstorming. When you discover the truth, when you discover the truth of Islam then it is like an earthquake.</w:t>
      </w:r>
      <w:r>
        <w:br/>
      </w:r>
      <w:r>
        <w:rPr>
          <w:sz w:val="20"/>
        </w:rPr>
        <w:t>8:40  Then you try to understand everything in the light of divine guidance.</w:t>
      </w:r>
      <w:r>
        <w:br/>
      </w:r>
      <w:r>
        <w:rPr>
          <w:sz w:val="20"/>
        </w:rPr>
        <w:t>8:54  This realization or discovery makes your personality a new personality, a new mind</w:t>
      </w:r>
      <w:r>
        <w:br/>
      </w:r>
      <w:r>
        <w:rPr>
          <w:sz w:val="20"/>
        </w:rPr>
        <w:t>9:06  . Then this Ma'rifat is not simply a mysterious rohaniyat.</w:t>
      </w:r>
      <w:r>
        <w:br/>
      </w:r>
      <w:r>
        <w:rPr>
          <w:sz w:val="20"/>
        </w:rPr>
        <w:t>9:17  No. It is a storm. Ma'rifat changes your way of thinking.</w:t>
      </w:r>
      <w:r>
        <w:br/>
      </w:r>
      <w:r>
        <w:rPr>
          <w:sz w:val="20"/>
        </w:rPr>
        <w:t>9:27  Ma'rifat changes your way of speaking. Ma'rifat changes your method of dealing.</w:t>
      </w:r>
      <w:r>
        <w:br/>
      </w:r>
      <w:r>
        <w:rPr>
          <w:sz w:val="20"/>
        </w:rPr>
        <w:t>9:38  Ma'rifat changes all the aspects of your life.</w:t>
      </w:r>
      <w:r>
        <w:br/>
      </w:r>
      <w:r>
        <w:rPr>
          <w:sz w:val="20"/>
        </w:rPr>
        <w:t>9:43  You become a new man. That is a believer. That is Arif.</w:t>
      </w:r>
      <w:r>
        <w:br/>
      </w:r>
      <w:r>
        <w:rPr>
          <w:sz w:val="20"/>
        </w:rPr>
        <w:t>9:55  So this kind of realization is bound to find expression in the occidental world.</w:t>
      </w:r>
      <w:r>
        <w:br/>
      </w:r>
      <w:r>
        <w:rPr>
          <w:sz w:val="20"/>
        </w:rPr>
        <w:t>10:04  Ma'rifat initially is an internal phenomenon, internal phenomenon.</w:t>
      </w:r>
      <w:r>
        <w:br/>
      </w:r>
      <w:r>
        <w:rPr>
          <w:sz w:val="20"/>
        </w:rPr>
        <w:t>10:15  But this internal phenomenon is so powerful that it is bound to find expression in the external world.</w:t>
      </w:r>
      <w:r>
        <w:br/>
      </w:r>
      <w:r>
        <w:rPr>
          <w:sz w:val="20"/>
        </w:rPr>
        <w:t>10:29  So this Ma'rifat when it translates into the outer aspects of your life then your whole life</w:t>
      </w:r>
      <w:r>
        <w:br/>
      </w:r>
      <w:r>
        <w:rPr>
          <w:sz w:val="20"/>
        </w:rPr>
        <w:t>10:46  becomes a new life.</w:t>
      </w:r>
      <w:r>
        <w:br/>
      </w:r>
      <w:r>
        <w:rPr>
          <w:sz w:val="20"/>
        </w:rPr>
        <w:t>10:50  So Ma'rifat is not simply a personal realization. It changes your whole personality.</w:t>
      </w:r>
      <w:r>
        <w:br/>
      </w:r>
      <w:r>
        <w:rPr>
          <w:sz w:val="20"/>
        </w:rPr>
        <w:t>11:01  It changes</w:t>
      </w:r>
      <w:r>
        <w:br/>
      </w:r>
      <w:r>
        <w:rPr>
          <w:sz w:val="20"/>
        </w:rPr>
        <w:t>11:10  every action.</w:t>
      </w:r>
      <w:r>
        <w:br/>
      </w:r>
      <w:r>
        <w:rPr>
          <w:sz w:val="20"/>
        </w:rPr>
        <w:t>11:15  Then</w:t>
      </w:r>
      <w:r>
        <w:br/>
      </w:r>
      <w:r>
        <w:rPr>
          <w:sz w:val="20"/>
        </w:rPr>
        <w:t>11:20  da'wah is also an expression of Ma'rifat.</w:t>
      </w:r>
      <w:r>
        <w:br/>
      </w:r>
      <w:r>
        <w:rPr>
          <w:sz w:val="20"/>
        </w:rPr>
        <w:t>11:25  When you discover God is Almighty</w:t>
      </w:r>
      <w:r>
        <w:br/>
      </w:r>
      <w:r>
        <w:rPr>
          <w:sz w:val="20"/>
        </w:rPr>
        <w:t>11:29  and you discover the importance of</w:t>
      </w:r>
      <w:r>
        <w:br/>
      </w:r>
      <w:r>
        <w:rPr>
          <w:sz w:val="20"/>
        </w:rPr>
        <w:t>11:33  Deen or Islam,</w:t>
      </w:r>
      <w:r>
        <w:br/>
      </w:r>
      <w:r>
        <w:rPr>
          <w:sz w:val="20"/>
        </w:rPr>
        <w:t>11:36  when you discover that the salvation of man depends upon</w:t>
      </w:r>
      <w:r>
        <w:br/>
      </w:r>
      <w:r>
        <w:rPr>
          <w:sz w:val="20"/>
        </w:rPr>
        <w:t>11:43  this divine guidance</w:t>
      </w:r>
      <w:r>
        <w:br/>
      </w:r>
      <w:r>
        <w:rPr>
          <w:sz w:val="20"/>
        </w:rPr>
        <w:t>11:46  then by nature you try to spread this message to all mankind.</w:t>
      </w:r>
    </w:p>
    <w:p>
      <w:pPr>
        <w:pStyle w:val="Heading2"/>
      </w:pPr>
      <w:r>
        <w:t>balancing material and spiritual life without contradiction</w:t>
      </w:r>
    </w:p>
    <w:p>
      <w:r>
        <w:rPr>
          <w:color w:val="666666"/>
          <w:sz w:val="18"/>
        </w:rPr>
        <w:t>Interview Session with Maulana Wahiduddin Khan January 30, 2008 · 4m 28s · at 20:25 · https://youtu.be/o8Gpe9YMuZc?t=1225</w:t>
      </w:r>
    </w:p>
    <w:p>
      <w:r>
        <w:rPr>
          <w:i/>
        </w:rPr>
        <w:t>“I don't subscribe to the notion that this is difficult.”</w:t>
      </w:r>
    </w:p>
    <w:p>
      <w:r>
        <w:rPr>
          <w:sz w:val="20"/>
        </w:rPr>
        <w:t>20:25  what is your comment on that? no, no, not. i don't subscribe with this notion.</w:t>
      </w:r>
      <w:r>
        <w:br/>
      </w:r>
      <w:r>
        <w:rPr>
          <w:sz w:val="20"/>
        </w:rPr>
        <w:t>20:35  why difficult? if you take materialism as a greed, that is difficult.</w:t>
      </w:r>
      <w:r>
        <w:br/>
      </w:r>
      <w:r>
        <w:rPr>
          <w:sz w:val="20"/>
        </w:rPr>
        <w:t>20:45  but if you take materialism as a need, that is no difficult. there is no difficulty. you see, all these people are engaged in materialism with the spirit that more and more, more and more, more and more.</w:t>
      </w:r>
      <w:r>
        <w:br/>
      </w:r>
      <w:r>
        <w:rPr>
          <w:sz w:val="20"/>
        </w:rPr>
        <w:t>21:01  why more and more? you have to back, you have to adopt contentment.</w:t>
      </w:r>
      <w:r>
        <w:br/>
      </w:r>
      <w:r>
        <w:rPr>
          <w:sz w:val="20"/>
        </w:rPr>
        <w:t>21:10  it is contentment that is source of peace.</w:t>
      </w:r>
      <w:r>
        <w:br/>
      </w:r>
      <w:r>
        <w:rPr>
          <w:sz w:val="20"/>
        </w:rPr>
        <w:t>21:15  more and more is not source of peace. all those people who want material goods more and more, they are living in tension.</w:t>
      </w:r>
      <w:r>
        <w:br/>
      </w:r>
      <w:r>
        <w:rPr>
          <w:sz w:val="20"/>
        </w:rPr>
        <w:t>21:26  the only source of, source of peace or tension free life is contentment.</w:t>
      </w:r>
      <w:r>
        <w:br/>
      </w:r>
      <w:r>
        <w:rPr>
          <w:sz w:val="20"/>
        </w:rPr>
        <w:t>21:36  so when you adopt materialism in this sense, then there is no contradiction. no contradiction.</w:t>
      </w:r>
      <w:r>
        <w:br/>
      </w:r>
      <w:r>
        <w:rPr>
          <w:sz w:val="20"/>
        </w:rPr>
        <w:t>21:46  so contradiction is between greed and spirituality, and not between materialism and spirituality. but maulana, is it necessary to detach one self from the physical world to become spiritual?</w:t>
      </w:r>
      <w:r>
        <w:br/>
      </w:r>
      <w:r>
        <w:rPr>
          <w:sz w:val="20"/>
        </w:rPr>
        <w:t>22:03  no, not at all. detachment is not needed. you have to live in this world, and then you have to maintain your spirituality.</w:t>
      </w:r>
      <w:r>
        <w:br/>
      </w:r>
      <w:r>
        <w:rPr>
          <w:sz w:val="20"/>
        </w:rPr>
        <w:t>22:18  Spirituality is nothing is, spirituality is not some thing is, is mystery. No, spirituality is means, means, yani inspirations.</w:t>
      </w:r>
      <w:r>
        <w:br/>
      </w:r>
      <w:r>
        <w:rPr>
          <w:sz w:val="20"/>
        </w:rPr>
        <w:t>22:36  When you, if you live in vacuum, then you will be deprived from source of inspiration.</w:t>
      </w:r>
      <w:r>
        <w:br/>
      </w:r>
      <w:r>
        <w:rPr>
          <w:sz w:val="20"/>
        </w:rPr>
        <w:t>22:45  But when we live in material world, in relationship, in social life, then every time you get inspirations, you get lessons.</w:t>
      </w:r>
      <w:r>
        <w:br/>
      </w:r>
      <w:r>
        <w:rPr>
          <w:sz w:val="20"/>
        </w:rPr>
        <w:t>23:01  dat iz supirchuality.</w:t>
      </w:r>
      <w:r>
        <w:br/>
      </w:r>
      <w:r>
        <w:rPr>
          <w:sz w:val="20"/>
        </w:rPr>
        <w:t>23:07  So detachment is not a part of spirituality.</w:t>
      </w:r>
      <w:r>
        <w:br/>
      </w:r>
      <w:r>
        <w:rPr>
          <w:sz w:val="20"/>
        </w:rPr>
        <w:t>23:13  What do you think are the obstacles which one faces in his or her spiritual growth, and how can they be avoided?</w:t>
      </w:r>
      <w:r>
        <w:br/>
      </w:r>
      <w:r>
        <w:rPr>
          <w:sz w:val="20"/>
        </w:rPr>
        <w:t>23:24  I think that only one obstacle, no two or three, that is distraction.</w:t>
      </w:r>
      <w:r>
        <w:br/>
      </w:r>
      <w:r>
        <w:rPr>
          <w:sz w:val="20"/>
        </w:rPr>
        <w:t>23:36  Distraction is the only optic obstacle in this way. And what is distraction?</w:t>
      </w:r>
      <w:r>
        <w:br/>
      </w:r>
      <w:r>
        <w:rPr>
          <w:sz w:val="20"/>
        </w:rPr>
        <w:t>23:46  distraction means living with things that are superficial, that are result less, that are simply entertainment, that is simply enjoy.</w:t>
      </w:r>
      <w:r>
        <w:br/>
      </w:r>
      <w:r>
        <w:rPr>
          <w:sz w:val="20"/>
        </w:rPr>
        <w:t>24:01  people are engaged in those things that are distractions. If you are true, if you are secure into sense of the world, then you have no time to watch movies, to go to outing and shopping.</w:t>
      </w:r>
      <w:r>
        <w:br/>
      </w:r>
      <w:r>
        <w:rPr>
          <w:sz w:val="20"/>
        </w:rPr>
        <w:t>24:23  al diz thingz ar distrekhsn.</w:t>
      </w:r>
      <w:r>
        <w:br/>
      </w:r>
      <w:r>
        <w:rPr>
          <w:sz w:val="20"/>
        </w:rPr>
        <w:t>24:27  So I think that the only thing which is an obstacle in this, in this spiritual path, is distraction.</w:t>
      </w:r>
      <w:r>
        <w:br/>
      </w:r>
      <w:r>
        <w:rPr>
          <w:sz w:val="20"/>
        </w:rPr>
        <w:t>24:38  save yourself from distractions, and you will attain the goal of spirituality. Maulana, more in a personal front, what was the toughest thing that you faced in your spiritual quest?</w:t>
      </w:r>
    </w:p>
    <w:p>
      <w:pPr>
        <w:pStyle w:val="Heading2"/>
      </w:pPr>
      <w:r>
        <w:t>Nature as role model and its exploitation</w:t>
      </w:r>
    </w:p>
    <w:p>
      <w:r>
        <w:rPr>
          <w:color w:val="666666"/>
          <w:sz w:val="18"/>
        </w:rPr>
        <w:t>Nature as a Role Mode May 21, 2006 · 5m 24s · at 0:40 · https://youtu.be/ppaB1Z2zXL8?t=40</w:t>
      </w:r>
    </w:p>
    <w:p>
      <w:r>
        <w:rPr>
          <w:i/>
        </w:rPr>
        <w:t>“Aaj ka jo topic hai woh hai nature is a role model.”</w:t>
      </w:r>
    </w:p>
    <w:p>
      <w:r>
        <w:rPr>
          <w:sz w:val="20"/>
        </w:rPr>
        <w:t>0:40  aaj ka jo topic hai woh hai</w:t>
      </w:r>
      <w:r>
        <w:br/>
      </w:r>
      <w:r>
        <w:rPr>
          <w:sz w:val="20"/>
        </w:rPr>
        <w:t>0:47  nature as a role model.</w:t>
      </w:r>
      <w:r>
        <w:br/>
      </w:r>
      <w:r>
        <w:rPr>
          <w:sz w:val="20"/>
        </w:rPr>
        <w:t>0:53  nature as a role model.</w:t>
      </w:r>
      <w:r>
        <w:br/>
      </w:r>
      <w:r>
        <w:rPr>
          <w:sz w:val="20"/>
        </w:rPr>
        <w:t>1:00  jahan tak mein ne parha hai, mein samajhta hoon ke Khuda ne insaan ke liye, Khuda ko jo kuch dena tha insaan ke liye, woh sab nature mein rakh diya hai.</w:t>
      </w:r>
      <w:r>
        <w:br/>
      </w:r>
      <w:r>
        <w:rPr>
          <w:sz w:val="20"/>
        </w:rPr>
        <w:t>1:17  Quran mein hai ke</w:t>
      </w:r>
      <w:r>
        <w:br/>
      </w:r>
      <w:r>
        <w:rPr>
          <w:sz w:val="20"/>
        </w:rPr>
        <w:t>1:23  insaan ne jo kuch chaha, Khuda ne us ko de diya.</w:t>
      </w:r>
      <w:r>
        <w:br/>
      </w:r>
      <w:r>
        <w:rPr>
          <w:sz w:val="20"/>
        </w:rPr>
        <w:t>1:31  yeh kahan diya hai? Isi nature mein.</w:t>
      </w:r>
      <w:r>
        <w:br/>
      </w:r>
      <w:r>
        <w:rPr>
          <w:sz w:val="20"/>
        </w:rPr>
        <w:t>1:39  nature hamare liye poore maanon mein support system faraham karta hai.</w:t>
      </w:r>
      <w:r>
        <w:br/>
      </w:r>
      <w:r>
        <w:rPr>
          <w:sz w:val="20"/>
        </w:rPr>
        <w:t>1:48  to woh sab kuch jo hum chahte hain insaan hone ki hesiyat se, woh sab kuch Khuda ne nature mein rakh diya hai.</w:t>
      </w:r>
      <w:r>
        <w:br/>
      </w:r>
      <w:r>
        <w:rPr>
          <w:sz w:val="20"/>
        </w:rPr>
        <w:t>1:59  isi ko quran mein kaha gaya ke wa atakum min kulli ma salatum.</w:t>
      </w:r>
      <w:r>
        <w:br/>
      </w:r>
      <w:r>
        <w:rPr>
          <w:sz w:val="20"/>
        </w:rPr>
        <w:t>2:10  jab se insaan is duniya mein rehne laga, tabhi se is ne nature ko apne liye istemaal karna shuru kiya.</w:t>
      </w:r>
      <w:r>
        <w:br/>
      </w:r>
      <w:r>
        <w:rPr>
          <w:sz w:val="20"/>
        </w:rPr>
        <w:t>2:23  jis ko hum kehte hain exploitation. exploitation ek misbat lafz hai.</w:t>
      </w:r>
      <w:r>
        <w:br/>
      </w:r>
      <w:r>
        <w:rPr>
          <w:sz w:val="20"/>
        </w:rPr>
        <w:t>2:30  yeh communist log jis zamane mein bohat zyada chhaaye hue thay, to unhon ne exploitation ko manfi maani mein istemaal kiya.</w:t>
      </w:r>
      <w:r>
        <w:br/>
      </w:r>
      <w:r>
        <w:rPr>
          <w:sz w:val="20"/>
        </w:rPr>
        <w:t>2:40  main samajhta hoon ke yeh galat hai. exploitation bohat acha lafz hai aur woh misbat maani rakhta hai. to main yahan par jo istemaal karunga exploitation, woh misbat maani mein hoga.</w:t>
      </w:r>
      <w:r>
        <w:br/>
      </w:r>
      <w:r>
        <w:rPr>
          <w:sz w:val="20"/>
        </w:rPr>
        <w:t>2:55  to pehla istemaal jo insaan ne nikala,</w:t>
      </w:r>
      <w:r>
        <w:br/>
      </w:r>
      <w:r>
        <w:rPr>
          <w:sz w:val="20"/>
        </w:rPr>
        <w:t>3:00  jis ko main kahunga ke secular exploitation. secular exploitation. yaani apni dunyavi zarooraton ke liye nature ko istemaal karna.</w:t>
      </w:r>
      <w:r>
        <w:br/>
      </w:r>
      <w:r>
        <w:rPr>
          <w:sz w:val="20"/>
        </w:rPr>
        <w:t>3:14  is ke do phase hain. secular exploitation ke do phase hain.</w:t>
      </w:r>
      <w:r>
        <w:br/>
      </w:r>
      <w:r>
        <w:rPr>
          <w:sz w:val="20"/>
        </w:rPr>
        <w:t>3:22  pehlay phase mein insaan ne yeh kiya ke jo kuch nature mein pehle se maujood tha, usi ko is ke raw form mein istemaal kiya is ne.</w:t>
      </w:r>
      <w:r>
        <w:br/>
      </w:r>
      <w:r>
        <w:rPr>
          <w:sz w:val="20"/>
        </w:rPr>
        <w:t>3:37  is ka ek misaal ghoda hai. insaan ko sawari chahiye to insaan ne dekha ke jangalon mein ghore hain.</w:t>
      </w:r>
      <w:r>
        <w:br/>
      </w:r>
      <w:r>
        <w:rPr>
          <w:sz w:val="20"/>
        </w:rPr>
        <w:t>3:50  is ne samjha ke ghore is ke liye behtareen sawari hain. to hazaron saal tak insaan ghore ko sawari ke liye istemaal karte raha.</w:t>
      </w:r>
      <w:r>
        <w:br/>
      </w:r>
      <w:r>
        <w:rPr>
          <w:sz w:val="20"/>
        </w:rPr>
        <w:t>4:06  is ko main kahunga conventional exploitation of nature. conventional exploitation of nature. ghoda is ki ek goya alamat thi.</w:t>
      </w:r>
      <w:r>
        <w:br/>
      </w:r>
      <w:r>
        <w:rPr>
          <w:sz w:val="20"/>
        </w:rPr>
        <w:t>4:19  isi tarah se bohat sari cheezein. ghore ko main yahan alamat ke taur par zikr kar raha hoon ke woh cheez jis ko main keh raha hoon conventional exploitation of nature.</w:t>
      </w:r>
      <w:r>
        <w:br/>
      </w:r>
      <w:r>
        <w:rPr>
          <w:sz w:val="20"/>
        </w:rPr>
        <w:t>4:29  to ghoda is ki alamat tha. phir zamana aage barha. insaan ne tehqeeq ki. insaan ne bohat si nayi nayi baatein daryaft keen.</w:t>
      </w:r>
      <w:r>
        <w:br/>
      </w:r>
      <w:r>
        <w:rPr>
          <w:sz w:val="20"/>
        </w:rPr>
        <w:t>4:43  to science ka zamana aaya.</w:t>
      </w:r>
      <w:r>
        <w:br/>
      </w:r>
      <w:r>
        <w:rPr>
          <w:sz w:val="20"/>
        </w:rPr>
        <w:t>4:46  ab insaan ne scientific exploitation daryaft kiya. scientific exploitation of nature jis ko main keh raha hoon, is ki ek alamat motor car hai.</w:t>
      </w:r>
      <w:r>
        <w:br/>
      </w:r>
      <w:r>
        <w:rPr>
          <w:sz w:val="20"/>
        </w:rPr>
        <w:t>5:02  pehlay insaan ghore par sawari karta tha, ab insaan car par sawari karta hai.</w:t>
      </w:r>
      <w:r>
        <w:br/>
      </w:r>
      <w:r>
        <w:rPr>
          <w:sz w:val="20"/>
        </w:rPr>
        <w:t>5:08  to goya ke ghoda jo hai, woh conventional exploitation of nature ki alamat tha aur car scientific exploitation of nature ki alamat hai.</w:t>
      </w:r>
      <w:r>
        <w:br/>
      </w:r>
      <w:r>
        <w:rPr>
          <w:sz w:val="20"/>
        </w:rPr>
        <w:t>5:19  yeh tha nature ka secular istemaal. lekin main yeh kahunga ke nature mein Khuda ne rohaniyat ka khazana bhi rakh diya tha.</w:t>
      </w:r>
      <w:r>
        <w:br/>
      </w:r>
      <w:r>
        <w:rPr>
          <w:sz w:val="20"/>
        </w:rPr>
        <w:t>5:32  is ko main kahunga rohani exploitation of nature. lekin bad qismati se yeh bohat kam istemaal ho saka.</w:t>
      </w:r>
      <w:r>
        <w:br/>
      </w:r>
      <w:r>
        <w:rPr>
          <w:sz w:val="20"/>
        </w:rPr>
        <w:t>5:43  yaani pehla dono jo istemaal hai ke conventional exploitation aur scientific exploitation, woh to insaan ne khoob khoob kiya.</w:t>
      </w:r>
      <w:r>
        <w:br/>
      </w:r>
      <w:r>
        <w:rPr>
          <w:sz w:val="20"/>
        </w:rPr>
        <w:t>5:52  lekin rohani exploitation of nature jo hai, main samajhta hoon ke poori tareekh mein bohat kam ho saka.</w:t>
      </w:r>
    </w:p>
    <w:p>
      <w:pPr>
        <w:pStyle w:val="Heading2"/>
      </w:pPr>
      <w:r>
        <w:t>Full hadith of Death and its eternal meaning</w:t>
      </w:r>
    </w:p>
    <w:p>
      <w:r>
        <w:rPr>
          <w:color w:val="666666"/>
          <w:sz w:val="18"/>
        </w:rPr>
        <w:t>Tazkiya-e-Nafs Book by Maulana Wahiduddin Khan · 3m 25s · at 5:49 · https://youtu.be/LbGPnJWmj1A?t=349</w:t>
      </w:r>
    </w:p>
    <w:p>
      <w:r>
        <w:rPr>
          <w:i/>
        </w:rPr>
        <w:t>“Ek riwayat sahih Muslim mein aayi hai”</w:t>
      </w:r>
    </w:p>
    <w:p>
      <w:r>
        <w:rPr>
          <w:sz w:val="20"/>
        </w:rPr>
        <w:t>5:49  ek riwayat hadith ki mukhtalif kitabon mein</w:t>
      </w:r>
      <w:r>
        <w:br/>
      </w:r>
      <w:r>
        <w:rPr>
          <w:sz w:val="20"/>
        </w:rPr>
        <w:t>5:52  aai hai, sahih muslim ke alfaaz yeh hain: "jab ahl-e-jannat jannat mein dakhil honge aur ahl-e-jahannum jahannum mein</w:t>
      </w:r>
      <w:r>
        <w:br/>
      </w:r>
      <w:r>
        <w:rPr>
          <w:sz w:val="20"/>
        </w:rPr>
        <w:t>6:01  aur maut ko laaya jayega qayamat ke din, goya ke woh ek meda rang ka mendha hoga. Phir usay jannat aur jahannum ke darmiyan khada kiya jayega aur kaha jayega, ae ahl-e-jannat, kya tum jaante ho</w:t>
      </w:r>
      <w:r>
        <w:br/>
      </w:r>
      <w:r>
        <w:rPr>
          <w:sz w:val="20"/>
        </w:rPr>
        <w:t>6:13  aur woh khushi se dekhenge aur kahenge, haan, maut.</w:t>
      </w:r>
      <w:r>
        <w:br/>
      </w:r>
      <w:r>
        <w:rPr>
          <w:sz w:val="20"/>
        </w:rPr>
        <w:t>6:18  Phir kaha jayega, ae ahl-e-jahannum, kya tum jaante ho</w:t>
      </w:r>
      <w:r>
        <w:br/>
      </w:r>
      <w:r>
        <w:rPr>
          <w:sz w:val="20"/>
        </w:rPr>
        <w:t>6:23  aur woh khushi se dekhenge aur kahenge, haan, maut. Phir usay guzara jayega aur zabah kar diya jayega. Phir kaha jayega, ae ahl-e-jannat, hamesha rehne ke liye ho, maut nahi. Aur ae</w:t>
      </w:r>
      <w:r>
        <w:br/>
      </w:r>
      <w:r>
        <w:rPr>
          <w:sz w:val="20"/>
        </w:rPr>
        <w:t>6:36  ahl-e-jahannum</w:t>
      </w:r>
      <w:r>
        <w:br/>
      </w:r>
      <w:r>
        <w:rPr>
          <w:sz w:val="20"/>
        </w:rPr>
        <w:t>6:37  hamesha ke liye ho, ab maut nahi. Sahih Muslim, hadith number 2849. Yani qayamat mein jab jannat wale jannat mein dakhil ho jayenge aur jahannum wale jahannum mein dakhil ho jayenge to wahan maut ko laya jayega,</w:t>
      </w:r>
      <w:r>
        <w:br/>
      </w:r>
      <w:r>
        <w:rPr>
          <w:sz w:val="20"/>
        </w:rPr>
        <w:t>6:57  woh ek safed mendhe ki surat mein hogi, usko jannat aur jahannum ke darmiyan khada kiya jayega, phir kaha jayega ke ae jannat walon!</w:t>
      </w:r>
      <w:r>
        <w:br/>
      </w:r>
      <w:r>
        <w:rPr>
          <w:sz w:val="20"/>
        </w:rPr>
        <w:t>7:07  kya tum log isko pehante ho? Phir woh isko gardan utha kar dekhenge aur kahenge ke haan, yeh maut hai.</w:t>
      </w:r>
      <w:r>
        <w:br/>
      </w:r>
      <w:r>
        <w:rPr>
          <w:sz w:val="20"/>
        </w:rPr>
        <w:t>7:16  aap ne farmaya ke iske baad jahannum walon se kaha jayega ke ae jahannum walon! Kya tum log isko pehante ho? Phir woh sar utha kar isko dekhenge aur kahenge ke haan, yeh maut hai.</w:t>
      </w:r>
      <w:r>
        <w:br/>
      </w:r>
      <w:r>
        <w:rPr>
          <w:sz w:val="20"/>
        </w:rPr>
        <w:t>7:29  aap ne farmaya ke iske baad hukum diya jayega aur maut ko zabah kar diya jayega, phir kaha jayega ke ae jannat walon!</w:t>
      </w:r>
      <w:r>
        <w:br/>
      </w:r>
      <w:r>
        <w:rPr>
          <w:sz w:val="20"/>
        </w:rPr>
        <w:t>7:39  ab tumhare liye hamesha hai, ab tumhare liye maut nahi</w:t>
      </w:r>
      <w:r>
        <w:br/>
      </w:r>
      <w:r>
        <w:rPr>
          <w:sz w:val="20"/>
        </w:rPr>
        <w:t>7:43  . Ae jahannum walon! Ab tumhare liye hamesha hai, ab tumhare liye maut nahi. Tazkiya kya hai?</w:t>
      </w:r>
      <w:r>
        <w:br/>
      </w:r>
      <w:r>
        <w:rPr>
          <w:sz w:val="20"/>
        </w:rPr>
        <w:t>7:52  tazkiya ka matlab hai apne aap ko woh mazak shakhsiyat yani purified personality banana jo jannat ke aala mahol mein basaye jaane ke qabil ho.</w:t>
      </w:r>
      <w:r>
        <w:br/>
      </w:r>
      <w:r>
        <w:rPr>
          <w:sz w:val="20"/>
        </w:rPr>
        <w:t>8:04  qayamat mein yeh waqia pesh aayega ke jab mazak afraad jannat mein aur ghair mazak afraad jahannum mein dakhil kar diye jayenge to iske baad yeh aelan kiya jayega ke ab maut ka qanoon khatm kar diya gaya hai,</w:t>
      </w:r>
      <w:r>
        <w:br/>
      </w:r>
      <w:r>
        <w:rPr>
          <w:sz w:val="20"/>
        </w:rPr>
        <w:t>8:18  ab dono grohon ko abadi taur par apni apni duniya mein rehna hai. Yeh bada ajeeb lamha hoga, jannat wale masroor honge ke unhein abadi taur par khushiyon ki duniya hasil ho gayi,</w:t>
      </w:r>
      <w:r>
        <w:br/>
      </w:r>
      <w:r>
        <w:rPr>
          <w:sz w:val="20"/>
        </w:rPr>
        <w:t>8:31  dusri taraf jahannum wale naqabil-e-bayan hasrat mein mubtala ho jayenge. Yeh soch unke liye ek daimi azab ban jayegi ke apna tazkiya na karne ki wajah se woh kitni badi mehroomi mein mubtala ho gaye.</w:t>
      </w:r>
      <w:r>
        <w:br/>
      </w:r>
      <w:r>
        <w:rPr>
          <w:sz w:val="20"/>
        </w:rPr>
        <w:t>8:47  yeh ehsas tazkiya ke amal ke liye bilashuba ek taqatwar muharrik hai.</w:t>
      </w:r>
      <w:r>
        <w:br/>
      </w:r>
      <w:r>
        <w:rPr>
          <w:sz w:val="20"/>
        </w:rPr>
        <w:t>8:52  us waqt yeh aakhri umeed bhi unka saath chhod degi ke shayad kabhi hamari maut aa jaye aur woh hamein jahannum ke azab se nijat de de.</w:t>
      </w:r>
      <w:r>
        <w:br/>
      </w:r>
      <w:r>
        <w:rPr>
          <w:sz w:val="20"/>
        </w:rPr>
        <w:t>9:04  yeh ahl-e-jannat ke liye abadi farhat ka lamha hoga aur ahl-e-jahannum ke liye abadi hasrat ka lamha.</w:t>
      </w:r>
    </w:p>
    <w:p>
      <w:pPr>
        <w:pStyle w:val="Heading2"/>
      </w:pPr>
      <w:r>
        <w:t>The real secret behind why prayers get accepted</w:t>
      </w:r>
    </w:p>
    <w:p>
      <w:r>
        <w:rPr>
          <w:color w:val="666666"/>
          <w:sz w:val="18"/>
        </w:rPr>
        <w:t>Spirituality in Simple Living, High Thinking October 27, 2019 Maulana Wahiduddin Khan · 3m 07s · at 1:00:56 · https://youtu.be/Kr28g15eFr8?t=3656</w:t>
      </w:r>
    </w:p>
    <w:p>
      <w:r>
        <w:rPr>
          <w:i/>
        </w:rPr>
        <w:t>“I'll tell you a secret almost no one knows”</w:t>
      </w:r>
    </w:p>
    <w:p>
      <w:r>
        <w:rPr>
          <w:sz w:val="20"/>
        </w:rPr>
        <w:t>1:00:56  ab aap aap ko ek raaz ke bare mein batata hoon, ek aisa raaz jis ko shayad koi janta nahin. har aadmi chahta hai ke meri dua qabool ho, har aadmi log duaen karte hain aur chahte hain ke meri dua qabool ho.</w:t>
      </w:r>
      <w:r>
        <w:br/>
      </w:r>
      <w:r>
        <w:rPr>
          <w:sz w:val="20"/>
        </w:rPr>
        <w:t>1:01:14  ji,</w:t>
      </w:r>
      <w:r>
        <w:br/>
      </w:r>
      <w:r>
        <w:rPr>
          <w:sz w:val="20"/>
        </w:rPr>
        <w:t>1:01:19  lekin koi janta nahin ke dua qabool hone ki tareeqa.</w:t>
      </w:r>
      <w:r>
        <w:br/>
      </w:r>
      <w:r>
        <w:rPr>
          <w:sz w:val="20"/>
        </w:rPr>
        <w:t>1:01:25  mein aap ko sure short batata hoon, dua qabool hona ek hadith hai. aaj kal log hadithon ko ek dam letter sense mein lete hain, ab mein us ko leta hoon deep sense mein.</w:t>
      </w:r>
      <w:r>
        <w:br/>
      </w:r>
      <w:r>
        <w:rPr>
          <w:sz w:val="20"/>
        </w:rPr>
        <w:t>1:01:42  to hadith mein to yeh hai ke roze ke bare mein, hadith mein to roze ke bare mein hai ke har amal ka sawab itna itna hai,</w:t>
      </w:r>
      <w:r>
        <w:br/>
      </w:r>
      <w:r>
        <w:rPr>
          <w:sz w:val="20"/>
        </w:rPr>
        <w:t>1:01:57  lekin roze ka sawab itna zyada hai ke Allah taala ne farmaya ke mein jitna chahoon. yeh mashhoor hadith hai,</w:t>
      </w:r>
      <w:r>
        <w:br/>
      </w:r>
      <w:r>
        <w:rPr>
          <w:sz w:val="20"/>
        </w:rPr>
        <w:t>1:02:10  to is mein hai ke: "ida tamo wasawet lijali" yani is liye be hisab, yani be hisab is pe inaam hai ke woh apne khane ko, peene ko aur shahwat ko maili chhodta hai, chhodta hai.</w:t>
      </w:r>
      <w:r>
        <w:br/>
      </w:r>
      <w:r>
        <w:rPr>
          <w:sz w:val="20"/>
        </w:rPr>
        <w:t>1:02:39  is hadith ko saare log one to all samajhte hain, log khana chhodna. aap saari kitabein padh daliye, mein ne kiya kiya ke chhodne ke maani mein liya.</w:t>
      </w:r>
      <w:r>
        <w:br/>
      </w:r>
      <w:r>
        <w:rPr>
          <w:sz w:val="20"/>
        </w:rPr>
        <w:t>1:02:55  jo chhodna koi bhi ho sakti hai, sirf khana nahin.</w:t>
      </w:r>
      <w:r>
        <w:br/>
      </w:r>
      <w:r>
        <w:rPr>
          <w:sz w:val="20"/>
        </w:rPr>
        <w:t>1:03:01  misalan, ek cheez se aap ko bohat mohabbat hai, farz kiye, bohat mohabbat, aur us ki wajah se aap deen pe amal nahin paate.</w:t>
      </w:r>
      <w:r>
        <w:br/>
      </w:r>
      <w:r>
        <w:rPr>
          <w:sz w:val="20"/>
        </w:rPr>
        <w:t>1:03:13  mein misaal de sakta hoon, lekin us waqt mein misaal nahin doon ga.</w:t>
      </w:r>
      <w:r>
        <w:br/>
      </w:r>
      <w:r>
        <w:rPr>
          <w:sz w:val="20"/>
        </w:rPr>
        <w:t>1:03:20  aur mein ne khud amal kiya hai is par, khud amal kiya hai is par.</w:t>
      </w:r>
      <w:r>
        <w:br/>
      </w:r>
      <w:r>
        <w:rPr>
          <w:sz w:val="20"/>
        </w:rPr>
        <w:t>1:03:25  is hadith ko mein ne is lihaz se liya ke apne kisi bohat cheez zyada pasandeeda cheez ko chhodna Allah ke liye.</w:t>
      </w:r>
      <w:r>
        <w:br/>
      </w:r>
      <w:r>
        <w:rPr>
          <w:sz w:val="20"/>
        </w:rPr>
        <w:t>1:03:38  to mein ne khud amal kiya hai ke: "khudaya, mein tere liye is cheez ko chhodta hoon, to meri dua qabool farma."</w:t>
      </w:r>
      <w:r>
        <w:br/>
      </w:r>
      <w:r>
        <w:rPr>
          <w:sz w:val="20"/>
        </w:rPr>
        <w:t>1:03:50  aur aur yaqeen, aur yeh bilkul yaqeen samjhiye ke jo dua mein ne ki thi, woh izafe ke sath qabool hui, izafe ke sath.</w:t>
      </w:r>
    </w:p>
    <w:p>
      <w:pPr>
        <w:pStyle w:val="Heading2"/>
      </w:pPr>
      <w:r>
        <w:t>Book release ceremony and remembrance concept</w:t>
      </w:r>
    </w:p>
    <w:p>
      <w:r>
        <w:rPr>
          <w:color w:val="666666"/>
          <w:sz w:val="18"/>
        </w:rPr>
        <w:t>Companions of The Prophet (3) 18 July, 2021 - Prof. Farida Khanam and Dr. Saniyasnain Khan · 5m 55s · at 0:12 · https://youtu.be/Kntz4s5FhlU?t=12</w:t>
      </w:r>
    </w:p>
    <w:p>
      <w:r>
        <w:rPr>
          <w:i/>
        </w:rPr>
        <w:t>“Assalamu alaikum everyone, before we start the today session.”</w:t>
      </w:r>
    </w:p>
    <w:p>
      <w:r>
        <w:rPr>
          <w:sz w:val="20"/>
        </w:rPr>
        <w:t>0:12  assalam walekum everyone. before we start the today session, we are very happy to announce that today we will be releasing four new books of Maulana Wahiduddin Khan sahib. the first book that we will be releasing is with the title "remembrance of god". this book is an english translation of</w:t>
      </w:r>
      <w:r>
        <w:br/>
      </w:r>
      <w:r>
        <w:rPr>
          <w:sz w:val="20"/>
        </w:rPr>
        <w:t>0:35  Maulana Wahiduddin Khan sahib book "kitabe marefat". one of the chapter has been translated into this new title. the book has been translated by professor farida khanam and has been edited by doctor nagma siddiqui and doctor mariya khan.</w:t>
      </w:r>
      <w:r>
        <w:br/>
      </w:r>
      <w:r>
        <w:rPr>
          <w:sz w:val="20"/>
        </w:rPr>
        <w:t>0:55  before i request doctor sani asan sahib to release this book, i would like to say that remembrance does not mean verbal repetition of gods name. remembrance means contemplation on gods creation and to achieve higher level of god realization.</w:t>
      </w:r>
      <w:r>
        <w:br/>
      </w:r>
      <w:r>
        <w:rPr>
          <w:sz w:val="20"/>
        </w:rPr>
        <w:t>1:15  now, you would all agree that today peace of mind is something that everybody wants. everybody is looking for peace of mind, but it eludes everyone. we can say that it is probably one of the greatest problem of human world, but quran gives a solution to this problem in unequivocal terms. it says in chapter 13</w:t>
      </w:r>
      <w:r>
        <w:br/>
      </w:r>
      <w:r>
        <w:rPr>
          <w:sz w:val="20"/>
        </w:rPr>
        <w:t>1:38  that sure in the remembrance of god, hearts can find comfort. so in this book, you will find great intellectual insights into various spiritual aspects of remembrance of god and how one must go about it. so with this, i will request doctor sani asan sahib to release this book "remembrance of god".</w:t>
      </w:r>
      <w:r>
        <w:br/>
      </w:r>
      <w:r>
        <w:rPr>
          <w:sz w:val="20"/>
        </w:rPr>
        <w:t>2:05  thank you.</w:t>
      </w:r>
      <w:r>
        <w:br/>
      </w:r>
      <w:r>
        <w:rPr>
          <w:sz w:val="20"/>
        </w:rPr>
        <w:t>2:15  mujhe behad khushi ho rahi hai is book ko release karte hue "Remembrance of God" by Maulana Wahiduddin</w:t>
      </w:r>
      <w:r>
        <w:br/>
      </w:r>
      <w:r>
        <w:rPr>
          <w:sz w:val="20"/>
        </w:rPr>
        <w:t>2:21  Khan, translated by Professor Farida Khanam, edited by Doctor Nagma Siddiqui and Doctor Maria Khan.</w:t>
      </w:r>
      <w:r>
        <w:br/>
      </w:r>
      <w:r>
        <w:rPr>
          <w:sz w:val="20"/>
        </w:rPr>
        <w:t>2:29  yeh jaisa Doctor Rajat ne abhi bataya ke "Kitabe Maarifat"</w:t>
      </w:r>
      <w:r>
        <w:br/>
      </w:r>
      <w:r>
        <w:rPr>
          <w:sz w:val="20"/>
        </w:rPr>
        <w:t>2:35  ka ek chapter hai.</w:t>
      </w:r>
      <w:r>
        <w:br/>
      </w:r>
      <w:r>
        <w:rPr>
          <w:sz w:val="20"/>
        </w:rPr>
        <w:t>2:37  "Kitabe Maarifat" Maulana ki aham tareen kitabon mein se ek hai aur Maulana ka sab se mehboob topic maarifat</w:t>
      </w:r>
      <w:r>
        <w:br/>
      </w:r>
      <w:r>
        <w:rPr>
          <w:sz w:val="20"/>
        </w:rPr>
        <w:t>2:43  tha. Maulana ne bataya tha ke</w:t>
      </w:r>
      <w:r>
        <w:br/>
      </w:r>
      <w:r>
        <w:rPr>
          <w:sz w:val="20"/>
        </w:rPr>
        <w:t>2:47  maarifat ka matlab yeh hai ke conscious level par insaan Khuda ki daryaft kare, na ke koi rasmi</w:t>
      </w:r>
      <w:r>
        <w:br/>
      </w:r>
      <w:r>
        <w:rPr>
          <w:sz w:val="20"/>
        </w:rPr>
        <w:t>2:55  ya ritual ritualistic andaaz ho uska.</w:t>
      </w:r>
      <w:r>
        <w:br/>
      </w:r>
      <w:r>
        <w:rPr>
          <w:sz w:val="20"/>
        </w:rPr>
        <w:t>2:59  to is lihaaz</w:t>
      </w:r>
      <w:r>
        <w:br/>
      </w:r>
      <w:r>
        <w:rPr>
          <w:sz w:val="20"/>
        </w:rPr>
        <w:t>3:00  se yeh kitab bohat hi aham hai. inshaallah, isse logon ko bohat faida hoga. jazaakallah.</w:t>
      </w:r>
      <w:r>
        <w:br/>
      </w:r>
      <w:r>
        <w:rPr>
          <w:sz w:val="20"/>
        </w:rPr>
        <w:t>3:10  the second book we have received from abdul samad sahib from pune. this is a marathi translation. its a reprint of maulana book "mohammad a prophet for all humanity". the marathi book was first published in 1994</w:t>
      </w:r>
      <w:r>
        <w:br/>
      </w:r>
      <w:r>
        <w:rPr>
          <w:sz w:val="20"/>
        </w:rPr>
        <w:t>3:30  with the title "mohammad krantiche preshit", but it has now been translated and it is reprinted with the efforts of pune and mumbai team. this book has been translated by mr. vighna rajendra sane</w:t>
      </w:r>
      <w:r>
        <w:br/>
      </w:r>
      <w:r>
        <w:rPr>
          <w:sz w:val="20"/>
        </w:rPr>
        <w:t>3:48  from aurangabad and the proof reading has been done by cps parbani team member professor sartaj m siddiqui sahib. this book is published by abdul samad khalil ahmed sahib from pune</w:t>
      </w:r>
      <w:r>
        <w:br/>
      </w:r>
      <w:r>
        <w:rPr>
          <w:sz w:val="20"/>
        </w:rPr>
        <w:t>4:05  and this is a collective effort of mumbai and pune team. the title of this marathi version is "mohammad samast manavte sathi antim prekshit". we are very happy to release this book. i will request doctor sani asan sahib to launch this book.</w:t>
      </w:r>
      <w:r>
        <w:br/>
      </w:r>
      <w:r>
        <w:rPr>
          <w:sz w:val="20"/>
        </w:rPr>
        <w:t>4:33  yeh mujhe behad khushi ho rahi hai "paigambar inkilab" ka marathi translation release karte hue. yeh inteha aham tareen kitab hai aur "paigambar inkilab" par do baar pakistan se maulana ko award mila tha, seerat award urdu par bhi mila tha aur english par bhi mila tha. bohat hi aham kitab hai aur yeh kitab</w:t>
      </w:r>
      <w:r>
        <w:br/>
      </w:r>
      <w:r>
        <w:rPr>
          <w:sz w:val="20"/>
        </w:rPr>
        <w:t>4:58  ka ko publish karane mein abdul samad sahib aur bombay team ka bohat bada role hai. abdul samad sahib, agar main kahoon ke woh cps ke number one member hain, pehle member hain, yaani mujhe yaad hai jab hum old delhi mein rehte the,</w:t>
      </w:r>
      <w:r>
        <w:br/>
      </w:r>
      <w:r>
        <w:rPr>
          <w:sz w:val="20"/>
        </w:rPr>
        <w:t>5:15  70 late 70 mein, us waqt woh aaya karte the maulana se milne aur bohat hi dilchasp hain. unki ek baat mujhe yaad aati hai, kehte hain ke log calorie ko</w:t>
      </w:r>
      <w:r>
        <w:br/>
      </w:r>
      <w:r>
        <w:rPr>
          <w:sz w:val="20"/>
        </w:rPr>
        <w:t>5:33  kharch karne ke liye paise kharch karte hain aur main calorie kharch karke paise kamata hoon. toh unki unki life bohat hi simple hai. woh abhi bhi, haalanki he must be 75 now, abhi bhi woh kaam karte hain bohat hi mehnat se aur bohat hi lagan se aur unke andar bohat hi bada jazba hai aur kaafi kitabein unhone</w:t>
      </w:r>
      <w:r>
        <w:br/>
      </w:r>
      <w:r>
        <w:rPr>
          <w:sz w:val="20"/>
        </w:rPr>
        <w:t>5:55  translate karwai hain. idhar uski ek list hai aur bombay team maashaallah bohat hi zabardast kaam kar rahi hai aur allah taala ajr azeem ata farmaye sab logon ko jin जिन्होंने ismein hissa liya.</w:t>
      </w:r>
    </w:p>
    <w:p>
      <w:pPr>
        <w:pStyle w:val="Heading2"/>
      </w:pPr>
      <w:r>
        <w:t>Survey reveals confusion about religion role</w:t>
      </w:r>
    </w:p>
    <w:p>
      <w:r>
        <w:rPr>
          <w:color w:val="666666"/>
          <w:sz w:val="18"/>
        </w:rPr>
        <w:t>Spiritual Light Nov 26, 2006 Maulana Wahiduddin Khan · 5m 03s · at 1:19 · https://youtu.be/IhfHxIakZOw?t=79</w:t>
      </w:r>
    </w:p>
    <w:p>
      <w:r>
        <w:rPr>
          <w:i/>
        </w:rPr>
        <w:t>“Look in my hand is today Times of India”</w:t>
      </w:r>
    </w:p>
    <w:p>
      <w:r>
        <w:rPr>
          <w:sz w:val="20"/>
        </w:rPr>
        <w:t>1:19  Milta julta ek waqia aaj hua, to main is se shuru karunga, inshallah. Dekhiye, yeh mere haath mein aaj ka Times of India hai, yaani November 26 ka.</w:t>
      </w:r>
      <w:r>
        <w:br/>
      </w:r>
      <w:r>
        <w:rPr>
          <w:sz w:val="20"/>
        </w:rPr>
        <w:t>1:34  Is mein aap dekh rahe hain ke "Figuring Out Faith" uski heading hai. "Figuring Out Faith" yeh ek bahut lambi ek ek survey ki report hai jo is mein chapi hai.</w:t>
      </w:r>
      <w:r>
        <w:br/>
      </w:r>
      <w:r>
        <w:rPr>
          <w:sz w:val="20"/>
        </w:rPr>
        <w:t>1:58  Poore India mein unhon ne ek survey karwaya, religion ko le kar, religion aur God ko le kar. To yeh survey karwaya unhon ne, bahut hi extensive survey.</w:t>
      </w:r>
      <w:r>
        <w:br/>
      </w:r>
      <w:r>
        <w:rPr>
          <w:sz w:val="20"/>
        </w:rPr>
        <w:t>2:14  To isi ki report yeh November 26 mein chapi hai. "Figuring Out Faith" is ka unhon ne heading diya hai.</w:t>
      </w:r>
      <w:r>
        <w:br/>
      </w:r>
      <w:r>
        <w:rPr>
          <w:sz w:val="20"/>
        </w:rPr>
        <w:t>2:29  Is ko maine padha to saara jo hai confusion hi confusion tha.</w:t>
      </w:r>
      <w:r>
        <w:br/>
      </w:r>
      <w:r>
        <w:rPr>
          <w:sz w:val="20"/>
        </w:rPr>
        <w:t>2:36  Koi is se yaani figure nahi bani, yaani faith ki koi figure nahi bani.</w:t>
      </w:r>
      <w:r>
        <w:br/>
      </w:r>
      <w:r>
        <w:rPr>
          <w:sz w:val="20"/>
        </w:rPr>
        <w:t>2:47  To kyun?</w:t>
      </w:r>
      <w:r>
        <w:br/>
      </w:r>
      <w:r>
        <w:rPr>
          <w:sz w:val="20"/>
        </w:rPr>
        <w:t>2:52  Is liye ke aaj saare log confusion mein jee rahe hain.</w:t>
      </w:r>
      <w:r>
        <w:br/>
      </w:r>
      <w:r>
        <w:rPr>
          <w:sz w:val="20"/>
        </w:rPr>
        <w:t>2:57  Seminar mein bhi mujhe yahi, wahan bhi yahi maine dekha, aur is survey mein bhi yahi hai. Jaise ke ek question is mein tha, sab se poocha unhon ne ke morality aur religion ka taluq.</w:t>
      </w:r>
      <w:r>
        <w:br/>
      </w:r>
      <w:r>
        <w:rPr>
          <w:sz w:val="20"/>
        </w:rPr>
        <w:t>3:19  To majority jo thi, us ne</w:t>
      </w:r>
      <w:r>
        <w:br/>
      </w:r>
      <w:r>
        <w:rPr>
          <w:sz w:val="20"/>
        </w:rPr>
        <w:t>3:26  Is question ka jo jawab diya, majority woh yeh thi ke "Morality is not necessarily linked to religiosity".</w:t>
      </w:r>
      <w:r>
        <w:br/>
      </w:r>
      <w:r>
        <w:rPr>
          <w:sz w:val="20"/>
        </w:rPr>
        <w:t>3:43  Morality is not necessarily linked to religiosity ke akhlaq, akhlaq mazhabiyat se juda hua nahi hai.</w:t>
      </w:r>
      <w:r>
        <w:br/>
      </w:r>
      <w:r>
        <w:rPr>
          <w:sz w:val="20"/>
        </w:rPr>
        <w:t>4:01  Akhlaq lazmi taur par mazhab se juda hua nahi hai.</w:t>
      </w:r>
      <w:r>
        <w:br/>
      </w:r>
      <w:r>
        <w:rPr>
          <w:sz w:val="20"/>
        </w:rPr>
        <w:t>4:12  Aap sochiye ke yeh kaisi anokhi baat hai. Agar mazhab hum ko moral values nahi de sakta to mazhab ki zaroorat hi kya hai?</w:t>
      </w:r>
      <w:r>
        <w:br/>
      </w:r>
      <w:r>
        <w:rPr>
          <w:sz w:val="20"/>
        </w:rPr>
        <w:t>4:23  Phir to is ko letter bin mein daal diye.</w:t>
      </w:r>
      <w:r>
        <w:br/>
      </w:r>
      <w:r>
        <w:rPr>
          <w:sz w:val="20"/>
        </w:rPr>
        <w:t>4:27  phir to yeh aik appendix hai insaan ki life mein. appendix ko aap jantay hain, kaat kar phenk diya jata hai. appendix yani zameema.</w:t>
      </w:r>
      <w:r>
        <w:br/>
      </w:r>
      <w:r>
        <w:rPr>
          <w:sz w:val="20"/>
        </w:rPr>
        <w:t>4:40  to mazhab agar sirf aik zameema hai, aik appendix hai, is se humain koi kaam ki cheez na mili.</w:t>
      </w:r>
      <w:r>
        <w:br/>
      </w:r>
      <w:r>
        <w:rPr>
          <w:sz w:val="20"/>
        </w:rPr>
        <w:t>4:50  jaisay ke hum aik aisi society banana chahtay hain jahan moral values hon. to politics to yeh kaam kar nahi sakti, science bhi yeh kaam nahi kar sakti.</w:t>
      </w:r>
      <w:r>
        <w:br/>
      </w:r>
      <w:r>
        <w:rPr>
          <w:sz w:val="20"/>
        </w:rPr>
        <w:t>5:07  aakhri jo cheez thi woh religion, woh bhi humain koi moral system nahi de sakta. to phir aisay religion ki, aisay faith ki kya zaroorat kya hai?</w:t>
      </w:r>
      <w:r>
        <w:br/>
      </w:r>
      <w:r>
        <w:rPr>
          <w:sz w:val="20"/>
        </w:rPr>
        <w:t>5:21  is ko appendix ki tarah kaat kar phenk dijiye. aur waqatan inconsciously logon ke mind mein yahi hai.</w:t>
      </w:r>
      <w:r>
        <w:br/>
      </w:r>
      <w:r>
        <w:rPr>
          <w:sz w:val="20"/>
        </w:rPr>
        <w:t>5:32  inconsciously. kuch log bohat hi bold hotay hain, woh bol bhi detay hain seedhay seedhay.</w:t>
      </w:r>
      <w:r>
        <w:br/>
      </w:r>
      <w:r>
        <w:rPr>
          <w:sz w:val="20"/>
        </w:rPr>
        <w:t>5:43  lekin majority woh hai jo itni bold nahi hoti. to unconsciously woh maanay rehtay hain ke dunya ki jo activities hain, hamari jo society hai, hamari jo national life hai,</w:t>
      </w:r>
      <w:r>
        <w:br/>
      </w:r>
      <w:r>
        <w:rPr>
          <w:sz w:val="20"/>
        </w:rPr>
        <w:t>5:59  to kahin bhi religion se mujhe koi help milti nahi. to kya hai, aisay religion ko phenko?</w:t>
      </w:r>
      <w:r>
        <w:br/>
      </w:r>
      <w:r>
        <w:rPr>
          <w:sz w:val="20"/>
        </w:rPr>
        <w:t>6:08  to amalan phenk hi rakha hai logon ne. to main sochta raha ke kyun aisa kaha unhon ne, logon ne ke "morality is not necessarily linked to religiosity".</w:t>
      </w:r>
    </w:p>
    <w:p>
      <w:pPr>
        <w:pStyle w:val="Heading2"/>
      </w:pPr>
      <w:r>
        <w:t>Revive non-political empire, not political rule</w:t>
      </w:r>
    </w:p>
    <w:p>
      <w:r>
        <w:rPr>
          <w:color w:val="666666"/>
          <w:sz w:val="18"/>
        </w:rPr>
        <w:t>Five Pillars of Islam | July 30, 2007 · 6m 10s · at 32:00 · https://youtu.be/f31xU7hWLWI?t=1920</w:t>
      </w:r>
    </w:p>
    <w:p>
      <w:r>
        <w:rPr>
          <w:i/>
        </w:rPr>
        <w:t>“You know in this in our age, all the Muslim leaders”</w:t>
      </w:r>
    </w:p>
    <w:p>
      <w:r>
        <w:rPr>
          <w:sz w:val="20"/>
        </w:rPr>
        <w:t>32:00  Islam.</w:t>
      </w:r>
      <w:r>
        <w:br/>
      </w:r>
      <w:r>
        <w:rPr>
          <w:sz w:val="20"/>
        </w:rPr>
        <w:t>32:06  This is the true empire of Islam that is non-political in nature.</w:t>
      </w:r>
      <w:r>
        <w:br/>
      </w:r>
      <w:r>
        <w:rPr>
          <w:sz w:val="20"/>
        </w:rPr>
        <w:t>32:12  You know in this in our age, all the Muslim leaders, all the Muslim leaders are engaged to</w:t>
      </w:r>
      <w:r>
        <w:br/>
      </w:r>
      <w:r>
        <w:rPr>
          <w:sz w:val="20"/>
        </w:rPr>
        <w:t>32:19  establish a political empire.</w:t>
      </w:r>
      <w:r>
        <w:br/>
      </w:r>
      <w:r>
        <w:rPr>
          <w:sz w:val="20"/>
        </w:rPr>
        <w:t>32:25  But it is</w:t>
      </w:r>
      <w:r>
        <w:br/>
      </w:r>
      <w:r>
        <w:rPr>
          <w:sz w:val="20"/>
        </w:rPr>
        <w:t>32:31  wrong.</w:t>
      </w:r>
      <w:r>
        <w:br/>
      </w:r>
      <w:r>
        <w:rPr>
          <w:sz w:val="20"/>
        </w:rPr>
        <w:t>32:35  We have to—there is, but the Islamic empire is already there.</w:t>
      </w:r>
      <w:r>
        <w:br/>
      </w:r>
      <w:r>
        <w:rPr>
          <w:sz w:val="20"/>
        </w:rPr>
        <w:t>32:40  The non-political empire of Islam is already there.</w:t>
      </w:r>
      <w:r>
        <w:br/>
      </w:r>
      <w:r>
        <w:rPr>
          <w:sz w:val="20"/>
        </w:rPr>
        <w:t>32:44  kaba is intact.</w:t>
      </w:r>
      <w:r>
        <w:br/>
      </w:r>
      <w:r>
        <w:rPr>
          <w:sz w:val="20"/>
        </w:rPr>
        <w:t>32:48  Mosques are intact.</w:t>
      </w:r>
      <w:r>
        <w:br/>
      </w:r>
      <w:r>
        <w:rPr>
          <w:sz w:val="20"/>
        </w:rPr>
        <w:t>32:53  The namaz is intact.</w:t>
      </w:r>
      <w:r>
        <w:br/>
      </w:r>
      <w:r>
        <w:rPr>
          <w:sz w:val="20"/>
        </w:rPr>
        <w:t>32:57  saom is intact. zakat is</w:t>
      </w:r>
      <w:r>
        <w:br/>
      </w:r>
      <w:r>
        <w:rPr>
          <w:sz w:val="20"/>
        </w:rPr>
        <w:t>33:01  intact.</w:t>
      </w:r>
      <w:r>
        <w:br/>
      </w:r>
      <w:r>
        <w:rPr>
          <w:sz w:val="20"/>
        </w:rPr>
        <w:t>33:06  hajj is intact.</w:t>
      </w:r>
      <w:r>
        <w:br/>
      </w:r>
      <w:r>
        <w:rPr>
          <w:sz w:val="20"/>
        </w:rPr>
        <w:t>33:10  So the non-political empire of Islam is already there.</w:t>
      </w:r>
      <w:r>
        <w:br/>
      </w:r>
      <w:r>
        <w:rPr>
          <w:sz w:val="20"/>
        </w:rPr>
        <w:t>33:14  We have only to revive it.</w:t>
      </w:r>
      <w:r>
        <w:br/>
      </w:r>
      <w:r>
        <w:rPr>
          <w:sz w:val="20"/>
        </w:rPr>
        <w:t>33:19  We have only to reactivize it.</w:t>
      </w:r>
      <w:r>
        <w:br/>
      </w:r>
      <w:r>
        <w:rPr>
          <w:sz w:val="20"/>
        </w:rPr>
        <w:t>33:23  The structure is there.</w:t>
      </w:r>
      <w:r>
        <w:br/>
      </w:r>
      <w:r>
        <w:rPr>
          <w:sz w:val="20"/>
        </w:rPr>
        <w:t>33:28  So all the leaders are engaged in establishing</w:t>
      </w:r>
      <w:r>
        <w:br/>
      </w:r>
      <w:r>
        <w:rPr>
          <w:sz w:val="20"/>
        </w:rPr>
        <w:t>33:32  the political empire of Islam.</w:t>
      </w:r>
      <w:r>
        <w:br/>
      </w:r>
      <w:r>
        <w:rPr>
          <w:sz w:val="20"/>
        </w:rPr>
        <w:t>33:37  That is not the target of Islam.</w:t>
      </w:r>
      <w:r>
        <w:br/>
      </w:r>
      <w:r>
        <w:rPr>
          <w:sz w:val="20"/>
        </w:rPr>
        <w:t>33:41  As I have earlier said, that in this hadith, there are five pillars of Islam.</w:t>
      </w:r>
      <w:r>
        <w:br/>
      </w:r>
      <w:r>
        <w:rPr>
          <w:sz w:val="20"/>
        </w:rPr>
        <w:t>33:45  But there is no mention of political rule.</w:t>
      </w:r>
      <w:r>
        <w:br/>
      </w:r>
      <w:r>
        <w:rPr>
          <w:sz w:val="20"/>
        </w:rPr>
        <w:t>33:49  There is no mention of political power.</w:t>
      </w:r>
      <w:r>
        <w:br/>
      </w:r>
      <w:r>
        <w:rPr>
          <w:sz w:val="20"/>
        </w:rPr>
        <w:t>33:54  There is no mention of khilafat.</w:t>
      </w:r>
      <w:r>
        <w:br/>
      </w:r>
      <w:r>
        <w:rPr>
          <w:sz w:val="20"/>
        </w:rPr>
        <w:t>33:58  So the real</w:t>
      </w:r>
      <w:r>
        <w:br/>
      </w:r>
      <w:r>
        <w:rPr>
          <w:sz w:val="20"/>
        </w:rPr>
        <w:t>34:02  foundation of Islam is based on these five pillars.</w:t>
      </w:r>
      <w:r>
        <w:br/>
      </w:r>
      <w:r>
        <w:rPr>
          <w:sz w:val="20"/>
        </w:rPr>
        <w:t>34:08  And political power is only a secondary thing.</w:t>
      </w:r>
      <w:r>
        <w:br/>
      </w:r>
      <w:r>
        <w:rPr>
          <w:sz w:val="20"/>
        </w:rPr>
        <w:t>34:14  So—and this Prophet himself established this system.</w:t>
      </w:r>
      <w:r>
        <w:br/>
      </w:r>
      <w:r>
        <w:rPr>
          <w:sz w:val="20"/>
        </w:rPr>
        <w:t>34:20  The Prophet himself established this non-political empire.</w:t>
      </w:r>
      <w:r>
        <w:br/>
      </w:r>
      <w:r>
        <w:rPr>
          <w:sz w:val="20"/>
        </w:rPr>
        <w:t>34:26  The Prophet himself established this non</w:t>
      </w:r>
      <w:r>
        <w:br/>
      </w:r>
      <w:r>
        <w:rPr>
          <w:sz w:val="20"/>
        </w:rPr>
        <w:t>34:32  -political empire of Islam.</w:t>
      </w:r>
      <w:r>
        <w:br/>
      </w:r>
      <w:r>
        <w:rPr>
          <w:sz w:val="20"/>
        </w:rPr>
        <w:t>34:38  So it is there.</w:t>
      </w:r>
      <w:r>
        <w:br/>
      </w:r>
      <w:r>
        <w:rPr>
          <w:sz w:val="20"/>
        </w:rPr>
        <w:t>34:43  The structure is there.</w:t>
      </w:r>
      <w:r>
        <w:br/>
      </w:r>
      <w:r>
        <w:rPr>
          <w:sz w:val="20"/>
        </w:rPr>
        <w:t>34:49  We need only to reactivate it.</w:t>
      </w:r>
      <w:r>
        <w:br/>
      </w:r>
      <w:r>
        <w:rPr>
          <w:sz w:val="20"/>
        </w:rPr>
        <w:t>34:54  We need only to revitalize it.</w:t>
      </w:r>
      <w:r>
        <w:br/>
      </w:r>
      <w:r>
        <w:rPr>
          <w:sz w:val="20"/>
        </w:rPr>
        <w:t>34:59  We only need to give it to</w:t>
      </w:r>
      <w:r>
        <w:br/>
      </w:r>
      <w:r>
        <w:rPr>
          <w:sz w:val="20"/>
        </w:rPr>
        <w:t>35:05  make it, to strengthen it.</w:t>
      </w:r>
      <w:r>
        <w:br/>
      </w:r>
      <w:r>
        <w:rPr>
          <w:sz w:val="20"/>
        </w:rPr>
        <w:t>35:10  It is very, very possible.</w:t>
      </w:r>
      <w:r>
        <w:br/>
      </w:r>
      <w:r>
        <w:rPr>
          <w:sz w:val="20"/>
        </w:rPr>
        <w:t>35:15  There are no difficulties.</w:t>
      </w:r>
      <w:r>
        <w:br/>
      </w:r>
      <w:r>
        <w:rPr>
          <w:sz w:val="20"/>
        </w:rPr>
        <w:t>35:20  When we try to revive the non-political empire of Islam, there is no controversy.</w:t>
      </w:r>
      <w:r>
        <w:br/>
      </w:r>
      <w:r>
        <w:rPr>
          <w:sz w:val="20"/>
        </w:rPr>
        <w:t>35:25  There is no need for fighting.</w:t>
      </w:r>
      <w:r>
        <w:br/>
      </w:r>
      <w:r>
        <w:rPr>
          <w:sz w:val="20"/>
        </w:rPr>
        <w:t>35:30  If you try to establish a political empire of</w:t>
      </w:r>
      <w:r>
        <w:br/>
      </w:r>
      <w:r>
        <w:rPr>
          <w:sz w:val="20"/>
        </w:rPr>
        <w:t>35:35  Islam, then you have to fight others.</w:t>
      </w:r>
      <w:r>
        <w:br/>
      </w:r>
      <w:r>
        <w:rPr>
          <w:sz w:val="20"/>
        </w:rPr>
        <w:t>35:40  When you try to establish a political empire, it will lead to fighting.</w:t>
      </w:r>
      <w:r>
        <w:br/>
      </w:r>
      <w:r>
        <w:rPr>
          <w:sz w:val="20"/>
        </w:rPr>
        <w:t>35:45  It will lead to war.</w:t>
      </w:r>
      <w:r>
        <w:br/>
      </w:r>
      <w:r>
        <w:rPr>
          <w:sz w:val="20"/>
        </w:rPr>
        <w:t>35:50  It will lead to bloodshed.</w:t>
      </w:r>
      <w:r>
        <w:br/>
      </w:r>
      <w:r>
        <w:rPr>
          <w:sz w:val="20"/>
        </w:rPr>
        <w:t>35:55  It will lead to bloodshed.</w:t>
      </w:r>
      <w:r>
        <w:br/>
      </w:r>
      <w:r>
        <w:rPr>
          <w:sz w:val="20"/>
        </w:rPr>
        <w:t>36:00  But when you try to establish the non-political</w:t>
      </w:r>
      <w:r>
        <w:br/>
      </w:r>
      <w:r>
        <w:rPr>
          <w:sz w:val="20"/>
        </w:rPr>
        <w:t>36:05  empire of Islam, so there is no need for fighting.</w:t>
      </w:r>
      <w:r>
        <w:br/>
      </w:r>
      <w:r>
        <w:rPr>
          <w:sz w:val="20"/>
        </w:rPr>
        <w:t>36:12  It is completely a peaceful talk. Peaceful task.</w:t>
      </w:r>
      <w:r>
        <w:br/>
      </w:r>
      <w:r>
        <w:rPr>
          <w:sz w:val="20"/>
        </w:rPr>
        <w:t>36:18  It is completely a peaceful task.</w:t>
      </w:r>
      <w:r>
        <w:br/>
      </w:r>
      <w:r>
        <w:rPr>
          <w:sz w:val="20"/>
        </w:rPr>
        <w:t>36:25  No fighting is—no fighting, no war, no violence.</w:t>
      </w:r>
      <w:r>
        <w:br/>
      </w:r>
      <w:r>
        <w:rPr>
          <w:sz w:val="20"/>
        </w:rPr>
        <w:t>36:32  Then you know that in our age,</w:t>
      </w:r>
      <w:r>
        <w:br/>
      </w:r>
      <w:r>
        <w:rPr>
          <w:sz w:val="20"/>
        </w:rPr>
        <w:t>36:38  we have complete religious freedom, no restriction at all.</w:t>
      </w:r>
      <w:r>
        <w:br/>
      </w:r>
      <w:r>
        <w:rPr>
          <w:sz w:val="20"/>
        </w:rPr>
        <w:t>36:48  If you try to establish a political empire, then you have to fight others.</w:t>
      </w:r>
      <w:r>
        <w:br/>
      </w:r>
      <w:r>
        <w:rPr>
          <w:sz w:val="20"/>
        </w:rPr>
        <w:t>36:58  But when you try to establish a non-political empire of Islam, then there is no need to fight anyone. On</w:t>
      </w:r>
      <w:r>
        <w:br/>
      </w:r>
      <w:r>
        <w:rPr>
          <w:sz w:val="20"/>
        </w:rPr>
        <w:t>37:08  ly you will need to inculcate the spirit of Islam, to revive the spirit of Islam, to bring</w:t>
      </w:r>
      <w:r>
        <w:br/>
      </w:r>
      <w:r>
        <w:rPr>
          <w:sz w:val="20"/>
        </w:rPr>
        <w:t>37:19  about intellectual revolution, to bring about spiritual revolution.</w:t>
      </w:r>
      <w:r>
        <w:br/>
      </w:r>
      <w:r>
        <w:rPr>
          <w:sz w:val="20"/>
        </w:rPr>
        <w:t>37:29  So it is very important to understand this point</w:t>
      </w:r>
      <w:r>
        <w:br/>
      </w:r>
      <w:r>
        <w:rPr>
          <w:sz w:val="20"/>
        </w:rPr>
        <w:t xml:space="preserve">37:39  </w:t>
      </w:r>
      <w:r>
        <w:br/>
      </w:r>
      <w:r>
        <w:rPr>
          <w:sz w:val="20"/>
        </w:rPr>
        <w:t>37:46  According to my study, I can say that all the Muslim writers, Muslim leaders are obsessed with politics,</w:t>
      </w:r>
      <w:r>
        <w:br/>
      </w:r>
      <w:r>
        <w:rPr>
          <w:sz w:val="20"/>
        </w:rPr>
        <w:t>37:52  with political rule.</w:t>
      </w:r>
      <w:r>
        <w:br/>
      </w:r>
      <w:r>
        <w:rPr>
          <w:sz w:val="20"/>
        </w:rPr>
        <w:t>37:58  But it is a misunderstanding.</w:t>
      </w:r>
      <w:r>
        <w:br/>
      </w:r>
      <w:r>
        <w:rPr>
          <w:sz w:val="20"/>
        </w:rPr>
        <w:t>38:04  It is a misunderstanding.</w:t>
      </w:r>
    </w:p>
    <w:p>
      <w:pPr>
        <w:pStyle w:val="Heading2"/>
      </w:pPr>
      <w:r>
        <w:t>Prophet's spirituality definition and practice</w:t>
      </w:r>
    </w:p>
    <w:p>
      <w:r>
        <w:rPr>
          <w:color w:val="666666"/>
          <w:sz w:val="18"/>
        </w:rPr>
        <w:t>God and Man (In Conversation with Maulana) 01 04 07 · 4m 57s · at 12:12 · https://youtu.be/2HlIEnmDdPo?t=732</w:t>
      </w:r>
    </w:p>
    <w:p>
      <w:r>
        <w:rPr>
          <w:i/>
        </w:rPr>
        <w:t>“Haan, yeh achha question hai”</w:t>
      </w:r>
    </w:p>
    <w:p>
      <w:r>
        <w:rPr>
          <w:sz w:val="20"/>
        </w:rPr>
        <w:t>12:12  Haan, yeh achha question hai. Azm spirituality ka jo definition hai, wahi ek nahi hai.</w:t>
      </w:r>
      <w:r>
        <w:br/>
      </w:r>
      <w:r>
        <w:rPr>
          <w:sz w:val="20"/>
        </w:rPr>
        <w:t>12:23  Jab tak aap spirituality ko define na kar lein, is question ko samajh nahi sakte hain.</w:t>
      </w:r>
      <w:r>
        <w:br/>
      </w:r>
      <w:r>
        <w:rPr>
          <w:sz w:val="20"/>
        </w:rPr>
        <w:t>12:34  To jahan tak mein samajhta hoon, there are two definitions of spirituality.</w:t>
      </w:r>
      <w:r>
        <w:br/>
      </w:r>
      <w:r>
        <w:rPr>
          <w:sz w:val="20"/>
        </w:rPr>
        <w:t>12:46  Ek yeh hai ke</w:t>
      </w:r>
      <w:r>
        <w:br/>
      </w:r>
      <w:r>
        <w:rPr>
          <w:sz w:val="20"/>
        </w:rPr>
        <w:t>12:50  Woh cheez jis ko hum kehte hain ecstasy ya wajd, woh woh cheez mil jaye. Aadmi ko yani sarmasti, wajd, ecstasy.</w:t>
      </w:r>
      <w:r>
        <w:br/>
      </w:r>
      <w:r>
        <w:rPr>
          <w:sz w:val="20"/>
        </w:rPr>
        <w:t>13:03  aik spirituality ka yeh hai. yeh Islamic spirituality nahi hai. na Rasool Allah ki spirituality yeh thi. Rasool Allah ki jo spirituality thi, that is based on mind.</w:t>
      </w:r>
      <w:r>
        <w:br/>
      </w:r>
      <w:r>
        <w:rPr>
          <w:sz w:val="20"/>
        </w:rPr>
        <w:t>13:18  Intellectual spirituality thi woh. Intellectual spirituality. to is ka jo aik hi, main jahan tak maine samjha hai, is ka aik hi formula tha.</w:t>
      </w:r>
      <w:r>
        <w:br/>
      </w:r>
      <w:r>
        <w:rPr>
          <w:sz w:val="20"/>
        </w:rPr>
        <w:t>13:33  woh tha distractions apnay ko bachana. bas. koi bhi cheez jo aap ke concentration mein rukawat daale.</w:t>
      </w:r>
      <w:r>
        <w:br/>
      </w:r>
      <w:r>
        <w:rPr>
          <w:sz w:val="20"/>
        </w:rPr>
        <w:t>13:43  Concentration kis baat ka?</w:t>
      </w:r>
      <w:r>
        <w:br/>
      </w:r>
      <w:r>
        <w:rPr>
          <w:sz w:val="20"/>
        </w:rPr>
        <w:t>13:45  yani truth ka, Khuda ka, paradise ka. isi mein soch mein laga rahe aadmi. koi bhi jo usay distract kare, to isi wahi wahi spirituality wahan bug hoti hai.</w:t>
      </w:r>
      <w:r>
        <w:br/>
      </w:r>
      <w:r>
        <w:rPr>
          <w:sz w:val="20"/>
        </w:rPr>
        <w:t>14:01  to main jahan tak samajh paya hoon Rasool Allah ki spirituality ka mamla, woh yeh hai ke aadmi ke andar spirituality ka bhandar hai, apnay aap.</w:t>
      </w:r>
      <w:r>
        <w:br/>
      </w:r>
      <w:r>
        <w:rPr>
          <w:sz w:val="20"/>
        </w:rPr>
        <w:t>14:10  bhandar is sense mein ke be-panah solace bhari hui hai is ke andar. solace.</w:t>
      </w:r>
      <w:r>
        <w:br/>
      </w:r>
      <w:r>
        <w:rPr>
          <w:sz w:val="20"/>
        </w:rPr>
        <w:t>14:22  aur woh us ko unfold karna hai aap ko. bas. to main samajhta hoon ke poori life aap ki jo hai woh unfolding process mein chalna chahiye.</w:t>
      </w:r>
      <w:r>
        <w:br/>
      </w:r>
      <w:r>
        <w:rPr>
          <w:sz w:val="20"/>
        </w:rPr>
        <w:t>14:32  Without any slightest distraction.</w:t>
      </w:r>
      <w:r>
        <w:br/>
      </w:r>
      <w:r>
        <w:rPr>
          <w:sz w:val="20"/>
        </w:rPr>
        <w:t>14:38  jaise main aik misaal deta hoon aap ko</w:t>
      </w:r>
      <w:r>
        <w:br/>
      </w:r>
      <w:r>
        <w:rPr>
          <w:sz w:val="20"/>
        </w:rPr>
        <w:t>14:43  ke Rasool Allah jis us mein rehte the, yani aaj kal ke lehaz se room kehna to galat hoga, is liye ke woh to hut hota tha, hut.</w:t>
      </w:r>
      <w:r>
        <w:br/>
      </w:r>
      <w:r>
        <w:rPr>
          <w:sz w:val="20"/>
        </w:rPr>
        <w:t>14:57  to wahan Hazrat Umar gaye. to aap dekha ke unhone ke aap wahan par lety hue hain aur poore us mein sirf do cheez hain. aik hai khajoor ki chatai aur doosra yeh khajori ka bana hua aik takiya.</w:t>
      </w:r>
      <w:r>
        <w:br/>
      </w:r>
      <w:r>
        <w:rPr>
          <w:sz w:val="20"/>
        </w:rPr>
        <w:t>15:16  khajoor ke fibers ko lapait kar ke woh tha pillow aap ka aur is ka woh jo tha chatai. bas do hi cheezen, koi teesri item nahi wahan par.</w:t>
      </w:r>
      <w:r>
        <w:br/>
      </w:r>
      <w:r>
        <w:rPr>
          <w:sz w:val="20"/>
        </w:rPr>
        <w:t>15:28  to Hazrat Umar un ko dekh kar rone lage ke jo kitne log hain thath se rehte hain, bohat hi aaram ke sath aur Khuda ka Prophet jo hai us tareeqay se hai.</w:t>
      </w:r>
      <w:r>
        <w:br/>
      </w:r>
      <w:r>
        <w:rPr>
          <w:sz w:val="20"/>
        </w:rPr>
        <w:t>15:46  is waqt aap ne yeh bataya</w:t>
      </w:r>
      <w:r>
        <w:br/>
      </w:r>
      <w:r>
        <w:rPr>
          <w:sz w:val="20"/>
        </w:rPr>
        <w:t>15:51  ke koi bhi doosri cheez yani bare need ke siwa woh distraction hai</w:t>
      </w:r>
      <w:r>
        <w:br/>
      </w:r>
      <w:r>
        <w:rPr>
          <w:sz w:val="20"/>
        </w:rPr>
        <w:t>16:02  jo meri bilkul hi zaroori need hai. bas wahan tak mujhe rehna chahiye. is se aagay main gaya to distraction ban jaye ga woh.</w:t>
      </w:r>
      <w:r>
        <w:br/>
      </w:r>
      <w:r>
        <w:rPr>
          <w:sz w:val="20"/>
        </w:rPr>
        <w:t>16:13  kisi aur ki dhyan chala jaye ga, kisi aur ki taraf. to dhyan mera jo hai rehna chahiye laga hua andar ka jo bhandar hai spirituality ka, us ko unfold karne mein.</w:t>
      </w:r>
      <w:r>
        <w:br/>
      </w:r>
      <w:r>
        <w:rPr>
          <w:sz w:val="20"/>
        </w:rPr>
        <w:t>16:24  sochna aur jo universe of fact hai, us se discover karna cheezon ko, realize karna cheezon ko.</w:t>
      </w:r>
      <w:r>
        <w:br/>
      </w:r>
      <w:r>
        <w:rPr>
          <w:sz w:val="20"/>
        </w:rPr>
        <w:t>16:35  yeh hai.</w:t>
      </w:r>
      <w:r>
        <w:br/>
      </w:r>
      <w:r>
        <w:rPr>
          <w:sz w:val="20"/>
        </w:rPr>
        <w:t>16:39  to koi aap koi chota sa bhi aisa apni zindagi mein cheez nahi karte the jis se distraction ho aap ke andar aur spirituality ka jo process hai woh us mein bug ho jaye.</w:t>
      </w:r>
      <w:r>
        <w:br/>
      </w:r>
      <w:r>
        <w:rPr>
          <w:sz w:val="20"/>
        </w:rPr>
        <w:t>16:52  jaise maine aaj jo kaha woh bhi yahi hai ke har mauqa jahan aap hate karte, aap ne hate nahi kiya. jahan aap fight karte, fight nahi kiya aap ne.</w:t>
      </w:r>
      <w:r>
        <w:br/>
      </w:r>
      <w:r>
        <w:rPr>
          <w:sz w:val="20"/>
        </w:rPr>
        <w:t>17:01  jahan aap lad jatay, wahan aap lad nahi kiya. laday nahi aap. Avoid kiya, avoid kiya, avoid kiya. to kyun?</w:t>
      </w:r>
    </w:p>
    <w:p>
      <w:pPr>
        <w:pStyle w:val="Heading2"/>
      </w:pPr>
      <w:r>
        <w:t>Stories on handling distractions</w:t>
      </w:r>
    </w:p>
    <w:p>
      <w:r>
        <w:rPr>
          <w:color w:val="666666"/>
          <w:sz w:val="18"/>
        </w:rPr>
        <w:t>Life of the Companions of the Prophet | September 29, 2018 · 4m 36s · at 40:06 · https://youtu.be/pR5eJlLJtKE?t=2406</w:t>
      </w:r>
    </w:p>
    <w:p>
      <w:r>
        <w:rPr>
          <w:i/>
        </w:rPr>
        <w:t>“Dekhiye aaj ka qissa batata hoon”</w:t>
      </w:r>
    </w:p>
    <w:p>
      <w:r>
        <w:rPr>
          <w:sz w:val="20"/>
        </w:rPr>
        <w:t>40:06  scored that inner struggle is the sign of our spiritual health my question is how to continue this struggle uninterrupted while we are always occupied with so much worldly attractions and distractions dekhiye aaj ka qissa batata hoon main aap ko aaj mujh se koi admi milne ke liye aya to logon ki adat hai baat ko samjhe baghair katna katna to ko</w:t>
      </w:r>
      <w:r>
        <w:br/>
      </w:r>
      <w:r>
        <w:rPr>
          <w:sz w:val="20"/>
        </w:rPr>
        <w:t>40:36  i point mein discuss elaborate kar raha tha to khwamkhwah kaata aur kaat kar ke jo baat kahi</w:t>
      </w:r>
      <w:r>
        <w:br/>
      </w:r>
      <w:r>
        <w:rPr>
          <w:sz w:val="20"/>
        </w:rPr>
        <w:t>40:44  wo bilkul absurd baat thi to aise mauqe pe jante hain kya hota hai main foran react</w:t>
      </w:r>
      <w:r>
        <w:br/>
      </w:r>
      <w:r>
        <w:rPr>
          <w:sz w:val="20"/>
        </w:rPr>
        <w:t>40:52  nahi karta sochta hu ke agar mai dobara apne point ko isko samjhane ki koshish karu to</w:t>
      </w:r>
      <w:r>
        <w:br/>
      </w:r>
      <w:r>
        <w:rPr>
          <w:sz w:val="20"/>
        </w:rPr>
        <w:t>40:59  kya pakdega ye to agar mera assessment ye hota ke</w:t>
      </w:r>
      <w:r>
        <w:br/>
      </w:r>
      <w:r>
        <w:rPr>
          <w:sz w:val="20"/>
        </w:rPr>
        <w:t>41:07  nahi pakdega to mai chup ho jata hu ya haar maan leta hu aaj bhi yahi hua</w:t>
      </w:r>
      <w:r>
        <w:br/>
      </w:r>
      <w:r>
        <w:rPr>
          <w:sz w:val="20"/>
        </w:rPr>
        <w:t>41:14  kyunki iska lehja batata hai ke iska lehja batata hai ke wo pakadne wala nahi tha</w:t>
      </w:r>
      <w:r>
        <w:br/>
      </w:r>
      <w:r>
        <w:rPr>
          <w:sz w:val="20"/>
        </w:rPr>
        <w:t>41:22  mai mai majeed general aadmi tha iska ek qissa aap ko batata hu dilchasp bhopal me ek</w:t>
      </w:r>
      <w:r>
        <w:br/>
      </w:r>
      <w:r>
        <w:rPr>
          <w:sz w:val="20"/>
        </w:rPr>
        <w:t>41:29  buzurg the bhopal me unka death ho gayi hai bahut achhe aadmi the wo peer saeed bhai ke walid</w:t>
      </w:r>
      <w:r>
        <w:br/>
      </w:r>
      <w:r>
        <w:rPr>
          <w:sz w:val="20"/>
        </w:rPr>
        <w:t>41:37  hain unke walid unke walid to ek aadmi unke haan milne aate the aur use</w:t>
      </w:r>
      <w:r>
        <w:br/>
      </w:r>
      <w:r>
        <w:rPr>
          <w:sz w:val="20"/>
        </w:rPr>
        <w:t>41:45  kehte the ke dadi rakho wo dadi wagera ka wo mante the wo to wo rakhta nahi tha</w:t>
      </w:r>
      <w:r>
        <w:br/>
      </w:r>
      <w:r>
        <w:rPr>
          <w:sz w:val="20"/>
        </w:rPr>
        <w:t>41:52  wo to ek baar aata aaya to unhone yahi kaha ke bhai dadi ke liye tumse</w:t>
      </w:r>
      <w:r>
        <w:br/>
      </w:r>
      <w:r>
        <w:rPr>
          <w:sz w:val="20"/>
        </w:rPr>
        <w:t>42:00  kehta hu dadi rakho to is aadmi ne jisko kehte hain bars side andaz me kaha</w:t>
      </w:r>
      <w:r>
        <w:br/>
      </w:r>
      <w:r>
        <w:rPr>
          <w:sz w:val="20"/>
        </w:rPr>
        <w:t>42:08  ke kya dadi kya dadi dadi sunti to hai dadi sunti to hai to unhone ek aisa</w:t>
      </w:r>
      <w:r>
        <w:br/>
      </w:r>
      <w:r>
        <w:rPr>
          <w:sz w:val="20"/>
        </w:rPr>
        <w:t>42:25  jawab diya bahut hi anokha jawab unhone kaha ke haan dadi sunnat hai lekin tera lehja kufr hai</w:t>
      </w:r>
      <w:r>
        <w:br/>
      </w:r>
      <w:r>
        <w:rPr>
          <w:sz w:val="20"/>
        </w:rPr>
        <w:t>42:41  dadi sunnat hai lekin tera lehja kufr hai to kabhi aisa hota hai ke aap aadmi lehje se</w:t>
      </w:r>
      <w:r>
        <w:br/>
      </w:r>
      <w:r>
        <w:rPr>
          <w:sz w:val="20"/>
        </w:rPr>
        <w:t>42:49  bhaap lete hain ke kitna baat ko pakadne wala hai ya nahi pakadne wala to aaj jo qissa</w:t>
      </w:r>
      <w:r>
        <w:br/>
      </w:r>
      <w:r>
        <w:rPr>
          <w:sz w:val="20"/>
        </w:rPr>
        <w:t>42:56  hua ke koi baat mani kahi usko chahiye thi koi soch hai is par soch hai in</w:t>
      </w:r>
      <w:r>
        <w:br/>
      </w:r>
      <w:r>
        <w:rPr>
          <w:sz w:val="20"/>
        </w:rPr>
        <w:t>43:04  yuzal baat thi lekin maine dekha ke wo aadmi ne socha nahi bas</w:t>
      </w:r>
      <w:r>
        <w:br/>
      </w:r>
      <w:r>
        <w:rPr>
          <w:sz w:val="20"/>
        </w:rPr>
        <w:t>43:11  dhar se ek ek meri kaat ke liye ek baat keh di to ho sakta hai mera assessment</w:t>
      </w:r>
      <w:r>
        <w:br/>
      </w:r>
      <w:r>
        <w:rPr>
          <w:sz w:val="20"/>
        </w:rPr>
        <w:t>43:19  sahi na ho lekin hua wahi mera ehsas hai ke mai us waqt meri baat ko pakadne ke</w:t>
      </w:r>
      <w:r>
        <w:br/>
      </w:r>
      <w:r>
        <w:rPr>
          <w:sz w:val="20"/>
        </w:rPr>
        <w:t>43:26  mood me nahi hai to mai chup ho gaya to is tarah se maine apne ko bachaya</w:t>
      </w:r>
      <w:r>
        <w:br/>
      </w:r>
      <w:r>
        <w:rPr>
          <w:sz w:val="20"/>
        </w:rPr>
        <w:t>43:34  isko nahi bachaya apne ko bachaya aksar aisa ye hota hai ke mai apne ko bachane ke liye chup</w:t>
      </w:r>
      <w:r>
        <w:br/>
      </w:r>
      <w:r>
        <w:rPr>
          <w:sz w:val="20"/>
        </w:rPr>
        <w:t>43:41  ho jata hu apne ko bachane ke liye chup ho jata hu kal ek sahab aaye to kuch</w:t>
      </w:r>
      <w:r>
        <w:br/>
      </w:r>
      <w:r>
        <w:rPr>
          <w:sz w:val="20"/>
        </w:rPr>
        <w:t>43:52  baat hui ga guard ki to usne bahut hi bars side wale andaz me kaha kya khuda</w:t>
      </w:r>
      <w:r>
        <w:br/>
      </w:r>
      <w:r>
        <w:rPr>
          <w:sz w:val="20"/>
        </w:rPr>
        <w:t>44:02  khuda khuda koi koi saboot hai koi proof hai iska</w:t>
      </w:r>
      <w:r>
        <w:br/>
      </w:r>
      <w:r>
        <w:rPr>
          <w:sz w:val="20"/>
        </w:rPr>
        <w:t>44:12  kya aap khuda khuda karte hain kya iska kuch proof hai to maine socha ke sunne</w:t>
      </w:r>
      <w:r>
        <w:br/>
      </w:r>
      <w:r>
        <w:rPr>
          <w:sz w:val="20"/>
        </w:rPr>
        <w:t>44:18  ke mood me nahi hai to mai apna maine koi jawab nahi diya unko react</w:t>
      </w:r>
      <w:r>
        <w:br/>
      </w:r>
      <w:r>
        <w:rPr>
          <w:sz w:val="20"/>
        </w:rPr>
        <w:t>44:23  nahi kiya maine to ho sakta hai ke mera assessment sahi na ho lekin main aap ek</w:t>
      </w:r>
      <w:r>
        <w:br/>
      </w:r>
      <w:r>
        <w:rPr>
          <w:sz w:val="20"/>
        </w:rPr>
        <w:t>44:28  baat kehta hoon ke main apne ko bachane ke liye aisa karta hoon ke main reaction mein</w:t>
      </w:r>
      <w:r>
        <w:br/>
      </w:r>
      <w:r>
        <w:rPr>
          <w:sz w:val="20"/>
        </w:rPr>
        <w:t>44:33  pad jaunga to uske baad kya hoga main ko kuch kahunga wo kuch kahega</w:t>
      </w:r>
      <w:r>
        <w:br/>
      </w:r>
      <w:r>
        <w:rPr>
          <w:sz w:val="20"/>
        </w:rPr>
        <w:t>44:38  to kya hoga</w:t>
      </w:r>
    </w:p>
    <w:p>
      <w:pPr>
        <w:pStyle w:val="Heading2"/>
      </w:pPr>
      <w:r>
        <w:t>Tree's purification and believer's positive transformation</w:t>
      </w:r>
    </w:p>
    <w:p>
      <w:r>
        <w:rPr>
          <w:color w:val="666666"/>
          <w:sz w:val="18"/>
        </w:rPr>
        <w:t>Momin is like a tree | April 11, 2007 · 5m 05s · at 11:27 · https://youtu.be/buv324nJoBk?t=687</w:t>
      </w:r>
    </w:p>
    <w:p>
      <w:r>
        <w:rPr>
          <w:i/>
        </w:rPr>
        <w:t>“Tree has a very important function: it purifies the atmosphere”</w:t>
      </w:r>
    </w:p>
    <w:p>
      <w:r>
        <w:rPr>
          <w:sz w:val="20"/>
        </w:rPr>
        <w:t>11:27  , that is tree and also all plants. So plants purify that atmosphere by observing carbon dioxide and releasing oxygen. A unique</w:t>
      </w:r>
      <w:r>
        <w:br/>
      </w:r>
      <w:r>
        <w:rPr>
          <w:sz w:val="20"/>
        </w:rPr>
        <w:t>11:57  phenomena. Plants purify that atmosphere by observing carbon dioxide and releasing oxygen. This is a very unique phenomena. And this phenomena, and and momin has also this quality.</w:t>
      </w:r>
      <w:r>
        <w:br/>
      </w:r>
      <w:r>
        <w:rPr>
          <w:sz w:val="20"/>
        </w:rPr>
        <w:t>12:29  Momin always try to live like a tree. You know, in our world, in this present world, that is testing ground, and everyone has freedom. So in such such situation, every time there are negative experiences, there are provocation. Every time</w:t>
      </w:r>
      <w:r>
        <w:br/>
      </w:r>
      <w:r>
        <w:rPr>
          <w:sz w:val="20"/>
        </w:rPr>
        <w:t>13:00  there are such experiences, like, like anger, like greed, like malice, like intolerance, like revenge, like greed, like injustice. So all these are negative kind of habits</w:t>
      </w:r>
      <w:r>
        <w:br/>
      </w:r>
      <w:r>
        <w:rPr>
          <w:sz w:val="20"/>
        </w:rPr>
        <w:t>13:30  . And every time momin faces these kind of negative experiences. But he adopts the culture of tree, that is momin takes negative experiences, and then momin releases it in the form of positive,</w:t>
      </w:r>
      <w:r>
        <w:br/>
      </w:r>
      <w:r>
        <w:rPr>
          <w:sz w:val="20"/>
        </w:rPr>
        <w:t>14:00  in the form of positivity. For example, if there is provocation, and he becomes angry, then in response, he will not return it into, into anger or revenge. No, he turns the anger into forgiveness.</w:t>
      </w:r>
      <w:r>
        <w:br/>
      </w:r>
      <w:r>
        <w:rPr>
          <w:sz w:val="20"/>
        </w:rPr>
        <w:t>14:32  so one who provokes him, he gives him forgiveness, he gives him dua, he gives him compassion. So in return for negative thought, he gives positive thought. So this is the culture of</w:t>
      </w:r>
      <w:r>
        <w:br/>
      </w:r>
      <w:r>
        <w:rPr>
          <w:sz w:val="20"/>
        </w:rPr>
        <w:t>15:02  tree. This culture is also adopted by momin. Momin, there is hadith that ashra nas bukhluq hasanain. It means that give people positive</w:t>
      </w:r>
      <w:r>
        <w:br/>
      </w:r>
      <w:r>
        <w:rPr>
          <w:sz w:val="20"/>
        </w:rPr>
        <w:t>15:32  experience. People must receive positive experience from you, no negative experience. Although there are negative items every time, but momin saves himself from being victim of that negative experience. He always tries to live in posi</w:t>
      </w:r>
      <w:r>
        <w:br/>
      </w:r>
      <w:r>
        <w:rPr>
          <w:sz w:val="20"/>
        </w:rPr>
        <w:t>16:02  tivity. This is culture of tree. Tree takes carbon dioxide and returns it into in the form of oxygen. So is the case of momin. Momin experiences negative thought, but he returns it into a positive one. This is the tree culture, and also this is the momin culture</w:t>
      </w:r>
    </w:p>
    <w:p>
      <w:pPr>
        <w:pStyle w:val="Heading2"/>
      </w:pPr>
      <w:r>
        <w:t>Maulana revived marifat through intellect and reason</w:t>
      </w:r>
    </w:p>
    <w:p>
      <w:r>
        <w:rPr>
          <w:color w:val="666666"/>
          <w:sz w:val="18"/>
        </w:rPr>
        <w:t>Discussion on Marefat (Ulama Session- I) Peace Conference April 29-30, 2023 · 3m 42s · at 9:42 · https://youtu.be/c1NFCRXpYBQ?t=582</w:t>
      </w:r>
    </w:p>
    <w:p>
      <w:r>
        <w:rPr>
          <w:i/>
        </w:rPr>
        <w:t>“Maulana's personality appears as one who revived marifat.”</w:t>
      </w:r>
    </w:p>
    <w:p>
      <w:r>
        <w:rPr>
          <w:sz w:val="20"/>
        </w:rPr>
        <w:t>9:42  lekin is beach ke andar main agar mubalgha nahi kar raha hoon to sahid Maulana ki shakhsiyat aisi nazar aati hai jinhon ne marifat ko dobara Quran se joda, aql se joda, shaoor se joda. Aur yeh bataya ke marifat jo hai woh Quran ka hissa hai aur Quran ke andar tadabbur gaur o fikr se hi marifat jo hai woh hasil hoti hai.</w:t>
      </w:r>
      <w:r>
        <w:br/>
      </w:r>
      <w:r>
        <w:rPr>
          <w:sz w:val="20"/>
        </w:rPr>
        <w:t>10:09  insaan ka shaoor agar bedar ho to woh shoori taur par Khuda ka bara rastoon idhar aakh nahi kar sakta. Lekin bilwasta taur par, uski sifat par, uski takhleeqat par gaur karke Khuda tak pahunchna yahi marifat hai. Yeh Maulana ne is daur ke andar bataya warna is se pehle yeh concept nahi tha. Masha Allah.</w:t>
      </w:r>
      <w:r>
        <w:br/>
      </w:r>
      <w:r>
        <w:rPr>
          <w:sz w:val="20"/>
        </w:rPr>
        <w:t>10:36  mauqe main aur aap tak Qasmi sahib ne farmaya ke ibadat se pehle marifat aati hai, phir ibadatein zahir hoti hain. Maulana ne revive kiya hai isi cheez ko, isi cheez ko spirit, form se pehle spirit ka aur marifat ki baatein jo Maulana ne wazeh taur se is daur mein bayan ki hain, wahi unka khasa ahum role raha hai. Nazaqullah.</w:t>
      </w:r>
      <w:r>
        <w:br/>
      </w:r>
      <w:r>
        <w:rPr>
          <w:sz w:val="20"/>
        </w:rPr>
        <w:t>11:04  ab hum aate hain, Maulana Enayatullah Umri sahib se sawal karte hain jo Bangalore CPS team se talluq rakhte hain.</w:t>
      </w:r>
      <w:r>
        <w:br/>
      </w:r>
      <w:r>
        <w:rPr>
          <w:sz w:val="20"/>
        </w:rPr>
        <w:t>11:10  ek ahum baat jo samajhne ki hai Maulana ke literature mein maarifat ki baat to bahut se log</w:t>
      </w:r>
      <w:r>
        <w:br/>
      </w:r>
      <w:r>
        <w:rPr>
          <w:sz w:val="20"/>
        </w:rPr>
        <w:t>11:16  karte hain lekin mind based maarifat se muraad kya hai?</w:t>
      </w:r>
      <w:r>
        <w:br/>
      </w:r>
      <w:r>
        <w:rPr>
          <w:sz w:val="20"/>
        </w:rPr>
        <w:t>11:22  iske bare mein.</w:t>
      </w:r>
      <w:r>
        <w:br/>
      </w:r>
      <w:r>
        <w:rPr>
          <w:sz w:val="20"/>
        </w:rPr>
        <w:t>11:28  humein kuch batayein?</w:t>
      </w:r>
      <w:r>
        <w:br/>
      </w:r>
      <w:r>
        <w:rPr>
          <w:sz w:val="20"/>
        </w:rPr>
        <w:t>11:35  Aqala</w:t>
      </w:r>
      <w:r>
        <w:br/>
      </w:r>
      <w:r>
        <w:rPr>
          <w:sz w:val="20"/>
        </w:rPr>
        <w:t>11:43  yeh is silsile mein ek hadith hai aakhiri zamane se mutalliq usmein rasool ullah sallallahu ne farmaya ki</w:t>
      </w:r>
      <w:r>
        <w:br/>
      </w:r>
      <w:r>
        <w:rPr>
          <w:sz w:val="20"/>
        </w:rPr>
        <w:t>11:52  wahi ullahu ki zamani hi almil alqullah alal al islam ki aakhiri zamane mein aisa hoga ki duniya</w:t>
      </w:r>
      <w:r>
        <w:br/>
      </w:r>
      <w:r>
        <w:rPr>
          <w:sz w:val="20"/>
        </w:rPr>
        <w:t>12:01  mein jitni millatein hain woh saari kamzor ho jayengi siwaye islam ke.</w:t>
      </w:r>
      <w:r>
        <w:br/>
      </w:r>
      <w:r>
        <w:rPr>
          <w:sz w:val="20"/>
        </w:rPr>
        <w:t>12:10  Ab sawal yeh hai ke kyun aisa waqia hoga ke sari millatein kamzor ho jayengi aur Islam apni position par baqi rahega? Iski wajah yeh hai ke doosre jitne mazahib hain woh heart based hain. Yaani heart based ka matlab yeh hai ke aadmi ko bas mazhab ko aik qasaddusat ka mauzu banakar usko maan lena hai.</w:t>
      </w:r>
      <w:r>
        <w:br/>
      </w:r>
      <w:r>
        <w:rPr>
          <w:sz w:val="20"/>
        </w:rPr>
        <w:t>12:37  us par use sawalat nahi karna hai. Lekin mind based ka matlab yeh hai ke aap sawal kar sakte hain, sawal utha sakte hain, baaton ko samajh sakte hain, baaton ko samjha ja sakta hai. Iska matlab yeh hai ke jo zamana aakhri zamana hoga, woh mukammal mano mein rational argument ka zamana hoga.</w:t>
      </w:r>
      <w:r>
        <w:br/>
      </w:r>
      <w:r>
        <w:rPr>
          <w:sz w:val="20"/>
        </w:rPr>
        <w:t>13:03  us zamane mein jo log heart based ki baatein karenge woh mukammal tarike se filap ho jayenge. sirf us zamane mein wahi position par rahega jo akal based baatein karenge.dekhiye hum jante hain ke insaan jab is duniya mein aaya tha aap zara to saboor karen.</w:t>
      </w:r>
      <w:r>
        <w:br/>
      </w:r>
      <w:r>
        <w:rPr>
          <w:sz w:val="20"/>
        </w:rPr>
        <w:t>13:24  aaj hum jo is roz zameen par itna bada development dekh rahe hain, tarah ki yaad dekh rahe hain ke insaan ne behtareen sawariyan bana li hain, behtareen technology aaj insaan ke paas hai.yeh sab kuch kiski din hai?yeh yeh jo moajiza ho gaya hai zameen par ke jab insaan aaya tha to uske paas rehne ke liye chhat ka ghar bhi nahi tha.woh khud usko banana padta tha.</w:t>
      </w:r>
    </w:p>
    <w:p>
      <w:pPr>
        <w:pStyle w:val="Heading2"/>
      </w:pPr>
      <w:r>
        <w:t>Education for self-discovered knowledge of Creator</w:t>
      </w:r>
    </w:p>
    <w:p>
      <w:r>
        <w:rPr>
          <w:color w:val="666666"/>
          <w:sz w:val="18"/>
        </w:rPr>
        <w:t>The Importance of Education, Feb. 15, 2014 - Maulana Wahiduddin Khan · 3m 59s · at 4:01 · https://youtu.be/Ln1FQfOWyzo?t=241</w:t>
      </w:r>
    </w:p>
    <w:p>
      <w:r>
        <w:rPr>
          <w:i/>
        </w:rPr>
        <w:t>“دیکھیں، آپ قرآن کو پڑھیں تو آپ اس میں دیکھیں گے”</w:t>
      </w:r>
    </w:p>
    <w:p>
      <w:r>
        <w:rPr>
          <w:sz w:val="20"/>
        </w:rPr>
        <w:t>4:01  Allah ki hamd karti hai. goya ke sari kainat ka mamla yahi hai ke is ne Allah ko discover kar rakha hai aur is ke mukammal tor par hamd culture mein jee raha hai poora universe.</w:t>
      </w:r>
      <w:r>
        <w:br/>
      </w:r>
      <w:r>
        <w:rPr>
          <w:sz w:val="20"/>
        </w:rPr>
        <w:t>4:18  phir insan ka mamla kya hai? insan jo kehta hai ke Alhamdulillah Rabb al-Alameen, wahi to wo bhi keh rahe hain. poori universe keh rahi hai Alhamdulillah Rabb al-Alameen.</w:t>
      </w:r>
      <w:r>
        <w:br/>
      </w:r>
      <w:r>
        <w:rPr>
          <w:sz w:val="20"/>
        </w:rPr>
        <w:t>4:39  phir insan ka mamla kya hai? ye ek bohat bari cheez hai is ko samajhna chahiye ke jo rest of the universe hai, wo is ki jo marifat hai,</w:t>
      </w:r>
      <w:r>
        <w:br/>
      </w:r>
      <w:r>
        <w:rPr>
          <w:sz w:val="20"/>
        </w:rPr>
        <w:t>4:52  wo</w:t>
      </w:r>
      <w:r>
        <w:br/>
      </w:r>
      <w:r>
        <w:rPr>
          <w:sz w:val="20"/>
        </w:rPr>
        <w:t>5:09  directed marifat hai. directed realization. yani un ko jo direct kiya gaya hai, jo bataya gaya hai, us par chal rahe hain wo.</w:t>
      </w:r>
      <w:r>
        <w:br/>
      </w:r>
      <w:r>
        <w:rPr>
          <w:sz w:val="20"/>
        </w:rPr>
        <w:t>5:12  insan ka mamla bilkul mukhtalif hai. insan ko self-discovered marifat par khara hona hai.</w:t>
      </w:r>
      <w:r>
        <w:br/>
      </w:r>
      <w:r>
        <w:rPr>
          <w:sz w:val="20"/>
        </w:rPr>
        <w:t>5:27  yani jo baqi dunya hai, us ko sab kuch bata diya gaya hai. farishtay batate hain un ko. farishtay har waqt farishtay un ko control kar rahe hain.</w:t>
      </w:r>
      <w:r>
        <w:br/>
      </w:r>
      <w:r>
        <w:rPr>
          <w:sz w:val="20"/>
        </w:rPr>
        <w:t>5:40  to isi ko main keh raha hoon directed marifat ya directed realization. insan ka ek ajeeb, ek unique position hai.</w:t>
      </w:r>
      <w:r>
        <w:br/>
      </w:r>
      <w:r>
        <w:rPr>
          <w:sz w:val="20"/>
        </w:rPr>
        <w:t>5:53  to usi ko main keh raha hoon directed marifat ya directed realization. insan ka ek ajib, ek unique position hai.</w:t>
      </w:r>
      <w:r>
        <w:br/>
      </w:r>
      <w:r>
        <w:rPr>
          <w:sz w:val="20"/>
        </w:rPr>
        <w:t>6:06  is ko Allah ne mind diya jo kisi aur ko nahi diya. yeh jo mind hai, anokhi sifat is ke andar hai.</w:t>
      </w:r>
      <w:r>
        <w:br/>
      </w:r>
      <w:r>
        <w:rPr>
          <w:sz w:val="20"/>
        </w:rPr>
        <w:t>6:17  to insan hi is qabil tha ke woh apne mind se khud discover kare. to insan ka mayar yeh qarar paya hai ke woh self-discored marifat par khara ho.</w:t>
      </w:r>
      <w:r>
        <w:br/>
      </w:r>
      <w:r>
        <w:rPr>
          <w:sz w:val="20"/>
        </w:rPr>
        <w:t>6:31  yeh insan ki ahmiyat hai. to yeh self-discovery kaise hogi? is ke liye study chahiye, observation chahiye, thinking chahiye, experience chahiye.</w:t>
      </w:r>
      <w:r>
        <w:br/>
      </w:r>
      <w:r>
        <w:rPr>
          <w:sz w:val="20"/>
        </w:rPr>
        <w:t>6:45  in sab ke liye kya chahiye? framework chahiye. in sab ke liye zehni tayari chahiye. ek developed mind hi yeh sab kar sakta hai.</w:t>
      </w:r>
      <w:r>
        <w:br/>
      </w:r>
      <w:r>
        <w:rPr>
          <w:sz w:val="20"/>
        </w:rPr>
        <w:t>7:01  to education aap ko woh aap ke andar woh zehni tayari karati hai. education ke zariye aap woh developed mind bante hain jis ko istemal kar ke aap self-discored marifat par khare hon.</w:t>
      </w:r>
      <w:r>
        <w:br/>
      </w:r>
      <w:r>
        <w:rPr>
          <w:sz w:val="20"/>
        </w:rPr>
        <w:t>7:19  jo poori universe mein sab se bara darja hai. is se bara koi darja nahi.</w:t>
      </w:r>
      <w:r>
        <w:br/>
      </w:r>
      <w:r>
        <w:rPr>
          <w:sz w:val="20"/>
        </w:rPr>
        <w:t>7:30  to education ki ahmiyat logon ke nazdeek to sirf yeh hai ke ise job milta hai. Islam mein ahmiyat yeh hai ke is ke zariye aadmi ka intellectual development hota hai aur woh is qabil banta hai ke woh is ke andar high thinking aaye.</w:t>
      </w:r>
      <w:r>
        <w:br/>
      </w:r>
      <w:r>
        <w:rPr>
          <w:sz w:val="20"/>
        </w:rPr>
        <w:t>7:47  woh is qabil banta hai ke woh oonche degree ki, oonche darje ki marifat hasil kar sake jis ko mein keh raha hoon self-discored marifat.</w:t>
      </w:r>
    </w:p>
    <w:p>
      <w:pPr>
        <w:pStyle w:val="Heading2"/>
      </w:pPr>
      <w:r>
        <w:t>Islamic spirituality and CPS global mission</w:t>
      </w:r>
    </w:p>
    <w:p>
      <w:r>
        <w:rPr>
          <w:color w:val="666666"/>
          <w:sz w:val="18"/>
        </w:rPr>
        <w:t>Interaction with German Delegation January 4, 2020 · 5m 17s · at 12:43 · https://youtu.be/eWcszNLZK1U?t=763</w:t>
      </w:r>
    </w:p>
    <w:p>
      <w:r>
        <w:rPr>
          <w:i/>
        </w:rPr>
        <w:t>“And we did not dwell a lot on spirituality.”</w:t>
      </w:r>
    </w:p>
    <w:p>
      <w:r>
        <w:rPr>
          <w:sz w:val="20"/>
        </w:rPr>
        <w:t>12:43  So Islam does not believe that you should go into seclusion in an insider room, do certain special practices, and then feel that you are in some way connected to</w:t>
      </w:r>
      <w:r>
        <w:br/>
      </w:r>
      <w:r>
        <w:rPr>
          <w:sz w:val="20"/>
        </w:rPr>
        <w:t>12:54  God. So Islam believes that you should live in the world, in the midst of people, and develop your spirituality through that.</w:t>
      </w:r>
      <w:r>
        <w:br/>
      </w:r>
      <w:r>
        <w:rPr>
          <w:sz w:val="20"/>
        </w:rPr>
        <w:t>13:03  So for example, the tree, the Quran gives the example of a tree, and it says that the tree is very much like a true believer.</w:t>
      </w:r>
      <w:r>
        <w:br/>
      </w:r>
      <w:r>
        <w:rPr>
          <w:sz w:val="20"/>
        </w:rPr>
        <w:t>13:13  And what does the tree really do? A tree takes so many things from the outside world. It takes</w:t>
      </w:r>
      <w:r>
        <w:br/>
      </w:r>
      <w:r>
        <w:rPr>
          <w:sz w:val="20"/>
        </w:rPr>
        <w:t>13:20  sunlight. It takes water. It takes minerals. It takes carbon dioxide, something which is considered a pollutant. And it gives out oxygen.</w:t>
      </w:r>
      <w:r>
        <w:br/>
      </w:r>
      <w:r>
        <w:rPr>
          <w:sz w:val="20"/>
        </w:rPr>
        <w:t>13:29  It gives out greenery. It gives out shade. It gives out so much. So that is what a true believer has to be. That is what is Islamic spirituality.</w:t>
      </w:r>
      <w:r>
        <w:br/>
      </w:r>
      <w:r>
        <w:rPr>
          <w:sz w:val="20"/>
        </w:rPr>
        <w:t>13:40  The tree represents Islamic spirituality. That is, you live in the world.</w:t>
      </w:r>
      <w:r>
        <w:br/>
      </w:r>
      <w:r>
        <w:rPr>
          <w:sz w:val="20"/>
        </w:rPr>
        <w:t>13:44  You face unwanted experiences. You face unpleasant situations. But you convert them into positive experiences. And you give out positivity and well-wishing to people.</w:t>
      </w:r>
      <w:r>
        <w:br/>
      </w:r>
      <w:r>
        <w:rPr>
          <w:sz w:val="20"/>
        </w:rPr>
        <w:t>13:54  And also, Islamic spirituality, as I said, also focuses a lot on discovering God.</w:t>
      </w:r>
      <w:r>
        <w:br/>
      </w:r>
      <w:r>
        <w:rPr>
          <w:sz w:val="20"/>
        </w:rPr>
        <w:t>14:01  And in Islam, the word that is used for discovering God is called marifat. It means developing a close relationship with God through your contemplation in the universe.</w:t>
      </w:r>
      <w:r>
        <w:br/>
      </w:r>
      <w:r>
        <w:rPr>
          <w:sz w:val="20"/>
        </w:rPr>
        <w:t>14:13  You see the vastness of the universe and discover God's majesty, see the intelligent design in the universe, discover God's w</w:t>
      </w:r>
      <w:r>
        <w:br/>
      </w:r>
      <w:r>
        <w:rPr>
          <w:sz w:val="20"/>
        </w:rPr>
        <w:t>14:20  isdom, and even in your own lives, reflect on the blessings that God has bestowed on you. So all this develops a deep love for God in you.</w:t>
      </w:r>
      <w:r>
        <w:br/>
      </w:r>
      <w:r>
        <w:rPr>
          <w:sz w:val="20"/>
        </w:rPr>
        <w:t>14:29  And this is what Islamic spirituality gives a lot of focus on. And this is what I feel is special about Islam. And I think if I am following Islam today, it's because of Islamic spirituality.</w:t>
      </w:r>
      <w:r>
        <w:br/>
      </w:r>
      <w:r>
        <w:rPr>
          <w:sz w:val="20"/>
        </w:rPr>
        <w:t>14:42  I have got nothing to do with politics. I don't care if Islam gives a political if Islam has a political interpretation or not</w:t>
      </w:r>
      <w:r>
        <w:br/>
      </w:r>
      <w:r>
        <w:rPr>
          <w:sz w:val="20"/>
        </w:rPr>
        <w:t>14:49  . For me, what is most important is that my spiritual side should be addressed. And Islam addresses that spiritual side. And that is why today I am following Islam.</w:t>
      </w:r>
      <w:r>
        <w:br/>
      </w:r>
      <w:r>
        <w:rPr>
          <w:sz w:val="20"/>
        </w:rPr>
        <w:t>15:00  Let me say at first that your word impressed me a lot, and it gives me hope for the cooperation in the future.</w:t>
      </w:r>
      <w:r>
        <w:br/>
      </w:r>
      <w:r>
        <w:rPr>
          <w:sz w:val="20"/>
        </w:rPr>
        <w:t>15:10  But it has a question for me. Who is the reaction about your work in the Islamic world?</w:t>
      </w:r>
      <w:r>
        <w:br/>
      </w:r>
      <w:r>
        <w:rPr>
          <w:sz w:val="20"/>
        </w:rPr>
        <w:t>15:21  Who supports you and who is against you? Who is the reaction? So I think at CPS, the journey of CPS began in 2001.</w:t>
      </w:r>
      <w:r>
        <w:br/>
      </w:r>
      <w:r>
        <w:rPr>
          <w:sz w:val="20"/>
        </w:rPr>
        <w:t>15:36  And I would just say that we've only seen one direction, which is gaining friendship with people all around the world. So we started with a chapter being in Delhi.</w:t>
      </w:r>
      <w:r>
        <w:br/>
      </w:r>
      <w:r>
        <w:rPr>
          <w:sz w:val="20"/>
        </w:rPr>
        <w:t>15:46  And now we have chapters all over the world. We have a chapter in the US, in Africa, in the Middle East, in Asia. And the interesting or the most important thing is that as we are reaching out to people, we are talking about the ideology or the true face of</w:t>
      </w:r>
      <w:r>
        <w:br/>
      </w:r>
      <w:r>
        <w:rPr>
          <w:sz w:val="20"/>
        </w:rPr>
        <w:t>16:05  Islam. So just like all of you have responded so positively, and you are saying that you are doing a good work, how did this happen? It happened that you all happened to be here.</w:t>
      </w:r>
      <w:r>
        <w:br/>
      </w:r>
      <w:r>
        <w:rPr>
          <w:sz w:val="20"/>
        </w:rPr>
        <w:t>16:15  We are exchanging our thoughts and ideas of what Islam is all about. So as we are taking this through social media, through our friends like you, Father Francis, people are coming to us.</w:t>
      </w:r>
      <w:r>
        <w:br/>
      </w:r>
      <w:r>
        <w:rPr>
          <w:sz w:val="20"/>
        </w:rPr>
        <w:t>16:29  Yes, I mean, there have been some reactions. But those reactions are mainly from only that section which is politically motivated or which have vested interest.</w:t>
      </w:r>
      <w:r>
        <w:br/>
      </w:r>
      <w:r>
        <w:rPr>
          <w:sz w:val="20"/>
        </w:rPr>
        <w:t>16:40  For them, Islam is not the real criteria, but furthering their own personal interest is the criteria. So it doesn't mat</w:t>
      </w:r>
      <w:r>
        <w:br/>
      </w:r>
      <w:r>
        <w:rPr>
          <w:sz w:val="20"/>
        </w:rPr>
        <w:t>16:48  ter to us. That's okay. That was expected. But to answer your question, so CPS started, as I said, from Delhi and has truly become global.</w:t>
      </w:r>
      <w:r>
        <w:br/>
      </w:r>
      <w:r>
        <w:rPr>
          <w:sz w:val="20"/>
        </w:rPr>
        <w:t>16:59  We've had representations not only from the civil society but also from the governments who are following us</w:t>
      </w:r>
      <w:r>
        <w:br/>
      </w:r>
      <w:r>
        <w:rPr>
          <w:sz w:val="20"/>
        </w:rPr>
        <w:t>17:10  . There are research scholars from Europe and the USA who are doing researches on our founder. And they have been using his ideology by presenting papers in the international academic</w:t>
      </w:r>
      <w:r>
        <w:br/>
      </w:r>
      <w:r>
        <w:rPr>
          <w:sz w:val="20"/>
        </w:rPr>
        <w:t>17:25  world. Recently, somebody from Japan who had visited our founder last year. So she took one year to conclude her paper on the peaceful and the practical aspects of peace and how it can change the society.</w:t>
      </w:r>
      <w:r>
        <w:br/>
      </w:r>
      <w:r>
        <w:rPr>
          <w:sz w:val="20"/>
        </w:rPr>
        <w:t>17:40  So we just got a mail from her last week that the paper has been published, and it is available in the domain area.</w:t>
      </w:r>
      <w:r>
        <w:br/>
      </w:r>
      <w:r>
        <w:rPr>
          <w:sz w:val="20"/>
        </w:rPr>
        <w:t>17:49  So yes, with God's grace, I think we are moving ahead. And I guess next year when we meet, we will have more interesting experiences to share with all of you.</w:t>
      </w:r>
    </w:p>
    <w:p>
      <w:pPr>
        <w:pStyle w:val="Heading2"/>
      </w:pPr>
      <w:r>
        <w:t>Spiritual light and converting negativity to positivity</w:t>
      </w:r>
    </w:p>
    <w:p>
      <w:r>
        <w:rPr>
          <w:color w:val="666666"/>
          <w:sz w:val="18"/>
        </w:rPr>
        <w:t>Spiritual Light Nov 26, 2006 Maulana Wahiduddin Khan · 5m 54s · at 20:54 · https://youtu.be/IhfHxIakZOw?t=1254</w:t>
      </w:r>
    </w:p>
    <w:p>
      <w:r>
        <w:rPr>
          <w:i/>
        </w:rPr>
        <w:t>“I explained using Quran and Hadith”</w:t>
      </w:r>
    </w:p>
    <w:p>
      <w:r>
        <w:rPr>
          <w:sz w:val="20"/>
        </w:rPr>
        <w:t>20:54  main ne to quran ki roshni mein kuch ayaton aur hadithon ko le kar ke isi ki tashreeh ki. mera jo speech thi woh koi interpretation nahi diya maine apna.</w:t>
      </w:r>
      <w:r>
        <w:br/>
      </w:r>
      <w:r>
        <w:rPr>
          <w:sz w:val="20"/>
        </w:rPr>
        <w:t>21:07  quran o hadith ko le kar ke bayan kiya. albata is mein maine ek baat yeh kahi ke islam mein jo light hai yani spiritual light woh khuda ki taraf se aati hai.</w:t>
      </w:r>
      <w:r>
        <w:br/>
      </w:r>
      <w:r>
        <w:rPr>
          <w:sz w:val="20"/>
        </w:rPr>
        <w:t>21:23  Allah noor al samawati wal ard. rasool Allah ne farmaya ke Allah fi qalbi noor. o god fill my heart with the spiritual light.</w:t>
      </w:r>
      <w:r>
        <w:br/>
      </w:r>
      <w:r>
        <w:rPr>
          <w:sz w:val="20"/>
        </w:rPr>
        <w:t>21:38  to Allah ki taraf se aati hai. to aadmi kya hai? taker hai aur khuda jo hai giver hai. light ka jo reservoir hai woh khuda hai.</w:t>
      </w:r>
      <w:r>
        <w:br/>
      </w:r>
      <w:r>
        <w:rPr>
          <w:sz w:val="20"/>
        </w:rPr>
        <w:t>21:55  to khuda deta hai, insaan paata hai. khuda inspire karta hai, hum us ko receive karte hain. to spiritual light khuda ki taraf se aati hai.</w:t>
      </w:r>
      <w:r>
        <w:br/>
      </w:r>
      <w:r>
        <w:rPr>
          <w:sz w:val="20"/>
        </w:rPr>
        <w:t>22:07  to is mein maine kaha ke kis ko milti hai light? khuda ki yeh light kis ko milti hai?</w:t>
      </w:r>
      <w:r>
        <w:br/>
      </w:r>
      <w:r>
        <w:rPr>
          <w:sz w:val="20"/>
        </w:rPr>
        <w:t>22:17  to maine kaha ke yeh jo electricity hamari hai woh bohat achhi tarah illustrate karti hai is mamle ko ke yeh yeh jo give and take ka mamla hota hai khuda aur bande ke beech mein woh kaise hota hai?</w:t>
      </w:r>
      <w:r>
        <w:br/>
      </w:r>
      <w:r>
        <w:rPr>
          <w:sz w:val="20"/>
        </w:rPr>
        <w:t>22:38  to electricity is ka ek demonstration hai. kyunke aap jante hain ke electricity aati hai power house se. power house hamare ghar se door hai.</w:t>
      </w:r>
      <w:r>
        <w:br/>
      </w:r>
      <w:r>
        <w:rPr>
          <w:sz w:val="20"/>
        </w:rPr>
        <w:t>22:50  wahan se wiring hoti hai jo hamare ghar tak pohnchti hai. to wire ke through electricity jo hai hamare ghar pohnchti hai.</w:t>
      </w:r>
      <w:r>
        <w:br/>
      </w:r>
      <w:r>
        <w:rPr>
          <w:sz w:val="20"/>
        </w:rPr>
        <w:t>23:00  lekin power house ka jo jo taar hai aur hamare ghar ka jo taar hai to jahan woh connect hota hai, jo connecting point hai wahan meri taraf good conductor hona chahiye.</w:t>
      </w:r>
      <w:r>
        <w:br/>
      </w:r>
      <w:r>
        <w:rPr>
          <w:sz w:val="20"/>
        </w:rPr>
        <w:t>23:19  agar maine apne taar ko bad conductor ko bana rakha hai, matlab lakri ka taar ho, wahan lakri fit kar rakhi ho maine, yani connecting point jo hai dono ke beech mein, wahan par meri taraf bad conductor ho to electricity aayegi lekin woh mere ghar mein nahi dakhil hogi.</w:t>
      </w:r>
      <w:r>
        <w:br/>
      </w:r>
      <w:r>
        <w:rPr>
          <w:sz w:val="20"/>
        </w:rPr>
        <w:t>23:47  mere bulb ko roshan nahi karegi.</w:t>
      </w:r>
      <w:r>
        <w:br/>
      </w:r>
      <w:r>
        <w:rPr>
          <w:sz w:val="20"/>
        </w:rPr>
        <w:t>23:52  jab tak hum, yeh tabhi hoga jab ke hum good conductor lagayen. yani connecting point par hamari taraf good conductor hona chahiye.</w:t>
      </w:r>
      <w:r>
        <w:br/>
      </w:r>
      <w:r>
        <w:rPr>
          <w:sz w:val="20"/>
        </w:rPr>
        <w:t>24:04  tab electricity pass hogi. yahi mamla hai khuda aur bande ka. ke mujhe good conductor hona chahiye.</w:t>
      </w:r>
      <w:r>
        <w:br/>
      </w:r>
      <w:r>
        <w:rPr>
          <w:sz w:val="20"/>
        </w:rPr>
        <w:t>24:16  tab khuda ki taraf se aanay wali jo spiritual light hai woh mujh tak pohnchegi. meri personality ko roshan karegi. mere soul ko roshan karegi.</w:t>
      </w:r>
      <w:r>
        <w:br/>
      </w:r>
      <w:r>
        <w:rPr>
          <w:sz w:val="20"/>
        </w:rPr>
        <w:t>24:29  to good conductor, good yani insaan ka good conductor hona kya hai? woh yeh hai ke maine wahan yeh baat kahi ke mere andar positivity ho,</w:t>
      </w:r>
      <w:r>
        <w:br/>
      </w:r>
      <w:r>
        <w:rPr>
          <w:sz w:val="20"/>
        </w:rPr>
        <w:t>24:45  negativity na ho. yani agar mera mind negative thinking ho mere mind mein to main bad conductor ban gaya.</w:t>
      </w:r>
      <w:r>
        <w:br/>
      </w:r>
      <w:r>
        <w:rPr>
          <w:sz w:val="20"/>
        </w:rPr>
        <w:t>24:59  aur mere mind mein positive thinking ho to main good conductor ban gaya. yeh hai raaz.</w:t>
      </w:r>
      <w:r>
        <w:br/>
      </w:r>
      <w:r>
        <w:rPr>
          <w:sz w:val="20"/>
        </w:rPr>
        <w:t>25:10  to mujhe agar main chahta hoon ke spiritual light mujhe mile to mujhe apne ko purify karna parega. purify karna parega.</w:t>
      </w:r>
      <w:r>
        <w:br/>
      </w:r>
      <w:r>
        <w:rPr>
          <w:sz w:val="20"/>
        </w:rPr>
        <w:t>25:24  purified soul hi yahan good conductor ka kaam karta hai.</w:t>
      </w:r>
      <w:r>
        <w:br/>
      </w:r>
      <w:r>
        <w:rPr>
          <w:sz w:val="20"/>
        </w:rPr>
        <w:t>25:32  to maine wahan par aksar mein misaal diya karta hoon gaaye ki. wahan bhi maine gaaye ki misaal di. ke yeh duniya jo hai yeh negative item se bhari hui hai.</w:t>
      </w:r>
      <w:r>
        <w:br/>
      </w:r>
      <w:r>
        <w:rPr>
          <w:sz w:val="20"/>
        </w:rPr>
        <w:t>25:45  har waqt yahan par, har waqt yahan par yani provocation hai.</w:t>
      </w:r>
      <w:r>
        <w:br/>
      </w:r>
      <w:r>
        <w:rPr>
          <w:sz w:val="20"/>
        </w:rPr>
        <w:t>25:55  har waqt yahan par kuch na kuch unwanted situation rehti hai hamare aas paas. to is ki wajah se hum kya hote hain?</w:t>
      </w:r>
      <w:r>
        <w:br/>
      </w:r>
      <w:r>
        <w:rPr>
          <w:sz w:val="20"/>
        </w:rPr>
        <w:t>26:04  hum negative thought mein par jatay hain. to hamein kya karna hai?</w:t>
      </w:r>
      <w:r>
        <w:br/>
      </w:r>
      <w:r>
        <w:rPr>
          <w:sz w:val="20"/>
        </w:rPr>
        <w:t>26:11  you have to learn the art of turning negativity into positivity. kyunke negativity ko aap khatm kar nahin sakte.</w:t>
      </w:r>
      <w:r>
        <w:br/>
      </w:r>
      <w:r>
        <w:rPr>
          <w:sz w:val="20"/>
        </w:rPr>
        <w:t>26:22  yeh mumkin nahin hai ke aap negative item ko dunya se khatm kar dein. yeh to mumkin nahin hai.</w:t>
      </w:r>
      <w:r>
        <w:br/>
      </w:r>
      <w:r>
        <w:rPr>
          <w:sz w:val="20"/>
        </w:rPr>
        <w:t>26:33  to aap ko khud apne andar yeh capacity develop karna chahiye ke jab negative item aap ke paas aayen to us ko aap convert kar saken positive item mein.</w:t>
      </w:r>
    </w:p>
    <w:p>
      <w:pPr>
        <w:pStyle w:val="Heading2"/>
      </w:pPr>
      <w:r>
        <w:t>High-profile leaders vs Prophet's low-profile message</w:t>
      </w:r>
    </w:p>
    <w:p>
      <w:r>
        <w:rPr>
          <w:color w:val="666666"/>
          <w:sz w:val="18"/>
        </w:rPr>
        <w:t>The Case of Present Muslim Generation September 28, 2008 · 6m 00s · at 46:11 · https://youtu.be/yjSy2b7JPTw?t=2771</w:t>
      </w:r>
    </w:p>
    <w:p>
      <w:r>
        <w:rPr>
          <w:i/>
        </w:rPr>
        <w:t>“Isliye aap dekhen ke jo woh aadmi bahut jald leader ban jaata hai”</w:t>
      </w:r>
    </w:p>
    <w:p>
      <w:r>
        <w:rPr>
          <w:sz w:val="20"/>
        </w:rPr>
        <w:t>46:11  isi liye aap dekhen ke jo woh aadmi bohat jald leader ban jata hai jo bari bari baatein kare. bari bari baatein karne wale log.</w:t>
      </w:r>
      <w:r>
        <w:br/>
      </w:r>
      <w:r>
        <w:rPr>
          <w:sz w:val="20"/>
        </w:rPr>
        <w:t>46:23  jitne leader bane hain is zamane mein so dedh sau saal ke andar woh kaun log the? wohi log the jo bari bari baatein karte the.</w:t>
      </w:r>
      <w:r>
        <w:br/>
      </w:r>
      <w:r>
        <w:rPr>
          <w:sz w:val="20"/>
        </w:rPr>
        <w:t>46:36  sab se zyada jo popularity mili hai India mein jante hain kis ko mili hai? Maulana Muhammad Ali Jauhar ko mili hai.</w:t>
      </w:r>
      <w:r>
        <w:br/>
      </w:r>
      <w:r>
        <w:rPr>
          <w:sz w:val="20"/>
        </w:rPr>
        <w:t>46:48  ek zamane mein yeh haal tha ke pure pura mulk un ke is mein tha. Maulana Muhammad Ali Jauhar ke is mein.</w:t>
      </w:r>
      <w:r>
        <w:br/>
      </w:r>
      <w:r>
        <w:rPr>
          <w:sz w:val="20"/>
        </w:rPr>
        <w:t>46:59  jab unhon ne Khilafat Tehreek chalai thi. Khilafat Tehreek. first world war ke baad.</w:t>
      </w:r>
      <w:r>
        <w:br/>
      </w:r>
      <w:r>
        <w:rPr>
          <w:sz w:val="20"/>
        </w:rPr>
        <w:t>47:09  Khilafat Tehreek kya thi? jis Khilafat ko das saal pehle khatma ho chuka tha Turkey mein us ki Tehreek chala rahe the woh India mein.</w:t>
      </w:r>
      <w:r>
        <w:br/>
      </w:r>
      <w:r>
        <w:rPr>
          <w:sz w:val="20"/>
        </w:rPr>
        <w:t>47:20  aap dekh lijiyay tareekh mein, history mein dekh lijiyay aap. khilafat constitution turkey mein khatm ho chuka tha. ittehad party ne khatm kar diya tha.</w:t>
      </w:r>
      <w:r>
        <w:br/>
      </w:r>
      <w:r>
        <w:rPr>
          <w:sz w:val="20"/>
        </w:rPr>
        <w:t>47:33  mustafa kamal pasha in ke leader tha in ka. anwar pasha, mustafa kamal pasha waghera. to un ki party ne wahan ke khalifa ko mozoool kar diya tha.</w:t>
      </w:r>
      <w:r>
        <w:br/>
      </w:r>
      <w:r>
        <w:rPr>
          <w:sz w:val="20"/>
        </w:rPr>
        <w:t>47:43  jo das saal pehle yeh waqia ho chuka tha ke khud turkey mein khilafat creation khatm ho chuka tha. saare arab countries mein nationalism aa gaya tha.</w:t>
      </w:r>
      <w:r>
        <w:br/>
      </w:r>
      <w:r>
        <w:rPr>
          <w:sz w:val="20"/>
        </w:rPr>
        <w:t>47:53  nationalism yani national government chahte thay woh. to simit kar ke reh gayi thi woh istanbul mein aur ankara mein. aur dilli mein woh india mein woh tehreek chala rahe thay khilafat, khilafat, khilafat, khilafat.</w:t>
      </w:r>
      <w:r>
        <w:br/>
      </w:r>
      <w:r>
        <w:rPr>
          <w:sz w:val="20"/>
        </w:rPr>
        <w:t>48:07  is zamanay mein yeh haal tha ke ek gaana chalta tha bohat ziyada. boli amma Muhammad Ali ki jaan beta khilafat pe de do.</w:t>
      </w:r>
      <w:r>
        <w:br/>
      </w:r>
      <w:r>
        <w:rPr>
          <w:sz w:val="20"/>
        </w:rPr>
        <w:t>48:19  yani khilafat hai hi nahin kahin. na bannay wali hai.</w:t>
      </w:r>
      <w:r>
        <w:br/>
      </w:r>
      <w:r>
        <w:rPr>
          <w:sz w:val="20"/>
        </w:rPr>
        <w:t>48:25  aur yeh gaana ho raha tha har jagah. saare india ke musalman bilkul ek josh mein bhare hue thay. ke khilafat phir se zinda ho rahi hai.</w:t>
      </w:r>
      <w:r>
        <w:br/>
      </w:r>
      <w:r>
        <w:rPr>
          <w:sz w:val="20"/>
        </w:rPr>
        <w:t>48:34  saari duniya mein hum ruler banenge. empire, hamara empire qaim hoga. yeh kyun maqbooliyat un ki kyun hui?</w:t>
      </w:r>
      <w:r>
        <w:br/>
      </w:r>
      <w:r>
        <w:rPr>
          <w:sz w:val="20"/>
        </w:rPr>
        <w:t>48:42  woh high profile mein bolte thay. high profile mein bolte thay. to yeh jo yeh bohat hi jar ki baat hai yaad rakhiye ke musalman jo hain is zamanay ke paranoid character ban gaye hain.</w:t>
      </w:r>
      <w:r>
        <w:br/>
      </w:r>
      <w:r>
        <w:rPr>
          <w:sz w:val="20"/>
        </w:rPr>
        <w:t>48:55  is liye sahi leadership in ko nahin mil rahi hai. bohat aap parhte honge musalmanon ke jalson mein, un ke magazine mein ke musalmanon mein koi leader nahin.</w:t>
      </w:r>
      <w:r>
        <w:br/>
      </w:r>
      <w:r>
        <w:rPr>
          <w:sz w:val="20"/>
        </w:rPr>
        <w:t>49:08  bhai leader kaisay hoga bataiye? leader jo hoga sacha leader woh low profile mein bolega. ab in ko chahiye ho high profile.</w:t>
      </w:r>
      <w:r>
        <w:br/>
      </w:r>
      <w:r>
        <w:rPr>
          <w:sz w:val="20"/>
        </w:rPr>
        <w:t>49:18  aam taur par maine dekha hai ke log jo hain is ki shikayat karte hain ke musalmanon ko leader nahin. nahin, leader ka acceptance nahin, asal baat yeh hai.</w:t>
      </w:r>
      <w:r>
        <w:br/>
      </w:r>
      <w:r>
        <w:rPr>
          <w:sz w:val="20"/>
        </w:rPr>
        <w:t>49:30  jis cheez ki kami hai woh leader ka acceptance hai, na ke khud leader.</w:t>
      </w:r>
      <w:r>
        <w:br/>
      </w:r>
      <w:r>
        <w:rPr>
          <w:sz w:val="20"/>
        </w:rPr>
        <w:t>49:41  to jo jo is mulk mein nahin balkay saari duniya mein, saari muslim duniya mein yeh bari bari baatein jo inhone, inhone kahin, high profile mein bolay, woh leader ban gaye.</w:t>
      </w:r>
      <w:r>
        <w:br/>
      </w:r>
      <w:r>
        <w:rPr>
          <w:sz w:val="20"/>
        </w:rPr>
        <w:t>49:52  arab duniya mein bhi dekhen, jamaluddin afghani aur hasan banha, sayyid qutb aur abdul rehman al kawakibi aur kaun kaun sab high profile mein bolnay walay log thay, yeh sab bari bari baatein karte thay.</w:t>
      </w:r>
      <w:r>
        <w:br/>
      </w:r>
      <w:r>
        <w:rPr>
          <w:sz w:val="20"/>
        </w:rPr>
        <w:t>50:11  yeh haal india mein hua. jo log india mein ubhray, iqbal, jinnah, maulana abul kalam azad waghera, sab high profile mein bolnay walay log thay.</w:t>
      </w:r>
      <w:r>
        <w:br/>
      </w:r>
      <w:r>
        <w:rPr>
          <w:sz w:val="20"/>
        </w:rPr>
        <w:t>50:23  to yeh shikayat jo ki jati hai ke musalmanon mein koi leader nahin, yeh mat kehna, yeh mat kahiye. yeh kahiye ke musalmanon mein leader ko accept, accept karnay ka mizaj nahin.</w:t>
      </w:r>
      <w:r>
        <w:br/>
      </w:r>
      <w:r>
        <w:rPr>
          <w:sz w:val="20"/>
        </w:rPr>
        <w:t>50:34  sacha leader hota hai woh jo low profile mein bolay.</w:t>
      </w:r>
      <w:r>
        <w:br/>
      </w:r>
      <w:r>
        <w:rPr>
          <w:sz w:val="20"/>
        </w:rPr>
        <w:t>50:39  aur apnay bigray mizaj ki wajah se woh sirf high profile walon ko pasand karte hain. main aap ko waqia arz karoon, rasool Allah ko jab nabuwat mili makkah mein yani 610 eesvi mein to sab se pehle aap ne kiya kiya?</w:t>
      </w:r>
      <w:r>
        <w:br/>
      </w:r>
      <w:r>
        <w:rPr>
          <w:sz w:val="20"/>
        </w:rPr>
        <w:t>50:57  ke aap ne aaj kal ki zuban mein kaha jaye ke public meeting ki. wahan par yeh tha ke wahan par ek choti si ek rock thi, rock is ka naam tha safa chattan.</w:t>
      </w:r>
      <w:r>
        <w:br/>
      </w:r>
      <w:r>
        <w:rPr>
          <w:sz w:val="20"/>
        </w:rPr>
        <w:t>51:10  makkah ke yani sabr mein kehna chahiye. to wahan par tareeqa tha ke koi khaas, koi kisi ko speech dena hota tha to wahan par khara hota tha, wahan wahan se awaz deta tha.</w:t>
      </w:r>
      <w:r>
        <w:br/>
      </w:r>
      <w:r>
        <w:rPr>
          <w:sz w:val="20"/>
        </w:rPr>
        <w:t>51:23  woh makkah ek chota sa town tha, koi bara shehar to tha nahin. to log wahan ikhatta ho jatay thay. phir woh is safa ke oopar charh kar ke goya ke woh stage tha, woh makkah ka stage kehta tha apni baat.</w:t>
      </w:r>
      <w:r>
        <w:br/>
      </w:r>
      <w:r>
        <w:rPr>
          <w:sz w:val="20"/>
        </w:rPr>
        <w:t>51:37  to rasool Allah ko jab woh hua, nabuwat mili aur Allah taala ne aap par yeh zimmedari dali ke aap dunya ko paigham den to aap ne yahi kiya.</w:t>
      </w:r>
      <w:r>
        <w:br/>
      </w:r>
      <w:r>
        <w:rPr>
          <w:sz w:val="20"/>
        </w:rPr>
        <w:t>51:48  aap safa par charhay aur wahan par aap ne awaz di logon ko. to log ikhatta ho gaye. to aap ne kiya kaha un ko?</w:t>
      </w:r>
      <w:r>
        <w:br/>
      </w:r>
      <w:r>
        <w:rPr>
          <w:sz w:val="20"/>
        </w:rPr>
        <w:t>52:00  aap ne kaha ke aye logon!</w:t>
      </w:r>
      <w:r>
        <w:br/>
      </w:r>
      <w:r>
        <w:rPr>
          <w:sz w:val="20"/>
        </w:rPr>
        <w:t>52:02  tum marne wale ho aur marne ke baad tum day of judgment aayega. tumhara hisab kitab hoga. koi jannat mein jayega, koi dozakh mein jayega.</w:t>
      </w:r>
    </w:p>
    <w:p>
      <w:pPr>
        <w:pStyle w:val="Heading2"/>
      </w:pPr>
      <w:r>
        <w:t>Buddha parable: purify your vessel before receiving wisdom</w:t>
      </w:r>
    </w:p>
    <w:p>
      <w:r>
        <w:rPr>
          <w:color w:val="666666"/>
          <w:sz w:val="18"/>
        </w:rPr>
        <w:t>Islam and Sufism (Islam and Spirituality) (English) February 28, 2008 · 3m 20s · at 39:42 · https://youtu.be/6UGAPDfrS2w?t=2382</w:t>
      </w:r>
    </w:p>
    <w:p>
      <w:r>
        <w:rPr>
          <w:i/>
        </w:rPr>
        <w:t>“Let me narrate a story from Buddha”</w:t>
      </w:r>
    </w:p>
    <w:p>
      <w:r>
        <w:rPr>
          <w:sz w:val="20"/>
        </w:rPr>
        <w:t>39:42  this is the best expression of spirituality in Islam. here, I would like to narrate a story from Buddha. you know, Buddha was a great soul.</w:t>
      </w:r>
      <w:r>
        <w:br/>
      </w:r>
      <w:r>
        <w:rPr>
          <w:sz w:val="20"/>
        </w:rPr>
        <w:t>39:54  some people believe that he was a prophet. so what happened? there was a milkman at that time.</w:t>
      </w:r>
      <w:r>
        <w:br/>
      </w:r>
      <w:r>
        <w:rPr>
          <w:sz w:val="20"/>
        </w:rPr>
        <w:t>40:07  he invited Buddha at his home.</w:t>
      </w:r>
      <w:r>
        <w:br/>
      </w:r>
      <w:r>
        <w:rPr>
          <w:sz w:val="20"/>
        </w:rPr>
        <w:t>40:12  he said that, "please come to our home, and I will give you a fresh milk. I am a milkman, and please give me some gyan.</w:t>
      </w:r>
      <w:r>
        <w:br/>
      </w:r>
      <w:r>
        <w:rPr>
          <w:sz w:val="20"/>
        </w:rPr>
        <w:t>40:22  gyan that is knowledge, wisdom." so Buddha went to his house, and he that milkman said that, "please take a pot</w:t>
      </w:r>
      <w:r>
        <w:br/>
      </w:r>
      <w:r>
        <w:rPr>
          <w:sz w:val="20"/>
        </w:rPr>
        <w:t>40:38  . so Buddha went to his house with a pot, but intentionally he put some some some clay in that pot.</w:t>
      </w:r>
      <w:r>
        <w:br/>
      </w:r>
      <w:r>
        <w:rPr>
          <w:sz w:val="20"/>
        </w:rPr>
        <w:t>40:50  so by inside, this pot was not clean. so when Buddha reach to the house of that milkman, he gave this pot to that milkman</w:t>
      </w:r>
      <w:r>
        <w:br/>
      </w:r>
      <w:r>
        <w:rPr>
          <w:sz w:val="20"/>
        </w:rPr>
        <w:t>41:04  . when milkman saw that inside that pot, there is some dirt, is not very clean. so first of all, he he purified it with water.</w:t>
      </w:r>
      <w:r>
        <w:br/>
      </w:r>
      <w:r>
        <w:rPr>
          <w:sz w:val="20"/>
        </w:rPr>
        <w:t>41:16  after purifying that pot, he put some milk, some fresh milk, and gave to Buddha as a gift. then Buddha took that pot and went away.</w:t>
      </w:r>
      <w:r>
        <w:br/>
      </w:r>
      <w:r>
        <w:rPr>
          <w:sz w:val="20"/>
        </w:rPr>
        <w:t>41:32  so milkman shouted, "O guru, you are you are going without giving me gyan.</w:t>
      </w:r>
      <w:r>
        <w:br/>
      </w:r>
      <w:r>
        <w:rPr>
          <w:sz w:val="20"/>
        </w:rPr>
        <w:t>41:43  you are giving me</w:t>
      </w:r>
      <w:r>
        <w:br/>
      </w:r>
      <w:r>
        <w:rPr>
          <w:sz w:val="20"/>
        </w:rPr>
        <w:t>41:48  knowledge." so Buddha said, "I gave you, I already gave you." he said, "how?</w:t>
      </w:r>
      <w:r>
        <w:br/>
      </w:r>
      <w:r>
        <w:rPr>
          <w:sz w:val="20"/>
        </w:rPr>
        <w:t>41:57  " he said that, "you know, in the pot, there was some dirt. it was not clean. so you purified that that pot from inside.</w:t>
      </w:r>
      <w:r>
        <w:br/>
      </w:r>
      <w:r>
        <w:rPr>
          <w:sz w:val="20"/>
        </w:rPr>
        <w:t>42:08  after purifying, you put milk in that pot. so is the case of your case is like this.</w:t>
      </w:r>
      <w:r>
        <w:br/>
      </w:r>
      <w:r>
        <w:rPr>
          <w:sz w:val="20"/>
        </w:rPr>
        <w:t>42:21  your container is not clean.</w:t>
      </w:r>
      <w:r>
        <w:br/>
      </w:r>
      <w:r>
        <w:rPr>
          <w:sz w:val="20"/>
        </w:rPr>
        <w:t>42:24  this container was not clean. so you were not ready to put fresh milk in this container. your heart, your mind, your inner container is not clean.</w:t>
      </w:r>
      <w:r>
        <w:br/>
      </w:r>
      <w:r>
        <w:rPr>
          <w:sz w:val="20"/>
        </w:rPr>
        <w:t>42:38  so you are not able to receive gyan. first of all, you have to clean your container, your heart, your mind, your thinking.</w:t>
      </w:r>
      <w:r>
        <w:br/>
      </w:r>
      <w:r>
        <w:rPr>
          <w:sz w:val="20"/>
        </w:rPr>
        <w:t>42:49  deen you will be able to receive gyan.</w:t>
      </w:r>
      <w:r>
        <w:br/>
      </w:r>
      <w:r>
        <w:rPr>
          <w:sz w:val="20"/>
        </w:rPr>
        <w:t>42:52  this is the gist of spirituality. so i don't believe that the treasure is here inside of our being.</w:t>
      </w:r>
    </w:p>
    <w:p>
      <w:pPr>
        <w:pStyle w:val="Heading2"/>
      </w:pPr>
      <w:r>
        <w:t>How preaching Islam became my own path of self-education</w:t>
      </w:r>
    </w:p>
    <w:p>
      <w:r>
        <w:rPr>
          <w:color w:val="666666"/>
          <w:sz w:val="18"/>
        </w:rPr>
        <w:t>Divine Personality April 2, 2014 Maulana Wahiduddin Khan · 5m 51s · at 21:07 · https://youtu.be/4F-V__KFzpA?t=1267</w:t>
      </w:r>
    </w:p>
    <w:p>
      <w:r>
        <w:rPr>
          <w:i/>
        </w:rPr>
        <w:t>“When you involve yourself in da'wah, every day you feel some experience.”</w:t>
      </w:r>
    </w:p>
    <w:p>
      <w:r>
        <w:rPr>
          <w:sz w:val="20"/>
        </w:rPr>
        <w:t>21:07  Then when you involve yourself in da'wah you every day you feel some experience when you interact with your Madhu,</w:t>
      </w:r>
      <w:r>
        <w:br/>
      </w:r>
      <w:r>
        <w:rPr>
          <w:sz w:val="20"/>
        </w:rPr>
        <w:t>21:25  when you discuss with your Madhu, when you</w:t>
      </w:r>
      <w:r>
        <w:br/>
      </w:r>
      <w:r>
        <w:rPr>
          <w:sz w:val="20"/>
        </w:rPr>
        <w:t>21:34  try to convince your mother then you feel that there are so many question</w:t>
      </w:r>
      <w:r>
        <w:br/>
      </w:r>
      <w:r>
        <w:rPr>
          <w:sz w:val="20"/>
        </w:rPr>
        <w:t>21:40  s. My guru gives you a new way of thinking, a new item of thinking. Then if you are sincere, if you want to convince your guru,</w:t>
      </w:r>
      <w:r>
        <w:br/>
      </w:r>
      <w:r>
        <w:rPr>
          <w:sz w:val="20"/>
        </w:rPr>
        <w:t>21:57  if you want to address the mind of Madhu then you will prepare yourself so that you may address the mind of Madhu.</w:t>
      </w:r>
      <w:r>
        <w:br/>
      </w:r>
      <w:r>
        <w:rPr>
          <w:sz w:val="20"/>
        </w:rPr>
        <w:t>22:09  In this sense I can say that da'wah is a bilateral process. Da'wah is not unilateral announcement.</w:t>
      </w:r>
      <w:r>
        <w:br/>
      </w:r>
      <w:r>
        <w:rPr>
          <w:sz w:val="20"/>
        </w:rPr>
        <w:t>22:22  Da'wah is a bilateral process. It is a mutual learning. It is giving at the same time taking.</w:t>
      </w:r>
      <w:r>
        <w:br/>
      </w:r>
      <w:r>
        <w:rPr>
          <w:sz w:val="20"/>
        </w:rPr>
        <w:t>22:33  Madhu, they give something to Madhu. A Madhu takes something from you.</w:t>
      </w:r>
      <w:r>
        <w:br/>
      </w:r>
      <w:r>
        <w:rPr>
          <w:sz w:val="20"/>
        </w:rPr>
        <w:t>22:44  So it is a give-and-take process</w:t>
      </w:r>
      <w:r>
        <w:br/>
      </w:r>
      <w:r>
        <w:rPr>
          <w:sz w:val="20"/>
        </w:rPr>
        <w:t>22:49  . So if they is sincere, if they is a prepared mind then da'wah becomes for him a way of intellectual development, spiritual development, personality development.</w:t>
      </w:r>
      <w:r>
        <w:br/>
      </w:r>
      <w:r>
        <w:rPr>
          <w:sz w:val="20"/>
        </w:rPr>
        <w:t>23:07  So we have to know that da'wah is not only for Madhu. It is also for diey.</w:t>
      </w:r>
      <w:r>
        <w:br/>
      </w:r>
      <w:r>
        <w:rPr>
          <w:sz w:val="20"/>
        </w:rPr>
        <w:t>23:19  It is a double-sided work. I think that according to my experience I can say that the greatest, greatest boost for intellectual development is da'wah.</w:t>
      </w:r>
      <w:r>
        <w:br/>
      </w:r>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r>
        <w:br/>
      </w:r>
      <w:r>
        <w:rPr>
          <w:sz w:val="20"/>
        </w:rPr>
        <w:t>25:32  Da'wah is a great source of</w:t>
      </w:r>
      <w:r>
        <w:br/>
      </w:r>
      <w:r>
        <w:rPr>
          <w:sz w:val="20"/>
        </w:rPr>
        <w:t>25:39  intellectual development. Because Madhu</w:t>
      </w:r>
      <w:r>
        <w:br/>
      </w:r>
      <w:r>
        <w:rPr>
          <w:sz w:val="20"/>
        </w:rPr>
        <w:t>25:47  was born in a different environment his way of thinking is quite different.</w:t>
      </w:r>
      <w:r>
        <w:br/>
      </w:r>
      <w:r>
        <w:rPr>
          <w:sz w:val="20"/>
        </w:rPr>
        <w:t>25:54  So when you meet he will raise different kinds of questions and sometime you are not prepared to answer to those questions.</w:t>
      </w:r>
      <w:r>
        <w:br/>
      </w:r>
      <w:r>
        <w:rPr>
          <w:sz w:val="20"/>
        </w:rPr>
        <w:t>26:08  But if you are sincere then you will go to further study.</w:t>
      </w:r>
      <w:r>
        <w:br/>
      </w:r>
      <w:r>
        <w:rPr>
          <w:sz w:val="20"/>
        </w:rPr>
        <w:t>26:17  You will contemplate, you will think again and again and then you will discover some new things.</w:t>
      </w:r>
      <w:r>
        <w:br/>
      </w:r>
      <w:r>
        <w:rPr>
          <w:sz w:val="20"/>
        </w:rPr>
        <w:t>26:30  Some of my books were compiled by this kind of after this kind of experience.</w:t>
      </w:r>
      <w:r>
        <w:br/>
      </w:r>
      <w:r>
        <w:rPr>
          <w:sz w:val="20"/>
        </w:rPr>
        <w:t>26:42  So I think that da'wah is not</w:t>
      </w:r>
      <w:r>
        <w:br/>
      </w:r>
      <w:r>
        <w:rPr>
          <w:sz w:val="20"/>
        </w:rPr>
        <w:t>26:51  simply an announcement. Da'wah is a great task.</w:t>
      </w:r>
    </w:p>
    <w:p>
      <w:pPr>
        <w:pStyle w:val="Heading2"/>
      </w:pPr>
      <w:r>
        <w:t>losing and regaining his spiritual corner after an accident</w:t>
      </w:r>
    </w:p>
    <w:p>
      <w:r>
        <w:rPr>
          <w:color w:val="666666"/>
          <w:sz w:val="18"/>
        </w:rPr>
        <w:t>Discovery of Paradise March 22, 2015 · 5m 56s · at 0:51 · https://youtu.be/2axrfd7sZkE?t=51</w:t>
      </w:r>
    </w:p>
    <w:p>
      <w:r>
        <w:rPr>
          <w:i/>
        </w:rPr>
        <w:t>“Mere saath ek accident hua, 12 December 2014 ko”</w:t>
      </w:r>
    </w:p>
    <w:p>
      <w:r>
        <w:rPr>
          <w:sz w:val="20"/>
        </w:rPr>
        <w:t>0:51  mere saath ek accident hua, 12 december 2014 ko, bombay mein.</w:t>
      </w:r>
      <w:r>
        <w:br/>
      </w:r>
      <w:r>
        <w:rPr>
          <w:sz w:val="20"/>
        </w:rPr>
        <w:t>1:04  uske baad taqreeban 3 mahine tak meri zindagi bilkul do taraf se jhuk gayi.</w:t>
      </w:r>
      <w:r>
        <w:br/>
      </w:r>
      <w:r>
        <w:rPr>
          <w:sz w:val="20"/>
        </w:rPr>
        <w:t>1:13  dekhen, main rehta hoon juhu deen west mein, c 29 mein. to</w:t>
      </w:r>
      <w:r>
        <w:br/>
      </w:r>
      <w:r>
        <w:rPr>
          <w:sz w:val="20"/>
        </w:rPr>
        <w:t>1:22  uske saath yahan park hai, park ke saamne hamare ghar mein ek jagah hai jisko main spiritual corner kehta hoon.</w:t>
      </w:r>
      <w:r>
        <w:br/>
      </w:r>
      <w:r>
        <w:rPr>
          <w:sz w:val="20"/>
        </w:rPr>
        <w:t>1:36  wahan baith kar main poore park ko dekhta hoon. to mere saamne hare bhare darakht hote hain, us mein chidiya udti hain, suraj ki kirnein phaili hui hoti hain, hawaein chalti hain.</w:t>
      </w:r>
      <w:r>
        <w:br/>
      </w:r>
      <w:r>
        <w:rPr>
          <w:sz w:val="20"/>
        </w:rPr>
        <w:t>1:51  yeh poora nature ka mahaul hota hai.</w:t>
      </w:r>
      <w:r>
        <w:br/>
      </w:r>
      <w:r>
        <w:rPr>
          <w:sz w:val="20"/>
        </w:rPr>
        <w:t>1:58  to main daily aisa karta tha ke is spiritual corner mein baithta tha, rozana.</w:t>
      </w:r>
      <w:r>
        <w:br/>
      </w:r>
      <w:r>
        <w:rPr>
          <w:sz w:val="20"/>
        </w:rPr>
        <w:t>2:08  aur is mein mujhe expression milta tha. is mein mujhe god</w:t>
      </w:r>
      <w:r>
        <w:br/>
      </w:r>
      <w:r>
        <w:rPr>
          <w:sz w:val="20"/>
        </w:rPr>
        <w:t>2:18  ka taaruf milta tha, jannati jhalak dikhai deti thi.</w:t>
      </w:r>
      <w:r>
        <w:br/>
      </w:r>
      <w:r>
        <w:rPr>
          <w:sz w:val="20"/>
        </w:rPr>
        <w:t>2:25  kyunki nature jo hai woh kya hai?</w:t>
      </w:r>
      <w:r>
        <w:br/>
      </w:r>
      <w:r>
        <w:rPr>
          <w:sz w:val="20"/>
        </w:rPr>
        <w:t>2:27  god ki takhleeq hai. aur takhleeq mein khaliq ko dekhna yahi marifat hai. to yeh main karta tha.</w:t>
      </w:r>
      <w:r>
        <w:br/>
      </w:r>
      <w:r>
        <w:rPr>
          <w:sz w:val="20"/>
        </w:rPr>
        <w:t>2:38  lekin 12 december ke baad yeh sab chhoot gaya mujh se.</w:t>
      </w:r>
      <w:r>
        <w:br/>
      </w:r>
      <w:r>
        <w:rPr>
          <w:sz w:val="20"/>
        </w:rPr>
        <w:t>2:45  main hospital mein raha, phir ek kamre mein rehna pada mujhe. to un dino mein samajhta tha ke ab mera woh waqt jo hai ab kabhi wapas nahi aayega.</w:t>
      </w:r>
      <w:r>
        <w:br/>
      </w:r>
      <w:r>
        <w:rPr>
          <w:sz w:val="20"/>
        </w:rPr>
        <w:t>3:02  aksar apni tanhaiyon mein yeh sher padhta tha: "aata yaad mujh ko guzra hua zamana, woh daaliyan chaman ki, woh mera aashiyana."</w:t>
      </w:r>
      <w:r>
        <w:br/>
      </w:r>
      <w:r>
        <w:rPr>
          <w:sz w:val="20"/>
        </w:rPr>
        <w:t>3:17  raat din yeh isi ehsaas mein jeeta tha. aur yeh sher padhta tha: "aata yaad mujh ko guzra hua zamana, woh daaliyan chaman ki, woh mera aashiyana." to ek ajeeb ehsaas hota tha ke kya mera woh spiritual corner mujh se chhoot gaya?</w:t>
      </w:r>
      <w:r>
        <w:br/>
      </w:r>
      <w:r>
        <w:rPr>
          <w:sz w:val="20"/>
        </w:rPr>
        <w:t>3:39  kya woh jagah mujh se chhoot gayi jahan se main jannat ki jhalak dekhta tha? jahan main god ka taaruf haasil karta tha?</w:t>
      </w:r>
      <w:r>
        <w:br/>
      </w:r>
      <w:r>
        <w:rPr>
          <w:sz w:val="20"/>
        </w:rPr>
        <w:t>3:51  jahan se mujhe spiritual rizq milta tha? ab lekin ab god ke fazl se woh poora daur wapas aa gaya hai.</w:t>
      </w:r>
      <w:r>
        <w:br/>
      </w:r>
      <w:r>
        <w:rPr>
          <w:sz w:val="20"/>
        </w:rPr>
        <w:t>4:03  ab main phir wahan baithta hoon.</w:t>
      </w:r>
      <w:r>
        <w:br/>
      </w:r>
      <w:r>
        <w:rPr>
          <w:sz w:val="20"/>
        </w:rPr>
        <w:t>4:06  ab phir apne spiritual corner ko main istemal karta hoon. isi tarah se mujhe inspiration mil raha hai.</w:t>
      </w:r>
      <w:r>
        <w:br/>
      </w:r>
      <w:r>
        <w:rPr>
          <w:sz w:val="20"/>
        </w:rPr>
        <w:t>4:15  to yeh mere liye ek bahut bada tajurba ban gaya.</w:t>
      </w:r>
      <w:r>
        <w:br/>
      </w:r>
      <w:r>
        <w:rPr>
          <w:sz w:val="20"/>
        </w:rPr>
        <w:t>4:22  tajruba is baat ka ke Allah taala ne jis tarah mujhe mere spiritual corner ko dobara lotaya hai, aise hi mujhe dobara jannat lotaye ga.</w:t>
      </w:r>
      <w:r>
        <w:br/>
      </w:r>
      <w:r>
        <w:rPr>
          <w:sz w:val="20"/>
        </w:rPr>
        <w:t>4:38  dekhen, hum sab ka case kya hai? Allah ne paida kiya hamare jo jo insatr the, Adam aur Hawa, un ko Allah ne paida kar ke jannat mein rakha.</w:t>
      </w:r>
      <w:r>
        <w:br/>
      </w:r>
      <w:r>
        <w:rPr>
          <w:sz w:val="20"/>
        </w:rPr>
        <w:t>4:56  yeh aap jante hain. phir kisi wajah se un ko jannat se nikal diya gaya.</w:t>
      </w:r>
      <w:r>
        <w:br/>
      </w:r>
      <w:r>
        <w:rPr>
          <w:sz w:val="20"/>
        </w:rPr>
        <w:t>5:03  ab masla yeh hai jannat mein lotne ka. jannat mein lotne ka. jis jannat se nikal diya gaya tha, us mein phir lotne ka.</w:t>
      </w:r>
      <w:r>
        <w:br/>
      </w:r>
      <w:r>
        <w:rPr>
          <w:sz w:val="20"/>
        </w:rPr>
        <w:t>5:15  isi ko le kar ke English poet Milton ne do bohat bari kitab likhi jo bohat mashhoor hai.</w:t>
      </w:r>
      <w:r>
        <w:br/>
      </w:r>
      <w:r>
        <w:rPr>
          <w:sz w:val="20"/>
        </w:rPr>
        <w:t>5:33  pehlay is ki kitab chhapi thi, is ka naam tha "Paradise Lost" yani "Gumshuda Paradise".</w:t>
      </w:r>
      <w:r>
        <w:br/>
      </w:r>
      <w:r>
        <w:rPr>
          <w:sz w:val="20"/>
        </w:rPr>
        <w:t>5:42  firdous gumgashta.</w:t>
      </w:r>
      <w:r>
        <w:br/>
      </w:r>
      <w:r>
        <w:rPr>
          <w:sz w:val="20"/>
        </w:rPr>
        <w:t>5:46  is mein wahi kahani hai ke Adam kis tarah se paida kar ke jannat mein rakhe gaye, phir jannat is se khoi gayi.</w:t>
      </w:r>
      <w:r>
        <w:br/>
      </w:r>
      <w:r>
        <w:rPr>
          <w:sz w:val="20"/>
        </w:rPr>
        <w:t>5:57  to hum sab ka case wahi hai jannat ke hum ne jannat kho rakhi hai.</w:t>
      </w:r>
      <w:r>
        <w:br/>
      </w:r>
      <w:r>
        <w:rPr>
          <w:sz w:val="20"/>
        </w:rPr>
        <w:t>6:05  to phir is ne kitab likhi doosri baat ko "Paradise Regained". jannat yani jannat ki bazyaft.</w:t>
      </w:r>
      <w:r>
        <w:br/>
      </w:r>
      <w:r>
        <w:rPr>
          <w:sz w:val="20"/>
        </w:rPr>
        <w:t>6:18  "Paradise Regained" ke khoi hui jannat phir insan ko mil gayi. to woh to shayari hai, koi haqeeqat nahi hai.</w:t>
      </w:r>
      <w:r>
        <w:br/>
      </w:r>
      <w:r>
        <w:rPr>
          <w:sz w:val="20"/>
        </w:rPr>
        <w:t>6:29  lekin mere liye jo yeh tajruba hua, woh mere liye aik dua ban gaya ke Khuda, jis tarah tune meri khoi hui jannat ko wapas kiya dunya mein,</w:t>
      </w:r>
      <w:r>
        <w:br/>
      </w:r>
      <w:r>
        <w:rPr>
          <w:sz w:val="20"/>
        </w:rPr>
        <w:t>6:43  aise hi akhirat mein to mujhe jannat ko wapas kar de.</w:t>
      </w:r>
    </w:p>
    <w:p>
      <w:pPr>
        <w:pStyle w:val="Heading2"/>
      </w:pPr>
      <w:r>
        <w:t>contemplation, not meditation, is Islam's path to truth</w:t>
      </w:r>
    </w:p>
    <w:p>
      <w:r>
        <w:rPr>
          <w:color w:val="666666"/>
          <w:sz w:val="18"/>
        </w:rPr>
        <w:t>Discovery of Paradise March 22, 2015 · 4m 13s · at 35:00 · https://youtu.be/2axrfd7sZkE?t=2100</w:t>
      </w:r>
    </w:p>
    <w:p>
      <w:r>
        <w:rPr>
          <w:i/>
        </w:rPr>
        <w:t>“Surah Aal-e-Imran ki aakhri ayat mein yeh kaha gaya hai”</w:t>
      </w:r>
    </w:p>
    <w:p>
      <w:r>
        <w:rPr>
          <w:sz w:val="20"/>
        </w:rPr>
        <w:t>35:00  to jab aap is tareeqay se zindagi guzarenge</w:t>
      </w:r>
      <w:r>
        <w:br/>
      </w:r>
      <w:r>
        <w:rPr>
          <w:sz w:val="20"/>
        </w:rPr>
        <w:t>35:06  to aap ko cheezen daryaft hongi. Quran ki Surah Aal-e-Imran mein jo aakhri aayat hai, woh jo aakhri ruku hai,</w:t>
      </w:r>
      <w:r>
        <w:br/>
      </w:r>
      <w:r>
        <w:rPr>
          <w:sz w:val="20"/>
        </w:rPr>
        <w:t>35:16  aakhri ruku mein yeh kaha gaya hai ke "Inna fi khalqis samawati wal ardi wakhtilafil laili wan nahari la ayatin lil ulil albab. Allazina yazkurunallaha qiyaman wa quudan wa 'ala junubihim wa yatafakkaruna fi khalqis samawati wal ardi, Rabbana ma khalaqta hadha batila".</w:t>
      </w:r>
      <w:r>
        <w:br/>
      </w:r>
      <w:r>
        <w:rPr>
          <w:sz w:val="20"/>
        </w:rPr>
        <w:t>35:39  to is mein ulil albab ka lafz hai, aql walay. To aql walon ka kya bataya gaya hai? Ke woh sochte hain zameen ke baray mein, aasman ke baray mein, suraj ke baray mein, sitaray ke baray mein,</w:t>
      </w:r>
      <w:r>
        <w:br/>
      </w:r>
      <w:r>
        <w:rPr>
          <w:sz w:val="20"/>
        </w:rPr>
        <w:t>35:55  jo yeh jo world of creation hai, is ke baray mein. To is se un ko haqeeqaten samajh mein aati hain.</w:t>
      </w:r>
      <w:r>
        <w:br/>
      </w:r>
      <w:r>
        <w:rPr>
          <w:sz w:val="20"/>
        </w:rPr>
        <w:t>36:05  to yahan ulil albab ka lafz hai, yani aql ko istemal karna.</w:t>
      </w:r>
      <w:r>
        <w:br/>
      </w:r>
      <w:r>
        <w:rPr>
          <w:sz w:val="20"/>
        </w:rPr>
        <w:t>36:10  apni ulil albab par aql walay to aql ko istemal kar ke jab aap sochte hain universe ke baray mein, tab aap ko haqeeqaten daryaft hui hain.</w:t>
      </w:r>
      <w:r>
        <w:br/>
      </w:r>
      <w:r>
        <w:rPr>
          <w:sz w:val="20"/>
        </w:rPr>
        <w:t>36:22  to Islam mein meditation nahi hai, contemplation hai.</w:t>
      </w:r>
      <w:r>
        <w:br/>
      </w:r>
      <w:r>
        <w:rPr>
          <w:sz w:val="20"/>
        </w:rPr>
        <w:t>36:29  meditation jo hai, jis ko murakaba kaha jata hai, dhyan, gyan. To Islam mein marifat ka zariya Surah Aal-e-Imran ki aayat ki aakhri ruku ko aap parhiye,</w:t>
      </w:r>
      <w:r>
        <w:br/>
      </w:r>
      <w:r>
        <w:rPr>
          <w:sz w:val="20"/>
        </w:rPr>
        <w:t>36:43  is mein aap payenge ke Islam mein marifat ka zariya meditation nahi hai. Islam mein marifat ka zariya contemplation hai, yani tadabbur.</w:t>
      </w:r>
      <w:r>
        <w:br/>
      </w:r>
      <w:r>
        <w:rPr>
          <w:sz w:val="20"/>
        </w:rPr>
        <w:t>36:56  is ko tadabbur kaha gaya.</w:t>
      </w:r>
      <w:r>
        <w:br/>
      </w:r>
      <w:r>
        <w:rPr>
          <w:sz w:val="20"/>
        </w:rPr>
        <w:t>37:01  to sari bari bari baaten jo hain, woh insan tadabbur ke zariye janta hai. Meditation ke zariye kuch bhi jaan sakta hai, siwaye is ke ke woh ecstasy aayegi, us ko ek wajd aayega.</w:t>
      </w:r>
      <w:r>
        <w:br/>
      </w:r>
      <w:r>
        <w:rPr>
          <w:sz w:val="20"/>
        </w:rPr>
        <w:t>37:16  baqi jo bari bari baaten hain, jo bari bari haqeeqaten hain apne baray mein, universe ke baray mein, woh to contemplation se maloom ho gayi, tadabbur ke zarye.</w:t>
      </w:r>
      <w:r>
        <w:br/>
      </w:r>
      <w:r>
        <w:rPr>
          <w:sz w:val="20"/>
        </w:rPr>
        <w:t>37:37  to main tadabbur kiya hai, is ka maine apna ek tajruba bataya aap ko. Tadabbur kiya hai? Woh baith ke tajruba bataya aap ne ke mujh se mera spiritual caller chhin gaya tha,</w:t>
      </w:r>
      <w:r>
        <w:br/>
      </w:r>
      <w:r>
        <w:rPr>
          <w:sz w:val="20"/>
        </w:rPr>
        <w:t>37:51  phir teen mahine ke baad wapas mila. Is se mera mind trigger hua, maine socha, socha to main ek dua ban gayi.</w:t>
      </w:r>
      <w:r>
        <w:br/>
      </w:r>
      <w:r>
        <w:rPr>
          <w:sz w:val="20"/>
        </w:rPr>
        <w:t>37:59  woh</w:t>
      </w:r>
      <w:r>
        <w:br/>
      </w:r>
      <w:r>
        <w:rPr>
          <w:sz w:val="20"/>
        </w:rPr>
        <w:t>38:00  yeh tajruba mere liye ek dua ban gaya ke khuda ya! Jis tarah se mujhe ek cheez se main mehroom ho gaya tha, us ko dobara to ne diya mujhe.</w:t>
      </w:r>
      <w:r>
        <w:br/>
      </w:r>
      <w:r>
        <w:rPr>
          <w:sz w:val="20"/>
        </w:rPr>
        <w:t>38:10  aise hi jannat se mehroom mehroom ho gaya main Adam ke zamanay se, us ko dobara mujhe de de.</w:t>
      </w:r>
      <w:r>
        <w:br/>
      </w:r>
      <w:r>
        <w:rPr>
          <w:sz w:val="20"/>
        </w:rPr>
        <w:t>38:19  to is tarah se sochna, is tarah tadabbur karna, is se darwazay khulte hain.</w:t>
      </w:r>
      <w:r>
        <w:br/>
      </w:r>
      <w:r>
        <w:rPr>
          <w:sz w:val="20"/>
        </w:rPr>
        <w:t>38:28  aur yahi maghfirat culture hai, jo hadith mein hai ke "fa ghafara al ansar wal muhajirah".</w:t>
      </w:r>
      <w:r>
        <w:br/>
      </w:r>
      <w:r>
        <w:rPr>
          <w:sz w:val="20"/>
        </w:rPr>
        <w:t>38:37  to maghfirat culture jo hai, woh tadabbur culture hai.</w:t>
      </w:r>
      <w:r>
        <w:br/>
      </w:r>
      <w:r>
        <w:rPr>
          <w:sz w:val="20"/>
        </w:rPr>
        <w:t>38:44  Allahumma la 'isha illa 'isha dhakirah fa ghafara al ansar wal muhajirah. To maghfirat koi mysterious cheez nahi hai, maghfirat tadabbur culture hai, contemplation culture hai,</w:t>
      </w:r>
      <w:r>
        <w:br/>
      </w:r>
      <w:r>
        <w:rPr>
          <w:sz w:val="20"/>
        </w:rPr>
        <w:t>39:00  aql ko istemal kar ke haqeeqat tak pohnchanay, pohnchne ka culture hai.</w:t>
      </w:r>
    </w:p>
    <w:p>
      <w:pPr>
        <w:pStyle w:val="Heading2"/>
      </w:pPr>
      <w:r>
        <w:t>How Islamic spirituality deconditions you daily, unlike ecstasy</w:t>
      </w:r>
    </w:p>
    <w:p>
      <w:r>
        <w:rPr>
          <w:color w:val="666666"/>
          <w:sz w:val="18"/>
        </w:rPr>
        <w:t>Spirituality in Islam January 1, 2006 Maulana Wahiduddin Khan · 4m 08s · at 18:36 · https://youtu.be/XO4htFBEkV4?t=1116</w:t>
      </w:r>
    </w:p>
    <w:p>
      <w:r>
        <w:rPr>
          <w:i/>
        </w:rPr>
        <w:t>“Yahan par dekhiye, spirituality ka matlab deconditioning shuru ho jana hai”</w:t>
      </w:r>
    </w:p>
    <w:p>
      <w:r>
        <w:rPr>
          <w:sz w:val="20"/>
        </w:rPr>
        <w:t>18:36  jo kharabiyan aati hain woh condition thinking se aati hain. yaani conditioning jo hai, har aadmi conditioning ka shikar ho jata hai aur conditioning se us ki soch jo hai galat ho jati hai.</w:t>
      </w:r>
      <w:r>
        <w:br/>
      </w:r>
      <w:r>
        <w:rPr>
          <w:sz w:val="20"/>
        </w:rPr>
        <w:t>18:50  ab yahan par dekhiye, spirituality ka matlab yeh hai ke ek process of deconditioning shuru ho jata hai is ke andar. kaisi ajib baat hai?</w:t>
      </w:r>
      <w:r>
        <w:br/>
      </w:r>
      <w:r>
        <w:rPr>
          <w:sz w:val="20"/>
        </w:rPr>
        <w:t>19:01  yaani de detach thinking means a process of deconditioning. yaani har din ek hai ke aap pachas saal ho gaye,</w:t>
      </w:r>
      <w:r>
        <w:br/>
      </w:r>
      <w:r>
        <w:rPr>
          <w:sz w:val="20"/>
        </w:rPr>
        <w:t>19:15  aap ke phir aap ne introspection kiya aur apne ko sochne lage ke bhai yeh ghalti thi, woh ghalti thi, woh karne lage.</w:t>
      </w:r>
      <w:r>
        <w:br/>
      </w:r>
      <w:r>
        <w:rPr>
          <w:sz w:val="20"/>
        </w:rPr>
        <w:t>19:27  lekin spirituality jo hai din andar deconditioning karti hai. aap ki har subah shaam ke jis jis jo cheez aap ko, yaani aap ke mind ko mutasir karne wali hai,</w:t>
      </w:r>
      <w:r>
        <w:br/>
      </w:r>
      <w:r>
        <w:rPr>
          <w:sz w:val="20"/>
        </w:rPr>
        <w:t>19:46  jo cheez aap ke mind par asar daal kar ke us ko condition karne wali hai, to wahin wahin aap sochte hain. kyunke aap ke andar detach thinking hoti hai.</w:t>
      </w:r>
      <w:r>
        <w:br/>
      </w:r>
      <w:r>
        <w:rPr>
          <w:sz w:val="20"/>
        </w:rPr>
        <w:t>19:56  alag ho kar sochna, society se alag ho kar sochna, zamane mein kya ho raha hai, us se alag ho kar sochna, duniya wale kya kehte hain, us se alag ho kar sochna.</w:t>
      </w:r>
      <w:r>
        <w:br/>
      </w:r>
      <w:r>
        <w:rPr>
          <w:sz w:val="20"/>
        </w:rPr>
        <w:t>20:07  to wahin kahin conditioning hoti hai. jaise misaal ke taur par aaj kal aap kisi bhi naujawan ko lijiye, koi bhi naujawan, ladki ya ladka, to kya hoga?</w:t>
      </w:r>
      <w:r>
        <w:br/>
      </w:r>
      <w:r>
        <w:rPr>
          <w:sz w:val="20"/>
        </w:rPr>
        <w:t>20:19  aap dekhen ke har aadmi fashion ki baatein kar raha hai, har aadmi shopping ki baatein kar raha hai, har aadmi outing ki baatein kar raha hai, har aadmi jo hai entertainment ki baatein kar raha hai.</w:t>
      </w:r>
      <w:r>
        <w:br/>
      </w:r>
      <w:r>
        <w:rPr>
          <w:sz w:val="20"/>
        </w:rPr>
        <w:t>20:32  kyun? koi bhi aadmi in cheezon ko pet se le kar nahi paida hua. kisi bhi ladki ya ladke ki maa ne jab us ko jina, us waqt woh ladki ya ladka is cheezon se bilkul hi,</w:t>
      </w:r>
      <w:r>
        <w:br/>
      </w:r>
      <w:r>
        <w:rPr>
          <w:sz w:val="20"/>
        </w:rPr>
        <w:t>20:49  yaani unaware the, bilkul unaware the ke kya hai fashion, kya hai shopping, kya hai entertainment, kya hai pleasure, kya hai outing.</w:t>
      </w:r>
      <w:r>
        <w:br/>
      </w:r>
      <w:r>
        <w:rPr>
          <w:sz w:val="20"/>
        </w:rPr>
        <w:t>21:06  woh bachcha jo nikla tha maa ke pet se, us ki dictionary mein yeh sab word nahi thay. to kahan se aaye?</w:t>
      </w:r>
      <w:r>
        <w:br/>
      </w:r>
      <w:r>
        <w:rPr>
          <w:sz w:val="20"/>
        </w:rPr>
        <w:t>21:16  yeh aaye society se. jis society mein woh jee raha tha, us society ne us ko yeh sab word diye, woh yeh soch di.</w:t>
      </w:r>
      <w:r>
        <w:br/>
      </w:r>
      <w:r>
        <w:rPr>
          <w:sz w:val="20"/>
        </w:rPr>
        <w:t>21:27  ab spirituality agar aa jaye kisi ke andar, yaani detach thinking aa jaye, to woh society se alag ho kar sochega. zamane ke mein kya ho raha hai, us se alag ho kar sochega.</w:t>
      </w:r>
      <w:r>
        <w:br/>
      </w:r>
      <w:r>
        <w:rPr>
          <w:sz w:val="20"/>
        </w:rPr>
        <w:t>21:41  to is ke maani kya hue? is is spirituality jo hai, ek aisi, ek aisa discipline hai jis mein deconditioning ka process sath sath chalta rehta hai.</w:t>
      </w:r>
      <w:r>
        <w:br/>
      </w:r>
      <w:r>
        <w:rPr>
          <w:sz w:val="20"/>
        </w:rPr>
        <w:t>21:53  yeh kitni bari blessing hai, aisi spirituality.</w:t>
      </w:r>
      <w:r>
        <w:br/>
      </w:r>
      <w:r>
        <w:rPr>
          <w:sz w:val="20"/>
        </w:rPr>
        <w:t>21:58  to woh spirituality jo hai, ek jis mein jis ka goal ecstasy hai, woh to just like anesthesia hai. kabhi bhi aap pachas saal ke ho, 60 saal, 70 saal ke ho, aap anesthesia ka woh le lijiye, treatment,</w:t>
      </w:r>
      <w:r>
        <w:br/>
      </w:r>
      <w:r>
        <w:rPr>
          <w:sz w:val="20"/>
        </w:rPr>
        <w:t>22:14  aap bekhabar ho jayenge kisi bhi mauqe par. lekin yeh jo spirituality hai jo sath sath chalti hai, woh har din aap ko decondition karti rehti hai.</w:t>
      </w:r>
    </w:p>
    <w:p>
      <w:pPr>
        <w:pStyle w:val="Heading2"/>
      </w:pPr>
      <w:r>
        <w:t>How negative news about Islam sparked curiosity and conversions</w:t>
      </w:r>
    </w:p>
    <w:p>
      <w:r>
        <w:rPr>
          <w:color w:val="666666"/>
          <w:sz w:val="18"/>
        </w:rPr>
        <w:t>America A Case of Spiritual Starvaltion July 7, 2011 · 5m 47s · at 33:35 · https://youtu.be/N8JYD2P3QYE?t=2015</w:t>
      </w:r>
    </w:p>
    <w:p>
      <w:r>
        <w:rPr>
          <w:i/>
        </w:rPr>
        <w:t>“Today Islam is in the news, but negatively”</w:t>
      </w:r>
    </w:p>
    <w:p>
      <w:r>
        <w:rPr>
          <w:sz w:val="20"/>
        </w:rPr>
        <w:t>33:35  yeh lesson us ko de kar yeh lesson mila. ek aur bohat bari baat samajh aayi mujhe ke aaj kal dekhiye, America mein kafi log Islam qabool kar rahe hain.</w:t>
      </w:r>
      <w:r>
        <w:br/>
      </w:r>
      <w:r>
        <w:rPr>
          <w:sz w:val="20"/>
        </w:rPr>
        <w:t>33:51  mein kai aisay logon se mila, kai nau musalmanon se jinhon ne Islam qabool kiya. is se poocha yeh janne ke liye ke Islam kyun qabool kar rahe hain, kya wajah hai?</w:t>
      </w:r>
      <w:r>
        <w:br/>
      </w:r>
      <w:r>
        <w:rPr>
          <w:sz w:val="20"/>
        </w:rPr>
        <w:t>34:05  to mein jis nateejay pohancha, woh ek woh bhi ek law of nature tha, bohat bara. woh yeh hai, dekhiye, is waqt Islam jo hai, news mein hai lekin negative sense mein hai.</w:t>
      </w:r>
      <w:r>
        <w:br/>
      </w:r>
      <w:r>
        <w:rPr>
          <w:sz w:val="20"/>
        </w:rPr>
        <w:t>34:21  haan, hamesha yeh khabrein aati hain ke sahib musalman ne afraad society society bombing ki, musalman ne afraad jagah yeh tod phod kiya, musalman ne afraad jagah</w:t>
      </w:r>
      <w:r>
        <w:br/>
      </w:r>
      <w:r>
        <w:rPr>
          <w:sz w:val="20"/>
        </w:rPr>
        <w:t>34:33  larai larai ki aur tashaddud kiya waghera. to is mein shakk nahi ke Islam news mein hai lekin negative sense mein news mein hai. phir bhi kuch log Islam qabool kar rahe hain.</w:t>
      </w:r>
      <w:r>
        <w:br/>
      </w:r>
      <w:r>
        <w:rPr>
          <w:sz w:val="20"/>
        </w:rPr>
        <w:t>34:45  ek sawal tha mere mind mein</w:t>
      </w:r>
      <w:r>
        <w:br/>
      </w:r>
      <w:r>
        <w:rPr>
          <w:sz w:val="20"/>
        </w:rPr>
        <w:t>34:49  to logon se baat cheet kar ke maine andaza kiya, woh yeh ke har negative ka positive hota hai, yeh dunya ka law hai, har negative ka ek positive hota hai.</w:t>
      </w:r>
      <w:r>
        <w:br/>
      </w:r>
      <w:r>
        <w:rPr>
          <w:sz w:val="20"/>
        </w:rPr>
        <w:t>35:03  to dekhiye, yeh jo musalman kar rahe hain, bilashuba woh ghalat kar rahe hain, woh society bombing aur buildingon ko todna, logon ko marna, is mein koi shakk nahi ke ghalat kaam hai.</w:t>
      </w:r>
      <w:r>
        <w:br/>
      </w:r>
      <w:r>
        <w:rPr>
          <w:sz w:val="20"/>
        </w:rPr>
        <w:t>35:17  lekin is ka ek positive aspect yeh hai ke isi se Islam news mein aa gaya, news mein aa gaya. aur news kya karti hai?</w:t>
      </w:r>
      <w:r>
        <w:br/>
      </w:r>
      <w:r>
        <w:rPr>
          <w:sz w:val="20"/>
        </w:rPr>
        <w:t>35:30  curiosity paida karti hai.</w:t>
      </w:r>
      <w:r>
        <w:br/>
      </w:r>
      <w:r>
        <w:rPr>
          <w:sz w:val="20"/>
        </w:rPr>
        <w:t>35:35  in logon ko yeh logon ke andar yeh soch aa gayi ke bhai yeh Islam kya hai, yeh Quran kya hai?</w:t>
      </w:r>
      <w:r>
        <w:br/>
      </w:r>
      <w:r>
        <w:rPr>
          <w:sz w:val="20"/>
        </w:rPr>
        <w:t>35:43  yeh kaise log hain ke apne ko khud hi maar rahe hain, society bombing kar rahe hain aur jahaz takra rahe hain tower se, is ko tabah kar rahe hain? yeh kaun log hain?</w:t>
      </w:r>
      <w:r>
        <w:br/>
      </w:r>
      <w:r>
        <w:rPr>
          <w:sz w:val="20"/>
        </w:rPr>
        <w:t>35:53  kya in ke aqeeday hain? kya in ka mazhab hai? kya in ki kitab hai? to is cheez ne curiosity paida ki aur log logon ko shauq hua ke parhein Quran ko, parhein Islam ko.</w:t>
      </w:r>
      <w:r>
        <w:br/>
      </w:r>
      <w:r>
        <w:rPr>
          <w:sz w:val="20"/>
        </w:rPr>
        <w:t>36:13  parhein to is negative news ki wajah se dunya bhar mein logon ke andar yeh ek ek spirit of inquiry aa gayi Islam ke baray mein ke pata karo ke Islam hai kiya.</w:t>
      </w:r>
      <w:r>
        <w:br/>
      </w:r>
      <w:r>
        <w:rPr>
          <w:sz w:val="20"/>
        </w:rPr>
        <w:t>36:28  to bohat baray paimaanay par log Quran ka</w:t>
      </w:r>
      <w:r>
        <w:br/>
      </w:r>
      <w:r>
        <w:rPr>
          <w:sz w:val="20"/>
        </w:rPr>
        <w:t>36:33  mutalea karne ke shauq ho gaye.</w:t>
      </w:r>
      <w:r>
        <w:br/>
      </w:r>
      <w:r>
        <w:rPr>
          <w:sz w:val="20"/>
        </w:rPr>
        <w:t>36:38  hamaray saathi wahan America gaye thay jo bohat kafi le gaye thay Quran aur Islamic literature. baray shauq se unhon ne lete thay.</w:t>
      </w:r>
      <w:r>
        <w:br/>
      </w:r>
      <w:r>
        <w:rPr>
          <w:sz w:val="20"/>
        </w:rPr>
        <w:t>36:50  aur wahan jo Khwaja Kareemuddin sahib hain Philadelphia mein, unhon ne to gaya dawah industry khol di hai. un ka jo bohat bara ghar hai, wahan bohat dawah literature, Quran, Quran hai, dawah literature hai, Islamic literature, yahi sab sargarmian un ke haan hain.</w:t>
      </w:r>
      <w:r>
        <w:br/>
      </w:r>
      <w:r>
        <w:rPr>
          <w:sz w:val="20"/>
        </w:rPr>
        <w:t>37:07  bilkul wahan par agar aap dekhein to yeh lafz mujhe wahi samajh mein aaya. mere wahan baitha hua tha in ghar ke aur mein ne wahan jo activities dekhein, misaal ke taur par ek bohat bara truck aaya, hamaray jo truck hotay hain, is ka double truck.</w:t>
      </w:r>
      <w:r>
        <w:br/>
      </w:r>
      <w:r>
        <w:rPr>
          <w:sz w:val="20"/>
        </w:rPr>
        <w:t>37:24  mein socha ke woh khara hua in ghar ke aagay, mein ne kaha kya is ke andar aaya hoga? to yahan jo Quran chhupa hai, woh mangaya tha unhon ne India se,</w:t>
      </w:r>
      <w:r>
        <w:br/>
      </w:r>
      <w:r>
        <w:rPr>
          <w:sz w:val="20"/>
        </w:rPr>
        <w:t>37:34  800 is is ke bundle thay, 800 bundle. ab woh aaya to woh jo unloading ho rahi thi, woh to shaam ho gayi.</w:t>
      </w:r>
      <w:r>
        <w:br/>
      </w:r>
      <w:r>
        <w:rPr>
          <w:sz w:val="20"/>
        </w:rPr>
        <w:t>37:49  to ek ek to mein ne kaha ke to aap ne dawah industry khol di hai.</w:t>
      </w:r>
      <w:r>
        <w:br/>
      </w:r>
      <w:r>
        <w:rPr>
          <w:sz w:val="20"/>
        </w:rPr>
        <w:t>37:55  woh jatay hain jagah jagah aur bohat shauq se log Quran mangtay hain, bohat ziyada.</w:t>
      </w:r>
      <w:r>
        <w:br/>
      </w:r>
      <w:r>
        <w:rPr>
          <w:sz w:val="20"/>
        </w:rPr>
        <w:t>38:04  to yeh jo hua, yani jo musalmanon ne jihad ke naam par jo tashaddud kiya, wailens kiya, woh bilashubah galat tha.</w:t>
      </w:r>
      <w:r>
        <w:br/>
      </w:r>
      <w:r>
        <w:rPr>
          <w:sz w:val="20"/>
        </w:rPr>
        <w:t>38:18  lekin logon ke andar aik aik aik spirit of inquiry paida ho gayi islam ke bare mein ke bhai yeh aik mazhab kya hai? Lage parhne, lage parhne.</w:t>
      </w:r>
      <w:r>
        <w:br/>
      </w:r>
      <w:r>
        <w:rPr>
          <w:sz w:val="20"/>
        </w:rPr>
        <w:t>38:29  ab jab ise parha unhon ne is ayat ko misaal ke taur par ke "man qatal nafsan bighair nafs fasad fakan qatal naas jameeah"</w:t>
      </w:r>
      <w:r>
        <w:br/>
      </w:r>
      <w:r>
        <w:rPr>
          <w:sz w:val="20"/>
        </w:rPr>
        <w:t>38:43  ke agar koi shakhs aik insaan ko maar dale, kham nahq, to goya ke us ne saare insaanon ko maar dala.</w:t>
      </w:r>
      <w:r>
        <w:br/>
      </w:r>
      <w:r>
        <w:rPr>
          <w:sz w:val="20"/>
        </w:rPr>
        <w:t>38:52  ab yeh ayat parh kar woh chaunk gaye ke bhai yeh yeh toh quran toh kuch aur keh raha hai, quran toh kuch aur keh raha hai.</w:t>
      </w:r>
      <w:r>
        <w:br/>
      </w:r>
      <w:r>
        <w:rPr>
          <w:sz w:val="20"/>
        </w:rPr>
        <w:t>39:03  to yeh musalmanon ka apna fe'l hai, yeh quran ka hukum nahi hai. Yani kitni badi baat ho gayi</w:t>
      </w:r>
      <w:r>
        <w:br/>
      </w:r>
      <w:r>
        <w:rPr>
          <w:sz w:val="20"/>
        </w:rPr>
        <w:t>39:12  is tareeqe se.</w:t>
      </w:r>
      <w:r>
        <w:br/>
      </w:r>
      <w:r>
        <w:rPr>
          <w:sz w:val="20"/>
        </w:rPr>
        <w:t>39:15  to jo itna zyada log islam ki taraf aa rahe hain, is ka sabab yeh hai ke</w:t>
      </w:r>
    </w:p>
    <w:p>
      <w:pPr>
        <w:pStyle w:val="Heading2"/>
      </w:pPr>
      <w:r>
        <w:t>Loans, debt, and America's one-sided physical development</w:t>
      </w:r>
    </w:p>
    <w:p>
      <w:r>
        <w:rPr>
          <w:color w:val="666666"/>
          <w:sz w:val="18"/>
        </w:rPr>
        <w:t>America A Case of Spiritual Starvaltion July 7, 2011 · 5m 46s · at 13:12 · https://youtu.be/N8JYD2P3QYE?t=792</w:t>
      </w:r>
    </w:p>
    <w:p>
      <w:r>
        <w:rPr>
          <w:i/>
        </w:rPr>
        <w:t>“Before I ever went to America, I read an article”</w:t>
      </w:r>
    </w:p>
    <w:p>
      <w:r>
        <w:rPr>
          <w:sz w:val="20"/>
        </w:rPr>
        <w:t>13:12  woh kaise? dekhiye, jab mein america nahi gaya tha, ab to mein taqreeban 14 bar gaya hoon wahan par.</w:t>
      </w:r>
      <w:r>
        <w:br/>
      </w:r>
      <w:r>
        <w:rPr>
          <w:sz w:val="20"/>
        </w:rPr>
        <w:t>13:25  jab nahi gaya tha wahan to 1967 mein dili aya hoon. is waqt mein nahi gaya tha, mein</w:t>
      </w:r>
      <w:r>
        <w:br/>
      </w:r>
      <w:r>
        <w:rPr>
          <w:sz w:val="20"/>
        </w:rPr>
        <w:t>13:34  to 67 se mein dili mein hoon. to yahan par ek parcha nikla karta tha, milap urdu mein, is ka jo editor tha, ranbir,</w:t>
      </w:r>
      <w:r>
        <w:br/>
      </w:r>
      <w:r>
        <w:rPr>
          <w:sz w:val="20"/>
        </w:rPr>
        <w:t>13:48  woh amreeka gaye, un ka koi beta waghera wahan tha. wapsi ke baad unhon ne ek article likha tha apne akhbar milap mein, us ko maine parha.</w:t>
      </w:r>
      <w:r>
        <w:br/>
      </w:r>
      <w:r>
        <w:rPr>
          <w:sz w:val="20"/>
        </w:rPr>
        <w:t>14:01  تو اس میں لکھا انہوں نے کہ امریکہ میں ہر آدمی قرضدار ہوتا ہے، ہر حالت میں don't</w:t>
      </w:r>
      <w:r>
        <w:br/>
      </w:r>
      <w:r>
        <w:rPr>
          <w:sz w:val="20"/>
        </w:rPr>
        <w:t>14:08  hota hai, kyunki wahan par jo jaate hain to</w:t>
      </w:r>
      <w:r>
        <w:br/>
      </w:r>
      <w:r>
        <w:rPr>
          <w:sz w:val="20"/>
        </w:rPr>
        <w:t>14:14  وہ car loan، house loan، fridge loan، education loan، سب loan، loan لے کر کے وہ اپنی زندگی</w:t>
      </w:r>
      <w:r>
        <w:br/>
      </w:r>
      <w:r>
        <w:rPr>
          <w:sz w:val="20"/>
        </w:rPr>
        <w:t>14:24  establish karte hain aur phir kama kar uski installment mein uska dete rehte hain.</w:t>
      </w:r>
      <w:r>
        <w:br/>
      </w:r>
      <w:r>
        <w:rPr>
          <w:sz w:val="20"/>
        </w:rPr>
        <w:t>14:31  to unhon ne likha tha ke yani negative sense mein liya tha unhon ne ke yeh kaisi zindagi hai ke har aadmi qarz mein hai, hajjaj bhi qarz mein hai, sab loan mein phansay hue hain.</w:t>
      </w:r>
      <w:r>
        <w:br/>
      </w:r>
      <w:r>
        <w:rPr>
          <w:sz w:val="20"/>
        </w:rPr>
        <w:t>14:43  to yeh jab pehli baar mein gaya amreeka, pehli baar ghaleban 1980 mein, to maine yeh baat kahi to kisi ne dhyan nahi diya is ko.</w:t>
      </w:r>
      <w:r>
        <w:br/>
      </w:r>
      <w:r>
        <w:rPr>
          <w:sz w:val="20"/>
        </w:rPr>
        <w:t>14:54  misalan ek naujawan mujhe aaya tha, mujhe side seeing ke liye,</w:t>
      </w:r>
      <w:r>
        <w:br/>
      </w:r>
      <w:r>
        <w:rPr>
          <w:sz w:val="20"/>
        </w:rPr>
        <w:t>15:00  bohat bari nai car pe baith kar aaya tha woh. to</w:t>
      </w:r>
      <w:r>
        <w:br/>
      </w:r>
      <w:r>
        <w:rPr>
          <w:sz w:val="20"/>
        </w:rPr>
        <w:t>15:08  ke aap ko mein le chala hoon side seeing ke liye. to baat baad mein pata chala ke yeh car jo hai, loan par hai. phir pata chala ke is ke paas jo ghar hai, woh bhi loan par, har cheez loan par hai.</w:t>
      </w:r>
      <w:r>
        <w:br/>
      </w:r>
      <w:r>
        <w:rPr>
          <w:sz w:val="20"/>
        </w:rPr>
        <w:t>15:22  to maine unhein kaha ke bhai, yeh kaisi zindagi hai ke aap loan mein phansay hue hain? to us ne reticulate kiya meri baat ko</w:t>
      </w:r>
      <w:r>
        <w:br/>
      </w:r>
      <w:r>
        <w:rPr>
          <w:sz w:val="20"/>
        </w:rPr>
        <w:t>15:30  ke aap puranay zamanay ke aadmi hain, aap ko samajh baat nahi aati hai. yahan par jo banking ka nizam hai, woh to hamaray liye ek bohat bari blessing hai, kyunke aaj hum ne job shuru kiya,</w:t>
      </w:r>
      <w:r>
        <w:br/>
      </w:r>
      <w:r>
        <w:rPr>
          <w:sz w:val="20"/>
        </w:rPr>
        <w:t>15:44  aaj hum is portion, is portion mein nahi hain ke hamaray paas ghar bhi ho, acha furniture bhi ho, car bhi ho, har che</w:t>
      </w:r>
      <w:r>
        <w:br/>
      </w:r>
      <w:r>
        <w:rPr>
          <w:sz w:val="20"/>
        </w:rPr>
        <w:t>15:52  ez ho. to hum kya karte hain ke job milte hi bank yeh hum ko offer karta hai ke aap loan par sab cheez le lain.</w:t>
      </w:r>
      <w:r>
        <w:br/>
      </w:r>
      <w:r>
        <w:rPr>
          <w:sz w:val="20"/>
        </w:rPr>
        <w:t>16:03  to foran hamaray paas sab cheez ho jati hai aur phir hum is ko installment mein is ko detay rehtay hain, is ko. aur india waghera mein kya hota hai ke zindagi ke oopar kamao, boorha hotay hotay itna paisa aap ke paas aye ga ke aap acha ghar bana saken.</w:t>
      </w:r>
      <w:r>
        <w:br/>
      </w:r>
      <w:r>
        <w:rPr>
          <w:sz w:val="20"/>
        </w:rPr>
        <w:t>16:21  to</w:t>
      </w:r>
      <w:r>
        <w:br/>
      </w:r>
      <w:r>
        <w:rPr>
          <w:sz w:val="20"/>
        </w:rPr>
        <w:t>16:23  goya ke aap apni kamai ko khud aap is se enjoy nahi kar patay, aap ke betay enjoy karte hain. yahan yeh hai ke ab hum kamain aur sath sath hum enjoy bhi karain.</w:t>
      </w:r>
      <w:r>
        <w:br/>
      </w:r>
      <w:r>
        <w:rPr>
          <w:sz w:val="20"/>
        </w:rPr>
        <w:t>16:35  to ghraz hai ke meri baat kisi samajh mein nahi aati thi. to us waqt mein is ka jawab nahi de paya tha. 1980 mein is baar kya hua ke is baar mein bohat se gharon mein gaya,</w:t>
      </w:r>
      <w:r>
        <w:br/>
      </w:r>
      <w:r>
        <w:rPr>
          <w:sz w:val="20"/>
        </w:rPr>
        <w:t>16:48  bohat qareeb se dekha.</w:t>
      </w:r>
      <w:r>
        <w:br/>
      </w:r>
      <w:r>
        <w:rPr>
          <w:sz w:val="20"/>
        </w:rPr>
        <w:t>16:50  to maloom kya hua ke log jo hain, bank se loan le letay hain aur phir raat din kamatay hain installment denay ke liye.</w:t>
      </w:r>
      <w:r>
        <w:br/>
      </w:r>
      <w:r>
        <w:rPr>
          <w:sz w:val="20"/>
        </w:rPr>
        <w:t>17:02  koi ek shift karta hai, koi do shift karta hai, koi teen shift karta hai, koi business mein hota hai, involve rehta hai, kyunke is ke sar pe yeh sawal hai ke mujhe loan ada karna hai.</w:t>
      </w:r>
      <w:r>
        <w:br/>
      </w:r>
      <w:r>
        <w:rPr>
          <w:sz w:val="20"/>
        </w:rPr>
        <w:t>17:14  to aadmi ka koi doosra kaam hi nahi hai ke woh loan par paisa le, phir ghar, car, har cheez banaye aur zindagi bhar kama kar is ka loan is deta rahay.</w:t>
      </w:r>
      <w:r>
        <w:br/>
      </w:r>
      <w:r>
        <w:rPr>
          <w:sz w:val="20"/>
        </w:rPr>
        <w:t>17:30  koi doosri is ki, koi is ki koi activity nahi. misalan group log gharon mein, mein ne akhbar nahi dekhe, kitaben nahi dekhen, koi nahi dekha ke koi academic discussion kisi ghar mein ho raha hai,</w:t>
      </w:r>
      <w:r>
        <w:br/>
      </w:r>
      <w:r>
        <w:rPr>
          <w:sz w:val="20"/>
        </w:rPr>
        <w:t>17:44  kuch nahi. yani koi ilmi zindagi nahi hai is ki, intellectual life nahi hai is ki. bas kamana, loan dena, kamana aur paise dena.</w:t>
      </w:r>
      <w:r>
        <w:br/>
      </w:r>
      <w:r>
        <w:rPr>
          <w:sz w:val="20"/>
        </w:rPr>
        <w:t>17:56  tab maine samjha ke yeh one sided development hai. yani hamara jo physical aspect hai zindagi ka, is ko to hum feed kar rahay hain, jo intellectual aspect hai, is ko hum feed hi nahi kar rahay.</w:t>
      </w:r>
      <w:r>
        <w:br/>
      </w:r>
      <w:r>
        <w:rPr>
          <w:sz w:val="20"/>
        </w:rPr>
        <w:t>18:13  bohat ajeeb cheez mujhe daryaft hui,</w:t>
      </w:r>
      <w:r>
        <w:br/>
      </w:r>
      <w:r>
        <w:rPr>
          <w:sz w:val="20"/>
        </w:rPr>
        <w:t>18:18  bohat ajeeb cheez.</w:t>
      </w:r>
      <w:r>
        <w:br/>
      </w:r>
      <w:r>
        <w:rPr>
          <w:sz w:val="20"/>
        </w:rPr>
        <w:t>18:23  yani jism ko well dress bana rahe hain, khoob kha pi ke ke tandrust ho rahe hain, ghar ko khoobsurat furniture se saja rahe hain, ghar acha le rahe hain.</w:t>
      </w:r>
      <w:r>
        <w:br/>
      </w:r>
      <w:r>
        <w:rPr>
          <w:sz w:val="20"/>
        </w:rPr>
        <w:t>18:36  to apne physical aspect jo hamari life ka hai, us ko to hum feed kar rahe hain. aur jo doosra aspect hai, intellectual aspect, woh hai starvation mein para hua.</w:t>
      </w:r>
      <w:r>
        <w:br/>
      </w:r>
      <w:r>
        <w:rPr>
          <w:sz w:val="20"/>
        </w:rPr>
        <w:t>18:47  kyun? is ke liye zaroorat hai ke aap study karen, is ke liye zaroorat hai ke aap ghor o fikr karen, zaroorat hai ke aap logon se exchange karen.</w:t>
      </w:r>
    </w:p>
    <w:p>
      <w:pPr>
        <w:pStyle w:val="Heading2"/>
      </w:pPr>
      <w:r>
        <w:t>Islamic civilization concept not in Quran and hadith</w:t>
      </w:r>
    </w:p>
    <w:p>
      <w:r>
        <w:rPr>
          <w:color w:val="666666"/>
          <w:sz w:val="18"/>
        </w:rPr>
        <w:t>AL RISALA JANUARY 2017 | AUDIO · 3m 31s · at 51:23 · https://youtu.be/_nWm9Mixl-E?t=3083</w:t>
      </w:r>
    </w:p>
    <w:p>
      <w:r>
        <w:rPr>
          <w:i/>
        </w:rPr>
        <w:t>“Tehzeebein duniya mein pai gayi hain magar jadeed maghribi tehzeeb ek mufrid tehzeeb hai”</w:t>
      </w:r>
    </w:p>
    <w:p>
      <w:r>
        <w:rPr>
          <w:sz w:val="20"/>
        </w:rPr>
        <w:t>51:23  tehzeeben dunya mein pai gayi hain magar jadeed maghribi tehzeeb aik munfarid tehzeeb hai baqi tamam tehzeeben siyasi</w:t>
      </w:r>
      <w:r>
        <w:br/>
      </w:r>
      <w:r>
        <w:rPr>
          <w:sz w:val="20"/>
        </w:rPr>
        <w:t>51:30  inqalab ke tehat wajood mein aayin jabke jadeed maghribi tehzeeb istisnai taur par science ka inqalab ya scientific revolution</w:t>
      </w:r>
      <w:r>
        <w:br/>
      </w:r>
      <w:r>
        <w:rPr>
          <w:sz w:val="20"/>
        </w:rPr>
        <w:t>51:38  ke tehat wajood mein aayi qadeem tehzeebon ke bani siyasi hukmaran hua karte thay magar jadeed maghribi tehzeeb</w:t>
      </w:r>
      <w:r>
        <w:br/>
      </w:r>
      <w:r>
        <w:rPr>
          <w:sz w:val="20"/>
        </w:rPr>
        <w:t>51:46  ko wajood mein laane wale woh log hain jin ko science dan ya scientists kaha jata hai</w:t>
      </w:r>
      <w:r>
        <w:br/>
      </w:r>
      <w:r>
        <w:rPr>
          <w:sz w:val="20"/>
        </w:rPr>
        <w:t>51:53  tehzeeb ki tareekh mein Islami tehzeeb ya Muslim tehzeeb ka naam bhi aata hai magar ba aitbar e haqeeqat yeh durust nahi jis cheez ko Islami tehzeeb kaha jata hai woh apni haqeeqat ke aitbar se Islami tehzeeb na thi balke woh qadeem yunani ya romi tehzeeb ki tausee ya expansion thi what is called islamic civilization was in fact a modified version of graeco roman civilization tehz</w:t>
      </w:r>
      <w:r>
        <w:br/>
      </w:r>
      <w:r>
        <w:rPr>
          <w:sz w:val="20"/>
        </w:rPr>
        <w:t>52:23  tehzeeb ya civilization ke liye maujooda arab dunya mein hazara ki istilaah istemal ki jati hai lekin islam</w:t>
      </w:r>
      <w:r>
        <w:br/>
      </w:r>
      <w:r>
        <w:rPr>
          <w:sz w:val="20"/>
        </w:rPr>
        <w:t>52:31  ke dono masadir ya sources quran aur hadith is lafz se khali hain quran aur sunnat mein islami</w:t>
      </w:r>
      <w:r>
        <w:br/>
      </w:r>
      <w:r>
        <w:rPr>
          <w:sz w:val="20"/>
        </w:rPr>
        <w:t>52:38  hazara ka yeh tasawwur maujood nahi ulma e mutaqadmeen ki kitabon mein se koi kitab islami hazara ke mozu</w:t>
      </w:r>
      <w:r>
        <w:br/>
      </w:r>
      <w:r>
        <w:rPr>
          <w:sz w:val="20"/>
        </w:rPr>
        <w:t>52:46  par pai nahi jati is liye yeh kehna sahi hoga ke islami hazara aik</w:t>
      </w:r>
      <w:r>
        <w:br/>
      </w:r>
      <w:r>
        <w:rPr>
          <w:sz w:val="20"/>
        </w:rPr>
        <w:t>52:54  mubtadiyana tasawwur hai is istilaah ka ma khaz wahi cheez hai jis ko quran mein mudahajat kaha gaya hai</w:t>
      </w:r>
      <w:r>
        <w:br/>
      </w:r>
      <w:r>
        <w:rPr>
          <w:sz w:val="20"/>
        </w:rPr>
        <w:t>53:01  is mozu par mazeed ghor o fikr se maloom hota hai ke islam mein islami tehzeeb ka tasawwur</w:t>
      </w:r>
      <w:r>
        <w:br/>
      </w:r>
      <w:r>
        <w:rPr>
          <w:sz w:val="20"/>
        </w:rPr>
        <w:t>53:09  maujood nahi hai albata islam mein islam ki muawin tehzeeb ya supporting civilization ka tasawwur maujood hai yeh</w:t>
      </w:r>
      <w:r>
        <w:br/>
      </w:r>
      <w:r>
        <w:rPr>
          <w:sz w:val="20"/>
        </w:rPr>
        <w:t>53:16  tasawwur paighambar e islam sallallahu alaihi wasallam ke aik qaul se akhaz hota hai</w:t>
      </w:r>
      <w:r>
        <w:br/>
      </w:r>
      <w:r>
        <w:rPr>
          <w:sz w:val="20"/>
        </w:rPr>
        <w:t>53:24  yeh riwayat hadith ki kitabon mein mukhtalif alfaaz mein maujood hai musnad ahmad ke alfaaz yeh hain in</w:t>
      </w:r>
      <w:r>
        <w:br/>
      </w:r>
      <w:r>
        <w:rPr>
          <w:sz w:val="20"/>
        </w:rPr>
        <w:t>53:31  allah sayu'eed hadha ad-deen bi-qawmin la khalaqa lahum yani mustaqbil mein zaroor aisa hoga ke allah taala is</w:t>
      </w:r>
      <w:r>
        <w:br/>
      </w:r>
      <w:r>
        <w:rPr>
          <w:sz w:val="20"/>
        </w:rPr>
        <w:t>53:39  deen ki taeed aise logon ke zariye karega jin ka deen mein hissa na hoga paighambar e islam</w:t>
      </w:r>
      <w:r>
        <w:br/>
      </w:r>
      <w:r>
        <w:rPr>
          <w:sz w:val="20"/>
        </w:rPr>
        <w:t>53:46  sallallahu alaihi wasallam ki yeh baat aik paishangoi ya prediction thi yeh paish</w:t>
      </w:r>
      <w:r>
        <w:br/>
      </w:r>
      <w:r>
        <w:rPr>
          <w:sz w:val="20"/>
        </w:rPr>
        <w:t>53:54  angoee aap ne saatvi sadi isvi mein ki ab hum ikkiisvi sadi mein hain jabke is paishangoi ko</w:t>
      </w:r>
      <w:r>
        <w:br/>
      </w:r>
      <w:r>
        <w:rPr>
          <w:sz w:val="20"/>
        </w:rPr>
        <w:t>54:00  choda sau saal se zyada guzar chuke hain yeh lambi muddat yeh yaqeen karne ke liye kafi hai</w:t>
      </w:r>
      <w:r>
        <w:br/>
      </w:r>
      <w:r>
        <w:rPr>
          <w:sz w:val="20"/>
        </w:rPr>
        <w:t>54:06  ke ab yeh paighambarana paishangoi yaqeenan poori ho chuki zaroorat sirf yeh hai ke hum is</w:t>
      </w:r>
      <w:r>
        <w:br/>
      </w:r>
      <w:r>
        <w:rPr>
          <w:sz w:val="20"/>
        </w:rPr>
        <w:t>54:12  ko daryaft karein aur is ke mutabiq apne amal ka mansooba banayein ghor karne se maloom hota hai</w:t>
      </w:r>
      <w:r>
        <w:br/>
      </w:r>
      <w:r>
        <w:rPr>
          <w:sz w:val="20"/>
        </w:rPr>
        <w:t>54:18  ke paighambar ki mazkoor</w:t>
      </w:r>
      <w:r>
        <w:br/>
      </w:r>
      <w:r>
        <w:rPr>
          <w:sz w:val="20"/>
        </w:rPr>
        <w:t>54:24  ha paishangoi ab poori tarah waqea ban chuki hai maujooda zamanay ke musalman agar is se bekhabar</w:t>
      </w:r>
      <w:r>
        <w:br/>
      </w:r>
      <w:r>
        <w:rPr>
          <w:sz w:val="20"/>
        </w:rPr>
        <w:t>54:31  hain to is ka sabab sirf tasmiya ya nomenclature ka farq hai yani paishangoi saatvi sadi isvi ki</w:t>
      </w:r>
      <w:r>
        <w:br/>
      </w:r>
      <w:r>
        <w:rPr>
          <w:sz w:val="20"/>
        </w:rPr>
        <w:t>54:39  zaban mein ki gayi ab woh aaj ki zaban mein hamare samne zahir hui hai zaban ke is</w:t>
      </w:r>
      <w:r>
        <w:br/>
      </w:r>
      <w:r>
        <w:rPr>
          <w:sz w:val="20"/>
        </w:rPr>
        <w:t>54:46  farq ko agar samajh liya jaye to maloom hoga ke peghambar e islam salallaho alaihe wasallam ke zamane mein jo</w:t>
      </w:r>
    </w:p>
    <w:p>
      <w:pPr>
        <w:pStyle w:val="Heading2"/>
      </w:pPr>
      <w:r>
        <w:t>God as the only source of spirituality, and introspection</w:t>
      </w:r>
    </w:p>
    <w:p>
      <w:r>
        <w:rPr>
          <w:color w:val="666666"/>
          <w:sz w:val="18"/>
        </w:rPr>
        <w:t>Interview Session with Maulana Wahiduddin Khan January 30, 2008 · 3m 32s · at 29:15 · https://youtu.be/o8Gpe9YMuZc?t=1755</w:t>
      </w:r>
    </w:p>
    <w:p>
      <w:r>
        <w:rPr>
          <w:i/>
        </w:rPr>
        <w:t>“One who believes in God has found the source of spirituality.”</w:t>
      </w:r>
    </w:p>
    <w:p>
      <w:r>
        <w:rPr>
          <w:sz w:val="20"/>
        </w:rPr>
        <w:t>29:15  yes, because one who believes in God, it means that he has found the source of spirituality. according to my experience, God is the only source of spirituality.</w:t>
      </w:r>
      <w:r>
        <w:br/>
      </w:r>
      <w:r>
        <w:rPr>
          <w:sz w:val="20"/>
        </w:rPr>
        <w:t>29:31  God is the only source of inspiration. God is the only source of conviction.</w:t>
      </w:r>
      <w:r>
        <w:br/>
      </w:r>
      <w:r>
        <w:rPr>
          <w:sz w:val="20"/>
        </w:rPr>
        <w:t>29:39  God is the only source of spiritual light. so if you deny God, it means that you have deprived yourself from the source.</w:t>
      </w:r>
      <w:r>
        <w:br/>
      </w:r>
      <w:r>
        <w:rPr>
          <w:sz w:val="20"/>
        </w:rPr>
        <w:t>29:49  so without source, how you can attempt spirituality? it is like a root less tree</w:t>
      </w:r>
      <w:r>
        <w:br/>
      </w:r>
      <w:r>
        <w:rPr>
          <w:sz w:val="20"/>
        </w:rPr>
        <w:t>29:58  if you deny God, it means that your spiritual tree is a root less tree. a root less tree can not,</w:t>
      </w:r>
      <w:r>
        <w:br/>
      </w:r>
      <w:r>
        <w:rPr>
          <w:sz w:val="20"/>
        </w:rPr>
        <w:t>30:13  can not stand in this earth.</w:t>
      </w:r>
      <w:r>
        <w:br/>
      </w:r>
      <w:r>
        <w:rPr>
          <w:sz w:val="20"/>
        </w:rPr>
        <w:t>30:23  Maulana, how would you define spirituality?</w:t>
      </w:r>
      <w:r>
        <w:br/>
      </w:r>
      <w:r>
        <w:rPr>
          <w:sz w:val="20"/>
        </w:rPr>
        <w:t>30:27  spirituality means living in higher reality.</w:t>
      </w:r>
      <w:r>
        <w:br/>
      </w:r>
      <w:r>
        <w:rPr>
          <w:sz w:val="20"/>
        </w:rPr>
        <w:t>30:34  higher reality. those people who are deprived of spirituality, they are living in, in, in, in lower level of the world.</w:t>
      </w:r>
      <w:r>
        <w:br/>
      </w:r>
      <w:r>
        <w:rPr>
          <w:sz w:val="20"/>
        </w:rPr>
        <w:t>30:48  in material things, in comfort, in luxury, in money, in shopping and, and,</w:t>
      </w:r>
      <w:r>
        <w:br/>
      </w:r>
      <w:r>
        <w:rPr>
          <w:sz w:val="20"/>
        </w:rPr>
        <w:t>31:02  and outing. these are lower level of living.</w:t>
      </w:r>
      <w:r>
        <w:br/>
      </w:r>
      <w:r>
        <w:rPr>
          <w:sz w:val="20"/>
        </w:rPr>
        <w:t>31:08  al these things are pertain to lower level of living. so you have to elevate your self from this lower level,</w:t>
      </w:r>
      <w:r>
        <w:br/>
      </w:r>
      <w:r>
        <w:rPr>
          <w:sz w:val="20"/>
        </w:rPr>
        <w:t>31:21  then you will attempt spirituality.</w:t>
      </w:r>
      <w:r>
        <w:br/>
      </w:r>
      <w:r>
        <w:rPr>
          <w:sz w:val="20"/>
        </w:rPr>
        <w:t>31:24  so according to my experience, spirituality means to elevate your self from this lower level, to go beyond the observation, beyond the seen world,</w:t>
      </w:r>
      <w:r>
        <w:br/>
      </w:r>
      <w:r>
        <w:rPr>
          <w:sz w:val="20"/>
        </w:rPr>
        <w:t>31:39  and to reach to the unseen world. this is the definition of spirituality according to my experience.</w:t>
      </w:r>
      <w:r>
        <w:br/>
      </w:r>
      <w:r>
        <w:rPr>
          <w:sz w:val="20"/>
        </w:rPr>
        <w:t>31:48  molana, how important is introspection?</w:t>
      </w:r>
      <w:r>
        <w:br/>
      </w:r>
      <w:r>
        <w:rPr>
          <w:sz w:val="20"/>
        </w:rPr>
        <w:t>31:53  without introspection, there is no spirituality, because there is a well, well known saying to are human.</w:t>
      </w:r>
      <w:r>
        <w:br/>
      </w:r>
      <w:r>
        <w:rPr>
          <w:sz w:val="20"/>
        </w:rPr>
        <w:t>32:07  so every time you commit a mistakes, so you have to revise your self. you have to correct your self.</w:t>
      </w:r>
      <w:r>
        <w:br/>
      </w:r>
      <w:r>
        <w:rPr>
          <w:sz w:val="20"/>
        </w:rPr>
        <w:t>32:17  so introspection is an integral part of spirituality.</w:t>
      </w:r>
      <w:r>
        <w:br/>
      </w:r>
      <w:r>
        <w:rPr>
          <w:sz w:val="20"/>
        </w:rPr>
        <w:t>32:22  without introspection, there is no spiritual journey.</w:t>
      </w:r>
      <w:r>
        <w:br/>
      </w:r>
      <w:r>
        <w:rPr>
          <w:sz w:val="20"/>
        </w:rPr>
        <w:t>32:29  according to my experience, no introspection, no spirituality. is spirituality a part of religion or is it an independent discipline?</w:t>
      </w:r>
    </w:p>
    <w:p>
      <w:pPr>
        <w:pStyle w:val="Heading2"/>
      </w:pPr>
      <w:r>
        <w:t>Introduction science and spirituality definition</w:t>
      </w:r>
    </w:p>
    <w:p>
      <w:r>
        <w:rPr>
          <w:color w:val="666666"/>
          <w:sz w:val="18"/>
        </w:rPr>
        <w:t>Science and Spirituality | April 25, 2007 | Maulana Wahiduddin Kha · 5m 07s · at 0:11 · https://youtu.be/cStp24Ri3ps?t=11</w:t>
      </w:r>
    </w:p>
    <w:p>
      <w:r>
        <w:rPr>
          <w:i/>
        </w:rPr>
        <w:t>“Rabbi ishrah li sadri”</w:t>
      </w:r>
    </w:p>
    <w:p>
      <w:r>
        <w:rPr>
          <w:sz w:val="20"/>
        </w:rPr>
        <w:t>0:11  rabbi shrah li sadri, wa yassir li amri, wah lul uqdatan min lisani, yafqahu qawli.</w:t>
      </w:r>
      <w:r>
        <w:br/>
      </w:r>
      <w:r>
        <w:rPr>
          <w:sz w:val="20"/>
        </w:rPr>
        <w:t>0:21  The theme for this day is Science and Spirituality.</w:t>
      </w:r>
      <w:r>
        <w:br/>
      </w:r>
      <w:r>
        <w:rPr>
          <w:sz w:val="20"/>
        </w:rPr>
        <w:t>0:31  Generally, people fe</w:t>
      </w:r>
      <w:r>
        <w:br/>
      </w:r>
      <w:r>
        <w:rPr>
          <w:sz w:val="20"/>
        </w:rPr>
        <w:t>0:41  el that Science and Spirituality are two different disciplines, two completely different disciplines.</w:t>
      </w:r>
      <w:r>
        <w:br/>
      </w:r>
      <w:r>
        <w:rPr>
          <w:sz w:val="20"/>
        </w:rPr>
        <w:t>0:56  According to their feeling, one can say that West, in the language of</w:t>
      </w:r>
      <w:r>
        <w:br/>
      </w:r>
      <w:r>
        <w:rPr>
          <w:sz w:val="20"/>
        </w:rPr>
        <w:t>1:11  Kipling, West is West and East is East, the twain can never meet.</w:t>
      </w:r>
      <w:r>
        <w:br/>
      </w:r>
      <w:r>
        <w:rPr>
          <w:sz w:val="20"/>
        </w:rPr>
        <w:t>1:19  But I think that it is not very correct.</w:t>
      </w:r>
      <w:r>
        <w:br/>
      </w:r>
      <w:r>
        <w:rPr>
          <w:sz w:val="20"/>
        </w:rPr>
        <w:t>1:27  I do not subscribe with this notion.</w:t>
      </w:r>
      <w:r>
        <w:br/>
      </w:r>
      <w:r>
        <w:rPr>
          <w:sz w:val="20"/>
        </w:rPr>
        <w:t>1:35  I think that Science and Spirituality both are interlinked,</w:t>
      </w:r>
      <w:r>
        <w:br/>
      </w:r>
      <w:r>
        <w:rPr>
          <w:sz w:val="20"/>
        </w:rPr>
        <w:t>1:43  both are important for our life.</w:t>
      </w:r>
      <w:r>
        <w:br/>
      </w:r>
      <w:r>
        <w:rPr>
          <w:sz w:val="20"/>
        </w:rPr>
        <w:t>1:53  According to my experience, Science has played a great role in our present time, and its role is,</w:t>
      </w:r>
      <w:r>
        <w:br/>
      </w:r>
      <w:r>
        <w:rPr>
          <w:sz w:val="20"/>
        </w:rPr>
        <w:t>2:04  in a single word I can say, that its role is</w:t>
      </w:r>
      <w:r>
        <w:br/>
      </w:r>
      <w:r>
        <w:rPr>
          <w:sz w:val="20"/>
        </w:rPr>
        <w:t>2:14  a corrective role in every walk of life.</w:t>
      </w:r>
      <w:r>
        <w:br/>
      </w:r>
      <w:r>
        <w:rPr>
          <w:sz w:val="20"/>
        </w:rPr>
        <w:t>2:24  Now, first of all, we have to know what is the definition of Spirituality.</w:t>
      </w:r>
      <w:r>
        <w:br/>
      </w:r>
      <w:r>
        <w:rPr>
          <w:sz w:val="20"/>
        </w:rPr>
        <w:t>2:34  If you consult dictionaries, you will find that according to the English dictionary,</w:t>
      </w:r>
      <w:r>
        <w:br/>
      </w:r>
      <w:r>
        <w:rPr>
          <w:sz w:val="20"/>
        </w:rPr>
        <w:t>2:44  Spirituality means opposed to worldliness, opposed to worldliness, or opposed to material.</w:t>
      </w:r>
      <w:r>
        <w:br/>
      </w:r>
      <w:r>
        <w:rPr>
          <w:sz w:val="20"/>
        </w:rPr>
        <w:t>2:54  This is the definition given by dictionaries.</w:t>
      </w:r>
      <w:r>
        <w:br/>
      </w:r>
      <w:r>
        <w:rPr>
          <w:sz w:val="20"/>
        </w:rPr>
        <w:t>3:04  I would like to say that</w:t>
      </w:r>
      <w:r>
        <w:br/>
      </w:r>
      <w:r>
        <w:rPr>
          <w:sz w:val="20"/>
        </w:rPr>
        <w:t>3:14  I would like to give a very simple definition, a very simple definition, without any mysterious element.</w:t>
      </w:r>
      <w:r>
        <w:br/>
      </w:r>
      <w:r>
        <w:rPr>
          <w:sz w:val="20"/>
        </w:rPr>
        <w:t>3:24  No, first of all, I would like to say that opposed to worldliness does not mean that one</w:t>
      </w:r>
      <w:r>
        <w:br/>
      </w:r>
      <w:r>
        <w:rPr>
          <w:sz w:val="20"/>
        </w:rPr>
        <w:t>3:34  must leave the physical</w:t>
      </w:r>
      <w:r>
        <w:br/>
      </w:r>
      <w:r>
        <w:rPr>
          <w:sz w:val="20"/>
        </w:rPr>
        <w:t>3:44  world.</w:t>
      </w:r>
      <w:r>
        <w:br/>
      </w:r>
      <w:r>
        <w:rPr>
          <w:sz w:val="20"/>
        </w:rPr>
        <w:t>3:55  No, it means that living in the material world without being materialistic, living in the physical world without being materialist.</w:t>
      </w:r>
      <w:r>
        <w:br/>
      </w:r>
      <w:r>
        <w:rPr>
          <w:sz w:val="20"/>
        </w:rPr>
        <w:t>4:06  This is the correct definition of Spirituality.</w:t>
      </w:r>
      <w:r>
        <w:br/>
      </w:r>
      <w:r>
        <w:rPr>
          <w:sz w:val="20"/>
        </w:rPr>
        <w:t>4:17  Then I think that Spirituality has no mysterious element.</w:t>
      </w:r>
      <w:r>
        <w:br/>
      </w:r>
      <w:r>
        <w:rPr>
          <w:sz w:val="20"/>
        </w:rPr>
        <w:t>4:27  It is a natural discipline.</w:t>
      </w:r>
      <w:r>
        <w:br/>
      </w:r>
      <w:r>
        <w:rPr>
          <w:sz w:val="20"/>
        </w:rPr>
        <w:t>4:37  If I use a secular definition, if I use secular langu</w:t>
      </w:r>
      <w:r>
        <w:br/>
      </w:r>
      <w:r>
        <w:rPr>
          <w:sz w:val="20"/>
        </w:rPr>
        <w:t>4:47  age, I can say that simple living, high thinking, this is Spirituality.</w:t>
      </w:r>
      <w:r>
        <w:br/>
      </w:r>
      <w:r>
        <w:rPr>
          <w:sz w:val="20"/>
        </w:rPr>
        <w:t>4:57  In common secular language, I can say that simple living and high thinking, this is Spirituality.</w:t>
      </w:r>
      <w:r>
        <w:br/>
      </w:r>
      <w:r>
        <w:rPr>
          <w:sz w:val="20"/>
        </w:rPr>
        <w:t>5:08  Then according to the Quranic concept, I can</w:t>
      </w:r>
    </w:p>
    <w:p>
      <w:pPr>
        <w:pStyle w:val="Heading2"/>
      </w:pPr>
      <w:r>
        <w:t>Purification happens through the brain, not the heart</w:t>
      </w:r>
    </w:p>
    <w:p>
      <w:r>
        <w:rPr>
          <w:color w:val="666666"/>
          <w:sz w:val="18"/>
        </w:rPr>
        <w:t>Tazkiya-e-Nafs Book by Maulana Wahiduddin Khan · 3m 14s · at 29:42 · https://youtu.be/LbGPnJWmj1A?t=1782</w:t>
      </w:r>
    </w:p>
    <w:p>
      <w:r>
        <w:rPr>
          <w:i/>
        </w:rPr>
        <w:t>“Quran ki surah Aal-e-Imran ka aakhri rukoo parhiye”</w:t>
      </w:r>
    </w:p>
    <w:p>
      <w:r>
        <w:rPr>
          <w:sz w:val="20"/>
        </w:rPr>
        <w:t>29:42  mabni bar qalb, mabni bar dimagh. kitaab "tazkiya-e-nafs" Maulana Wahiduddin Khan, safha number 16.</w:t>
      </w:r>
      <w:r>
        <w:br/>
      </w:r>
      <w:r>
        <w:rPr>
          <w:sz w:val="20"/>
        </w:rPr>
        <w:t>29:56  quran ki surah Aal-e-Imran ke aakhri ruku ko parhiye.</w:t>
      </w:r>
      <w:r>
        <w:br/>
      </w:r>
      <w:r>
        <w:rPr>
          <w:sz w:val="20"/>
        </w:rPr>
        <w:t>30:00  is ruku mein ulul-albab yaani ahle-e-aql ko khitab karte hue kaha gaya hai ke apni aql ko istemal karte hue zameen-o-asman yaani kainat par ghaur karo.</w:t>
      </w:r>
      <w:r>
        <w:br/>
      </w:r>
      <w:r>
        <w:rPr>
          <w:sz w:val="20"/>
        </w:rPr>
        <w:t>30:12  is mein tum Allah ki nishaniyan dekho ge, us ke zariye tum apne Rab ko pehchanoge, us ke zariye tum ko Khuda ke takhleeqi mansoobay ka ilm hasil hoga, us ke zariye tum jannat aur jahannum ko daryaft karoge, us ke zariye tum ko peghambar ki ahmiyat maloom hogi.</w:t>
      </w:r>
      <w:r>
        <w:br/>
      </w:r>
      <w:r>
        <w:rPr>
          <w:sz w:val="20"/>
        </w:rPr>
        <w:t>30:31  gharz woh tamam cheezen jis ka talluq barah-e-rast ya bil-wasta taur par tazkiye se hai, un sab ko is ruku mein kainaati tafakkur se wabasta kiya gaya hai.</w:t>
      </w:r>
      <w:r>
        <w:br/>
      </w:r>
      <w:r>
        <w:rPr>
          <w:sz w:val="20"/>
        </w:rPr>
        <w:t>30:42  dosray lafzon mein yeh ke quran ka tazkiya mabni bar aql tazkiya hai, na ke mabni bar qalb tazkiya. is silsilay mein qalb ka lafz quran aur hadith mein literary maanon mein istemal kiya gaya hai, na ke scientific maanon mein.</w:t>
      </w:r>
      <w:r>
        <w:br/>
      </w:r>
      <w:r>
        <w:rPr>
          <w:sz w:val="20"/>
        </w:rPr>
        <w:t>31:00  baad ke zamanay mein sufiyya ke asar se musalmanon mein mabni bar qalb tazkiye ka tasawwur raaij ho gaya. is tasawwur ke tehat yeh samajh liya gaya ke insaan ka qalb tamam rabbani haqiqaton ka khazana hai.</w:t>
      </w:r>
      <w:r>
        <w:br/>
      </w:r>
      <w:r>
        <w:rPr>
          <w:sz w:val="20"/>
        </w:rPr>
        <w:t>31:15  murakaba yaani meditation ke zariye is khazane tak pohncho, aur phir tum ko woh cheez hasil ho jaye gi jis ko Islam mein tazkiya kaha gaya hai.</w:t>
      </w:r>
      <w:r>
        <w:br/>
      </w:r>
      <w:r>
        <w:rPr>
          <w:sz w:val="20"/>
        </w:rPr>
        <w:t>31:27  magar mabni bar qalb yaani heart based tazkiye ka yeh tasawwur quran se makhuz na tha, balkay is ka makhuz tareekh tha.</w:t>
      </w:r>
      <w:r>
        <w:br/>
      </w:r>
      <w:r>
        <w:rPr>
          <w:sz w:val="20"/>
        </w:rPr>
        <w:t>31:38  qadeem zamanay se chounkay mabni bar qalb rohaniyat yaani heart based spirituality ka tasawwur logon ke darmiyan chala aa raha tha, us ke zer asar mazahib surah number no aayat 30 ke taur par logon ne is ko Islam mein dakhil kar diya.</w:t>
      </w:r>
      <w:r>
        <w:br/>
      </w:r>
      <w:r>
        <w:rPr>
          <w:sz w:val="20"/>
        </w:rPr>
        <w:t>31:56  jadeed science ne woh ilmi buniyad faraham kardi hai jis ke tehat islami tazkiye ko dobara mabni bar dimagh tazkiye ke taur par zinda kiya jae.</w:t>
      </w:r>
      <w:r>
        <w:br/>
      </w:r>
      <w:r>
        <w:rPr>
          <w:sz w:val="20"/>
        </w:rPr>
        <w:t>32:06  jadeed tehqiqat se yeh sabit hua hai ke insan ka qalb khoon ki gardish yaani circulation of blood ke liye sirf aik pump ka kaam karta hai.</w:t>
      </w:r>
      <w:r>
        <w:br/>
      </w:r>
      <w:r>
        <w:rPr>
          <w:sz w:val="20"/>
        </w:rPr>
        <w:t>32:17  qalb ke andar sochne ki salahiyat maujood nahi. sochne ki salahiyat tamam tar sirf dimagh mein hai.</w:t>
      </w:r>
      <w:r>
        <w:br/>
      </w:r>
      <w:r>
        <w:rPr>
          <w:sz w:val="20"/>
        </w:rPr>
        <w:t>32:25  insan ki zindagi ke tamam afaal sochne ke zariye wajood mein aate hain. tazkiye ka muamla koi mustasna muamla nahi. tazkiye ka maqsad bhi dimagh ke satah par sochne ke zariye hasil hota hai,</w:t>
      </w:r>
      <w:r>
        <w:br/>
      </w:r>
      <w:r>
        <w:rPr>
          <w:sz w:val="20"/>
        </w:rPr>
        <w:t>32:40  na ke qalb par mafroza tawajjuh dene se. qalb par tawajjuh dena itna hi zyada be buniyad hai jitna ke hasool-e-tazkiye ke liye nakhun ya baal par tawajjuh dena.</w:t>
      </w:r>
    </w:p>
    <w:p>
      <w:pPr>
        <w:pStyle w:val="Heading2"/>
      </w:pPr>
      <w:r>
        <w:t>Test of contentment in imperfect world</w:t>
      </w:r>
    </w:p>
    <w:p>
      <w:r>
        <w:rPr>
          <w:color w:val="666666"/>
          <w:sz w:val="18"/>
        </w:rPr>
        <w:t>Message on Eid Al-Adha October 27, 2012 · 3m 19s · at 12:31 · https://youtu.be/eGzAlyVEafc?t=751</w:t>
      </w:r>
    </w:p>
    <w:p>
      <w:r>
        <w:rPr>
          <w:i/>
        </w:rPr>
        <w:t>“Jo insaan is raat ko jaane woh ek contradiction mein jeena hai”</w:t>
      </w:r>
    </w:p>
    <w:p>
      <w:r>
        <w:rPr>
          <w:sz w:val="20"/>
        </w:rPr>
        <w:t>12:31  jo insaan is raat ko jaan le ke main aik, main ko aik contradiction mein jeena hai, is raat ko jaan le ke I am and idealist, but I have to live in a, in a world which is less than ideal.</w:t>
      </w:r>
      <w:r>
        <w:br/>
      </w:r>
      <w:r>
        <w:rPr>
          <w:sz w:val="20"/>
        </w:rPr>
        <w:t>12:53  jo is raat ko jaan le,</w:t>
      </w:r>
      <w:r>
        <w:br/>
      </w:r>
      <w:r>
        <w:rPr>
          <w:sz w:val="20"/>
        </w:rPr>
        <w:t>12:55  is ke liye jannat hai. dekhiye, is is ayat ka, is is yeh surah hai, is ka tarjuma yeh hai ke gawah hai anjeer o zaitoon aur toor-e-sineen aur balad-e-ameen ke insaan ko paida kiya Allah taala ne behtareen banawat ke sath, lekin phir is ko daal diya asghar safreen mein.</w:t>
      </w:r>
      <w:r>
        <w:br/>
      </w:r>
      <w:r>
        <w:rPr>
          <w:sz w:val="20"/>
        </w:rPr>
        <w:t>13:25  is mein exception in logon ka hai jo imaan laye, behtar amal kiye, to un ko phir mile ga ajr ghair mamnoon, yani ideal world.</w:t>
      </w:r>
      <w:r>
        <w:br/>
      </w:r>
      <w:r>
        <w:rPr>
          <w:sz w:val="20"/>
        </w:rPr>
        <w:t>13:39  ideal world mile ga. to is is is quran ki surah mein darasal yeh bataya gaya ke insaan ka test kya hai, real test kya hai.</w:t>
      </w:r>
      <w:r>
        <w:br/>
      </w:r>
      <w:r>
        <w:rPr>
          <w:sz w:val="20"/>
        </w:rPr>
        <w:t>13:51  real test yeh hai ke woh discover kare is baat ko.</w:t>
      </w:r>
      <w:r>
        <w:br/>
      </w:r>
      <w:r>
        <w:rPr>
          <w:sz w:val="20"/>
        </w:rPr>
        <w:t>13:55  imano ko mani ke yahan allazina amanu ko mani koi formable tor par la ilaha kehna nahi hai. is se murad hain woh log jo is sachai ko discover kar lein ke what is the creation plan of God.</w:t>
      </w:r>
      <w:r>
        <w:br/>
      </w:r>
      <w:r>
        <w:rPr>
          <w:sz w:val="20"/>
        </w:rPr>
        <w:t>14:13  is ko discover kar lein ke agarche Allah ne mujhe paida kiya idealist, mujhe jo duniya rehne ko di hai, woh hai less than ideal.</w:t>
      </w:r>
      <w:r>
        <w:br/>
      </w:r>
      <w:r>
        <w:rPr>
          <w:sz w:val="20"/>
        </w:rPr>
        <w:t>14:23  to mujhe is tarah, yani yeh jaan kar rehna hai ke mujhe fulfillment milne wala nahi hai. to contentment mein raaz hai zindagi ki kamyabi ka, more or more mein raaz nahi hai.</w:t>
      </w:r>
      <w:r>
        <w:br/>
      </w:r>
      <w:r>
        <w:rPr>
          <w:sz w:val="20"/>
        </w:rPr>
        <w:t>14:37  yeh baat Allah taala ne awwal din bhi clear kar di thi. Adam ki zindagi mein</w:t>
      </w:r>
      <w:r>
        <w:br/>
      </w:r>
      <w:r>
        <w:rPr>
          <w:sz w:val="20"/>
        </w:rPr>
        <w:t>14:43  aap jante hain ke Adam ko Allah ne paida kiya to jannat mein rakha Adam ko, lekin yeh keh diya ke aik darakht is ka tumhare liye forbidden hoga, is ka phal tum nahi kha sakte.</w:t>
      </w:r>
      <w:r>
        <w:br/>
      </w:r>
      <w:r>
        <w:rPr>
          <w:sz w:val="20"/>
        </w:rPr>
        <w:t>15:00  bas wohi cheez Adam ke liye pareshani ka sabab ban gayi. agarche aik darakht ke siwa un ko sab kuch mila hua tha, phir bhi woh tension mein rehte pad gaye.</w:t>
      </w:r>
      <w:r>
        <w:br/>
      </w:r>
      <w:r>
        <w:rPr>
          <w:sz w:val="20"/>
        </w:rPr>
        <w:t>15:13  kyun? is ko bhi unhein khana tha, is ko bhi janna tha, is ko bhi test, is ka bhi checksna tha, is kya hai woh. chunancha nateeja kya hua?</w:t>
      </w:r>
      <w:r>
        <w:br/>
      </w:r>
      <w:r>
        <w:rPr>
          <w:sz w:val="20"/>
        </w:rPr>
        <w:t>15:24  ke woh ja kar unhon ne is ka phal kha liya aur phir jannat se nikaal diye gaye. to poori jannat ya poori taskeen aadmi ko is duniya mein milne wali nahi hai.</w:t>
      </w:r>
      <w:r>
        <w:br/>
      </w:r>
      <w:r>
        <w:rPr>
          <w:sz w:val="20"/>
        </w:rPr>
        <w:t>15:36  poori jannat ya poori taskeen ya poora satisfaction ya ideal world aadmi ko mile ga sirf akhirat mein, yani jannat mein. yeh hai is message, is is surah ka.</w:t>
      </w:r>
    </w:p>
    <w:p>
      <w:pPr>
        <w:pStyle w:val="Heading2"/>
      </w:pPr>
      <w:r>
        <w:t>Stress as blessing and brainstorming</w:t>
      </w:r>
    </w:p>
    <w:p>
      <w:r>
        <w:rPr>
          <w:color w:val="666666"/>
          <w:sz w:val="18"/>
        </w:rPr>
        <w:t>Science and Spirituality | April 25, 2007 | Maulana Wahiduddin Kha · 5m 39s · at 31:19 · https://youtu.be/cStp24Ri3ps?t=1879</w:t>
      </w:r>
    </w:p>
    <w:p>
      <w:r>
        <w:rPr>
          <w:i/>
        </w:rPr>
        <w:t>“In our modern times people are living in tension in stress”</w:t>
      </w:r>
    </w:p>
    <w:p>
      <w:r>
        <w:rPr>
          <w:sz w:val="20"/>
        </w:rPr>
        <w:t>31:19  in our modern times, people are living in tension, in stress.</w:t>
      </w:r>
      <w:r>
        <w:br/>
      </w:r>
      <w:r>
        <w:rPr>
          <w:sz w:val="20"/>
        </w:rPr>
        <w:t>31:26  Modern life is a very busy life.</w:t>
      </w:r>
      <w:r>
        <w:br/>
      </w:r>
      <w:r>
        <w:rPr>
          <w:sz w:val="20"/>
        </w:rPr>
        <w:t>31:32  Every time there are problems, there are diseases, there are tensions, there are problems.</w:t>
      </w:r>
      <w:r>
        <w:br/>
      </w:r>
      <w:r>
        <w:rPr>
          <w:sz w:val="20"/>
        </w:rPr>
        <w:t>31:39  So every man and woman are living in stress, in tension.</w:t>
      </w:r>
      <w:r>
        <w:br/>
      </w:r>
      <w:r>
        <w:rPr>
          <w:sz w:val="20"/>
        </w:rPr>
        <w:t>31:46  So there are some experts, they invite you</w:t>
      </w:r>
      <w:r>
        <w:br/>
      </w:r>
      <w:r>
        <w:rPr>
          <w:sz w:val="20"/>
        </w:rPr>
        <w:t>31:52  to come to our office and we will, we have an art, we have, we are experts of de-stressing. We will de-stress your, we will de-stress your stressing. So they are experts of de-stressing. And what is de, what is this de-stressing? It is, it is a,</w:t>
      </w:r>
      <w:r>
        <w:br/>
      </w:r>
      <w:r>
        <w:rPr>
          <w:sz w:val="20"/>
        </w:rPr>
        <w:t>32:22  it is, it is like psychological killing.</w:t>
      </w:r>
      <w:r>
        <w:br/>
      </w:r>
      <w:r>
        <w:rPr>
          <w:sz w:val="20"/>
        </w:rPr>
        <w:t>32:28  If you join these institutions, you, if you seek help from these experts, they will tell you, stop</w:t>
      </w:r>
      <w:r>
        <w:br/>
      </w:r>
      <w:r>
        <w:rPr>
          <w:sz w:val="20"/>
        </w:rPr>
        <w:t>32:34  thinking, stop the thinking process.</w:t>
      </w:r>
      <w:r>
        <w:br/>
      </w:r>
      <w:r>
        <w:rPr>
          <w:sz w:val="20"/>
        </w:rPr>
        <w:t>32:40  And then there is no stress, there is no tension.</w:t>
      </w:r>
      <w:r>
        <w:br/>
      </w:r>
      <w:r>
        <w:rPr>
          <w:sz w:val="20"/>
        </w:rPr>
        <w:t>32:47  Is it a solution?</w:t>
      </w:r>
      <w:r>
        <w:br/>
      </w:r>
      <w:r>
        <w:rPr>
          <w:sz w:val="20"/>
        </w:rPr>
        <w:t>32:53  Is it saying like that, take poison and there is no tension?</w:t>
      </w:r>
      <w:r>
        <w:br/>
      </w:r>
      <w:r>
        <w:rPr>
          <w:sz w:val="20"/>
        </w:rPr>
        <w:t>33:00  It is a psychological killing.</w:t>
      </w:r>
      <w:r>
        <w:br/>
      </w:r>
      <w:r>
        <w:rPr>
          <w:sz w:val="20"/>
        </w:rPr>
        <w:t>33:08  So I would like to say this, that science shows us the way.</w:t>
      </w:r>
      <w:r>
        <w:br/>
      </w:r>
      <w:r>
        <w:rPr>
          <w:sz w:val="20"/>
        </w:rPr>
        <w:t>33:15  And that is, avail your intellectual capacity, avail</w:t>
      </w:r>
      <w:r>
        <w:br/>
      </w:r>
      <w:r>
        <w:rPr>
          <w:sz w:val="20"/>
        </w:rPr>
        <w:t>33:23  all those, all those particles God has created for you. Then if you, if you use your mind, if you, if you use your mind and try to understand on an intellectual level, a mind-based Spirituality means trying to understand the things on an intellectual level, tr</w:t>
      </w:r>
      <w:r>
        <w:br/>
      </w:r>
      <w:r>
        <w:rPr>
          <w:sz w:val="20"/>
        </w:rPr>
        <w:t>33:53  ying to explain the things on an intellectual level.</w:t>
      </w:r>
      <w:r>
        <w:br/>
      </w:r>
      <w:r>
        <w:rPr>
          <w:sz w:val="20"/>
        </w:rPr>
        <w:t>34:01  So if you try to explain this phenomenon, that is stress or tension, on an intellectual level, you</w:t>
      </w:r>
      <w:r>
        <w:br/>
      </w:r>
      <w:r>
        <w:rPr>
          <w:sz w:val="20"/>
        </w:rPr>
        <w:t>34:09  will discover a great thing.</w:t>
      </w:r>
      <w:r>
        <w:br/>
      </w:r>
      <w:r>
        <w:rPr>
          <w:sz w:val="20"/>
        </w:rPr>
        <w:t>34:17  And this, this also has already, this is also a discovery of science.</w:t>
      </w:r>
      <w:r>
        <w:br/>
      </w:r>
      <w:r>
        <w:rPr>
          <w:sz w:val="20"/>
        </w:rPr>
        <w:t>34:25  Science has discovered that when man faces some challenges, there is a brainstorm in his mind.</w:t>
      </w:r>
      <w:r>
        <w:br/>
      </w:r>
      <w:r>
        <w:rPr>
          <w:sz w:val="20"/>
        </w:rPr>
        <w:t>34:31  When we face challenges, when we, when we face some big problems, then there is a, there is</w:t>
      </w:r>
      <w:r>
        <w:br/>
      </w:r>
      <w:r>
        <w:rPr>
          <w:sz w:val="20"/>
        </w:rPr>
        <w:t>34:37  a brainstorm in our, in our mind.</w:t>
      </w:r>
      <w:r>
        <w:br/>
      </w:r>
      <w:r>
        <w:rPr>
          <w:sz w:val="20"/>
        </w:rPr>
        <w:t>34:43  And what is this brainstorm?</w:t>
      </w:r>
      <w:r>
        <w:br/>
      </w:r>
      <w:r>
        <w:rPr>
          <w:sz w:val="20"/>
        </w:rPr>
        <w:t>34:49  According to scientific discov</w:t>
      </w:r>
      <w:r>
        <w:br/>
      </w:r>
      <w:r>
        <w:rPr>
          <w:sz w:val="20"/>
        </w:rPr>
        <w:t>34:55  eries, I am explaining the scientific Spirituality.</w:t>
      </w:r>
      <w:r>
        <w:br/>
      </w:r>
      <w:r>
        <w:rPr>
          <w:sz w:val="20"/>
        </w:rPr>
        <w:t>35:02  This is scientific Spirituality.</w:t>
      </w:r>
      <w:r>
        <w:br/>
      </w:r>
      <w:r>
        <w:rPr>
          <w:sz w:val="20"/>
        </w:rPr>
        <w:t>35:10  So according to scientific discovery, when there is brainstorming, it is a blessing in disguise for you. Why?</w:t>
      </w:r>
      <w:r>
        <w:br/>
      </w:r>
      <w:r>
        <w:rPr>
          <w:sz w:val="20"/>
        </w:rPr>
        <w:t>35:17  Because brainstorming activates your, your mind. It activates</w:t>
      </w:r>
      <w:r>
        <w:br/>
      </w:r>
      <w:r>
        <w:rPr>
          <w:sz w:val="20"/>
        </w:rPr>
        <w:t>35:25  all those particles, living particles.</w:t>
      </w:r>
      <w:r>
        <w:br/>
      </w:r>
      <w:r>
        <w:rPr>
          <w:sz w:val="20"/>
        </w:rPr>
        <w:t>35:33  So without brainstorming, your, your, your, your mind cannot, cannot be activated.</w:t>
      </w:r>
      <w:r>
        <w:br/>
      </w:r>
      <w:r>
        <w:rPr>
          <w:sz w:val="20"/>
        </w:rPr>
        <w:t>35:40  It lives in a dormant position.</w:t>
      </w:r>
      <w:r>
        <w:br/>
      </w:r>
      <w:r>
        <w:rPr>
          <w:sz w:val="20"/>
        </w:rPr>
        <w:t>35:48  So it is, it is the law of nature. It is</w:t>
      </w:r>
      <w:r>
        <w:br/>
      </w:r>
      <w:r>
        <w:rPr>
          <w:sz w:val="20"/>
        </w:rPr>
        <w:t>35:55  , it is a natural method to activate your mind.</w:t>
      </w:r>
      <w:r>
        <w:br/>
      </w:r>
      <w:r>
        <w:rPr>
          <w:sz w:val="20"/>
        </w:rPr>
        <w:t>36:06  Nature, this kind of brainstorming is a method of nature only to activate your mind.</w:t>
      </w:r>
      <w:r>
        <w:br/>
      </w:r>
      <w:r>
        <w:rPr>
          <w:sz w:val="20"/>
        </w:rPr>
        <w:t>36:16  And when your mind is activated, then it means that you are able to think, you are able to understand</w:t>
      </w:r>
      <w:r>
        <w:br/>
      </w:r>
      <w:r>
        <w:rPr>
          <w:sz w:val="20"/>
        </w:rPr>
        <w:t>36:27  , you are understandable, you are able to explain.</w:t>
      </w:r>
      <w:r>
        <w:br/>
      </w:r>
      <w:r>
        <w:rPr>
          <w:sz w:val="20"/>
        </w:rPr>
        <w:t>36:37  Here I would like to add one point that there are millions, billions of people who are engaged</w:t>
      </w:r>
      <w:r>
        <w:br/>
      </w:r>
      <w:r>
        <w:rPr>
          <w:sz w:val="20"/>
        </w:rPr>
        <w:t>36:48  in Spirituality, but no Spiritual person was able to produce a masterpiece,</w:t>
      </w:r>
    </w:p>
    <w:p>
      <w:pPr>
        <w:pStyle w:val="Heading2"/>
      </w:pPr>
      <w:r>
        <w:t>Quran's style requires reflection for intellectual growth</w:t>
      </w:r>
    </w:p>
    <w:p>
      <w:r>
        <w:rPr>
          <w:color w:val="666666"/>
          <w:sz w:val="18"/>
        </w:rPr>
        <w:t>Message on Eid Al-Adha October 27, 2012 · 5m 46s · at 31:24 · https://youtu.be/eGzAlyVEafc?t=1884</w:t>
      </w:r>
    </w:p>
    <w:p>
      <w:r>
        <w:rPr>
          <w:i/>
        </w:rPr>
        <w:t>“Quran mein kisi bhi page mein message mil jaega”</w:t>
      </w:r>
    </w:p>
    <w:p>
      <w:r>
        <w:rPr>
          <w:sz w:val="20"/>
        </w:rPr>
        <w:t>31:24  quran mein aik khaas baat yeh hai ke kisi bhi page ko aap parhen to quran ka message aap is mein pa len ge. aap aisa nahi ke sara quran shuru se akhir tak parhen, tab aap ko quran ka message mil e.</w:t>
      </w:r>
      <w:r>
        <w:br/>
      </w:r>
      <w:r>
        <w:rPr>
          <w:sz w:val="20"/>
        </w:rPr>
        <w:t>31:39  aap ko jaise aik kahani hoti hai, aik novel hoti hai, aik story hoti hai, to aap ko A se Z tak parhna parta hai. jab tak aap A se Z tak na parhen, tab tak aap kuch samajh nahi paate.</w:t>
      </w:r>
      <w:r>
        <w:br/>
      </w:r>
      <w:r>
        <w:rPr>
          <w:sz w:val="20"/>
        </w:rPr>
        <w:t>31:54  quran is andaaz ki kitaab nahi hai. quran mein aisa usloob hai ke koi bhi page aap kholen, aik page ko aap parhen, usi mein aap ko quran ka message mil jaye ga.</w:t>
      </w:r>
      <w:r>
        <w:br/>
      </w:r>
      <w:r>
        <w:rPr>
          <w:sz w:val="20"/>
        </w:rPr>
        <w:t>32:10  to yeh jo surah hai, choti si surah hai, bilkul yani adhe page mein hai quran ke, adhe page mein isi mein poora, poora message quran ka maujood hai.</w:t>
      </w:r>
      <w:r>
        <w:br/>
      </w:r>
      <w:r>
        <w:rPr>
          <w:sz w:val="20"/>
        </w:rPr>
        <w:t>32:21  lekin dekhiye, quran ka jo gehra mafhoom hai, woh aap sirf translation se nahi pa sakte.</w:t>
      </w:r>
      <w:r>
        <w:br/>
      </w:r>
      <w:r>
        <w:rPr>
          <w:sz w:val="20"/>
        </w:rPr>
        <w:t>32:31  aap kyunke quran mein khud yeh hai ke ke quran utara hum ne is liye ke log is ki ayat on par tadabbur karen.</w:t>
      </w:r>
      <w:r>
        <w:br/>
      </w:r>
      <w:r>
        <w:rPr>
          <w:sz w:val="20"/>
        </w:rPr>
        <w:t>32:42  l Yadabbaru Ayat-e</w:t>
      </w:r>
      <w:r>
        <w:br/>
      </w:r>
      <w:r>
        <w:rPr>
          <w:sz w:val="20"/>
        </w:rPr>
        <w:t>32:46  l Yadabbaru Ayat-e yani quran utara gaya is liye ke log is par tadabbur karen. to tadabbur jo hai, kis par karna parta hai? tarjuma ka.</w:t>
      </w:r>
      <w:r>
        <w:br/>
      </w:r>
      <w:r>
        <w:rPr>
          <w:sz w:val="20"/>
        </w:rPr>
        <w:t>32:55  tarjume mein tadabbur karne ka koi sawal hi nahi hai. translation to bas aap parh lijiy e, aise hi simple tareeqe se.</w:t>
      </w:r>
      <w:r>
        <w:br/>
      </w:r>
      <w:r>
        <w:rPr>
          <w:sz w:val="20"/>
        </w:rPr>
        <w:t>33:03  lekin tadabbur yani</w:t>
      </w:r>
      <w:r>
        <w:br/>
      </w:r>
      <w:r>
        <w:rPr>
          <w:sz w:val="20"/>
        </w:rPr>
        <w:t>33:10  is mein ghore o fikr jab karna parta hai, jab ke is mein translation ke bayan kuch matlab is ke is mein ho.</w:t>
      </w:r>
      <w:r>
        <w:br/>
      </w:r>
      <w:r>
        <w:rPr>
          <w:sz w:val="20"/>
        </w:rPr>
        <w:t>33:23  translation se zyada is ka kuch, is ko is mein kuch matlab ho. to agarch e quran ke har safhe mein poori baat aap ko mil jati hai, lekin woh milti hai kab?</w:t>
      </w:r>
      <w:r>
        <w:br/>
      </w:r>
      <w:r>
        <w:rPr>
          <w:sz w:val="20"/>
        </w:rPr>
        <w:t>33:38  jab aap tadabbur karen, jab aap ghore o fikr karen.</w:t>
      </w:r>
      <w:r>
        <w:br/>
      </w:r>
      <w:r>
        <w:rPr>
          <w:sz w:val="20"/>
        </w:rPr>
        <w:t>33:42  sirf translation se aap nahi pa sakte is ko. to abhi jo hamare paas jo quran ki tafsir en hain, woh tafsir en likhi gai theen zyada tar shan e nuzool par base karte hue.</w:t>
      </w:r>
      <w:r>
        <w:br/>
      </w:r>
      <w:r>
        <w:rPr>
          <w:sz w:val="20"/>
        </w:rPr>
        <w:t>34:01  shan e nuzool par base karte hue yani bar waqt jo wajah thi is ayat ke utarne ki, is ko kehte hain shan e nuzool ya sabab e nuzool.</w:t>
      </w:r>
      <w:r>
        <w:br/>
      </w:r>
      <w:r>
        <w:rPr>
          <w:sz w:val="20"/>
        </w:rPr>
        <w:t>34:13  to is ko le kar tafsir en likhi gai hain zyada tar.</w:t>
      </w:r>
      <w:r>
        <w:br/>
      </w:r>
      <w:r>
        <w:rPr>
          <w:sz w:val="20"/>
        </w:rPr>
        <w:t>34:17  to aaj ka insaan jab parhta hai in tafsir on ko to is mein kuch is ko food nahi milta, food nahi milta.</w:t>
      </w:r>
      <w:r>
        <w:br/>
      </w:r>
      <w:r>
        <w:rPr>
          <w:sz w:val="20"/>
        </w:rPr>
        <w:t>34:25  isi liye main yeh, main yeh kaha karta hoon ke jo tafsir en hain quran ki, jo tafsir en likhi gai hain, jo is hadith ki sharahen likhi gai hain, woh hamare classics ka bohat zabardast hissa hain.</w:t>
      </w:r>
      <w:r>
        <w:br/>
      </w:r>
      <w:r>
        <w:rPr>
          <w:sz w:val="20"/>
        </w:rPr>
        <w:t>34:44  woh haqeeqat mein classical literature hain hamare yani islam ka. islam ka classical literature woh bohat hi important hai, is mein koi shakk nahi.</w:t>
      </w:r>
      <w:r>
        <w:br/>
      </w:r>
      <w:r>
        <w:rPr>
          <w:sz w:val="20"/>
        </w:rPr>
        <w:t>34:54  lekin woh kafi nahi hai, woh kafi nahi hai. classical literature bunyadi literature hota hai, lekin woh kafi nahi hota.</w:t>
      </w:r>
      <w:r>
        <w:br/>
      </w:r>
      <w:r>
        <w:rPr>
          <w:sz w:val="20"/>
        </w:rPr>
        <w:t>35:04  aap ko phir sochna parta hai.</w:t>
      </w:r>
      <w:r>
        <w:br/>
      </w:r>
      <w:r>
        <w:rPr>
          <w:sz w:val="20"/>
        </w:rPr>
        <w:t>35:09  to yeh jo quran ka andaaz hai ke is ko sochna parta hai janne ke liye, is ka aik aur pehlu hai ke woh aap ko zariya ban jata hai intellectual development ka.</w:t>
      </w:r>
      <w:r>
        <w:br/>
      </w:r>
      <w:r>
        <w:rPr>
          <w:sz w:val="20"/>
        </w:rPr>
        <w:t>35:22  agar sochna na paray to phir intellectual development bhi na ho. maslan aap dekhiye, aap ko main tajurba batata hoon.</w:t>
      </w:r>
      <w:r>
        <w:br/>
      </w:r>
      <w:r>
        <w:rPr>
          <w:sz w:val="20"/>
        </w:rPr>
        <w:t>35:33  jo log novel bohat parhte hain, kahaniyan bohat parhte hain, un se aap miliye.</w:t>
      </w:r>
      <w:r>
        <w:br/>
      </w:r>
      <w:r>
        <w:rPr>
          <w:sz w:val="20"/>
        </w:rPr>
        <w:t>35:39  main bohat se logon se mila hoon jo bohat kahaniyan parhte hain, bohat novel parhte hain. main ne paya hai ke un ke andar kuch bhi intellectual development nahi hai.</w:t>
      </w:r>
      <w:r>
        <w:br/>
      </w:r>
      <w:r>
        <w:rPr>
          <w:sz w:val="20"/>
        </w:rPr>
        <w:t>35:54  yani so so novel, so so kahaniyan parhne walon se mila main, lekin main ne paya hai ke kuch bhi intellectual development un ke andar nahi.</w:t>
      </w:r>
      <w:r>
        <w:br/>
      </w:r>
      <w:r>
        <w:rPr>
          <w:sz w:val="20"/>
        </w:rPr>
        <w:t>36:04  kyun? novel ya kahani aap ko sochne ke liye kuch matter nahi deti. woh to ek kahani hai, parhte jaiye, parhte jaiye, parhte jaiye.</w:t>
      </w:r>
      <w:r>
        <w:br/>
      </w:r>
      <w:r>
        <w:rPr>
          <w:sz w:val="20"/>
        </w:rPr>
        <w:t>36:14  is mein sochne ki koi baat nahi hai, tadabbur karne ki koi baat nahi hai, contemplation ki koi baat nahi hai.</w:t>
      </w:r>
      <w:r>
        <w:br/>
      </w:r>
      <w:r>
        <w:rPr>
          <w:sz w:val="20"/>
        </w:rPr>
        <w:t>36:25  to novel aur story jo hoti hai, waqt pass karne ke liye to bohat acha hai, lekin is mein intellectual development nahi ho sakta hai.</w:t>
      </w:r>
      <w:r>
        <w:br/>
      </w:r>
      <w:r>
        <w:rPr>
          <w:sz w:val="20"/>
        </w:rPr>
        <w:t>36:35  aap ka intellectual development hoga aisi kitab se jo aap ko tadabbur kare, majboor kare, ghor o fikr par majboor kare, jo jo aap se kahe ke socho, socho, socho,</w:t>
      </w:r>
      <w:r>
        <w:br/>
      </w:r>
      <w:r>
        <w:rPr>
          <w:sz w:val="20"/>
        </w:rPr>
        <w:t>36:51  soch ke is ke mani nikalo.</w:t>
      </w:r>
      <w:r>
        <w:br/>
      </w:r>
      <w:r>
        <w:rPr>
          <w:sz w:val="20"/>
        </w:rPr>
        <w:t>36:54  to sochenge jab aap to aap ki creativity barhegi, creativity barhegi, nai nai baatein aap ki zuban mein aayengi, aur is tarah se aap ka intellectual development hoga.</w:t>
      </w:r>
    </w:p>
    <w:p>
      <w:pPr>
        <w:pStyle w:val="Heading2"/>
      </w:pPr>
      <w:r>
        <w:t>Two methods of da'wah and a final call to be hate-free</w:t>
      </w:r>
    </w:p>
    <w:p>
      <w:r>
        <w:rPr>
          <w:color w:val="666666"/>
          <w:sz w:val="18"/>
        </w:rPr>
        <w:t>Divine Personality April 2, 2014 Maulana Wahiduddin Khan · 4m 17s · at 26:59 · https://youtu.be/4F-V__KFzpA?t=1619</w:t>
      </w:r>
    </w:p>
    <w:p>
      <w:r>
        <w:rPr>
          <w:i/>
        </w:rPr>
        <w:t>“There are two levels of da'wah.”</w:t>
      </w:r>
    </w:p>
    <w:p>
      <w:r>
        <w:rPr>
          <w:sz w:val="20"/>
        </w:rPr>
        <w:t>26:59  Then I would like to say that there are two levels of da'wah. There are two levels of da'wah.</w:t>
      </w:r>
      <w:r>
        <w:br/>
      </w:r>
      <w:r>
        <w:rPr>
          <w:sz w:val="20"/>
        </w:rPr>
        <w:t>27:10  The easiest way, the easiest method of da'wah is that we are living in the age of printing press.</w:t>
      </w:r>
      <w:r>
        <w:br/>
      </w:r>
      <w:r>
        <w:rPr>
          <w:sz w:val="20"/>
        </w:rPr>
        <w:t>27:20  There are</w:t>
      </w:r>
      <w:r>
        <w:br/>
      </w:r>
      <w:r>
        <w:rPr>
          <w:sz w:val="20"/>
        </w:rPr>
        <w:t>27:25  translations of the Qur'an in printed form. There are books on Islam. There are Islamic teach</w:t>
      </w:r>
      <w:r>
        <w:br/>
      </w:r>
      <w:r>
        <w:rPr>
          <w:sz w:val="20"/>
        </w:rPr>
        <w:t>27:34  ers. So you have to keep all these things in your pocket, in your bag. And every time you meet someone you can present him as a spiritual gift.</w:t>
      </w:r>
      <w:r>
        <w:br/>
      </w:r>
      <w:r>
        <w:rPr>
          <w:sz w:val="20"/>
        </w:rPr>
        <w:t>27:50  So this is the easiest way of da'wah. And you have to keep these teachers in your pocket, in your bag and present it to other people when you meet them.</w:t>
      </w:r>
      <w:r>
        <w:br/>
      </w:r>
      <w:r>
        <w:rPr>
          <w:sz w:val="20"/>
        </w:rPr>
        <w:t>28:14  So this is the easiest way of da'wah. But there is the other level of da'wah in which you involve yourself in da'wah work.</w:t>
      </w:r>
      <w:r>
        <w:br/>
      </w:r>
      <w:r>
        <w:rPr>
          <w:sz w:val="20"/>
        </w:rPr>
        <w:t>28:29  You discuss, you</w:t>
      </w:r>
      <w:r>
        <w:br/>
      </w:r>
      <w:r>
        <w:rPr>
          <w:sz w:val="20"/>
        </w:rPr>
        <w:t>28:35  interact and during this discussion and interaction there are so many new questions. There are new aspects of new areas of knowledge.</w:t>
      </w:r>
      <w:r>
        <w:br/>
      </w:r>
      <w:r>
        <w:rPr>
          <w:sz w:val="20"/>
        </w:rPr>
        <w:t>28:51  So if you are sincere that will boost your</w:t>
      </w:r>
      <w:r>
        <w:br/>
      </w:r>
      <w:r>
        <w:rPr>
          <w:sz w:val="20"/>
        </w:rPr>
        <w:t>29:02  spirit of</w:t>
      </w:r>
      <w:r>
        <w:br/>
      </w:r>
      <w:r>
        <w:rPr>
          <w:sz w:val="20"/>
        </w:rPr>
        <w:t>29:09  learning. So every day you can develop your mind by this way.</w:t>
      </w:r>
      <w:r>
        <w:br/>
      </w:r>
      <w:r>
        <w:rPr>
          <w:sz w:val="20"/>
        </w:rPr>
        <w:t>29:19  So I would say that</w:t>
      </w:r>
      <w:r>
        <w:br/>
      </w:r>
      <w:r>
        <w:rPr>
          <w:sz w:val="20"/>
        </w:rPr>
        <w:t>29:24  especially those people who are living in the West they must abandon all kinds of hate. Without making yourself free of hate you cannot do da'wah work.</w:t>
      </w:r>
      <w:r>
        <w:br/>
      </w:r>
      <w:r>
        <w:rPr>
          <w:sz w:val="20"/>
        </w:rPr>
        <w:t>29:39  Because all the Muslims hate Western people. These people cannot do da'wah work. Because you have to be well-wisher you have to make da'wah.</w:t>
      </w:r>
      <w:r>
        <w:br/>
      </w:r>
      <w:r>
        <w:rPr>
          <w:sz w:val="20"/>
        </w:rPr>
        <w:t>29:52  You have to listen to their point with patience.</w:t>
      </w:r>
      <w:r>
        <w:br/>
      </w:r>
      <w:r>
        <w:rPr>
          <w:sz w:val="20"/>
        </w:rPr>
        <w:t>29:59  All these things require compassion, well-wishing. So this is a very important condition that you must be hate-free towards your Madhu.</w:t>
      </w:r>
      <w:r>
        <w:br/>
      </w:r>
      <w:r>
        <w:rPr>
          <w:sz w:val="20"/>
        </w:rPr>
        <w:t>30:18  Then if you have no time you have to adopt the method of distribution.</w:t>
      </w:r>
      <w:r>
        <w:br/>
      </w:r>
      <w:r>
        <w:rPr>
          <w:sz w:val="20"/>
        </w:rPr>
        <w:t>30:28  And if you have time you can involve yourself in discussion, in interaction and thus you can improve your, you can develop your personality.</w:t>
      </w:r>
      <w:r>
        <w:br/>
      </w:r>
      <w:r>
        <w:rPr>
          <w:sz w:val="20"/>
        </w:rPr>
        <w:t>30:47  Assalamu Alaikum Warahmatullah.</w:t>
      </w:r>
    </w:p>
    <w:p>
      <w:pPr>
        <w:pStyle w:val="Heading2"/>
      </w:pPr>
      <w:r>
        <w:t>Understanding true Islam through personal journey</w:t>
      </w:r>
    </w:p>
    <w:p>
      <w:r>
        <w:rPr>
          <w:color w:val="666666"/>
          <w:sz w:val="18"/>
        </w:rPr>
        <w:t>Interaction with German Delegation January 4, 2020 · 5m 11s · at 6:21 · https://youtu.be/eWcszNLZK1U?t=381</w:t>
      </w:r>
    </w:p>
    <w:p>
      <w:r>
        <w:rPr>
          <w:i/>
        </w:rPr>
        <w:t>“Was I a proponent of a religion which was sanctioning violence?”</w:t>
      </w:r>
    </w:p>
    <w:p>
      <w:r>
        <w:rPr>
          <w:sz w:val="20"/>
        </w:rPr>
        <w:t>6:21  And that led me to study, and which is when I stumbled upon Maulana Waiduddin Khan's writings. And you'reright that we often refer back to the classical scriptures of Islam, which is the Quran and Hadith.</w:t>
      </w:r>
      <w:r>
        <w:br/>
      </w:r>
      <w:r>
        <w:rPr>
          <w:sz w:val="20"/>
        </w:rPr>
        <w:t>6:38  And there is a very important thing that Maulana says. He says that we must differentiate between Islam and Muslims. And that is really where I got my answer because I could also see Muslims around doing completely different things which I never thought was Islam.</w:t>
      </w:r>
      <w:r>
        <w:br/>
      </w:r>
      <w:r>
        <w:rPr>
          <w:sz w:val="20"/>
        </w:rPr>
        <w:t>6:55  And here, when you read Islam, you realize that, no, it is completely different. So the only answer that and I'm sharing what I found was that Muslims do not understand Islam.</w:t>
      </w:r>
      <w:r>
        <w:br/>
      </w:r>
      <w:r>
        <w:rPr>
          <w:sz w:val="20"/>
        </w:rPr>
        <w:t>7:07  So today, the Muslim population that we have, by and large, they do not have the idea of what Islam means. And that is largely either stemming out of their own lack of study, lack of misinterpretation.</w:t>
      </w:r>
      <w:r>
        <w:br/>
      </w:r>
      <w:r>
        <w:rPr>
          <w:sz w:val="20"/>
        </w:rPr>
        <w:t>7:18  There can be several factors attributed to it. But that's what I would like to concisely say, and maybe Ampa and Mariya can add on to that. I'll go point-wise because you made a number of</w:t>
      </w:r>
      <w:r>
        <w:br/>
      </w:r>
      <w:r>
        <w:rPr>
          <w:sz w:val="20"/>
        </w:rPr>
        <w:t>7:30  points. The first point was about equality, lack of equality between men and women. You see that there is no equality. So I will say that that is not really a result of Islam.</w:t>
      </w:r>
      <w:r>
        <w:br/>
      </w:r>
      <w:r>
        <w:rPr>
          <w:sz w:val="20"/>
        </w:rPr>
        <w:t>7:41  It's a result of Muslim culture.</w:t>
      </w:r>
      <w:r>
        <w:br/>
      </w:r>
      <w:r>
        <w:rPr>
          <w:sz w:val="20"/>
        </w:rPr>
        <w:t>7:44  Muslim societies generally do not favor education for their females, for their women, although Islam believes a lot in education for women.</w:t>
      </w:r>
      <w:r>
        <w:br/>
      </w:r>
      <w:r>
        <w:rPr>
          <w:sz w:val="20"/>
        </w:rPr>
        <w:t>7:53  So there are many other Muslim societies where women are educated, and you will see that they are involved in every field of life. So it is actually a matter of education, not a matter of Islam, lack of equality that Islam gives.</w:t>
      </w:r>
      <w:r>
        <w:br/>
      </w:r>
      <w:r>
        <w:rPr>
          <w:sz w:val="20"/>
        </w:rPr>
        <w:t>8:07  The second point, you said that there is a lot of war and conflict in the Muslim</w:t>
      </w:r>
      <w:r>
        <w:br/>
      </w:r>
      <w:r>
        <w:rPr>
          <w:sz w:val="20"/>
        </w:rPr>
        <w:t>8:11  world. But it's important to understand that when you study these wars and conflict, you will realize that these are generally fought for political reasons, political interests of different countries, and they give it the name of Islam.</w:t>
      </w:r>
      <w:r>
        <w:br/>
      </w:r>
      <w:r>
        <w:rPr>
          <w:sz w:val="20"/>
        </w:rPr>
        <w:t>8:25  And I was reading very recently that there was a Muslim leader, a prime minister of a Muslim country who was explicitly a secular person.</w:t>
      </w:r>
      <w:r>
        <w:br/>
      </w:r>
      <w:r>
        <w:rPr>
          <w:sz w:val="20"/>
        </w:rPr>
        <w:t>8:33  But when he waged war with another country, he started using Islam to mobilize the masses. So that's a misuse of Islam.</w:t>
      </w:r>
      <w:r>
        <w:br/>
      </w:r>
      <w:r>
        <w:rPr>
          <w:sz w:val="20"/>
        </w:rPr>
        <w:t>8:41  Another point that I want to make is that you said that we are defending Islam. I don't think that we are defending Islam. I think there is a massive misinterpretation, a political negative interpretation of Islam.</w:t>
      </w:r>
      <w:r>
        <w:br/>
      </w:r>
      <w:r>
        <w:rPr>
          <w:sz w:val="20"/>
        </w:rPr>
        <w:t>8:54  Since you live in the Western country, you would know that there are so many Muslims who go about giving hate-filled, inflammatory speeches against the West, and they radicalize the masses, the Muslim masses.</w:t>
      </w:r>
      <w:r>
        <w:br/>
      </w:r>
      <w:r>
        <w:rPr>
          <w:sz w:val="20"/>
        </w:rPr>
        <w:t>9:06  So what we as an organization are trying to do, we are trying to counter that</w:t>
      </w:r>
      <w:r>
        <w:br/>
      </w:r>
      <w:r>
        <w:rPr>
          <w:sz w:val="20"/>
        </w:rPr>
        <w:t>9:10  . We are trying to give them a positive spiritual interpretation of Islam. So we are doing the work of deradicalization. We're changing the mindset of Muslims.</w:t>
      </w:r>
      <w:r>
        <w:br/>
      </w:r>
      <w:r>
        <w:rPr>
          <w:sz w:val="20"/>
        </w:rPr>
        <w:t>9:19  The third point that you said, that whenever Islam is a minority religion, it's peaceful. It's a majority religion, it's not peaceful. Now, that goes back to the I think you have to go into Islamic jurisprudence, Muslim jurisprudence, which developed much after the Prophet's death</w:t>
      </w:r>
      <w:r>
        <w:br/>
      </w:r>
      <w:r>
        <w:rPr>
          <w:sz w:val="20"/>
        </w:rPr>
        <w:t>9:37  . And it developed in a period when Muslims were politically dominant. So many things in that jurisprudence are actually not according to Islam.</w:t>
      </w:r>
      <w:r>
        <w:br/>
      </w:r>
      <w:r>
        <w:rPr>
          <w:sz w:val="20"/>
        </w:rPr>
        <w:t>9:47  For example, I mentioned that the world is divided between Darul Islam and Darul Haq. But that principle is no longer valid because even in a Western country, you have all the freedom to propagate and to live by Islam.</w:t>
      </w:r>
      <w:r>
        <w:br/>
      </w:r>
      <w:r>
        <w:rPr>
          <w:sz w:val="20"/>
        </w:rPr>
        <w:t>10:01  So we have to abandon those principles of Muslim jurisprudence.</w:t>
      </w:r>
      <w:r>
        <w:br/>
      </w:r>
      <w:r>
        <w:rPr>
          <w:sz w:val="20"/>
        </w:rPr>
        <w:t>10:06  Secondly, you said there's no peaceful coexistence between Muslims and other communities. But maybe this is a recent phenomena due to the political interpretation of Islam</w:t>
      </w:r>
      <w:r>
        <w:br/>
      </w:r>
      <w:r>
        <w:rPr>
          <w:sz w:val="20"/>
        </w:rPr>
        <w:t>10:15  . If you go back in history, in Islamic history, when the Muslims moved forward from Arabia where it started and they went into Syria, Egypt, Iraq, Iran, the subject populations were allowed to retain their culture, their tradition, their religion.</w:t>
      </w:r>
      <w:r>
        <w:br/>
      </w:r>
      <w:r>
        <w:rPr>
          <w:sz w:val="20"/>
        </w:rPr>
        <w:t>10:30  They were not asked to convert en masse, and they were not coerced or forced into the Islamic religion. So we have a very good example of Muslims being rulers, being the majority,</w:t>
      </w:r>
      <w:r>
        <w:br/>
      </w:r>
      <w:r>
        <w:rPr>
          <w:sz w:val="20"/>
        </w:rPr>
        <w:t>10:44  being the being the emperors, allowing the subject populations or minority, as you said, to continue in their religion, to continue in their beliefs and their fa</w:t>
      </w:r>
      <w:r>
        <w:br/>
      </w:r>
      <w:r>
        <w:rPr>
          <w:sz w:val="20"/>
        </w:rPr>
        <w:t>10:54  ith. So I think it's very important to educate not only others but Muslims about Islam. I myself, as Razia was saying, that she didn't know so many things about Islam.</w:t>
      </w:r>
      <w:r>
        <w:br/>
      </w:r>
      <w:r>
        <w:rPr>
          <w:sz w:val="20"/>
        </w:rPr>
        <w:t>11:05  Even I didn't know. I may have not been actively violent, but passively, I believed in the idea of armed jihad, idea of violence.</w:t>
      </w:r>
      <w:r>
        <w:br/>
      </w:r>
      <w:r>
        <w:rPr>
          <w:sz w:val="20"/>
        </w:rPr>
        <w:t>11:14  It's only after reading, after studying and educating myself was I able to understand what Islam truly stands for</w:t>
      </w:r>
      <w:r>
        <w:br/>
      </w:r>
      <w:r>
        <w:rPr>
          <w:sz w:val="20"/>
        </w:rPr>
        <w:t>11:21  . I would like to address I like your work, and I think it's very important. And maybe it's not the majority in Islam, but it's an important part of it.</w:t>
      </w:r>
    </w:p>
    <w:p>
      <w:pPr>
        <w:pStyle w:val="Heading2"/>
      </w:pPr>
      <w:r>
        <w:t>Hypocrisy and need for self-accountability</w:t>
      </w:r>
    </w:p>
    <w:p>
      <w:r>
        <w:rPr>
          <w:color w:val="666666"/>
          <w:sz w:val="18"/>
        </w:rPr>
        <w:t>Dars-e-Quran, Chapter 2,  Vs 7-19 | July 26,  2015 · 5m 34s · at 12:59 · https://youtu.be/O71wvnrbnXU?t=779</w:t>
      </w:r>
    </w:p>
    <w:p>
      <w:r>
        <w:rPr>
          <w:i/>
        </w:rPr>
        <w:t>“A person in hypocrisy has no awareness of it.”</w:t>
      </w:r>
    </w:p>
    <w:p>
      <w:r>
        <w:rPr>
          <w:sz w:val="20"/>
        </w:rPr>
        <w:t>12:59  or karte hue meri samaj mein ek baat aati hai ke jo aadmi nifaq ki halat mein ho us ko apne nifaq ka sho'oor nahin hota. sho'oor nahin hota. is barabar is mein woh isi par qaim rehta hai. woh is se tauba nahin karta.</w:t>
      </w:r>
      <w:r>
        <w:br/>
      </w:r>
      <w:r>
        <w:rPr>
          <w:sz w:val="20"/>
        </w:rPr>
        <w:t>13:29  to shaoor kyon nahin hota? dekhen shaoor ek aisi cheez hai jo jo yaani qasdan aap is par</w:t>
      </w:r>
      <w:r>
        <w:br/>
      </w:r>
      <w:r>
        <w:rPr>
          <w:sz w:val="20"/>
        </w:rPr>
        <w:t>13:37  sochhen, qasdan apne aap ko check karen, qasdan aap ki apni galtiyon ko daryaft karne ki koshish karen,</w:t>
      </w:r>
      <w:r>
        <w:br/>
      </w:r>
      <w:r>
        <w:rPr>
          <w:sz w:val="20"/>
        </w:rPr>
        <w:t>13:45  tab aap janenge apne aap ko.</w:t>
      </w:r>
      <w:r>
        <w:br/>
      </w:r>
      <w:r>
        <w:rPr>
          <w:sz w:val="20"/>
        </w:rPr>
        <w:t>13:52  agar aisa nahin hai, is qism ka process aap ke andar jaari nahin hai</w:t>
      </w:r>
      <w:r>
        <w:br/>
      </w:r>
      <w:r>
        <w:rPr>
          <w:sz w:val="20"/>
        </w:rPr>
        <w:t>14:00  to aap apni galtiyon ke liye be be khabar ho jayenge.</w:t>
      </w:r>
      <w:r>
        <w:br/>
      </w:r>
      <w:r>
        <w:rPr>
          <w:sz w:val="20"/>
        </w:rPr>
        <w:t>14:04  main samjhen ke main to theek hoon.</w:t>
      </w:r>
      <w:r>
        <w:br/>
      </w:r>
      <w:r>
        <w:rPr>
          <w:sz w:val="20"/>
        </w:rPr>
        <w:t>14:09  main to theek hoon.</w:t>
      </w:r>
      <w:r>
        <w:br/>
      </w:r>
      <w:r>
        <w:rPr>
          <w:sz w:val="20"/>
        </w:rPr>
        <w:t>14:13  misalan aap dress mein aur identity mein apne ko khoob theek theek theek thaak banaye hue hon aur</w:t>
      </w:r>
      <w:r>
        <w:br/>
      </w:r>
      <w:r>
        <w:rPr>
          <w:sz w:val="20"/>
        </w:rPr>
        <w:t>14:17  log aap ko samajhte hain ke yeh to bade achhe log hain.</w:t>
      </w:r>
      <w:r>
        <w:br/>
      </w:r>
      <w:r>
        <w:rPr>
          <w:sz w:val="20"/>
        </w:rPr>
        <w:t>14:22  to is se aap to is se aadmi jo hai ek tarah ki be shaoori mein mubtala ho jata hai.</w:t>
      </w:r>
      <w:r>
        <w:br/>
      </w:r>
      <w:r>
        <w:rPr>
          <w:sz w:val="20"/>
        </w:rPr>
        <w:t>14:26  yaani haqeeqat mein to kuch aur hai aur samajhne lagta hai kuch aur.</w:t>
      </w:r>
      <w:r>
        <w:br/>
      </w:r>
      <w:r>
        <w:rPr>
          <w:sz w:val="20"/>
        </w:rPr>
        <w:t>14:31  to is par sochte hue meri samaj mein baat aayi ke yeh jo jis ko main kehta hoon jis ko kaha gaya deen mein muhasaba aur jis ko hum keh sakte hain self checking ya introspection yeh bohat hi zaroori hai. jo aisa nahin karega to woh yeh samajhta rahega ke main to theek thaak hoon. haan haqeeqat mein theek nahin hua. kyunke apne theek na hone ko</w:t>
      </w:r>
      <w:r>
        <w:br/>
      </w:r>
      <w:r>
        <w:rPr>
          <w:sz w:val="20"/>
        </w:rPr>
        <w:t>15:01  discover karna padta hai.</w:t>
      </w:r>
      <w:r>
        <w:br/>
      </w:r>
      <w:r>
        <w:rPr>
          <w:sz w:val="20"/>
        </w:rPr>
        <w:t>15:05  apne theek na hone ko discover karna padta hai.</w:t>
      </w:r>
      <w:r>
        <w:br/>
      </w:r>
      <w:r>
        <w:rPr>
          <w:sz w:val="20"/>
        </w:rPr>
        <w:t>15:10  kyonke samaj mein dekhen agar aap ki shandar dadi hai aur khoob lamba kurta hai, ooncha pajama hai</w:t>
      </w:r>
      <w:r>
        <w:br/>
      </w:r>
      <w:r>
        <w:rPr>
          <w:sz w:val="20"/>
        </w:rPr>
        <w:t>15:14  aur sar par sharai topi hai waghera yaani shanakht ke aitbar se aap poori tarah se Islam par</w:t>
      </w:r>
      <w:r>
        <w:br/>
      </w:r>
      <w:r>
        <w:rPr>
          <w:sz w:val="20"/>
        </w:rPr>
        <w:t>15:18  nazar aate hain to log aap ko Hazrat Hazrat kahenge.</w:t>
      </w:r>
      <w:r>
        <w:br/>
      </w:r>
      <w:r>
        <w:rPr>
          <w:sz w:val="20"/>
        </w:rPr>
        <w:t>15:23  log aap ko regard karenge.</w:t>
      </w:r>
      <w:r>
        <w:br/>
      </w:r>
      <w:r>
        <w:rPr>
          <w:sz w:val="20"/>
        </w:rPr>
        <w:t>15:27  log aap ki tareefen bhi karenge.</w:t>
      </w:r>
      <w:r>
        <w:br/>
      </w:r>
      <w:r>
        <w:rPr>
          <w:sz w:val="20"/>
        </w:rPr>
        <w:t>15:32  to kaise aap ko pata hoga ke main kya hoon? yaani zahir ka agar aap yaani zahiri jo</w:t>
      </w:r>
      <w:r>
        <w:br/>
      </w:r>
      <w:r>
        <w:rPr>
          <w:sz w:val="20"/>
        </w:rPr>
        <w:t>15:38  waza qata hai us mein aadmi ihtimam karta ho to zahir hai ke log jo hai us ko</w:t>
      </w:r>
      <w:r>
        <w:br/>
      </w:r>
      <w:r>
        <w:rPr>
          <w:sz w:val="20"/>
        </w:rPr>
        <w:t>15:44  isi isi ko haqeeqat samajh lenge.</w:t>
      </w:r>
      <w:r>
        <w:br/>
      </w:r>
      <w:r>
        <w:rPr>
          <w:sz w:val="20"/>
        </w:rPr>
        <w:t>15:50  isi par us ko izzat denge.</w:t>
      </w:r>
      <w:r>
        <w:br/>
      </w:r>
      <w:r>
        <w:rPr>
          <w:sz w:val="20"/>
        </w:rPr>
        <w:t>15:56  to aadmi kahan jaane ga ke main be haqeeqat hoon? to apne apne apne be haqeeqat hone ko</w:t>
      </w:r>
      <w:r>
        <w:br/>
      </w:r>
      <w:r>
        <w:rPr>
          <w:sz w:val="20"/>
        </w:rPr>
        <w:t>16:02  discover karna padta hai.</w:t>
      </w:r>
      <w:r>
        <w:br/>
      </w:r>
      <w:r>
        <w:rPr>
          <w:sz w:val="20"/>
        </w:rPr>
        <w:t>16:08  yeh bohat ajeeb baat hai.</w:t>
      </w:r>
      <w:r>
        <w:br/>
      </w:r>
      <w:r>
        <w:rPr>
          <w:sz w:val="20"/>
        </w:rPr>
        <w:t>16:14  yeh discover karna parta hai, daryaft karna parta hai ke main agarchay zahiri aitbaar se waza qata ke</w:t>
      </w:r>
      <w:r>
        <w:br/>
      </w:r>
      <w:r>
        <w:rPr>
          <w:sz w:val="20"/>
        </w:rPr>
        <w:t>16:20  aitbaar se main yani bohat hi acha musalman hoon lekin haqeeqat ke aitbaar se main nahi hoon.</w:t>
      </w:r>
      <w:r>
        <w:br/>
      </w:r>
      <w:r>
        <w:rPr>
          <w:sz w:val="20"/>
        </w:rPr>
        <w:t>16:26  yeh aap ko yeh aadmi ko khud apni soch, khud apne andar anti self thinking paida kar ke</w:t>
      </w:r>
      <w:r>
        <w:br/>
      </w:r>
      <w:r>
        <w:rPr>
          <w:sz w:val="20"/>
        </w:rPr>
        <w:t>16:32  janna paray ga.</w:t>
      </w:r>
      <w:r>
        <w:br/>
      </w:r>
      <w:r>
        <w:rPr>
          <w:sz w:val="20"/>
        </w:rPr>
        <w:t>16:36  warna woh bekhabar rahay ga.</w:t>
      </w:r>
      <w:r>
        <w:br/>
      </w:r>
      <w:r>
        <w:rPr>
          <w:sz w:val="20"/>
        </w:rPr>
        <w:t>16:39  yeh bohat hi ajeeb baat hai.</w:t>
      </w:r>
      <w:r>
        <w:br/>
      </w:r>
      <w:r>
        <w:rPr>
          <w:sz w:val="20"/>
        </w:rPr>
        <w:t>16:42  doosray log aap ko nahi batayein ge kyunke doosron ke samnay to aap ko apne achay waza qata</w:t>
      </w:r>
      <w:r>
        <w:br/>
      </w:r>
      <w:r>
        <w:rPr>
          <w:sz w:val="20"/>
        </w:rPr>
        <w:t>16:46  banayein rahayn ge.</w:t>
      </w:r>
      <w:r>
        <w:br/>
      </w:r>
      <w:r>
        <w:rPr>
          <w:sz w:val="20"/>
        </w:rPr>
        <w:t>16:49  achi baatein karein ge.</w:t>
      </w:r>
      <w:r>
        <w:br/>
      </w:r>
      <w:r>
        <w:rPr>
          <w:sz w:val="20"/>
        </w:rPr>
        <w:t>16:53  qaal Allah qaal Rasool karein ge.</w:t>
      </w:r>
      <w:r>
        <w:br/>
      </w:r>
      <w:r>
        <w:rPr>
          <w:sz w:val="20"/>
        </w:rPr>
        <w:t>16:56  to doosra kisay bataye ga aap ko? Yeh to aap ko khud apne aap ko daryaft karna paray</w:t>
      </w:r>
      <w:r>
        <w:br/>
      </w:r>
      <w:r>
        <w:rPr>
          <w:sz w:val="20"/>
        </w:rPr>
        <w:t>17:00  ga ke main kya hoon?</w:t>
      </w:r>
      <w:r>
        <w:br/>
      </w:r>
      <w:r>
        <w:rPr>
          <w:sz w:val="20"/>
        </w:rPr>
        <w:t>17:03  main kya hoon? To yeh bohat ziyada zaroori hai ke aadmi apni apne baray mein sochta rahay, sochta</w:t>
      </w:r>
      <w:r>
        <w:br/>
      </w:r>
      <w:r>
        <w:rPr>
          <w:sz w:val="20"/>
        </w:rPr>
        <w:t>17:08  rahay, sochta rahay.</w:t>
      </w:r>
      <w:r>
        <w:br/>
      </w:r>
      <w:r>
        <w:rPr>
          <w:sz w:val="20"/>
        </w:rPr>
        <w:t>17:13  jis ko kehte hain muhasba karta rahay apna.</w:t>
      </w:r>
      <w:r>
        <w:br/>
      </w:r>
      <w:r>
        <w:rPr>
          <w:sz w:val="20"/>
        </w:rPr>
        <w:t>17:18  warna jis ko kehte hain urdu mein bilkul galat ho jaye ga insaan.</w:t>
      </w:r>
      <w:r>
        <w:br/>
      </w:r>
      <w:r>
        <w:rPr>
          <w:sz w:val="20"/>
        </w:rPr>
        <w:t>17:23  ke kuch hoga nahi hai aur samjhe ke main sab kuch hoon.</w:t>
      </w:r>
      <w:r>
        <w:br/>
      </w:r>
      <w:r>
        <w:rPr>
          <w:sz w:val="20"/>
        </w:rPr>
        <w:t>17:28  to bohat ziyada yeh risky</w:t>
      </w:r>
      <w:r>
        <w:br/>
      </w:r>
      <w:r>
        <w:rPr>
          <w:sz w:val="20"/>
        </w:rPr>
        <w:t>17:33  position hai aise aadmi ki jo anti self thinking na kare. fi quloobihim maradun fa zadahum Allahu maradun. un ke dil mein bimari hai to Allah ne un ki bimari ko badha diya. yahan qalb hamari aql hai, dimagh yani un ke zehen mein ek bimari hai to Allah ne is bimari ko badha diya hai. woh bimari kya hai? woh bimari hai nifaq hai. y'a</w:t>
      </w:r>
      <w:r>
        <w:br/>
      </w:r>
      <w:r>
        <w:rPr>
          <w:sz w:val="20"/>
        </w:rPr>
        <w:t>18:03  ni zahir daari is ko keh sakte hain aap.</w:t>
      </w:r>
      <w:r>
        <w:br/>
      </w:r>
      <w:r>
        <w:rPr>
          <w:sz w:val="20"/>
        </w:rPr>
        <w:t>18:08  nifaq ko aaj kal ki zuban mein main samajhta hoon kaha jaye ga zahir daari.</w:t>
      </w:r>
      <w:r>
        <w:br/>
      </w:r>
      <w:r>
        <w:rPr>
          <w:sz w:val="20"/>
        </w:rPr>
        <w:t>18:12  yani waza qata ke aitbaar se apna khoob musalman banaye rakhna.</w:t>
      </w:r>
      <w:r>
        <w:br/>
      </w:r>
      <w:r>
        <w:rPr>
          <w:sz w:val="20"/>
        </w:rPr>
        <w:t>18:16  to in ke andar aik zahir daari ka mizaj hai.</w:t>
      </w:r>
      <w:r>
        <w:br/>
      </w:r>
      <w:r>
        <w:rPr>
          <w:sz w:val="20"/>
        </w:rPr>
        <w:t>18:21  to Allah ne is ko aur barha diya.</w:t>
      </w:r>
      <w:r>
        <w:br/>
      </w:r>
      <w:r>
        <w:rPr>
          <w:sz w:val="20"/>
        </w:rPr>
        <w:t>18:25  to Allah barhanay ke baad nahi ke Allah khud barah e raast barha deta hai.</w:t>
      </w:r>
      <w:r>
        <w:br/>
      </w:r>
      <w:r>
        <w:rPr>
          <w:sz w:val="20"/>
        </w:rPr>
        <w:t>18:30  asal yeh hai ke aadmi mein koi cheez</w:t>
      </w:r>
    </w:p>
    <w:p>
      <w:pPr>
        <w:pStyle w:val="Heading2"/>
      </w:pPr>
      <w:r>
        <w:t>Humanity's debt and obligation to deliver Quran</w:t>
      </w:r>
    </w:p>
    <w:p>
      <w:r>
        <w:rPr>
          <w:color w:val="666666"/>
          <w:sz w:val="18"/>
        </w:rPr>
        <w:t>Fragments of Broken Heart | December 01, 2006 | Maulana Wahiduddin Khan · 4m 32s · at 1:01:09 · https://youtu.be/4uW2kggXMI8?t=3669</w:t>
      </w:r>
    </w:p>
    <w:p>
      <w:r>
        <w:rPr>
          <w:i/>
        </w:rPr>
        <w:t>“To aap ke uppar insaan ka woh hai sab se bada haq hai”</w:t>
      </w:r>
    </w:p>
    <w:p>
      <w:r>
        <w:rPr>
          <w:sz w:val="20"/>
        </w:rPr>
        <w:t>1:01:09  saniyat hazaron saal se koshish kar rahi hai tab aap ke paas woh kuch hai jo hai aap ke paas. yaani aap ke paas agar makan hai car hai paisa hai naukri hai to is sab ke peeche hazaron saal ki poori poori insaniyat ki judoojhed hai. tab yeh mumkin hua hai. aap ka is mein ek fisad se bhi kam hissa hai. nauvad fisad zyada hissa hai is mein insaniyat</w:t>
      </w:r>
      <w:r>
        <w:br/>
      </w:r>
      <w:r>
        <w:rPr>
          <w:sz w:val="20"/>
        </w:rPr>
        <w:t>1:01:39  ka.</w:t>
      </w:r>
      <w:r>
        <w:br/>
      </w:r>
      <w:r>
        <w:rPr>
          <w:sz w:val="20"/>
        </w:rPr>
        <w:t>1:01:45  poori poori insaniyat ka.</w:t>
      </w:r>
      <w:r>
        <w:br/>
      </w:r>
      <w:r>
        <w:rPr>
          <w:sz w:val="20"/>
        </w:rPr>
        <w:t>1:01:51  yeh jo aap baithte hain jis car par itni aasani se is car ko jin logon ne banaya</w:t>
      </w:r>
      <w:r>
        <w:br/>
      </w:r>
      <w:r>
        <w:rPr>
          <w:sz w:val="20"/>
        </w:rPr>
        <w:t>1:01:57  tha ford brothers ne to unhon ne main ne parha kahin ke unhon ne kaha ke jab hum</w:t>
      </w:r>
      <w:r>
        <w:br/>
      </w:r>
      <w:r>
        <w:rPr>
          <w:sz w:val="20"/>
        </w:rPr>
        <w:t>1:02:03  raat hoti thi to bechaini se intezar karte the kab subah ho taake phir apni tehqeeq mein lag jayen.</w:t>
      </w:r>
      <w:r>
        <w:br/>
      </w:r>
      <w:r>
        <w:rPr>
          <w:sz w:val="20"/>
        </w:rPr>
        <w:t>1:02:09  to ford brothers aur kitne saare logon ne kitni mehnatain keen.</w:t>
      </w:r>
      <w:r>
        <w:br/>
      </w:r>
      <w:r>
        <w:rPr>
          <w:sz w:val="20"/>
        </w:rPr>
        <w:t>1:02:15  yeh jis imarat mein aap baithe hue hain mein aap ko bataoon is ka qissa.</w:t>
      </w:r>
      <w:r>
        <w:br/>
      </w:r>
      <w:r>
        <w:rPr>
          <w:sz w:val="20"/>
        </w:rPr>
        <w:t>1:02:21  yeh imarat jo hum ne banai to zahir hai ke yeh jo cement hum ne istemal ki woh</w:t>
      </w:r>
      <w:r>
        <w:br/>
      </w:r>
      <w:r>
        <w:rPr>
          <w:sz w:val="20"/>
        </w:rPr>
        <w:t>1:02:27  cement sankron saal ke tajrube ke baad bani hai.</w:t>
      </w:r>
      <w:r>
        <w:br/>
      </w:r>
      <w:r>
        <w:rPr>
          <w:sz w:val="20"/>
        </w:rPr>
        <w:t>1:02:33  pehlay zamanay mein mitti se banta tha ghar. phir ch</w:t>
      </w:r>
      <w:r>
        <w:br/>
      </w:r>
      <w:r>
        <w:rPr>
          <w:sz w:val="20"/>
        </w:rPr>
        <w:t>1:02:39  awane se banna laga.</w:t>
      </w:r>
      <w:r>
        <w:br/>
      </w:r>
      <w:r>
        <w:rPr>
          <w:sz w:val="20"/>
        </w:rPr>
        <w:t>1:02:43  phir cement se banna laga.</w:t>
      </w:r>
      <w:r>
        <w:br/>
      </w:r>
      <w:r>
        <w:rPr>
          <w:sz w:val="20"/>
        </w:rPr>
        <w:t>1:02:47  to yeh cement jo hum ne bazaar se khareedi hui is ke peechay hazaron saal ki insaan ki jud o jahad hai.</w:t>
      </w:r>
      <w:r>
        <w:br/>
      </w:r>
      <w:r>
        <w:rPr>
          <w:sz w:val="20"/>
        </w:rPr>
        <w:t>1:02:51  yeh loha jis se banaya hum ne waghera waghera.</w:t>
      </w:r>
      <w:r>
        <w:br/>
      </w:r>
      <w:r>
        <w:rPr>
          <w:sz w:val="20"/>
        </w:rPr>
        <w:t>1:02:55  acha jab imarat ban kar tayyar hui to kya hua? ke teh khane mein pani aa gaya.</w:t>
      </w:r>
      <w:r>
        <w:br/>
      </w:r>
      <w:r>
        <w:rPr>
          <w:sz w:val="20"/>
        </w:rPr>
        <w:t>1:02:59  is ki teh khane mein pani aa gaya isi imarat ke teh khane mein.</w:t>
      </w:r>
      <w:r>
        <w:br/>
      </w:r>
      <w:r>
        <w:rPr>
          <w:sz w:val="20"/>
        </w:rPr>
        <w:t>1:03:03  ek dam bhar gaya pani teh khana.</w:t>
      </w:r>
      <w:r>
        <w:br/>
      </w:r>
      <w:r>
        <w:rPr>
          <w:sz w:val="20"/>
        </w:rPr>
        <w:t>1:03:06  to ek engineer ko hum ne bulaya</w:t>
      </w:r>
      <w:r>
        <w:br/>
      </w:r>
      <w:r>
        <w:rPr>
          <w:sz w:val="20"/>
        </w:rPr>
        <w:t>1:03:10  to us ne kaha ke aap ki imarat to tairti haalat mein aa gayi hai. tairti haalat mein. is ko todna padega. ab hum ajeeb. sari imarat ban chuki thi. us ne kaha ke yeh tairti haalat mein hai. to khair America se ek sahab padh kar aaye the. ek engineer. us zamane mein ab yeh technique kafi ho chuki hogi. us waqt yeh technique bohat hi nayab thi India mein. to America se</w:t>
      </w:r>
      <w:r>
        <w:br/>
      </w:r>
      <w:r>
        <w:rPr>
          <w:sz w:val="20"/>
        </w:rPr>
        <w:t>1:03:40  wo seekh kar aaye thay.</w:t>
      </w:r>
      <w:r>
        <w:br/>
      </w:r>
      <w:r>
        <w:rPr>
          <w:sz w:val="20"/>
        </w:rPr>
        <w:t>1:03:45  unhon ne bataya ke America mein is par bohat lambi tehqeeq hui.</w:t>
      </w:r>
      <w:r>
        <w:br/>
      </w:r>
      <w:r>
        <w:rPr>
          <w:sz w:val="20"/>
        </w:rPr>
        <w:t>1:03:49  ke teh khane mein pani aa jaye to kya kya jaye is ko.</w:t>
      </w:r>
      <w:r>
        <w:br/>
      </w:r>
      <w:r>
        <w:rPr>
          <w:sz w:val="20"/>
        </w:rPr>
        <w:t>1:03:53  to unhon ne pata kiya ke jo cement hoti hai aap kitna hi mota kar dein cement to</w:t>
      </w:r>
      <w:r>
        <w:br/>
      </w:r>
      <w:r>
        <w:rPr>
          <w:sz w:val="20"/>
        </w:rPr>
        <w:t>1:03:58  cement hoti hai porous phir bhi pani oper aa jayega.</w:t>
      </w:r>
      <w:r>
        <w:br/>
      </w:r>
      <w:r>
        <w:rPr>
          <w:sz w:val="20"/>
        </w:rPr>
        <w:t>1:04:02  yani cement ko kitna hi mota karein aap pani ko rok nahi sakta woh.</w:t>
      </w:r>
      <w:r>
        <w:br/>
      </w:r>
      <w:r>
        <w:rPr>
          <w:sz w:val="20"/>
        </w:rPr>
        <w:t>1:04:06  ab kya kiya jaye? to unhon ne ek chemical</w:t>
      </w:r>
      <w:r>
        <w:br/>
      </w:r>
      <w:r>
        <w:rPr>
          <w:sz w:val="20"/>
        </w:rPr>
        <w:t>1:04:10  daryaft kiya bari tehqeeq ke baad.</w:t>
      </w:r>
      <w:r>
        <w:br/>
      </w:r>
      <w:r>
        <w:rPr>
          <w:sz w:val="20"/>
        </w:rPr>
        <w:t>1:04:15  is chemical ko woh inject karte hain is cement mein.</w:t>
      </w:r>
      <w:r>
        <w:br/>
      </w:r>
      <w:r>
        <w:rPr>
          <w:sz w:val="20"/>
        </w:rPr>
        <w:t>1:04:19  yani jo teh khane mein jo hum ne cement lagai thi moti si woh pani rok nahi saka</w:t>
      </w:r>
      <w:r>
        <w:br/>
      </w:r>
      <w:r>
        <w:rPr>
          <w:sz w:val="20"/>
        </w:rPr>
        <w:t>1:04:24  tha kyun ke cement porous hoti hai.</w:t>
      </w:r>
      <w:r>
        <w:br/>
      </w:r>
      <w:r>
        <w:rPr>
          <w:sz w:val="20"/>
        </w:rPr>
        <w:t>1:04:28  to unhon ne kaha ke aap hamein pachas bori cement mangwa dijiye.</w:t>
      </w:r>
      <w:r>
        <w:br/>
      </w:r>
      <w:r>
        <w:rPr>
          <w:sz w:val="20"/>
        </w:rPr>
        <w:t>1:04:32  is siment ka is ne ghol banaya is mein woh kemikal dala.</w:t>
      </w:r>
      <w:r>
        <w:br/>
      </w:r>
      <w:r>
        <w:rPr>
          <w:sz w:val="20"/>
        </w:rPr>
        <w:t>1:04:37  aur bari bari woh is ke zareeye se unhon ne siment ko is mein injekt kiya.</w:t>
      </w:r>
      <w:r>
        <w:br/>
      </w:r>
      <w:r>
        <w:rPr>
          <w:sz w:val="20"/>
        </w:rPr>
        <w:t>1:04:41  is chemical ko inject kiya. to woh jo tha woh phail kar ke sare porous ko khatam kar deta hai. sare suraakh jo hain woh band kar deta tha. ek dam bilkul sheeshe ki tarah kar deta tha. tab ja kar ke yeh pani ruka. abhi tehqeeq kis ne ki hai? America mein ki gayi hai. million million dollar is ke liye kharch hue hain. ab bataein ke jis insaniyat ka itna bada aap ka ehsan hai aap ke upar ehsan hai to kya is ka yeh</w:t>
      </w:r>
      <w:r>
        <w:br/>
      </w:r>
      <w:r>
        <w:rPr>
          <w:sz w:val="20"/>
        </w:rPr>
        <w:t>1:05:11  haq nahi hai ke aap is ko yeh khuda ka paigham pohanchayen? yani insaniyat ne aap ke liye</w:t>
      </w:r>
      <w:r>
        <w:br/>
      </w:r>
      <w:r>
        <w:rPr>
          <w:sz w:val="20"/>
        </w:rPr>
        <w:t>1:05:16  bohat ziyada kiya hai bohat ziyada kiya hai.</w:t>
      </w:r>
      <w:r>
        <w:br/>
      </w:r>
      <w:r>
        <w:rPr>
          <w:sz w:val="20"/>
        </w:rPr>
        <w:t>1:05:21  yeh to jo aap pohanchayenge is se bohat hi kam hoga.</w:t>
      </w:r>
      <w:r>
        <w:br/>
      </w:r>
      <w:r>
        <w:rPr>
          <w:sz w:val="20"/>
        </w:rPr>
        <w:t>1:05:26  mein samajhta hoon ke poori poori insaniyat ka qarz hai aap ke oopar.</w:t>
      </w:r>
      <w:r>
        <w:br/>
      </w:r>
      <w:r>
        <w:rPr>
          <w:sz w:val="20"/>
        </w:rPr>
        <w:t>1:05:31  poori poori insaniyat ka qarz hai aap ke oopar.</w:t>
      </w:r>
      <w:r>
        <w:br/>
      </w:r>
      <w:r>
        <w:rPr>
          <w:sz w:val="20"/>
        </w:rPr>
        <w:t>1:05:36  kyunke aap aap ke bachche aap ke rishtedar jo jee</w:t>
      </w:r>
    </w:p>
    <w:p>
      <w:pPr>
        <w:pStyle w:val="Heading2"/>
      </w:pPr>
      <w:r>
        <w:t>Dream of green park leading to conscious awareness</w:t>
      </w:r>
    </w:p>
    <w:p>
      <w:r>
        <w:rPr>
          <w:color w:val="666666"/>
          <w:sz w:val="18"/>
        </w:rPr>
        <w:t>Experience Sharing Session of CPS Members 24 May 2008 - Maulana Wahiduddin Khan · 3m 15s · at 13:40 · https://youtu.be/alVAkAnKiuM?t=820</w:t>
      </w:r>
    </w:p>
    <w:p>
      <w:r>
        <w:rPr>
          <w:i/>
        </w:rPr>
        <w:t>“आई हैड अ ड्रीम दैट वी आर सिटिंग इन अ बिग लश ग्रीन पार्क”</w:t>
      </w:r>
    </w:p>
    <w:p>
      <w:r>
        <w:rPr>
          <w:sz w:val="20"/>
        </w:rPr>
        <w:t>13:40  i had a dream that we are sitting in a big lush green park. and its all greenery all over. and its a very big huge park. and there is a cps team sitting very cooly and calmly. and maulana is giving his lecture.</w:t>
      </w:r>
      <w:r>
        <w:br/>
      </w:r>
      <w:r>
        <w:rPr>
          <w:sz w:val="20"/>
        </w:rPr>
        <w:t>14:05  and around cps team, there are people who are running, who are running here and there, going he wire, just just running for no rhyme reason. there is absolute state of confusion. but only cps members, the team is sitting calmly, quietly, without being concerned about what is happening around. and maulana is giving a lecture. and we are coolly and calmly listening to it.</w:t>
      </w:r>
      <w:r>
        <w:br/>
      </w:r>
      <w:r>
        <w:rPr>
          <w:sz w:val="20"/>
        </w:rPr>
        <w:t>14:34  and the coincidence is that khalid bhai and me had a dream today only. so, that was, i think, godson dream that cps team, if is with the mission,</w:t>
      </w:r>
      <w:r>
        <w:br/>
      </w:r>
      <w:r>
        <w:rPr>
          <w:sz w:val="20"/>
        </w:rPr>
        <w:t>14:49  will be cool and quiet and calm, but will be accountable and responsible as well.</w:t>
      </w:r>
      <w:r>
        <w:br/>
      </w:r>
      <w:r>
        <w:rPr>
          <w:sz w:val="20"/>
        </w:rPr>
        <w:t>14:56  so, that was the dream. but what i want to say is that after coming to cps, i have realized existence of myself consciously. because earlier, i was, i don't know where i was. and i am really amazed that how i was living my life, wasting my time, like sadia said.</w:t>
      </w:r>
      <w:r>
        <w:br/>
      </w:r>
      <w:r>
        <w:rPr>
          <w:sz w:val="20"/>
        </w:rPr>
        <w:t>15:21  but now, i realize that my conscious is awake. and i have realized god. and each and every action, i i think, at least once, i think, like, what am i doing?</w:t>
      </w:r>
      <w:r>
        <w:br/>
      </w:r>
      <w:r>
        <w:rPr>
          <w:sz w:val="20"/>
        </w:rPr>
        <w:t>15:36  so, my conscious is awake now. and i am, i feel i am in communion with god. like, i am responsible and accountable for every a</w:t>
      </w:r>
      <w:r>
        <w:br/>
      </w:r>
      <w:r>
        <w:rPr>
          <w:sz w:val="20"/>
        </w:rPr>
        <w:t>15:46  ction. so, the i think it has become a part of, like, it is said in the corporate world, it is like become a part of the dna. dawa work has become a part of a dna. and we have to do our responsibility and we are accountable for it. and we have to do it</w:t>
      </w:r>
      <w:r>
        <w:br/>
      </w:r>
      <w:r>
        <w:rPr>
          <w:sz w:val="20"/>
        </w:rPr>
        <w:t>16:09  . and this is what freaks every cps member's mind now, if we are not able to do, because it has become a part of the consciousness. and earlier, i use to think that i am the most, the people i love the most are my parents.</w:t>
      </w:r>
      <w:r>
        <w:br/>
      </w:r>
      <w:r>
        <w:rPr>
          <w:sz w:val="20"/>
        </w:rPr>
        <w:t>16:27  but now, after coming to cps, i think that cps team members and maulana have become the the only concern, and they are behind it. so, this has been a change over in my life. jazaqullah.</w:t>
      </w:r>
    </w:p>
    <w:p>
      <w:pPr>
        <w:pStyle w:val="Heading2"/>
      </w:pPr>
      <w:r>
        <w:t>Prophet's formula ignore problem avail opportunities</w:t>
      </w:r>
    </w:p>
    <w:p>
      <w:r>
        <w:rPr>
          <w:color w:val="666666"/>
          <w:sz w:val="18"/>
        </w:rPr>
        <w:t>IIC: How to Develop Spiritual Personality · 3m 31s · at 1:12:25 · https://youtu.be/-XrYpEYwk-Y?t=4345</w:t>
      </w:r>
    </w:p>
    <w:p>
      <w:r>
        <w:rPr>
          <w:i/>
        </w:rPr>
        <w:t>“Prophet Muhammad avoided confrontation and made treaty”</w:t>
      </w:r>
    </w:p>
    <w:p>
      <w:r>
        <w:rPr>
          <w:sz w:val="20"/>
        </w:rPr>
        <w:t>1:12:25  hi well known hai is mein, yani Islam ki history mein. ke Rasool Allah ke wahan us zamane mein jo log the woh aap ke khilaf ho gaye. hostile ho gaye. aap se ladna chaha. to aap ne ladai ko avoid kiya aur us se agreement kar liya. aur jante hain agreement tha, yani lateral basis par agreement tha. yani un ki condition maan li gayi thi. yeh doosri party ki condition</w:t>
      </w:r>
      <w:r>
        <w:br/>
      </w:r>
      <w:r>
        <w:rPr>
          <w:sz w:val="20"/>
        </w:rPr>
        <w:t>1:12:55  کو باندھ کر کے صرف یہ ہوا تھا کہ 10 ایئر کے لیے، it was 10 year no war pact.</w:t>
      </w:r>
      <w:r>
        <w:br/>
      </w:r>
      <w:r>
        <w:rPr>
          <w:sz w:val="20"/>
        </w:rPr>
        <w:t>1:12:59  ke chalo bhai jo tum kehte ho hum maan lete hain, ladai barhai band karo.</w:t>
      </w:r>
      <w:r>
        <w:br/>
      </w:r>
      <w:r>
        <w:rPr>
          <w:sz w:val="20"/>
        </w:rPr>
        <w:t>1:13:04  yani Hudaybiyyah agreement yeh tha ke jo kuch tum kehte ho hum sab maan lete hain, sab maan lete hain.</w:t>
      </w:r>
      <w:r>
        <w:br/>
      </w:r>
      <w:r>
        <w:rPr>
          <w:sz w:val="20"/>
        </w:rPr>
        <w:t>1:13:08  yahan tak ke jab agreement likha ja raha tha to kitni ajeeb baat hai ke is mein likha</w:t>
      </w:r>
      <w:r>
        <w:br/>
      </w:r>
      <w:r>
        <w:rPr>
          <w:sz w:val="20"/>
        </w:rPr>
        <w:t>1:13:12  ja raha tha ke yeh agreement Muhammad rasool Allah ki taraf se hai.</w:t>
      </w:r>
      <w:r>
        <w:br/>
      </w:r>
      <w:r>
        <w:rPr>
          <w:sz w:val="20"/>
        </w:rPr>
        <w:t>1:13:17  unhon ne kaha hum to rasool Allah mante nahi aap ko.</w:t>
      </w:r>
      <w:r>
        <w:br/>
      </w:r>
      <w:r>
        <w:rPr>
          <w:sz w:val="20"/>
        </w:rPr>
        <w:t>1:13:21  to mita yeh.</w:t>
      </w:r>
      <w:r>
        <w:br/>
      </w:r>
      <w:r>
        <w:rPr>
          <w:sz w:val="20"/>
        </w:rPr>
        <w:t>1:13:25  to aap ne apne hath se paper se mita diya.</w:t>
      </w:r>
      <w:r>
        <w:br/>
      </w:r>
      <w:r>
        <w:rPr>
          <w:sz w:val="20"/>
        </w:rPr>
        <w:t>1:13:28  sirf muhammad rehne diya.</w:t>
      </w:r>
      <w:r>
        <w:br/>
      </w:r>
      <w:r>
        <w:rPr>
          <w:sz w:val="20"/>
        </w:rPr>
        <w:t>1:13:31  rasool Allah mita diya.</w:t>
      </w:r>
      <w:r>
        <w:br/>
      </w:r>
      <w:r>
        <w:rPr>
          <w:sz w:val="20"/>
        </w:rPr>
        <w:t>1:13:34  aaj to musalman ladte hain agar, agar kahin aisa zara si koi baat ho jaye, ek cartoon chhap</w:t>
      </w:r>
      <w:r>
        <w:br/>
      </w:r>
      <w:r>
        <w:rPr>
          <w:sz w:val="20"/>
        </w:rPr>
        <w:t>1:13:37  jaye to ladte hain is ke liye.</w:t>
      </w:r>
      <w:r>
        <w:br/>
      </w:r>
      <w:r>
        <w:rPr>
          <w:sz w:val="20"/>
        </w:rPr>
        <w:t>1:13:40  rasool Allah is par nahi lade ke rasool Allah ke lafz hi mita do tum.</w:t>
      </w:r>
      <w:r>
        <w:br/>
      </w:r>
      <w:r>
        <w:rPr>
          <w:sz w:val="20"/>
        </w:rPr>
        <w:t>1:13:43  sirf muhammad kaho hum ko.</w:t>
      </w:r>
      <w:r>
        <w:br/>
      </w:r>
      <w:r>
        <w:rPr>
          <w:sz w:val="20"/>
        </w:rPr>
        <w:t>1:13:46  kyun kiya aap ne aisa? ke ladai ko band kar ke aur aap ko opportunity milti thi apne</w:t>
      </w:r>
      <w:r>
        <w:br/>
      </w:r>
      <w:r>
        <w:rPr>
          <w:sz w:val="20"/>
        </w:rPr>
        <w:t>1:13:49  mission ko phailane ki.</w:t>
      </w:r>
      <w:r>
        <w:br/>
      </w:r>
      <w:r>
        <w:rPr>
          <w:sz w:val="20"/>
        </w:rPr>
        <w:t>1:13:52  yehi to hai. Ignore</w:t>
      </w:r>
      <w:r>
        <w:br/>
      </w:r>
      <w:r>
        <w:rPr>
          <w:sz w:val="20"/>
        </w:rPr>
        <w:t>1:13:55  the problem, avail the opportunities.</w:t>
      </w:r>
      <w:r>
        <w:br/>
      </w:r>
      <w:r>
        <w:rPr>
          <w:sz w:val="20"/>
        </w:rPr>
        <w:t>1:13:59  musalman itna zyada, itne be khabar hain ke maine pehli bar, yani modern history mein, Hudaybiyyah agreement</w:t>
      </w:r>
      <w:r>
        <w:br/>
      </w:r>
      <w:r>
        <w:rPr>
          <w:sz w:val="20"/>
        </w:rPr>
        <w:t>1:14:03  ko pesh kiya to sare musalman mukhalif ho gaye.</w:t>
      </w:r>
      <w:r>
        <w:br/>
      </w:r>
      <w:r>
        <w:rPr>
          <w:sz w:val="20"/>
        </w:rPr>
        <w:t>1:14:07  one to all.</w:t>
      </w:r>
      <w:r>
        <w:br/>
      </w:r>
      <w:r>
        <w:rPr>
          <w:sz w:val="20"/>
        </w:rPr>
        <w:t>1:14:11  yani itna zyada woh is se, yeh strange ho gaya hai yeh.</w:t>
      </w:r>
      <w:r>
        <w:br/>
      </w:r>
      <w:r>
        <w:rPr>
          <w:sz w:val="20"/>
        </w:rPr>
        <w:t>1:14:14  musalmanon ke darmiyan yeh formula.</w:t>
      </w:r>
      <w:r>
        <w:br/>
      </w:r>
      <w:r>
        <w:rPr>
          <w:sz w:val="20"/>
        </w:rPr>
        <w:t>1:14:18  ke bhai mukhalif ho gaye isi liye ke dekho bhai tum paspai sikhate hain.</w:t>
      </w:r>
      <w:r>
        <w:br/>
      </w:r>
      <w:r>
        <w:rPr>
          <w:sz w:val="20"/>
        </w:rPr>
        <w:t>1:14:22  kisi ajib, yani jo cheez kitabon mein maujood hai, sari kitab</w:t>
      </w:r>
      <w:r>
        <w:br/>
      </w:r>
      <w:r>
        <w:rPr>
          <w:sz w:val="20"/>
        </w:rPr>
        <w:t>1:14:26  on mein maujood hai, jis ko koi deny nahi kar sakta jis ko koi.</w:t>
      </w:r>
      <w:r>
        <w:br/>
      </w:r>
      <w:r>
        <w:rPr>
          <w:sz w:val="20"/>
        </w:rPr>
        <w:t>1:14:28  woh main ne pesh kiya.</w:t>
      </w:r>
      <w:r>
        <w:br/>
      </w:r>
      <w:r>
        <w:rPr>
          <w:sz w:val="20"/>
        </w:rPr>
        <w:t>1:14:31  ke jagah jagah aap lad rahe hain.</w:t>
      </w:r>
      <w:r>
        <w:br/>
      </w:r>
      <w:r>
        <w:rPr>
          <w:sz w:val="20"/>
        </w:rPr>
        <w:t>1:14:34  duniya bhar mein lad rahe hain musalman khwamkhwah.</w:t>
      </w:r>
      <w:r>
        <w:br/>
      </w:r>
      <w:r>
        <w:rPr>
          <w:sz w:val="20"/>
        </w:rPr>
        <w:t>1:14:37  abhi hal mein dekhen Sirkan mein bomb marne lage.</w:t>
      </w:r>
      <w:r>
        <w:br/>
      </w:r>
      <w:r>
        <w:rPr>
          <w:sz w:val="20"/>
        </w:rPr>
        <w:t>1:14:39  bilkul, bilkul, bilkul yani stupid harkat yeh hai.</w:t>
      </w:r>
      <w:r>
        <w:br/>
      </w:r>
      <w:r>
        <w:rPr>
          <w:sz w:val="20"/>
        </w:rPr>
        <w:t>1:14:42  to mein ne kaha ke jo aap لڑ rahe hain idhar udhar aap hudaybiyah agreement kijiye.</w:t>
      </w:r>
      <w:r>
        <w:br/>
      </w:r>
      <w:r>
        <w:rPr>
          <w:sz w:val="20"/>
        </w:rPr>
        <w:t>1:14:45  is par follow kijiye.</w:t>
      </w:r>
      <w:r>
        <w:br/>
      </w:r>
      <w:r>
        <w:rPr>
          <w:sz w:val="20"/>
        </w:rPr>
        <w:t>1:14:47  ke problem ko side mein rakh dijiye.</w:t>
      </w:r>
      <w:r>
        <w:br/>
      </w:r>
      <w:r>
        <w:rPr>
          <w:sz w:val="20"/>
        </w:rPr>
        <w:t>1:14:50  opportunities har jagah hain.</w:t>
      </w:r>
      <w:r>
        <w:br/>
      </w:r>
      <w:r>
        <w:rPr>
          <w:sz w:val="20"/>
        </w:rPr>
        <w:t>1:14:53  opportunities har jagah hain yaad</w:t>
      </w:r>
      <w:r>
        <w:br/>
      </w:r>
      <w:r>
        <w:rPr>
          <w:sz w:val="20"/>
        </w:rPr>
        <w:t>1:14:56  rakhiye kashmir mein bhi hain, sinkiyan mein bhi hain, filipain mein bhi hain, arkaan mein bhi hain.</w:t>
      </w:r>
      <w:r>
        <w:br/>
      </w:r>
      <w:r>
        <w:rPr>
          <w:sz w:val="20"/>
        </w:rPr>
        <w:t>1:14:59  falasteen mein bhi hain, israel mein bhi hain.</w:t>
      </w:r>
      <w:r>
        <w:br/>
      </w:r>
      <w:r>
        <w:rPr>
          <w:sz w:val="20"/>
        </w:rPr>
        <w:t>1:15:02  mein israel do baar gaya hoon.</w:t>
      </w:r>
      <w:r>
        <w:br/>
      </w:r>
      <w:r>
        <w:rPr>
          <w:sz w:val="20"/>
        </w:rPr>
        <w:t>1:15:05  sab opportunities wahan khuli hui hain aap ke liye.</w:t>
      </w:r>
      <w:r>
        <w:br/>
      </w:r>
      <w:r>
        <w:rPr>
          <w:sz w:val="20"/>
        </w:rPr>
        <w:t>1:15:08  lekin opportunity ko avail karne ka point nahin musalmanon mein nahin.</w:t>
      </w:r>
      <w:r>
        <w:br/>
      </w:r>
      <w:r>
        <w:rPr>
          <w:sz w:val="20"/>
        </w:rPr>
        <w:t>1:15:11  bas لڑna, لڑna, لڑna.</w:t>
      </w:r>
      <w:r>
        <w:br/>
      </w:r>
      <w:r>
        <w:rPr>
          <w:sz w:val="20"/>
        </w:rPr>
        <w:t>1:15:14  that against the spirit of hudaybiyah.</w:t>
      </w:r>
      <w:r>
        <w:br/>
      </w:r>
      <w:r>
        <w:rPr>
          <w:sz w:val="20"/>
        </w:rPr>
        <w:t>1:15:17  ke yeh musalman to islam ko follow kahan kar rahe hain yeh log.</w:t>
      </w:r>
      <w:r>
        <w:br/>
      </w:r>
      <w:r>
        <w:rPr>
          <w:sz w:val="20"/>
        </w:rPr>
        <w:t>1:15:20  rasool Allah ke naam par لڑte hain aur rasool Allah ke namune ko nahin pakadte.</w:t>
      </w:r>
      <w:r>
        <w:br/>
      </w:r>
      <w:r>
        <w:rPr>
          <w:sz w:val="20"/>
        </w:rPr>
        <w:t>1:15:23  yeh halat hai musalmanon ki.</w:t>
      </w:r>
      <w:r>
        <w:br/>
      </w:r>
      <w:r>
        <w:rPr>
          <w:sz w:val="20"/>
        </w:rPr>
        <w:t>1:15:26  to yeh to formula is sab se pehle Muhammad ne diya tha poori history mein. Ignore the problem, avail the opportunities. dekhen jab main ne is formula ko pesh kiya to mujh ko kehne lage ke sahib yeh to hum ko bazdil banate hain. cowardice sikhaate hain hum ko. itna zyada log is se bekhabar ho gaye hain itna ke un ko ek ajnabi sa lagta hai yeh formula un ko.</w:t>
      </w:r>
    </w:p>
    <w:p>
      <w:pPr>
        <w:pStyle w:val="Heading2"/>
      </w:pPr>
      <w:r>
        <w:t>full case for spiritual food, intellect, and introspection</w:t>
      </w:r>
    </w:p>
    <w:p>
      <w:r>
        <w:rPr>
          <w:color w:val="666666"/>
          <w:sz w:val="18"/>
        </w:rPr>
        <w:t>Interview Session with Maulana Wahiduddin Khan January 30, 2008 · 3m 30s · at 0:40 · https://youtu.be/o8Gpe9YMuZc?t=40</w:t>
      </w:r>
    </w:p>
    <w:p>
      <w:r>
        <w:rPr>
          <w:i/>
        </w:rPr>
        <w:t>“Spirituality is inner discipline.”</w:t>
      </w:r>
    </w:p>
    <w:p>
      <w:r>
        <w:rPr>
          <w:sz w:val="20"/>
        </w:rPr>
        <w:t>0:40  spirituality is inner discipline.</w:t>
      </w:r>
      <w:r>
        <w:br/>
      </w:r>
      <w:r>
        <w:rPr>
          <w:sz w:val="20"/>
        </w:rPr>
        <w:t>0:50  for physical health, you need physical food, and for inner health, you need spiritual food.</w:t>
      </w:r>
      <w:r>
        <w:br/>
      </w:r>
      <w:r>
        <w:rPr>
          <w:sz w:val="20"/>
        </w:rPr>
        <w:t>1:01  both are equally required.</w:t>
      </w:r>
      <w:r>
        <w:br/>
      </w:r>
      <w:r>
        <w:rPr>
          <w:sz w:val="20"/>
        </w:rPr>
        <w:t>1:05  those people who are engaged to physical food, they are less like animal.</w:t>
      </w:r>
      <w:r>
        <w:br/>
      </w:r>
      <w:r>
        <w:rPr>
          <w:sz w:val="20"/>
        </w:rPr>
        <w:t>1:19  here, man and animal both are common. animals also want physical food.</w:t>
      </w:r>
      <w:r>
        <w:br/>
      </w:r>
      <w:r>
        <w:rPr>
          <w:sz w:val="20"/>
        </w:rPr>
        <w:t>1:27  so if you, if you confine yourself to physical food, that means that you have reduced yourself to the level of animal.</w:t>
      </w:r>
      <w:r>
        <w:br/>
      </w:r>
      <w:r>
        <w:rPr>
          <w:sz w:val="20"/>
        </w:rPr>
        <w:t>1:41  so you have to know this fact: you have to evolve the inner spirit.</w:t>
      </w:r>
      <w:r>
        <w:br/>
      </w:r>
      <w:r>
        <w:rPr>
          <w:sz w:val="20"/>
        </w:rPr>
        <w:t>1:50  you have to try to develop your mind</w:t>
      </w:r>
      <w:r>
        <w:br/>
      </w:r>
      <w:r>
        <w:rPr>
          <w:sz w:val="20"/>
        </w:rPr>
        <w:t>1:57  . so spiritual development, so spiritual development means intellectual development.</w:t>
      </w:r>
      <w:r>
        <w:br/>
      </w:r>
      <w:r>
        <w:rPr>
          <w:sz w:val="20"/>
        </w:rPr>
        <w:t>2:05  both are interlinked. according to my experience, spiritual development is based on intellectual development.</w:t>
      </w:r>
      <w:r>
        <w:br/>
      </w:r>
      <w:r>
        <w:rPr>
          <w:sz w:val="20"/>
        </w:rPr>
        <w:t>2:17  so you have to read, you have to study, you have to contemplate. all these things are helpful to intellectual development.</w:t>
      </w:r>
      <w:r>
        <w:br/>
      </w:r>
      <w:r>
        <w:rPr>
          <w:sz w:val="20"/>
        </w:rPr>
        <w:t>2:29  so through these devices, you can develop your spirituality. this is must for every human being.</w:t>
      </w:r>
      <w:r>
        <w:br/>
      </w:r>
      <w:r>
        <w:rPr>
          <w:sz w:val="20"/>
        </w:rPr>
        <w:t>2:40  maulana, you just said: "one needs to contemplate.</w:t>
      </w:r>
      <w:r>
        <w:br/>
      </w:r>
      <w:r>
        <w:rPr>
          <w:sz w:val="20"/>
        </w:rPr>
        <w:t>2:44  " what would you say on the importance of introspection, and how should one practice spirituality? introspection is must for spiritual development.</w:t>
      </w:r>
      <w:r>
        <w:br/>
      </w:r>
      <w:r>
        <w:rPr>
          <w:sz w:val="20"/>
        </w:rPr>
        <w:t>2:58  there is no other way. but introspection is not something mysterious. no,</w:t>
      </w:r>
      <w:r>
        <w:br/>
      </w:r>
      <w:r>
        <w:rPr>
          <w:sz w:val="20"/>
        </w:rPr>
        <w:t>3:09  introspection is linked with your intellectual process. so introspection means that you revise yourself.</w:t>
      </w:r>
      <w:r>
        <w:br/>
      </w:r>
      <w:r>
        <w:rPr>
          <w:sz w:val="20"/>
        </w:rPr>
        <w:t>3:22  every day, you reassess yourself. for example, here we are put in test. so this is our testing period.</w:t>
      </w:r>
      <w:r>
        <w:br/>
      </w:r>
      <w:r>
        <w:rPr>
          <w:sz w:val="20"/>
        </w:rPr>
        <w:t>3:34  due to this, we commit mistakes, we go wrong side.</w:t>
      </w:r>
      <w:r>
        <w:br/>
      </w:r>
      <w:r>
        <w:rPr>
          <w:sz w:val="20"/>
        </w:rPr>
        <w:t>3:44  so all these things need to revise. that is introspection. so through introspection, you correct your spiritual journey.</w:t>
      </w:r>
      <w:r>
        <w:br/>
      </w:r>
      <w:r>
        <w:rPr>
          <w:sz w:val="20"/>
        </w:rPr>
        <w:t>4:02  without introspection, it is not possible to attain the spiritual development.</w:t>
      </w:r>
    </w:p>
    <w:p>
      <w:pPr>
        <w:pStyle w:val="Heading2"/>
      </w:pPr>
      <w:r>
        <w:t>Debate over Sufi rituals as religious innovation</w:t>
      </w:r>
    </w:p>
    <w:p>
      <w:r>
        <w:rPr>
          <w:color w:val="666666"/>
          <w:sz w:val="18"/>
        </w:rPr>
        <w:t>Tazkiya-e-Nafs Book by Maulana Wahiduddin Khan · 3m 05s · at 21:29 · https://youtu.be/LbGPnJWmj1A?t=1289</w:t>
      </w:r>
    </w:p>
    <w:p>
      <w:r>
        <w:rPr>
          <w:i/>
        </w:rPr>
        <w:t>“Aik aalim aik mashhoor sufi buzurg ki khanqah mein gaye”</w:t>
      </w:r>
    </w:p>
    <w:p>
      <w:r>
        <w:rPr>
          <w:sz w:val="20"/>
        </w:rPr>
        <w:t>21:29  ibadat mein ijtihad nahi. kitab "tazkiya-e-nafs" Maulana Wahiduddin Khan, safha number 12.</w:t>
      </w:r>
      <w:r>
        <w:br/>
      </w:r>
      <w:r>
        <w:rPr>
          <w:sz w:val="20"/>
        </w:rPr>
        <w:t>21:42  ek aalim ek mashhoor soofi buzurg ki khangah mein gaye. wahan unhon ne dekha ke log zikr-e-bajhar aur doosre mutasawwifana aamal mein masroof hain.</w:t>
      </w:r>
      <w:r>
        <w:br/>
      </w:r>
      <w:r>
        <w:rPr>
          <w:sz w:val="20"/>
        </w:rPr>
        <w:t>21:53  muzakara aalim ne kaha ke hadith mein aaya hai: "man ahdatha fi amrina ma laysa minhu fahuwa radd" sahih al-bukhari raqam al-hadith 2697 y</w:t>
      </w:r>
      <w:r>
        <w:br/>
      </w:r>
      <w:r>
        <w:rPr>
          <w:sz w:val="20"/>
        </w:rPr>
        <w:t>22:08  yani jo shakhs hamare deen mein koi nayi baat nikale jo is mein na ho to woh qabil-e-radd hai. aalim ne kaha ke yeh mutasawwifana aamal jo aap ke yahan raaij hain, woh rasool aur ashaab-e-rasool ke zamane mein nahi thay, is liye woh ahdath yani innovation ka darja rakhte hain.</w:t>
      </w:r>
      <w:r>
        <w:br/>
      </w:r>
      <w:r>
        <w:rPr>
          <w:sz w:val="20"/>
        </w:rPr>
        <w:t>22:28  muzakara buzurg ne jawab diya ke hadith mein ahdath fil amr yani deen mein bid'at ki mamaniyat hai.</w:t>
      </w:r>
      <w:r>
        <w:br/>
      </w:r>
      <w:r>
        <w:rPr>
          <w:sz w:val="20"/>
        </w:rPr>
        <w:t>22:36  is mein ahdath lil amr yani deen ke liye bid'at ki mamaniyat nahi hai aur tasawwuf ke yeh tareeqe ahdath lil amr ki hesiyat rakhte hain.</w:t>
      </w:r>
      <w:r>
        <w:br/>
      </w:r>
      <w:r>
        <w:rPr>
          <w:sz w:val="20"/>
        </w:rPr>
        <w:t>22:48  muzakara hadith-e-rasool ki yeh tawjeeh ghair-elmi tawjeeh hai. woh hadith ke alfaaz se har giz nahi nikalti. hadith mein yeh lafz aaya hai ke "ma laysa minhu" yani jo is mein na ho,</w:t>
      </w:r>
      <w:r>
        <w:br/>
      </w:r>
      <w:r>
        <w:rPr>
          <w:sz w:val="20"/>
        </w:rPr>
        <w:t>23:02  yani rasool Allah sal Allah alaihi wasallam ne jo deen chhoda hai, us deen mein woh maujood na ho. aisi halat mein asal masla fi ya lam ke sille yani preposition ka nahi hai,</w:t>
      </w:r>
      <w:r>
        <w:br/>
      </w:r>
      <w:r>
        <w:rPr>
          <w:sz w:val="20"/>
        </w:rPr>
        <w:t>23:17  balkeh asal masla yeh hai ke rasool Allah sal Allah alaihi wasallam se jo deen hum ko mila hai, us mein baat ka yeh izafa maujood tha ya maujood nahi tha.</w:t>
      </w:r>
      <w:r>
        <w:br/>
      </w:r>
      <w:r>
        <w:rPr>
          <w:sz w:val="20"/>
        </w:rPr>
        <w:t>23:29  yeh ek sabit shuda haqeeqat hai ke zikr-e-bajhar jaisi cheezein rasool Allah sal Allah alaihi wasallam ke chhode hue deen mein maujood nahi, aur jab woh rasool Allah ke chhode hue deen mein maujood nahi hain to fi aur lam jaise nuqton ke zariye is ko deen-e-muhammadi mein shamil karna sirf ek mubtadiyana jasarat hai.</w:t>
      </w:r>
      <w:r>
        <w:br/>
      </w:r>
      <w:r>
        <w:rPr>
          <w:sz w:val="20"/>
        </w:rPr>
        <w:t>23:52  is qism ka nuqta aise azafon ke liye koi qabil-e-qubool wajh-e-jawaz nahi. ulama ka ittifaqi maslak hai ke ibadat mein qiyas nahi, la qiyas fil ibadat yani ta'abbudi umoor mein sirf taqleed hai, is mein koi ijtihad nahi.</w:t>
      </w:r>
      <w:r>
        <w:br/>
      </w:r>
      <w:r>
        <w:rPr>
          <w:sz w:val="20"/>
        </w:rPr>
        <w:t>24:10  ta'abbudi umoor mein koi istidlal sirf sareeh nass par qaim ho sakta hai, is ko lafzi nuqton ki buniyad par qaim nahi kiya ja sakta.</w:t>
      </w:r>
      <w:r>
        <w:br/>
      </w:r>
      <w:r>
        <w:rPr>
          <w:sz w:val="20"/>
        </w:rPr>
        <w:t>24:20  ta'abbudi umoor mein lafzi nuqton ki buniyad par ijtihad karna aqli aitbar se ghair-elmi hai aur deeni aitbar se na qabil-e-qubool jasarat.</w:t>
      </w:r>
    </w:p>
    <w:p>
      <w:pPr>
        <w:pStyle w:val="Heading2"/>
      </w:pPr>
      <w:r>
        <w:t>Turning minus to plus: examples</w:t>
      </w:r>
    </w:p>
    <w:p>
      <w:r>
        <w:rPr>
          <w:color w:val="666666"/>
          <w:sz w:val="18"/>
        </w:rPr>
        <w:t>Personality Building May 28, 2013 Maulana Wahiduddin Khan · 4m 06s · at 23:23 · https://youtu.be/8vNUoqGILmw?t=1403</w:t>
      </w:r>
    </w:p>
    <w:p>
      <w:r>
        <w:rPr>
          <w:i/>
        </w:rPr>
        <w:t>“Maine Swami Vivekanand ka ek qissa padha”</w:t>
      </w:r>
    </w:p>
    <w:p>
      <w:r>
        <w:rPr>
          <w:sz w:val="20"/>
        </w:rPr>
        <w:t>23:23  is ke baad maine Swami Vivekanand ka ek qissa parha to main samajhta hoon ke bohat achhi tarah illustrate karta hai is baat ko. woh yaani jo baat kahi thi Adler ne ke "there power to turn a minus into a plus" is ka illustration mujhe mila Swami Vivekanand ka.</w:t>
      </w:r>
      <w:r>
        <w:br/>
      </w:r>
      <w:r>
        <w:rPr>
          <w:sz w:val="20"/>
        </w:rPr>
        <w:t>23:42  un ka ek qissa hai ke un ke friend ne un ko ek martaba invite kiya apne ghar par aur jis room mein un ko bithana tha wahan ek table tha.</w:t>
      </w:r>
      <w:r>
        <w:br/>
      </w:r>
      <w:r>
        <w:rPr>
          <w:sz w:val="20"/>
        </w:rPr>
        <w:t>23:55  is table par dharmik books theen. dharmik books aap jante hain ke aaj kal major religion hain, woh taqreeban 12 hain.</w:t>
      </w:r>
      <w:r>
        <w:br/>
      </w:r>
      <w:r>
        <w:rPr>
          <w:sz w:val="20"/>
        </w:rPr>
        <w:t>24:04  to sab religion ki books theen. lekin is mein is ka is order mein rakha gaya tha ke sab se neeche Gita thi, Hind Gita, aur us ke upar aur doosri kitab hai.</w:t>
      </w:r>
      <w:r>
        <w:br/>
      </w:r>
      <w:r>
        <w:rPr>
          <w:sz w:val="20"/>
        </w:rPr>
        <w:t>24:20  to woh jo un ke jinhon ne bulaya tha, woh samajhte thay ke is ko dekh kar woh ghussa ho jayenge kyun ke yeh "it was obviously it was a provocative situation, provocative scene" ke jis kitab ko woh bohat regard dete thay as a Hindu, woh neeche rakhi hui hai aur sab upar hain.</w:t>
      </w:r>
      <w:r>
        <w:br/>
      </w:r>
      <w:r>
        <w:rPr>
          <w:sz w:val="20"/>
        </w:rPr>
        <w:t>24:40  agarche main Swami Vivekanand ko sirf Hindu nahi manta, un ko ek insan manta hoon. India ke main samajhta hoon ke jo bohat hi kam log jo India mein paida hue honge, un mein se ek thay Swami Vivekanand ka jo hamare liye example hain.</w:t>
      </w:r>
      <w:r>
        <w:br/>
      </w:r>
      <w:r>
        <w:rPr>
          <w:sz w:val="20"/>
        </w:rPr>
        <w:t>24:57  to dekhen, unhon ne kaha jinhon ne bulaya tha ke Swami ji is par kya reward rakha hai aap ka? to woh samajhte thay ghussa honge woh ke tum ne humiliate karne ke liye bulaya mujh ko.</w:t>
      </w:r>
      <w:r>
        <w:br/>
      </w:r>
      <w:r>
        <w:rPr>
          <w:sz w:val="20"/>
        </w:rPr>
        <w:t>25:10  dekhen, Swami ji ne he he simply smile and said "the foundation is really good, the foundation is really good" yaani Gita jo neeche thi, sab kitaben upar theen.</w:t>
      </w:r>
      <w:r>
        <w:br/>
      </w:r>
      <w:r>
        <w:rPr>
          <w:sz w:val="20"/>
        </w:rPr>
        <w:t>25:27  to is ko le kar unhon ne kaha ke "the foundation is really good" to best example hai ke kis tarah unhon ne apne minus ko plus bana diya.</w:t>
      </w:r>
      <w:r>
        <w:br/>
      </w:r>
      <w:r>
        <w:rPr>
          <w:sz w:val="20"/>
        </w:rPr>
        <w:t>25:39  aise hi Mahatma Gandhi ka ek waqia hai. aap jante hain 1946 mein jab Noakhali mein bara fasad ho raha tha to Mahatma Gandhi wahan gaye to Noakhali se unhon ne ek chiṭṭhi likhi thi Gujarati zuban mein apne ek janne wale ko.</w:t>
      </w:r>
      <w:r>
        <w:br/>
      </w:r>
      <w:r>
        <w:rPr>
          <w:sz w:val="20"/>
        </w:rPr>
        <w:t>25:58  is mein yeh sentence tha ke "main jahan hoon wahan charon aur ag lagi hui hai lekin mere man mein shanti hai.</w:t>
      </w:r>
      <w:r>
        <w:br/>
      </w:r>
      <w:r>
        <w:rPr>
          <w:sz w:val="20"/>
        </w:rPr>
        <w:t>26:10  charon aur ag lagi hui hai lekin mere man mein shanti hai." to yeh hai yaani is ko main is tarah is is tarah nahi lunga ke ek insan ki baat hai, har insan ki baat hai.</w:t>
      </w:r>
      <w:r>
        <w:br/>
      </w:r>
      <w:r>
        <w:rPr>
          <w:sz w:val="20"/>
        </w:rPr>
        <w:t>26:23  yaani Mahatma Gandhi ne aisa kar ke bataya ke insan ke potential itne zyada hain ke woh charon taraf ag lagi hui ho tab bhi us ke man mein shanti rahegi.</w:t>
      </w:r>
      <w:r>
        <w:br/>
      </w:r>
      <w:r>
        <w:rPr>
          <w:sz w:val="20"/>
        </w:rPr>
        <w:t>26:35  woh ek insaan ke potential ko bataya unhon ne. aise hi swami vikrant ne insaan ke ek potential ko bataya "he is able to turn his minus to plus".</w:t>
      </w:r>
      <w:r>
        <w:br/>
      </w:r>
      <w:r>
        <w:rPr>
          <w:sz w:val="20"/>
        </w:rPr>
        <w:t>26:48  aise hi mahatma gandhi ne insaan ke potential ko bataya ke is ke andar khuda ne itni itni shakti di, itni shakti ke charon taraf aag lagi hui ho aur wahan khara hai aadmi tab bhi is ke man mein shanti hai.</w:t>
      </w:r>
      <w:r>
        <w:br/>
      </w:r>
      <w:r>
        <w:rPr>
          <w:sz w:val="20"/>
        </w:rPr>
        <w:t>27:02  to yeh hai insaan ka model, yeh hai insaan ka asal potential. main samajhta hoon.</w:t>
      </w:r>
      <w:r>
        <w:br/>
      </w:r>
      <w:r>
        <w:rPr>
          <w:sz w:val="20"/>
        </w:rPr>
        <w:t>27:15  to dekhen, aap ko bohat se insaan aise dikhai padenge jo ghalati mein pad gaye, jo is tarah ka is tarah ke insaan na ban sake.</w:t>
      </w:r>
    </w:p>
    <w:p>
      <w:pPr>
        <w:pStyle w:val="Heading2"/>
      </w:pPr>
      <w:r>
        <w:t>Personal story of missing suhoor and realization</w:t>
      </w:r>
    </w:p>
    <w:p>
      <w:r>
        <w:rPr>
          <w:color w:val="666666"/>
          <w:sz w:val="18"/>
        </w:rPr>
        <w:t>Fasting A Source of Spiritual Empowerment 21 Aug, 2011 - Maulana Wahiduddin Khan · 4m 30s · at 18:52 · https://youtu.be/b19V3pD-tbQ?t=1132</w:t>
      </w:r>
    </w:p>
    <w:p>
      <w:r>
        <w:rPr>
          <w:i/>
        </w:rPr>
        <w:t>“Ek baar aisa hua jab main UP mein tha.”</w:t>
      </w:r>
    </w:p>
    <w:p>
      <w:r>
        <w:rPr>
          <w:sz w:val="20"/>
        </w:rPr>
        <w:t>18:52  ek baar aisa hua jab mein UP mein tha. to subah ko neend nahi khuli.</w:t>
      </w:r>
      <w:r>
        <w:br/>
      </w:r>
      <w:r>
        <w:rPr>
          <w:sz w:val="20"/>
        </w:rPr>
        <w:t>19:02  yaani subah ko dawn se pehle neend khulna chahiye. tab aap kha bhi sakte hain.</w:t>
      </w:r>
      <w:r>
        <w:br/>
      </w:r>
      <w:r>
        <w:rPr>
          <w:sz w:val="20"/>
        </w:rPr>
        <w:t>19:11  dawn ke baad agar neend khulegi to nahi kha sakte aap. to meri neend nahi khuli. to mein sehri nahi kha saka. is din mujhe sehri ke baghair roza rakhna pada.</w:t>
      </w:r>
      <w:r>
        <w:br/>
      </w:r>
      <w:r>
        <w:rPr>
          <w:sz w:val="20"/>
        </w:rPr>
        <w:t>19:26  kyun ke sehri na khana yeh aadmi ka excuse nahi hai. agar aap sehri na kha sake to aisa nahi ke ab excuse mil gaya aap ko. aap sehri roza na rakhein aap.</w:t>
      </w:r>
      <w:r>
        <w:br/>
      </w:r>
      <w:r>
        <w:rPr>
          <w:sz w:val="20"/>
        </w:rPr>
        <w:t>19:37  to roza rakhna pada mujhe. ab is din jo hai laga ke ek din ka khana jo chhoota hai mujh se, sirf ek din ka.</w:t>
      </w:r>
      <w:r>
        <w:br/>
      </w:r>
      <w:r>
        <w:rPr>
          <w:sz w:val="20"/>
        </w:rPr>
        <w:t>19:50  to kitna sakht hai woh. to maine socha ke agar umar bhar ke khana chhoot jaye,</w:t>
      </w:r>
      <w:r>
        <w:br/>
      </w:r>
      <w:r>
        <w:rPr>
          <w:sz w:val="20"/>
        </w:rPr>
        <w:t>20:00  hamesha ke liye chhoot jaye khana, yaani maut ke baad Khuda agar hum ko ek aisi chattan par chhod de, farishta maut ke baad le aap ko aur le aa kar ke ek chattan par daal de jahan khana pani na ho,</w:t>
      </w:r>
      <w:r>
        <w:br/>
      </w:r>
      <w:r>
        <w:rPr>
          <w:sz w:val="20"/>
        </w:rPr>
        <w:t>20:17  to kahe ke bas pade raho yahin aa jao. koi takleef, doosri neend nahi de aayegi tum ko. koi tum ko maarne nahi aayega. tum ko jalane nahi aayega.</w:t>
      </w:r>
      <w:r>
        <w:br/>
      </w:r>
      <w:r>
        <w:rPr>
          <w:sz w:val="20"/>
        </w:rPr>
        <w:t>20:28  kuch bhi karne nahi aayega tum ko. bas khali yeh hai ke khana peena nahi milega.</w:t>
      </w:r>
      <w:r>
        <w:br/>
      </w:r>
      <w:r>
        <w:rPr>
          <w:sz w:val="20"/>
        </w:rPr>
        <w:t>20:36  to kya aalam hoga? hatta ke phir maine socha ke farz kiye ke mujh ko dunya ka sab se achha mahal mil jaye. lekin is mein khana peena na ho.</w:t>
      </w:r>
      <w:r>
        <w:br/>
      </w:r>
      <w:r>
        <w:rPr>
          <w:sz w:val="20"/>
        </w:rPr>
        <w:t>20:49  sab se achha palace,</w:t>
      </w:r>
      <w:r>
        <w:br/>
      </w:r>
      <w:r>
        <w:rPr>
          <w:sz w:val="20"/>
        </w:rPr>
        <w:t>20:55  jaise emperor ke palace hua karte the, sab se achha palace mil jaye to bilkul tumhare disposal par hai yeh palace. lekin wahan khana peena nahi hai.</w:t>
      </w:r>
      <w:r>
        <w:br/>
      </w:r>
      <w:r>
        <w:rPr>
          <w:sz w:val="20"/>
        </w:rPr>
        <w:t>21:07  to ek din ka jo mujhe khana chhoota to sab cheez bekar lagne lagi. palace bhi bekar.</w:t>
      </w:r>
      <w:r>
        <w:br/>
      </w:r>
      <w:r>
        <w:rPr>
          <w:sz w:val="20"/>
        </w:rPr>
        <w:t>21:20  sab kuch bekar.</w:t>
      </w:r>
      <w:r>
        <w:br/>
      </w:r>
      <w:r>
        <w:rPr>
          <w:sz w:val="20"/>
        </w:rPr>
        <w:t>21:25  to qadar o qeemat maloom hui khane ki ke Allah taala ne</w:t>
      </w:r>
      <w:r>
        <w:br/>
      </w:r>
      <w:r>
        <w:rPr>
          <w:sz w:val="20"/>
        </w:rPr>
        <w:t>21:32  insan ko paida kiya to kaisi ajeeb baat hai ke hum ne Allah taala se dua nahi ki thi ke hamein khana bhi de de.</w:t>
      </w:r>
      <w:r>
        <w:br/>
      </w:r>
      <w:r>
        <w:rPr>
          <w:sz w:val="20"/>
        </w:rPr>
        <w:t>21:43  baghair dua ke khana yahan maujood kar gaya.</w:t>
      </w:r>
      <w:r>
        <w:br/>
      </w:r>
      <w:r>
        <w:rPr>
          <w:sz w:val="20"/>
        </w:rPr>
        <w:t>21:48  wa a'atakum min kulli ma sa'altumuhu yaani hum ne sawal nahi kiya tha.</w:t>
      </w:r>
      <w:r>
        <w:br/>
      </w:r>
      <w:r>
        <w:rPr>
          <w:sz w:val="20"/>
        </w:rPr>
        <w:t>21:57  insan paida hua to saath saath yahan par soil hai, har qism ke ghale hain, har qism ke phal hain, sabziyan hain.</w:t>
      </w:r>
      <w:r>
        <w:br/>
      </w:r>
      <w:r>
        <w:rPr>
          <w:sz w:val="20"/>
        </w:rPr>
        <w:t>22:13  kaisi ajeeb baat hai</w:t>
      </w:r>
      <w:r>
        <w:br/>
      </w:r>
      <w:r>
        <w:rPr>
          <w:sz w:val="20"/>
        </w:rPr>
        <w:t>22:17  ke Allah taala ki rehmat ka yeh kitna bada tajurba hai ke aap ko paida kar ke zameen par basaya to hum se, hamein pata hi nahi tha ke hum kya maangein.</w:t>
      </w:r>
      <w:r>
        <w:br/>
      </w:r>
      <w:r>
        <w:rPr>
          <w:sz w:val="20"/>
        </w:rPr>
        <w:t>22:33  hum ko pata nahi tha ke hum kahein Khuda, yeh zameen par soil bhi ho, Khuda, yeh zameen par pani bhi ho, Khuda, yeh zameen par ghala aur mewa bhi ho.</w:t>
      </w:r>
      <w:r>
        <w:br/>
      </w:r>
      <w:r>
        <w:rPr>
          <w:sz w:val="20"/>
        </w:rPr>
        <w:t>22:43  hum ko maloom hi nahi tha ke hum mangen. to Allah taala ne khud se jana ke insan ko is ki zaroorat hai, wo sab yahan mehya kar diya.</w:t>
      </w:r>
      <w:r>
        <w:br/>
      </w:r>
      <w:r>
        <w:rPr>
          <w:sz w:val="20"/>
        </w:rPr>
        <w:t>22:58  to ek ek din jab mujhe khana bilkul hi nahi mila, subah se sham tak, to is se kitne sare tajrube hue.</w:t>
      </w:r>
      <w:r>
        <w:br/>
      </w:r>
      <w:r>
        <w:rPr>
          <w:sz w:val="20"/>
        </w:rPr>
        <w:t>23:10  isi liye main kehta hoon ke roza jo hai wo Month of Experience hai, Month of Events hai.</w:t>
      </w:r>
    </w:p>
    <w:p>
      <w:pPr>
        <w:pStyle w:val="Heading2"/>
      </w:pPr>
      <w:r>
        <w:t>Quran as scientific religion and framework</w:t>
      </w:r>
    </w:p>
    <w:p>
      <w:r>
        <w:rPr>
          <w:color w:val="666666"/>
          <w:sz w:val="18"/>
        </w:rPr>
        <w:t>Fragments of Broken Heart | December 01, 2006 | Maulana Wahiduddin Khan · 5m 05s · at 13:04 · https://youtu.be/4uW2kggXMI8?t=784</w:t>
      </w:r>
    </w:p>
    <w:p>
      <w:r>
        <w:rPr>
          <w:i/>
        </w:rPr>
        <w:t>“Inglistan mein ek bada philosopher paida hua”</w:t>
      </w:r>
    </w:p>
    <w:p>
      <w:r>
        <w:rPr>
          <w:sz w:val="20"/>
        </w:rPr>
        <w:t>13:04  hye masla kya hai? inglistan mein woh ek bara philosopher paida hua jis ka naam tha bradley.</w:t>
      </w:r>
      <w:r>
        <w:br/>
      </w:r>
      <w:r>
        <w:rPr>
          <w:sz w:val="20"/>
        </w:rPr>
        <w:t>13:12  is ki death hui hai 1924 mein.</w:t>
      </w:r>
      <w:r>
        <w:br/>
      </w:r>
      <w:r>
        <w:rPr>
          <w:sz w:val="20"/>
        </w:rPr>
        <w:t>13:19  is ki ek kitab hai, ek moti si kitab hai "appearance and reality".</w:t>
      </w:r>
      <w:r>
        <w:br/>
      </w:r>
      <w:r>
        <w:rPr>
          <w:sz w:val="20"/>
        </w:rPr>
        <w:t>13:27  is kitab ke aakhir mein woh kehta hai ke aaj ke zamane ko</w:t>
      </w:r>
      <w:r>
        <w:br/>
      </w:r>
      <w:r>
        <w:rPr>
          <w:sz w:val="20"/>
        </w:rPr>
        <w:t>13:35  ek scientific religion ki zaroorat hai.</w:t>
      </w:r>
      <w:r>
        <w:br/>
      </w:r>
      <w:r>
        <w:rPr>
          <w:sz w:val="20"/>
        </w:rPr>
        <w:t>13:40  scientific religion ki zaroorat hai.</w:t>
      </w:r>
      <w:r>
        <w:br/>
      </w:r>
      <w:r>
        <w:rPr>
          <w:sz w:val="20"/>
        </w:rPr>
        <w:t>13:45  agarche is ko nahi maloom ke scientific religion hai kiya.</w:t>
      </w:r>
      <w:r>
        <w:br/>
      </w:r>
      <w:r>
        <w:rPr>
          <w:sz w:val="20"/>
        </w:rPr>
        <w:t>13:50  woh mehsoos karta hai ke aaj ki generation, modern mind ek naya mazhab chahta hai.</w:t>
      </w:r>
      <w:r>
        <w:br/>
      </w:r>
      <w:r>
        <w:rPr>
          <w:sz w:val="20"/>
        </w:rPr>
        <w:t>13:55  isi naye mazhab ko is ne scientific mazhab ka naam diya hai.</w:t>
      </w:r>
      <w:r>
        <w:br/>
      </w:r>
      <w:r>
        <w:rPr>
          <w:sz w:val="20"/>
        </w:rPr>
        <w:t>14:00  yeh scientific mazhab kya hai</w:t>
      </w:r>
      <w:r>
        <w:br/>
      </w:r>
      <w:r>
        <w:rPr>
          <w:sz w:val="20"/>
        </w:rPr>
        <w:t>14:05  ? sach poochien to meri zindagi poori isi ki isi ki tehqeeq mein guzri hai.</w:t>
      </w:r>
      <w:r>
        <w:br/>
      </w:r>
      <w:r>
        <w:rPr>
          <w:sz w:val="20"/>
        </w:rPr>
        <w:t>14:10  mein samajhta hoon ke scientific mazhab is ke siwa kuch nahi ke woh islam hai.</w:t>
      </w:r>
      <w:r>
        <w:br/>
      </w:r>
      <w:r>
        <w:rPr>
          <w:sz w:val="20"/>
        </w:rPr>
        <w:t>14:15  islam bhi scientific mazhab hai jis ko log jante nahi.</w:t>
      </w:r>
      <w:r>
        <w:br/>
      </w:r>
      <w:r>
        <w:rPr>
          <w:sz w:val="20"/>
        </w:rPr>
        <w:t>14:20  har mazhab scientific mazhab hi tha.</w:t>
      </w:r>
      <w:r>
        <w:br/>
      </w:r>
      <w:r>
        <w:rPr>
          <w:sz w:val="20"/>
        </w:rPr>
        <w:t>14:25  mein yeh nahi keh raha hoon ke islam hi scientific mazhab hai.</w:t>
      </w:r>
      <w:r>
        <w:br/>
      </w:r>
      <w:r>
        <w:rPr>
          <w:sz w:val="20"/>
        </w:rPr>
        <w:t>14:30  asal mein qissa yeh hai</w:t>
      </w:r>
      <w:r>
        <w:br/>
      </w:r>
      <w:r>
        <w:rPr>
          <w:sz w:val="20"/>
        </w:rPr>
        <w:t>14:36  ke quran mein ek ayat hai "yudabbirul amra yufassilul ayati" ke khuda universe ki tadbeer amr kar raha hai.</w:t>
      </w:r>
      <w:r>
        <w:br/>
      </w:r>
      <w:r>
        <w:rPr>
          <w:sz w:val="20"/>
        </w:rPr>
        <w:t>14:43  yani direct control ke zariye is ko chala raha hai.</w:t>
      </w:r>
      <w:r>
        <w:br/>
      </w:r>
      <w:r>
        <w:rPr>
          <w:sz w:val="20"/>
        </w:rPr>
        <w:t>14:51  doosri taraf farmaya ke "yufassilul ayati" insano ke liye is ne ayaten utari hain.</w:t>
      </w:r>
      <w:r>
        <w:br/>
      </w:r>
      <w:r>
        <w:rPr>
          <w:sz w:val="20"/>
        </w:rPr>
        <w:t>14:59  is ayat mein ek bohat bari baat kahi gayi hai</w:t>
      </w:r>
      <w:r>
        <w:br/>
      </w:r>
      <w:r>
        <w:rPr>
          <w:sz w:val="20"/>
        </w:rPr>
        <w:t>15:07  ke yeh duniya jo hai other than human being ka ek mamla hai aur human being ka doosra mamla hai.</w:t>
      </w:r>
      <w:r>
        <w:br/>
      </w:r>
      <w:r>
        <w:rPr>
          <w:sz w:val="20"/>
        </w:rPr>
        <w:t>15:14  other than human being jo hai woh law of nature se control hoti hai.</w:t>
      </w:r>
      <w:r>
        <w:br/>
      </w:r>
      <w:r>
        <w:rPr>
          <w:sz w:val="20"/>
        </w:rPr>
        <w:t>15:22  is ko koi free will nahi mila hua hai.</w:t>
      </w:r>
      <w:r>
        <w:br/>
      </w:r>
      <w:r>
        <w:rPr>
          <w:sz w:val="20"/>
        </w:rPr>
        <w:t>15:29  stars, mountain, ocean jo bhi other than human being jo duniya hai is</w:t>
      </w:r>
      <w:r>
        <w:br/>
      </w:r>
      <w:r>
        <w:rPr>
          <w:sz w:val="20"/>
        </w:rPr>
        <w:t>15:37  ko koi free will nahi hasil hai. woh direct tor par Khuda ke control mein hai jis ko hum law of nature kehte hain. to jab insan is dunya mein yani other than human being jo dunya hai us mein explore karta hai, jab us mein janne ki koshish karta hai to wahan par aik compulsion us ko rehta hai. woh compulsion law of nature ka. wahan koi option, kai option</w:t>
      </w:r>
      <w:r>
        <w:br/>
      </w:r>
      <w:r>
        <w:rPr>
          <w:sz w:val="20"/>
        </w:rPr>
        <w:t>16:07  nahi hote.</w:t>
      </w:r>
      <w:r>
        <w:br/>
      </w:r>
      <w:r>
        <w:rPr>
          <w:sz w:val="20"/>
        </w:rPr>
        <w:t>16:11  wahan ek hi option hota hai.</w:t>
      </w:r>
      <w:r>
        <w:br/>
      </w:r>
      <w:r>
        <w:rPr>
          <w:sz w:val="20"/>
        </w:rPr>
        <w:t>16:16  yani pani ko garam kar ke agar steam power banana ho to ek hi option hai insan ke paas.</w:t>
      </w:r>
      <w:r>
        <w:br/>
      </w:r>
      <w:r>
        <w:rPr>
          <w:sz w:val="20"/>
        </w:rPr>
        <w:t>16:20  petrol ko energy mein convert karna ho to is ka ek hi option hai is ke paas.</w:t>
      </w:r>
      <w:r>
        <w:br/>
      </w:r>
      <w:r>
        <w:rPr>
          <w:sz w:val="20"/>
        </w:rPr>
        <w:t>16:25  aur koi steel banana hai to is ka ek hi option hai insan ke paas.</w:t>
      </w:r>
      <w:r>
        <w:br/>
      </w:r>
      <w:r>
        <w:rPr>
          <w:sz w:val="20"/>
        </w:rPr>
        <w:t>16:29  yani yeh ke jo law of nature inherently in ke andar maujood hai us ko janna aur us</w:t>
      </w:r>
      <w:r>
        <w:br/>
      </w:r>
      <w:r>
        <w:rPr>
          <w:sz w:val="20"/>
        </w:rPr>
        <w:t>16:34  ko apply kar ke apna maqsad hasil karna.</w:t>
      </w:r>
      <w:r>
        <w:br/>
      </w:r>
      <w:r>
        <w:rPr>
          <w:sz w:val="20"/>
        </w:rPr>
        <w:t>16:38  to yeh hai material science ka muamla. chounke material science mein option kai nahi tha is liye wahan khoob taraqqi hui. insan ko wahan bhagnay ka mauqa nahi mila. idhar udhar us ko jump karnay ka mauqa nahi mila. wahan us ko deviation ka mauqa nahi mila. compulsively woh law of nature ko follow karta raha hai aur phir aap jante hain ke bijli bani, engine bane, hawai jahaz bane, motor bane yeh sari cheezen banti chali</w:t>
      </w:r>
      <w:r>
        <w:br/>
      </w:r>
      <w:r>
        <w:rPr>
          <w:sz w:val="20"/>
        </w:rPr>
        <w:t>17:08  gaiyin.</w:t>
      </w:r>
      <w:r>
        <w:br/>
      </w:r>
      <w:r>
        <w:rPr>
          <w:sz w:val="20"/>
        </w:rPr>
        <w:t>17:13  lekin jahan tak insan ka mamla hai to yahan par insan ko khuda ne free will diya hai.</w:t>
      </w:r>
      <w:r>
        <w:br/>
      </w:r>
      <w:r>
        <w:rPr>
          <w:sz w:val="20"/>
        </w:rPr>
        <w:t>17:18  freedom diya hai.</w:t>
      </w:r>
      <w:r>
        <w:br/>
      </w:r>
      <w:r>
        <w:rPr>
          <w:sz w:val="20"/>
        </w:rPr>
        <w:t>17:23  is liye yahan choice kai ho jatay hain.</w:t>
      </w:r>
      <w:r>
        <w:br/>
      </w:r>
      <w:r>
        <w:rPr>
          <w:sz w:val="20"/>
        </w:rPr>
        <w:t>17:28  isi liye farmaya ke "yufassil al-ayat" yani khuda insan ke mamle mein ayatain utarta hai.</w:t>
      </w:r>
      <w:r>
        <w:br/>
      </w:r>
      <w:r>
        <w:rPr>
          <w:sz w:val="20"/>
        </w:rPr>
        <w:t>17:33  prophet ke zariye</w:t>
      </w:r>
      <w:r>
        <w:br/>
      </w:r>
      <w:r>
        <w:rPr>
          <w:sz w:val="20"/>
        </w:rPr>
        <w:t>17:38  apni wahi bhejta hai aur insan ko prophet bata deta hai ke dekho yeh hai tumhare liye guide book.</w:t>
      </w:r>
      <w:r>
        <w:br/>
      </w:r>
      <w:r>
        <w:rPr>
          <w:sz w:val="20"/>
        </w:rPr>
        <w:t>17:44  is ko follow karoge to tum kamyab ho ge.</w:t>
      </w:r>
      <w:r>
        <w:br/>
      </w:r>
      <w:r>
        <w:rPr>
          <w:sz w:val="20"/>
        </w:rPr>
        <w:t>17:49  to yahan option insan ke apne hath mein aa jata hai.</w:t>
      </w:r>
      <w:r>
        <w:br/>
      </w:r>
      <w:r>
        <w:rPr>
          <w:sz w:val="20"/>
        </w:rPr>
        <w:t>17:54  jabke material world mein option is ke apne hath mein nahi hota hai.</w:t>
      </w:r>
      <w:r>
        <w:br/>
      </w:r>
      <w:r>
        <w:rPr>
          <w:sz w:val="20"/>
        </w:rPr>
        <w:t>17:59  yahi waja hai ke wahan to taraqqi bare zor shor se hui aur yahan aaj tak koi taraqqi</w:t>
      </w:r>
      <w:r>
        <w:br/>
      </w:r>
      <w:r>
        <w:rPr>
          <w:sz w:val="20"/>
        </w:rPr>
        <w:t>18:05  nahi ho saki.</w:t>
      </w:r>
    </w:p>
    <w:p>
      <w:pPr>
        <w:pStyle w:val="Heading2"/>
      </w:pPr>
      <w:r>
        <w:t>From heart-based to mind-based spirituality</w:t>
      </w:r>
    </w:p>
    <w:p>
      <w:r>
        <w:rPr>
          <w:color w:val="666666"/>
          <w:sz w:val="18"/>
        </w:rPr>
        <w:t>Science and Spirituality | April 25, 2007 | Maulana Wahiduddin Kha · 5m 07s · at 19:36 · https://youtu.be/cStp24Ri3ps?t=1176</w:t>
      </w:r>
    </w:p>
    <w:p>
      <w:r>
        <w:rPr>
          <w:i/>
        </w:rPr>
        <w:t>“It is not a new discipline in different names”</w:t>
      </w:r>
    </w:p>
    <w:p>
      <w:r>
        <w:rPr>
          <w:sz w:val="20"/>
        </w:rPr>
        <w:t>19:36  It is not a new discipline in different names, although the names were different.</w:t>
      </w:r>
      <w:r>
        <w:br/>
      </w:r>
      <w:r>
        <w:rPr>
          <w:sz w:val="20"/>
        </w:rPr>
        <w:t>19:47  But Spirituality is an old discipline.</w:t>
      </w:r>
      <w:r>
        <w:br/>
      </w:r>
      <w:r>
        <w:rPr>
          <w:sz w:val="20"/>
        </w:rPr>
        <w:t>19:57  And people were generally believing that the heart is the reservoir of Spirituality and everything is in the heart</w:t>
      </w:r>
      <w:r>
        <w:br/>
      </w:r>
      <w:r>
        <w:rPr>
          <w:sz w:val="20"/>
        </w:rPr>
        <w:t>20:08  .</w:t>
      </w:r>
      <w:r>
        <w:br/>
      </w:r>
      <w:r>
        <w:rPr>
          <w:sz w:val="20"/>
        </w:rPr>
        <w:t>20:18  So we have to central, we have to unfold Spirituality from the heart by adopting some practices like</w:t>
      </w:r>
      <w:r>
        <w:br/>
      </w:r>
      <w:r>
        <w:rPr>
          <w:sz w:val="20"/>
        </w:rPr>
        <w:t>20:28  muraqabah, like meditation, like tasavvuf. So people</w:t>
      </w:r>
      <w:r>
        <w:br/>
      </w:r>
      <w:r>
        <w:rPr>
          <w:sz w:val="20"/>
        </w:rPr>
        <w:t>20:38  were engaged in some practices with this belief that the heart is the center of all kinds of</w:t>
      </w:r>
      <w:r>
        <w:br/>
      </w:r>
      <w:r>
        <w:rPr>
          <w:sz w:val="20"/>
        </w:rPr>
        <w:t>20:48  Spiritual thought and we can unfold Spirituality from the heart by adopting these kinds of practices.</w:t>
      </w:r>
      <w:r>
        <w:br/>
      </w:r>
      <w:r>
        <w:rPr>
          <w:sz w:val="20"/>
        </w:rPr>
        <w:t>20:58  For example, there was a practice in tasavvuf that, like this, that</w:t>
      </w:r>
      <w:r>
        <w:br/>
      </w:r>
      <w:r>
        <w:rPr>
          <w:sz w:val="20"/>
        </w:rPr>
        <w:t>21:08  "La ilaha illallah, La ilaha illallah." It is called zarb, meaning beat.</w:t>
      </w:r>
      <w:r>
        <w:br/>
      </w:r>
      <w:r>
        <w:rPr>
          <w:sz w:val="20"/>
        </w:rPr>
        <w:t>21:18  So from this practice, by by by adopting this practice, they were believing that we can unfold all</w:t>
      </w:r>
      <w:r>
        <w:br/>
      </w:r>
      <w:r>
        <w:rPr>
          <w:sz w:val="20"/>
        </w:rPr>
        <w:t>21:28  those treasures from the heart, all those Spiritual treasures from our heart. So,</w:t>
      </w:r>
      <w:r>
        <w:br/>
      </w:r>
      <w:r>
        <w:rPr>
          <w:sz w:val="20"/>
        </w:rPr>
        <w:t>21:38  but science, the modern science, modern science has proved that the heart is nothing but a tool of</w:t>
      </w:r>
      <w:r>
        <w:br/>
      </w:r>
      <w:r>
        <w:rPr>
          <w:sz w:val="20"/>
        </w:rPr>
        <w:t>21:47  circulation of blood, circulation of blood.</w:t>
      </w:r>
      <w:r>
        <w:br/>
      </w:r>
      <w:r>
        <w:rPr>
          <w:sz w:val="20"/>
        </w:rPr>
        <w:t>21:55  There is no other function of the heart.</w:t>
      </w:r>
      <w:r>
        <w:br/>
      </w:r>
      <w:r>
        <w:rPr>
          <w:sz w:val="20"/>
        </w:rPr>
        <w:t>22:03  There is no function of the heart other than circulation of blood.</w:t>
      </w:r>
      <w:r>
        <w:br/>
      </w:r>
      <w:r>
        <w:rPr>
          <w:sz w:val="20"/>
        </w:rPr>
        <w:t>22:12  There is no thinking capacity in the heart. There is no Spiritual capacity in the heart. There is no Spiritual reservoir in the heart. The heart is, the only function of the heart is to circulate the blood. That's all. So this is the corrective role of science in this regard. This</w:t>
      </w:r>
      <w:r>
        <w:br/>
      </w:r>
      <w:r>
        <w:rPr>
          <w:sz w:val="20"/>
        </w:rPr>
        <w:t>22:42  is the corrective, this was the corrective role of science in this regard. Now, what is needed? We have to restructure the Spiritual thought. What is needed is that we have to restructure our Spiritual thought. And what is that restructuring?</w:t>
      </w:r>
      <w:r>
        <w:br/>
      </w:r>
      <w:r>
        <w:rPr>
          <w:sz w:val="20"/>
        </w:rPr>
        <w:t>23:12  It is to develop a new Spirituality.</w:t>
      </w:r>
      <w:r>
        <w:br/>
      </w:r>
      <w:r>
        <w:rPr>
          <w:sz w:val="20"/>
        </w:rPr>
        <w:t>23:22  That is, according to, in my words, mind-based Spirituality rather than heart-based Spirituality.</w:t>
      </w:r>
      <w:r>
        <w:br/>
      </w:r>
      <w:r>
        <w:rPr>
          <w:sz w:val="20"/>
        </w:rPr>
        <w:t>23:32  Previously, people were adopted, previous people have adopted heart</w:t>
      </w:r>
      <w:r>
        <w:br/>
      </w:r>
      <w:r>
        <w:rPr>
          <w:sz w:val="20"/>
        </w:rPr>
        <w:t>23:42  -based Spirituality.</w:t>
      </w:r>
      <w:r>
        <w:br/>
      </w:r>
      <w:r>
        <w:rPr>
          <w:sz w:val="20"/>
        </w:rPr>
        <w:t>23:48  Now science has disproved this notion.</w:t>
      </w:r>
      <w:r>
        <w:br/>
      </w:r>
      <w:r>
        <w:rPr>
          <w:sz w:val="20"/>
        </w:rPr>
        <w:t>23:54  So this is the corrective role of science.</w:t>
      </w:r>
      <w:r>
        <w:br/>
      </w:r>
      <w:r>
        <w:rPr>
          <w:sz w:val="20"/>
        </w:rPr>
        <w:t>24:00  So according to the modern science, according to the modern discoveries, we have to adopt a new kind of Spirituality.</w:t>
      </w:r>
      <w:r>
        <w:br/>
      </w:r>
      <w:r>
        <w:rPr>
          <w:sz w:val="20"/>
        </w:rPr>
        <w:t>24:07  That is mind-based Spirituality.</w:t>
      </w:r>
      <w:r>
        <w:br/>
      </w:r>
      <w:r>
        <w:rPr>
          <w:sz w:val="20"/>
        </w:rPr>
        <w:t>24:13  This is the relationship of science.</w:t>
      </w:r>
      <w:r>
        <w:br/>
      </w:r>
      <w:r>
        <w:rPr>
          <w:sz w:val="20"/>
        </w:rPr>
        <w:t>24:17  This is the relationship of science and Spirituality.</w:t>
      </w:r>
      <w:r>
        <w:br/>
      </w:r>
      <w:r>
        <w:rPr>
          <w:sz w:val="20"/>
        </w:rPr>
        <w:t>24:21  Science itself is not Spirituality.</w:t>
      </w:r>
      <w:r>
        <w:br/>
      </w:r>
      <w:r>
        <w:rPr>
          <w:sz w:val="20"/>
        </w:rPr>
        <w:t>24:26  Science is not a Spiritual discipline.</w:t>
      </w:r>
      <w:r>
        <w:br/>
      </w:r>
      <w:r>
        <w:rPr>
          <w:sz w:val="20"/>
        </w:rPr>
        <w:t>24:30  But science has a corrective role.</w:t>
      </w:r>
      <w:r>
        <w:br/>
      </w:r>
      <w:r>
        <w:rPr>
          <w:sz w:val="20"/>
        </w:rPr>
        <w:t>24:35  And following this corrective role, we can restruct.</w:t>
      </w:r>
      <w:r>
        <w:br/>
      </w:r>
      <w:r>
        <w:rPr>
          <w:sz w:val="20"/>
        </w:rPr>
        <w:t>24:39  We have to restruct our Spiritual thought</w:t>
      </w:r>
    </w:p>
    <w:p>
      <w:pPr>
        <w:pStyle w:val="Heading2"/>
      </w:pPr>
      <w:r>
        <w:t>Proper observance of Prophet's birthday</w:t>
      </w:r>
    </w:p>
    <w:p>
      <w:r>
        <w:rPr>
          <w:color w:val="666666"/>
          <w:sz w:val="18"/>
        </w:rPr>
        <w:t>God and Man (In Conversation with Maulana) 01 04 07 · 3m 49s · at 5:48 · https://youtu.be/2HlIEnmDdPo?t=348</w:t>
      </w:r>
    </w:p>
    <w:p>
      <w:r>
        <w:rPr>
          <w:i/>
        </w:rPr>
        <w:t>“Generally kya hota hai aaj ke din”</w:t>
      </w:r>
    </w:p>
    <w:p>
      <w:r>
        <w:rPr>
          <w:sz w:val="20"/>
        </w:rPr>
        <w:t>5:48  generally kya hota hai aaj ke din ki Prophet ka charcha karte hain log, usmein naatein padhte hain, fazail bayan karte hain, aur sarwar-e-kaenat, fakhr-e-maujudat,</w:t>
      </w:r>
      <w:r>
        <w:br/>
      </w:r>
      <w:r>
        <w:rPr>
          <w:sz w:val="20"/>
        </w:rPr>
        <w:t>6:02  aur saare alam ka yani nizam ka Rasool Allah chala rahe hain. ab isko keh kar ke aap pride lete hain, pride, to yeh sab mein dekhein, bilkul baseless hai.</w:t>
      </w:r>
      <w:r>
        <w:br/>
      </w:r>
      <w:r>
        <w:rPr>
          <w:sz w:val="20"/>
        </w:rPr>
        <w:t>6:15  ekdam hi baseless hai. koi Quran mein, na hadith mein, na is par koi reward milne wala hai. kuch bhi nahi. cheez yeh hai ki Rasool Allah ko bataya gaya Quran mein uswa.</w:t>
      </w:r>
      <w:r>
        <w:br/>
      </w:r>
      <w:r>
        <w:rPr>
          <w:sz w:val="20"/>
        </w:rPr>
        <w:t>6:26  Laqad kana lakum fi Rasool Allah uswatun hasanah yani model. model. to main samajhta hoon ki aaj sabse zyada zaroori yeh hai ki hum compare karein apne aaj ki zindagi ko Rasool Allah ki zindagi se.</w:t>
      </w:r>
      <w:r>
        <w:br/>
      </w:r>
      <w:r>
        <w:rPr>
          <w:sz w:val="20"/>
        </w:rPr>
        <w:t>6:43  yeh sabse bada kaam hai. matlab isko main kahunga ki aaj ka din hai introspection ka din hai. aaj ka din hai reassessment ka din hai.</w:t>
      </w:r>
      <w:r>
        <w:br/>
      </w:r>
      <w:r>
        <w:rPr>
          <w:sz w:val="20"/>
        </w:rPr>
        <w:t>6:52  aaj ka din hai reexamination ka din hai. ki what was wrong with us?</w:t>
      </w:r>
      <w:r>
        <w:br/>
      </w:r>
      <w:r>
        <w:rPr>
          <w:sz w:val="20"/>
        </w:rPr>
        <w:t>6:59  kyun aisa hai ki Rasool Allah ke uswa ko pakad kar ke aur log jo the pehle, unhein kamyabi mili aur aaj hum duniya mein zaleel-o-khawar ho rahe hain?</w:t>
      </w:r>
      <w:r>
        <w:br/>
      </w:r>
      <w:r>
        <w:rPr>
          <w:sz w:val="20"/>
        </w:rPr>
        <w:t>7:08  to bajaye iske ki aap naatein padh kar ke aur Rasool Allah ke yani fazail bayan kar ke aur qisse kahaniyan, baseless kahaniyan bayan kar ke khush hon, yeh sab bilkul bekar hai.</w:t>
      </w:r>
      <w:r>
        <w:br/>
      </w:r>
      <w:r>
        <w:rPr>
          <w:sz w:val="20"/>
        </w:rPr>
        <w:t>7:22  aap baithiye reassess karne ke liye. aur reassessment yahi hai ki apni zindagi ko aap compare kar ke dekhiye Rasool Allah ki zindagi se ki kya zindagi unki thi, kya zindagi hamari hai.</w:t>
      </w:r>
      <w:r>
        <w:br/>
      </w:r>
      <w:r>
        <w:rPr>
          <w:sz w:val="20"/>
        </w:rPr>
        <w:t>7:37  jaise aaj maine bataya aap ko ki Rasool Allah ka tareeqa yeh tha ki negative situation ya negative experience aap ko hua to aap ne positive response diya.</w:t>
      </w:r>
      <w:r>
        <w:br/>
      </w:r>
      <w:r>
        <w:rPr>
          <w:sz w:val="20"/>
        </w:rPr>
        <w:t>7:49  aaj aap kya ulta kar rahe hain? aap</w:t>
      </w:r>
      <w:r>
        <w:br/>
      </w:r>
      <w:r>
        <w:rPr>
          <w:sz w:val="20"/>
        </w:rPr>
        <w:t>7:52  hum ulta kar rahe hain. har negative experience ka negative response hai. aap poori poori hamari is dauraniye ki yani main samajhta hoon kam az kam do sau saal ki jo history hai Musalmanon ki, woh kya hai</w:t>
      </w:r>
      <w:r>
        <w:br/>
      </w:r>
      <w:r>
        <w:rPr>
          <w:sz w:val="20"/>
        </w:rPr>
        <w:t>8:07  ? sab jo hai negative reaction. bas aur kuch bhi nahi hai. to sabse zyada zaroori hai ki is baat ko hum yani maane.</w:t>
      </w:r>
      <w:r>
        <w:br/>
      </w:r>
      <w:r>
        <w:rPr>
          <w:sz w:val="20"/>
        </w:rPr>
        <w:t>8:19  mein samajhta hoon ke sab se bara tareeqa yeh hai ke aap keh sakein ke we were wrong. We were wrong.</w:t>
      </w:r>
      <w:r>
        <w:br/>
      </w:r>
      <w:r>
        <w:rPr>
          <w:sz w:val="20"/>
        </w:rPr>
        <w:t>8:27  We are not followers of Muhammad. Yeh hum keh sakein aaj ke din. Tab mein samajhta hoon ke bar</w:t>
      </w:r>
      <w:r>
        <w:br/>
      </w:r>
      <w:r>
        <w:rPr>
          <w:sz w:val="20"/>
        </w:rPr>
        <w:t>8:53  Is mein hum is ko khush hon is ko parh parh kar ke aur log speeches dete hain, fiery speeches.</w:t>
      </w:r>
      <w:r>
        <w:br/>
      </w:r>
      <w:r>
        <w:rPr>
          <w:sz w:val="20"/>
        </w:rPr>
        <w:t>9:03  Yeh sab bilkul bekar kaam hai. To mein yeh kahoon ga ke aaj ke din musalman yeh karein to wahi sahi hoga bar reliable ke apne aap ko compare karein rasool Allah se ke rasool Allah model thay, us woh thay ke hum kahan ghalti kar rakhi hai hum ne aur is ka correction, apne ko theek karna.</w:t>
      </w:r>
      <w:r>
        <w:br/>
      </w:r>
      <w:r>
        <w:rPr>
          <w:sz w:val="20"/>
        </w:rPr>
        <w:t>9:32  Yehi hai sahi tor par bar reliable.</w:t>
      </w:r>
    </w:p>
    <w:p>
      <w:pPr>
        <w:pStyle w:val="Heading2"/>
      </w:pPr>
      <w:r>
        <w:t>Rustam story: power of salah and non-political empire</w:t>
      </w:r>
    </w:p>
    <w:p>
      <w:r>
        <w:rPr>
          <w:color w:val="666666"/>
          <w:sz w:val="18"/>
        </w:rPr>
        <w:t>Five Pillars of Islam | July 30, 2007 · 6m 14s · at 43:50 · https://youtu.be/f31xU7hWLWI?t=2630</w:t>
      </w:r>
    </w:p>
    <w:p>
      <w:r>
        <w:rPr>
          <w:i/>
        </w:rPr>
        <w:t>“I would like to refer to a very historical event.”</w:t>
      </w:r>
    </w:p>
    <w:p>
      <w:r>
        <w:rPr>
          <w:sz w:val="20"/>
        </w:rPr>
        <w:t>43:50  iph.</w:t>
      </w:r>
      <w:r>
        <w:br/>
      </w:r>
      <w:r>
        <w:rPr>
          <w:sz w:val="20"/>
        </w:rPr>
        <w:t>43:56  The majority of these Muslims were Sahaba, companions of the Prophet.</w:t>
      </w:r>
      <w:r>
        <w:br/>
      </w:r>
      <w:r>
        <w:rPr>
          <w:sz w:val="20"/>
        </w:rPr>
        <w:t>44:03  So when they—so at that time, there were no mosques in Iran.</w:t>
      </w:r>
      <w:r>
        <w:br/>
      </w:r>
      <w:r>
        <w:rPr>
          <w:sz w:val="20"/>
        </w:rPr>
        <w:t>44:09  At that time, there were no mosques in Iran.</w:t>
      </w:r>
      <w:r>
        <w:br/>
      </w:r>
      <w:r>
        <w:rPr>
          <w:sz w:val="20"/>
        </w:rPr>
        <w:t>44:16  So they always performed their salat in fields, open fields.</w:t>
      </w:r>
      <w:r>
        <w:br/>
      </w:r>
      <w:r>
        <w:rPr>
          <w:sz w:val="20"/>
        </w:rPr>
        <w:t>44:23  So at that time, the ruler of Iran was Yazd Gurud, King Yazd Gurud, and his general was Rustam.</w:t>
      </w:r>
      <w:r>
        <w:br/>
      </w:r>
      <w:r>
        <w:rPr>
          <w:sz w:val="20"/>
        </w:rPr>
        <w:t>44:30  His military general was Rustam.</w:t>
      </w:r>
      <w:r>
        <w:br/>
      </w:r>
      <w:r>
        <w:rPr>
          <w:sz w:val="20"/>
        </w:rPr>
        <w:t>44:38  So what happened?</w:t>
      </w:r>
      <w:r>
        <w:br/>
      </w:r>
      <w:r>
        <w:rPr>
          <w:sz w:val="20"/>
        </w:rPr>
        <w:t>44:45  These Muslims used to</w:t>
      </w:r>
      <w:r>
        <w:br/>
      </w:r>
      <w:r>
        <w:rPr>
          <w:sz w:val="20"/>
        </w:rPr>
        <w:t>44:53  perform namaz in the fields, in open fields, in the same way which we observe in mosques, that one person leads the salat and all the other people stand behind him in a row. So Rustam saw this scene several times. So</w:t>
      </w:r>
      <w:r>
        <w:br/>
      </w:r>
      <w:r>
        <w:rPr>
          <w:sz w:val="20"/>
        </w:rPr>
        <w:t>45:23  he was perturbed.</w:t>
      </w:r>
      <w:r>
        <w:br/>
      </w:r>
      <w:r>
        <w:rPr>
          <w:sz w:val="20"/>
        </w:rPr>
        <w:t>45:29  He was afraid.</w:t>
      </w:r>
      <w:r>
        <w:br/>
      </w:r>
      <w:r>
        <w:rPr>
          <w:sz w:val="20"/>
        </w:rPr>
        <w:t>45:35  He became afraid.</w:t>
      </w:r>
      <w:r>
        <w:br/>
      </w:r>
      <w:r>
        <w:rPr>
          <w:sz w:val="20"/>
        </w:rPr>
        <w:t>45:41  He said that, "Aqala Umar Qabidi, Ya'allamul Kilabul Adab." He said that, "For me, it is a killing scene.</w:t>
      </w:r>
      <w:r>
        <w:br/>
      </w:r>
      <w:r>
        <w:rPr>
          <w:sz w:val="20"/>
        </w:rPr>
        <w:t>45:47  Umar is killing myself because he is inculcating a spirit of discipline</w:t>
      </w:r>
      <w:r>
        <w:br/>
      </w:r>
      <w:r>
        <w:rPr>
          <w:sz w:val="20"/>
        </w:rPr>
        <w:t>45:53  ine in his followers.</w:t>
      </w:r>
      <w:r>
        <w:br/>
      </w:r>
      <w:r>
        <w:rPr>
          <w:sz w:val="20"/>
        </w:rPr>
        <w:t>46:01  He prepares an army of discipline.</w:t>
      </w:r>
      <w:r>
        <w:br/>
      </w:r>
      <w:r>
        <w:rPr>
          <w:sz w:val="20"/>
        </w:rPr>
        <w:t>46:09  Although the inner content of namaz is taqwa, khushu, remembrance of God, this is the inner content of namaz.</w:t>
      </w:r>
      <w:r>
        <w:br/>
      </w:r>
      <w:r>
        <w:rPr>
          <w:sz w:val="20"/>
        </w:rPr>
        <w:t>46:16  But the outer content is that it took the form of organization.</w:t>
      </w:r>
      <w:r>
        <w:br/>
      </w:r>
      <w:r>
        <w:rPr>
          <w:sz w:val="20"/>
        </w:rPr>
        <w:t>46:24  We perform our namaz, our congregational namaz. We perform our congregational namaz in an organized manner, in an organized way." So he saw the external structure of the namaz. So he said, "There is discipline. There is training of discipline. And those who are trained in</w:t>
      </w:r>
      <w:r>
        <w:br/>
      </w:r>
      <w:r>
        <w:rPr>
          <w:sz w:val="20"/>
        </w:rPr>
        <w:t>46:54  discipline, those who have a spirit of discipline, they are so strong that no one can conquer these people.</w:t>
      </w:r>
      <w:r>
        <w:br/>
      </w:r>
      <w:r>
        <w:rPr>
          <w:sz w:val="20"/>
        </w:rPr>
        <w:t>47:04  So they are unconquerable." So he became afraid.</w:t>
      </w:r>
      <w:r>
        <w:br/>
      </w:r>
      <w:r>
        <w:rPr>
          <w:sz w:val="20"/>
        </w:rPr>
        <w:t>47:14  This is the power of salat. salat</w:t>
      </w:r>
      <w:r>
        <w:br/>
      </w:r>
      <w:r>
        <w:rPr>
          <w:sz w:val="20"/>
        </w:rPr>
        <w:t>47:24  has no connection with politics.</w:t>
      </w:r>
      <w:r>
        <w:br/>
      </w:r>
      <w:r>
        <w:rPr>
          <w:sz w:val="20"/>
        </w:rPr>
        <w:t>47:29  salat has no connection with rule.</w:t>
      </w:r>
      <w:r>
        <w:br/>
      </w:r>
      <w:r>
        <w:rPr>
          <w:sz w:val="20"/>
        </w:rPr>
        <w:t>47:34  salat has no connection with state.</w:t>
      </w:r>
      <w:r>
        <w:br/>
      </w:r>
      <w:r>
        <w:rPr>
          <w:sz w:val="20"/>
        </w:rPr>
        <w:t>47:39  salat is completely a non-political activity.</w:t>
      </w:r>
      <w:r>
        <w:br/>
      </w:r>
      <w:r>
        <w:rPr>
          <w:sz w:val="20"/>
        </w:rPr>
        <w:t>47:45  salat or namaz is completely a non-political activity.</w:t>
      </w:r>
      <w:r>
        <w:br/>
      </w:r>
      <w:r>
        <w:rPr>
          <w:sz w:val="20"/>
        </w:rPr>
        <w:t>47:50  But it is so strong that</w:t>
      </w:r>
      <w:r>
        <w:br/>
      </w:r>
      <w:r>
        <w:rPr>
          <w:sz w:val="20"/>
        </w:rPr>
        <w:t>47:55  Rustam became afraid.</w:t>
      </w:r>
      <w:r>
        <w:br/>
      </w:r>
      <w:r>
        <w:rPr>
          <w:sz w:val="20"/>
        </w:rPr>
        <w:t>48:11  Internally, salat inculcates the spirit of God consciousness, trust in God, and externally, it is</w:t>
      </w:r>
      <w:r>
        <w:br/>
      </w:r>
      <w:r>
        <w:rPr>
          <w:sz w:val="20"/>
        </w:rPr>
        <w:t>48:27  like a training of discipline and organization.</w:t>
      </w:r>
      <w:r>
        <w:br/>
      </w:r>
      <w:r>
        <w:rPr>
          <w:sz w:val="20"/>
        </w:rPr>
        <w:t>48:35  It makes you live in an organized manner.</w:t>
      </w:r>
      <w:r>
        <w:br/>
      </w:r>
      <w:r>
        <w:rPr>
          <w:sz w:val="20"/>
        </w:rPr>
        <w:t>48:42  So it gives you both inner spirit, inner strength, and at the same time, external strength.</w:t>
      </w:r>
      <w:r>
        <w:br/>
      </w:r>
      <w:r>
        <w:rPr>
          <w:sz w:val="20"/>
        </w:rPr>
        <w:t>48:50  Inner strength in terms of taqwa and extern</w:t>
      </w:r>
      <w:r>
        <w:br/>
      </w:r>
      <w:r>
        <w:rPr>
          <w:sz w:val="20"/>
        </w:rPr>
        <w:t>48:57  al strength in terms of organization.</w:t>
      </w:r>
      <w:r>
        <w:br/>
      </w:r>
      <w:r>
        <w:rPr>
          <w:sz w:val="20"/>
        </w:rPr>
        <w:t>49:03  So this is namaz.</w:t>
      </w:r>
      <w:r>
        <w:br/>
      </w:r>
      <w:r>
        <w:rPr>
          <w:sz w:val="20"/>
        </w:rPr>
        <w:t>49:08  This is salat.</w:t>
      </w:r>
      <w:r>
        <w:br/>
      </w:r>
      <w:r>
        <w:rPr>
          <w:sz w:val="20"/>
        </w:rPr>
        <w:t>49:14  So salat means establishing a global network.</w:t>
      </w:r>
      <w:r>
        <w:br/>
      </w:r>
      <w:r>
        <w:rPr>
          <w:sz w:val="20"/>
        </w:rPr>
        <w:t>49:19  Now we have this global network everywhere in the world.</w:t>
      </w:r>
      <w:r>
        <w:br/>
      </w:r>
      <w:r>
        <w:rPr>
          <w:sz w:val="20"/>
        </w:rPr>
        <w:t>49:25  So why are you fighting for political power?</w:t>
      </w:r>
      <w:r>
        <w:br/>
      </w:r>
      <w:r>
        <w:rPr>
          <w:sz w:val="20"/>
        </w:rPr>
        <w:t>49:30  Why are you killing yourself?</w:t>
      </w:r>
      <w:r>
        <w:br/>
      </w:r>
      <w:r>
        <w:rPr>
          <w:sz w:val="20"/>
        </w:rPr>
        <w:t>49:37  Why are you destroying your life and your money?</w:t>
      </w:r>
      <w:r>
        <w:br/>
      </w:r>
      <w:r>
        <w:rPr>
          <w:sz w:val="20"/>
        </w:rPr>
        <w:t>49:43  You have to revitalize this system.</w:t>
      </w:r>
      <w:r>
        <w:br/>
      </w:r>
      <w:r>
        <w:rPr>
          <w:sz w:val="20"/>
        </w:rPr>
        <w:t>49:50  You have to revitalize this non-political empire.</w:t>
      </w:r>
      <w:r>
        <w:br/>
      </w:r>
      <w:r>
        <w:rPr>
          <w:sz w:val="20"/>
        </w:rPr>
        <w:t>49:57  This is the</w:t>
      </w:r>
    </w:p>
    <w:p>
      <w:pPr>
        <w:pStyle w:val="Heading2"/>
      </w:pPr>
      <w:r>
        <w:t>Why morality linked to religion fear of God</w:t>
      </w:r>
    </w:p>
    <w:p>
      <w:r>
        <w:rPr>
          <w:color w:val="666666"/>
          <w:sz w:val="18"/>
        </w:rPr>
        <w:t>Spiritual Light Nov 26, 2006 Maulana Wahiduddin Khan · 5m 58s · at 5:59 · https://youtu.be/IhfHxIakZOw?t=359</w:t>
      </w:r>
    </w:p>
    <w:p>
      <w:r>
        <w:rPr>
          <w:i/>
        </w:rPr>
        <w:t>“Nowhere does religion help me so throw it”</w:t>
      </w:r>
    </w:p>
    <w:p>
      <w:r>
        <w:rPr>
          <w:sz w:val="20"/>
        </w:rPr>
        <w:t>5:59  to kahin bhi religion se mujhe koi help milti nahi. to kya hai, aisay religion ko phenko?</w:t>
      </w:r>
      <w:r>
        <w:br/>
      </w:r>
      <w:r>
        <w:rPr>
          <w:sz w:val="20"/>
        </w:rPr>
        <w:t>6:08  to amalan phenk hi rakha hai logon ne. to main sochta raha ke kyun aisa kaha unhon ne, logon ne ke "morality is not necessarily linked to religiosity".</w:t>
      </w:r>
      <w:r>
        <w:br/>
      </w:r>
      <w:r>
        <w:rPr>
          <w:sz w:val="20"/>
        </w:rPr>
        <w:t>6:23  is ka bohat bohat hi, yani aik bohat hi deep reason hai. woh kya?</w:t>
      </w:r>
      <w:r>
        <w:br/>
      </w:r>
      <w:r>
        <w:rPr>
          <w:sz w:val="20"/>
        </w:rPr>
        <w:t>6:35  people</w:t>
      </w:r>
      <w:r>
        <w:br/>
      </w:r>
      <w:r>
        <w:rPr>
          <w:sz w:val="20"/>
        </w:rPr>
        <w:t>6:39  fail to differentiate between religion and ritual. woh dekhtay hain ke aaj kal ke ibadat khano mein kuch rituals kiye jatay hain jin ka life se koi talluq nahi.</w:t>
      </w:r>
      <w:r>
        <w:br/>
      </w:r>
      <w:r>
        <w:rPr>
          <w:sz w:val="20"/>
        </w:rPr>
        <w:t>6:55  aadmi independently apni zindagi bata raha hai, apni family mein, apni society mein, apni business mein. independently. yahan aa kar kuch rituals dikhata hai.</w:t>
      </w:r>
      <w:r>
        <w:br/>
      </w:r>
      <w:r>
        <w:rPr>
          <w:sz w:val="20"/>
        </w:rPr>
        <w:t>7:08  to aik educated insaan sochta hai ke bhai aisay, yeh samajhta hai ke religion ka koi talluq nahi hai hamari morality se,</w:t>
      </w:r>
      <w:r>
        <w:br/>
      </w:r>
      <w:r>
        <w:rPr>
          <w:sz w:val="20"/>
        </w:rPr>
        <w:t>7:22  hamari real life se. to jis mazhab ko woh dekhta hai apnay zamanay mein ibadat khano mein, us mein kisi ibadat khane ka exception nahi hai.</w:t>
      </w:r>
      <w:r>
        <w:br/>
      </w:r>
      <w:r>
        <w:rPr>
          <w:sz w:val="20"/>
        </w:rPr>
        <w:t>7:39  har jagah. to wahan woh dekhta hai ke religion jo hai kya hai, aik set of rituals hai, bas. to yahi kahay ga, yani yeh jo dekh raha hai woh.</w:t>
      </w:r>
      <w:r>
        <w:br/>
      </w:r>
      <w:r>
        <w:rPr>
          <w:sz w:val="20"/>
        </w:rPr>
        <w:t>7:56  to is ke baad woh yahi kahay ga ke religion aur morality mein koi talluq nahi hai. woh aik alag cheez hai, woh aik alag cheez hai.</w:t>
      </w:r>
      <w:r>
        <w:br/>
      </w:r>
      <w:r>
        <w:rPr>
          <w:sz w:val="20"/>
        </w:rPr>
        <w:t>8:10  to is ke maani kya huay? ke yeh jo confusion hai, is confusion ka, yani reason kya hua?</w:t>
      </w:r>
      <w:r>
        <w:br/>
      </w:r>
      <w:r>
        <w:rPr>
          <w:sz w:val="20"/>
        </w:rPr>
        <w:t>8:23  principle of differentiation ko na janna. aik cheez aur doosri cheez ko alag kar ke na dekhna. agar karte woh to kya paate?</w:t>
      </w:r>
      <w:r>
        <w:br/>
      </w:r>
      <w:r>
        <w:rPr>
          <w:sz w:val="20"/>
        </w:rPr>
        <w:t>8:36  ke jo cheez unhein dikhai par rahi hai pooja gharon mein, woh logon ka apna self style religion hai, apna garha hua religion hai.</w:t>
      </w:r>
      <w:r>
        <w:br/>
      </w:r>
      <w:r>
        <w:rPr>
          <w:sz w:val="20"/>
        </w:rPr>
        <w:t>8:50  woh woh religion nahi hai jo Khuda ne diya tha. to aik hai woh religion jo Khuda ki taraf se aaya, aur aik hai woh religion jo logon ne apnay taur par bana liya.</w:t>
      </w:r>
      <w:r>
        <w:br/>
      </w:r>
      <w:r>
        <w:rPr>
          <w:sz w:val="20"/>
        </w:rPr>
        <w:t>9:09  to dono mein farq na karne ki wajah se kya hua? ke dono ko kuch samajh liya unhon ne ke ji yeh hai, wahi, woh hai.</w:t>
      </w:r>
      <w:r>
        <w:br/>
      </w:r>
      <w:r>
        <w:rPr>
          <w:sz w:val="20"/>
        </w:rPr>
        <w:t>9:18  dono ko synonym samajh liya. to yeh hai bohat bara reason is baat ka ke logon ke andar confusion hai.</w:t>
      </w:r>
      <w:r>
        <w:br/>
      </w:r>
      <w:r>
        <w:rPr>
          <w:sz w:val="20"/>
        </w:rPr>
        <w:t>9:32  zahair hai ke jab mazhab as an ideology aur mazhab as practice by by so called religious people, dono ko aap alag kar ke na dekhen to zahair hai yeh confusion aaye ga.</w:t>
      </w:r>
      <w:r>
        <w:br/>
      </w:r>
      <w:r>
        <w:rPr>
          <w:sz w:val="20"/>
        </w:rPr>
        <w:t>9:50  phir aap yahi kahain ge ke mazhab ka koi talluq morality se nahi hai. halankay real sense mein mazhab kya hai?</w:t>
      </w:r>
      <w:r>
        <w:br/>
      </w:r>
      <w:r>
        <w:rPr>
          <w:sz w:val="20"/>
        </w:rPr>
        <w:t>10:01  mazhab eiz representd by islam, woh kya hai? woh revealed religion hai, yani khuda ki taraf se aya hua mazhab.</w:t>
      </w:r>
      <w:r>
        <w:br/>
      </w:r>
      <w:r>
        <w:rPr>
          <w:sz w:val="20"/>
        </w:rPr>
        <w:t>10:14  toh khuda ki taraf se jo aya hai, iska record hai, yani islam ke reference mein main kehna chahta hoon ke khuda ki taraf se jo</w:t>
      </w:r>
      <w:r>
        <w:br/>
      </w:r>
      <w:r>
        <w:rPr>
          <w:sz w:val="20"/>
        </w:rPr>
        <w:t>10:30  religion aya, revelation ke zariye, iska poora record</w:t>
      </w:r>
      <w:r>
        <w:br/>
      </w:r>
      <w:r>
        <w:rPr>
          <w:sz w:val="20"/>
        </w:rPr>
        <w:t>10:40  in altered way mein quran mein maujood hai. quran mein na kuch ghata, na kuch barha. toh goya ke mazhab islam jis ko hum kehte hain, religion of islam, is ko janna hai toh aap kya karna chahiye?</w:t>
      </w:r>
      <w:r>
        <w:br/>
      </w:r>
      <w:r>
        <w:rPr>
          <w:sz w:val="20"/>
        </w:rPr>
        <w:t>10:57  aap ko, aap ko quran ko dekhna chahiye. quran ko dekhna chahiye.</w:t>
      </w:r>
      <w:r>
        <w:br/>
      </w:r>
      <w:r>
        <w:rPr>
          <w:sz w:val="20"/>
        </w:rPr>
        <w:t>11:07  ab quran ko agar kholain aap toh pehle yeh milega aap ko: zalik al kitab al arhaab fi hudall mutaqeen.</w:t>
      </w:r>
      <w:r>
        <w:br/>
      </w:r>
      <w:r>
        <w:rPr>
          <w:sz w:val="20"/>
        </w:rPr>
        <w:t>11:16  hudall mutaqeen, yani</w:t>
      </w:r>
      <w:r>
        <w:br/>
      </w:r>
      <w:r>
        <w:rPr>
          <w:sz w:val="20"/>
        </w:rPr>
        <w:t>11:23  guided log kaun hain? guidance believe wale log kaun hain jin mein khuda ka dar aya ho?</w:t>
      </w:r>
      <w:r>
        <w:br/>
      </w:r>
      <w:r>
        <w:rPr>
          <w:sz w:val="20"/>
        </w:rPr>
        <w:t>11:35  god fearing people. ab yahan aap ko ek definition mil raha hai mazhab ka. mazhab ka ek clear cut definition ke agar woh god mazhab ko agar sach much liya hoga is ne toh woh god fearing person ban gaya hoga.</w:t>
      </w:r>
    </w:p>
    <w:p>
      <w:pPr>
        <w:pStyle w:val="Heading2"/>
      </w:pPr>
      <w:r>
        <w:t>Intellectuals prevent introspection and blame others</w:t>
      </w:r>
    </w:p>
    <w:p>
      <w:r>
        <w:rPr>
          <w:color w:val="666666"/>
          <w:sz w:val="18"/>
        </w:rPr>
        <w:t>The Case of Present Muslim Generation September 28, 2008 · 4m 42s · at 3:38 · https://youtu.be/yjSy2b7JPTw?t=218</w:t>
      </w:r>
    </w:p>
    <w:p>
      <w:r>
        <w:rPr>
          <w:i/>
        </w:rPr>
        <w:t>“Sabse bada blame jaata hai un intellectuals ko”</w:t>
      </w:r>
    </w:p>
    <w:p>
      <w:r>
        <w:rPr>
          <w:sz w:val="20"/>
        </w:rPr>
        <w:t>3:38  ab keh rahe hain ke ban laga to simi jo hai radical ban gayi. main samajhta hoon ke sab se bara blame jata hai in intellectuals ko jo kisi bhi tarah musilimano ke andar introspection ka process chalne nahi detey.</w:t>
      </w:r>
      <w:r>
        <w:br/>
      </w:r>
      <w:r>
        <w:rPr>
          <w:sz w:val="20"/>
        </w:rPr>
        <w:t>3:58  justify karte rehtey hain. kuch bhi kahiye, kuch bhi kahiye. encounter agar pakra jaye to kahain ge sahib woh to fake encounter tha.</w:t>
      </w:r>
      <w:r>
        <w:br/>
      </w:r>
      <w:r>
        <w:rPr>
          <w:sz w:val="20"/>
        </w:rPr>
        <w:t>4:10  kahin kahin agar hathiyar pakre jayein to kahain ge police ne hathiyar rakh diya wahan.</w:t>
      </w:r>
      <w:r>
        <w:br/>
      </w:r>
      <w:r>
        <w:rPr>
          <w:sz w:val="20"/>
        </w:rPr>
        <w:t>4:17  quran mein aap parhiye to aap payein ge ke quran mein blame others ka concept nahi hai. lomo anfusakum ka concept hai.</w:t>
      </w:r>
      <w:r>
        <w:br/>
      </w:r>
      <w:r>
        <w:rPr>
          <w:sz w:val="20"/>
        </w:rPr>
        <w:t>4:28  apne aap ko blame do. blame the as self.</w:t>
      </w:r>
      <w:r>
        <w:br/>
      </w:r>
      <w:r>
        <w:rPr>
          <w:sz w:val="20"/>
        </w:rPr>
        <w:t>4:34  blame others ka concept nahi hai quran mein.</w:t>
      </w:r>
      <w:r>
        <w:br/>
      </w:r>
      <w:r>
        <w:rPr>
          <w:sz w:val="20"/>
        </w:rPr>
        <w:t>4:42  phir yeh kab se shuru hua? yeh mars ke zamanay se ek naya trend duniya bhar mein aya hai. woh authority ko blame dena.</w:t>
      </w:r>
      <w:r>
        <w:br/>
      </w:r>
      <w:r>
        <w:rPr>
          <w:sz w:val="20"/>
        </w:rPr>
        <w:t>4:54  mars ke zamane se yeh chala hai, aaj tak chal raha hai. hamare mulk mein bhi jo poori struggle thi azadi ki woh sab britishers ko blame dene ke liye thi.</w:t>
      </w:r>
      <w:r>
        <w:br/>
      </w:r>
      <w:r>
        <w:rPr>
          <w:sz w:val="20"/>
        </w:rPr>
        <w:t>5:04  kuch bhi ho to foran britishers ko blame diya jata tha. to poori history jo hai, hamari modern history jo hai, mars se le kar ab tak ki is mein aik psyche ban gayi hai logon ki.</w:t>
      </w:r>
      <w:r>
        <w:br/>
      </w:r>
      <w:r>
        <w:rPr>
          <w:sz w:val="20"/>
        </w:rPr>
        <w:t>5:17  ke authority hi par sara blame jata hai. authority se murad hai government, police, administration, yeh log.</w:t>
      </w:r>
      <w:r>
        <w:br/>
      </w:r>
      <w:r>
        <w:rPr>
          <w:sz w:val="20"/>
        </w:rPr>
        <w:t>5:29  mera khud tajurba hai, apna zaati tajurba. ke main bohat se article maine angrezi parchon mein bheje jo introspection par base karte thay.</w:t>
      </w:r>
      <w:r>
        <w:br/>
      </w:r>
      <w:r>
        <w:rPr>
          <w:sz w:val="20"/>
        </w:rPr>
        <w:t>5:41  woh chhapte hi nahi in logon ne. aur aise mazameen musalmanon ke rozana chhapte rehte hain. isi mein se aik yeh bhi hai. ab yeh main aik bilkul absurd mazmoon hai ke semi ko ban laga to is se woh radical ho gayi.</w:t>
      </w:r>
      <w:r>
        <w:br/>
      </w:r>
      <w:r>
        <w:rPr>
          <w:sz w:val="20"/>
        </w:rPr>
        <w:t>6:00  radical kyun ho gayi bhai? in mein nayi soch aati. ke is mulk ka jo legal system hai is mein hamein doosre dhang se kaam karna chahiye.</w:t>
      </w:r>
      <w:r>
        <w:br/>
      </w:r>
      <w:r>
        <w:rPr>
          <w:sz w:val="20"/>
        </w:rPr>
        <w:t>6:11  yani ke education ke field mein kaam karna chahiye. dawah ke field mein kaam karna chahiye. khud yeh likhne wale log hain jo yeh aa kar kehte hain in se ke tum chhoro yeh sab.</w:t>
      </w:r>
      <w:r>
        <w:br/>
      </w:r>
      <w:r>
        <w:rPr>
          <w:sz w:val="20"/>
        </w:rPr>
        <w:t>6:22  tum education mein aa jao. lekin agar yeh kaha jaye ke musalman jo hain introspection karein. apne andar apni khud islaah karein.</w:t>
      </w:r>
      <w:r>
        <w:br/>
      </w:r>
      <w:r>
        <w:rPr>
          <w:sz w:val="20"/>
        </w:rPr>
        <w:t>6:33  to woh nahi chhapte yeh log. kyun? sara jo jo intellectuals hain, jo journalists hain, jo sare jo thinkers hain un ka mindset kya bana hua hai?</w:t>
      </w:r>
      <w:r>
        <w:br/>
      </w:r>
      <w:r>
        <w:rPr>
          <w:sz w:val="20"/>
        </w:rPr>
        <w:t>6:47  authority ko blame jata hai.</w:t>
      </w:r>
      <w:r>
        <w:br/>
      </w:r>
      <w:r>
        <w:rPr>
          <w:sz w:val="20"/>
        </w:rPr>
        <w:t>6:52  isi par sari human rights ki movement chal rahi hai. isi par trade union chal rahi hai. isi par socialist movement chali.</w:t>
      </w:r>
      <w:r>
        <w:br/>
      </w:r>
      <w:r>
        <w:rPr>
          <w:sz w:val="20"/>
        </w:rPr>
        <w:t>7:02  isi par freedom movement chali. ke authority hi par blame jata hai. to woh cheez un ko samajh mein aati hai ke haan sahi blame diya hai unhone.</w:t>
      </w:r>
      <w:r>
        <w:br/>
      </w:r>
      <w:r>
        <w:rPr>
          <w:sz w:val="20"/>
        </w:rPr>
        <w:t>7:14  kyun ke authority hi to sari responsible hai sare bigad ki. to is par agar keh dein aap to samajhte hain haan yeh theek hai, its okay.</w:t>
      </w:r>
      <w:r>
        <w:br/>
      </w:r>
      <w:r>
        <w:rPr>
          <w:sz w:val="20"/>
        </w:rPr>
        <w:t>7:25  agar aap yeh kahein ke apni islaah karo to un ki samajh hi mein nahi aata.</w:t>
      </w:r>
      <w:r>
        <w:br/>
      </w:r>
      <w:r>
        <w:rPr>
          <w:sz w:val="20"/>
        </w:rPr>
        <w:t>7:35  yeh mera apna experience hai ke kal parson mere paas TV ke aik TMI unhone yahi poocha ke aakhir islaah kyun nahi hoti?</w:t>
      </w:r>
      <w:r>
        <w:br/>
      </w:r>
      <w:r>
        <w:rPr>
          <w:sz w:val="20"/>
        </w:rPr>
        <w:t>7:45  to maine kaha aap hi log to zimmedar hain islaah na hone ke. ke aap log in cheezon ko flash karte hain jis mein authority ko blame diya gaya ho. is ka matlab kya hai?</w:t>
      </w:r>
      <w:r>
        <w:br/>
      </w:r>
      <w:r>
        <w:rPr>
          <w:sz w:val="20"/>
        </w:rPr>
        <w:t>7:57  in logon ke andar aap yeh soch nahi develop hone dete ke hamare andar bhi koi ghalti ho sakti hai. hamein apnon ko theek karna chahiye.</w:t>
      </w:r>
      <w:r>
        <w:br/>
      </w:r>
      <w:r>
        <w:rPr>
          <w:sz w:val="20"/>
        </w:rPr>
        <w:t>8:05  apna sudhaar karna chahiye.</w:t>
      </w:r>
      <w:r>
        <w:br/>
      </w:r>
      <w:r>
        <w:rPr>
          <w:sz w:val="20"/>
        </w:rPr>
        <w:t>8:10  yeh to aik general baat hui. particular baat jo musalmanon ke silsile mein hai woh yeh kehna chahta hoon ke bohat deep rooted psyche hai yeh.</w:t>
      </w:r>
    </w:p>
    <w:p>
      <w:pPr>
        <w:pStyle w:val="Heading2"/>
      </w:pPr>
      <w:r>
        <w:t>Q&amp;A: how the mind performs God's miracle of conversion daily</w:t>
      </w:r>
    </w:p>
    <w:p>
      <w:r>
        <w:rPr>
          <w:color w:val="666666"/>
          <w:sz w:val="18"/>
        </w:rPr>
        <w:t>Islam and Sufism (Islam and Spirituality) (English) February 28, 2008 · 4m 23s · at 55:26 · https://youtu.be/6UGAPDfrS2w?t=3326</w:t>
      </w:r>
    </w:p>
    <w:p>
      <w:r>
        <w:rPr>
          <w:i/>
        </w:rPr>
        <w:t>“Who does this? How does this conversion happen?”</w:t>
      </w:r>
    </w:p>
    <w:p>
      <w:r>
        <w:rPr>
          <w:sz w:val="20"/>
        </w:rPr>
        <w:t>55:26  This is my question. You partly answered it, but take what you said about using the idea of the cow culture, the rose culture,</w:t>
      </w:r>
      <w:r>
        <w:br/>
      </w:r>
      <w:r>
        <w:rPr>
          <w:sz w:val="20"/>
        </w:rPr>
        <w:t>55:38  this conversion of hate into love, anger into compassion. My three questions are this. They're basically one question: Who does this?</w:t>
      </w:r>
      <w:r>
        <w:br/>
      </w:r>
      <w:r>
        <w:rPr>
          <w:sz w:val="20"/>
        </w:rPr>
        <w:t>55:49  How does it happen? What is the process? And what is this process? Who does this? You have partly answered it.</w:t>
      </w:r>
      <w:r>
        <w:br/>
      </w:r>
      <w:r>
        <w:rPr>
          <w:sz w:val="20"/>
        </w:rPr>
        <w:t>55:58  You say it is God's work. Spirituality really is God's work. But how did it happen in you? How does it happen?</w:t>
      </w:r>
      <w:r>
        <w:br/>
      </w:r>
      <w:r>
        <w:rPr>
          <w:sz w:val="20"/>
        </w:rPr>
        <w:t>56:09  Now what he's saying is that the cow culture or the rose culture that you told them. His question is: Who does it, or how does one do it?</w:t>
      </w:r>
      <w:r>
        <w:br/>
      </w:r>
      <w:r>
        <w:rPr>
          <w:sz w:val="20"/>
        </w:rPr>
        <w:t>56:17  What is the process of doing this?</w:t>
      </w:r>
      <w:r>
        <w:br/>
      </w:r>
      <w:r>
        <w:rPr>
          <w:sz w:val="20"/>
        </w:rPr>
        <w:t>56:24  How has Maulana done it? I think that God has given us a very, very special blessing that is mine.</w:t>
      </w:r>
      <w:r>
        <w:br/>
      </w:r>
      <w:r>
        <w:rPr>
          <w:sz w:val="20"/>
        </w:rPr>
        <w:t>56:35  Mine is unique.</w:t>
      </w:r>
      <w:r>
        <w:br/>
      </w:r>
      <w:r>
        <w:rPr>
          <w:sz w:val="20"/>
        </w:rPr>
        <w:t>56:37  You know, our world is a very vast, vast universe, but no one has this kind of mind. No galaxy, no black hole, no sun, no moon have this kind of mind.</w:t>
      </w:r>
      <w:r>
        <w:br/>
      </w:r>
      <w:r>
        <w:rPr>
          <w:sz w:val="20"/>
        </w:rPr>
        <w:t>56:53  Mine has enormous capacity.</w:t>
      </w:r>
      <w:r>
        <w:br/>
      </w:r>
      <w:r>
        <w:rPr>
          <w:sz w:val="20"/>
        </w:rPr>
        <w:t>56:58  If you, if you, if you think and save yourself from distraction, then you'll, you're, you're able to do this breaking.</w:t>
      </w:r>
      <w:r>
        <w:br/>
      </w:r>
      <w:r>
        <w:rPr>
          <w:sz w:val="20"/>
        </w:rPr>
        <w:t>57:17  Every moment you can perform that kind of breaking, which was performed by Moses by using this mind.</w:t>
      </w:r>
      <w:r>
        <w:br/>
      </w:r>
      <w:r>
        <w:rPr>
          <w:sz w:val="20"/>
        </w:rPr>
        <w:t>57:27  And I can say that I, I, I do that kind of breaking every day.</w:t>
      </w:r>
      <w:r>
        <w:br/>
      </w:r>
      <w:r>
        <w:rPr>
          <w:sz w:val="20"/>
        </w:rPr>
        <w:t>57:39  Why? For example, when someone provokes me and I am angry, then I remember a verse of the Quran:</w:t>
      </w:r>
      <w:r>
        <w:br/>
      </w:r>
      <w:r>
        <w:rPr>
          <w:sz w:val="20"/>
        </w:rPr>
        <w:t>57:54  Innama yuzaffaruna ujrahum bighayri hisab.</w:t>
      </w:r>
      <w:r>
        <w:br/>
      </w:r>
      <w:r>
        <w:rPr>
          <w:sz w:val="20"/>
        </w:rPr>
        <w:t>57:58  It means that those who keep patience, they will reward the greatest reward. So I believe, I remember according to this verse that forgiveness is the greatest worship</w:t>
      </w:r>
      <w:r>
        <w:br/>
      </w:r>
      <w:r>
        <w:rPr>
          <w:sz w:val="20"/>
        </w:rPr>
        <w:t>58:17  . If I avoid, if I tolerate, if I ignore this nuisance, then and keep patience, then I will be rewarded, greatest reward.</w:t>
      </w:r>
      <w:r>
        <w:br/>
      </w:r>
      <w:r>
        <w:rPr>
          <w:sz w:val="20"/>
        </w:rPr>
        <w:t>58:30  So I believe, I remember according to this verse that forgiveness is the greatest worship.</w:t>
      </w:r>
      <w:r>
        <w:br/>
      </w:r>
      <w:r>
        <w:rPr>
          <w:sz w:val="20"/>
        </w:rPr>
        <w:t>58:41  If I avoid, if I tolerate, if I ignore this nuisance, then and keep patience, then I will be rewarded, greatest reward.</w:t>
      </w:r>
      <w:r>
        <w:br/>
      </w:r>
      <w:r>
        <w:rPr>
          <w:sz w:val="20"/>
        </w:rPr>
        <w:t>58:55  So I'm happy that this person gave me this opportunity. By awakening my mind, I always think that this person is not my enemy.</w:t>
      </w:r>
      <w:r>
        <w:br/>
      </w:r>
      <w:r>
        <w:rPr>
          <w:sz w:val="20"/>
        </w:rPr>
        <w:t>59:10  He gave me an opportunity to worship God in such a way that gives me a greatest reward.</w:t>
      </w:r>
      <w:r>
        <w:br/>
      </w:r>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Two kinds of Sufism: heart-based versus mind-based spirituality</w:t>
      </w:r>
    </w:p>
    <w:p>
      <w:r>
        <w:rPr>
          <w:color w:val="666666"/>
          <w:sz w:val="18"/>
        </w:rPr>
        <w:t>Islam and Sufism (Islam and Spirituality) (English) February 28, 2008 · 4m 07s · at 4:19 · https://youtu.be/6UGAPDfrS2w?t=259</w:t>
      </w:r>
    </w:p>
    <w:p>
      <w:r>
        <w:rPr>
          <w:i/>
        </w:rPr>
        <w:t>“There are two different kinds of Sufism and spirituality”</w:t>
      </w:r>
    </w:p>
    <w:p>
      <w:r>
        <w:rPr>
          <w:sz w:val="20"/>
        </w:rPr>
        <w:t>4:19  it is a daily basis feeding. then according to my study and my experience, there are two different kinds of sufism or spirituality.</w:t>
      </w:r>
      <w:r>
        <w:br/>
      </w:r>
      <w:r>
        <w:rPr>
          <w:sz w:val="20"/>
        </w:rPr>
        <w:t>4:39  one is based on heart, and the other one is based on mind.</w:t>
      </w:r>
      <w:r>
        <w:br/>
      </w:r>
      <w:r>
        <w:rPr>
          <w:sz w:val="20"/>
        </w:rPr>
        <w:t>4:47  traditional sufism or traditional spirituality is based on heart. heart based spirituality believes that in your heart, your heart is a</w:t>
      </w:r>
      <w:r>
        <w:br/>
      </w:r>
      <w:r>
        <w:rPr>
          <w:sz w:val="20"/>
        </w:rPr>
        <w:t>5:04  treasure of spirituality.</w:t>
      </w:r>
      <w:r>
        <w:br/>
      </w:r>
      <w:r>
        <w:rPr>
          <w:sz w:val="20"/>
        </w:rPr>
        <w:t>5:09  your heart is a treasure of spirit</w:t>
      </w:r>
      <w:r>
        <w:br/>
      </w:r>
      <w:r>
        <w:rPr>
          <w:sz w:val="20"/>
        </w:rPr>
        <w:t>5:12  uality. so you need nothing but to unfold this treasure, this hidden treasure.</w:t>
      </w:r>
      <w:r>
        <w:br/>
      </w:r>
      <w:r>
        <w:rPr>
          <w:sz w:val="20"/>
        </w:rPr>
        <w:t>5:22  so they practice what is called muraqabah or meditation.</w:t>
      </w:r>
      <w:r>
        <w:br/>
      </w:r>
      <w:r>
        <w:rPr>
          <w:sz w:val="20"/>
        </w:rPr>
        <w:t>5:30  muraqabah means dhikr and inner muraqabah.</w:t>
      </w:r>
      <w:r>
        <w:br/>
      </w:r>
      <w:r>
        <w:rPr>
          <w:sz w:val="20"/>
        </w:rPr>
        <w:t>5:39  for example, the sufi practice like this: la ilaha illallah, la ilaha illallah.</w:t>
      </w:r>
      <w:r>
        <w:br/>
      </w:r>
      <w:r>
        <w:rPr>
          <w:sz w:val="20"/>
        </w:rPr>
        <w:t>5:48  this is an example. they by this practices, they invoke the inner ability, and they believe that by invoking this inner treasure or ability,</w:t>
      </w:r>
      <w:r>
        <w:br/>
      </w:r>
      <w:r>
        <w:rPr>
          <w:sz w:val="20"/>
        </w:rPr>
        <w:t>6:09  they will find spiritual spirituality.</w:t>
      </w:r>
      <w:r>
        <w:br/>
      </w:r>
      <w:r>
        <w:rPr>
          <w:sz w:val="20"/>
        </w:rPr>
        <w:t>6:17  bat I don't believe this kind of spirituality. why? you know, in our modern age, science has corrected so many notions.</w:t>
      </w:r>
      <w:r>
        <w:br/>
      </w:r>
      <w:r>
        <w:rPr>
          <w:sz w:val="20"/>
        </w:rPr>
        <w:t>6:31  for example, in previous centuries, people were believing in geocentric theory.</w:t>
      </w:r>
      <w:r>
        <w:br/>
      </w:r>
      <w:r>
        <w:rPr>
          <w:sz w:val="20"/>
        </w:rPr>
        <w:t>6:40  now, it is discarded. now, we believe in heliocentric theory.</w:t>
      </w:r>
      <w:r>
        <w:br/>
      </w:r>
      <w:r>
        <w:rPr>
          <w:sz w:val="20"/>
        </w:rPr>
        <w:t>6:46  So is the case of spirituality. You know, scientific studies show that heart is nothing but a center of circulation of blood.</w:t>
      </w:r>
      <w:r>
        <w:br/>
      </w:r>
      <w:r>
        <w:rPr>
          <w:sz w:val="20"/>
        </w:rPr>
        <w:t>7:00  thats all. there is no thinking in heart. the center of thinking is our mind.</w:t>
      </w:r>
      <w:r>
        <w:br/>
      </w:r>
      <w:r>
        <w:rPr>
          <w:sz w:val="20"/>
        </w:rPr>
        <w:t>7:10  so i believe that the true spirituality is mind based spirituality. now, if you practice heart based spirituality,</w:t>
      </w:r>
      <w:r>
        <w:br/>
      </w:r>
      <w:r>
        <w:rPr>
          <w:sz w:val="20"/>
        </w:rPr>
        <w:t>7:24  the end is ecstasy or wajd.</w:t>
      </w:r>
      <w:r>
        <w:br/>
      </w:r>
      <w:r>
        <w:rPr>
          <w:sz w:val="20"/>
        </w:rPr>
        <w:t>7:30  through this kind of practices, you reach to a state that is called wajd or is ecstasy.</w:t>
      </w:r>
      <w:r>
        <w:br/>
      </w:r>
      <w:r>
        <w:rPr>
          <w:sz w:val="20"/>
        </w:rPr>
        <w:t>7:41  what is ecstasy? what is ecstasy? ecstasy is going into the state of unconsciousness</w:t>
      </w:r>
      <w:r>
        <w:br/>
      </w:r>
      <w:r>
        <w:rPr>
          <w:sz w:val="20"/>
        </w:rPr>
        <w:t>7:56  . it is like. like every animal lives in this kind of ecstasy. so i dont think that this is this is the true spirituality.</w:t>
      </w:r>
      <w:r>
        <w:br/>
      </w:r>
      <w:r>
        <w:rPr>
          <w:sz w:val="20"/>
        </w:rPr>
        <w:t>8:09  this is</w:t>
      </w:r>
      <w:r>
        <w:br/>
      </w:r>
      <w:r>
        <w:rPr>
          <w:sz w:val="20"/>
        </w:rPr>
        <w:t>8:13  reduced form of spirituality. so i believe in in that kind of spirituality, there is based in mind. mind based spirituality.</w:t>
      </w:r>
    </w:p>
    <w:p>
      <w:pPr>
        <w:pStyle w:val="Heading2"/>
      </w:pPr>
      <w:r>
        <w:t>Hadith on caution and two personality layers</w:t>
      </w:r>
    </w:p>
    <w:p>
      <w:r>
        <w:rPr>
          <w:color w:val="666666"/>
          <w:sz w:val="18"/>
        </w:rPr>
        <w:t>How to Build a Strong Personality June 14, 2008 Maulana Wahiduddin Khan · 5m 44s · at 1:00 · https://youtu.be/bRWn96tpOIM?t=60</w:t>
      </w:r>
    </w:p>
    <w:p>
      <w:r>
        <w:rPr>
          <w:i/>
        </w:rPr>
        <w:t>“There is a hadith with a very important point.”</w:t>
      </w:r>
    </w:p>
    <w:p>
      <w:r>
        <w:rPr>
          <w:sz w:val="20"/>
        </w:rPr>
        <w:t>1:00  yeh theme mujhe is tarah, yeh theme is tarah mere mind mein aayi ke maine ek hadith padhi.</w:t>
      </w:r>
      <w:r>
        <w:br/>
      </w:r>
      <w:r>
        <w:rPr>
          <w:sz w:val="20"/>
        </w:rPr>
        <w:t>1:12  ek hadith hai, is mein bohat important baat kahi gayi hai, aur is ka ta'alluq isi theme se hai. woh hadith, yaani peghambar e islam ka</w:t>
      </w:r>
      <w:r>
        <w:br/>
      </w:r>
      <w:r>
        <w:rPr>
          <w:sz w:val="20"/>
        </w:rPr>
        <w:t>1:26  qawl, is tarah hai ke: "la yablugh al-abd an yakoon min al-muttaqeen hattaida malaa baasbah, hadharmaa bah baas".</w:t>
      </w:r>
      <w:r>
        <w:br/>
      </w:r>
      <w:r>
        <w:rPr>
          <w:sz w:val="20"/>
        </w:rPr>
        <w:t>1:43  yaani koi insaan</w:t>
      </w:r>
      <w:r>
        <w:br/>
      </w:r>
      <w:r>
        <w:rPr>
          <w:sz w:val="20"/>
        </w:rPr>
        <w:t>1:50  baais insaan nahi ban sakta,</w:t>
      </w:r>
      <w:r>
        <w:br/>
      </w:r>
      <w:r>
        <w:rPr>
          <w:sz w:val="20"/>
        </w:rPr>
        <w:t>1:55  koi insaan mutqi insaan nahi ban sakta, yahan tak ke is ka yeh haal ho jaye ke woh</w:t>
      </w:r>
      <w:r>
        <w:br/>
      </w:r>
      <w:r>
        <w:rPr>
          <w:sz w:val="20"/>
        </w:rPr>
        <w:t>2:08  aisi cheezon ko bhi chhod de jis mein bazahir koi kharabi nahi hai, is dar se ke shayad is mein koi kharabi ho.</w:t>
      </w:r>
      <w:r>
        <w:br/>
      </w:r>
      <w:r>
        <w:rPr>
          <w:sz w:val="20"/>
        </w:rPr>
        <w:t>2:23  yaani itna kaishs ho, kaishs. to ek insaan woh hota hai jo careless ho, be parwahi ke sath har tarah ka kaam karta rahe,</w:t>
      </w:r>
      <w:r>
        <w:br/>
      </w:r>
      <w:r>
        <w:rPr>
          <w:sz w:val="20"/>
        </w:rPr>
        <w:t>2:42  jhoot bhi bole, sach bhi bole, yeh bhi kare, woh bhi kare. to yeh hai carelessness. doosra insaan woh hai jo bohat kaishs ho.</w:t>
      </w:r>
      <w:r>
        <w:br/>
      </w:r>
      <w:r>
        <w:rPr>
          <w:sz w:val="20"/>
        </w:rPr>
        <w:t>2:55  kaishs ka matlab hota hai muhtat, yaani koi bhi baat bolna ho, koi kaam karna ho to woh bohat zyada soche,</w:t>
      </w:r>
      <w:r>
        <w:br/>
      </w:r>
      <w:r>
        <w:rPr>
          <w:sz w:val="20"/>
        </w:rPr>
        <w:t>3:11  is ka har response well considered response ho.</w:t>
      </w:r>
      <w:r>
        <w:br/>
      </w:r>
      <w:r>
        <w:rPr>
          <w:sz w:val="20"/>
        </w:rPr>
        <w:t>3:19  woh ek responsible aadmi ki tarah behave kare.</w:t>
      </w:r>
      <w:r>
        <w:br/>
      </w:r>
      <w:r>
        <w:rPr>
          <w:sz w:val="20"/>
        </w:rPr>
        <w:t>3:27  to is hadith se maloom hua ke jo log kaishs honge, bohat zyada care karenge cheezon ka, to woh sirf yahi nahi karenge ke khuli khuli buraiyon se bachenge,</w:t>
      </w:r>
      <w:r>
        <w:br/>
      </w:r>
      <w:r>
        <w:rPr>
          <w:sz w:val="20"/>
        </w:rPr>
        <w:t>3:43  balkeh aisi cheezon se bhi bachenge jo dekhne mein bazahir, apparently, buri na dikhai deti hon, lekin phir bhi is mein koi shubah ho.</w:t>
      </w:r>
      <w:r>
        <w:br/>
      </w:r>
      <w:r>
        <w:rPr>
          <w:sz w:val="20"/>
        </w:rPr>
        <w:t>4:00  is shubah se bachne ke liye woh is se bhi door rahe.</w:t>
      </w:r>
      <w:r>
        <w:br/>
      </w:r>
      <w:r>
        <w:rPr>
          <w:sz w:val="20"/>
        </w:rPr>
        <w:t>4:08  yeh bohat hi important baat hai, kyunke dekhiye, zindagi mein do moral layers hain, yaani hamara character, hamara behaviour jo hota hai,</w:t>
      </w:r>
      <w:r>
        <w:br/>
      </w:r>
      <w:r>
        <w:rPr>
          <w:sz w:val="20"/>
        </w:rPr>
        <w:t>4:24  is ke do layers hain, do satahain hain. ek hai haram aur halaal ki satah, yaani well known cheezein, jaise ke sab log jante hain ke Islam mein sharab haram hai,</w:t>
      </w:r>
      <w:r>
        <w:br/>
      </w:r>
      <w:r>
        <w:rPr>
          <w:sz w:val="20"/>
        </w:rPr>
        <w:t>4:44  sab log jante hain ke Islam mein khanzir khana haram hai. to aadmi is se bache, woh sharab na piye, woh khanzir na khaye,</w:t>
      </w:r>
      <w:r>
        <w:br/>
      </w:r>
      <w:r>
        <w:rPr>
          <w:sz w:val="20"/>
        </w:rPr>
        <w:t>5:00  to woh ek darje ka hua. is ke bar aks agar woh sharab piye, khanzir khaye, to jo aisa kare to is ke andar haram personality banegi.</w:t>
      </w:r>
      <w:r>
        <w:br/>
      </w:r>
      <w:r>
        <w:rPr>
          <w:sz w:val="20"/>
        </w:rPr>
        <w:t>5:14  yaani jo khuli khuli haram cheezein hain, sab jante hain ke Islam mein sharab haram hai, Islam mein khanzir khana haram hai. to jo aadmi jante boojhte in cheezon ko kare,</w:t>
      </w:r>
      <w:r>
        <w:br/>
      </w:r>
      <w:r>
        <w:rPr>
          <w:sz w:val="20"/>
        </w:rPr>
        <w:t>5:27  to is ke andar kya hoga?</w:t>
      </w:r>
      <w:r>
        <w:br/>
      </w:r>
      <w:r>
        <w:rPr>
          <w:sz w:val="20"/>
        </w:rPr>
        <w:t>5:32  haram personality banegi. yeh bohat hi buri personality hai. lekin yahi ek satah nahi hai, yahi ek level nahi hai.</w:t>
      </w:r>
      <w:r>
        <w:br/>
      </w:r>
      <w:r>
        <w:rPr>
          <w:sz w:val="20"/>
        </w:rPr>
        <w:t>5:47  is ke sawab bhi ek level hain, aur wahi hai jo hadith mein bataya gaya hai. is ko main apne shabdon mein kahunga ke weak personality, yaani apne aap ko is se bachana ke apne andar weak personality develop kare.</w:t>
      </w:r>
      <w:r>
        <w:br/>
      </w:r>
      <w:r>
        <w:rPr>
          <w:sz w:val="20"/>
        </w:rPr>
        <w:t>6:09  to jahan tak main dekhta hoon, log aise to bohat milenge, bohat milenge jo haram cheezon se bachen, yaani haram personality apne andar na banayein.</w:t>
      </w:r>
      <w:r>
        <w:br/>
      </w:r>
      <w:r>
        <w:rPr>
          <w:sz w:val="20"/>
        </w:rPr>
        <w:t>6:24  to aise to bohat milenge, lekin aise log bohat hi kam, bohat hi kam, yaani rarest among the rare hain jo apne aap ko weak personality ki burai ko jante hon aur apne aap ko is se bachate hon.</w:t>
      </w:r>
    </w:p>
    <w:p>
      <w:pPr>
        <w:pStyle w:val="Heading2"/>
      </w:pPr>
      <w:r>
        <w:t>Abu Darda story on self hammering tazkiyah</w:t>
      </w:r>
    </w:p>
    <w:p>
      <w:r>
        <w:rPr>
          <w:color w:val="666666"/>
          <w:sz w:val="18"/>
        </w:rPr>
        <w:t>Tazkiyah and Self Criticism April 13, 2020 Maulana Wahiduddin Khan · 5m 52s · at 2:19 · https://youtu.be/D4pMJtT4vDg?t=139</w:t>
      </w:r>
    </w:p>
    <w:p>
      <w:r>
        <w:rPr>
          <w:i/>
        </w:rPr>
        <w:t>“Maine ek waqea parha Abu Darda sahabi ka”</w:t>
      </w:r>
    </w:p>
    <w:p>
      <w:r>
        <w:rPr>
          <w:sz w:val="20"/>
        </w:rPr>
        <w:t>2:19  toh maine ek waqia padha abu darda sahabi ka. rasool allah ke ek sahabi the, un ka naam tha abu darda.</w:t>
      </w:r>
      <w:r>
        <w:br/>
      </w:r>
      <w:r>
        <w:rPr>
          <w:sz w:val="20"/>
        </w:rPr>
        <w:t>2:34  yeh bahut hi...</w:t>
      </w:r>
      <w:r>
        <w:br/>
      </w:r>
      <w:r>
        <w:rPr>
          <w:sz w:val="20"/>
        </w:rPr>
        <w:t>2:43  unki ek ladki thi, uska naam tha darda. toh isi darda ke naam par un ke baap ka naam aur</w:t>
      </w:r>
      <w:r>
        <w:br/>
      </w:r>
      <w:r>
        <w:rPr>
          <w:sz w:val="20"/>
        </w:rPr>
        <w:t>2:53  maan ka naam pad gaya. yaani maan ko kehne lage log ab umm e darda aur baap ko kehne lage abu darda.</w:t>
      </w:r>
      <w:r>
        <w:br/>
      </w:r>
      <w:r>
        <w:rPr>
          <w:sz w:val="20"/>
        </w:rPr>
        <w:t>3:06  to maan baap kam mashhoor hain, lekin darda zyada mashhoor hai.</w:t>
      </w:r>
      <w:r>
        <w:br/>
      </w:r>
      <w:r>
        <w:rPr>
          <w:sz w:val="20"/>
        </w:rPr>
        <w:t>3:16  to baharhaal,</w:t>
      </w:r>
      <w:r>
        <w:br/>
      </w:r>
      <w:r>
        <w:rPr>
          <w:sz w:val="20"/>
        </w:rPr>
        <w:t>3:20  abu darda jo sahabi thay, un ka ek hum ne parha hai ek qaul.</w:t>
      </w:r>
      <w:r>
        <w:br/>
      </w:r>
      <w:r>
        <w:rPr>
          <w:sz w:val="20"/>
        </w:rPr>
        <w:t>3:31  is ka sense yeh tha ke momin woh hai jo bahar kisi par naqd naqd kar raha hai, noon khaf se naqd kar rahe hain.</w:t>
      </w:r>
      <w:r>
        <w:br/>
      </w:r>
      <w:r>
        <w:rPr>
          <w:sz w:val="20"/>
        </w:rPr>
        <w:t>3:46  yaani kisi ki humri karen,</w:t>
      </w:r>
      <w:r>
        <w:br/>
      </w:r>
      <w:r>
        <w:rPr>
          <w:sz w:val="20"/>
        </w:rPr>
        <w:t>3:50  aur phir jab andar aaye ya ghar mein aaye to us se zyada khud apni humri karen.</w:t>
      </w:r>
      <w:r>
        <w:br/>
      </w:r>
      <w:r>
        <w:rPr>
          <w:sz w:val="20"/>
        </w:rPr>
        <w:t>4:02  is se maine samjha ke</w:t>
      </w:r>
      <w:r>
        <w:br/>
      </w:r>
      <w:r>
        <w:rPr>
          <w:sz w:val="20"/>
        </w:rPr>
        <w:t>4:09  naqd ya humri</w:t>
      </w:r>
      <w:r>
        <w:br/>
      </w:r>
      <w:r>
        <w:rPr>
          <w:sz w:val="20"/>
        </w:rPr>
        <w:t>4:17  ka ek plus point hai. plus point. islam ki ek sifat yeh hai ke is mein har</w:t>
      </w:r>
      <w:r>
        <w:br/>
      </w:r>
      <w:r>
        <w:rPr>
          <w:sz w:val="20"/>
        </w:rPr>
        <w:t>4:28  har cheez ka positive aspect hota hai. to naqd ka bhi ek positive point hai.</w:t>
      </w:r>
      <w:r>
        <w:br/>
      </w:r>
      <w:r>
        <w:rPr>
          <w:sz w:val="20"/>
        </w:rPr>
        <w:t>4:39  yaani woh bahar to us ne keh diya kisi ko sakht daanta par kar di,</w:t>
      </w:r>
      <w:r>
        <w:br/>
      </w:r>
      <w:r>
        <w:rPr>
          <w:sz w:val="20"/>
        </w:rPr>
        <w:t>4:46  kisi ko bura bura keh diya, lekin jab kuch dair ke baad ghar ke andar aaye aur us ko yaad aaye ke main ne kya ghalti kar di, to apne ko us se zyada humri karen.</w:t>
      </w:r>
      <w:r>
        <w:br/>
      </w:r>
      <w:r>
        <w:rPr>
          <w:sz w:val="20"/>
        </w:rPr>
        <w:t>5:04  instead of humri, aur bhi zyada andaaz mein, sakht andaaz mein karen.</w:t>
      </w:r>
      <w:r>
        <w:br/>
      </w:r>
      <w:r>
        <w:rPr>
          <w:sz w:val="20"/>
        </w:rPr>
        <w:t>5:16  to is se maine samjha ke</w:t>
      </w:r>
      <w:r>
        <w:br/>
      </w:r>
      <w:r>
        <w:rPr>
          <w:sz w:val="20"/>
        </w:rPr>
        <w:t>5:25  Allah rab ul aalameen ne insaan ko mauqa diya hai ke woh agar koi ghalti kar jaye to us ghalti ko apne liye</w:t>
      </w:r>
      <w:r>
        <w:br/>
      </w:r>
      <w:r>
        <w:rPr>
          <w:sz w:val="20"/>
        </w:rPr>
        <w:t>5:46  convert karne ka zariya bana le.</w:t>
      </w:r>
      <w:r>
        <w:br/>
      </w:r>
      <w:r>
        <w:rPr>
          <w:sz w:val="20"/>
        </w:rPr>
        <w:t>5:51  yaani apne negative ko positive banane mein woh istemaal kar sake.</w:t>
      </w:r>
      <w:r>
        <w:br/>
      </w:r>
      <w:r>
        <w:rPr>
          <w:sz w:val="20"/>
        </w:rPr>
        <w:t>6:00  tab se mujhe yeh humri abhi aadat ban gayi. aadat. woh ke agar main kisi se koi sakht baat keh doon, kisi ko koi sakht baat keh doon,</w:t>
      </w:r>
      <w:r>
        <w:br/>
      </w:r>
      <w:r>
        <w:rPr>
          <w:sz w:val="20"/>
        </w:rPr>
        <w:t>6:17  to us ke baad mere andar bohat jald</w:t>
      </w:r>
      <w:r>
        <w:br/>
      </w:r>
      <w:r>
        <w:rPr>
          <w:sz w:val="20"/>
        </w:rPr>
        <w:t>6:24  yeh repentance aata hai. repentance. repentance.</w:t>
      </w:r>
      <w:r>
        <w:br/>
      </w:r>
      <w:r>
        <w:rPr>
          <w:sz w:val="20"/>
        </w:rPr>
        <w:t>6:33  yaani apni ko...</w:t>
      </w:r>
      <w:r>
        <w:br/>
      </w:r>
      <w:r>
        <w:rPr>
          <w:sz w:val="20"/>
        </w:rPr>
        <w:t>6:42  yaani self humri.</w:t>
      </w:r>
      <w:r>
        <w:br/>
      </w:r>
      <w:r>
        <w:rPr>
          <w:sz w:val="20"/>
        </w:rPr>
        <w:t>6:50  to Hazrat Abu Darda ka qissa jab maine parha to us waqt se mere baray mein barh gaya ke Allah ki rehmat jo hai, rehmat ke agar insaan se koi ghalti ho jaye to Allah us ko mauqa deta hai, mauqa</w:t>
      </w:r>
      <w:r>
        <w:br/>
      </w:r>
      <w:r>
        <w:rPr>
          <w:sz w:val="20"/>
        </w:rPr>
        <w:t>7:10  ke woh apni ghalti ko karwat kar ke achhai bana bana le. yeh bohat ajeeb o ghareeb rehmat hai Allah taala ki.</w:t>
      </w:r>
      <w:r>
        <w:br/>
      </w:r>
      <w:r>
        <w:rPr>
          <w:sz w:val="20"/>
        </w:rPr>
        <w:t>7:25  yani</w:t>
      </w:r>
      <w:r>
        <w:br/>
      </w:r>
      <w:r>
        <w:rPr>
          <w:sz w:val="20"/>
        </w:rPr>
        <w:t>7:27  is ne pehle to ki thi kisi aur ki humri, lekin baad ko woh apni hi humri karne laga. self humri.</w:t>
      </w:r>
      <w:r>
        <w:br/>
      </w:r>
      <w:r>
        <w:rPr>
          <w:sz w:val="20"/>
        </w:rPr>
        <w:t>7:38  aur phir aur phir kya kare woh? is aadmi ke liye bohat ziyada duaen kare woh. yeh hazrat abu darda ka tareeqa tha.</w:t>
      </w:r>
      <w:r>
        <w:br/>
      </w:r>
      <w:r>
        <w:rPr>
          <w:sz w:val="20"/>
        </w:rPr>
        <w:t>7:51  is aadmi ki bohat ziyada duaen karna is</w:t>
      </w:r>
      <w:r>
        <w:br/>
      </w:r>
      <w:r>
        <w:rPr>
          <w:sz w:val="20"/>
        </w:rPr>
        <w:t>7:55  aadmi ke liye. yani is waqeye ke zariye, is waqeye ke jo ho gaya hai is se, is ke zariye woh is ko woh self development ka zariya bana le.</w:t>
      </w:r>
    </w:p>
    <w:p>
      <w:pPr>
        <w:pStyle w:val="Heading2"/>
      </w:pPr>
      <w:r>
        <w:t>Managing a mob with reason and patience</w:t>
      </w:r>
    </w:p>
    <w:p>
      <w:r>
        <w:rPr>
          <w:color w:val="666666"/>
          <w:sz w:val="18"/>
        </w:rPr>
        <w:t>Spirituality in Daily Life October 4, 2008 · 5m 15s · at 18:51 · https://youtu.be/oeJR6tYqQVw?t=1131</w:t>
      </w:r>
    </w:p>
    <w:p>
      <w:r>
        <w:rPr>
          <w:i/>
        </w:rPr>
        <w:t>“To main, main ne jo bataya ke district magistrate sahab the, retired”</w:t>
      </w:r>
    </w:p>
    <w:p>
      <w:r>
        <w:rPr>
          <w:sz w:val="20"/>
        </w:rPr>
        <w:t>18:51  to main, main ne jo bataya ke district magistrate sahib thay, retired, un se poochhta raha, poochhta raha, poochhta raha. to ek bohat hi interesting story batai unhon ne apni.</w:t>
      </w:r>
      <w:r>
        <w:br/>
      </w:r>
      <w:r>
        <w:rPr>
          <w:sz w:val="20"/>
        </w:rPr>
        <w:t>19:03  unhon ne kaha ke main falan jagah district magistrate tha,</w:t>
      </w:r>
      <w:r>
        <w:br/>
      </w:r>
      <w:r>
        <w:rPr>
          <w:sz w:val="20"/>
        </w:rPr>
        <w:t>19:09  to mere log jo thay, unhon ne bataya jo government ke log thay ke sheher se ek jaloos aa raha hai, aap se bohat ghussa ho gaya hai kisi baat par, yahan aa kar pathrao karega,</w:t>
      </w:r>
      <w:r>
        <w:br/>
      </w:r>
      <w:r>
        <w:rPr>
          <w:sz w:val="20"/>
        </w:rPr>
        <w:t>19:26  nara laga raha hai aap ke khilaf, chala aa raha hai. yani un ki jo kothi thi, woh sheher se bahar thi, to sheher se woh jaloos aa raha hai.</w:t>
      </w:r>
      <w:r>
        <w:br/>
      </w:r>
      <w:r>
        <w:rPr>
          <w:sz w:val="20"/>
        </w:rPr>
        <w:t>19:37  kuchh trade union ke log thay, woh ko le ke chale aa rahe thay. to unhon ne kaha ke main ne kya kiya?</w:t>
      </w:r>
      <w:r>
        <w:br/>
      </w:r>
      <w:r>
        <w:rPr>
          <w:sz w:val="20"/>
        </w:rPr>
        <w:t>19:47  ke main ne socha, yani ek tha ke reaction zahir hai ke district magistrate ke paas police hoti hai, order dete hain, jao is ko roko, lathi charge karo, goli chalao.</w:t>
      </w:r>
      <w:r>
        <w:br/>
      </w:r>
      <w:r>
        <w:rPr>
          <w:sz w:val="20"/>
        </w:rPr>
        <w:t>20:00  yani district magistrate, district magistrate ko ek power hota hai ke jaloos ko roke, lathi charge karwaye, aur zaroorat ho to order de de goli chalane ka bhi.</w:t>
      </w:r>
      <w:r>
        <w:br/>
      </w:r>
      <w:r>
        <w:rPr>
          <w:sz w:val="20"/>
        </w:rPr>
        <w:t>20:11  yeh hai, magar yeh tha reaction. aur reaction se dunya mein yaad rakhiye, kabhi kuchh faida nahi hota. superpower bhi agar react kare to kuchh nahi milega is ko, chahe ek individual ho ya ek superpower ho.</w:t>
      </w:r>
      <w:r>
        <w:br/>
      </w:r>
      <w:r>
        <w:rPr>
          <w:sz w:val="20"/>
        </w:rPr>
        <w:t>20:28  reaction agar aadmi ki adat ban gayi hai to sab se zyada weakness is ki hai. the greatest weakness of person is reaction.</w:t>
      </w:r>
      <w:r>
        <w:br/>
      </w:r>
      <w:r>
        <w:rPr>
          <w:sz w:val="20"/>
        </w:rPr>
        <w:t>20:39  to unhon ne, woh aadmi bohat achhe thay, unhon ne react nahi kiya, aisa koi order nahi diya, apne ek aadmi ko bheja ja ke report lao ke yeh kaun log hain, kya halat un ki hai, sab baat pata kar ke aao.</w:t>
      </w:r>
      <w:r>
        <w:br/>
      </w:r>
      <w:r>
        <w:rPr>
          <w:sz w:val="20"/>
        </w:rPr>
        <w:t>20:54  ek samajhdar aadmi ko</w:t>
      </w:r>
      <w:r>
        <w:br/>
      </w:r>
      <w:r>
        <w:rPr>
          <w:sz w:val="20"/>
        </w:rPr>
        <w:t>20:57  woh gaya to yeh garmai, garmi ka zamana tha, May June ka zamana tha. woh gaya to aa ke report di is ne ke woh log thay, yani jitna gala sookh raha hai un ka ke bol nahi nikal rahi hai, nara laga rahe hain lekin gala sookh raha hai ek bilkul garmi ki wajah se.</w:t>
      </w:r>
      <w:r>
        <w:br/>
      </w:r>
      <w:r>
        <w:rPr>
          <w:sz w:val="20"/>
        </w:rPr>
        <w:t>21:18  to is tarah se paseene paseene ho rahe hain, gala sookh raha hai aur chale aa rahe hain. to kya kiya</w:t>
      </w:r>
      <w:r>
        <w:br/>
      </w:r>
      <w:r>
        <w:rPr>
          <w:sz w:val="20"/>
        </w:rPr>
        <w:t>21:25  unhon ne? unhon ne kaha ke foran order diya ke pani ka intezam karo, thande pani ka. hamare haan ek cheez jis ko kehte hain naad, just like balti ya tub mitti ka hota hai,</w:t>
      </w:r>
      <w:r>
        <w:br/>
      </w:r>
      <w:r>
        <w:rPr>
          <w:sz w:val="20"/>
        </w:rPr>
        <w:t>21:39  us ko hum log naad kehte hain. yeh mitti ka tub samajh lijiye aap. to unhon ne kaha ke bohat sara woh le aao, is mein barf dalo aur pani bhar do.</w:t>
      </w:r>
      <w:r>
        <w:br/>
      </w:r>
      <w:r>
        <w:rPr>
          <w:sz w:val="20"/>
        </w:rPr>
        <w:t>21:49  pani se pani se bhar ke barf dalo, thanda pani,</w:t>
      </w:r>
      <w:r>
        <w:br/>
      </w:r>
      <w:r>
        <w:rPr>
          <w:sz w:val="20"/>
        </w:rPr>
        <w:t>21:53  yani un ki kothi ke bahar sab rakhwa do. sab dhara dhara dhara dhara is ka intezam kiya gaya. ab jab woh log pahunche wahan aur is mein kooda bhi rakh do peene ke liye pani ka, jab dekha ke yahan pe pani ka thande pani ka intezam hai to toot pade pani ke upar, khoob khoob pani piya.</w:t>
      </w:r>
      <w:r>
        <w:br/>
      </w:r>
      <w:r>
        <w:rPr>
          <w:sz w:val="20"/>
        </w:rPr>
        <w:t>22:15  ab yahan par dekhiye, nature ne work kiya. nature,</w:t>
      </w:r>
      <w:r>
        <w:br/>
      </w:r>
      <w:r>
        <w:rPr>
          <w:sz w:val="20"/>
        </w:rPr>
        <w:t>22:20  nature ne work yeh kiya ke thanda pani pi kar woh thande ho gaye, ghussa thanda ho gaya un ka, ghamand shant ho gaya.</w:t>
      </w:r>
      <w:r>
        <w:br/>
      </w:r>
      <w:r>
        <w:rPr>
          <w:sz w:val="20"/>
        </w:rPr>
        <w:t>22:31  to slogan band, pathar pathrao karo, sab band, ghussa khatam. itni si baat par baat khatam ho gayi ke leader sahib jo thay,</w:t>
      </w:r>
      <w:r>
        <w:br/>
      </w:r>
      <w:r>
        <w:rPr>
          <w:sz w:val="20"/>
        </w:rPr>
        <w:t>22:42  ek momentum le kar aaye thay, woh to unhon ne kaha ke hamein permit kar dijiye ke hum aap ko momentum aap ke hath mein pesh kar dein. to zahir hai ke magistrate ne happy li, us ko agree kiya, us se kaha jaiye.</w:t>
      </w:r>
      <w:r>
        <w:br/>
      </w:r>
      <w:r>
        <w:rPr>
          <w:sz w:val="20"/>
        </w:rPr>
        <w:t>22:57  andar gaye, momentum pesh kar diya aur loot gaye. woh yeh hai management, art of management.</w:t>
      </w:r>
      <w:r>
        <w:br/>
      </w:r>
      <w:r>
        <w:rPr>
          <w:sz w:val="20"/>
        </w:rPr>
        <w:t>23:07  to ek hai jab ke jab koi situation samne aaye to aap react karein, react karein.</w:t>
      </w:r>
      <w:r>
        <w:br/>
      </w:r>
      <w:r>
        <w:rPr>
          <w:sz w:val="20"/>
        </w:rPr>
        <w:t>23:17  doosra yeh hai ke aap sochein, sochein, sochein, sochein, is ko manage karein, manage karein, manage karein.</w:t>
      </w:r>
      <w:r>
        <w:br/>
      </w:r>
      <w:r>
        <w:rPr>
          <w:sz w:val="20"/>
        </w:rPr>
        <w:t>23:27  to manage karenge aap to kya hoga? yani miraculous result niklega, miraculous result.</w:t>
      </w:r>
      <w:r>
        <w:br/>
      </w:r>
      <w:r>
        <w:rPr>
          <w:sz w:val="20"/>
        </w:rPr>
        <w:t>23:40  is maamle mein dekhiye,</w:t>
      </w:r>
      <w:r>
        <w:br/>
      </w:r>
      <w:r>
        <w:rPr>
          <w:sz w:val="20"/>
        </w:rPr>
        <w:t>23:44  is maamle mein spirituality ka jo contribution hai, woh yeh hai ke yeh jo yeh jo quality hai, is quality ko aap ke andar paida karti hai ke aap react na karein aur manage karein.</w:t>
      </w:r>
      <w:r>
        <w:br/>
      </w:r>
      <w:r>
        <w:rPr>
          <w:sz w:val="20"/>
        </w:rPr>
        <w:t>24:02  yeh do hi lafzon mein sab yeh saari baat aa jaati hai,</w:t>
      </w:r>
      <w:r>
        <w:br/>
      </w:r>
      <w:r>
        <w:rPr>
          <w:sz w:val="20"/>
        </w:rPr>
        <w:t>24:06  chahe husband aur wife ke jhagde hon, society ke problems hon, national problem ho, yahan tak ke superpower ka problem ho, tab bhi agar manage karenge to aap jeet jayenge, react karenge to haar jayenge.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